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864DF" w14:textId="77777777" w:rsidR="00A96AEB" w:rsidRDefault="00A96AEB" w:rsidP="00A96AEB">
      <w:pPr>
        <w:pStyle w:val="Title"/>
      </w:pPr>
      <w:r>
        <w:t>THE PURSUIT OF PEACE</w:t>
      </w:r>
    </w:p>
    <w:p w14:paraId="52E2A776" w14:textId="77777777" w:rsidR="00A96AEB" w:rsidRDefault="00A96AEB" w:rsidP="00A96AEB">
      <w:pPr>
        <w:pStyle w:val="Subtitle"/>
      </w:pPr>
      <w:r>
        <w:t>A Jonas Walker Western</w:t>
      </w:r>
    </w:p>
    <w:p w14:paraId="5C3F3BA6" w14:textId="77777777" w:rsidR="00A96AEB" w:rsidRDefault="00A96AEB" w:rsidP="00A96AEB">
      <w:r>
        <w:t>By Brian Minter</w:t>
      </w:r>
    </w:p>
    <w:p w14:paraId="320562CE" w14:textId="6A6016CB" w:rsidR="005872D3" w:rsidRDefault="005872D3">
      <w:pPr>
        <w:spacing w:after="160" w:line="278" w:lineRule="auto"/>
      </w:pPr>
      <w:r>
        <w:br w:type="page"/>
      </w:r>
    </w:p>
    <w:p w14:paraId="428ABA55" w14:textId="77777777" w:rsidR="002E35B6" w:rsidRPr="003956F1" w:rsidRDefault="002E35B6" w:rsidP="002E35B6">
      <w:pPr>
        <w:rPr>
          <w:sz w:val="48"/>
          <w:szCs w:val="48"/>
        </w:rPr>
      </w:pPr>
      <w:r w:rsidRPr="003956F1">
        <w:rPr>
          <w:sz w:val="48"/>
          <w:szCs w:val="48"/>
        </w:rPr>
        <w:lastRenderedPageBreak/>
        <w:t>Chapter One</w:t>
      </w:r>
    </w:p>
    <w:p w14:paraId="5F1B239F" w14:textId="77777777" w:rsidR="002E35B6" w:rsidRDefault="002E35B6" w:rsidP="002E35B6">
      <w:r>
        <w:t>The Scout</w:t>
      </w:r>
    </w:p>
    <w:p w14:paraId="2F327550" w14:textId="77777777" w:rsidR="002E35B6" w:rsidRDefault="002E35B6" w:rsidP="002E35B6">
      <w:r>
        <w:t>The morning sun spilled gold across the ridges, casting long shadows where the trees gave way to the open prairie not far from the Red River—Jonas Walker’s home. His farmhouse was nothing fancy, a sturdy, single-story place sitting on a rise above the fields that rolled gently toward the river bottoms. Down below, the land dipped into a quiet hollow full of pasture and old pecan trees. A dirt road cut through it, winding past the house and vanishing into the timber. Low mist clung to the draws, drifting like smoke without a fire. Dew clung to the tall grass—bluestem and Indian grass bending under the weight—and the air had a bite to it that said winter wasn’t far off.</w:t>
      </w:r>
    </w:p>
    <w:p w14:paraId="3DCB3CC7" w14:textId="77777777" w:rsidR="002E35B6" w:rsidRDefault="002E35B6" w:rsidP="002E35B6">
      <w:r>
        <w:t>The bois d’arc trees lining the fence still clung to their rust-colored leaves, like they weren’t quite ready to give in. Off to one side, the weathered barn leaned near the fence like it had stood guard for years. Behind the house, the land rose again, cresting at an old, wide-limbed oak. From its shade, you could see nearly every acre the Walkers had worked, toiled, and came to love. It was Anna’s favorite spot.</w:t>
      </w:r>
    </w:p>
    <w:p w14:paraId="38E77968" w14:textId="77777777" w:rsidR="002E35B6" w:rsidRDefault="002E35B6" w:rsidP="002E35B6">
      <w:r>
        <w:t>Jonas stood on the porch, a chipped porcelain cup in one hand. The last warmth from his coffee curled into the cool air. He was just over six feet, broad-shouldered and lean from years behind a plow and nights sleeping under the stars. Thirty-one, and already carrying the kind of wear you usually earn over a lifetime. His eyes were the kind that noticed everything—clear, sharp, blue as the summer Texas sky. He watched the mist drift over the pasture, the land still holding onto its peace, even as war talk stirred across the South.</w:t>
      </w:r>
    </w:p>
    <w:p w14:paraId="23295FD4" w14:textId="77777777" w:rsidR="002E35B6" w:rsidRDefault="002E35B6" w:rsidP="002E35B6">
      <w:r>
        <w:t>His boots were solid on the porch boards, the creak of the wood as familiar as the smell of coffee and damp earth. Somewhere in the trees, a sparrow chirped, unaware the world was about to shift.</w:t>
      </w:r>
    </w:p>
    <w:p w14:paraId="054E01B7" w14:textId="77777777" w:rsidR="002E35B6" w:rsidRDefault="002E35B6" w:rsidP="002E35B6">
      <w:r>
        <w:t>The screen door creaked behind him. Anna stepped out and wrapped her arms around his waist. She was small and graceful, her golden hair carrying the faint scent of lavender. She rested her head on his shoulder. Her touch softened the tightness in his chest. Grounded him. Gave him something to hold onto when everything else felt like it might slip away.</w:t>
      </w:r>
    </w:p>
    <w:p w14:paraId="1CA477B7" w14:textId="77777777" w:rsidR="002E35B6" w:rsidRDefault="002E35B6" w:rsidP="002E35B6">
      <w:r>
        <w:t>He opened his mouth to speak, searching for the right words.</w:t>
      </w:r>
    </w:p>
    <w:p w14:paraId="6C915DBA" w14:textId="77777777" w:rsidR="002E35B6" w:rsidRDefault="002E35B6" w:rsidP="002E35B6">
      <w:r>
        <w:t>“You don’t have to say anything,” she whispered.</w:t>
      </w:r>
    </w:p>
    <w:p w14:paraId="1FC595E5" w14:textId="77777777" w:rsidR="002E35B6" w:rsidRDefault="002E35B6" w:rsidP="002E35B6">
      <w:r>
        <w:t>He nodded. She was right. Words wouldn’t have been enough.</w:t>
      </w:r>
    </w:p>
    <w:p w14:paraId="7A142643" w14:textId="77777777" w:rsidR="002E35B6" w:rsidRDefault="002E35B6" w:rsidP="002E35B6">
      <w:r>
        <w:t>Inside, the kids were starting to stir. Daniel, seven, came bounding down the stairs with a wooden rifle slung over his shoulder. Grace, just four, followed close behind, dragging one of Anna’s aprons like a security blanket. She had her mother’s eyes, bright and full of wonder. Daniel already carried the weight of knowing more than he should.</w:t>
      </w:r>
    </w:p>
    <w:p w14:paraId="720CE1C1" w14:textId="77777777" w:rsidR="002E35B6" w:rsidRDefault="002E35B6" w:rsidP="002E35B6">
      <w:r>
        <w:lastRenderedPageBreak/>
        <w:t>Jonas knelt and ruffled his son’s hair. “You’re the man of the house while I’m gone. Help your mama. Keep an eye on your sister. Think you can do that?”</w:t>
      </w:r>
    </w:p>
    <w:p w14:paraId="733DAE68" w14:textId="77777777" w:rsidR="002E35B6" w:rsidRDefault="002E35B6" w:rsidP="002E35B6">
      <w:r>
        <w:t>Daniel nodded, proud and serious. “I will, Pa.”</w:t>
      </w:r>
    </w:p>
    <w:p w14:paraId="2058D161" w14:textId="77777777" w:rsidR="002E35B6" w:rsidRDefault="002E35B6" w:rsidP="002E35B6">
      <w:r>
        <w:t>Jonas scooped Grace into his arms, ran a hand through her fine blonde hair, and kissed her forehead. Then he pulled Anna close one last time, holding her as if he could take the warmth of her with him.</w:t>
      </w:r>
    </w:p>
    <w:p w14:paraId="0A654AFC" w14:textId="77777777" w:rsidR="002E35B6" w:rsidRDefault="002E35B6" w:rsidP="002E35B6">
      <w:r>
        <w:t>He didn’t want to let go. But he had to.</w:t>
      </w:r>
    </w:p>
    <w:p w14:paraId="6AFA69BB" w14:textId="77777777" w:rsidR="002E35B6" w:rsidRDefault="002E35B6" w:rsidP="002E35B6">
      <w:r>
        <w:t>He turned, mounted his horse, and rode down the lane. The morning breeze carried the scent of honeysuckle and dew. He looked back once more, burning the image of them into memory—his family standing in the porch light, framed by the rising sun.</w:t>
      </w:r>
    </w:p>
    <w:p w14:paraId="23B71004" w14:textId="77777777" w:rsidR="002E35B6" w:rsidRDefault="002E35B6" w:rsidP="002E35B6">
      <w:r>
        <w:t>About half a mile down the road, he stopped at the Carters’ place. Mr. Carter, tall and wiry, came out to meet him. Mrs. Carter stood in the doorway; her face soft with worry.</w:t>
      </w:r>
    </w:p>
    <w:p w14:paraId="40EE1E47" w14:textId="77777777" w:rsidR="002E35B6" w:rsidRDefault="002E35B6" w:rsidP="002E35B6">
      <w:r>
        <w:t>“All packed up, then?” Mr. Carter asked.</w:t>
      </w:r>
    </w:p>
    <w:p w14:paraId="0A0C65CF" w14:textId="77777777" w:rsidR="002E35B6" w:rsidRDefault="002E35B6" w:rsidP="002E35B6">
      <w:r>
        <w:t>Jonas nodded. “I’m heading out now,” Jonas said, his voice low. “I’ve got to be at Brogdon’s Springs by the fourteenth. They’re mustering the regiment then. I was hoping you’d check in on Anna and the kids while I’m gone.”</w:t>
      </w:r>
    </w:p>
    <w:p w14:paraId="18AA6BC7" w14:textId="77777777" w:rsidR="002E35B6" w:rsidRDefault="002E35B6" w:rsidP="002E35B6">
      <w:r>
        <w:t>“You don’t even have to ask,” Mrs. Carter said, laying a gentle hand on his arm.</w:t>
      </w:r>
    </w:p>
    <w:p w14:paraId="5CF55FE6" w14:textId="77777777" w:rsidR="002E35B6" w:rsidRDefault="002E35B6" w:rsidP="002E35B6">
      <w:r>
        <w:t>Jonas tipped his hat in thanks, the gesture worn and full of weight. Then he rode on. The road stretched long and quiet ahead. He looked back one more time, until the house disappeared behind the trees.</w:t>
      </w:r>
    </w:p>
    <w:p w14:paraId="4C6CD3A5" w14:textId="77777777" w:rsidR="002E35B6" w:rsidRDefault="002E35B6" w:rsidP="002E35B6">
      <w:pPr>
        <w:jc w:val="center"/>
      </w:pPr>
    </w:p>
    <w:p w14:paraId="060039A9" w14:textId="77777777" w:rsidR="002E35B6" w:rsidRDefault="002E35B6" w:rsidP="002E35B6">
      <w:r>
        <w:t>The forest was quiet, save for the soft rustle of pine needles and the faint thunder of hooves in the distance. It had been nearly four years since that sharp October morning. Now, Jonas lay flat under a tangle of blackjack oak, watching Union cavalry churn up dust through the canebrakes. Their blue coats were streaked with sweat, carbines slung low across their saddles.</w:t>
      </w:r>
    </w:p>
    <w:p w14:paraId="51B0BE44" w14:textId="77777777" w:rsidR="002E35B6" w:rsidRDefault="002E35B6" w:rsidP="002E35B6">
      <w:r>
        <w:t>Beside him, just out of view from the road, a young scout crouched low.</w:t>
      </w:r>
    </w:p>
    <w:p w14:paraId="0480278D" w14:textId="77777777" w:rsidR="002E35B6" w:rsidRDefault="002E35B6" w:rsidP="002E35B6">
      <w:r>
        <w:t>“Get the horses ready,” Jonas murmured. “We’ll have to ride hard.”</w:t>
      </w:r>
    </w:p>
    <w:p w14:paraId="4379EE77" w14:textId="77777777" w:rsidR="002E35B6" w:rsidRDefault="002E35B6" w:rsidP="002E35B6">
      <w:r>
        <w:t>Private Mark Mathis gave a quick nod and slipped off through the brush to find Sergeant Thomas Brantley. Jonas stayed put, counting riders, scanning for artillery, trying to read their pace. Every detail mattered. One mistake could cost them the city.</w:t>
      </w:r>
    </w:p>
    <w:p w14:paraId="37BE2572" w14:textId="77777777" w:rsidR="002E35B6" w:rsidRDefault="002E35B6" w:rsidP="002E35B6">
      <w:r>
        <w:t>Once he’d seen enough, he swung onto his mare and turned south. She took off at a gallop, hooves thudding against the ground as low branches whipped at his sleeves. The sun was sinking fast, bleeding orange and rust into the sky behind him.</w:t>
      </w:r>
    </w:p>
    <w:p w14:paraId="14AF5491" w14:textId="77777777" w:rsidR="002E35B6" w:rsidRDefault="002E35B6" w:rsidP="002E35B6">
      <w:r>
        <w:lastRenderedPageBreak/>
        <w:t>By the time he reached Roddey’s forward post near Plantersville, the shadows were long and heavy. Smoke curled from campfires in the trees, and men moved along the shallow trenches in silence—faces smeared with powder and sweat. Jonas dismounted and made his way to the command tent pitched near a hedgerow.</w:t>
      </w:r>
    </w:p>
    <w:p w14:paraId="254C0376" w14:textId="77777777" w:rsidR="002E35B6" w:rsidRDefault="002E35B6" w:rsidP="002E35B6">
      <w:r>
        <w:t>Inside, Brigadier General Philip Dale Roddey stood hunched over a battered map, sleeves rolled, one hand resting on the hilt of his saber.</w:t>
      </w:r>
    </w:p>
    <w:p w14:paraId="702D95F7" w14:textId="77777777" w:rsidR="002E35B6" w:rsidRDefault="002E35B6" w:rsidP="002E35B6">
      <w:r>
        <w:t>"Report," Roddey barked, eyes still on the map.</w:t>
      </w:r>
    </w:p>
    <w:p w14:paraId="1FDF053E" w14:textId="77777777" w:rsidR="002E35B6" w:rsidRDefault="002E35B6" w:rsidP="002E35B6">
      <w:r>
        <w:t>"Lieutenant Walker, back from the north ridge," Captain Tull said, waving Jonas forward.</w:t>
      </w:r>
    </w:p>
    <w:p w14:paraId="49D8CD33" w14:textId="77777777" w:rsidR="002E35B6" w:rsidRDefault="002E35B6" w:rsidP="002E35B6">
      <w:r>
        <w:t>Jonas stepped up. "Sir, Union cavalry’s closing in—three brigades, maybe more, with fast artillery. They’re on the road from Maplesville, heading southeast through Blackwater Creek. Looks like they’re pressing to cut us off before we can regroup."</w:t>
      </w:r>
    </w:p>
    <w:p w14:paraId="1D4507C7" w14:textId="77777777" w:rsidR="002E35B6" w:rsidRDefault="002E35B6" w:rsidP="002E35B6">
      <w:r>
        <w:t>Roddey looked up, face hard. "You certain?"</w:t>
      </w:r>
    </w:p>
    <w:p w14:paraId="7C48267F" w14:textId="77777777" w:rsidR="002E35B6" w:rsidRDefault="002E35B6" w:rsidP="002E35B6">
      <w:r>
        <w:t>"Yes, sir. Their scouts are riding wide, and they’ve got supply wagons in tow. They mean to punch through."</w:t>
      </w:r>
    </w:p>
    <w:p w14:paraId="76F9C1BB" w14:textId="77777777" w:rsidR="002E35B6" w:rsidRDefault="002E35B6" w:rsidP="002E35B6">
      <w:r>
        <w:t>Roddey followed his finger, jaw working. Then he let out a sharp grunt.</w:t>
      </w:r>
    </w:p>
    <w:p w14:paraId="668A1CD7" w14:textId="77777777" w:rsidR="002E35B6" w:rsidRDefault="002E35B6" w:rsidP="002E35B6">
      <w:r>
        <w:t>He turned to the man beside him. “Colonel Carter—deploy your regiment. I want them on the ridge road by dawn. Skirmish and slow them down, however you can. Make them think twice.”</w:t>
      </w:r>
    </w:p>
    <w:p w14:paraId="5B815253" w14:textId="77777777" w:rsidR="002E35B6" w:rsidRDefault="002E35B6" w:rsidP="002E35B6">
      <w:r>
        <w:t>Carter gave a sharp nod. “Yes, sir.”</w:t>
      </w:r>
    </w:p>
    <w:p w14:paraId="0B401B6A" w14:textId="77777777" w:rsidR="002E35B6" w:rsidRDefault="002E35B6" w:rsidP="002E35B6">
      <w:r>
        <w:t>Roddey didn’t look up. “Buy us a day. That’s all I ask.”</w:t>
      </w:r>
    </w:p>
    <w:p w14:paraId="35685C25" w14:textId="77777777" w:rsidR="002E35B6" w:rsidRDefault="002E35B6" w:rsidP="002E35B6">
      <w:r>
        <w:t>Jonas stood silent inside the tent, listening to every word. The weight of it settled in his chest like a stone. They were sending Texas men to bleed—just enough to stall a tide.</w:t>
      </w:r>
    </w:p>
    <w:p w14:paraId="7FA3B87A" w14:textId="77777777" w:rsidR="002E35B6" w:rsidRDefault="002E35B6" w:rsidP="002E35B6">
      <w:r>
        <w:t>The three men stepped out of the tent into the cool dark night. The air smelled of wet earth, horses, and powder. Bugles echoed faintly in the distance, and lanterns cast flickering halos through the smoke.</w:t>
      </w:r>
    </w:p>
    <w:p w14:paraId="46E913A3" w14:textId="77777777" w:rsidR="002E35B6" w:rsidRDefault="002E35B6" w:rsidP="002E35B6">
      <w:r>
        <w:t>For a moment, none of them spoke.</w:t>
      </w:r>
    </w:p>
    <w:p w14:paraId="76A31CAB" w14:textId="77777777" w:rsidR="002E35B6" w:rsidRDefault="002E35B6" w:rsidP="002E35B6">
      <w:r>
        <w:t>Then Carter exhaled through his nose. “Ross would’ve seen this coming. Shame his health gave out when it did.”</w:t>
      </w:r>
    </w:p>
    <w:p w14:paraId="6A8FBEC2" w14:textId="77777777" w:rsidR="002E35B6" w:rsidRDefault="002E35B6" w:rsidP="002E35B6">
      <w:r>
        <w:t>He stared toward the northern ridgeline. “Now he’s back in Texas, and we’re left to mop up what’s left. And here we are—being fed to the wolves.”</w:t>
      </w:r>
    </w:p>
    <w:p w14:paraId="27961562" w14:textId="77777777" w:rsidR="002E35B6" w:rsidRDefault="002E35B6" w:rsidP="002E35B6">
      <w:r>
        <w:t>Tull gave a grim half-smile. “Can’t say we didn’t see it coming.”</w:t>
      </w:r>
    </w:p>
    <w:p w14:paraId="43BF2293" w14:textId="77777777" w:rsidR="002E35B6" w:rsidRDefault="002E35B6" w:rsidP="002E35B6">
      <w:r>
        <w:t>Jonas adjusted his belt. “I don’t like our chances.”</w:t>
      </w:r>
    </w:p>
    <w:p w14:paraId="169E304E" w14:textId="77777777" w:rsidR="002E35B6" w:rsidRDefault="002E35B6" w:rsidP="002E35B6">
      <w:r>
        <w:lastRenderedPageBreak/>
        <w:t>Carter’s eyes lingered on the tree line. “We’re cavalry, Lieutenant. We’re not meant to hold lines—we’re meant to harass, scatter, move. But Roddey’s throwing us in as a wall.”</w:t>
      </w:r>
    </w:p>
    <w:p w14:paraId="4DAFDE14" w14:textId="77777777" w:rsidR="002E35B6" w:rsidRDefault="002E35B6" w:rsidP="002E35B6">
      <w:r>
        <w:t>Tull spat into the mud. “One regiment won’t hold Wilson for long.”</w:t>
      </w:r>
    </w:p>
    <w:p w14:paraId="6EE77284" w14:textId="77777777" w:rsidR="002E35B6" w:rsidRDefault="002E35B6" w:rsidP="002E35B6">
      <w:r>
        <w:t>“No,” Carter agreed. “But we’ll make him bleed for every mile. Light kits. No baggage. We hit, we run, we hit again. Peel them off where we can. And if we can’t—”</w:t>
      </w:r>
    </w:p>
    <w:p w14:paraId="40211635" w14:textId="77777777" w:rsidR="002E35B6" w:rsidRDefault="002E35B6" w:rsidP="002E35B6">
      <w:r>
        <w:t>He paused, his voice quieter now.</w:t>
      </w:r>
    </w:p>
    <w:p w14:paraId="505DCA97" w14:textId="77777777" w:rsidR="002E35B6" w:rsidRDefault="002E35B6" w:rsidP="002E35B6">
      <w:r>
        <w:t>“If we can’t, we die like Texans.”</w:t>
      </w:r>
    </w:p>
    <w:p w14:paraId="3931ECCE" w14:textId="77777777" w:rsidR="002E35B6" w:rsidRDefault="002E35B6" w:rsidP="002E35B6">
      <w:r>
        <w:t>Jonas looked down the slope, where men were gathered, shadows in the campfire lights.</w:t>
      </w:r>
    </w:p>
    <w:p w14:paraId="4B566E88" w14:textId="77777777" w:rsidR="002E35B6" w:rsidRDefault="002E35B6" w:rsidP="002E35B6">
      <w:r>
        <w:t>“Then we make it count,” he said.</w:t>
      </w:r>
    </w:p>
    <w:p w14:paraId="4DDB2D20" w14:textId="77777777" w:rsidR="002E35B6" w:rsidRDefault="002E35B6" w:rsidP="002E35B6">
      <w:r>
        <w:t>Carter gave a tight nod. “See to your men. We ride in the morning.”</w:t>
      </w:r>
    </w:p>
    <w:p w14:paraId="6C5EF6AB" w14:textId="77777777" w:rsidR="002E35B6" w:rsidRDefault="002E35B6" w:rsidP="002E35B6">
      <w:r>
        <w:t>They scattered, each stepping into the storm ahead.</w:t>
      </w:r>
    </w:p>
    <w:p w14:paraId="1229FA5B" w14:textId="77777777" w:rsidR="002E35B6" w:rsidRDefault="002E35B6" w:rsidP="002E35B6">
      <w:r>
        <w:t>The camp had begun to stir. Bugles sounded. Runners moved between tents like shadows. Lanterns bobbed in the dark.</w:t>
      </w:r>
    </w:p>
    <w:p w14:paraId="6F762ED3" w14:textId="77777777" w:rsidR="002E35B6" w:rsidRDefault="002E35B6" w:rsidP="002E35B6">
      <w:r>
        <w:t>Jonas stood by his horse, staring north toward the pines. Somewhere out there, the Union cavalry was threading through the hills, closing in. He could already feel it coming. And he knew what it was going to cost.</w:t>
      </w:r>
    </w:p>
    <w:p w14:paraId="23EF5694" w14:textId="77777777" w:rsidR="002E35B6" w:rsidRDefault="002E35B6" w:rsidP="002E35B6"/>
    <w:p w14:paraId="2FD94468" w14:textId="77777777" w:rsidR="002E35B6" w:rsidRDefault="002E35B6" w:rsidP="002E35B6">
      <w:r>
        <w:t>That night, Jonas sat by the fire, drawing a whetstone slowly down the length of his blade. The metallic rasp came steady and even, like a slow heartbeat. Sparks floated up from the flames and vanished into the dark sky.</w:t>
      </w:r>
    </w:p>
    <w:p w14:paraId="3D221F0D" w14:textId="77777777" w:rsidR="002E35B6" w:rsidRDefault="002E35B6" w:rsidP="002E35B6">
      <w:r>
        <w:t>Around him, the camp had gone quiet. A few men whispered prayers. Others lit their pipes with shaking hands. Private Mathis sat cross-legged nearby, talking low about his fiancée back in Georgia—how her last letter smelled like lavender, how she promised she’d wait. Off to the side, a boy, that to Jonas looked not much older than Daniel, was whittling a cross from cedar, stopping every now and then to glance up at the stars.</w:t>
      </w:r>
    </w:p>
    <w:p w14:paraId="610E0452" w14:textId="77777777" w:rsidR="002E35B6" w:rsidRDefault="002E35B6" w:rsidP="002E35B6">
      <w:r>
        <w:t>Jonas didn’t say much. He kept his eyes on the fire, but his mind was somewhere else—back home, in the kitchen, with the smell of cornmeal frying in the pan. He could feel Grace’s little hand wrapped around his finger as she toddled down the garden rows. He could see Daniel, wooden sword in hand, giving him a lopsided salute. And Anna—he remembered the smell of her hair after she washed it, the way it stuck to her cheeks when the wind came through the windows just right.</w:t>
      </w:r>
    </w:p>
    <w:p w14:paraId="71C8AC61" w14:textId="77777777" w:rsidR="002E35B6" w:rsidRDefault="002E35B6" w:rsidP="002E35B6">
      <w:r>
        <w:t>His throat tightened.</w:t>
      </w:r>
    </w:p>
    <w:p w14:paraId="3A8A0956" w14:textId="77777777" w:rsidR="002E35B6" w:rsidRDefault="002E35B6" w:rsidP="002E35B6">
      <w:r>
        <w:lastRenderedPageBreak/>
        <w:t>Captain Tull came over and eased himself down beside him with a quiet grunt, stretching his legs toward the fire. They sat there a while without talking.</w:t>
      </w:r>
    </w:p>
    <w:p w14:paraId="5C950B12" w14:textId="77777777" w:rsidR="002E35B6" w:rsidRDefault="002E35B6" w:rsidP="002E35B6">
      <w:r>
        <w:t>“You’ve seen more than most,” Tull said finally. “Been with this unit since the beginning, but you never talk about home.”</w:t>
      </w:r>
    </w:p>
    <w:p w14:paraId="5CD6A1C8" w14:textId="77777777" w:rsidR="002E35B6" w:rsidRDefault="002E35B6" w:rsidP="002E35B6">
      <w:r>
        <w:t>Jonas stopped sharpening and rested the blade across his knees. The firelight flickered in his eyes, catching something far off.</w:t>
      </w:r>
    </w:p>
    <w:p w14:paraId="3109533E" w14:textId="77777777" w:rsidR="002E35B6" w:rsidRDefault="002E35B6" w:rsidP="002E35B6">
      <w:r>
        <w:t>“I guess I keep it close,” he said. “Thinking about home—it’s what keeps me going.”</w:t>
      </w:r>
    </w:p>
    <w:p w14:paraId="4DCB4657" w14:textId="77777777" w:rsidR="002E35B6" w:rsidRDefault="002E35B6" w:rsidP="002E35B6">
      <w:r>
        <w:t>Tull nodded, watching the flames. “I told you about my home outside of McKinney.  What’s your place like?”</w:t>
      </w:r>
    </w:p>
    <w:p w14:paraId="0A566920" w14:textId="77777777" w:rsidR="002E35B6" w:rsidRDefault="002E35B6" w:rsidP="002E35B6">
      <w:r>
        <w:t>Jonas gave a small smile, soft and quick. “Quiet. Wind through the grass, pecan trees along the creek. We’ve got a little farm near Lonesome Ridge, not far from the Red River. Nothing big, but it’s ours. Daniel’s always right underfoot, wants to do everything I do. Grace... she’s like her mama—sings to the chickens like she’s singing in Sunday service.”</w:t>
      </w:r>
    </w:p>
    <w:p w14:paraId="300BAB38" w14:textId="77777777" w:rsidR="002E35B6" w:rsidRDefault="002E35B6" w:rsidP="002E35B6">
      <w:r>
        <w:t>He let out a quiet chuckle, but it caught halfway through.</w:t>
      </w:r>
    </w:p>
    <w:p w14:paraId="4AB45ED5" w14:textId="77777777" w:rsidR="002E35B6" w:rsidRDefault="002E35B6" w:rsidP="002E35B6">
      <w:r>
        <w:t>“And Anna?” Tull asked, his voice gentle.</w:t>
      </w:r>
    </w:p>
    <w:p w14:paraId="04A6E2E8" w14:textId="77777777" w:rsidR="002E35B6" w:rsidRDefault="002E35B6" w:rsidP="002E35B6">
      <w:r>
        <w:t>Jonas looked down; jaw tight. “Strongest person I’ve ever known. She can milk a cow, mend a fence, and read the Psalms before breakfast. She’s the one holding it all together.”</w:t>
      </w:r>
    </w:p>
    <w:p w14:paraId="115B8360" w14:textId="77777777" w:rsidR="002E35B6" w:rsidRDefault="002E35B6" w:rsidP="002E35B6">
      <w:r>
        <w:t>The fire cracked, sending a few embers drifting into the night.</w:t>
      </w:r>
    </w:p>
    <w:p w14:paraId="7ECBA9FA" w14:textId="77777777" w:rsidR="002E35B6" w:rsidRDefault="002E35B6" w:rsidP="002E35B6">
      <w:r>
        <w:t>“I think about her letters,” Jonas said, barely above a whisper. “Every night. I wonder what I’ll find when I get back. If Daniel’s taller. If Grace still wears her hair in braids. If Anna still hums while she cooks.”</w:t>
      </w:r>
    </w:p>
    <w:p w14:paraId="6644CD2F" w14:textId="77777777" w:rsidR="002E35B6" w:rsidRDefault="002E35B6" w:rsidP="002E35B6">
      <w:r>
        <w:t>Tull didn’t respond. He didn’t need to.</w:t>
      </w:r>
    </w:p>
    <w:p w14:paraId="78807D88" w14:textId="77777777" w:rsidR="002E35B6" w:rsidRDefault="002E35B6" w:rsidP="002E35B6">
      <w:r>
        <w:t>A breeze moved through the trees, tugging at the flames. Crickets chirped. Somewhere out in the dark, the distant rumble of hooves and iron wheels echoed across the hills. Union troops on the move—slow, steady, and coming fast.</w:t>
      </w:r>
    </w:p>
    <w:p w14:paraId="745CB51A" w14:textId="77777777" w:rsidR="002E35B6" w:rsidRDefault="002E35B6" w:rsidP="002E35B6">
      <w:r>
        <w:t>Another battle was on its way. The firelight flickered, and for a little while longer, the men sat in the quiet, holding on to whatever pieces of home they still carried with them.</w:t>
      </w:r>
    </w:p>
    <w:p w14:paraId="239C9976" w14:textId="77777777" w:rsidR="002E35B6" w:rsidRDefault="002E35B6" w:rsidP="002E35B6"/>
    <w:p w14:paraId="49B816D0" w14:textId="77777777" w:rsidR="002E35B6" w:rsidRDefault="002E35B6" w:rsidP="002E35B6">
      <w:r>
        <w:t>The afternoon broke with the roar of cannon fire.</w:t>
      </w:r>
    </w:p>
    <w:p w14:paraId="36500653" w14:textId="77777777" w:rsidR="002E35B6" w:rsidRDefault="002E35B6" w:rsidP="002E35B6">
      <w:r>
        <w:t>The thunder of cannon shook the earth as Jonas spurred his mare through the pine breaks, the smell of black powder thick in the air. Smoke rolled across the low ridges in waves, masking the Union advance but not the sound—carbines cracked in the distance, and the sharper boom of artillery followed.</w:t>
      </w:r>
    </w:p>
    <w:p w14:paraId="370F730C" w14:textId="77777777" w:rsidR="002E35B6" w:rsidRDefault="002E35B6" w:rsidP="002E35B6">
      <w:r>
        <w:lastRenderedPageBreak/>
        <w:t>"Ride! Get around the ridge!" Captain Tull’s voice tore through the din behind him.</w:t>
      </w:r>
    </w:p>
    <w:p w14:paraId="66BD657B" w14:textId="77777777" w:rsidR="002E35B6" w:rsidRDefault="002E35B6" w:rsidP="002E35B6">
      <w:r>
        <w:t>Jonas didn’t need the order twice. He leaned low in the saddle, reins tight in his fists, boots thudding against the mare’s flanks. She galloped hard, hooves pounding over the broken ground. Behind him, the remnants of their dismounted company scrambled to hold a thin skirmish line along the timbered crest, buying time for the wagons to fall back across the creek.</w:t>
      </w:r>
    </w:p>
    <w:p w14:paraId="0AEAFC86" w14:textId="77777777" w:rsidR="002E35B6" w:rsidRDefault="002E35B6" w:rsidP="002E35B6">
      <w:r>
        <w:t>A shell screamed overhead and burst in the trees to his right—shrapnel slicing through branches like razors. His horse gave a sudden jolt, lurched, and collapsed beneath him with a sharp, panicked cry. Jonas hit the ground hard, the wind knocked from his chest.</w:t>
      </w:r>
    </w:p>
    <w:p w14:paraId="73E6562D" w14:textId="77777777" w:rsidR="002E35B6" w:rsidRDefault="002E35B6" w:rsidP="002E35B6">
      <w:r>
        <w:t>He rolled once, twice, before crawling behind the thick trunk of a fallen oak. The mare lay still, her flank torn open, eyes wide and lifeless.</w:t>
      </w:r>
    </w:p>
    <w:p w14:paraId="6684F0B6" w14:textId="77777777" w:rsidR="002E35B6" w:rsidRDefault="002E35B6" w:rsidP="002E35B6">
      <w:r>
        <w:t>Across the field, blue-clad Union cavalry pressed forward in a long, wheeling line, their sabers gleaming. Artillery boomed again, and dirt exploded twenty yards away.</w:t>
      </w:r>
    </w:p>
    <w:p w14:paraId="15135368" w14:textId="77777777" w:rsidR="002E35B6" w:rsidRDefault="002E35B6" w:rsidP="002E35B6">
      <w:r>
        <w:t>Jonas pulled his Sharps rifle close and peered over the log. “Mathis! Brantley!” he called.</w:t>
      </w:r>
    </w:p>
    <w:p w14:paraId="217375BB" w14:textId="77777777" w:rsidR="002E35B6" w:rsidRDefault="002E35B6" w:rsidP="002E35B6">
      <w:r>
        <w:t>“We’re here!” came Mathis’s voice from a shallow depression to the left.</w:t>
      </w:r>
    </w:p>
    <w:p w14:paraId="65783C35" w14:textId="77777777" w:rsidR="002E35B6" w:rsidRDefault="002E35B6" w:rsidP="002E35B6">
      <w:r>
        <w:t>The two men scrambled into cover beside him, rifles ready, eyes wide.</w:t>
      </w:r>
    </w:p>
    <w:p w14:paraId="50AA9CB6" w14:textId="77777777" w:rsidR="002E35B6" w:rsidRDefault="002E35B6" w:rsidP="002E35B6">
      <w:r>
        <w:t>“Hold ‘em off as long as we can,” Jonas said. “We give the column ten more minutes, maybe they get clear.”</w:t>
      </w:r>
    </w:p>
    <w:p w14:paraId="3C4ADBB1" w14:textId="77777777" w:rsidR="002E35B6" w:rsidRDefault="002E35B6" w:rsidP="002E35B6">
      <w:r>
        <w:t>Mathis nodded, jaw clenched. “Let’s give it to ’em.”</w:t>
      </w:r>
    </w:p>
    <w:p w14:paraId="1EDAEC85" w14:textId="77777777" w:rsidR="002E35B6" w:rsidRDefault="002E35B6" w:rsidP="002E35B6">
      <w:r>
        <w:t>The Union line crested the rise just beyond the cedar—close now, maybe eighty yards. Jonas raised his rifle and fired. A Union officer pitched sideways from his saddle. Brantley fired next, then Mathis. Smoke drifted low across the ground as the crack of sharpshooting met the deep percussion of advancing fire.</w:t>
      </w:r>
    </w:p>
    <w:p w14:paraId="4FB06E47" w14:textId="77777777" w:rsidR="002E35B6" w:rsidRDefault="002E35B6" w:rsidP="002E35B6">
      <w:r>
        <w:t>Then came the scream.</w:t>
      </w:r>
    </w:p>
    <w:p w14:paraId="3E8369F7" w14:textId="77777777" w:rsidR="002E35B6" w:rsidRDefault="002E35B6" w:rsidP="002E35B6">
      <w:r>
        <w:t>Mathis had risen a few inches to reload when a bullet hit him in the throat. He slumped forward without a sound, his blood pooling in the pine needles. Brantley cried out and scrambled toward him—but another round caught him in the side. He jerked, fell to his knees, and collapsed beside the younger man.</w:t>
      </w:r>
    </w:p>
    <w:p w14:paraId="52851035" w14:textId="77777777" w:rsidR="002E35B6" w:rsidRDefault="002E35B6" w:rsidP="002E35B6">
      <w:r>
        <w:t>Jonas’s heart dropped.</w:t>
      </w:r>
    </w:p>
    <w:p w14:paraId="55CB952C" w14:textId="77777777" w:rsidR="002E35B6" w:rsidRDefault="002E35B6" w:rsidP="002E35B6">
      <w:r>
        <w:t>“No,” he muttered, crawling to them. He grabbed Brantley’s hand, but the sergeant’s breath was already rattling. Blood foamed at the corner of his mouth.</w:t>
      </w:r>
    </w:p>
    <w:p w14:paraId="7E26A39B" w14:textId="77777777" w:rsidR="002E35B6" w:rsidRDefault="002E35B6" w:rsidP="002E35B6">
      <w:r>
        <w:t>Jonas bowed his head a moment—just a heartbeat—and then rose with fire in his chest.</w:t>
      </w:r>
    </w:p>
    <w:p w14:paraId="2B5F5D5B" w14:textId="77777777" w:rsidR="002E35B6" w:rsidRDefault="002E35B6" w:rsidP="002E35B6">
      <w:r>
        <w:lastRenderedPageBreak/>
        <w:t>He reloaded in practiced rhythm and began firing, each shot driven by rage and grief. A bugler fell. A flag bearer staggered. The enemy slowed—but only a little.</w:t>
      </w:r>
    </w:p>
    <w:p w14:paraId="048D4334" w14:textId="77777777" w:rsidR="002E35B6" w:rsidRDefault="002E35B6" w:rsidP="002E35B6">
      <w:r>
        <w:t>A shout behind him—Captain Tull, waving for retreat, blood pouring down his leg from a jagged tear.</w:t>
      </w:r>
    </w:p>
    <w:p w14:paraId="3A57DEE2" w14:textId="77777777" w:rsidR="002E35B6" w:rsidRDefault="002E35B6" w:rsidP="002E35B6">
      <w:r>
        <w:t>“Walker! Fall back!”</w:t>
      </w:r>
    </w:p>
    <w:p w14:paraId="580E5865" w14:textId="77777777" w:rsidR="002E35B6" w:rsidRDefault="002E35B6" w:rsidP="002E35B6">
      <w:r>
        <w:t>Another round exploded in the trees above them. Jonas ran, boots sliding in the mud. He caught up to Tull at the edge of the tree line, just as a fresh barrage hit the rear slope. Dirt rained down. The air was fire and thunder.</w:t>
      </w:r>
    </w:p>
    <w:p w14:paraId="396201CB" w14:textId="77777777" w:rsidR="002E35B6" w:rsidRDefault="002E35B6" w:rsidP="002E35B6">
      <w:r>
        <w:t>“Can you ride?” Jonas shouted.</w:t>
      </w:r>
    </w:p>
    <w:p w14:paraId="7FEBA02F" w14:textId="77777777" w:rsidR="002E35B6" w:rsidRDefault="002E35B6" w:rsidP="002E35B6">
      <w:r>
        <w:t>“Not far,” Tull hissed, his face ashen. “Don’t matter.”</w:t>
      </w:r>
    </w:p>
    <w:p w14:paraId="0D6D2A4E" w14:textId="77777777" w:rsidR="002E35B6" w:rsidRDefault="002E35B6" w:rsidP="002E35B6">
      <w:r>
        <w:t>Jonas grabbed a passing trooper’s reins—his rider wide-eyed. He pulled Tull up, practically throwing him into the saddle behind a private.</w:t>
      </w:r>
    </w:p>
    <w:p w14:paraId="2FFCB64C" w14:textId="77777777" w:rsidR="002E35B6" w:rsidRDefault="002E35B6" w:rsidP="002E35B6">
      <w:r>
        <w:t>“Hold on. We’re getting out.”</w:t>
      </w:r>
    </w:p>
    <w:p w14:paraId="0CEA51C9" w14:textId="77777777" w:rsidR="002E35B6" w:rsidRDefault="002E35B6" w:rsidP="002E35B6">
      <w:r>
        <w:t>He mounted behind on another horse running nearby, taking the reins in one hand and the rifle in the other. Together, they thundered away through the smoke, pursued by the crack of rifles and the bitter smell of powder.</w:t>
      </w:r>
    </w:p>
    <w:p w14:paraId="14504D23" w14:textId="77777777" w:rsidR="002E35B6" w:rsidRDefault="002E35B6" w:rsidP="002E35B6">
      <w:r>
        <w:t>As they crested the hill and fled into the forested low ground beyond, the last line of Texas cavalry fell back in twos and threes. The delaying action had done its work.</w:t>
      </w:r>
    </w:p>
    <w:p w14:paraId="67ABE545" w14:textId="77777777" w:rsidR="002E35B6" w:rsidRDefault="002E35B6" w:rsidP="002E35B6">
      <w:r>
        <w:t>But Jonas didn’t look back.</w:t>
      </w:r>
    </w:p>
    <w:p w14:paraId="488772B0" w14:textId="77777777" w:rsidR="002E35B6" w:rsidRDefault="002E35B6" w:rsidP="002E35B6">
      <w:r>
        <w:t>Mathis and Brantley were gone. Tull bled across his saddle. The war was nearly over—but not yet.</w:t>
      </w:r>
    </w:p>
    <w:p w14:paraId="0F47B5FD" w14:textId="77777777" w:rsidR="002E35B6" w:rsidRDefault="002E35B6" w:rsidP="002E35B6">
      <w:r>
        <w:br/>
      </w:r>
    </w:p>
    <w:p w14:paraId="4D1D5B8A" w14:textId="77777777" w:rsidR="002E35B6" w:rsidRDefault="002E35B6" w:rsidP="002E35B6">
      <w:r>
        <w:t>Chapter Two</w:t>
      </w:r>
    </w:p>
    <w:p w14:paraId="7A4D928C" w14:textId="77777777" w:rsidR="002E35B6" w:rsidRDefault="002E35B6" w:rsidP="002E35B6">
      <w:r>
        <w:t>The End in Sight</w:t>
      </w:r>
    </w:p>
    <w:p w14:paraId="0CFC07C3" w14:textId="77777777" w:rsidR="002E35B6" w:rsidRDefault="002E35B6" w:rsidP="002E35B6">
      <w:r>
        <w:t>The retreat from Crawford was a blur. Hooves hammered through mud, smoke stung his eyes, and behind them, the hills still echoed with the crack of Union rifles. The bluecoats weren’t letting up—they kept coming, pressing the remnants of the Confederate cavalry south through woods and swamp.</w:t>
      </w:r>
    </w:p>
    <w:p w14:paraId="3BC283E7" w14:textId="77777777" w:rsidR="002E35B6" w:rsidRDefault="002E35B6" w:rsidP="002E35B6">
      <w:r>
        <w:t>Jonas didn’t have time to think—just drag his exhausted mount through the muck, keep his eyes on Captain Tull and the other rider ahead, and try not to be the next man down.</w:t>
      </w:r>
    </w:p>
    <w:p w14:paraId="304B1A5F" w14:textId="77777777" w:rsidR="002E35B6" w:rsidRDefault="002E35B6" w:rsidP="002E35B6">
      <w:r>
        <w:t>But in the confusion, the trees and smoke swallowed them. He lost sight of Tull and the other rider, swallowed up by the chaos.</w:t>
      </w:r>
    </w:p>
    <w:p w14:paraId="4C3F861A" w14:textId="77777777" w:rsidR="002E35B6" w:rsidRDefault="002E35B6" w:rsidP="002E35B6">
      <w:r>
        <w:lastRenderedPageBreak/>
        <w:t>He didn’t know where Colonel Carter was. Didn’t know if half the regiment had even made it out. They’d scattered in twos and threes, fleeing under fire. There’d been no bugle calls, no final order. Just: Run. Survive.</w:t>
      </w:r>
    </w:p>
    <w:p w14:paraId="3C087A3F" w14:textId="77777777" w:rsidR="002E35B6" w:rsidRDefault="002E35B6" w:rsidP="002E35B6">
      <w:r>
        <w:t>And beneath the pounding in his chest, a single, cold thought rose over and over:</w:t>
      </w:r>
    </w:p>
    <w:p w14:paraId="2C46A4D2" w14:textId="77777777" w:rsidR="002E35B6" w:rsidRDefault="002E35B6" w:rsidP="002E35B6">
      <w:r>
        <w:t>We lost.</w:t>
      </w:r>
    </w:p>
    <w:p w14:paraId="2D2DCF47" w14:textId="77777777" w:rsidR="002E35B6" w:rsidRDefault="002E35B6" w:rsidP="002E35B6">
      <w:r>
        <w:t>They’d tried to delay the advance. Tried to buy time for the supply wagons, for the rest of the brigade. Mathis and Brantley had died doing just that—one bullet to the throat, the other torn through the ribs. Good men. Gone in seconds. Captain Tull had taken shrapnel, and Jonas had pulled him out of the manor house and helped him mount another horse, where he now rode with a fellow soldier beside him.</w:t>
      </w:r>
    </w:p>
    <w:p w14:paraId="5175991B" w14:textId="77777777" w:rsidR="002E35B6" w:rsidRDefault="002E35B6" w:rsidP="002E35B6">
      <w:r>
        <w:t>Jonas was alone now, riding last, watching the trees close in and the smoke roll back over the battlefield. He hadn’t had time to cry. Not even to bury the dead. Just fire, smoke, and get out alive.</w:t>
      </w:r>
    </w:p>
    <w:p w14:paraId="277F7122" w14:textId="77777777" w:rsidR="002E35B6" w:rsidRDefault="002E35B6" w:rsidP="002E35B6">
      <w:r>
        <w:t>Now, in the gray hush of retreat, the weight settled deep in his chest—failure, bitter and final. The war was ending, and they were on the wrong side of it. There wasn’t a thing he could do to change that.</w:t>
      </w:r>
    </w:p>
    <w:p w14:paraId="5F23F466" w14:textId="77777777" w:rsidR="002E35B6" w:rsidRDefault="002E35B6" w:rsidP="002E35B6">
      <w:r>
        <w:t>But he was still breathing.</w:t>
      </w:r>
    </w:p>
    <w:p w14:paraId="0163DF1A" w14:textId="77777777" w:rsidR="002E35B6" w:rsidRDefault="002E35B6" w:rsidP="002E35B6">
      <w:r>
        <w:t>They pushed deeper into the trees, the sound of gunfire fading behind them but never quite gone. Then—between the trunks, through the haze—something caught Jonas’s eye. A patch of wildflowers, blooming bold and bright—purple and yellow against the ruin.</w:t>
      </w:r>
    </w:p>
    <w:p w14:paraId="6F728717" w14:textId="77777777" w:rsidR="002E35B6" w:rsidRDefault="002E35B6" w:rsidP="002E35B6">
      <w:r>
        <w:t>His chest clenched.</w:t>
      </w:r>
    </w:p>
    <w:p w14:paraId="17B5625D" w14:textId="77777777" w:rsidR="002E35B6" w:rsidRDefault="002E35B6" w:rsidP="002E35B6">
      <w:r>
        <w:t>Anna would’ve loved this.</w:t>
      </w:r>
    </w:p>
    <w:p w14:paraId="248B431B" w14:textId="77777777" w:rsidR="002E35B6" w:rsidRDefault="002E35B6" w:rsidP="002E35B6">
      <w:r>
        <w:t>The memory swept in like a gust: her laughter in the yard, bent over flowers just like these, her hair catching the wind. Grace toddling at her skirt, Daniel chasing fireflies with that wooden sword.</w:t>
      </w:r>
    </w:p>
    <w:p w14:paraId="0D9A3AED" w14:textId="77777777" w:rsidR="002E35B6" w:rsidRDefault="002E35B6" w:rsidP="002E35B6">
      <w:r>
        <w:t>Come home soon, Pa.</w:t>
      </w:r>
    </w:p>
    <w:p w14:paraId="70D360F3" w14:textId="77777777" w:rsidR="002E35B6" w:rsidRDefault="002E35B6" w:rsidP="002E35B6">
      <w:r>
        <w:t>The words echoed in his mind—clear and soft, as if Daniel were right there beside him.</w:t>
      </w:r>
    </w:p>
    <w:p w14:paraId="783B35B9" w14:textId="77777777" w:rsidR="002E35B6" w:rsidRDefault="002E35B6" w:rsidP="002E35B6">
      <w:r>
        <w:t>Jonas swallowed. It had been so long. Too many battles, too many graves. And still more miles to go. But somewhere out there—past the rivers and ridges—Anna was waiting. Grace and Daniel too.</w:t>
      </w:r>
    </w:p>
    <w:p w14:paraId="1288E655" w14:textId="77777777" w:rsidR="002E35B6" w:rsidRDefault="002E35B6" w:rsidP="002E35B6">
      <w:r>
        <w:t>He had to get back. To Texas. To them.</w:t>
      </w:r>
    </w:p>
    <w:p w14:paraId="28F9028D" w14:textId="77777777" w:rsidR="002E35B6" w:rsidRDefault="002E35B6" w:rsidP="002E35B6">
      <w:r>
        <w:t>Then the moment passed. The smoke crept in again, cold and choking. A rider pulled up beside him, sweat streaked across his face, eyes wide.</w:t>
      </w:r>
    </w:p>
    <w:p w14:paraId="73E3B37C" w14:textId="77777777" w:rsidR="002E35B6" w:rsidRDefault="002E35B6" w:rsidP="002E35B6">
      <w:r>
        <w:t>“Lieutenant,” the man panted. “What now?”</w:t>
      </w:r>
    </w:p>
    <w:p w14:paraId="01699B34" w14:textId="77777777" w:rsidR="002E35B6" w:rsidRDefault="002E35B6" w:rsidP="002E35B6">
      <w:r>
        <w:lastRenderedPageBreak/>
        <w:t>Jonas didn’t answer right away. His eyes lingered on the wildflowers—color in the gray. A memory he couldn’t quite hold.</w:t>
      </w:r>
    </w:p>
    <w:p w14:paraId="4B73D6CF" w14:textId="77777777" w:rsidR="002E35B6" w:rsidRDefault="002E35B6" w:rsidP="002E35B6">
      <w:r>
        <w:t>Then he turned back to the road ahead—trees close, wet, and dark. No clear path. Only the sound of hooves and pain.</w:t>
      </w:r>
    </w:p>
    <w:p w14:paraId="36049087" w14:textId="77777777" w:rsidR="002E35B6" w:rsidRDefault="002E35B6" w:rsidP="002E35B6">
      <w:r>
        <w:t>He cleared his throat. “We keep moving,” he said, voice rough but steady. “We find the Colonel. He’ll know where to rally.”</w:t>
      </w:r>
    </w:p>
    <w:p w14:paraId="68295B5D" w14:textId="77777777" w:rsidR="002E35B6" w:rsidRDefault="002E35B6" w:rsidP="002E35B6">
      <w:r>
        <w:t>The man nodded and rode on.</w:t>
      </w:r>
    </w:p>
    <w:p w14:paraId="15A2F433" w14:textId="77777777" w:rsidR="002E35B6" w:rsidRDefault="002E35B6" w:rsidP="002E35B6">
      <w:r>
        <w:t>Jonas watched him go, then looked forward again.</w:t>
      </w:r>
    </w:p>
    <w:p w14:paraId="277F1435" w14:textId="77777777" w:rsidR="002E35B6" w:rsidRDefault="002E35B6" w:rsidP="002E35B6">
      <w:r>
        <w:t>No time for flowers.</w:t>
      </w:r>
    </w:p>
    <w:p w14:paraId="5136FA43" w14:textId="77777777" w:rsidR="002E35B6" w:rsidRDefault="002E35B6" w:rsidP="002E35B6">
      <w:r>
        <w:t>He nudged his horse forward, heart aching, jaw tight.</w:t>
      </w:r>
    </w:p>
    <w:p w14:paraId="452BC158" w14:textId="77777777" w:rsidR="002E35B6" w:rsidRDefault="002E35B6" w:rsidP="002E35B6">
      <w:r>
        <w:t>Just keep going. That’s all that’s left.</w:t>
      </w:r>
    </w:p>
    <w:p w14:paraId="3AA5211D" w14:textId="77777777" w:rsidR="002E35B6" w:rsidRDefault="002E35B6" w:rsidP="002E35B6">
      <w:r>
        <w:t>Survive.</w:t>
      </w:r>
    </w:p>
    <w:p w14:paraId="6BF42EB3" w14:textId="77777777" w:rsidR="002E35B6" w:rsidRDefault="002E35B6" w:rsidP="002E35B6"/>
    <w:p w14:paraId="11B068B7" w14:textId="77777777" w:rsidR="002E35B6" w:rsidRDefault="002E35B6" w:rsidP="002E35B6">
      <w:r>
        <w:t>There he is.</w:t>
      </w:r>
    </w:p>
    <w:p w14:paraId="37ADE64F" w14:textId="77777777" w:rsidR="002E35B6" w:rsidRDefault="002E35B6" w:rsidP="002E35B6">
      <w:r>
        <w:t>Jonas spurred his horse forward, eager to close the distance. The men behind him followed, slow at first, then quicker once they caught sight of the Colonel’s flag up ahead. The road was rough—mud thick as glue, tree limbs hanging low—but they were headed south now. Maybe they could rally. Maybe there was still something left worth holding on to.</w:t>
      </w:r>
    </w:p>
    <w:p w14:paraId="25693686" w14:textId="77777777" w:rsidR="002E35B6" w:rsidRDefault="002E35B6" w:rsidP="002E35B6">
      <w:r>
        <w:t>His chest tightened when he saw Carter—sitting tall in the saddle, shoulders square, a few officers bunched around him. They’d found him, but it wasn’t the kind of comfort Jonas had hoped for. Carter looked like a man who hadn’t slept in days, eyes scanning the treeline like he expected trouble any second.</w:t>
      </w:r>
    </w:p>
    <w:p w14:paraId="505D73A4" w14:textId="77777777" w:rsidR="002E35B6" w:rsidRDefault="002E35B6" w:rsidP="002E35B6">
      <w:r>
        <w:t>“Lieutenant,” Carter said as Jonas reined in beside him. His voice was steady, but wore thin. “Glad to see you made it through. Where’s the rest?”</w:t>
      </w:r>
    </w:p>
    <w:p w14:paraId="2C2A46ED" w14:textId="77777777" w:rsidR="002E35B6" w:rsidRDefault="002E35B6" w:rsidP="002E35B6">
      <w:r>
        <w:t>Jonas shook his head. “Gone, sir. Scattered bad. I reckon most ain’t comin’ back.”</w:t>
      </w:r>
    </w:p>
    <w:p w14:paraId="6CEFBE99" w14:textId="77777777" w:rsidR="002E35B6" w:rsidRDefault="002E35B6" w:rsidP="002E35B6">
      <w:r>
        <w:t>Carter gave a short nod, jaw tight. “Figured as much,” he said, just above a mutter. “Ain’t no time to mourn ’em now. We got to keep what we got movin’.”</w:t>
      </w:r>
    </w:p>
    <w:p w14:paraId="446FDEE1" w14:textId="77777777" w:rsidR="002E35B6" w:rsidRDefault="002E35B6" w:rsidP="002E35B6">
      <w:r>
        <w:t>Jonas nodded, but the weight of it settled deep. The battle was behind them, but the fight wasn’t finished. Not yet.</w:t>
      </w:r>
    </w:p>
    <w:p w14:paraId="12C63BC7" w14:textId="77777777" w:rsidR="002E35B6" w:rsidRDefault="002E35B6" w:rsidP="002E35B6">
      <w:r>
        <w:t>“Where to?” Jonas asked quietly. “Men’re beat. They need rest—someplace dry to catch their breath, patch their wounds.”</w:t>
      </w:r>
    </w:p>
    <w:p w14:paraId="59EFF332" w14:textId="77777777" w:rsidR="002E35B6" w:rsidRDefault="002E35B6" w:rsidP="002E35B6">
      <w:r>
        <w:lastRenderedPageBreak/>
        <w:t>Carter glanced south, jaw tight. “Mississippi. Roddey’s pulling us back across the Tombigbee. We buy time for the rest, keep Wilson’s cavalry off balance. Once we’re clear of the rivers, we regroup. That’s all there is.”</w:t>
      </w:r>
    </w:p>
    <w:p w14:paraId="65519DF4" w14:textId="77777777" w:rsidR="002E35B6" w:rsidRDefault="002E35B6" w:rsidP="002E35B6">
      <w:r>
        <w:t>Jonas gave a short nod. It wasn’t a plan so much as a hope. But hope was enough to ride on—for now.</w:t>
      </w:r>
    </w:p>
    <w:p w14:paraId="07257CD9" w14:textId="77777777" w:rsidR="002E35B6" w:rsidRDefault="002E35B6" w:rsidP="002E35B6">
      <w:r>
        <w:t>Truth was, he didn’t care much about which roads were held or which towns still flew what flags. Not anymore. He’d taken up arms for Texas, for duty—but by now, it all narrowed down to Anna. Daniel. Grace. Keeping what was left of the war from reaching them.</w:t>
      </w:r>
    </w:p>
    <w:p w14:paraId="44335731" w14:textId="77777777" w:rsidR="002E35B6" w:rsidRDefault="002E35B6" w:rsidP="002E35B6">
      <w:r>
        <w:t>“I’ll see to the men,” he said.</w:t>
      </w:r>
    </w:p>
    <w:p w14:paraId="00A4BBC9" w14:textId="77777777" w:rsidR="002E35B6" w:rsidRDefault="002E35B6" w:rsidP="002E35B6">
      <w:r>
        <w:t>Carter met his eye, worn but resolute. “Do it. Keep ’em tight. We’re not done yet.”</w:t>
      </w:r>
    </w:p>
    <w:p w14:paraId="4AC4BE59" w14:textId="77777777" w:rsidR="002E35B6" w:rsidRDefault="002E35B6" w:rsidP="002E35B6">
      <w:r>
        <w:t>They exchanged a look—no promises, just the quiet resolve of survivors. Hold together. Make it through.</w:t>
      </w:r>
    </w:p>
    <w:p w14:paraId="78C73C3D" w14:textId="77777777" w:rsidR="002E35B6" w:rsidRDefault="002E35B6" w:rsidP="002E35B6">
      <w:r>
        <w:t>Jonas swung into the saddle and rode back through the battered column, calling names, rallying stragglers. The company was a shadow of what it had been, but they were still upright, still moving.</w:t>
      </w:r>
    </w:p>
    <w:p w14:paraId="0E5EE8A6" w14:textId="77777777" w:rsidR="002E35B6" w:rsidRDefault="002E35B6" w:rsidP="002E35B6">
      <w:r>
        <w:t>He glanced north once, toward the distant sound of artillery echoing somewhere behind the hills. The Union horsemen were still coming. That fight wasn’t done. But for now, they had slipped away.</w:t>
      </w:r>
    </w:p>
    <w:p w14:paraId="6A0FDEC6" w14:textId="77777777" w:rsidR="002E35B6" w:rsidRDefault="002E35B6" w:rsidP="002E35B6">
      <w:r>
        <w:t>He turned south.</w:t>
      </w:r>
    </w:p>
    <w:p w14:paraId="7DE25427" w14:textId="77777777" w:rsidR="002E35B6" w:rsidRDefault="002E35B6" w:rsidP="002E35B6">
      <w:r>
        <w:t>What lay behind was gone.</w:t>
      </w:r>
    </w:p>
    <w:p w14:paraId="6EC35087" w14:textId="77777777" w:rsidR="002E35B6" w:rsidRDefault="002E35B6" w:rsidP="002E35B6">
      <w:r>
        <w:t>Now there was only the road home.</w:t>
      </w:r>
    </w:p>
    <w:p w14:paraId="55F54EB1" w14:textId="77777777" w:rsidR="002E35B6" w:rsidRDefault="002E35B6" w:rsidP="002E35B6"/>
    <w:p w14:paraId="3ED8BBAF" w14:textId="77777777" w:rsidR="002E35B6" w:rsidRDefault="002E35B6" w:rsidP="002E35B6">
      <w:r>
        <w:t>The Texas 9th had been scattered in the chaos that followed Wilson’s raid, and Roddey’s forces, though bloodied, were doing what they could to regroup in northern Alabama. Columbus had fallen. The bridges were gone, the guns lost, and what men hadn’t been killed or captured were now pulling back, waiting on orders that might never come.</w:t>
      </w:r>
    </w:p>
    <w:p w14:paraId="1BA50B2F" w14:textId="77777777" w:rsidR="002E35B6" w:rsidRDefault="002E35B6" w:rsidP="002E35B6">
      <w:r>
        <w:t>Jonas had seen the worst of it—rear guard action along the Chattahoochee, and the frantic ride north as the Union cavalry slashed their way deeper into Confederate territory. When he rode into camp, lean and road-weary, Colonel Carter was already gathering what he could, preparing to screen the Federal advance and buy time for Roddey to organize a fallback toward Courtland.</w:t>
      </w:r>
    </w:p>
    <w:p w14:paraId="25AABF0D" w14:textId="77777777" w:rsidR="002E35B6" w:rsidRDefault="002E35B6" w:rsidP="002E35B6">
      <w:r>
        <w:t>Carter said little. He just gave Jonas a look that told him everything: they were still in it, but the end was coming fast.</w:t>
      </w:r>
    </w:p>
    <w:p w14:paraId="2270194F" w14:textId="77777777" w:rsidR="002E35B6" w:rsidRDefault="002E35B6" w:rsidP="002E35B6">
      <w:r>
        <w:t>Two days later, Jonas rode at the head of the column, a lean party of scouts several miles ahead of Carter’s regrouping force. A dozen saddle-worn men, picked more for their good judgment than their gun-hands. They were the eyes and ears of the retreat, stretched thin across the backroads of Alabama.</w:t>
      </w:r>
    </w:p>
    <w:p w14:paraId="4187BF65" w14:textId="77777777" w:rsidR="002E35B6" w:rsidRDefault="002E35B6" w:rsidP="002E35B6">
      <w:r>
        <w:lastRenderedPageBreak/>
        <w:t>The sun sat low behind a haze of gray, and the road wound like a snake through stands of pine and blooming dogwood. The air was thick with spring, heavy and damp.</w:t>
      </w:r>
    </w:p>
    <w:p w14:paraId="0FC65B6A" w14:textId="77777777" w:rsidR="002E35B6" w:rsidRDefault="002E35B6" w:rsidP="002E35B6">
      <w:r>
        <w:t>They’d ridden this way since sunrise—north toward Courtland, skirting the main roads where Federal scouts hunted like lean hounds, snapping at the heels of any stragglers. Jonas rode up front not for glory, nor out of any thirst for blood, but because it gave his hands something to do, and his mind something to fix on.</w:t>
      </w:r>
    </w:p>
    <w:p w14:paraId="47AD9D31" w14:textId="77777777" w:rsidR="002E35B6" w:rsidRDefault="002E35B6" w:rsidP="002E35B6">
      <w:r>
        <w:t>They topped a low rise when the quiet broke.</w:t>
      </w:r>
    </w:p>
    <w:p w14:paraId="6A7436AB" w14:textId="77777777" w:rsidR="002E35B6" w:rsidRDefault="002E35B6" w:rsidP="002E35B6">
      <w:r>
        <w:t xml:space="preserve">Crack. </w:t>
      </w:r>
    </w:p>
    <w:p w14:paraId="07621E1C" w14:textId="77777777" w:rsidR="002E35B6" w:rsidRDefault="002E35B6" w:rsidP="002E35B6">
      <w:r>
        <w:t>A bullet snapped a branch clean off beside Simmons’ head.</w:t>
      </w:r>
    </w:p>
    <w:p w14:paraId="5A29BF6F" w14:textId="77777777" w:rsidR="002E35B6" w:rsidRDefault="002E35B6" w:rsidP="002E35B6">
      <w:r>
        <w:t>Then two more shots from the underbrush off the left.</w:t>
      </w:r>
    </w:p>
    <w:p w14:paraId="0EA1E60F" w14:textId="77777777" w:rsidR="002E35B6" w:rsidRDefault="002E35B6" w:rsidP="002E35B6">
      <w:r>
        <w:t>“Down!” Jonas called, swinging his mount behind a thicket of scrub pine. “Dismount and spread! Denton, Wilkes—swing left and draw their fire!”</w:t>
      </w:r>
    </w:p>
    <w:p w14:paraId="74039407" w14:textId="77777777" w:rsidR="002E35B6" w:rsidRDefault="002E35B6" w:rsidP="002E35B6">
      <w:r>
        <w:t>The men moved fast, like they’d done it a hundred times. No bugle, no orders from camp—just the kind of sense that gets built one firefight at a time. They broke off in pairs, rifles barking in rhythm.</w:t>
      </w:r>
    </w:p>
    <w:p w14:paraId="4852D4CB" w14:textId="77777777" w:rsidR="002E35B6" w:rsidRDefault="002E35B6" w:rsidP="002E35B6">
      <w:r>
        <w:t>Jonas dropped beside Simmons, who was pale but unhit.</w:t>
      </w:r>
    </w:p>
    <w:p w14:paraId="2CBA3A27" w14:textId="77777777" w:rsidR="002E35B6" w:rsidRDefault="002E35B6" w:rsidP="002E35B6">
      <w:r>
        <w:t>“Steady, boy,” he said low. “Wait till I call it.”</w:t>
      </w:r>
    </w:p>
    <w:p w14:paraId="7F55ABCD" w14:textId="77777777" w:rsidR="002E35B6" w:rsidRDefault="002E35B6" w:rsidP="002E35B6">
      <w:r>
        <w:t>Gunfire cracked through the trees, but it wasn’t wild. Jonas counted shadows—five or six, maybe. A scout party. Bold, but not dug in.</w:t>
      </w:r>
    </w:p>
    <w:p w14:paraId="14ACDC2C" w14:textId="77777777" w:rsidR="002E35B6" w:rsidRDefault="002E35B6" w:rsidP="002E35B6">
      <w:r>
        <w:t>He raised his hand. His men shifted left, sliding behind a deadfall that offered cover and an angle. They laid it on hard—fast,  with purpose. The Union boys hadn’t figured on a fight, not like that. Their return fire slowed, then stopped.</w:t>
      </w:r>
    </w:p>
    <w:p w14:paraId="468751D6" w14:textId="77777777" w:rsidR="002E35B6" w:rsidRDefault="002E35B6" w:rsidP="002E35B6">
      <w:r>
        <w:t>Two riders bolted for the trees. One never got up.</w:t>
      </w:r>
    </w:p>
    <w:p w14:paraId="505B4E04" w14:textId="77777777" w:rsidR="002E35B6" w:rsidRDefault="002E35B6" w:rsidP="002E35B6">
      <w:r>
        <w:t>Jonas stood, looking through the smoke.</w:t>
      </w:r>
    </w:p>
    <w:p w14:paraId="59CCD009" w14:textId="77777777" w:rsidR="002E35B6" w:rsidRDefault="002E35B6" w:rsidP="002E35B6">
      <w:r>
        <w:t>Hoagland was down. Boy from Sherman. Shot clean through.</w:t>
      </w:r>
    </w:p>
    <w:p w14:paraId="2155C848" w14:textId="77777777" w:rsidR="002E35B6" w:rsidRDefault="002E35B6" w:rsidP="002E35B6">
      <w:r>
        <w:t>Jonas knelt, pulled the man’s hat over his face, and rose slow.</w:t>
      </w:r>
    </w:p>
    <w:p w14:paraId="72F131EB" w14:textId="77777777" w:rsidR="002E35B6" w:rsidRDefault="002E35B6" w:rsidP="002E35B6">
      <w:r>
        <w:t>“We’ll carry him,” he said. “And we keep moving. Colonel’ll want a full report.”</w:t>
      </w:r>
    </w:p>
    <w:p w14:paraId="2A14F451" w14:textId="77777777" w:rsidR="002E35B6" w:rsidRDefault="002E35B6" w:rsidP="002E35B6"/>
    <w:p w14:paraId="00ED894B" w14:textId="77777777" w:rsidR="002E35B6" w:rsidRDefault="002E35B6" w:rsidP="002E35B6">
      <w:r>
        <w:t xml:space="preserve">By the third evening, they came upon Roddey’s camp nestled along the banks of a shallow creek near Courtland—no flags, no fanfare, just tents scattered between the trees and cookfires burning low. Carter rode in at the front, Jonas beside him, both men scanning the faces of the weary troops who </w:t>
      </w:r>
      <w:r>
        <w:lastRenderedPageBreak/>
        <w:t>looked up but didn’t rise. Among them were remnants of the Texas 9th, dirt-smeared and hollow-eyed, but alive. Stragglers who’d slipped the noose at Columbus or peeled off during the retreat. There were no formal greetings, only nods and silent grips of the forearm, as if words might break whatever thin thread still held them together.</w:t>
      </w:r>
    </w:p>
    <w:p w14:paraId="33B8A8C3" w14:textId="77777777" w:rsidR="002E35B6" w:rsidRDefault="002E35B6" w:rsidP="002E35B6">
      <w:r>
        <w:t>He swung down near the main fire and passed his reins to a corporal. His back groaned, neck stiff from too many nights on the ground, but he kept moving. Standing still gave memory too much room to work.</w:t>
      </w:r>
    </w:p>
    <w:p w14:paraId="4E2F0241" w14:textId="77777777" w:rsidR="002E35B6" w:rsidRDefault="002E35B6" w:rsidP="002E35B6">
      <w:r>
        <w:t>Off to one side, half in the firelight, Captain Tull sat against a log, puffing slow on a half-burned cigar. His right leg stuck out stiff, wrapped in a bloodied bandage just above the knee. A dark scab and a purple welt painted the side of his head.</w:t>
      </w:r>
    </w:p>
    <w:p w14:paraId="7C764C8B" w14:textId="77777777" w:rsidR="002E35B6" w:rsidRDefault="002E35B6" w:rsidP="002E35B6">
      <w:r>
        <w:t>“Walker,” Tull said, not bothering to look up. Smoke curled from his cigar like a ribbon. “You’re late.”</w:t>
      </w:r>
    </w:p>
    <w:p w14:paraId="6163593F" w14:textId="77777777" w:rsidR="002E35B6" w:rsidRDefault="002E35B6" w:rsidP="002E35B6">
      <w:r>
        <w:t>Jonas sat beside him on the log with a tired smirk. “Wanted to make an entrance.”</w:t>
      </w:r>
    </w:p>
    <w:p w14:paraId="3B639D54" w14:textId="77777777" w:rsidR="002E35B6" w:rsidRDefault="002E35B6" w:rsidP="002E35B6">
      <w:r>
        <w:t>“How’s the road?”</w:t>
      </w:r>
    </w:p>
    <w:p w14:paraId="77977861" w14:textId="77777777" w:rsidR="002E35B6" w:rsidRDefault="002E35B6" w:rsidP="002E35B6">
      <w:r>
        <w:t>“Quiet,” Jonas said. “Too quiet. Like the war passed by and didn’t bother knockin’.”</w:t>
      </w:r>
    </w:p>
    <w:p w14:paraId="08F20B6A" w14:textId="77777777" w:rsidR="002E35B6" w:rsidRDefault="002E35B6" w:rsidP="002E35B6">
      <w:r>
        <w:t>Tull gave a slow nod. “Maybe it did.”</w:t>
      </w:r>
    </w:p>
    <w:p w14:paraId="48ACA3D2" w14:textId="77777777" w:rsidR="002E35B6" w:rsidRDefault="002E35B6" w:rsidP="002E35B6">
      <w:r>
        <w:t>He tapped ash into the dirt, motioned to his leg. “Doc says I’ll keep the limb, but it’s done marching. Got clipped in the head, too, back near the river. Bullet missed anything important.”</w:t>
      </w:r>
    </w:p>
    <w:p w14:paraId="22157F9D" w14:textId="77777777" w:rsidR="002E35B6" w:rsidRDefault="002E35B6" w:rsidP="002E35B6">
      <w:r>
        <w:t>Jonas gave half a grin. “Hard head, sir. Always said so.”</w:t>
      </w:r>
    </w:p>
    <w:p w14:paraId="2DCD7916" w14:textId="77777777" w:rsidR="002E35B6" w:rsidRDefault="002E35B6" w:rsidP="002E35B6">
      <w:r>
        <w:t>Tull managed a laugh. “You and my wife both.”</w:t>
      </w:r>
    </w:p>
    <w:p w14:paraId="3EAB0CAC" w14:textId="77777777" w:rsidR="002E35B6" w:rsidRDefault="002E35B6" w:rsidP="002E35B6">
      <w:r>
        <w:t>They sat quiet a spell, the fire popping between them. Somewhere nearby, a knot of soldiers laughed too loud at something that wasn’t funny.</w:t>
      </w:r>
    </w:p>
    <w:p w14:paraId="4311E77E" w14:textId="77777777" w:rsidR="002E35B6" w:rsidRDefault="002E35B6" w:rsidP="002E35B6">
      <w:r>
        <w:t>“You feel it?” Tull asked low. “That stillness in the air? Not peace. Just... still.”</w:t>
      </w:r>
    </w:p>
    <w:p w14:paraId="20EAB1C7" w14:textId="77777777" w:rsidR="002E35B6" w:rsidRDefault="002E35B6" w:rsidP="002E35B6">
      <w:r>
        <w:t>Jonas didn’t answer right off. He watched the firelight move across the ground.</w:t>
      </w:r>
    </w:p>
    <w:p w14:paraId="66B2F36F" w14:textId="77777777" w:rsidR="002E35B6" w:rsidRDefault="002E35B6" w:rsidP="002E35B6">
      <w:r>
        <w:t>“I didn’t ride out for Richmond,” he said finally. “Didn’t give much mind to speeches. I fought for home. For Texas. Figured if we kept the fight far enough away, it might never touch our door.”</w:t>
      </w:r>
    </w:p>
    <w:p w14:paraId="7A31E8D9" w14:textId="77777777" w:rsidR="002E35B6" w:rsidRDefault="002E35B6" w:rsidP="002E35B6">
      <w:r>
        <w:t>Tull nodded slow. “Then maybe it’s time to head back that way.”</w:t>
      </w:r>
    </w:p>
    <w:p w14:paraId="67BED2E0" w14:textId="77777777" w:rsidR="002E35B6" w:rsidRDefault="002E35B6" w:rsidP="002E35B6">
      <w:r>
        <w:t>Hoofbeats cut through the stillness. A rider came in fast off the north trail, his horse streaked with lather. He didn’t pause, just swung down and headed straight for the officers’ tents. Word traveled fast after that—low murmurs, men rising from their spots like they already knew.</w:t>
      </w:r>
    </w:p>
    <w:p w14:paraId="1EACD9EE" w14:textId="77777777" w:rsidR="002E35B6" w:rsidRDefault="002E35B6" w:rsidP="002E35B6">
      <w:r>
        <w:t>When General Roddey stepped out, the firelight caught the tired lines in his face. His coat was dusty, his hat in his hand, but his voice was steady.</w:t>
      </w:r>
    </w:p>
    <w:p w14:paraId="68315148" w14:textId="77777777" w:rsidR="002E35B6" w:rsidRDefault="002E35B6" w:rsidP="002E35B6">
      <w:r>
        <w:lastRenderedPageBreak/>
        <w:t>“Lee surrendered to Grant at Appomattox. April the ninth.”</w:t>
      </w:r>
    </w:p>
    <w:p w14:paraId="47081E7B" w14:textId="77777777" w:rsidR="002E35B6" w:rsidRDefault="002E35B6" w:rsidP="002E35B6">
      <w:r>
        <w:t>The quiet that followed wasn’t shock—it was final. Men looked down, some toward the trees, like they were waiting to wake up.</w:t>
      </w:r>
    </w:p>
    <w:p w14:paraId="1D864108" w14:textId="77777777" w:rsidR="002E35B6" w:rsidRDefault="002E35B6" w:rsidP="002E35B6">
      <w:r>
        <w:t>“There’s been no formal orders yet,” Roddey went on. “But Virginia’s gone. The war’s all but over.”</w:t>
      </w:r>
    </w:p>
    <w:p w14:paraId="42799C69" w14:textId="77777777" w:rsidR="002E35B6" w:rsidRDefault="002E35B6" w:rsidP="002E35B6">
      <w:r>
        <w:t>He let that sit for a breath.</w:t>
      </w:r>
    </w:p>
    <w:p w14:paraId="4E722D14" w14:textId="77777777" w:rsidR="002E35B6" w:rsidRDefault="002E35B6" w:rsidP="002E35B6">
      <w:r>
        <w:t>“All senior officers report to my tent in five minutes.”</w:t>
      </w:r>
    </w:p>
    <w:p w14:paraId="0D38364E" w14:textId="77777777" w:rsidR="002E35B6" w:rsidRPr="00B17DCA" w:rsidRDefault="002E35B6" w:rsidP="002E35B6">
      <w:r w:rsidRPr="00B17DCA">
        <w:t>He turned and walked off into the dark.</w:t>
      </w:r>
    </w:p>
    <w:p w14:paraId="4088003D" w14:textId="77777777" w:rsidR="002E35B6" w:rsidRDefault="002E35B6" w:rsidP="002E35B6">
      <w:r w:rsidRPr="00B17DCA">
        <w:t>Colonel Carter lingered a moment, then looked to Jonas.</w:t>
      </w:r>
      <w:r>
        <w:t xml:space="preserve"> Colonel Carter turned to Jonas.</w:t>
      </w:r>
    </w:p>
    <w:p w14:paraId="3C7DFCF3" w14:textId="77777777" w:rsidR="002E35B6" w:rsidRDefault="002E35B6" w:rsidP="002E35B6">
      <w:r>
        <w:t>“Lieutenant Walker, your patrols kept our tail from gettin’ clipped more than once. With Captain Tull laid up, I’m raising you to Captain.”</w:t>
      </w:r>
    </w:p>
    <w:p w14:paraId="485DD97B" w14:textId="77777777" w:rsidR="002E35B6" w:rsidRDefault="002E35B6" w:rsidP="002E35B6">
      <w:r>
        <w:t>Jonas blinked once, gave a small nod. “Yes, sir.”</w:t>
      </w:r>
    </w:p>
    <w:p w14:paraId="536D3067" w14:textId="77777777" w:rsidR="002E35B6" w:rsidRDefault="002E35B6" w:rsidP="002E35B6">
      <w:r>
        <w:t>Carter’s eyes held steady. “Wear it with honor. You’ve earned it.”</w:t>
      </w:r>
    </w:p>
    <w:p w14:paraId="1EE6CEC4" w14:textId="77777777" w:rsidR="002E35B6" w:rsidRDefault="002E35B6" w:rsidP="002E35B6">
      <w:r>
        <w:t>Jonas stepped back. Long shadows from the fire danced across his boots. Across the way, Tull raised what was left of his cigar in a small salute.</w:t>
      </w:r>
    </w:p>
    <w:p w14:paraId="1796E589" w14:textId="77777777" w:rsidR="002E35B6" w:rsidRDefault="002E35B6" w:rsidP="002E35B6">
      <w:r>
        <w:t>“Just don’t start givin’ speeches,” he rasped. “You’ll spoil the rank.”</w:t>
      </w:r>
    </w:p>
    <w:p w14:paraId="12F07251" w14:textId="77777777" w:rsidR="002E35B6" w:rsidRDefault="002E35B6" w:rsidP="002E35B6"/>
    <w:p w14:paraId="2D5E5416" w14:textId="77777777" w:rsidR="002E35B6" w:rsidRDefault="002E35B6" w:rsidP="002E35B6">
      <w:r>
        <w:t>The fire had burned down to coals, casting a low orange glow across the churned-up ground. Most of the men had gone quiet. Voices were hushed, movements slow. No one asked what came next. They all felt it in their bones—the end had come, whether it was spoken or not.</w:t>
      </w:r>
    </w:p>
    <w:p w14:paraId="16CC8E7C" w14:textId="77777777" w:rsidR="002E35B6" w:rsidRDefault="002E35B6" w:rsidP="002E35B6">
      <w:r>
        <w:t>Jonas stood off a way, under a hickory tree, staring up at a thin slice of moon showing through the clouds. One hand rested on the brim of his hat, the other hooked in his belt—old habits he leaned on when the noise inside got too loud.</w:t>
      </w:r>
    </w:p>
    <w:p w14:paraId="4082F141" w14:textId="77777777" w:rsidR="002E35B6" w:rsidRDefault="002E35B6" w:rsidP="002E35B6">
      <w:r>
        <w:t>The new captain’s bar on his collar caught a bit of firelight. It felt strange there. Heavy, somehow.</w:t>
      </w:r>
    </w:p>
    <w:p w14:paraId="7A6E2C04" w14:textId="77777777" w:rsidR="002E35B6" w:rsidRDefault="002E35B6" w:rsidP="002E35B6">
      <w:r>
        <w:t>He’d never chased rank. Hadn’t wanted it. He’d ridden out because Texas called, because duty was something a man didn’t shake off—not when there were folks counting on him.</w:t>
      </w:r>
    </w:p>
    <w:p w14:paraId="6F9B9ABF" w14:textId="77777777" w:rsidR="002E35B6" w:rsidRDefault="002E35B6" w:rsidP="002E35B6">
      <w:r>
        <w:t>But now, with the war fading like smoke through trees, his thoughts kept drifting west. To Anna. To Daniel and little Grace. To that weathered house on the ridge, if it was still standing. His last letter from Anna had come before Christmas. Since then—nothing. Just silence. That kind of quiet had a weight to it.</w:t>
      </w:r>
    </w:p>
    <w:p w14:paraId="3F8C96FC" w14:textId="77777777" w:rsidR="002E35B6" w:rsidRDefault="002E35B6" w:rsidP="002E35B6">
      <w:r>
        <w:t>He could stay. Do what Carter asked. Fight what scraps of this war were left.</w:t>
      </w:r>
    </w:p>
    <w:p w14:paraId="0F89164B" w14:textId="77777777" w:rsidR="002E35B6" w:rsidRDefault="002E35B6" w:rsidP="002E35B6">
      <w:r>
        <w:lastRenderedPageBreak/>
        <w:t>Or he could ride west.</w:t>
      </w:r>
    </w:p>
    <w:p w14:paraId="1928FF6F" w14:textId="77777777" w:rsidR="002E35B6" w:rsidRDefault="002E35B6" w:rsidP="002E35B6">
      <w:r>
        <w:t>Footsteps in the dark. Jonas turned and saw Tull coming slow, leaning on a carved stick. He looked worn through—head wrapped in fresh cloth, a stub of cigar glowing in his fingers.</w:t>
      </w:r>
    </w:p>
    <w:p w14:paraId="54DC040A" w14:textId="77777777" w:rsidR="002E35B6" w:rsidRDefault="002E35B6" w:rsidP="002E35B6">
      <w:r>
        <w:t>“You thinkin’ of leavin’?” Tull asked, voice low.</w:t>
      </w:r>
    </w:p>
    <w:p w14:paraId="1793CEC0" w14:textId="77777777" w:rsidR="002E35B6" w:rsidRDefault="002E35B6" w:rsidP="002E35B6">
      <w:r>
        <w:t>Jonas didn’t answer straightaway.</w:t>
      </w:r>
    </w:p>
    <w:p w14:paraId="1C6F4A6F" w14:textId="77777777" w:rsidR="002E35B6" w:rsidRDefault="002E35B6" w:rsidP="002E35B6">
      <w:r>
        <w:t>“I’m thinkin’ about where duty ends and plain stubbornness begins,” he said. “Wonderin’ if walkin’ away makes a man disloyal—or just done.”</w:t>
      </w:r>
    </w:p>
    <w:p w14:paraId="74873E04" w14:textId="77777777" w:rsidR="002E35B6" w:rsidRDefault="002E35B6" w:rsidP="002E35B6">
      <w:r>
        <w:t>Tull gave a slow nod. “You’ve done your part, Walker. Ain’t no shame in wantin’ to get home.”</w:t>
      </w:r>
    </w:p>
    <w:p w14:paraId="03631A6A" w14:textId="77777777" w:rsidR="002E35B6" w:rsidRDefault="002E35B6" w:rsidP="002E35B6">
      <w:r>
        <w:t>Jonas glanced down at the bar on his collar.</w:t>
      </w:r>
    </w:p>
    <w:p w14:paraId="0BF90AD6" w14:textId="77777777" w:rsidR="002E35B6" w:rsidRDefault="002E35B6" w:rsidP="002E35B6">
      <w:r>
        <w:t>“This don’t make me more needed here,” he said. “Just makes it harder to go.”</w:t>
      </w:r>
    </w:p>
    <w:p w14:paraId="6C215B4D" w14:textId="77777777" w:rsidR="002E35B6" w:rsidRDefault="002E35B6" w:rsidP="002E35B6">
      <w:r>
        <w:t>Tull took a drag on the cigar, then said, “A hard choice ain’t always the wrong one. But if you do ride, make sure it’s not runnin’. Make sure it’s for something that still matters.”</w:t>
      </w:r>
    </w:p>
    <w:p w14:paraId="56B89594" w14:textId="77777777" w:rsidR="002E35B6" w:rsidRDefault="002E35B6" w:rsidP="002E35B6">
      <w:r>
        <w:t>Jonas met his eyes. “It is.”</w:t>
      </w:r>
    </w:p>
    <w:p w14:paraId="024F2B4E" w14:textId="77777777" w:rsidR="002E35B6" w:rsidRDefault="002E35B6" w:rsidP="002E35B6">
      <w:r>
        <w:t>They stood quiet a moment, listening to the wind moving through the brush and the faint crackle of the fire.</w:t>
      </w:r>
    </w:p>
    <w:p w14:paraId="323D0F53" w14:textId="77777777" w:rsidR="002E35B6" w:rsidRDefault="002E35B6" w:rsidP="002E35B6">
      <w:r>
        <w:t>“Not tonight,” Jonas said at last. “But soon.”</w:t>
      </w:r>
    </w:p>
    <w:p w14:paraId="6B81C1A3" w14:textId="77777777" w:rsidR="002E35B6" w:rsidRDefault="002E35B6" w:rsidP="002E35B6">
      <w:r>
        <w:t>He turned back toward camp, where the shadows played against the tents like old ghosts.</w:t>
      </w:r>
    </w:p>
    <w:p w14:paraId="6BEE7CED" w14:textId="77777777" w:rsidR="002E35B6" w:rsidRDefault="002E35B6" w:rsidP="002E35B6">
      <w:r>
        <w:t>The war wasn’t done for everyone.</w:t>
      </w:r>
    </w:p>
    <w:p w14:paraId="373B93E6" w14:textId="77777777" w:rsidR="002E35B6" w:rsidRDefault="002E35B6" w:rsidP="002E35B6">
      <w:r>
        <w:t>But it was done for him.</w:t>
      </w:r>
    </w:p>
    <w:p w14:paraId="03A5A584" w14:textId="77777777" w:rsidR="002E35B6" w:rsidRDefault="002E35B6" w:rsidP="002E35B6"/>
    <w:p w14:paraId="04CB6CF5" w14:textId="77777777" w:rsidR="002E35B6" w:rsidRDefault="002E35B6" w:rsidP="002E35B6">
      <w:r>
        <w:t>The pines stood still in the morning light, save for a soft wind that stirred their tops like water. Jonas rode near the front, five men trailing him, eyes watching the brush along the road. The air held the scent of damp earth and cold ash.</w:t>
      </w:r>
    </w:p>
    <w:p w14:paraId="0B1FA8BB" w14:textId="77777777" w:rsidR="002E35B6" w:rsidRDefault="002E35B6" w:rsidP="002E35B6">
      <w:r>
        <w:t>The war had gone quiet.</w:t>
      </w:r>
    </w:p>
    <w:p w14:paraId="5898CA79" w14:textId="77777777" w:rsidR="002E35B6" w:rsidRDefault="002E35B6" w:rsidP="002E35B6">
      <w:r>
        <w:t>A woodpecker knocked somewhere off to the left. A crow called once and was done.</w:t>
      </w:r>
    </w:p>
    <w:p w14:paraId="789C7B2A" w14:textId="77777777" w:rsidR="002E35B6" w:rsidRDefault="002E35B6" w:rsidP="002E35B6">
      <w:r>
        <w:t>Jonas shifted in the saddle, the weight of his carbine across his back pressing against his shoulder. His hand found the inside pocket of his coat without thinking—where he kept Anna’s letters.</w:t>
      </w:r>
    </w:p>
    <w:p w14:paraId="262DFA16" w14:textId="77777777" w:rsidR="002E35B6" w:rsidRDefault="002E35B6" w:rsidP="002E35B6">
      <w:r>
        <w:t>They came around a bend and passed a wide patch of wildflowers—yellow and white, thick as cotton blooms, swaying in the breeze. His horse slowed of its own accord, head dipping.</w:t>
      </w:r>
    </w:p>
    <w:p w14:paraId="4CDFF356" w14:textId="77777777" w:rsidR="002E35B6" w:rsidRDefault="002E35B6" w:rsidP="002E35B6">
      <w:r>
        <w:lastRenderedPageBreak/>
        <w:t>He saw it clear as daylight: Anna kneeling by the porch with her sleeves rolled, humming to herself as she worked the soil. Daniel chasing chickens across the yard, barefoot and hollering. Grace, toddling after, face sticky with jam. Smoke curling from the chimney. That old ridge house, standing like it always had.</w:t>
      </w:r>
    </w:p>
    <w:p w14:paraId="4686FFCF" w14:textId="77777777" w:rsidR="002E35B6" w:rsidRDefault="002E35B6" w:rsidP="002E35B6">
      <w:r>
        <w:t>“Captain?”</w:t>
      </w:r>
    </w:p>
    <w:p w14:paraId="441092AC" w14:textId="77777777" w:rsidR="002E35B6" w:rsidRDefault="002E35B6" w:rsidP="002E35B6">
      <w:r>
        <w:t>It was young Harlan, pointing ahead. “You want we should sweep the ridge?”</w:t>
      </w:r>
    </w:p>
    <w:p w14:paraId="4AD7AE98" w14:textId="77777777" w:rsidR="002E35B6" w:rsidRDefault="002E35B6" w:rsidP="002E35B6">
      <w:r>
        <w:t>Jonas gave a slow nod. “Go on. Stay close.”</w:t>
      </w:r>
    </w:p>
    <w:p w14:paraId="4F51DC74" w14:textId="77777777" w:rsidR="002E35B6" w:rsidRDefault="002E35B6" w:rsidP="002E35B6">
      <w:r>
        <w:t>He watched them split off, then turned his mount toward the flowers again. He didn’t get down—just let the horse idle there with him.</w:t>
      </w:r>
    </w:p>
    <w:p w14:paraId="128322D0" w14:textId="77777777" w:rsidR="002E35B6" w:rsidRDefault="002E35B6" w:rsidP="002E35B6"/>
    <w:p w14:paraId="4BDB42C7" w14:textId="77777777" w:rsidR="002E35B6" w:rsidRDefault="002E35B6" w:rsidP="002E35B6">
      <w:r>
        <w:t>The sun dipped low, spilling gold across the treetops. Around the camp, there was little talk. The usual sounds carried—the scrape of a tin cup, the soft rasp of a whetstone, the creak of worn leather. Most of the men stayed by the fires, not saying much.</w:t>
      </w:r>
    </w:p>
    <w:p w14:paraId="359DB57E" w14:textId="77777777" w:rsidR="002E35B6" w:rsidRDefault="002E35B6" w:rsidP="002E35B6">
      <w:r>
        <w:t>Jonas stood outside General Roddey’s tent, gaze turned toward the men, trail dust clinging to his boots. A young adjutant motioned him through.</w:t>
      </w:r>
    </w:p>
    <w:p w14:paraId="7E487D82" w14:textId="77777777" w:rsidR="002E35B6" w:rsidRDefault="002E35B6" w:rsidP="002E35B6">
      <w:r>
        <w:t>Inside, Roddey and his command staff were bent over a ragged map, lines drawn and redrawn till the paper sagged. He looked up, eyes sharp beneath his battered slouch hat.</w:t>
      </w:r>
    </w:p>
    <w:p w14:paraId="3E03E328" w14:textId="77777777" w:rsidR="002E35B6" w:rsidRDefault="002E35B6" w:rsidP="002E35B6">
      <w:r>
        <w:t>“Captain Walker,” he said. “Your patrol?”</w:t>
      </w:r>
    </w:p>
    <w:p w14:paraId="362E43FB" w14:textId="77777777" w:rsidR="002E35B6" w:rsidRDefault="002E35B6" w:rsidP="002E35B6">
      <w:r>
        <w:t>“No sign of bluecoats, sir. Roads are clear.”</w:t>
      </w:r>
    </w:p>
    <w:p w14:paraId="27F2D4D8" w14:textId="77777777" w:rsidR="002E35B6" w:rsidRDefault="002E35B6" w:rsidP="002E35B6">
      <w:r>
        <w:t>Roddey nodded. “Good.”</w:t>
      </w:r>
    </w:p>
    <w:p w14:paraId="29DC2216" w14:textId="77777777" w:rsidR="002E35B6" w:rsidRDefault="002E35B6" w:rsidP="002E35B6"/>
    <w:p w14:paraId="7D1461A2" w14:textId="77777777" w:rsidR="002E35B6" w:rsidRDefault="002E35B6" w:rsidP="002E35B6">
      <w:r>
        <w:t>They hadn’t seen Union colors in weeks—not since the last skirmish near Courtland, just dust trails and silence stretching out under the spring sky. Then Jonas’s scouts spotted movement near Moulton—blue coats, moving easy through the trees, not like men hunting, but like ones who’d already eaten. He noted the flags, the crisp lines of cavalry posted without urgency. Jonas rode hard back to camp, dust in his teeth, and gave the word to Roddey himself.</w:t>
      </w:r>
    </w:p>
    <w:p w14:paraId="11F2742C" w14:textId="77777777" w:rsidR="002E35B6" w:rsidRDefault="002E35B6" w:rsidP="002E35B6">
      <w:r>
        <w:t xml:space="preserve">Later that afternoon, a Union rider came in under a white flag, bearing terms. Brigadier General Granger wasn’t looking for a fight—he’d come to end one. The next morning, May seventeenth, Roddey gathered what was left of his command and gave the order. They were to surrender. No colors raised, no drumbeat or speech—just men standing still in the Alabama heat, listening to their war being folded shut like a letter with no return address. They were paroled on the spot—free to ride home with what they carried, so long as they carried no more fight. Jonas watched it all, boots in the dust, hands loose at </w:t>
      </w:r>
      <w:r>
        <w:lastRenderedPageBreak/>
        <w:t>his sides. Somewhere behind him, a meadowlark called out once, sharp against the hush. He looked west, where the sky was wide, and the land went quiet again.</w:t>
      </w:r>
    </w:p>
    <w:p w14:paraId="1D5F7A41" w14:textId="77777777" w:rsidR="002E35B6" w:rsidRDefault="002E35B6" w:rsidP="002E35B6"/>
    <w:p w14:paraId="72E1C0EA" w14:textId="77777777" w:rsidR="002E35B6" w:rsidRDefault="002E35B6" w:rsidP="002E35B6">
      <w:r>
        <w:t>Chapter Three</w:t>
      </w:r>
    </w:p>
    <w:p w14:paraId="59B2BEC7" w14:textId="77777777" w:rsidR="002E35B6" w:rsidRDefault="002E35B6" w:rsidP="002E35B6">
      <w:r>
        <w:t>The Long Road Home</w:t>
      </w:r>
    </w:p>
    <w:p w14:paraId="394DB62E" w14:textId="77777777" w:rsidR="002E35B6" w:rsidRDefault="002E35B6" w:rsidP="002E35B6">
      <w:r>
        <w:t>Jonas sat on the edge of his cot, elbows resting on his knees, hands rubbing his face. The canvas walls of the tent flapped lightly in the early morning breeze, still cool before the sun got to rising high. All around him, the camp stirred—men packing gear, clanging tin cups, calling farewells. But he stayed still, eyes fixed on the dirt floor like it held some answer he hadn’t yet figured.</w:t>
      </w:r>
    </w:p>
    <w:p w14:paraId="7552CD09" w14:textId="77777777" w:rsidR="002E35B6" w:rsidRDefault="002E35B6" w:rsidP="002E35B6">
      <w:r>
        <w:t>It was his last morning in uniform.</w:t>
      </w:r>
    </w:p>
    <w:p w14:paraId="0490D9AB" w14:textId="77777777" w:rsidR="002E35B6" w:rsidRDefault="002E35B6" w:rsidP="002E35B6">
      <w:r>
        <w:t>Three years of blood and dust and bitter cold nights. Three years of doing what he was told, of riding out in silence and coming back with fewer men than he’d left with. Now it was over. The war had wrung them dry and then finally let them go.</w:t>
      </w:r>
    </w:p>
    <w:p w14:paraId="43FB314A" w14:textId="77777777" w:rsidR="002E35B6" w:rsidRDefault="002E35B6" w:rsidP="002E35B6">
      <w:r>
        <w:t>He ran a hand over his jaw, rough with stubble. “Well,” he muttered, almost to himself, “reckon that’s that.”</w:t>
      </w:r>
    </w:p>
    <w:p w14:paraId="169EB841" w14:textId="77777777" w:rsidR="002E35B6" w:rsidRDefault="002E35B6" w:rsidP="002E35B6">
      <w:r>
        <w:t>His rifle leaned against the tent pole, and beside it, his saddlebag, already packed. The army pay, what little there was, jingled faint in the bottom of his pouch. Not much, but he wasn’t heading home for money.</w:t>
      </w:r>
    </w:p>
    <w:p w14:paraId="620F5D51" w14:textId="77777777" w:rsidR="002E35B6" w:rsidRDefault="002E35B6" w:rsidP="002E35B6">
      <w:r>
        <w:t>Home.</w:t>
      </w:r>
    </w:p>
    <w:p w14:paraId="027BE61D" w14:textId="77777777" w:rsidR="002E35B6" w:rsidRDefault="002E35B6" w:rsidP="002E35B6">
      <w:r>
        <w:t>The word sat heavy in his chest. He hadn't seen Lonesome Ridge in nearly four years. Didn’t know who was still there, what the place even looked like anymore. It was a long road ahead—hundreds of miles of Alabama woods, Mississippi Mud, Louisiana Swamps, and Texas dirt and sky—and nothing but time between here and the people he longed to see.</w:t>
      </w:r>
    </w:p>
    <w:p w14:paraId="66379969" w14:textId="77777777" w:rsidR="002E35B6" w:rsidRDefault="002E35B6" w:rsidP="002E35B6">
      <w:r>
        <w:t>Jonas stood slow, the cot creaking beneath him. He took one last look around the tent, plain as it was. It had been a shelter, of sorts. A place to breathe. To survive. But it wasn't home.</w:t>
      </w:r>
    </w:p>
    <w:p w14:paraId="7E0537CC" w14:textId="77777777" w:rsidR="002E35B6" w:rsidRDefault="002E35B6" w:rsidP="002E35B6">
      <w:r>
        <w:t>He slung the saddlebag over his shoulder, adjusted the brim of his hat. As he stepped out of the tent, the sky was just starting to soften from black to gray, the outlines of trees slowly taking shape beyond the edge of camp. Jonas Walker stood alone by his horse, tightening the saddle cinch with practiced ease.</w:t>
      </w:r>
    </w:p>
    <w:p w14:paraId="293A781C" w14:textId="77777777" w:rsidR="002E35B6" w:rsidRDefault="002E35B6" w:rsidP="002E35B6">
      <w:r>
        <w:t>Behind him, footsteps approached—slow and dragging.</w:t>
      </w:r>
    </w:p>
    <w:p w14:paraId="431E8C55" w14:textId="77777777" w:rsidR="002E35B6" w:rsidRDefault="002E35B6" w:rsidP="002E35B6">
      <w:r>
        <w:t>“You’re really headin’ out already?” came a low voice.</w:t>
      </w:r>
    </w:p>
    <w:p w14:paraId="05FA81A2" w14:textId="77777777" w:rsidR="002E35B6" w:rsidRDefault="002E35B6" w:rsidP="002E35B6">
      <w:r>
        <w:lastRenderedPageBreak/>
        <w:t>Jonas turned to see Captain Tull limping toward him, leaning hard on his crutch. A thin trail of smoke curled from the cigar in his mouth, and his coat hung loosely over his frame. His leg was braced with strips of wood and canvas, and a bandage covering the wound on the left side of his forehead.</w:t>
      </w:r>
    </w:p>
    <w:p w14:paraId="764BD4C7" w14:textId="77777777" w:rsidR="002E35B6" w:rsidRDefault="002E35B6" w:rsidP="002E35B6">
      <w:r>
        <w:t>“I aim to,” Jonas said, giving a small nod.</w:t>
      </w:r>
    </w:p>
    <w:p w14:paraId="562EC795" w14:textId="77777777" w:rsidR="002E35B6" w:rsidRDefault="002E35B6" w:rsidP="002E35B6">
      <w:r>
        <w:t>Tull came to a stop and shifted his weight. “You’re doin’ the right thing, Jonas.”</w:t>
      </w:r>
    </w:p>
    <w:p w14:paraId="5BAB918B" w14:textId="77777777" w:rsidR="002E35B6" w:rsidRDefault="002E35B6" w:rsidP="002E35B6">
      <w:r>
        <w:t>Jonas smiled faintly. “Wish I could say it feels that way, Robert.”</w:t>
      </w:r>
    </w:p>
    <w:p w14:paraId="5FFB6958" w14:textId="77777777" w:rsidR="002E35B6" w:rsidRDefault="002E35B6" w:rsidP="002E35B6">
      <w:r>
        <w:t>Tull took a long draw from the cigar, then let the smoke drift out into the dawn. “If I could ride, I’d be saddlin’ up right next to you. But this leg says otherwise.”</w:t>
      </w:r>
    </w:p>
    <w:p w14:paraId="4B054BBB" w14:textId="77777777" w:rsidR="002E35B6" w:rsidRDefault="002E35B6" w:rsidP="002E35B6">
      <w:r>
        <w:t>“I hate leavin’ you behind,” Jonas admitted.</w:t>
      </w:r>
    </w:p>
    <w:p w14:paraId="25371AF4" w14:textId="77777777" w:rsidR="002E35B6" w:rsidRDefault="002E35B6" w:rsidP="002E35B6">
      <w:r>
        <w:t>“You’re not,” Tull said. “You’re goin’ ahead. Somebody has to. You’ve earned it.”</w:t>
      </w:r>
    </w:p>
    <w:p w14:paraId="4E11CA32" w14:textId="77777777" w:rsidR="002E35B6" w:rsidRDefault="002E35B6" w:rsidP="002E35B6">
      <w:r>
        <w:t>They stood quiet for a moment, the early light touching the tops of the pine trees beyond the camp.</w:t>
      </w:r>
    </w:p>
    <w:p w14:paraId="1B86CBEA" w14:textId="77777777" w:rsidR="002E35B6" w:rsidRDefault="002E35B6" w:rsidP="002E35B6">
      <w:r>
        <w:t>Tull broke the silence. “Texas is a long ride from Alabama… but it’s home. You go find it.”</w:t>
      </w:r>
    </w:p>
    <w:p w14:paraId="1D498B21" w14:textId="77777777" w:rsidR="002E35B6" w:rsidRDefault="002E35B6" w:rsidP="002E35B6">
      <w:r>
        <w:t>Jonas looked at him, then stepped forward and gripped his shoulder. “You take care of yourself, Robert.  Write to me when you get home.”</w:t>
      </w:r>
    </w:p>
    <w:p w14:paraId="296B3087" w14:textId="77777777" w:rsidR="002E35B6" w:rsidRDefault="002E35B6" w:rsidP="002E35B6">
      <w:r>
        <w:t>Tull returned the gesture, gripping his arm firmly. “You too, Jonas. When you ride into north Texas, you remember I’d give near anything to be there too.”</w:t>
      </w:r>
    </w:p>
    <w:p w14:paraId="10318616" w14:textId="77777777" w:rsidR="002E35B6" w:rsidRDefault="002E35B6" w:rsidP="002E35B6">
      <w:r>
        <w:t>A crooked grin tugged at Jonas’s mouth. “You’ll see it yourself before long.”</w:t>
      </w:r>
    </w:p>
    <w:p w14:paraId="56F1A1B4" w14:textId="77777777" w:rsidR="002E35B6" w:rsidRDefault="002E35B6" w:rsidP="002E35B6">
      <w:r>
        <w:t>Tull tapped the ash off his cigar. “Maybe. But you ride safe, brother.”</w:t>
      </w:r>
    </w:p>
    <w:p w14:paraId="0ED55A93" w14:textId="77777777" w:rsidR="002E35B6" w:rsidRDefault="002E35B6" w:rsidP="002E35B6">
      <w:r>
        <w:t>Jonas paused, gave a salute, and mounted up, adjusting the reins in his gloved hands.</w:t>
      </w:r>
    </w:p>
    <w:p w14:paraId="2A006743" w14:textId="77777777" w:rsidR="002E35B6" w:rsidRDefault="002E35B6" w:rsidP="002E35B6">
      <w:r>
        <w:t>“I’ll see you again,” he said.</w:t>
      </w:r>
    </w:p>
    <w:p w14:paraId="6C862F1B" w14:textId="77777777" w:rsidR="002E35B6" w:rsidRDefault="002E35B6" w:rsidP="002E35B6">
      <w:r>
        <w:t>“I’ll be waitin’.”</w:t>
      </w:r>
    </w:p>
    <w:p w14:paraId="72CA20BB" w14:textId="77777777" w:rsidR="002E35B6" w:rsidRDefault="002E35B6" w:rsidP="002E35B6">
      <w:r>
        <w:t>Jonas turned his horse west and rode slowly out of camp, the mist rising like smoke behind him. He didn’t look back. The long road home had begun.</w:t>
      </w:r>
    </w:p>
    <w:p w14:paraId="4F56A4F0" w14:textId="77777777" w:rsidR="002E35B6" w:rsidRDefault="002E35B6" w:rsidP="002E35B6"/>
    <w:p w14:paraId="4A026088" w14:textId="77777777" w:rsidR="002E35B6" w:rsidRDefault="002E35B6" w:rsidP="002E35B6">
      <w:r>
        <w:t>The Alabama and Mississippi woods were thick with spring green, heavy with the smell of rain and old leaves. Jonas kept his horse to the shadows, easing around a stand of pine. The road west was wide and empty now, but Jonas still watched the treeline out of habit. The war was done, papers signed and hands shaken, but old instincts didn’t fade so easy. Every hoofbeat carried him closer to Texas, and farther from all he’d seen.</w:t>
      </w:r>
    </w:p>
    <w:p w14:paraId="583E16F9" w14:textId="77777777" w:rsidR="002E35B6" w:rsidRDefault="002E35B6" w:rsidP="002E35B6">
      <w:r>
        <w:lastRenderedPageBreak/>
        <w:t>He’d cast off the uniform days ago. Wore a plain brown shirt now, dark trousers, though he still had his cavalry hat. Rifle hung off his saddle, pistol rode at his hip. More than once he’d spotted riders up the ridge and slipped into the brush till they passed.</w:t>
      </w:r>
    </w:p>
    <w:p w14:paraId="610438EE" w14:textId="77777777" w:rsidR="002E35B6" w:rsidRDefault="002E35B6" w:rsidP="002E35B6">
      <w:r>
        <w:t>Days ran together—travel, rest, travel again. The farther west he rode, the quieter it all got. The guns were behind him now. The smoke. The yelling. He kept waitin’ for the noise to come rollin’ back over the trees—but it never did.</w:t>
      </w:r>
    </w:p>
    <w:p w14:paraId="7A08E091" w14:textId="77777777" w:rsidR="002E35B6" w:rsidRDefault="002E35B6" w:rsidP="002E35B6">
      <w:r>
        <w:t>At night, he made camp in the low places—hollows, creekbeds—anywhere the frogs sang loud enough to hide the crackle of fire. He slept light. A twig snap, distant hoofbeat—that’s all it took to bring him bolt upright. Weren’t fear, exactly. Just habit. Learned too many hard lessons to sleep sound.</w:t>
      </w:r>
    </w:p>
    <w:p w14:paraId="419C2046" w14:textId="77777777" w:rsidR="002E35B6" w:rsidRDefault="002E35B6" w:rsidP="002E35B6">
      <w:r>
        <w:t>One morning, he spotted a farmhouse off yonder—thin trail of smoke, dog barkin’. Looked peaceful. Dangerous, too. He hadn’t spoken to a soul in weeks, and didn’t aim to start now. Safer to keep ridin’.</w:t>
      </w:r>
    </w:p>
    <w:p w14:paraId="1D8EF22D" w14:textId="77777777" w:rsidR="002E35B6" w:rsidRDefault="002E35B6" w:rsidP="002E35B6">
      <w:r>
        <w:t>Still, the loneliness was startin’ to close in.</w:t>
      </w:r>
    </w:p>
    <w:p w14:paraId="0FED6C89" w14:textId="77777777" w:rsidR="002E35B6" w:rsidRDefault="002E35B6" w:rsidP="002E35B6">
      <w:r>
        <w:t>He passed a stretch of honeysuckle and blue phlox, and for a second, it stopped him. The way the flowers moved in the breeze looked just like the fields near Lonesome Ridge. He saw Anna kneeling by the porch, her hair loose in the wind. Daniel running.</w:t>
      </w:r>
    </w:p>
    <w:p w14:paraId="2269827D" w14:textId="77777777" w:rsidR="002E35B6" w:rsidRDefault="002E35B6" w:rsidP="002E35B6">
      <w:r>
        <w:t>Grace barefoot, hollering after chickens, Grace not far behind, giggling like a creek.</w:t>
      </w:r>
    </w:p>
    <w:p w14:paraId="44BFAA29" w14:textId="77777777" w:rsidR="002E35B6" w:rsidRDefault="002E35B6" w:rsidP="002E35B6">
      <w:r>
        <w:t>The memory hit hard—so sharp it felt like a wound. He closed his eyes, breathed slow, tugged the reins. The horse shifted under him.</w:t>
      </w:r>
    </w:p>
    <w:p w14:paraId="07EFBBF1" w14:textId="77777777" w:rsidR="002E35B6" w:rsidRDefault="002E35B6" w:rsidP="002E35B6">
      <w:r>
        <w:t>“Not yet,” he murmured. “Not yet.”</w:t>
      </w:r>
    </w:p>
    <w:p w14:paraId="1309C640" w14:textId="77777777" w:rsidR="002E35B6" w:rsidRDefault="002E35B6" w:rsidP="002E35B6">
      <w:r>
        <w:t>He rode on.</w:t>
      </w:r>
    </w:p>
    <w:p w14:paraId="7907337A" w14:textId="77777777" w:rsidR="002E35B6" w:rsidRDefault="002E35B6" w:rsidP="002E35B6">
      <w:r>
        <w:t>That afternoon, gunfire cracked off in the distance—sharp and scattered. He slid off the saddle, led his horse down into a thicket of sweetgum. Dropped low, listened. Few shots, then nothing. Could’ve been bandits. Didn’t much matter. The roads weren’t safe—not from soldiers, not from deserters, not from men who’d sooner rob a traveler than let him be.</w:t>
      </w:r>
    </w:p>
    <w:p w14:paraId="244ED24C" w14:textId="77777777" w:rsidR="002E35B6" w:rsidRDefault="002E35B6" w:rsidP="002E35B6">
      <w:r>
        <w:t>That night, he fried a strip of salted pork over a low flame and stared into the dark. Missed the sound of another voice. Boots scuffin’ dirt nearby. Someone sharin’ the fire.</w:t>
      </w:r>
    </w:p>
    <w:p w14:paraId="7EE67490" w14:textId="77777777" w:rsidR="002E35B6" w:rsidRDefault="002E35B6" w:rsidP="002E35B6">
      <w:r>
        <w:t>Thought about Robert Tull, laid up with that busted leg, still puffin’ cigars and making wise in spite of it. He thought about home—not just the land, but the people waiting there. Anna. Grace. Daniel.</w:t>
      </w:r>
    </w:p>
    <w:p w14:paraId="6A12B909" w14:textId="77777777" w:rsidR="002E35B6" w:rsidRDefault="002E35B6" w:rsidP="002E35B6">
      <w:r>
        <w:t>He hadn’t let himself picture them too clear. Wasn’t sure the image would match the truth once he got there.</w:t>
      </w:r>
    </w:p>
    <w:p w14:paraId="6B5190DE" w14:textId="77777777" w:rsidR="002E35B6" w:rsidRDefault="002E35B6" w:rsidP="002E35B6">
      <w:r>
        <w:t>The stars shone brightly overhead. The fire burned down low.</w:t>
      </w:r>
    </w:p>
    <w:p w14:paraId="332F857E" w14:textId="77777777" w:rsidR="002E35B6" w:rsidRDefault="002E35B6" w:rsidP="002E35B6">
      <w:r>
        <w:t>And the road west carried on.</w:t>
      </w:r>
    </w:p>
    <w:p w14:paraId="4120FB87" w14:textId="77777777" w:rsidR="002E35B6" w:rsidRDefault="002E35B6" w:rsidP="002E35B6">
      <w:r>
        <w:lastRenderedPageBreak/>
        <w:t>The sun pushed through a patch of gray cloud as Jonas followed a narrow ridge above a slow brown river. The water wound through a small ravine below, flanked by cottonwood and cedar, thick and quiet. The air was warmer now, more humid, heavier. Every mile farther west brought with it the smell of home—mesquite, dry grass, that wide Texas sky.</w:t>
      </w:r>
    </w:p>
    <w:p w14:paraId="295E5232" w14:textId="77777777" w:rsidR="002E35B6" w:rsidRDefault="002E35B6" w:rsidP="002E35B6">
      <w:r>
        <w:t>He reined in at the top of the rise and looked out across the country ahead. Somewhere past those hills lay the Sabine. Once he crossed it, he’d be back in Texas. Not home just yet, but close enough to taste it. The thought sat uneasy in his chest—hope tangled up with something harder to name.</w:t>
      </w:r>
    </w:p>
    <w:p w14:paraId="22840E13" w14:textId="77777777" w:rsidR="002E35B6" w:rsidRDefault="002E35B6" w:rsidP="002E35B6">
      <w:r>
        <w:t>That night he made camp off the trail, way down in a hollow where no one would think to look. No fire. Just cold biscuit and dried pork eaten in the dark. The stars blinked overhead like nothing had ever happened.</w:t>
      </w:r>
    </w:p>
    <w:p w14:paraId="3F1CB470" w14:textId="77777777" w:rsidR="002E35B6" w:rsidRDefault="002E35B6" w:rsidP="002E35B6">
      <w:r>
        <w:t>He lay on his bedroll, eyes on the sky.  Wondering what lay ahead. The war over for him. Now it was time to go home. He rolled to his side, hand resting on the rifle, and let sleep take its time.  “Tomorrow, we cross into Texas.”</w:t>
      </w:r>
    </w:p>
    <w:p w14:paraId="4B42F5BE" w14:textId="77777777" w:rsidR="002E35B6" w:rsidRDefault="002E35B6" w:rsidP="002E35B6"/>
    <w:p w14:paraId="62DA57AF" w14:textId="77777777" w:rsidR="002E35B6" w:rsidRDefault="002E35B6" w:rsidP="002E35B6">
      <w:r>
        <w:t>He rode in slow, his horse’s hooves clopping hollow on the packed red dirt of the main road. Jonas followed the wagon ruts as they dipped toward the river, the smell of damp earth and slow-moving water growing stronger the closer he came. The Sabine wasn’t pretty this time of year—brown, still in places, thick with fallen leaves and the must of late spring—but it was wide and steady, and it marked the line between one state and another.</w:t>
      </w:r>
    </w:p>
    <w:p w14:paraId="6D62B05C" w14:textId="77777777" w:rsidR="002E35B6" w:rsidRDefault="002E35B6" w:rsidP="002E35B6">
      <w:r>
        <w:t>Logansport sat just above the bank, quiet and spread out like a town still figuring out where it wanted to be. A handful of buildings flanked the main road—a general store with a slanted roof, a smithy with its doors propped open, and a log house that looked like it served more than one purpose.</w:t>
      </w:r>
    </w:p>
    <w:p w14:paraId="7E14A6D0" w14:textId="77777777" w:rsidR="002E35B6" w:rsidRDefault="002E35B6" w:rsidP="002E35B6">
      <w:r>
        <w:t>A few folks were moving about. A man carried a sack over his shoulder, a woman swept her porch, and a barefoot boy sat on the steps of the store, carving at a stick with a pocketknife. They all glanced up as Jonas passed, but no one stared. Just polite, passing nods.</w:t>
      </w:r>
    </w:p>
    <w:p w14:paraId="79508141" w14:textId="77777777" w:rsidR="002E35B6" w:rsidRDefault="002E35B6" w:rsidP="002E35B6">
      <w:r>
        <w:t>The place didn’t try to impress. It wasn’t meant to. It had what it needed—a place to cross, a place to trade, a few homes holding on after hard years. It looked lived in. Earned.</w:t>
      </w:r>
    </w:p>
    <w:p w14:paraId="207B9905" w14:textId="77777777" w:rsidR="002E35B6" w:rsidRDefault="002E35B6" w:rsidP="002E35B6">
      <w:r>
        <w:t>Jonas reined in his horse at the water’s edge. He sat there for a long while, looking across the river like a man staring through time. The sky above was wide and pale, with wisps of white cloud drifting west. A breeze stirred the grass and brought with it the faint scent of dust and cattle.</w:t>
      </w:r>
    </w:p>
    <w:p w14:paraId="40AA18C7" w14:textId="77777777" w:rsidR="002E35B6" w:rsidRDefault="002E35B6" w:rsidP="002E35B6">
      <w:r>
        <w:t xml:space="preserve">The ferry sat low in the water but held together solid—its timbers weathered to a light gray. The ropes were coiled neat along the rail, not carelessly dropped. The platform, though groaning underfoot, moved with purpose when the current pressed against it. </w:t>
      </w:r>
    </w:p>
    <w:p w14:paraId="58855A77" w14:textId="77777777" w:rsidR="002E35B6" w:rsidRDefault="002E35B6" w:rsidP="002E35B6">
      <w:r>
        <w:lastRenderedPageBreak/>
        <w:t>Jonas rode down the embankment slow, the Sabine spread out before him, wide and brown and sluggish in the May heat. On the far side, Texas waited—green and close enough to touch.</w:t>
      </w:r>
    </w:p>
    <w:p w14:paraId="0EEC6EB6" w14:textId="77777777" w:rsidR="002E35B6" w:rsidRDefault="002E35B6" w:rsidP="002E35B6">
      <w:r>
        <w:t>A man stepped from the ferry shack, lanky and sun-darkened, a chaw working in his cheek. He wore an old slouch hat and a shirt that hadn’t seen soap in a week, but his hands were sure as he unlooped the lines.</w:t>
      </w:r>
    </w:p>
    <w:p w14:paraId="1F5FE9AD" w14:textId="77777777" w:rsidR="002E35B6" w:rsidRDefault="002E35B6" w:rsidP="002E35B6">
      <w:r>
        <w:t>“Lookin’ to cross?” the man asked.</w:t>
      </w:r>
    </w:p>
    <w:p w14:paraId="3D94561C" w14:textId="77777777" w:rsidR="002E35B6" w:rsidRDefault="002E35B6" w:rsidP="002E35B6">
      <w:r>
        <w:t>“That’s right,” Jonas said, dismounting. “You runnin’ today?”</w:t>
      </w:r>
    </w:p>
    <w:p w14:paraId="7EB835DA" w14:textId="77777777" w:rsidR="002E35B6" w:rsidRDefault="002E35B6" w:rsidP="002E35B6">
      <w:r>
        <w:t>“I ain’t stopped. River ain’t quit, so neither have I.” He nodded to the horse. “You ridin’ alone?”</w:t>
      </w:r>
    </w:p>
    <w:p w14:paraId="7BF6E98C" w14:textId="77777777" w:rsidR="002E35B6" w:rsidRDefault="002E35B6" w:rsidP="002E35B6">
      <w:r>
        <w:t>Jonas replied, “Just me.”</w:t>
      </w:r>
    </w:p>
    <w:p w14:paraId="4A6A9BB7" w14:textId="77777777" w:rsidR="002E35B6" w:rsidRDefault="002E35B6" w:rsidP="002E35B6">
      <w:r>
        <w:t>The ferryman jerked a thumb toward the deck. “Load on, then. We’ll get you across.”</w:t>
      </w:r>
    </w:p>
    <w:p w14:paraId="76E49F0F" w14:textId="77777777" w:rsidR="002E35B6" w:rsidRDefault="002E35B6" w:rsidP="002E35B6">
      <w:r>
        <w:t>Jonas led the horse aboard. The ferry shifted beneath their weight, but it held steady. The ferryman worked with experienced ease, pushing them out into the current with a long pole, then setting the guide rope through hand-worn loops.</w:t>
      </w:r>
    </w:p>
    <w:p w14:paraId="3BB6EBA6" w14:textId="77777777" w:rsidR="002E35B6" w:rsidRDefault="002E35B6" w:rsidP="002E35B6">
      <w:r>
        <w:t>They drifted slow across the Sabine, the sound of water slipping past the hull and the quiet clink of chain the sounds. On the far bank, cottonwoods lined the shore, and beyond them, Texas rolled out under the haze.</w:t>
      </w:r>
    </w:p>
    <w:p w14:paraId="737B1A0A" w14:textId="77777777" w:rsidR="002E35B6" w:rsidRDefault="002E35B6" w:rsidP="002E35B6">
      <w:r>
        <w:t>“You comin’ or goin’?” the ferryman asked without looking up.</w:t>
      </w:r>
    </w:p>
    <w:p w14:paraId="54A2F08F" w14:textId="77777777" w:rsidR="002E35B6" w:rsidRDefault="002E35B6" w:rsidP="002E35B6">
      <w:r>
        <w:t>“Comin’ home,” Jonas said.</w:t>
      </w:r>
    </w:p>
    <w:p w14:paraId="09F392C4" w14:textId="77777777" w:rsidR="002E35B6" w:rsidRDefault="002E35B6" w:rsidP="002E35B6">
      <w:r>
        <w:t>The man gave a slow nod, as if he understood the weight of that.</w:t>
      </w:r>
    </w:p>
    <w:p w14:paraId="6052237F" w14:textId="77777777" w:rsidR="002E35B6" w:rsidRDefault="002E35B6" w:rsidP="002E35B6">
      <w:r>
        <w:t>When they reached the Texas side, the ferry bumped soft against the dirt ramp. Jonas led his horse ashore and turned for a moment to look back across the river. Logansport sat quiet on the far side, nothing moving but the breeze through the reeds.</w:t>
      </w:r>
    </w:p>
    <w:p w14:paraId="4A28A51D" w14:textId="77777777" w:rsidR="002E35B6" w:rsidRDefault="002E35B6" w:rsidP="002E35B6">
      <w:r>
        <w:t>He swung into the saddle, flipped the ferryman a coin and gave a parting nod. “Much obliged.”</w:t>
      </w:r>
    </w:p>
    <w:p w14:paraId="14532B8B" w14:textId="77777777" w:rsidR="002E35B6" w:rsidRDefault="002E35B6" w:rsidP="002E35B6">
      <w:r>
        <w:t>The man raised a hand in farewell. “Ride careful.”</w:t>
      </w:r>
    </w:p>
    <w:p w14:paraId="55BA3D73" w14:textId="77777777" w:rsidR="002E35B6" w:rsidRDefault="002E35B6" w:rsidP="002E35B6">
      <w:r>
        <w:t>Texas.</w:t>
      </w:r>
    </w:p>
    <w:p w14:paraId="64D44954" w14:textId="77777777" w:rsidR="002E35B6" w:rsidRDefault="002E35B6" w:rsidP="002E35B6">
      <w:r>
        <w:t>He looked westward, toward Lonesome Ridge, toward home, where his family waited.</w:t>
      </w:r>
    </w:p>
    <w:p w14:paraId="3F0E1294" w14:textId="77777777" w:rsidR="002E35B6" w:rsidRDefault="002E35B6" w:rsidP="002E35B6">
      <w:r>
        <w:t>He spurred the horse into a slow walk.</w:t>
      </w:r>
    </w:p>
    <w:p w14:paraId="19EB834C" w14:textId="77777777" w:rsidR="002E35B6" w:rsidRDefault="002E35B6" w:rsidP="002E35B6">
      <w:r>
        <w:t>There was still a long road ahead.</w:t>
      </w:r>
    </w:p>
    <w:p w14:paraId="7B18B1AE" w14:textId="77777777" w:rsidR="002E35B6" w:rsidRDefault="002E35B6" w:rsidP="002E35B6"/>
    <w:p w14:paraId="7D654D74" w14:textId="77777777" w:rsidR="002E35B6" w:rsidRDefault="002E35B6" w:rsidP="002E35B6">
      <w:r>
        <w:lastRenderedPageBreak/>
        <w:t>The days blurred together in heat and dust, each afternoon’s sun leaning heavy on his back like a punishment. Spring in east Texas didn’t offer much mercy—just heat and dust and the steady hum of insects in the brush. He kept to the back ways, slipping between stands of oak and mesquite, the old horse picking careful through deer trails and wagon ruts gone near to weeds.</w:t>
      </w:r>
    </w:p>
    <w:p w14:paraId="3259550D" w14:textId="77777777" w:rsidR="002E35B6" w:rsidRDefault="002E35B6" w:rsidP="002E35B6">
      <w:r>
        <w:t>The land showed the war same as any battlefield—fallow fields, porch steps with no boots on ’em, doors hanging open where families had either fled or been buried. He didn’t see a soul, just the long stillness of folks who’d gone without saying.</w:t>
      </w:r>
    </w:p>
    <w:p w14:paraId="28209B95" w14:textId="77777777" w:rsidR="002E35B6" w:rsidRDefault="002E35B6" w:rsidP="002E35B6">
      <w:r>
        <w:t>Toward evening, with the sky going soft around the edges, he caught sight of smoke. One thin curl, rising out of a clutch of pines in the low ground. Could be someone still holding on, or could be trouble. Could be both.</w:t>
      </w:r>
    </w:p>
    <w:p w14:paraId="05FD5E07" w14:textId="77777777" w:rsidR="002E35B6" w:rsidRDefault="002E35B6" w:rsidP="002E35B6">
      <w:r>
        <w:t>His belly was empty but didn’t bother growling anymore. The last of his rations had been dry cornbread and jerky tough as saddle leather. He angled his horse toward the smoke.</w:t>
      </w:r>
    </w:p>
    <w:p w14:paraId="640CDD2D" w14:textId="77777777" w:rsidR="002E35B6" w:rsidRDefault="002E35B6" w:rsidP="002E35B6">
      <w:r>
        <w:t>The homestead was small—wood gone gray with weather, roof patched with what looked like tarpaper. A porch sagged like an old mare’s back. Out near the chicken run stood a woman with an axe in one hand and a worn kerchief tied down over gray hair. She didn’t spook when she saw him. Just stood there, watching.</w:t>
      </w:r>
    </w:p>
    <w:p w14:paraId="5C8DEEBF" w14:textId="77777777" w:rsidR="002E35B6" w:rsidRDefault="002E35B6" w:rsidP="002E35B6">
      <w:r>
        <w:t>Jonas stopped short of the yard, lifted his hat. “Evenin’, ma’am. Don’t mean to worry you. Just a fella ridin’ west, lookin’ for water and maybe a spot to lay his head outta the wind.”</w:t>
      </w:r>
    </w:p>
    <w:p w14:paraId="4C0D08B3" w14:textId="77777777" w:rsidR="002E35B6" w:rsidRDefault="002E35B6" w:rsidP="002E35B6">
      <w:r>
        <w:t>She didn’t answer right away. Just let her eyes weigh him. “You wear gray?”</w:t>
      </w:r>
    </w:p>
    <w:p w14:paraId="2B13A9C6" w14:textId="77777777" w:rsidR="002E35B6" w:rsidRDefault="002E35B6" w:rsidP="002E35B6">
      <w:r>
        <w:t xml:space="preserve">“Did,” he said. </w:t>
      </w:r>
    </w:p>
    <w:p w14:paraId="2C64D63D" w14:textId="77777777" w:rsidR="002E35B6" w:rsidRDefault="002E35B6" w:rsidP="002E35B6">
      <w:r>
        <w:t>She shifted the axe in her hand. “Name’s McKee. Lost my husband at Pea Ridge, both boys not long after. Georgia took ’em. You ain’t the first come down this trail.”</w:t>
      </w:r>
    </w:p>
    <w:p w14:paraId="337BBCAD" w14:textId="77777777" w:rsidR="002E35B6" w:rsidRDefault="002E35B6" w:rsidP="002E35B6">
      <w:r>
        <w:t>“I understand,” Jonas said. “If it’s trouble, I’ll ride on.”</w:t>
      </w:r>
    </w:p>
    <w:p w14:paraId="2D01FC82" w14:textId="77777777" w:rsidR="002E35B6" w:rsidRDefault="002E35B6" w:rsidP="002E35B6">
      <w:r>
        <w:t>She gave a small shake of her head. “Water’s in the trough. There’s wood needs splittin’ and a busted wagon wheel out back. You work, you eat.”</w:t>
      </w:r>
    </w:p>
    <w:p w14:paraId="4040E1E4" w14:textId="77777777" w:rsidR="002E35B6" w:rsidRDefault="002E35B6" w:rsidP="002E35B6">
      <w:r>
        <w:t>Jonas gave a nod. “Fair enough.”</w:t>
      </w:r>
    </w:p>
    <w:p w14:paraId="1426B96E" w14:textId="77777777" w:rsidR="002E35B6" w:rsidRDefault="002E35B6" w:rsidP="002E35B6">
      <w:r>
        <w:t>He stepped down and got straight to work. Took up the axe and swung until the sun dipped low and the sweat soaked through his shirt. The wheel was near to falling apart, but he patched it well enough to roll again. Chickens pecked around his boots while he worked.</w:t>
      </w:r>
    </w:p>
    <w:p w14:paraId="2CA45D05" w14:textId="77777777" w:rsidR="002E35B6" w:rsidRDefault="002E35B6" w:rsidP="002E35B6">
      <w:r>
        <w:t>When he was done, the smell of beans and cornbread was already on the air. She set a tin cup of water and a plate out on the porch table, and they ate without much talk. Just the scrape of forks and the sound of the breeze moving through cottonwood leaves.</w:t>
      </w:r>
    </w:p>
    <w:p w14:paraId="38915B2A" w14:textId="77777777" w:rsidR="002E35B6" w:rsidRDefault="002E35B6" w:rsidP="002E35B6">
      <w:r>
        <w:t>After a while, she said, “You got people waitin’?”</w:t>
      </w:r>
    </w:p>
    <w:p w14:paraId="3B6325A3" w14:textId="77777777" w:rsidR="002E35B6" w:rsidRDefault="002E35B6" w:rsidP="002E35B6">
      <w:r>
        <w:lastRenderedPageBreak/>
        <w:t>Jonas stared into his cup. “I do.”</w:t>
      </w:r>
    </w:p>
    <w:p w14:paraId="65A7ADB6" w14:textId="77777777" w:rsidR="002E35B6" w:rsidRDefault="002E35B6" w:rsidP="002E35B6">
      <w:r>
        <w:t>She didn’t ask more, and he was grateful for that.</w:t>
      </w:r>
    </w:p>
    <w:p w14:paraId="6CC0149A" w14:textId="77777777" w:rsidR="002E35B6" w:rsidRDefault="002E35B6" w:rsidP="002E35B6">
      <w:r>
        <w:t>When the food was gone, he thanked her, offering to sleep in the barn. She gave him a quiet nod.</w:t>
      </w:r>
    </w:p>
    <w:p w14:paraId="1FE350F5" w14:textId="77777777" w:rsidR="002E35B6" w:rsidRDefault="002E35B6" w:rsidP="002E35B6">
      <w:r>
        <w:t>He bedded down in the hay, rifle close, the scent of dust and old wood in his nose. Moonlight slipped through the cracks overhead. Somewhere off in the dark, a coyote sang to itself. Jonas lay still, feeling every mile, every year, the weight of what was behind and the long stretch still ahead.</w:t>
      </w:r>
    </w:p>
    <w:p w14:paraId="6EA587F7" w14:textId="77777777" w:rsidR="002E35B6" w:rsidRDefault="002E35B6" w:rsidP="002E35B6"/>
    <w:p w14:paraId="5F5DFB13" w14:textId="77777777" w:rsidR="002E35B6" w:rsidRDefault="002E35B6" w:rsidP="002E35B6">
      <w:r>
        <w:br/>
      </w:r>
    </w:p>
    <w:p w14:paraId="3375FAEB" w14:textId="77777777" w:rsidR="002E35B6" w:rsidRPr="00D90AB3" w:rsidRDefault="002E35B6" w:rsidP="002E35B6">
      <w:pPr>
        <w:rPr>
          <w:sz w:val="40"/>
          <w:szCs w:val="40"/>
        </w:rPr>
      </w:pPr>
      <w:r w:rsidRPr="00D90AB3">
        <w:rPr>
          <w:sz w:val="40"/>
          <w:szCs w:val="40"/>
        </w:rPr>
        <w:t>Chapter Four</w:t>
      </w:r>
    </w:p>
    <w:p w14:paraId="5027DC3E" w14:textId="77777777" w:rsidR="002E35B6" w:rsidRDefault="002E35B6" w:rsidP="002E35B6">
      <w:r>
        <w:t>Lonesome Ridge</w:t>
      </w:r>
    </w:p>
    <w:p w14:paraId="24390C51" w14:textId="77777777" w:rsidR="002E35B6" w:rsidRDefault="002E35B6" w:rsidP="002E35B6">
      <w:r>
        <w:t>The silence buckled under the first volley of cannon fire, a rumbling groan that turned into a high, rising shriek before the impact hit. The first blast rattled the air like thunder splitting the sky. Jonas felt the ground heave beneath him as the earth cracked open. Dirt, rock, and blood sprayed high. The next explosion landed closer, the sound sharp and terrifying, like the world itself had been torn in half. The whistling shriek of incoming artillery was the worst—high and rising, a sound that gave just enough warning to drive a man mad before it hit. Jonas had once watched a man break and run from that sound alone, his mind snapped before the shrapnel ever touched him.</w:t>
      </w:r>
    </w:p>
    <w:p w14:paraId="3B9A5871" w14:textId="77777777" w:rsidR="002E35B6" w:rsidRDefault="002E35B6" w:rsidP="002E35B6">
      <w:r>
        <w:t>There was no cover from it, no sense of direction. Just chaos. The worst part wasn’t the sound or the force—it was the waiting. That breathless second between hearing the cannon fire in the distance and wondering where it would land. Would it find you? Or someone you cared about?</w:t>
      </w:r>
    </w:p>
    <w:p w14:paraId="2B3FB8CD" w14:textId="77777777" w:rsidR="002E35B6" w:rsidRDefault="002E35B6" w:rsidP="002E35B6">
      <w:r>
        <w:t>The air was thick with smoke and sulfur, the ground trembling beneath landing cannon balls. All around him came the chaos of battle—shouts of men, the roar of rifles, the shrill sound of sabers drawn.</w:t>
      </w:r>
    </w:p>
    <w:p w14:paraId="46A14A78" w14:textId="77777777" w:rsidR="002E35B6" w:rsidRDefault="002E35B6" w:rsidP="002E35B6">
      <w:r>
        <w:t>He scrambled behind a fallen log, gasping, mud in his mouth and blood on his hands. Someone was calling his name—Mark? No. Thomas? Or maybe it was both.</w:t>
      </w:r>
    </w:p>
    <w:p w14:paraId="34B2A7B3" w14:textId="77777777" w:rsidR="002E35B6" w:rsidRDefault="002E35B6" w:rsidP="002E35B6">
      <w:r>
        <w:t>He looked up just in time to see Mark catch a round to the throat, his head snapping back as he fell back, shock in his eyes. Thomas took a bullet through the side, doubled over and screaming for his beloved.</w:t>
      </w:r>
    </w:p>
    <w:p w14:paraId="44D84A28" w14:textId="77777777" w:rsidR="002E35B6" w:rsidRDefault="002E35B6" w:rsidP="002E35B6">
      <w:r>
        <w:t>Jonas rolled from behind the fallen log onto his knees, yanking his Sharps rifle up to his should. He steadied it with practiced hands, eyes scanning through the haze. He picked a target—a Union sergeant rushing the ridge—and fired. The man dropped instantly.</w:t>
      </w:r>
    </w:p>
    <w:p w14:paraId="38A1A8FD" w14:textId="77777777" w:rsidR="002E35B6" w:rsidRDefault="002E35B6" w:rsidP="002E35B6">
      <w:r>
        <w:t>One kill.</w:t>
      </w:r>
    </w:p>
    <w:p w14:paraId="2CDCBE30" w14:textId="77777777" w:rsidR="002E35B6" w:rsidRDefault="002E35B6" w:rsidP="002E35B6">
      <w:r>
        <w:lastRenderedPageBreak/>
        <w:t>Another blue coat crested the hill. Jonas fired again. And again.</w:t>
      </w:r>
    </w:p>
    <w:p w14:paraId="2B790DD5" w14:textId="77777777" w:rsidR="002E35B6" w:rsidRDefault="002E35B6" w:rsidP="002E35B6">
      <w:r>
        <w:t>Two. Three. Four.</w:t>
      </w:r>
    </w:p>
    <w:p w14:paraId="5E14686A" w14:textId="77777777" w:rsidR="002E35B6" w:rsidRDefault="002E35B6" w:rsidP="002E35B6">
      <w:r>
        <w:t>Each shot was clean. Each death sure. And each one carved away a little more of what made him human.</w:t>
      </w:r>
    </w:p>
    <w:p w14:paraId="4FF681A6" w14:textId="77777777" w:rsidR="002E35B6" w:rsidRDefault="002E35B6" w:rsidP="002E35B6">
      <w:r>
        <w:t>Then the voice came.</w:t>
      </w:r>
    </w:p>
    <w:p w14:paraId="3ED8A0A9" w14:textId="77777777" w:rsidR="002E35B6" w:rsidRDefault="002E35B6" w:rsidP="002E35B6">
      <w:r>
        <w:t>“Papa!”</w:t>
      </w:r>
    </w:p>
    <w:p w14:paraId="179847B1" w14:textId="77777777" w:rsidR="002E35B6" w:rsidRDefault="002E35B6" w:rsidP="002E35B6">
      <w:r>
        <w:t>That voice—soft, young—carried on the wind like a ghost.</w:t>
      </w:r>
    </w:p>
    <w:p w14:paraId="4803120A" w14:textId="77777777" w:rsidR="002E35B6" w:rsidRDefault="002E35B6" w:rsidP="002E35B6">
      <w:r>
        <w:t>He turned, rifle still in hand, and saw a child standing in the smoke. A little girl with blonde curls and wide, frightened eyes.</w:t>
      </w:r>
    </w:p>
    <w:p w14:paraId="38D7E113" w14:textId="77777777" w:rsidR="002E35B6" w:rsidRDefault="002E35B6" w:rsidP="002E35B6">
      <w:r>
        <w:t>His daughter.</w:t>
      </w:r>
    </w:p>
    <w:p w14:paraId="4CE26EC4" w14:textId="77777777" w:rsidR="002E35B6" w:rsidRDefault="002E35B6" w:rsidP="002E35B6">
      <w:r>
        <w:t>“Papa, please come home.”</w:t>
      </w:r>
    </w:p>
    <w:p w14:paraId="25C03F61" w14:textId="77777777" w:rsidR="002E35B6" w:rsidRDefault="002E35B6" w:rsidP="002E35B6"/>
    <w:p w14:paraId="5B4C2E79" w14:textId="77777777" w:rsidR="002E35B6" w:rsidRDefault="002E35B6" w:rsidP="002E35B6">
      <w:r>
        <w:t>Jonas jerked awake hard, breath caught sharp in his throat, hand flying to the rifle beside him. Sweat clung to his shirt, soaked clean through. He rose to a crouch, barrel swinging wide in the half-dark.</w:t>
      </w:r>
    </w:p>
    <w:p w14:paraId="149FC7AE" w14:textId="77777777" w:rsidR="002E35B6" w:rsidRDefault="002E35B6" w:rsidP="002E35B6">
      <w:r>
        <w:t>“Grace?” he rasped, eyes darting, heart thundering.</w:t>
      </w:r>
    </w:p>
    <w:p w14:paraId="50BC0B04" w14:textId="77777777" w:rsidR="002E35B6" w:rsidRDefault="002E35B6" w:rsidP="002E35B6">
      <w:r>
        <w:t>The barn was quiet except for the soft snort of a horse shifting in its tether. The smoke still lingering in his nose. He could almost hear the cannon fire, feel the ground buckling underfoot. For a moment he wasn’t sure where he was. Another field? Another ridge?</w:t>
      </w:r>
    </w:p>
    <w:p w14:paraId="58FF8A1E" w14:textId="77777777" w:rsidR="002E35B6" w:rsidRDefault="002E35B6" w:rsidP="002E35B6">
      <w:r>
        <w:t>But there were no guns. No shouting. No little girl clinging to his coat. Just wood beams and hay. Wind whispered through the cracks in the walls.</w:t>
      </w:r>
    </w:p>
    <w:p w14:paraId="5E628FCA" w14:textId="77777777" w:rsidR="002E35B6" w:rsidRDefault="002E35B6" w:rsidP="002E35B6">
      <w:r>
        <w:t>Texas. That’s where he was. A barn… somewhere in east Texas.</w:t>
      </w:r>
    </w:p>
    <w:p w14:paraId="063331FF" w14:textId="77777777" w:rsidR="002E35B6" w:rsidRDefault="002E35B6" w:rsidP="002E35B6">
      <w:r>
        <w:t>He sat back hard on the cold dirt, rifle butt pressed to the ground like a cane holding up what was left of him.</w:t>
      </w:r>
    </w:p>
    <w:p w14:paraId="7511AF8B" w14:textId="77777777" w:rsidR="002E35B6" w:rsidRDefault="002E35B6" w:rsidP="002E35B6">
      <w:r>
        <w:t>The lantern in the corner had burned out hours ago. A few coals popped in the stove. The barn smelled of old hay and leather. His horse let out a breath, shifted once, then went still again.</w:t>
      </w:r>
    </w:p>
    <w:p w14:paraId="42885245" w14:textId="77777777" w:rsidR="002E35B6" w:rsidRDefault="002E35B6" w:rsidP="002E35B6">
      <w:r>
        <w:t>Jonas closed his eyes. Tried to steady his breath. Tried to shake the dream, though it never really left.</w:t>
      </w:r>
    </w:p>
    <w:p w14:paraId="02C8F4C4" w14:textId="77777777" w:rsidR="002E35B6" w:rsidRDefault="002E35B6" w:rsidP="002E35B6">
      <w:r>
        <w:t>He opened his satchel and pulled out the little Bible Anna had given it to him the day he rode out. He’d read it early on. Less and less as time went on. Now, he opened it for the note written inside.</w:t>
      </w:r>
    </w:p>
    <w:p w14:paraId="7262B28E" w14:textId="77777777" w:rsidR="002E35B6" w:rsidRDefault="002E35B6" w:rsidP="002E35B6">
      <w:r>
        <w:t>To my beloved. Come back to us.</w:t>
      </w:r>
    </w:p>
    <w:p w14:paraId="4F68E9FF" w14:textId="77777777" w:rsidR="002E35B6" w:rsidRDefault="002E35B6" w:rsidP="002E35B6">
      <w:r>
        <w:lastRenderedPageBreak/>
        <w:t xml:space="preserve">Her handwriting—soft on the page, full of hope. </w:t>
      </w:r>
    </w:p>
    <w:p w14:paraId="06E5C883" w14:textId="77777777" w:rsidR="002E35B6" w:rsidRDefault="002E35B6" w:rsidP="002E35B6">
      <w:r>
        <w:t>Three and a half years. That’s what it had taken. Three and a half years and all the best parts of him. He hadn’t seen her face since. Hadn’t felt her arms or heard her hum while the fire crackled in the hearth.</w:t>
      </w:r>
    </w:p>
    <w:p w14:paraId="3849FA25" w14:textId="77777777" w:rsidR="002E35B6" w:rsidRDefault="002E35B6" w:rsidP="002E35B6">
      <w:r>
        <w:t>Grace would be seven now. Daniel ten… nearly a man.</w:t>
      </w:r>
    </w:p>
    <w:p w14:paraId="090E2BE5" w14:textId="77777777" w:rsidR="002E35B6" w:rsidRDefault="002E35B6" w:rsidP="002E35B6">
      <w:r>
        <w:t>Jonas had been ten when his own father handed him a rifle. Showed him how to track deer through cedar and dust. Taught him how to be still, how to breathe. He’d pictured himself doing the same for his boy. Teaching him the land, the rhythm of it. Watching him take down his first buck.</w:t>
      </w:r>
    </w:p>
    <w:p w14:paraId="7FB6AA7B" w14:textId="77777777" w:rsidR="002E35B6" w:rsidRDefault="002E35B6" w:rsidP="002E35B6">
      <w:r>
        <w:t>Would Daniel even know him? Would Grace shy away?</w:t>
      </w:r>
    </w:p>
    <w:p w14:paraId="1DB73D07" w14:textId="77777777" w:rsidR="002E35B6" w:rsidRDefault="002E35B6" w:rsidP="002E35B6">
      <w:r>
        <w:t>He leaned back, eyes closed, and let a memory come.</w:t>
      </w:r>
    </w:p>
    <w:p w14:paraId="19ACF143" w14:textId="77777777" w:rsidR="002E35B6" w:rsidRDefault="002E35B6" w:rsidP="002E35B6">
      <w:r>
        <w:t>A warm day. Porch in sunlight. Anna in the rocker, hands busy with something that didn’t matter. Grace at her feet, lost in a world of cloth scraps. Daniel in the yard, sword-fighting the wind. Jonas stepping out of the barn, shirt damp from work, just watching.</w:t>
      </w:r>
    </w:p>
    <w:p w14:paraId="1AB06844" w14:textId="77777777" w:rsidR="002E35B6" w:rsidRDefault="002E35B6" w:rsidP="002E35B6">
      <w:r>
        <w:t>Anna looked up. Smiled.</w:t>
      </w:r>
    </w:p>
    <w:p w14:paraId="7C9CB2C5" w14:textId="77777777" w:rsidR="002E35B6" w:rsidRDefault="002E35B6" w:rsidP="002E35B6">
      <w:r>
        <w:t>Not the kind of smile you gave out of politeness or habit. The kind that said: I know you. You’re mine.</w:t>
      </w:r>
    </w:p>
    <w:p w14:paraId="22832701" w14:textId="77777777" w:rsidR="002E35B6" w:rsidRDefault="002E35B6" w:rsidP="002E35B6">
      <w:r>
        <w:t>Grace saw him first. “Papa!” she cried, running headlong, arms wide.</w:t>
      </w:r>
    </w:p>
    <w:p w14:paraId="1C7C1986" w14:textId="77777777" w:rsidR="002E35B6" w:rsidRDefault="002E35B6" w:rsidP="002E35B6">
      <w:r>
        <w:t>He caught her, lifted her high. Daniel barreled in next, stick raised. They tumbled in the grass, laughing like the war hadn’t come yet.</w:t>
      </w:r>
    </w:p>
    <w:p w14:paraId="5FEBDA15" w14:textId="77777777" w:rsidR="002E35B6" w:rsidRDefault="002E35B6" w:rsidP="002E35B6">
      <w:r>
        <w:t>And Anna laughed too—clear, bright. Like a bell on a Sunday morning.</w:t>
      </w:r>
    </w:p>
    <w:p w14:paraId="761A3E81" w14:textId="77777777" w:rsidR="002E35B6" w:rsidRDefault="002E35B6" w:rsidP="002E35B6">
      <w:r>
        <w:t>The sound of home.</w:t>
      </w:r>
    </w:p>
    <w:p w14:paraId="67DCC3C3" w14:textId="77777777" w:rsidR="002E35B6" w:rsidRDefault="002E35B6" w:rsidP="002E35B6">
      <w:r>
        <w:t>He opened his eyes. The stove crackled low. Light crept through the barn slats.</w:t>
      </w:r>
    </w:p>
    <w:p w14:paraId="1B4EF512" w14:textId="77777777" w:rsidR="002E35B6" w:rsidRDefault="002E35B6" w:rsidP="002E35B6">
      <w:r>
        <w:t>He hadn’t prayed in a long time. Didn’t rightly know if he still believed in much. But he bowed his head, whispered something low—words meant more for Anna than for heaven.</w:t>
      </w:r>
    </w:p>
    <w:p w14:paraId="3F1C763A" w14:textId="77777777" w:rsidR="002E35B6" w:rsidRDefault="002E35B6" w:rsidP="002E35B6">
      <w:r>
        <w:t>Then he packed his things, slung the rifle over his back, and mounted up.</w:t>
      </w:r>
    </w:p>
    <w:p w14:paraId="41F05BDF" w14:textId="77777777" w:rsidR="002E35B6" w:rsidRDefault="002E35B6" w:rsidP="002E35B6">
      <w:r>
        <w:t>The road to Lonesome Ridge waited.</w:t>
      </w:r>
    </w:p>
    <w:p w14:paraId="3D015AD2" w14:textId="77777777" w:rsidR="002E35B6" w:rsidRDefault="002E35B6" w:rsidP="002E35B6">
      <w:r>
        <w:t>And so did home.</w:t>
      </w:r>
    </w:p>
    <w:p w14:paraId="7805F7D6" w14:textId="77777777" w:rsidR="002E35B6" w:rsidRDefault="002E35B6" w:rsidP="002E35B6"/>
    <w:p w14:paraId="1801CCDF" w14:textId="77777777" w:rsidR="002E35B6" w:rsidRDefault="002E35B6" w:rsidP="002E35B6"/>
    <w:p w14:paraId="181D51DE" w14:textId="77777777" w:rsidR="002E35B6" w:rsidRDefault="002E35B6" w:rsidP="002E35B6">
      <w:r>
        <w:t xml:space="preserve">Jonas stood at the edge of the widow’s porch, hat in hand, the smell of bread and roasted meat still hanging in the morning air. He’d slept in her barn the night before—soft straw under a tired back, a roof </w:t>
      </w:r>
      <w:r>
        <w:lastRenderedPageBreak/>
        <w:t>between him and the stars. She’d fed him, asked no questions, gave him peace without price. He hadn’t expected kindness like that. Not out here. Not now.</w:t>
      </w:r>
    </w:p>
    <w:p w14:paraId="37DA76BC" w14:textId="77777777" w:rsidR="002E35B6" w:rsidRDefault="002E35B6" w:rsidP="002E35B6">
      <w:r>
        <w:t>He stepped into the light. The yard was quiet—fence half-mended, chickens pecking at the dust, a bucket left by the well. The sort of stillness that made a man ache, reminded him what the world used to feel like before the cannon smoke and blood.</w:t>
      </w:r>
    </w:p>
    <w:p w14:paraId="5309CFE8" w14:textId="77777777" w:rsidR="002E35B6" w:rsidRDefault="002E35B6" w:rsidP="002E35B6">
      <w:r>
        <w:t>The widow had watered his horse. Offered stew and a clean blanket. That kind of care you don’t find much anymore.</w:t>
      </w:r>
    </w:p>
    <w:p w14:paraId="3A79C74E" w14:textId="77777777" w:rsidR="002E35B6" w:rsidRDefault="002E35B6" w:rsidP="002E35B6">
      <w:r>
        <w:t>He turned back toward her, gave a slow nod, touching the brim of his hat. “Much obliged, ma’am. I’ll not forget it.”</w:t>
      </w:r>
    </w:p>
    <w:p w14:paraId="6CDFD4DF" w14:textId="77777777" w:rsidR="002E35B6" w:rsidRDefault="002E35B6" w:rsidP="002E35B6">
      <w:r>
        <w:t>She stood in the doorway, apron folded in her hands, eyes heavy with things she didn’t say. “You take care now, Captain,” she said soft, almost like a prayer. “If ever you’re passin’ this way again, you stop. There’ll be a place for you.”</w:t>
      </w:r>
    </w:p>
    <w:p w14:paraId="61F67189" w14:textId="77777777" w:rsidR="002E35B6" w:rsidRDefault="002E35B6" w:rsidP="002E35B6">
      <w:r>
        <w:t>He didn’t know if he’d pass this way again, but he gave her a quiet nod just the same. No sense weighing down goodbye with too much truth.</w:t>
      </w:r>
    </w:p>
    <w:p w14:paraId="466E7ECB" w14:textId="77777777" w:rsidR="002E35B6" w:rsidRDefault="002E35B6" w:rsidP="002E35B6">
      <w:r>
        <w:t>He mounted up, settled the rifle across his back, and turned the mare toward the road. Behind him, the widow watched, framed by the light like a memory already starting to fade.</w:t>
      </w:r>
    </w:p>
    <w:p w14:paraId="18030C69" w14:textId="77777777" w:rsidR="002E35B6" w:rsidRDefault="002E35B6" w:rsidP="002E35B6">
      <w:r>
        <w:t>The hills stretched ahead, gold and gray in the morning sun. Wind stirred the grass in waves. He didn’t rush. Let the mare pick her pace. No point pushing—he wasn’t running anymore.</w:t>
      </w:r>
    </w:p>
    <w:p w14:paraId="47FFE9BE" w14:textId="77777777" w:rsidR="002E35B6" w:rsidRDefault="002E35B6" w:rsidP="002E35B6">
      <w:r>
        <w:t>Home lay somewhere beyond that rise. He could see it in his mind—the porch with its leaning rail, the oak tree out front where he’d carved their initials, the chimney that always smoked just a little crooked when the fire was burning right.</w:t>
      </w:r>
    </w:p>
    <w:p w14:paraId="3FB6F072" w14:textId="77777777" w:rsidR="002E35B6" w:rsidRDefault="002E35B6" w:rsidP="002E35B6">
      <w:r>
        <w:t>Anna in her shawl, humming while the needle worked in her hands. Grace sprawled on the steps with her dolls. Daniel chasing grasshoppers with a stick, shouting war cries.</w:t>
      </w:r>
    </w:p>
    <w:p w14:paraId="683317C2" w14:textId="77777777" w:rsidR="002E35B6" w:rsidRDefault="002E35B6" w:rsidP="002E35B6">
      <w:r>
        <w:t>He should’ve been grinning. Should’ve felt joy riding toward that dream he’d carried like a charm through the worst of it. But what stirred in him wasn’t joy.</w:t>
      </w:r>
    </w:p>
    <w:p w14:paraId="0B235F39" w14:textId="77777777" w:rsidR="002E35B6" w:rsidRDefault="002E35B6" w:rsidP="002E35B6">
      <w:r>
        <w:t>It was hollow.</w:t>
      </w:r>
    </w:p>
    <w:p w14:paraId="6708B6D7" w14:textId="77777777" w:rsidR="002E35B6" w:rsidRDefault="002E35B6" w:rsidP="002E35B6">
      <w:r>
        <w:t>The wind kicked up dust as he rode. Jonas looked down at his hands—scarred, sun-dark, cracked at the knuckles. These hands had once rocked a baby to sleep, had brushed flour from his wife’s cheek, had brushed a boy’s hair to stay out of his eyes.</w:t>
      </w:r>
    </w:p>
    <w:p w14:paraId="545B4B98" w14:textId="77777777" w:rsidR="002E35B6" w:rsidRDefault="002E35B6" w:rsidP="002E35B6">
      <w:r>
        <w:t>These same hands had gripped a rifle. Dug graves. Written names in a little book he couldn’t bring himself to read again.</w:t>
      </w:r>
    </w:p>
    <w:p w14:paraId="4D6FD8DD" w14:textId="77777777" w:rsidR="002E35B6" w:rsidRDefault="002E35B6" w:rsidP="002E35B6">
      <w:r>
        <w:t>He wasn’t the man Anna had married. Wasn’t sure he ever would be.</w:t>
      </w:r>
    </w:p>
    <w:p w14:paraId="56DF7D89" w14:textId="77777777" w:rsidR="002E35B6" w:rsidRDefault="002E35B6" w:rsidP="002E35B6">
      <w:r>
        <w:lastRenderedPageBreak/>
        <w:t>He reined in beneath a crooked cedar, let the horse breathe. The land rolled out before him—brush and stone, wildflowers pushing up like stubborn hope through old ground. Fence posts sagged along the horizon, half-swallowed by weeds. The air smelled of sage and dust.</w:t>
      </w:r>
    </w:p>
    <w:p w14:paraId="56DFD625" w14:textId="77777777" w:rsidR="002E35B6" w:rsidRDefault="002E35B6" w:rsidP="002E35B6">
      <w:r>
        <w:t>He pulled off his hat, ran a hand through hair stiff with sweat and travel.</w:t>
      </w:r>
    </w:p>
    <w:p w14:paraId="6427406D" w14:textId="77777777" w:rsidR="002E35B6" w:rsidRDefault="002E35B6" w:rsidP="002E35B6">
      <w:r>
        <w:t>What if they don’t know me?</w:t>
      </w:r>
    </w:p>
    <w:p w14:paraId="50DF8085" w14:textId="77777777" w:rsidR="002E35B6" w:rsidRDefault="002E35B6" w:rsidP="002E35B6">
      <w:r>
        <w:t>It struck like a hard truth. He’d seen his own face in the glass. The lines. The gray. That look behind the eyes that never left, no matter how long he stared.</w:t>
      </w:r>
    </w:p>
    <w:p w14:paraId="29524FE0" w14:textId="77777777" w:rsidR="002E35B6" w:rsidRDefault="002E35B6" w:rsidP="002E35B6">
      <w:r>
        <w:t>It wasn’t just the face. It was the quiet. The kind that settled too deep and didn’t shake loose. He didn’t laugh much anymore. Didn’t sleep. Didn’t pray, not proper. He carried voices in his head. Some he’d led. Some he’d buried.</w:t>
      </w:r>
    </w:p>
    <w:p w14:paraId="55CF0AE2" w14:textId="77777777" w:rsidR="002E35B6" w:rsidRDefault="002E35B6" w:rsidP="002E35B6">
      <w:r>
        <w:t>He’d told himself home would fix it. That her voice, their arms, the way Daniel used to run full-tilt and crash into him without warning—those things would stitch the pieces back together.</w:t>
      </w:r>
    </w:p>
    <w:p w14:paraId="02E15706" w14:textId="77777777" w:rsidR="002E35B6" w:rsidRDefault="002E35B6" w:rsidP="002E35B6">
      <w:r>
        <w:t>But what if they didn’t?</w:t>
      </w:r>
    </w:p>
    <w:p w14:paraId="19D42945" w14:textId="77777777" w:rsidR="002E35B6" w:rsidRDefault="002E35B6" w:rsidP="002E35B6">
      <w:r>
        <w:t>What if the road had stretched too far, and the man coming home was too changed to fit back into the place he’d left?</w:t>
      </w:r>
    </w:p>
    <w:p w14:paraId="7B3FF65C" w14:textId="77777777" w:rsidR="002E35B6" w:rsidRDefault="002E35B6" w:rsidP="002E35B6">
      <w:r>
        <w:t>He closed his eyes. A bird called somewhere in the brush. A breeze tugged at his coat like a child’s hand. A cow lowed in the distance, long and lonesome.</w:t>
      </w:r>
    </w:p>
    <w:p w14:paraId="5FDB2467" w14:textId="77777777" w:rsidR="002E35B6" w:rsidRDefault="002E35B6" w:rsidP="002E35B6">
      <w:r>
        <w:t>He set his hat back on and straightened in the saddle. The mare stamped once, anxious to keep moving. He gave her the nudge.</w:t>
      </w:r>
    </w:p>
    <w:p w14:paraId="75105C5B" w14:textId="77777777" w:rsidR="002E35B6" w:rsidRDefault="002E35B6" w:rsidP="002E35B6">
      <w:r>
        <w:t>It was time.</w:t>
      </w:r>
    </w:p>
    <w:p w14:paraId="0FB40034" w14:textId="77777777" w:rsidR="002E35B6" w:rsidRDefault="002E35B6" w:rsidP="002E35B6">
      <w:r>
        <w:t>Whatever waited over that ridge, he meant to meet it. He owed that much—to them, to himself.</w:t>
      </w:r>
      <w:r>
        <w:br/>
        <w:t>He’d pictured this moment a thousand ways, always hoping it’d be joy waiting on the other side.</w:t>
      </w:r>
      <w:r>
        <w:br/>
        <w:t>Maybe it still was.</w:t>
      </w:r>
      <w:r>
        <w:br/>
        <w:t>But none of those pictures looked like this.</w:t>
      </w:r>
      <w:r>
        <w:br/>
        <w:t>The truth was simple, and heavier than he’d expected:</w:t>
      </w:r>
      <w:r>
        <w:br/>
        <w:t xml:space="preserve">The man who left for war wasn’t the one riding home. And he didn’t know if the joy he hoped for would recognize him anymore. </w:t>
      </w:r>
    </w:p>
    <w:p w14:paraId="07788929" w14:textId="77777777" w:rsidR="002E35B6" w:rsidRDefault="002E35B6" w:rsidP="002E35B6"/>
    <w:p w14:paraId="36329B33" w14:textId="77777777" w:rsidR="002E35B6" w:rsidRDefault="002E35B6" w:rsidP="002E35B6"/>
    <w:p w14:paraId="4E78BAEF" w14:textId="77777777" w:rsidR="002E35B6" w:rsidRDefault="002E35B6" w:rsidP="002E35B6">
      <w:r>
        <w:t>He passed into town as the sun climbed higher, shadows stretching across buildings worn down by wind and years. The place wasn’t dead, not exactly—but it had hollowed out. Like a man standing too long in the sun, upright but stripped bare.</w:t>
      </w:r>
    </w:p>
    <w:p w14:paraId="08A840A3" w14:textId="77777777" w:rsidR="002E35B6" w:rsidRDefault="002E35B6" w:rsidP="002E35B6">
      <w:r>
        <w:lastRenderedPageBreak/>
        <w:t>Once, it had thrummed with life. Shopkeepers calling out, children racing by with wild eyes, the ring of a blacksmith’s hammer, the clatter of wagons and boots and laughter. He remembered walking these streets as a boy, fingers wrapped around his father’s hand, the smell of bread and saddle soap thick in the air.</w:t>
      </w:r>
    </w:p>
    <w:p w14:paraId="39C47093" w14:textId="77777777" w:rsidR="002E35B6" w:rsidRDefault="002E35B6" w:rsidP="002E35B6">
      <w:r>
        <w:t>Now it felt like a place waiting to be remembered.</w:t>
      </w:r>
    </w:p>
    <w:p w14:paraId="401F9C8E" w14:textId="77777777" w:rsidR="002E35B6" w:rsidRDefault="002E35B6" w:rsidP="002E35B6">
      <w:r>
        <w:t>The general store stood like a ghost, windows boarded up, one shutter hanging crooked. The sign above, once painted bright red, had faded to the color of old clay. A rocking chair swayed on the porch, moving slow in the breeze like someone had just risen and gone inside.</w:t>
      </w:r>
    </w:p>
    <w:p w14:paraId="17C5D5AB" w14:textId="77777777" w:rsidR="002E35B6" w:rsidRDefault="002E35B6" w:rsidP="002E35B6">
      <w:r>
        <w:t>He passed the smithy—cold forge, ash-dusted floor, tools lying where they'd been left. Weeds crept between the stones. The saloon still bore the name Silver Spur, though the paint had peeled to nothing but outlines. Doors shut. One empty bottle on the step, catching sunlight like it might hold onto it.</w:t>
      </w:r>
    </w:p>
    <w:p w14:paraId="1BA2D20C" w14:textId="77777777" w:rsidR="002E35B6" w:rsidRDefault="002E35B6" w:rsidP="002E35B6">
      <w:r>
        <w:t>The barber’s had gone to ruin, ivy choking the windows, a single chair tipped on its side. The sign still clung to the glass—Shaves 10¢—though the ink had gone brown with age.</w:t>
      </w:r>
    </w:p>
    <w:p w14:paraId="5060D06E" w14:textId="77777777" w:rsidR="002E35B6" w:rsidRDefault="002E35B6" w:rsidP="002E35B6">
      <w:r>
        <w:t>He rode past the livery, half-collapsed now, no scent of hay or horse—just rot and dry wind. The old telegraph office was nothing more than a husk, the wire drooping from its poles like dead vines. A war poster flapped half-torn on the wall—some bright-eyed fool pointing west, promising glory.</w:t>
      </w:r>
    </w:p>
    <w:p w14:paraId="2D28DD09" w14:textId="77777777" w:rsidR="002E35B6" w:rsidRDefault="002E35B6" w:rsidP="002E35B6">
      <w:r>
        <w:t>He stared at it a moment.</w:t>
      </w:r>
    </w:p>
    <w:p w14:paraId="13B46A47" w14:textId="77777777" w:rsidR="002E35B6" w:rsidRDefault="002E35B6" w:rsidP="002E35B6">
      <w:r>
        <w:t>Then nudged the mare on.</w:t>
      </w:r>
    </w:p>
    <w:p w14:paraId="0B5DEEA0" w14:textId="77777777" w:rsidR="002E35B6" w:rsidRDefault="002E35B6" w:rsidP="002E35B6">
      <w:r>
        <w:t>A curtain twitched in a window. A gray-haired woman watched with hollow eyes. Their gaze caught, held a breath, then she vanished.</w:t>
      </w:r>
    </w:p>
    <w:p w14:paraId="2D9838E2" w14:textId="77777777" w:rsidR="002E35B6" w:rsidRDefault="002E35B6" w:rsidP="002E35B6">
      <w:r>
        <w:t>A dog barked once. Then nothing.</w:t>
      </w:r>
    </w:p>
    <w:p w14:paraId="43CAF7E4" w14:textId="77777777" w:rsidR="002E35B6" w:rsidRDefault="002E35B6" w:rsidP="002E35B6">
      <w:r>
        <w:t>Jonas tipped his hat out of habit. No one returned it.</w:t>
      </w:r>
    </w:p>
    <w:p w14:paraId="5C94ABBC" w14:textId="77777777" w:rsidR="002E35B6" w:rsidRDefault="002E35B6" w:rsidP="002E35B6">
      <w:r>
        <w:t>The schoolhouse leaned hard to one side. Bell rusted, silent. One red clay handprint still marked the wall like a whisper from a child long gone.</w:t>
      </w:r>
    </w:p>
    <w:p w14:paraId="4E8D3731" w14:textId="77777777" w:rsidR="002E35B6" w:rsidRDefault="002E35B6" w:rsidP="002E35B6">
      <w:r>
        <w:t>Then came the church.</w:t>
      </w:r>
    </w:p>
    <w:p w14:paraId="1A8B4239" w14:textId="77777777" w:rsidR="002E35B6" w:rsidRDefault="002E35B6" w:rsidP="002E35B6">
      <w:r>
        <w:t>White paint peeled from the boards. The doors sagged on their hinges. The steeple leaned like it was trying to fall but couldn’t find the will.</w:t>
      </w:r>
    </w:p>
    <w:p w14:paraId="6B783C00" w14:textId="77777777" w:rsidR="002E35B6" w:rsidRDefault="002E35B6" w:rsidP="002E35B6">
      <w:r>
        <w:t>But the cross still stood.</w:t>
      </w:r>
    </w:p>
    <w:p w14:paraId="7EA2CE26" w14:textId="77777777" w:rsidR="002E35B6" w:rsidRDefault="002E35B6" w:rsidP="002E35B6">
      <w:r>
        <w:t>Weathered. Bowed.</w:t>
      </w:r>
    </w:p>
    <w:p w14:paraId="46CB7546" w14:textId="77777777" w:rsidR="002E35B6" w:rsidRDefault="002E35B6" w:rsidP="002E35B6">
      <w:r>
        <w:t>Still standing.</w:t>
      </w:r>
    </w:p>
    <w:p w14:paraId="065EE6CF" w14:textId="77777777" w:rsidR="002E35B6" w:rsidRDefault="002E35B6" w:rsidP="002E35B6">
      <w:r>
        <w:lastRenderedPageBreak/>
        <w:t>Jonas paused at the fence, stared up at it. He wondered if the hymns still rang inside on Sundays. If anyone still came.</w:t>
      </w:r>
    </w:p>
    <w:p w14:paraId="01C947A7" w14:textId="77777777" w:rsidR="002E35B6" w:rsidRDefault="002E35B6" w:rsidP="002E35B6">
      <w:r>
        <w:t>Or if it, like him, was waiting for something that might never return.</w:t>
      </w:r>
    </w:p>
    <w:p w14:paraId="21CE8AD7" w14:textId="77777777" w:rsidR="002E35B6" w:rsidRDefault="002E35B6" w:rsidP="002E35B6">
      <w:r>
        <w:t>A breeze rolled through. Warm. Sad.</w:t>
      </w:r>
    </w:p>
    <w:p w14:paraId="0BB1244A" w14:textId="77777777" w:rsidR="002E35B6" w:rsidRDefault="002E35B6" w:rsidP="002E35B6">
      <w:r>
        <w:t>This wasn’t the town he’d left.</w:t>
      </w:r>
    </w:p>
    <w:p w14:paraId="25C9EE9F" w14:textId="77777777" w:rsidR="002E35B6" w:rsidRDefault="002E35B6" w:rsidP="002E35B6">
      <w:r>
        <w:t>It was the shape of a memory. The bones of a life.</w:t>
      </w:r>
    </w:p>
    <w:p w14:paraId="4ED40508" w14:textId="77777777" w:rsidR="002E35B6" w:rsidRDefault="002E35B6" w:rsidP="002E35B6">
      <w:r>
        <w:t>He touched the reins, and the mare stepped forward.</w:t>
      </w:r>
    </w:p>
    <w:p w14:paraId="36D1D162" w14:textId="77777777" w:rsidR="002E35B6" w:rsidRDefault="002E35B6" w:rsidP="002E35B6">
      <w:r>
        <w:t>Toward home.</w:t>
      </w:r>
    </w:p>
    <w:p w14:paraId="2A5A6F66" w14:textId="77777777" w:rsidR="002E35B6" w:rsidRDefault="002E35B6" w:rsidP="002E35B6"/>
    <w:p w14:paraId="6A706AE1" w14:textId="77777777" w:rsidR="002E35B6" w:rsidRDefault="002E35B6" w:rsidP="002E35B6"/>
    <w:p w14:paraId="75C116DF" w14:textId="77777777" w:rsidR="002E35B6" w:rsidRDefault="002E35B6" w:rsidP="002E35B6"/>
    <w:p w14:paraId="0B9760C0" w14:textId="77777777" w:rsidR="002E35B6" w:rsidRDefault="002E35B6" w:rsidP="002E35B6">
      <w:r>
        <w:br/>
      </w:r>
    </w:p>
    <w:p w14:paraId="4967636A" w14:textId="77777777" w:rsidR="002E35B6" w:rsidRDefault="002E35B6" w:rsidP="002E35B6">
      <w:r>
        <w:t>Chapter Five</w:t>
      </w:r>
    </w:p>
    <w:p w14:paraId="1E5DC628" w14:textId="77777777" w:rsidR="002E35B6" w:rsidRDefault="002E35B6" w:rsidP="002E35B6">
      <w:r>
        <w:t>Home Sweet Home</w:t>
      </w:r>
    </w:p>
    <w:p w14:paraId="0E87AE8C" w14:textId="77777777" w:rsidR="002E35B6" w:rsidRDefault="002E35B6" w:rsidP="002E35B6">
      <w:r>
        <w:t>The trail from Lonesome Ridge to his homestead had changed, but not enough to erase its shape from Jonas Walker’s memory. It curved alongside a dry creek bed choked with mesquite and scrub, until a tall limestone outcrop came into view up ahead—weathered, pale, standing like a lone sentinel above the land.</w:t>
      </w:r>
    </w:p>
    <w:p w14:paraId="063FE550" w14:textId="77777777" w:rsidR="002E35B6" w:rsidRDefault="002E35B6" w:rsidP="002E35B6">
      <w:r>
        <w:t>Jonas slowed.</w:t>
      </w:r>
    </w:p>
    <w:p w14:paraId="5C4CE73B" w14:textId="77777777" w:rsidR="002E35B6" w:rsidRDefault="002E35B6" w:rsidP="002E35B6">
      <w:r>
        <w:t>“Look at that,” he murmured, voice barely more than wind.</w:t>
      </w:r>
    </w:p>
    <w:p w14:paraId="0D4FB2FB" w14:textId="77777777" w:rsidR="002E35B6" w:rsidRDefault="002E35B6" w:rsidP="002E35B6">
      <w:r>
        <w:t>He hadn’t seen that rock in four years, but he remembered every crease in its face. Locals called it Widow’s Rock, after some story his father once told—about a woman who used to wait there for her husband to return from a cattle drive. He never did. She kept waiting.</w:t>
      </w:r>
    </w:p>
    <w:p w14:paraId="4591F3EA" w14:textId="77777777" w:rsidR="002E35B6" w:rsidRDefault="002E35B6" w:rsidP="002E35B6">
      <w:r>
        <w:t>He remembered bringing Anna here once, just before their first child was born. The sun had been high, the sky a perfect stretch of blue, and they'd packed bread, dried peaches, and a jar of sweet tea wrapped in damp cloth to keep it cool. She’d worn her Sunday bonnet, even though it wasn’t Sunday, and teased him about the sweat dripping down his brow as they climbed.</w:t>
      </w:r>
    </w:p>
    <w:p w14:paraId="0B4742B6" w14:textId="77777777" w:rsidR="002E35B6" w:rsidRDefault="002E35B6" w:rsidP="002E35B6">
      <w:r>
        <w:t>“Tired already,” she’d laughed, swatting playfully at his shoulder. “Ain’t even a real hill.”</w:t>
      </w:r>
    </w:p>
    <w:p w14:paraId="47D6E668" w14:textId="77777777" w:rsidR="002E35B6" w:rsidRDefault="002E35B6" w:rsidP="002E35B6">
      <w:r>
        <w:lastRenderedPageBreak/>
        <w:t>He’d grinned, winded but happy, pretending to collapse dramatically on the flat stones near the summit. She dropped beside him with the ease of someone born in the Texas heat, her eyes alight with mischief and the kind of joy that felt like sunlight poured into a soul.</w:t>
      </w:r>
    </w:p>
    <w:p w14:paraId="1A51F6A8" w14:textId="77777777" w:rsidR="002E35B6" w:rsidRDefault="002E35B6" w:rsidP="002E35B6">
      <w:r>
        <w:t>They’d eaten in silence for a while, watching hawks circle in the distance. Then she’d leaned back, head resting on his chest, hand tracing slow circles across his stomach. Her touch was feather-light, absentminded, like she was thinking aloud with her fingers.</w:t>
      </w:r>
    </w:p>
    <w:p w14:paraId="55703A76" w14:textId="77777777" w:rsidR="002E35B6" w:rsidRDefault="002E35B6" w:rsidP="002E35B6">
      <w:r>
        <w:t>“Jonas,” she’d said after a long stretch of quiet, “if it’s a girl, I want to name her Grace.”</w:t>
      </w:r>
    </w:p>
    <w:p w14:paraId="4D7F99E2" w14:textId="77777777" w:rsidR="002E35B6" w:rsidRDefault="002E35B6" w:rsidP="002E35B6">
      <w:r>
        <w:t>“Grace,” he’d echoed, tasting the name.</w:t>
      </w:r>
    </w:p>
    <w:p w14:paraId="333F44D9" w14:textId="77777777" w:rsidR="002E35B6" w:rsidRDefault="002E35B6" w:rsidP="002E35B6">
      <w:r>
        <w:t>She’d nodded against him. “Because that’s what she’ll be. A little grace in this hard world.”</w:t>
      </w:r>
    </w:p>
    <w:p w14:paraId="1D411931" w14:textId="77777777" w:rsidR="002E35B6" w:rsidRDefault="002E35B6" w:rsidP="002E35B6">
      <w:r>
        <w:t>He’d closed his eyes, tightened his arm around her shoulders, and listened to the wind push through the cedar trees below. “I like that.”</w:t>
      </w:r>
    </w:p>
    <w:p w14:paraId="657036E7" w14:textId="77777777" w:rsidR="002E35B6" w:rsidRDefault="002E35B6" w:rsidP="002E35B6">
      <w:r>
        <w:t>Then she’d tilted her face up to his. “And if it’s a boy?”</w:t>
      </w:r>
    </w:p>
    <w:p w14:paraId="1CF72E69" w14:textId="77777777" w:rsidR="002E35B6" w:rsidRDefault="002E35B6" w:rsidP="002E35B6">
      <w:r>
        <w:t>He smiled. “Daniel, after my brother.”</w:t>
      </w:r>
    </w:p>
    <w:p w14:paraId="51BC3A99" w14:textId="77777777" w:rsidR="002E35B6" w:rsidRDefault="002E35B6" w:rsidP="002E35B6">
      <w:r>
        <w:t>“That’s right. Strong and steady, like your brother was… and the prophet,” she answered, hand over her belly. “He’ll need to be.”</w:t>
      </w:r>
    </w:p>
    <w:p w14:paraId="3D20F239" w14:textId="77777777" w:rsidR="002E35B6" w:rsidRDefault="002E35B6" w:rsidP="002E35B6">
      <w:r>
        <w:t>Even now, years later, the thought of her voice settled on the breeze like a whisper in his ear.</w:t>
      </w:r>
    </w:p>
    <w:p w14:paraId="33F94B1A" w14:textId="77777777" w:rsidR="002E35B6" w:rsidRDefault="002E35B6" w:rsidP="002E35B6"/>
    <w:p w14:paraId="7DC2E87A" w14:textId="77777777" w:rsidR="002E35B6" w:rsidRDefault="002E35B6" w:rsidP="002E35B6">
      <w:r>
        <w:t>Jonas reined in and dismounted. The creak of saddle leather broke the morning stillness.  His boots crunching against dry gravel. He stepped toward the rock, one hand brushing its sun-warmed face. The wind was different now—not sure how to explain it, just different. But the stone hadn’t changed. It still stood watching over the land, waiting.</w:t>
      </w:r>
    </w:p>
    <w:p w14:paraId="395D8DD3" w14:textId="77777777" w:rsidR="002E35B6" w:rsidRDefault="002E35B6" w:rsidP="002E35B6">
      <w:r>
        <w:t>He stood at the base of the rock, letting the moment wash over him</w:t>
      </w:r>
    </w:p>
    <w:p w14:paraId="5516BB15" w14:textId="77777777" w:rsidR="002E35B6" w:rsidRDefault="002E35B6" w:rsidP="002E35B6">
      <w:r>
        <w:t>The last time he stood here, life was full of hope.</w:t>
      </w:r>
    </w:p>
    <w:p w14:paraId="6413EFE4" w14:textId="77777777" w:rsidR="002E35B6" w:rsidRDefault="002E35B6" w:rsidP="002E35B6">
      <w:r>
        <w:t>Now, hope was something he carried like a wounded limb—real, but fragile.</w:t>
      </w:r>
    </w:p>
    <w:p w14:paraId="6BE6E0CE" w14:textId="77777777" w:rsidR="002E35B6" w:rsidRDefault="002E35B6" w:rsidP="002E35B6">
      <w:r>
        <w:t>He knelt beside a patch of wild bluebonnets growing at the base of the rock. They were in full bloom—soft, indigo petals clustered together like tiny church bells ringing in silent praise. He hadn’t seen them in years, but they were just as he remembered. Just as she’d loved them.</w:t>
      </w:r>
    </w:p>
    <w:p w14:paraId="134B3D05" w14:textId="77777777" w:rsidR="002E35B6" w:rsidRDefault="002E35B6" w:rsidP="002E35B6">
      <w:r>
        <w:t>Anna’s eyes had always reminded him of bluebonnets—not just their color, but their resilience, the way they stood tall even in dry soil, defying the sun. She had that same quiet strength. That same grace.</w:t>
      </w:r>
    </w:p>
    <w:p w14:paraId="487097CC" w14:textId="77777777" w:rsidR="002E35B6" w:rsidRDefault="002E35B6" w:rsidP="002E35B6">
      <w:r>
        <w:t>He reached out to touch one, but stopped just short. His hand hovered there, fingers trembling slightly.</w:t>
      </w:r>
    </w:p>
    <w:p w14:paraId="227C42AE" w14:textId="77777777" w:rsidR="002E35B6" w:rsidRDefault="002E35B6" w:rsidP="002E35B6">
      <w:r>
        <w:lastRenderedPageBreak/>
        <w:t>So much death behind him. So much love ahead of him—he hoped.</w:t>
      </w:r>
    </w:p>
    <w:p w14:paraId="1416D153" w14:textId="77777777" w:rsidR="002E35B6" w:rsidRDefault="002E35B6" w:rsidP="002E35B6">
      <w:r>
        <w:t>He let out a slow breath and lowered his hand, finally brushing the petals with the tips of his fingers. The touch was soft, almost sacred.</w:t>
      </w:r>
    </w:p>
    <w:p w14:paraId="4A6914E6" w14:textId="77777777" w:rsidR="002E35B6" w:rsidRDefault="002E35B6" w:rsidP="002E35B6">
      <w:r>
        <w:t>He picked a few—gently, carefully, as if disturbing them too harshly might stir the ghosts of the past. He gathered enough for a small bouquet, then spotted a sprig of Indian paintbrush nearby, its red-orange hues catching fire in the afternoon light. Grace would like that, he thought. She was always reaching for color, always drawn to beauty, even as a toddler.</w:t>
      </w:r>
    </w:p>
    <w:p w14:paraId="3C539ACA" w14:textId="77777777" w:rsidR="002E35B6" w:rsidRDefault="002E35B6" w:rsidP="002E35B6">
      <w:r>
        <w:t>He added a few of those to the bunch.</w:t>
      </w:r>
    </w:p>
    <w:p w14:paraId="6E660C0D" w14:textId="77777777" w:rsidR="002E35B6" w:rsidRDefault="002E35B6" w:rsidP="002E35B6">
      <w:r>
        <w:t>With calloused fingers, he tied the stems together using a bit of twine from his saddlebag. It wasn’t much, but it felt like something—a gesture.</w:t>
      </w:r>
    </w:p>
    <w:p w14:paraId="5BE9324D" w14:textId="77777777" w:rsidR="002E35B6" w:rsidRDefault="002E35B6" w:rsidP="002E35B6">
      <w:r>
        <w:t>He rose to his feet, dusted his knees, and held the flowers close for a moment. The wind whispered around him, tugging gently at the brim of his hat, like a memory trying to call him back.</w:t>
      </w:r>
    </w:p>
    <w:p w14:paraId="1C3B9D40" w14:textId="77777777" w:rsidR="002E35B6" w:rsidRDefault="002E35B6" w:rsidP="002E35B6">
      <w:r>
        <w:t>No turning back now.</w:t>
      </w:r>
    </w:p>
    <w:p w14:paraId="360C5B98" w14:textId="77777777" w:rsidR="002E35B6" w:rsidRDefault="002E35B6" w:rsidP="002E35B6">
      <w:r>
        <w:t>Jonas swung into the saddle; the bouquet tucked gently into his satchel. He took one last look at Widow’s Rock, standing solemn and eternal against the sky.</w:t>
      </w:r>
    </w:p>
    <w:p w14:paraId="1322AAAA" w14:textId="77777777" w:rsidR="002E35B6" w:rsidRDefault="002E35B6" w:rsidP="002E35B6">
      <w:r>
        <w:t>“I made it back,” he whispered to the wind. “Lord, help me make it whole.”</w:t>
      </w:r>
    </w:p>
    <w:p w14:paraId="33FA0A6F" w14:textId="77777777" w:rsidR="002E35B6" w:rsidRDefault="002E35B6" w:rsidP="002E35B6">
      <w:r>
        <w:t>And with a soft click of his tongue, he nudged the horse forward. The trail stretched out ahead of him, leading toward Lonesome Ridge—the past behind him, but not gone.</w:t>
      </w:r>
    </w:p>
    <w:p w14:paraId="1A6F1387" w14:textId="77777777" w:rsidR="002E35B6" w:rsidRDefault="002E35B6" w:rsidP="002E35B6">
      <w:r>
        <w:t>Not by a long shot.</w:t>
      </w:r>
    </w:p>
    <w:p w14:paraId="324CD54C" w14:textId="77777777" w:rsidR="002E35B6" w:rsidRDefault="002E35B6" w:rsidP="002E35B6">
      <w:r>
        <w:t>----</w:t>
      </w:r>
    </w:p>
    <w:p w14:paraId="489F8160" w14:textId="77777777" w:rsidR="002E35B6" w:rsidRDefault="002E35B6" w:rsidP="002E35B6">
      <w:r>
        <w:t>Not far ahead sat the Carter homestead.</w:t>
      </w:r>
    </w:p>
    <w:p w14:paraId="2A3325A1" w14:textId="77777777" w:rsidR="002E35B6" w:rsidRDefault="002E35B6" w:rsidP="002E35B6">
      <w:r>
        <w:t>Jonas slowed his horse.</w:t>
      </w:r>
    </w:p>
    <w:p w14:paraId="07375E98" w14:textId="77777777" w:rsidR="002E35B6" w:rsidRDefault="002E35B6" w:rsidP="002E35B6">
      <w:r>
        <w:t>The house looked smaller than he remembered, but well-kept. White paint freshened within the past year. The shutters hung straight, and the porch swept clean. Smoke rose in a thin, steady line from the chimney, and chickens scratched in the yard, plump and busy. A pair of rocking chairs sat on the porch beneath the shade of a crepe myrtle, the same ones Jonas remembered from long ago.</w:t>
      </w:r>
    </w:p>
    <w:p w14:paraId="72349D2C" w14:textId="77777777" w:rsidR="002E35B6" w:rsidRDefault="002E35B6" w:rsidP="002E35B6">
      <w:r>
        <w:t>Jonas glanced up toward the window.</w:t>
      </w:r>
    </w:p>
    <w:p w14:paraId="677E846A" w14:textId="77777777" w:rsidR="002E35B6" w:rsidRDefault="002E35B6" w:rsidP="002E35B6">
      <w:r>
        <w:t>There—a movement behind the lace curtain.</w:t>
      </w:r>
    </w:p>
    <w:p w14:paraId="7BAAB1D8" w14:textId="77777777" w:rsidR="002E35B6" w:rsidRDefault="002E35B6" w:rsidP="002E35B6">
      <w:r>
        <w:t>Mr. Carter?</w:t>
      </w:r>
    </w:p>
    <w:p w14:paraId="5E75956A" w14:textId="77777777" w:rsidR="002E35B6" w:rsidRDefault="002E35B6" w:rsidP="002E35B6">
      <w:r>
        <w:lastRenderedPageBreak/>
        <w:t>The old man’s face appeared briefly in the glass, worn and gray like the rest of the world here. Their eyes met. No wave. No smile. Just a stillness… like the pause before a storm.</w:t>
      </w:r>
    </w:p>
    <w:p w14:paraId="5FF1FDB7" w14:textId="77777777" w:rsidR="002E35B6" w:rsidRDefault="002E35B6" w:rsidP="002E35B6">
      <w:r>
        <w:t>Jonas lifted his hand in greeting, but the curtain fell back into place.</w:t>
      </w:r>
    </w:p>
    <w:p w14:paraId="619F3922" w14:textId="77777777" w:rsidR="002E35B6" w:rsidRDefault="002E35B6" w:rsidP="002E35B6">
      <w:r>
        <w:t>A moment later, he heard the creak of a back door opening. Through the trees to the side of the house, he caught sight of Mr. Carter’s silhouette walking toward the small corral behind the barn. Going for his horse, maybe.</w:t>
      </w:r>
    </w:p>
    <w:p w14:paraId="345FBD85" w14:textId="77777777" w:rsidR="002E35B6" w:rsidRDefault="002E35B6" w:rsidP="002E35B6">
      <w:r>
        <w:t>Jonas felt something twist in his chest.</w:t>
      </w:r>
    </w:p>
    <w:p w14:paraId="57F66DEF" w14:textId="77777777" w:rsidR="002E35B6" w:rsidRDefault="002E35B6" w:rsidP="002E35B6">
      <w:r>
        <w:t>He turned back toward the road, tapped his heels to his mount’s flanks, and picked up into a light gallop.</w:t>
      </w:r>
    </w:p>
    <w:p w14:paraId="23E442C4" w14:textId="77777777" w:rsidR="002E35B6" w:rsidRDefault="002E35B6" w:rsidP="002E35B6">
      <w:r>
        <w:t>The road to his place wasn’t long—just a quarter mile past the ridge—but every foot of it felt like it stretched forever. The wind kicked dust around his boots, the dry grass whispering secrets along the fence line.</w:t>
      </w:r>
    </w:p>
    <w:p w14:paraId="06E223FC" w14:textId="77777777" w:rsidR="002E35B6" w:rsidRDefault="002E35B6" w:rsidP="002E35B6">
      <w:r>
        <w:t>He passed the old oak where his daughter used to tie ribbons in the branches.</w:t>
      </w:r>
    </w:p>
    <w:p w14:paraId="2C8B38AA" w14:textId="77777777" w:rsidR="002E35B6" w:rsidRDefault="002E35B6" w:rsidP="002E35B6">
      <w:r>
        <w:t>Then the fence came into view.</w:t>
      </w:r>
    </w:p>
    <w:p w14:paraId="74099B7C" w14:textId="77777777" w:rsidR="002E35B6" w:rsidRDefault="002E35B6" w:rsidP="002E35B6">
      <w:r>
        <w:t>One rail leaned at an angle, knocked loose in a storm maybe, but still hanging on. The gate swayed gently, its hinges creaking with the rhythm of the wind. The front path was scattered with windblown leaves and dry grass, but someone had cleared it not too long ago—just enough to show care, not abandonment. A few weeds curled at the edges of the porch, creeping in like time trying to reclaim what it could.</w:t>
      </w:r>
    </w:p>
    <w:p w14:paraId="2F9EDA0F" w14:textId="77777777" w:rsidR="002E35B6" w:rsidRDefault="002E35B6" w:rsidP="002E35B6">
      <w:r>
        <w:t>His house.</w:t>
      </w:r>
    </w:p>
    <w:p w14:paraId="7C204E95" w14:textId="77777777" w:rsidR="002E35B6" w:rsidRDefault="002E35B6" w:rsidP="002E35B6">
      <w:r>
        <w:t>Still standing. Still familiar. But quieter now. Hollow.</w:t>
      </w:r>
    </w:p>
    <w:p w14:paraId="7E73A1DC" w14:textId="77777777" w:rsidR="002E35B6" w:rsidRDefault="002E35B6" w:rsidP="002E35B6">
      <w:r>
        <w:t>He slowed the horse to a stop in front of the porch. The windows were clean, though the curtains inside had gathered dust. No smoke from the chimney. No sound from within. Just the breath of the breeze and the soft creak of old wood settling.</w:t>
      </w:r>
    </w:p>
    <w:p w14:paraId="35157F51" w14:textId="77777777" w:rsidR="002E35B6" w:rsidRDefault="002E35B6" w:rsidP="002E35B6">
      <w:r>
        <w:t>He swung down from the saddle, boots landing heavy in the dust. He stared at the door, hands trembling just slightly.</w:t>
      </w:r>
    </w:p>
    <w:p w14:paraId="14C20CC9" w14:textId="77777777" w:rsidR="002E35B6" w:rsidRDefault="002E35B6" w:rsidP="002E35B6">
      <w:r>
        <w:t>Behind him, far down the road, he thought he heard another horse.</w:t>
      </w:r>
    </w:p>
    <w:p w14:paraId="737143FF" w14:textId="77777777" w:rsidR="002E35B6" w:rsidRDefault="002E35B6" w:rsidP="002E35B6">
      <w:r>
        <w:t>Mr. Carter was coming.</w:t>
      </w:r>
    </w:p>
    <w:p w14:paraId="5B4A8AB1" w14:textId="77777777" w:rsidR="002E35B6" w:rsidRDefault="002E35B6" w:rsidP="002E35B6">
      <w:r>
        <w:t>But Jonas didn’t move.</w:t>
      </w:r>
    </w:p>
    <w:p w14:paraId="55B78848" w14:textId="77777777" w:rsidR="002E35B6" w:rsidRDefault="002E35B6" w:rsidP="002E35B6">
      <w:r>
        <w:t>He stayed beside his horse, boots planted in the dust, reins still in hand. The porch stood just yards away, the front door shut tight, but he couldn't take that step—not yet.</w:t>
      </w:r>
    </w:p>
    <w:p w14:paraId="7CF42624" w14:textId="77777777" w:rsidR="002E35B6" w:rsidRDefault="002E35B6" w:rsidP="002E35B6">
      <w:r>
        <w:lastRenderedPageBreak/>
        <w:t>He wasn’t afraid of what was inside. Not in the way most men feared things. He’d walked through blood, stared down death more times than he could count. But something deeper held him now—like the ground itself had clenched around his boots.</w:t>
      </w:r>
    </w:p>
    <w:p w14:paraId="3D683A2D" w14:textId="77777777" w:rsidR="002E35B6" w:rsidRDefault="002E35B6" w:rsidP="002E35B6">
      <w:r>
        <w:t>His heart pounded, slow and heavy, like war drums before a charge.</w:t>
      </w:r>
    </w:p>
    <w:p w14:paraId="628C9701" w14:textId="77777777" w:rsidR="002E35B6" w:rsidRDefault="002E35B6" w:rsidP="002E35B6">
      <w:r>
        <w:t>He had come home.</w:t>
      </w:r>
    </w:p>
    <w:p w14:paraId="4689E637" w14:textId="77777777" w:rsidR="002E35B6" w:rsidRDefault="002E35B6" w:rsidP="002E35B6">
      <w:r>
        <w:t>But every instinct, every scar, told him the battle wasn’t over. Not here. Not yet.</w:t>
      </w:r>
    </w:p>
    <w:p w14:paraId="3351B88D" w14:textId="77777777" w:rsidR="002E35B6" w:rsidRDefault="002E35B6" w:rsidP="002E35B6">
      <w:r>
        <w:t>And as the wind shifted, carrying with it the soft clop of hooves behind him, Jonas didn’t turn. He already knew who it was—and he already knew what he was about to hear.</w:t>
      </w:r>
    </w:p>
    <w:p w14:paraId="6121DAA1" w14:textId="77777777" w:rsidR="002E35B6" w:rsidRDefault="002E35B6" w:rsidP="002E35B6">
      <w:r>
        <w:t>“Jonas.”</w:t>
      </w:r>
    </w:p>
    <w:p w14:paraId="6ACD316C" w14:textId="77777777" w:rsidR="002E35B6" w:rsidRDefault="002E35B6" w:rsidP="002E35B6">
      <w:r>
        <w:t>He turned.</w:t>
      </w:r>
    </w:p>
    <w:p w14:paraId="5CEDDB64" w14:textId="77777777" w:rsidR="002E35B6" w:rsidRDefault="002E35B6" w:rsidP="002E35B6">
      <w:r>
        <w:t>The older man sat on a worn bay mare, hat in hand. His face was thinner than Jonas remembered, his beard more silver than gray. He looked like a man who’d been through a long winter and never quite thawed.</w:t>
      </w:r>
    </w:p>
    <w:p w14:paraId="2C067F8B" w14:textId="77777777" w:rsidR="002E35B6" w:rsidRDefault="002E35B6" w:rsidP="002E35B6">
      <w:r>
        <w:t>“I saw you ridin’ in,” Carter said, voice low and rough. “Been watchin’ that road for a long time.”</w:t>
      </w:r>
    </w:p>
    <w:p w14:paraId="1057C6C6" w14:textId="77777777" w:rsidR="002E35B6" w:rsidRDefault="002E35B6" w:rsidP="002E35B6">
      <w:r>
        <w:t>Jonas stepped down off the porch. “Mr. Carter… it’s good to see you.”</w:t>
      </w:r>
    </w:p>
    <w:p w14:paraId="12715427" w14:textId="77777777" w:rsidR="002E35B6" w:rsidRDefault="002E35B6" w:rsidP="002E35B6">
      <w:r>
        <w:t>The old man dismounted slowly, boots touching earth like it hurt him to stand. He walked over and placed a firm hand on Jonas’s shoulder, eyes glistening.</w:t>
      </w:r>
    </w:p>
    <w:p w14:paraId="20B614D1" w14:textId="77777777" w:rsidR="002E35B6" w:rsidRDefault="002E35B6" w:rsidP="002E35B6">
      <w:r>
        <w:t>“I wish I had better words… or a different tale to tell,” Carter said. “But you need to know. You deserve to know.”</w:t>
      </w:r>
    </w:p>
    <w:p w14:paraId="044955B2" w14:textId="77777777" w:rsidR="002E35B6" w:rsidRDefault="002E35B6" w:rsidP="002E35B6">
      <w:r>
        <w:t>Jonas swallowed hard. “What happened.”</w:t>
      </w:r>
    </w:p>
    <w:p w14:paraId="0C6930E2" w14:textId="77777777" w:rsidR="002E35B6" w:rsidRDefault="002E35B6" w:rsidP="002E35B6">
      <w:r>
        <w:t>Carter gave a slow nod. “Doc Samuels and I did what we could. We buried them proper. Up on the hill behind the house. Under that big oak Anna loved. She asked for that. Said she wanted to rest where she could watch the sunset.”</w:t>
      </w:r>
    </w:p>
    <w:p w14:paraId="3A850FD0" w14:textId="77777777" w:rsidR="002E35B6" w:rsidRDefault="002E35B6" w:rsidP="002E35B6">
      <w:r>
        <w:t>Jonas didn’t speak. The oak.</w:t>
      </w:r>
    </w:p>
    <w:p w14:paraId="1DBC83DE" w14:textId="77777777" w:rsidR="002E35B6" w:rsidRDefault="002E35B6" w:rsidP="002E35B6">
      <w:r>
        <w:t>It was their favorite place—his wife’s favorite tree. She’d sit there in the evenings with the children, reading aloud or humming while the sun dipped over the hills.</w:t>
      </w:r>
    </w:p>
    <w:p w14:paraId="641BA54D" w14:textId="77777777" w:rsidR="002E35B6" w:rsidRDefault="002E35B6" w:rsidP="002E35B6">
      <w:r>
        <w:t>Carter hesitated, his mouth working slightly before any sound came. His eyes dropped to the ground, voice rough with held-back feeling. “She… she had something she wanted me to tell you. Near the end. She was weak, but her mind was clear as ever."</w:t>
      </w:r>
    </w:p>
    <w:p w14:paraId="13A16A05" w14:textId="77777777" w:rsidR="002E35B6" w:rsidRDefault="002E35B6" w:rsidP="002E35B6">
      <w:r>
        <w:t>Jonas shifted, jaw clenched.</w:t>
      </w:r>
    </w:p>
    <w:p w14:paraId="326CFCA3" w14:textId="77777777" w:rsidR="002E35B6" w:rsidRDefault="002E35B6" w:rsidP="002E35B6">
      <w:r>
        <w:lastRenderedPageBreak/>
        <w:t>“She said, ‘Tell Jonas I never stopped waiting. I always knew he’d come back. Tell him not to carry this guilt. Not for me. Tell him Grace said her prayers every night for her papa.’”</w:t>
      </w:r>
    </w:p>
    <w:p w14:paraId="1A24C33F" w14:textId="77777777" w:rsidR="002E35B6" w:rsidRDefault="002E35B6" w:rsidP="002E35B6">
      <w:r>
        <w:t xml:space="preserve">Jonas closed his eyes, holding still as the sting crept in. Tears welled, but he didn’t let them fall—just breathed through the weight of it, silent and unshaken. </w:t>
      </w:r>
    </w:p>
    <w:p w14:paraId="0F630D0C" w14:textId="77777777" w:rsidR="002E35B6" w:rsidRDefault="002E35B6" w:rsidP="002E35B6">
      <w:r>
        <w:t>“I’m sorry, son,” Carter said. “I kept the house as best I could. Didn’t feel right to let it sit empty and forgotten.”</w:t>
      </w:r>
    </w:p>
    <w:p w14:paraId="65F851EF" w14:textId="77777777" w:rsidR="002E35B6" w:rsidRDefault="002E35B6" w:rsidP="002E35B6">
      <w:r>
        <w:t>Jonas nodded, but the words barely touched him.</w:t>
      </w:r>
    </w:p>
    <w:p w14:paraId="026C3018" w14:textId="77777777" w:rsidR="002E35B6" w:rsidRDefault="002E35B6" w:rsidP="002E35B6">
      <w:r>
        <w:t>Without another word, he turned toward the back of the property. The hill rose gently, dotted with limestone and mesquite, until it crested beneath the broad canopy of the oak.</w:t>
      </w:r>
    </w:p>
    <w:p w14:paraId="0B7DBC46" w14:textId="77777777" w:rsidR="002E35B6" w:rsidRDefault="002E35B6" w:rsidP="002E35B6">
      <w:r>
        <w:t>Carter didn’t follow.</w:t>
      </w:r>
    </w:p>
    <w:p w14:paraId="71AC7BB5" w14:textId="77777777" w:rsidR="002E35B6" w:rsidRDefault="002E35B6" w:rsidP="002E35B6">
      <w:r>
        <w:t>Jonas walked alone.</w:t>
      </w:r>
    </w:p>
    <w:p w14:paraId="0112BB05" w14:textId="77777777" w:rsidR="002E35B6" w:rsidRDefault="002E35B6" w:rsidP="002E35B6">
      <w:r>
        <w:t>Each step felt like dragging his heart uphill.</w:t>
      </w:r>
    </w:p>
    <w:p w14:paraId="469D6524" w14:textId="77777777" w:rsidR="002E35B6" w:rsidRDefault="002E35B6" w:rsidP="002E35B6">
      <w:r>
        <w:t>At the top, the wind moved softly through the branches. The view stretched for miles—golden grass, rocky ridges, the lazy curve of a creek far below.</w:t>
      </w:r>
    </w:p>
    <w:p w14:paraId="1F3DE402" w14:textId="77777777" w:rsidR="002E35B6" w:rsidRDefault="002E35B6" w:rsidP="002E35B6">
      <w:r>
        <w:t>And there… three wooden crosses. Simple. Unadorned.</w:t>
      </w:r>
    </w:p>
    <w:p w14:paraId="2460DC12" w14:textId="77777777" w:rsidR="002E35B6" w:rsidRDefault="002E35B6" w:rsidP="002E35B6">
      <w:r>
        <w:t>He sank to his knees before them, staring at the names carved by a hand he knew.</w:t>
      </w:r>
    </w:p>
    <w:p w14:paraId="32E772FC" w14:textId="77777777" w:rsidR="002E35B6" w:rsidRDefault="002E35B6" w:rsidP="002E35B6">
      <w:r>
        <w:t>He didn’t cry. Not yet. Not here.</w:t>
      </w:r>
    </w:p>
    <w:p w14:paraId="7432FC38" w14:textId="77777777" w:rsidR="002E35B6" w:rsidRDefault="002E35B6" w:rsidP="002E35B6">
      <w:r>
        <w:t>Instead, he knelt there as the sun dipped lower, casting long shadows through the oak branches—until the land, like his soul, grew quiet and darker.</w:t>
      </w:r>
    </w:p>
    <w:p w14:paraId="6302E5E8" w14:textId="77777777" w:rsidR="002E35B6" w:rsidRDefault="002E35B6" w:rsidP="002E35B6">
      <w:r>
        <w:t>Jonas stayed until the sun dipped low, brushing the horizon, painting the sky in gold and violet as the first stars blinked to life.</w:t>
      </w:r>
    </w:p>
    <w:p w14:paraId="013ACEF9" w14:textId="77777777" w:rsidR="002E35B6" w:rsidRDefault="002E35B6" w:rsidP="002E35B6">
      <w:r>
        <w:t>The wind shifted slightly, carrying the scent of cedar and the distant smoke of supper fires. He traced the names on each cross with his fingers—calloused hands trembling.</w:t>
      </w:r>
    </w:p>
    <w:p w14:paraId="4822EA31" w14:textId="77777777" w:rsidR="002E35B6" w:rsidRDefault="002E35B6" w:rsidP="002E35B6">
      <w:r>
        <w:t>“Anna,” he whispered. Then the names of his children, “Daniel, Grace” like a prayer he was afraid to speak too loud.</w:t>
      </w:r>
    </w:p>
    <w:p w14:paraId="7E7F3B6E" w14:textId="77777777" w:rsidR="002E35B6" w:rsidRDefault="002E35B6" w:rsidP="002E35B6">
      <w:r>
        <w:t>He sat back, resting against the oak, eyes fixed on the horizon. He remembered her laughter echoing through the hills, the way the kids would race down the slope, hair flying, barefoot and fearless. It was all too real. Too close. Too far gone.</w:t>
      </w:r>
    </w:p>
    <w:p w14:paraId="7217EA43" w14:textId="77777777" w:rsidR="002E35B6" w:rsidRDefault="002E35B6" w:rsidP="002E35B6">
      <w:r>
        <w:t>He stared at the two simple wooden crosses beneath the old oak, his eyes stinging but dry. The wind stirred the grass around their graves, whispering through the leaves above like a voice he didn’t want to hear.</w:t>
      </w:r>
    </w:p>
    <w:p w14:paraId="1A82FD8F" w14:textId="77777777" w:rsidR="002E35B6" w:rsidRDefault="002E35B6" w:rsidP="002E35B6">
      <w:r>
        <w:lastRenderedPageBreak/>
        <w:t>He clenched his jaw, fists tight at his sides.</w:t>
      </w:r>
    </w:p>
    <w:p w14:paraId="2E461C1C" w14:textId="77777777" w:rsidR="002E35B6" w:rsidRDefault="002E35B6" w:rsidP="002E35B6">
      <w:r>
        <w:t>"Why?" he said barely above a whisper.</w:t>
      </w:r>
    </w:p>
    <w:p w14:paraId="52B12ABF" w14:textId="77777777" w:rsidR="002E35B6" w:rsidRDefault="002E35B6" w:rsidP="002E35B6">
      <w:r>
        <w:t>"Why them, Lord? Why not me?"</w:t>
      </w:r>
    </w:p>
    <w:p w14:paraId="71C1D3A6" w14:textId="77777777" w:rsidR="002E35B6" w:rsidRDefault="002E35B6" w:rsidP="002E35B6">
      <w:r>
        <w:t>Silence.</w:t>
      </w:r>
    </w:p>
    <w:p w14:paraId="33E18795" w14:textId="77777777" w:rsidR="002E35B6" w:rsidRDefault="002E35B6" w:rsidP="002E35B6">
      <w:r>
        <w:t>"I gave everything. I fought. I survived. For what?"</w:t>
      </w:r>
    </w:p>
    <w:p w14:paraId="6E1B37C4" w14:textId="77777777" w:rsidR="002E35B6" w:rsidRDefault="002E35B6" w:rsidP="002E35B6">
      <w:r>
        <w:t>He turned away from the graves, pacing a few steps before whirling back.</w:t>
      </w:r>
    </w:p>
    <w:p w14:paraId="253755D6" w14:textId="77777777" w:rsidR="002E35B6" w:rsidRDefault="002E35B6" w:rsidP="002E35B6">
      <w:r>
        <w:t>"You took them. Took everything. Just... just leave me be."</w:t>
      </w:r>
    </w:p>
    <w:p w14:paraId="56E4C17E" w14:textId="77777777" w:rsidR="002E35B6" w:rsidRDefault="002E35B6" w:rsidP="002E35B6">
      <w:r>
        <w:t>He dropped to his knees, not in prayer—but broken.</w:t>
      </w:r>
    </w:p>
    <w:p w14:paraId="20DFD4F1" w14:textId="77777777" w:rsidR="002E35B6" w:rsidRDefault="002E35B6" w:rsidP="002E35B6">
      <w:r>
        <w:t>When he finally stood, his knees cracked, and he brushed the dust from his trousers. He walked slowly back down the hill, the light of the homestead flickering through the windows like ghosts dancing behind glass.</w:t>
      </w:r>
    </w:p>
    <w:p w14:paraId="45F8F70B" w14:textId="77777777" w:rsidR="002E35B6" w:rsidRDefault="002E35B6" w:rsidP="002E35B6">
      <w:r>
        <w:t>Mr. Carter stood beside his horse, one hand resting on the saddle horn, the other hanging at his side. He didn’t call out or move closer—just watched from a distance, his weathered face drawn with quiet sorrow. He’d seen a lot in his life, but nothing quite like this: a man standing in the ashes of everything he loved, trying not to come apart. Carter knew better than to interrupt..</w:t>
      </w:r>
    </w:p>
    <w:p w14:paraId="7B2A447F" w14:textId="77777777" w:rsidR="002E35B6" w:rsidRDefault="002E35B6" w:rsidP="002E35B6">
      <w:r>
        <w:t>Jonas stopped a few feet away.</w:t>
      </w:r>
    </w:p>
    <w:p w14:paraId="1F92C4BC" w14:textId="77777777" w:rsidR="002E35B6" w:rsidRDefault="002E35B6" w:rsidP="002E35B6">
      <w:r>
        <w:t>“Thank you,” he said, voice hoarse. “For burying them. For tending the place.”</w:t>
      </w:r>
    </w:p>
    <w:p w14:paraId="5C9218DE" w14:textId="77777777" w:rsidR="002E35B6" w:rsidRDefault="002E35B6" w:rsidP="002E35B6">
      <w:r>
        <w:t>Carter nodded. “Was the least I could do. Anna was like a daughter to us. The children… they were sunshine in this world.”</w:t>
      </w:r>
    </w:p>
    <w:p w14:paraId="6BD0DBCE" w14:textId="77777777" w:rsidR="002E35B6" w:rsidRDefault="002E35B6" w:rsidP="002E35B6">
      <w:r>
        <w:t>Jonas paused. “And your wife?”</w:t>
      </w:r>
    </w:p>
    <w:p w14:paraId="468D61E6" w14:textId="77777777" w:rsidR="002E35B6" w:rsidRDefault="002E35B6" w:rsidP="002E35B6">
      <w:r>
        <w:t>Carter gave a slow shake of his head, the tension in his shoulders easing slightly. 'We were spared, thank the Lord,' he replied, his tone quiet but steady. “I’ll tell her you’re home.”</w:t>
      </w:r>
    </w:p>
    <w:p w14:paraId="38F19C55" w14:textId="77777777" w:rsidR="002E35B6" w:rsidRDefault="002E35B6" w:rsidP="002E35B6">
      <w:r>
        <w:t>“Please do.”</w:t>
      </w:r>
    </w:p>
    <w:p w14:paraId="2807324F" w14:textId="77777777" w:rsidR="002E35B6" w:rsidRDefault="002E35B6" w:rsidP="002E35B6">
      <w:r>
        <w:t>They stood for a beat longer.</w:t>
      </w:r>
    </w:p>
    <w:p w14:paraId="3721DAD7" w14:textId="77777777" w:rsidR="002E35B6" w:rsidRDefault="002E35B6" w:rsidP="002E35B6">
      <w:r>
        <w:t>“You need anything,” Carter said, placing a hand on the saddle horn, “we’re just down the road.”</w:t>
      </w:r>
    </w:p>
    <w:p w14:paraId="28D5314A" w14:textId="77777777" w:rsidR="002E35B6" w:rsidRDefault="002E35B6" w:rsidP="002E35B6">
      <w:r>
        <w:t>“I’ll be alright,” Jonas replied, though the words tasted like ash.</w:t>
      </w:r>
    </w:p>
    <w:p w14:paraId="15D0ACCA" w14:textId="77777777" w:rsidR="002E35B6" w:rsidRDefault="002E35B6" w:rsidP="002E35B6">
      <w:r>
        <w:t>Carter tipped his hat and turned his horse down the trail, fading into the dusk like a memory.</w:t>
      </w:r>
    </w:p>
    <w:p w14:paraId="0181911C" w14:textId="77777777" w:rsidR="002E35B6" w:rsidRDefault="002E35B6" w:rsidP="002E35B6">
      <w:r>
        <w:t>Jonas turned back toward the house.</w:t>
      </w:r>
    </w:p>
    <w:p w14:paraId="62A89CD6" w14:textId="77777777" w:rsidR="002E35B6" w:rsidRDefault="002E35B6" w:rsidP="002E35B6">
      <w:r>
        <w:lastRenderedPageBreak/>
        <w:t>The steps creaked beneath his boots. The front door gave a groan as he opened it.</w:t>
      </w:r>
    </w:p>
    <w:p w14:paraId="7995AA63" w14:textId="77777777" w:rsidR="002E35B6" w:rsidRDefault="002E35B6" w:rsidP="002E35B6">
      <w:r>
        <w:t>Inside, the air was still and musty, like a place holding its breath. Furniture draped in white sheets. Dishes clean but unused. A rocking chair by the hearth, still as death.</w:t>
      </w:r>
    </w:p>
    <w:p w14:paraId="7DB68BCD" w14:textId="77777777" w:rsidR="002E35B6" w:rsidRDefault="002E35B6" w:rsidP="002E35B6">
      <w:r>
        <w:t>He walked from room to room—the kitchen where Martha used to hum while cooking, the parlor where the children built forts from quilts and chairs, their laughter echoing faintly in his mind.</w:t>
      </w:r>
    </w:p>
    <w:p w14:paraId="5F1E30C8" w14:textId="77777777" w:rsidR="002E35B6" w:rsidRDefault="002E35B6" w:rsidP="002E35B6">
      <w:r>
        <w:t>He paused at their bedroom door.</w:t>
      </w:r>
    </w:p>
    <w:p w14:paraId="2442457F" w14:textId="77777777" w:rsidR="002E35B6" w:rsidRDefault="002E35B6" w:rsidP="002E35B6">
      <w:r>
        <w:t>It opened with a soft click.</w:t>
      </w:r>
    </w:p>
    <w:p w14:paraId="1D70CEA3" w14:textId="77777777" w:rsidR="002E35B6" w:rsidRDefault="002E35B6" w:rsidP="002E35B6">
      <w:r>
        <w:t>Everything was as it had been—her hairbrush on the dresser, a book on the nightstand, her Bible gathering dust.</w:t>
      </w:r>
    </w:p>
    <w:p w14:paraId="0BB41138" w14:textId="77777777" w:rsidR="002E35B6" w:rsidRDefault="002E35B6" w:rsidP="002E35B6">
      <w:r>
        <w:t xml:space="preserve">He closed the door behind him, the sound of it clicking shut somehow louder than he expected. The room felt colder than it ever had before—empty, still. </w:t>
      </w:r>
    </w:p>
    <w:p w14:paraId="16054832" w14:textId="77777777" w:rsidR="002E35B6" w:rsidRDefault="002E35B6" w:rsidP="002E35B6">
      <w:r>
        <w:t xml:space="preserve">He crossed to the bed, his steps heavy, and sat down slowly, his hands gripping the edge of the mattress as though it could anchor him. For a moment, he tried to pull himself together. Tried to do what he'd done for years—keep it all in. But the flood was too much. </w:t>
      </w:r>
    </w:p>
    <w:p w14:paraId="63AF5824" w14:textId="77777777" w:rsidR="002E35B6" w:rsidRDefault="002E35B6" w:rsidP="002E35B6">
      <w:r>
        <w:t xml:space="preserve">The weight of everything—the loss, the guilt, the crushing finality of it all—broke through. His chest tightened, and despite himself, he felt the sting in his eyes. </w:t>
      </w:r>
    </w:p>
    <w:p w14:paraId="58D53CD6" w14:textId="77777777" w:rsidR="002E35B6" w:rsidRDefault="002E35B6" w:rsidP="002E35B6">
      <w:r>
        <w:t xml:space="preserve">A quiet, jagged sob broke free before he could stop it. Then another. And another. </w:t>
      </w:r>
    </w:p>
    <w:p w14:paraId="078BBCD4" w14:textId="77777777" w:rsidR="002E35B6" w:rsidRDefault="002E35B6" w:rsidP="002E35B6">
      <w:r>
        <w:t>He buried his face in his hands, his body shaking with grief he hadn’t allowed himself to feel until now. For the first time in years, Jonas Walker wept.</w:t>
      </w:r>
    </w:p>
    <w:p w14:paraId="16D7D7C0" w14:textId="77777777" w:rsidR="002E35B6" w:rsidRDefault="002E35B6" w:rsidP="002E35B6">
      <w:r>
        <w:t xml:space="preserve">The night had been restless, the kind where sleep only comes in fits, and even then, it’s never enough. </w:t>
      </w:r>
    </w:p>
    <w:p w14:paraId="717CA635" w14:textId="77777777" w:rsidR="002E35B6" w:rsidRDefault="002E35B6" w:rsidP="002E35B6">
      <w:r>
        <w:t>Jonas hadn’t slept in a bed for years, not since he’d been forced to the ground during the war, and not since he'd started traveling from place to place.</w:t>
      </w:r>
    </w:p>
    <w:p w14:paraId="560127B4" w14:textId="77777777" w:rsidR="002E35B6" w:rsidRDefault="002E35B6" w:rsidP="002E35B6">
      <w:r>
        <w:t xml:space="preserve">When he finally settled in, he couldn’t bring himself to lie in the bed. The absence of Anna beside him felt too wide, too hollow. So, he’d made his way to the floor, seeking the hard, familiar coldness that had been his bed for the last four years. </w:t>
      </w:r>
    </w:p>
    <w:p w14:paraId="055D0653" w14:textId="77777777" w:rsidR="002E35B6" w:rsidRDefault="002E35B6" w:rsidP="002E35B6">
      <w:r>
        <w:t xml:space="preserve">The floorboards were rough beneath his back, but it was better than the emptiness of the bed. Still, sleep had come in broken fragments. </w:t>
      </w:r>
    </w:p>
    <w:p w14:paraId="5CC86123" w14:textId="77777777" w:rsidR="002E35B6" w:rsidRDefault="002E35B6" w:rsidP="002E35B6">
      <w:r>
        <w:t>***</w:t>
      </w:r>
    </w:p>
    <w:p w14:paraId="0E436465" w14:textId="77777777" w:rsidR="002E35B6" w:rsidRDefault="002E35B6" w:rsidP="002E35B6">
      <w:r>
        <w:t>The dream always started the same.</w:t>
      </w:r>
    </w:p>
    <w:p w14:paraId="4A6F20A7" w14:textId="77777777" w:rsidR="002E35B6" w:rsidRDefault="002E35B6" w:rsidP="002E35B6">
      <w:r>
        <w:t xml:space="preserve">The air was thick with smoke and sulfur, the ground trembling beneath pounding hooves. Jonas’s mount screamed—high, sharp, panicked—before the animal buckled beneath him, a bullet tearing through its </w:t>
      </w:r>
      <w:r>
        <w:lastRenderedPageBreak/>
        <w:t>chest. He hit the earth hard, the wind knocked from his lungs. All around him came the chaos of battle—shouts of men, the roar of rifles, the shrill sound of sabers drawn.</w:t>
      </w:r>
    </w:p>
    <w:p w14:paraId="244475B8" w14:textId="77777777" w:rsidR="002E35B6" w:rsidRDefault="002E35B6" w:rsidP="002E35B6">
      <w:r>
        <w:t>Then, the noise seemed to shift, fading into a distant hum. Amid the chaos, a voice pierced through the confusion. Soft. Familiar.</w:t>
      </w:r>
    </w:p>
    <w:p w14:paraId="7164DF85" w14:textId="77777777" w:rsidR="002E35B6" w:rsidRDefault="002E35B6" w:rsidP="002E35B6">
      <w:r>
        <w:t>“Jonas…”</w:t>
      </w:r>
    </w:p>
    <w:p w14:paraId="45DFDCB0" w14:textId="77777777" w:rsidR="002E35B6" w:rsidRDefault="002E35B6" w:rsidP="002E35B6">
      <w:r>
        <w:t>His heart jolted at the sound, and everything else fell away. The battle seemed to dissolve into a hollow echo, replaced by the quiet whisper of his wife’s voice.</w:t>
      </w:r>
    </w:p>
    <w:p w14:paraId="38223104" w14:textId="77777777" w:rsidR="002E35B6" w:rsidRDefault="002E35B6" w:rsidP="002E35B6">
      <w:r>
        <w:t>“Anna?” He turned in a daze, his eyes straining through the smoke. He could barely make out her figure in the haze—a silhouette, delicate yet steady, standing where the carnage had once been.</w:t>
      </w:r>
    </w:p>
    <w:p w14:paraId="12BF4192" w14:textId="77777777" w:rsidR="002E35B6" w:rsidRDefault="002E35B6" w:rsidP="002E35B6">
      <w:r>
        <w:t>“Where have you been?” she asked, the words quiet but heavy, like they had been waiting for him for years.</w:t>
      </w:r>
    </w:p>
    <w:p w14:paraId="4E432CB8" w14:textId="77777777" w:rsidR="002E35B6" w:rsidRDefault="002E35B6" w:rsidP="002E35B6">
      <w:r>
        <w:t>Jonas’s breath caught. His throat felt tight, his chest aching. He wanted to speak, to apologize, to explain why he had stayed away for so long. But his voice failed him.</w:t>
      </w:r>
    </w:p>
    <w:p w14:paraId="02176EE8" w14:textId="77777777" w:rsidR="002E35B6" w:rsidRDefault="002E35B6" w:rsidP="002E35B6">
      <w:r>
        <w:t>Jonas jerked awake with a choked gasp, hand reaching for his rifle, the remnants of her question still ringing in his ears. His heart pounded, the sound of the cannon's echo in his head.</w:t>
      </w:r>
    </w:p>
    <w:p w14:paraId="58066883" w14:textId="77777777" w:rsidR="002E35B6" w:rsidRDefault="002E35B6" w:rsidP="002E35B6">
      <w:r>
        <w:t>"Where have you been?"</w:t>
      </w:r>
    </w:p>
    <w:p w14:paraId="08E44635" w14:textId="77777777" w:rsidR="002E35B6" w:rsidRDefault="002E35B6" w:rsidP="002E35B6">
      <w:r>
        <w:t>The words burned through him, sharp and accusing. He squeezed his eyes shut, willing the pain to stop, but it lingered, raw and real. His breath came in ragged gasps.</w:t>
      </w:r>
    </w:p>
    <w:p w14:paraId="386616DA" w14:textId="77777777" w:rsidR="002E35B6" w:rsidRDefault="002E35B6" w:rsidP="002E35B6">
      <w:r>
        <w:t>The quiet of the room—of his room—felt like a cage. And he was still trapped in it, stuck in the dream. He couldn't escape.</w:t>
      </w:r>
    </w:p>
    <w:p w14:paraId="3F877A7E" w14:textId="77777777" w:rsidR="002E35B6" w:rsidRDefault="002E35B6" w:rsidP="002E35B6">
      <w:r>
        <w:t>The silence around him was absolute, as if the house itself had gone still in the night.</w:t>
      </w:r>
    </w:p>
    <w:p w14:paraId="4B7310AF" w14:textId="77777777" w:rsidR="002E35B6" w:rsidRDefault="002E35B6" w:rsidP="002E35B6">
      <w:r>
        <w:t xml:space="preserve">Jonas stayed where he was for a long moment, unwilling to face the day. But finally, he pushed himself up, the heaviness of grief making every movement feel like a labor. </w:t>
      </w:r>
    </w:p>
    <w:p w14:paraId="1853EC68" w14:textId="77777777" w:rsidR="002E35B6" w:rsidRDefault="002E35B6" w:rsidP="002E35B6">
      <w:r>
        <w:t xml:space="preserve">The silence in the bedroom was unbearable. He stepped out, leaving the shadows behind him. He moved through the dark house like a ghost, the floorboards creaking under his boots. </w:t>
      </w:r>
    </w:p>
    <w:p w14:paraId="66A11BA9" w14:textId="77777777" w:rsidR="002E35B6" w:rsidRDefault="002E35B6" w:rsidP="002E35B6">
      <w:r>
        <w:t xml:space="preserve">The kitchen felt colder somehow—emptier. </w:t>
      </w:r>
    </w:p>
    <w:p w14:paraId="4DAEFFFB" w14:textId="77777777" w:rsidR="002E35B6" w:rsidRDefault="002E35B6" w:rsidP="002E35B6">
      <w:r>
        <w:t>He walked to the sink, set his hands on either side, and looked out the window.</w:t>
      </w:r>
    </w:p>
    <w:p w14:paraId="4D9F1500" w14:textId="77777777" w:rsidR="002E35B6" w:rsidRDefault="002E35B6" w:rsidP="002E35B6">
      <w:r>
        <w:t>There it was.</w:t>
      </w:r>
    </w:p>
    <w:p w14:paraId="6AF59284" w14:textId="77777777" w:rsidR="002E35B6" w:rsidRDefault="002E35B6" w:rsidP="002E35B6">
      <w:r>
        <w:t>The old oak tree on the hill behind the house, its great arms stretched wide as if holding the heavens themselves. Beneath it, just two small wooden crosses. Weather-worn, barely visible in the moonlight.</w:t>
      </w:r>
    </w:p>
    <w:p w14:paraId="6A02B2E8" w14:textId="77777777" w:rsidR="002E35B6" w:rsidRDefault="002E35B6" w:rsidP="002E35B6">
      <w:r>
        <w:lastRenderedPageBreak/>
        <w:t>His heart clenched.</w:t>
      </w:r>
    </w:p>
    <w:p w14:paraId="04967049" w14:textId="77777777" w:rsidR="002E35B6" w:rsidRDefault="002E35B6" w:rsidP="002E35B6">
      <w:r>
        <w:t>He turned, opened the cupboard near the stove.</w:t>
      </w:r>
    </w:p>
    <w:p w14:paraId="1A5E599E" w14:textId="77777777" w:rsidR="002E35B6" w:rsidRDefault="002E35B6" w:rsidP="002E35B6">
      <w:r>
        <w:t>There it sat—a half-full bottle of whiskey. Dusty. Untouched.</w:t>
      </w:r>
    </w:p>
    <w:p w14:paraId="30A0C59C" w14:textId="77777777" w:rsidR="002E35B6" w:rsidRDefault="002E35B6" w:rsidP="002E35B6">
      <w:r>
        <w:t>He stared at it for a long time, then reached out and pulled the cork with a hollow pop.</w:t>
      </w:r>
    </w:p>
    <w:p w14:paraId="22C9C8E4" w14:textId="77777777" w:rsidR="002E35B6" w:rsidRDefault="002E35B6" w:rsidP="002E35B6">
      <w:r>
        <w:t>Jonas took a long swig. Fire burned down his throat, but it didn’t numb a thing.</w:t>
      </w:r>
    </w:p>
    <w:p w14:paraId="322C96CA" w14:textId="77777777" w:rsidR="002E35B6" w:rsidRDefault="002E35B6" w:rsidP="002E35B6">
      <w:r>
        <w:t>He grabbed his coat, stepped out into the night, and started the slow walk up the hill.</w:t>
      </w:r>
    </w:p>
    <w:p w14:paraId="73A1938E" w14:textId="77777777" w:rsidR="002E35B6" w:rsidRDefault="002E35B6" w:rsidP="002E35B6">
      <w:r>
        <w:t>The wind whispered through the grass, carrying the scent of cedar and sorrow.</w:t>
      </w:r>
    </w:p>
    <w:p w14:paraId="18A69611" w14:textId="77777777" w:rsidR="002E35B6" w:rsidRDefault="002E35B6" w:rsidP="002E35B6">
      <w:r>
        <w:t>He sank to the ground between the two graves, one hand resting on the cool earth. The bottle hung from the other.</w:t>
      </w:r>
    </w:p>
    <w:p w14:paraId="49D7B7CF" w14:textId="77777777" w:rsidR="002E35B6" w:rsidRDefault="002E35B6" w:rsidP="002E35B6">
      <w:r>
        <w:t>“I should’ve been here,” he said, voice low and cracked. “I should’ve been here…”</w:t>
      </w:r>
    </w:p>
    <w:p w14:paraId="73B34B6D" w14:textId="77777777" w:rsidR="002E35B6" w:rsidRDefault="002E35B6" w:rsidP="002E35B6">
      <w:r>
        <w:t>No answer came—just the rustle of leaves overhead, and the ache in his chest that wouldn’t let go.</w:t>
      </w:r>
    </w:p>
    <w:p w14:paraId="40617C86" w14:textId="77777777" w:rsidR="002E35B6" w:rsidRDefault="002E35B6" w:rsidP="002E35B6">
      <w:r>
        <w:t>He drank in silence, the stars watching from above.</w:t>
      </w:r>
    </w:p>
    <w:p w14:paraId="76F2F81E" w14:textId="77777777" w:rsidR="002E35B6" w:rsidRDefault="002E35B6" w:rsidP="002E35B6">
      <w:r>
        <w:t>He sat beneath the oak tree until the bottle was nearly gone, the sky above turning from deep blue to gray. The stars blinked out one by one as dawn crept across the land.</w:t>
      </w:r>
    </w:p>
    <w:p w14:paraId="62259620" w14:textId="77777777" w:rsidR="002E35B6" w:rsidRDefault="002E35B6" w:rsidP="002E35B6">
      <w:r>
        <w:t>Jonas didn’t notice.</w:t>
      </w:r>
    </w:p>
    <w:p w14:paraId="56FD33F2" w14:textId="77777777" w:rsidR="002E35B6" w:rsidRDefault="002E35B6" w:rsidP="002E35B6">
      <w:r>
        <w:t>“I should’ve been here,” he whispered again, though his voice was nearly gone.</w:t>
      </w:r>
    </w:p>
    <w:p w14:paraId="4ABEC173" w14:textId="77777777" w:rsidR="002E35B6" w:rsidRDefault="002E35B6" w:rsidP="002E35B6">
      <w:r>
        <w:t>He leaned back against the tree trunk, eyes hollow, the bottle slipping from his hand into the grass.</w:t>
      </w:r>
    </w:p>
    <w:p w14:paraId="13104042" w14:textId="77777777" w:rsidR="002E35B6" w:rsidRDefault="002E35B6" w:rsidP="002E35B6">
      <w:r>
        <w:t>And that’s how the days began to blur.</w:t>
      </w:r>
    </w:p>
    <w:p w14:paraId="717DD188" w14:textId="77777777" w:rsidR="002E35B6" w:rsidRDefault="002E35B6" w:rsidP="002E35B6">
      <w:r>
        <w:t>Mornings lost meaning. Nights came too fast. He started sleeping where he fell—sometimes in the barn, sometimes on the sofa, often at the graveside, never in the bed. The bottle became his companion. The house—once full of laughter and warmth—stood still, a tomb of memories.</w:t>
      </w:r>
    </w:p>
    <w:p w14:paraId="02DC3909" w14:textId="77777777" w:rsidR="002E35B6" w:rsidRDefault="002E35B6" w:rsidP="002E35B6">
      <w:r>
        <w:t>Neighbors came by at first, checking in, bringing food. He didn’t answer the door. Didn’t shave. Barely spoke.</w:t>
      </w:r>
    </w:p>
    <w:p w14:paraId="5584ADAA" w14:textId="77777777" w:rsidR="002E35B6" w:rsidRDefault="002E35B6" w:rsidP="002E35B6">
      <w:r>
        <w:t>He had survived the war.</w:t>
      </w:r>
    </w:p>
    <w:p w14:paraId="5E0730B8" w14:textId="77777777" w:rsidR="002E35B6" w:rsidRDefault="002E35B6" w:rsidP="002E35B6">
      <w:r>
        <w:t>But this… this was too much.</w:t>
      </w:r>
    </w:p>
    <w:p w14:paraId="035760A9" w14:textId="66E40BBD" w:rsidR="00D2589E" w:rsidRDefault="00D2589E">
      <w:pPr>
        <w:spacing w:after="160" w:line="278" w:lineRule="auto"/>
      </w:pPr>
      <w:r>
        <w:br w:type="page"/>
      </w:r>
    </w:p>
    <w:p w14:paraId="501C0D10" w14:textId="77777777" w:rsidR="002F745A" w:rsidRDefault="002F745A" w:rsidP="002F745A">
      <w:r>
        <w:lastRenderedPageBreak/>
        <w:t>Chapter Six</w:t>
      </w:r>
    </w:p>
    <w:p w14:paraId="5F2DEF0F" w14:textId="77777777" w:rsidR="002F745A" w:rsidRDefault="002F745A" w:rsidP="002F745A">
      <w:r>
        <w:t>Dust and the Bottle</w:t>
      </w:r>
    </w:p>
    <w:p w14:paraId="003900E6" w14:textId="77777777" w:rsidR="002F745A" w:rsidRDefault="002F745A" w:rsidP="002F745A">
      <w:r>
        <w:t>The door creaked open as Jonas stepped inside, shoulders hunched against the cold and the world.</w:t>
      </w:r>
    </w:p>
    <w:p w14:paraId="25E420FE" w14:textId="77777777" w:rsidR="002F745A" w:rsidRDefault="002F745A" w:rsidP="002F745A">
      <w:r>
        <w:t>“Don’t worry,” he said, voice low, boots heavy on the floor. “Didn’t stay long. Just needed to clear my head.”</w:t>
      </w:r>
    </w:p>
    <w:p w14:paraId="3BD274E9" w14:textId="77777777" w:rsidR="002F745A" w:rsidRDefault="002F745A" w:rsidP="002F745A">
      <w:r>
        <w:t>He slipped off his coat and hung it on the same hook by the door, though it nearly slid off before he caught it. A faint smile touched his face, the kind that never reached the eyes.</w:t>
      </w:r>
    </w:p>
    <w:p w14:paraId="13DBDF32" w14:textId="77777777" w:rsidR="002F745A" w:rsidRDefault="002F745A" w:rsidP="002F745A">
      <w:r>
        <w:t>“I know. You told me not to go. You were right.”</w:t>
      </w:r>
    </w:p>
    <w:p w14:paraId="750E3EC1" w14:textId="77777777" w:rsidR="002F745A" w:rsidRDefault="002F745A" w:rsidP="002F745A">
      <w:r>
        <w:t>He moved through the dim house, speaking softly, like someone was trailing just behind him. His hand brushed the corner of the doorway as he passed into the kitchen, a familiar path walked blind in the dark.</w:t>
      </w:r>
    </w:p>
    <w:p w14:paraId="3E8A57CB" w14:textId="77777777" w:rsidR="002F745A" w:rsidRDefault="002F745A" w:rsidP="002F745A">
      <w:r>
        <w:t>“Saloon was mostly empty. Just Ed and that quiet fellow who plays cards like a priest prays—solemn and losing.”</w:t>
      </w:r>
    </w:p>
    <w:p w14:paraId="5C56CCF4" w14:textId="77777777" w:rsidR="002F745A" w:rsidRDefault="002F745A" w:rsidP="002F745A">
      <w:r>
        <w:t>He pulled out a chair at the table and sat down with a grunt, setting the half-drained bottle on the wood with a dull clunk. For a moment, he stared across the table.</w:t>
      </w:r>
    </w:p>
    <w:p w14:paraId="09018E0D" w14:textId="77777777" w:rsidR="002F745A" w:rsidRDefault="002F745A" w:rsidP="002F745A">
      <w:r>
        <w:t>A long beat of silence stretched.</w:t>
      </w:r>
    </w:p>
    <w:p w14:paraId="1BB3414C" w14:textId="77777777" w:rsidR="002F745A" w:rsidRDefault="002F745A" w:rsidP="002F745A">
      <w:r>
        <w:t>Then he nodded, slow and tired. “No, I didn’t pick a fight. Just listened.”</w:t>
      </w:r>
    </w:p>
    <w:p w14:paraId="46DCB968" w14:textId="77777777" w:rsidR="002F745A" w:rsidRDefault="002F745A" w:rsidP="002F745A">
      <w:r>
        <w:t>He looked down at his hands. A bruise was starting to form along one knuckle, though he didn’t seem to notice.</w:t>
      </w:r>
    </w:p>
    <w:p w14:paraId="1CC1987C" w14:textId="77777777" w:rsidR="002F745A" w:rsidRDefault="002F745A" w:rsidP="002F745A">
      <w:r>
        <w:t>“I miss your voice,” he said after a while, barely more than a breath. “Even when you were cross with me.”</w:t>
      </w:r>
    </w:p>
    <w:p w14:paraId="4A038E62" w14:textId="77777777" w:rsidR="002F745A" w:rsidRDefault="002F745A" w:rsidP="002F745A">
      <w:r>
        <w:t>The bottle tilted. A long swallow. Then another.</w:t>
      </w:r>
    </w:p>
    <w:p w14:paraId="057A2E6E" w14:textId="77777777" w:rsidR="002F745A" w:rsidRDefault="002F745A" w:rsidP="002F745A">
      <w:r>
        <w:t>Jonas rose, legs stiff, and shuffled to the small sofa against the wall. He dropped into it, exhaling hard. His eyes closed before he meant them to.</w:t>
      </w:r>
    </w:p>
    <w:p w14:paraId="3B53E9DC" w14:textId="77777777" w:rsidR="002F745A" w:rsidRDefault="002F745A" w:rsidP="002F745A"/>
    <w:p w14:paraId="1D3F63BB" w14:textId="77777777" w:rsidR="002F745A" w:rsidRDefault="002F745A" w:rsidP="002F745A">
      <w:r>
        <w:t>Light filtered in through the dusty windowpanes, warming the room with pale morning gray. Outside, birds called out like they didn’t know better.</w:t>
      </w:r>
    </w:p>
    <w:p w14:paraId="23E1C95D" w14:textId="77777777" w:rsidR="002F745A" w:rsidRDefault="002F745A" w:rsidP="002F745A">
      <w:r>
        <w:t>Jonas stirred.</w:t>
      </w:r>
    </w:p>
    <w:p w14:paraId="27F6B2C1" w14:textId="77777777" w:rsidR="002F745A" w:rsidRDefault="002F745A" w:rsidP="002F745A">
      <w:r>
        <w:t>His hand reached blindly for the floor, then up to his eyes. He blinked blearily at the ceiling, grimaced, and sat up slowly.</w:t>
      </w:r>
    </w:p>
    <w:p w14:paraId="3E3451E8" w14:textId="77777777" w:rsidR="002F745A" w:rsidRDefault="002F745A" w:rsidP="002F745A">
      <w:r>
        <w:lastRenderedPageBreak/>
        <w:t>He groaned, rubbed the back of his neck, and leaned forward with a sigh. “No, I don’t want coffee. Stomach’s wrong again.”</w:t>
      </w:r>
    </w:p>
    <w:p w14:paraId="7837092B" w14:textId="77777777" w:rsidR="002F745A" w:rsidRDefault="002F745A" w:rsidP="002F745A">
      <w:r>
        <w:t>He stood, crossing the room with a slow shuffle toward the kitchen. The table was still empty. The bottle still there. The chair across from his, still pulled out slightly—as if someone had only just risen from it.</w:t>
      </w:r>
    </w:p>
    <w:p w14:paraId="7267B94B" w14:textId="77777777" w:rsidR="002F745A" w:rsidRDefault="002F745A" w:rsidP="002F745A">
      <w:r>
        <w:t>“I’ll get to the roof today,” he muttered, squinting at the light bleeding through the window. “North corner’s sagging worse than I thought. That storm last week didn’t help none.”</w:t>
      </w:r>
    </w:p>
    <w:p w14:paraId="103C6A0F" w14:textId="77777777" w:rsidR="002F745A" w:rsidRDefault="002F745A" w:rsidP="002F745A">
      <w:r>
        <w:t>He paused by the end table near the sofa.</w:t>
      </w:r>
    </w:p>
    <w:p w14:paraId="78BD8601" w14:textId="77777777" w:rsidR="002F745A" w:rsidRDefault="002F745A" w:rsidP="002F745A">
      <w:r>
        <w:t>His eyes looked over a well-worn Bible with a cracked leather cover and a bookmark pressed somewhere near the Psalms.</w:t>
      </w:r>
    </w:p>
    <w:p w14:paraId="19CADC49" w14:textId="77777777" w:rsidR="002F745A" w:rsidRDefault="002F745A" w:rsidP="002F745A">
      <w:r>
        <w:t>His hand hovered near it—but he didn’t touch it.</w:t>
      </w:r>
    </w:p>
    <w:p w14:paraId="1671A32E" w14:textId="77777777" w:rsidR="002F745A" w:rsidRDefault="002F745A" w:rsidP="002F745A">
      <w:r>
        <w:t>Anna’s bible. The leather was softened from years of her hands; her thumbs having worked grooves into the edges from turning it over and over again.</w:t>
      </w:r>
    </w:p>
    <w:p w14:paraId="208DDA34" w14:textId="77777777" w:rsidR="002F745A" w:rsidRDefault="002F745A" w:rsidP="002F745A">
      <w:r>
        <w:t>Jonas swallowed hard. His jaw flexed. He turned away.</w:t>
      </w:r>
    </w:p>
    <w:p w14:paraId="7CF8C318" w14:textId="77777777" w:rsidR="002F745A" w:rsidRDefault="002F745A" w:rsidP="002F745A">
      <w:r>
        <w:t>A knock broke the silence.</w:t>
      </w:r>
    </w:p>
    <w:p w14:paraId="6E61777C" w14:textId="77777777" w:rsidR="002F745A" w:rsidRDefault="002F745A" w:rsidP="002F745A">
      <w:r>
        <w:t>Three short raps, then one more.</w:t>
      </w:r>
    </w:p>
    <w:p w14:paraId="2C31D559" w14:textId="77777777" w:rsidR="002F745A" w:rsidRDefault="002F745A" w:rsidP="002F745A">
      <w:r>
        <w:t>Jonas blinked, took a slow breath, then stepped to the door.</w:t>
      </w:r>
    </w:p>
    <w:p w14:paraId="0ED27035" w14:textId="77777777" w:rsidR="002F745A" w:rsidRDefault="002F745A" w:rsidP="002F745A">
      <w:r>
        <w:t>When he opened it, Mr. Carter stood there—hat in hand, worry in his eyes.</w:t>
      </w:r>
    </w:p>
    <w:p w14:paraId="3A274F8F" w14:textId="77777777" w:rsidR="002F745A" w:rsidRDefault="002F745A" w:rsidP="002F745A">
      <w:r>
        <w:t>“Mornin’, Jonas.”</w:t>
      </w:r>
    </w:p>
    <w:p w14:paraId="11240488" w14:textId="77777777" w:rsidR="002F745A" w:rsidRDefault="002F745A" w:rsidP="002F745A">
      <w:r>
        <w:t>“Mornin’.”</w:t>
      </w:r>
    </w:p>
    <w:p w14:paraId="2DCE983E" w14:textId="77777777" w:rsidR="002F745A" w:rsidRDefault="002F745A" w:rsidP="002F745A">
      <w:r>
        <w:t>Carter hesitated, then gave a tight-lipped smile. “Didn’t mean to interrupt. Just thought I’d check in, see if you needed anything.”</w:t>
      </w:r>
    </w:p>
    <w:p w14:paraId="69B35D42" w14:textId="77777777" w:rsidR="002F745A" w:rsidRDefault="002F745A" w:rsidP="002F745A">
      <w:r>
        <w:t>Jonas leaned against the frame, eyes tired but steady, he looked down at his feet. “Appreciate it. I’m fine.”</w:t>
      </w:r>
    </w:p>
    <w:p w14:paraId="210DABE8" w14:textId="77777777" w:rsidR="002F745A" w:rsidRDefault="002F745A" w:rsidP="002F745A">
      <w:r>
        <w:t>Carter nodded once. “Heard you talking as I walked up. Thought maybe… someone was here.”</w:t>
      </w:r>
    </w:p>
    <w:p w14:paraId="2488B195" w14:textId="77777777" w:rsidR="002F745A" w:rsidRDefault="002F745A" w:rsidP="002F745A">
      <w:r>
        <w:t>Jonas said nothing.</w:t>
      </w:r>
    </w:p>
    <w:p w14:paraId="2B1173DA" w14:textId="77777777" w:rsidR="002F745A" w:rsidRDefault="002F745A" w:rsidP="002F745A">
      <w:r>
        <w:t>Carter cleared his throat. “Look, I know it ain’t my place, but… talking to someone who’s not there—especially someone who’s gone—that kind of thing’s not good for a man. It don’t help. Just makes the hole deeper.”</w:t>
      </w:r>
    </w:p>
    <w:p w14:paraId="57963A0D" w14:textId="77777777" w:rsidR="002F745A" w:rsidRDefault="002F745A" w:rsidP="002F745A">
      <w:r>
        <w:t>Jonas’s jaw tightened. His voice came quiet. “You ever lose a wife, Carter?”</w:t>
      </w:r>
    </w:p>
    <w:p w14:paraId="393DE5FB" w14:textId="77777777" w:rsidR="002F745A" w:rsidRDefault="002F745A" w:rsidP="002F745A">
      <w:r>
        <w:lastRenderedPageBreak/>
        <w:t>“No. Just my father. But I saw what it did to my mother. She talked to the walls for two years, then drank herself into the grave.”</w:t>
      </w:r>
    </w:p>
    <w:p w14:paraId="16AC9F2F" w14:textId="77777777" w:rsidR="002F745A" w:rsidRDefault="002F745A" w:rsidP="002F745A">
      <w:r>
        <w:t>Silence stretched between them.</w:t>
      </w:r>
    </w:p>
    <w:p w14:paraId="77638F1C" w14:textId="77777777" w:rsidR="002F745A" w:rsidRDefault="002F745A" w:rsidP="002F745A">
      <w:r>
        <w:t>“I ain’t judging you,” Carter said, gentler now. “I’m just sayin’… this house’s already too quiet. Don’t go makin’ it a tomb.”</w:t>
      </w:r>
    </w:p>
    <w:p w14:paraId="4176187D" w14:textId="77777777" w:rsidR="002F745A" w:rsidRDefault="002F745A" w:rsidP="002F745A">
      <w:r>
        <w:t>He shifted his weight. “Roof’s sagging on the north corner. I’ve got some spare lumber if you need help.”</w:t>
      </w:r>
    </w:p>
    <w:p w14:paraId="6A963BDD" w14:textId="77777777" w:rsidR="002F745A" w:rsidRDefault="002F745A" w:rsidP="002F745A">
      <w:r>
        <w:t>Jonas glanced up at the porch beam. “I’ll get to it.”</w:t>
      </w:r>
    </w:p>
    <w:p w14:paraId="20837FED" w14:textId="77777777" w:rsidR="002F745A" w:rsidRDefault="002F745A" w:rsidP="002F745A">
      <w:r>
        <w:t>“Alright,” Carter said, stepping back. “Just don’t wait too long.”</w:t>
      </w:r>
    </w:p>
    <w:p w14:paraId="6FCF7D7D" w14:textId="77777777" w:rsidR="002F745A" w:rsidRDefault="002F745A" w:rsidP="002F745A">
      <w:r>
        <w:t>He turned to leave, paused at the edge of the steps. “We’re all grieving something, Jonas. But not all of us let it talk back.”</w:t>
      </w:r>
    </w:p>
    <w:p w14:paraId="060E0ED0" w14:textId="77777777" w:rsidR="002F745A" w:rsidRDefault="002F745A" w:rsidP="002F745A">
      <w:r>
        <w:t>He gave a faint nod, then walked off down the path.</w:t>
      </w:r>
    </w:p>
    <w:p w14:paraId="645AF257" w14:textId="77777777" w:rsidR="002F745A" w:rsidRDefault="002F745A" w:rsidP="002F745A">
      <w:r>
        <w:t>Jonas stood in the doorway for a moment longer, then slowly turned back toward the kitchen.</w:t>
      </w:r>
    </w:p>
    <w:p w14:paraId="100FD6F7" w14:textId="77777777" w:rsidR="002F745A" w:rsidRDefault="002F745A" w:rsidP="002F745A"/>
    <w:p w14:paraId="4AB66FA9" w14:textId="77777777" w:rsidR="002F745A" w:rsidRDefault="002F745A" w:rsidP="002F745A">
      <w:r>
        <w:t>The Silver Spur sat at the far end of Main Street, just past the livery and across from the general store—half-leaning and full of smoke. The sign overhead was chipped and faded, but it still swung like it had somewhere to be.</w:t>
      </w:r>
    </w:p>
    <w:p w14:paraId="53E68D7F" w14:textId="77777777" w:rsidR="002F745A" w:rsidRDefault="002F745A" w:rsidP="002F745A">
      <w:r>
        <w:t>Jonas pushed through the batwing doors as the late afternoon sun spilled in behind him. The air inside was thick—pipe smoke, spilled beer, the sour tang of sweat and old arguments. Piano music tinkered from the corner, off-key and half-hearted, played by a man who looked more asleep than awake.</w:t>
      </w:r>
    </w:p>
    <w:p w14:paraId="4ECF1894" w14:textId="77777777" w:rsidR="002F745A" w:rsidRDefault="002F745A" w:rsidP="002F745A">
      <w:r>
        <w:t>He stepped inside, boots thudding on warped floorboards, eyes adjusting to the dim.</w:t>
      </w:r>
    </w:p>
    <w:p w14:paraId="79EEBEA1" w14:textId="77777777" w:rsidR="002F745A" w:rsidRDefault="002F745A" w:rsidP="002F745A">
      <w:r>
        <w:t>A few heads turned, gave him a passing glance, then looked away. Just another man running from something.</w:t>
      </w:r>
    </w:p>
    <w:p w14:paraId="571410A9" w14:textId="77777777" w:rsidR="002F745A" w:rsidRDefault="002F745A" w:rsidP="002F745A">
      <w:r>
        <w:t>He walked to the bar without a word.</w:t>
      </w:r>
    </w:p>
    <w:p w14:paraId="37D00C12" w14:textId="77777777" w:rsidR="002F745A" w:rsidRDefault="002F745A" w:rsidP="002F745A">
      <w:r>
        <w:t>Charlie, the barkeep, nodded once. “Usual?”</w:t>
      </w:r>
    </w:p>
    <w:p w14:paraId="436BDEDD" w14:textId="77777777" w:rsidR="002F745A" w:rsidRDefault="002F745A" w:rsidP="002F745A">
      <w:r>
        <w:t>Jonas answered with a slight nod. No words.</w:t>
      </w:r>
    </w:p>
    <w:p w14:paraId="1C519356" w14:textId="77777777" w:rsidR="002F745A" w:rsidRDefault="002F745A" w:rsidP="002F745A">
      <w:r>
        <w:t>Charlie poured a few fingers of whiskey and slid it across the bar.</w:t>
      </w:r>
    </w:p>
    <w:p w14:paraId="008E15ED" w14:textId="77777777" w:rsidR="002F745A" w:rsidRDefault="002F745A" w:rsidP="002F745A">
      <w:r>
        <w:t>Jonas took it, turned it once in his hand, then drank it down in a slow, practiced motion. It burned, but not like it used to. Now it was more like routine—something to fill the empty spaces.</w:t>
      </w:r>
    </w:p>
    <w:p w14:paraId="65EBC3BE" w14:textId="77777777" w:rsidR="002F745A" w:rsidRDefault="002F745A" w:rsidP="002F745A">
      <w:r>
        <w:lastRenderedPageBreak/>
        <w:t>He sat at the end, his usual spot. Back toward the saloon, watching the mirror behind the rows of bottles. Not at himself, but through himself.</w:t>
      </w:r>
    </w:p>
    <w:p w14:paraId="20C13508" w14:textId="77777777" w:rsidR="002F745A" w:rsidRDefault="002F745A" w:rsidP="002F745A">
      <w:r>
        <w:t>Then—</w:t>
      </w:r>
    </w:p>
    <w:p w14:paraId="2F1C2D27" w14:textId="77777777" w:rsidR="002F745A" w:rsidRDefault="002F745A" w:rsidP="002F745A">
      <w:r>
        <w:t>A voice, low and sharp. “Hand it over. I’m not gonna ask again.”</w:t>
      </w:r>
    </w:p>
    <w:p w14:paraId="66FD0250" w14:textId="77777777" w:rsidR="002F745A" w:rsidRDefault="002F745A" w:rsidP="002F745A">
      <w:r>
        <w:t>Jonas’s hand froze on his glass.</w:t>
      </w:r>
    </w:p>
    <w:p w14:paraId="134EAC67" w14:textId="77777777" w:rsidR="002F745A" w:rsidRDefault="002F745A" w:rsidP="002F745A">
      <w:r>
        <w:t>He turned his head, just enough.</w:t>
      </w:r>
    </w:p>
    <w:p w14:paraId="4C38B020" w14:textId="77777777" w:rsidR="002F745A" w:rsidRDefault="002F745A" w:rsidP="002F745A">
      <w:r>
        <w:t>In the far back corner, half-swallowed by shadows, a wiry man with greasy hair had backed a boy into the wall. The boy was maybe fourteen, fifteen at most—thin, sunburnt, with dirt on his face and boots too big for his feet. He clutched a canvas coin pouch to his chest like it was all he owned.</w:t>
      </w:r>
    </w:p>
    <w:p w14:paraId="35C9AB1F" w14:textId="77777777" w:rsidR="002F745A" w:rsidRDefault="002F745A" w:rsidP="002F745A">
      <w:r>
        <w:t>The man held a knife low and close, the blade catching the lamplight with a twitching glint. His voice dropped to a growl. “Don’t be stupid, kid.”</w:t>
      </w:r>
    </w:p>
    <w:p w14:paraId="14B68288" w14:textId="77777777" w:rsidR="002F745A" w:rsidRDefault="002F745A" w:rsidP="002F745A">
      <w:r>
        <w:t>No one else had noticed—or they were pretending not to. Either way, the room didn’t stop.</w:t>
      </w:r>
    </w:p>
    <w:p w14:paraId="38BA4CB6" w14:textId="77777777" w:rsidR="002F745A" w:rsidRDefault="002F745A" w:rsidP="002F745A">
      <w:r>
        <w:t>Jonas stood slowly.</w:t>
      </w:r>
    </w:p>
    <w:p w14:paraId="5E1DA986" w14:textId="77777777" w:rsidR="002F745A" w:rsidRDefault="002F745A" w:rsidP="002F745A">
      <w:r>
        <w:t>He walked back through the saloon, each step echoing louder than it should. The knife-man glanced up, eyes narrowing.</w:t>
      </w:r>
    </w:p>
    <w:p w14:paraId="32FD577E" w14:textId="77777777" w:rsidR="002F745A" w:rsidRDefault="002F745A" w:rsidP="002F745A">
      <w:r>
        <w:t>“This don’t concern you,” he said pointing at Jonas with the knife.</w:t>
      </w:r>
    </w:p>
    <w:p w14:paraId="3C124022" w14:textId="77777777" w:rsidR="002F745A" w:rsidRDefault="002F745A" w:rsidP="002F745A">
      <w:r>
        <w:t>Jonas kept walking. “That right?”</w:t>
      </w:r>
    </w:p>
    <w:p w14:paraId="23333D82" w14:textId="77777777" w:rsidR="002F745A" w:rsidRDefault="002F745A" w:rsidP="002F745A">
      <w:r>
        <w:t>“Yeah.” The man’s grip shifted. “Mind your drink.”</w:t>
      </w:r>
    </w:p>
    <w:p w14:paraId="7FCB5FF1" w14:textId="77777777" w:rsidR="002F745A" w:rsidRDefault="002F745A" w:rsidP="002F745A">
      <w:r>
        <w:t>Jonas came to a halt a few feet away, his voice calm and cold. “Kid’s got nothing you need.”</w:t>
      </w:r>
    </w:p>
    <w:p w14:paraId="382C97D6" w14:textId="77777777" w:rsidR="002F745A" w:rsidRDefault="002F745A" w:rsidP="002F745A">
      <w:r>
        <w:t>The man sized him up. “Ain’t your business, old man.”</w:t>
      </w:r>
    </w:p>
    <w:p w14:paraId="21C9CD2D" w14:textId="77777777" w:rsidR="002F745A" w:rsidRDefault="002F745A" w:rsidP="002F745A">
      <w:r>
        <w:t>Jonas stared at the knife, then at the boy’s terrified face.</w:t>
      </w:r>
    </w:p>
    <w:p w14:paraId="55D1086B" w14:textId="77777777" w:rsidR="002F745A" w:rsidRDefault="002F745A" w:rsidP="002F745A">
      <w:r>
        <w:t>“It is now.”</w:t>
      </w:r>
    </w:p>
    <w:p w14:paraId="4F3CDF3D" w14:textId="77777777" w:rsidR="002F745A" w:rsidRDefault="002F745A" w:rsidP="002F745A">
      <w:r>
        <w:t>The man lunged, fast and sloppy. Jonas sidestepped, caught the man's wrist, and twisted hard. The knife hit the floor with a clatter.</w:t>
      </w:r>
    </w:p>
    <w:p w14:paraId="6D4D165A" w14:textId="77777777" w:rsidR="002F745A" w:rsidRDefault="002F745A" w:rsidP="002F745A">
      <w:r>
        <w:t>But Jonas didn’t stop there.</w:t>
      </w:r>
    </w:p>
    <w:p w14:paraId="415F69D0" w14:textId="77777777" w:rsidR="002F745A" w:rsidRDefault="002F745A" w:rsidP="002F745A">
      <w:r>
        <w:t>He slammed the man’s arm into the wall, once—twice—until the crack of bone echoed beneath the music and laughter.</w:t>
      </w:r>
    </w:p>
    <w:p w14:paraId="046B38CB" w14:textId="77777777" w:rsidR="002F745A" w:rsidRDefault="002F745A" w:rsidP="002F745A">
      <w:r>
        <w:t>The man cried out.</w:t>
      </w:r>
    </w:p>
    <w:p w14:paraId="206E6A43" w14:textId="77777777" w:rsidR="002F745A" w:rsidRDefault="002F745A" w:rsidP="002F745A">
      <w:r>
        <w:lastRenderedPageBreak/>
        <w:t>Jonas turned him, drove a knee into his gut, then a fist into his jaw. The man dropped, dazed and bleeding.</w:t>
      </w:r>
    </w:p>
    <w:p w14:paraId="46EF4DC1" w14:textId="77777777" w:rsidR="002F745A" w:rsidRDefault="002F745A" w:rsidP="002F745A">
      <w:r>
        <w:t>Still, Jonas advanced.</w:t>
      </w:r>
    </w:p>
    <w:p w14:paraId="6586AE8B" w14:textId="77777777" w:rsidR="002F745A" w:rsidRDefault="002F745A" w:rsidP="002F745A">
      <w:r>
        <w:t>He grabbed the man by the collar and yanked him halfway off the floor.</w:t>
      </w:r>
    </w:p>
    <w:p w14:paraId="7AE2E4A2" w14:textId="77777777" w:rsidR="002F745A" w:rsidRDefault="002F745A" w:rsidP="002F745A">
      <w:r>
        <w:t>“You like threatening people?” he snarled, fist pulled back.</w:t>
      </w:r>
    </w:p>
    <w:p w14:paraId="6D6A0865" w14:textId="77777777" w:rsidR="002F745A" w:rsidRDefault="002F745A" w:rsidP="002F745A">
      <w:r>
        <w:t>The man’s lip trembled. Blood dripped from his nose.</w:t>
      </w:r>
    </w:p>
    <w:p w14:paraId="17D0FA1D" w14:textId="77777777" w:rsidR="002F745A" w:rsidRDefault="002F745A" w:rsidP="002F745A">
      <w:r>
        <w:t>“Please…”</w:t>
      </w:r>
    </w:p>
    <w:p w14:paraId="4717E1E8" w14:textId="77777777" w:rsidR="002F745A" w:rsidRDefault="002F745A" w:rsidP="002F745A">
      <w:r>
        <w:t>Jonas hit him again. And again. One knuckle split open on the man’s cheekbone.</w:t>
      </w:r>
    </w:p>
    <w:p w14:paraId="7A426409" w14:textId="77777777" w:rsidR="002F745A" w:rsidRDefault="002F745A" w:rsidP="002F745A">
      <w:r>
        <w:t>Someone shouted for him to stop. The piano fell silent. A chair scraped loudly against the floor.</w:t>
      </w:r>
    </w:p>
    <w:p w14:paraId="6004968B" w14:textId="77777777" w:rsidR="002F745A" w:rsidRDefault="002F745A" w:rsidP="002F745A">
      <w:r>
        <w:t>Charlie’s voice, hoarse and sharp: “Jonas. That’s enough.”</w:t>
      </w:r>
    </w:p>
    <w:p w14:paraId="2B103447" w14:textId="77777777" w:rsidR="002F745A" w:rsidRDefault="002F745A" w:rsidP="002F745A">
      <w:r>
        <w:t>Jonas froze, breathing hard, chest heaving.</w:t>
      </w:r>
    </w:p>
    <w:p w14:paraId="27B26335" w14:textId="77777777" w:rsidR="002F745A" w:rsidRDefault="002F745A" w:rsidP="002F745A">
      <w:r>
        <w:t>The man lay crumpled at his feet, barely conscious.</w:t>
      </w:r>
    </w:p>
    <w:p w14:paraId="0194B2D0" w14:textId="77777777" w:rsidR="002F745A" w:rsidRDefault="002F745A" w:rsidP="002F745A">
      <w:r>
        <w:t>Jonas stood over him, fists clenched. His eyes, dark and distant, slowly blinked back to the present. He wiped the blood from his knuckles on the side of his coat.</w:t>
      </w:r>
    </w:p>
    <w:p w14:paraId="409C7EC6" w14:textId="77777777" w:rsidR="002F745A" w:rsidRDefault="002F745A" w:rsidP="002F745A">
      <w:r>
        <w:t>Then, without a word, he bent down, picked up the knife, and turned to the boy.</w:t>
      </w:r>
    </w:p>
    <w:p w14:paraId="4EB84806" w14:textId="77777777" w:rsidR="002F745A" w:rsidRDefault="002F745A" w:rsidP="002F745A">
      <w:r>
        <w:t>Held it out, handle first.</w:t>
      </w:r>
    </w:p>
    <w:p w14:paraId="0EAFE82C" w14:textId="77777777" w:rsidR="002F745A" w:rsidRDefault="002F745A" w:rsidP="002F745A">
      <w:r>
        <w:t>The boy’s eyes were wide with something more than fear now. He took the knife slowly, then ran.</w:t>
      </w:r>
    </w:p>
    <w:p w14:paraId="0D6A993C" w14:textId="77777777" w:rsidR="002F745A" w:rsidRDefault="002F745A" w:rsidP="002F745A">
      <w:r>
        <w:t>Jonas returned to the bar, his steps heavy, the room still quiet around him.</w:t>
      </w:r>
    </w:p>
    <w:p w14:paraId="4D853D95" w14:textId="77777777" w:rsidR="002F745A" w:rsidRDefault="002F745A" w:rsidP="002F745A">
      <w:r>
        <w:t>Charlie poured another. “Thought you were gonna kill him.”</w:t>
      </w:r>
    </w:p>
    <w:p w14:paraId="0B984C1B" w14:textId="77777777" w:rsidR="002F745A" w:rsidRDefault="002F745A" w:rsidP="002F745A">
      <w:r>
        <w:t>Jonas didn’t respond. He stared down at the blood on his hands.</w:t>
      </w:r>
    </w:p>
    <w:p w14:paraId="6CAC6C84" w14:textId="77777777" w:rsidR="002F745A" w:rsidRDefault="002F745A" w:rsidP="002F745A">
      <w:r>
        <w:t>Moments later, the saloon doors creaked again.</w:t>
      </w:r>
    </w:p>
    <w:p w14:paraId="2DCBF373" w14:textId="77777777" w:rsidR="002F745A" w:rsidRDefault="002F745A" w:rsidP="002F745A">
      <w:r>
        <w:t>Sheriff Ethan Doyle stepped inside, his boots thudding on the wooden floor. Tall and broad, his graying hair framed a face that had seen too much of the world’s ugliness. Behind him, Deputy Sam Harris followed, carrying the limp form of the man Jonas had put down. The boy, shaken but unharmed, walked in their wake, his eyes downcast but clearly relieved.</w:t>
      </w:r>
    </w:p>
    <w:p w14:paraId="0447410C" w14:textId="77777777" w:rsidR="002F745A" w:rsidRDefault="002F745A" w:rsidP="002F745A">
      <w:r>
        <w:t>Doyle took in the scene—Jonas at the bar, calm as ever, the unconscious man on the floor, and the absence of the knife. He glanced at the boy, who nodded slightly, and then toward Jonas, whose eyes never left his drink.</w:t>
      </w:r>
    </w:p>
    <w:p w14:paraId="3C971AAA" w14:textId="77777777" w:rsidR="002F745A" w:rsidRDefault="002F745A" w:rsidP="002F745A">
      <w:r>
        <w:lastRenderedPageBreak/>
        <w:t>"Everything alright here, Jonas?" the sheriff asked, his voice low but direct.</w:t>
      </w:r>
    </w:p>
    <w:p w14:paraId="0BE6B32B" w14:textId="77777777" w:rsidR="002F745A" w:rsidRDefault="002F745A" w:rsidP="002F745A">
      <w:r>
        <w:t>Jonas didn’t look up, his response a quiet “Yup,” as he took another sip from his glass. He wasn’t worried.</w:t>
      </w:r>
    </w:p>
    <w:p w14:paraId="2C743012" w14:textId="77777777" w:rsidR="002F745A" w:rsidRDefault="002F745A" w:rsidP="002F745A">
      <w:r>
        <w:t>The sheriff didn’t push. With a small grunt, he motioned for the deputy to help him carry the man out. The boy, still trembling, stood by, looking like he might say something, but no words came. After a moment, Doyle gave a slight nod to the boy, who quickly left the bar to put distance between himself and the mess.</w:t>
      </w:r>
    </w:p>
    <w:p w14:paraId="0064E5E7" w14:textId="77777777" w:rsidR="002F745A" w:rsidRDefault="002F745A" w:rsidP="002F745A">
      <w:r>
        <w:t>Without another word, the sheriff and deputy carried the man out, and the door swung closed behind them, leaving the quiet hum of the saloon in their wake.</w:t>
      </w:r>
    </w:p>
    <w:p w14:paraId="39D48DB5" w14:textId="77777777" w:rsidR="002F745A" w:rsidRDefault="002F745A" w:rsidP="002F745A">
      <w:r>
        <w:t>The piano resumed in a hesitant rhythm, but the voices didn’t rise right away. They came slowly—murmurs from tables and corners.</w:t>
      </w:r>
    </w:p>
    <w:p w14:paraId="2A4D3AD7" w14:textId="77777777" w:rsidR="002F745A" w:rsidRDefault="002F745A" w:rsidP="002F745A">
      <w:r>
        <w:t>“He saved that boy.”</w:t>
      </w:r>
    </w:p>
    <w:p w14:paraId="6FD7030C" w14:textId="77777777" w:rsidR="002F745A" w:rsidRDefault="002F745A" w:rsidP="002F745A">
      <w:r>
        <w:t>“Did you see how far he went?”</w:t>
      </w:r>
    </w:p>
    <w:p w14:paraId="269CE55D" w14:textId="77777777" w:rsidR="002F745A" w:rsidRDefault="002F745A" w:rsidP="002F745A">
      <w:r>
        <w:t>“Man’s still got it in him.”</w:t>
      </w:r>
    </w:p>
    <w:p w14:paraId="6C17D9F4" w14:textId="77777777" w:rsidR="002F745A" w:rsidRDefault="002F745A" w:rsidP="002F745A">
      <w:r>
        <w:t>“Or maybe too much.”</w:t>
      </w:r>
    </w:p>
    <w:p w14:paraId="6A11562E" w14:textId="77777777" w:rsidR="002F745A" w:rsidRDefault="002F745A" w:rsidP="002F745A">
      <w:r>
        <w:t>“Went too far, if you ask me…”</w:t>
      </w:r>
    </w:p>
    <w:p w14:paraId="36241C52" w14:textId="77777777" w:rsidR="002F745A" w:rsidRDefault="002F745A" w:rsidP="002F745A">
      <w:r>
        <w:t>“Ain’t nobody asked you.”</w:t>
      </w:r>
    </w:p>
    <w:p w14:paraId="225F4810" w14:textId="77777777" w:rsidR="002F745A" w:rsidRDefault="002F745A" w:rsidP="002F745A">
      <w:r>
        <w:t>Jonas heard every word, but paid them no mind. His glass hovered near his lips, his eyes lost somewhere in the amber swirl of whiskey and memory.</w:t>
      </w:r>
    </w:p>
    <w:p w14:paraId="3C5C5239" w14:textId="77777777" w:rsidR="002F745A" w:rsidRDefault="002F745A" w:rsidP="002F745A">
      <w:r>
        <w:t>Let them talk. Words couldn’t touch what was already broken.</w:t>
      </w:r>
    </w:p>
    <w:p w14:paraId="3CCB2854" w14:textId="77777777" w:rsidR="002F745A" w:rsidRDefault="002F745A" w:rsidP="002F745A"/>
    <w:p w14:paraId="58D6ED44" w14:textId="77777777" w:rsidR="002F745A" w:rsidRDefault="002F745A" w:rsidP="002F745A">
      <w:r>
        <w:t>The moon rode high above the hills, casting a pale glow over the dirt trail that snaked north out of town. Hooves thudded softly against the earth, muffled by dust. Jonas rode with one hand on the reins, the other resting heavy on his thigh, a half-empty bottle tucked under his coat.</w:t>
      </w:r>
    </w:p>
    <w:p w14:paraId="48591FDF" w14:textId="77777777" w:rsidR="002F745A" w:rsidRDefault="002F745A" w:rsidP="002F745A">
      <w:r>
        <w:t>Beside him, Corporal Thomas Brantley kept pace. A quiet man, younger than Jonas by a good ten years but already lined at the eyes from what he’d seen. He’d been at the saloon too—saw the fight, helped carry the boy's attacker to jail.</w:t>
      </w:r>
    </w:p>
    <w:p w14:paraId="1E288382" w14:textId="77777777" w:rsidR="002F745A" w:rsidRDefault="002F745A" w:rsidP="002F745A">
      <w:r>
        <w:t>They rode in silence for a stretch, the only sound the rustling of wind through dry mesquite.</w:t>
      </w:r>
    </w:p>
    <w:p w14:paraId="1349CF5F" w14:textId="77777777" w:rsidR="002F745A" w:rsidRDefault="002F745A" w:rsidP="002F745A">
      <w:r>
        <w:t>Finally, Brantley spoke. His voice was calm, even. “You alright?”</w:t>
      </w:r>
    </w:p>
    <w:p w14:paraId="11A52B62" w14:textId="77777777" w:rsidR="002F745A" w:rsidRDefault="002F745A" w:rsidP="002F745A">
      <w:r>
        <w:t>Jonas didn’t look over. “I’m fine.”</w:t>
      </w:r>
    </w:p>
    <w:p w14:paraId="087E071A" w14:textId="77777777" w:rsidR="002F745A" w:rsidRDefault="002F745A" w:rsidP="002F745A">
      <w:r>
        <w:lastRenderedPageBreak/>
        <w:t>“You beat the hell outta that man.”</w:t>
      </w:r>
    </w:p>
    <w:p w14:paraId="65E32245" w14:textId="77777777" w:rsidR="002F745A" w:rsidRDefault="002F745A" w:rsidP="002F745A">
      <w:r>
        <w:t>Jonas shifted in the saddle. “He had a knife. You saw it.”</w:t>
      </w:r>
    </w:p>
    <w:p w14:paraId="55A6A940" w14:textId="77777777" w:rsidR="002F745A" w:rsidRDefault="002F745A" w:rsidP="002F745A">
      <w:r>
        <w:t>“I saw,” Brantley said. “So did the boy. So did half the saloon.”</w:t>
      </w:r>
    </w:p>
    <w:p w14:paraId="75B7E393" w14:textId="77777777" w:rsidR="002F745A" w:rsidRDefault="002F745A" w:rsidP="002F745A">
      <w:r>
        <w:t>They crested a low ridge. Jonas’s cabin came into view, a dark shape tucked against the trees.</w:t>
      </w:r>
    </w:p>
    <w:p w14:paraId="2AA26AC0" w14:textId="77777777" w:rsidR="002F745A" w:rsidRDefault="002F745A" w:rsidP="002F745A">
      <w:r>
        <w:t>Brantley slowed his horse. “Some folks say you went too far.”</w:t>
      </w:r>
    </w:p>
    <w:p w14:paraId="33E61467" w14:textId="77777777" w:rsidR="002F745A" w:rsidRDefault="002F745A" w:rsidP="002F745A">
      <w:r>
        <w:t>Jonas gave a low snort. “Some folks weren’t the ones facin’ a blade.”</w:t>
      </w:r>
    </w:p>
    <w:p w14:paraId="1CA9864B" w14:textId="77777777" w:rsidR="002F745A" w:rsidRDefault="002F745A" w:rsidP="002F745A">
      <w:r>
        <w:t>Brantley didn’t argue. Just nodded, thoughtful. “Kid said you saved his life. Reckons you’re a hero.”</w:t>
      </w:r>
    </w:p>
    <w:p w14:paraId="2E919AAD" w14:textId="77777777" w:rsidR="002F745A" w:rsidRDefault="002F745A" w:rsidP="002F745A">
      <w:r>
        <w:t>Jonas didn’t answer. Just stared ahead at the silhouette of his cabin, his jaw set tight.</w:t>
      </w:r>
    </w:p>
    <w:p w14:paraId="22E7B7DD" w14:textId="77777777" w:rsidR="002F745A" w:rsidRDefault="002F745A" w:rsidP="002F745A">
      <w:r>
        <w:t>Brantley reined in. “You need anything, you send word.”</w:t>
      </w:r>
    </w:p>
    <w:p w14:paraId="2E856B09" w14:textId="77777777" w:rsidR="002F745A" w:rsidRDefault="002F745A" w:rsidP="002F745A">
      <w:r>
        <w:t>Jonas nodded once. “Appreciate it.”</w:t>
      </w:r>
    </w:p>
    <w:p w14:paraId="4F67F243" w14:textId="77777777" w:rsidR="002F745A" w:rsidRDefault="002F745A" w:rsidP="002F745A">
      <w:r>
        <w:t>Jonas turned to where Thomas was riding, but there was no one.</w:t>
      </w:r>
    </w:p>
    <w:p w14:paraId="61C5E4CE" w14:textId="77777777" w:rsidR="002F745A" w:rsidRDefault="002F745A" w:rsidP="002F745A">
      <w:r>
        <w:t>Jonas sat there for a moment longer. Alone again.</w:t>
      </w:r>
    </w:p>
    <w:p w14:paraId="7FE7A553" w14:textId="77777777" w:rsidR="002F745A" w:rsidRDefault="002F745A" w:rsidP="002F745A">
      <w:r>
        <w:t>Then he nudged his horse forward.</w:t>
      </w:r>
    </w:p>
    <w:p w14:paraId="74BE4FF8" w14:textId="77777777" w:rsidR="002F745A" w:rsidRDefault="002F745A" w:rsidP="002F745A"/>
    <w:p w14:paraId="440ECFCF" w14:textId="77777777" w:rsidR="002F745A" w:rsidRDefault="002F745A" w:rsidP="002F745A">
      <w:r>
        <w:t>The front door creaked open. Jonas stepped in slow, boots heavy, the weariness of whiskey and memory tugging at his spine.</w:t>
      </w:r>
    </w:p>
    <w:p w14:paraId="074715A3" w14:textId="77777777" w:rsidR="002F745A" w:rsidRDefault="002F745A" w:rsidP="002F745A">
      <w:r>
        <w:t>He shut the door behind him. Set his hat on the table. The fire in the hearth had burned low, shadows curling along the walls.</w:t>
      </w:r>
    </w:p>
    <w:p w14:paraId="4D15D519" w14:textId="77777777" w:rsidR="002F745A" w:rsidRDefault="002F745A" w:rsidP="002F745A">
      <w:r>
        <w:t>He eased into the chair like he’d done a hundred times before. Like he’d never left.</w:t>
      </w:r>
    </w:p>
    <w:p w14:paraId="599CF37A" w14:textId="77777777" w:rsidR="002F745A" w:rsidRDefault="002F745A" w:rsidP="002F745A">
      <w:r>
        <w:t>Then he spoke, low and bitter.</w:t>
      </w:r>
    </w:p>
    <w:p w14:paraId="75356F86" w14:textId="77777777" w:rsidR="002F745A" w:rsidRDefault="002F745A" w:rsidP="002F745A">
      <w:r>
        <w:t>“You would’ve told me not to hit him. I know.”</w:t>
      </w:r>
    </w:p>
    <w:p w14:paraId="1E047093" w14:textId="77777777" w:rsidR="002F745A" w:rsidRDefault="002F745A" w:rsidP="002F745A">
      <w:r>
        <w:t>A breath. A pause.</w:t>
      </w:r>
    </w:p>
    <w:p w14:paraId="2B5F8BD9" w14:textId="77777777" w:rsidR="002F745A" w:rsidRDefault="002F745A" w:rsidP="002F745A">
      <w:r>
        <w:t>“But he had it comin’. He had it comin’.”</w:t>
      </w:r>
    </w:p>
    <w:p w14:paraId="0B84D283" w14:textId="77777777" w:rsidR="002F745A" w:rsidRDefault="002F745A" w:rsidP="002F745A">
      <w:r>
        <w:t>His eyes, hollow, found the empty chair across from him.</w:t>
      </w:r>
    </w:p>
    <w:p w14:paraId="018C946E" w14:textId="77777777" w:rsidR="002F745A" w:rsidRDefault="002F745A" w:rsidP="002F745A">
      <w:r>
        <w:t>“That boy could’ve died. I didn’t go too far. He’s alive, ain’t he?”</w:t>
      </w:r>
    </w:p>
    <w:p w14:paraId="0926F337" w14:textId="77777777" w:rsidR="002F745A" w:rsidRDefault="002F745A" w:rsidP="002F745A">
      <w:r>
        <w:t>He looked to the side table. The Bible still sat there, untouched. Its spine worn thin, the leather curled at the corners.</w:t>
      </w:r>
    </w:p>
    <w:p w14:paraId="364D41C0" w14:textId="77777777" w:rsidR="002F745A" w:rsidRDefault="002F745A" w:rsidP="002F745A">
      <w:r>
        <w:lastRenderedPageBreak/>
        <w:t>He stared at it. Then past it. Upward.</w:t>
      </w:r>
    </w:p>
    <w:p w14:paraId="4CE02DA4" w14:textId="77777777" w:rsidR="002F745A" w:rsidRDefault="002F745A" w:rsidP="002F745A">
      <w:r>
        <w:t>“What good did it do?” he whispered.</w:t>
      </w:r>
    </w:p>
    <w:p w14:paraId="4F43C84A" w14:textId="77777777" w:rsidR="002F745A" w:rsidRDefault="002F745A" w:rsidP="002F745A">
      <w:r>
        <w:t>He poured the last of the bottle into his glass. Drank it down in one go. Slouched forward.</w:t>
      </w:r>
    </w:p>
    <w:p w14:paraId="7667A54F" w14:textId="77777777" w:rsidR="002F745A" w:rsidRDefault="002F745A" w:rsidP="002F745A">
      <w:r>
        <w:t>The fire popped once. Then went quiet.</w:t>
      </w:r>
    </w:p>
    <w:p w14:paraId="013DAD28" w14:textId="77777777" w:rsidR="002F745A" w:rsidRDefault="002F745A" w:rsidP="002F745A">
      <w:r>
        <w:t>Outside, the wind stirred. Inside, only silence remained.</w:t>
      </w:r>
    </w:p>
    <w:p w14:paraId="362888E9" w14:textId="77777777" w:rsidR="002F745A" w:rsidRDefault="002F745A" w:rsidP="002F745A">
      <w:r>
        <w:br/>
      </w:r>
    </w:p>
    <w:p w14:paraId="4C192105" w14:textId="77777777" w:rsidR="002F745A" w:rsidRDefault="002F745A" w:rsidP="002F745A">
      <w:r>
        <w:t>Chapter Seven</w:t>
      </w:r>
    </w:p>
    <w:p w14:paraId="7B14A1F7" w14:textId="77777777" w:rsidR="002F745A" w:rsidRDefault="002F745A" w:rsidP="002F745A">
      <w:r>
        <w:t>The Widow’s Kindness</w:t>
      </w:r>
    </w:p>
    <w:p w14:paraId="6196892C" w14:textId="77777777" w:rsidR="002F745A" w:rsidRDefault="002F745A" w:rsidP="002F745A">
      <w:r>
        <w:t>The mid-morning sun slanted high through a pale sky, bleeding gold into the dust along the trail. Jonas rode with his hat tipped low, eyes shadowed, reins slack in his hands. The bottle in his saddlebag hadn’t been touched today. Not yet. The silence of his cabin had grown too loud, so he'd chosen to ride instead—hoping the wind might carry the weight off his shoulders.</w:t>
      </w:r>
    </w:p>
    <w:p w14:paraId="67195458" w14:textId="77777777" w:rsidR="002F745A" w:rsidRDefault="002F745A" w:rsidP="002F745A">
      <w:r>
        <w:t>As he rounded a bend past a mesquite thicket, his horse slowed. Jonas raised his head.</w:t>
      </w:r>
    </w:p>
    <w:p w14:paraId="51C59B5E" w14:textId="77777777" w:rsidR="002F745A" w:rsidRDefault="002F745A" w:rsidP="002F745A">
      <w:r>
        <w:t>A wagon leaned half off the trail, its tongue split lengthwise, the break sharp and jagged where the team had likely jolted to a stop. Supplies spilled across the ground—clothing, an iron skillet, books, a crate of preserves cracked open and leaking. The lone mule hitched to the yoke pawed anxiously at the dirt, a rope burn raw on its flank.</w:t>
      </w:r>
    </w:p>
    <w:p w14:paraId="24E65877" w14:textId="77777777" w:rsidR="002F745A" w:rsidRDefault="002F745A" w:rsidP="002F745A">
      <w:r>
        <w:t>A woman knelt beside the tongue, tugging at a wooden brace. Her gray dress was dusty, bonnet askew. She looked up as Jonas approached, one hand drifting toward the hem of her dress—maybe toward a hidden pistol, or maybe just for steadiness.</w:t>
      </w:r>
    </w:p>
    <w:p w14:paraId="33DC959D" w14:textId="77777777" w:rsidR="002F745A" w:rsidRDefault="002F745A" w:rsidP="002F745A">
      <w:r>
        <w:t>He pulled the reins and stopped ten paces off.</w:t>
      </w:r>
    </w:p>
    <w:p w14:paraId="30646D58" w14:textId="77777777" w:rsidR="002F745A" w:rsidRDefault="002F745A" w:rsidP="002F745A">
      <w:r>
        <w:t>“Ma’am,” he said, voice low and even.</w:t>
      </w:r>
    </w:p>
    <w:p w14:paraId="17C3A37C" w14:textId="77777777" w:rsidR="002F745A" w:rsidRDefault="002F745A" w:rsidP="002F745A">
      <w:r>
        <w:t>She stood slowly, one hand still braced on the wagon’s edge. “Mr. Walker?”</w:t>
      </w:r>
    </w:p>
    <w:p w14:paraId="47638FB5" w14:textId="77777777" w:rsidR="002F745A" w:rsidRDefault="002F745A" w:rsidP="002F745A">
      <w:r>
        <w:t>He nodded once. “Looks like you had trouble.”</w:t>
      </w:r>
    </w:p>
    <w:p w14:paraId="518CED6B" w14:textId="77777777" w:rsidR="002F745A" w:rsidRDefault="002F745A" w:rsidP="002F745A">
      <w:r>
        <w:t xml:space="preserve">She glanced over her shoulder at the wreckage, then back at him. “It wasn’t just some random hold-up. I knew 'em. Men my husband used to deal with—back when he was makin’ money faster than he should’ve. Shady types, always around when trouble brewed.” </w:t>
      </w:r>
    </w:p>
    <w:p w14:paraId="267CF378" w14:textId="77777777" w:rsidR="002F745A" w:rsidRDefault="002F745A" w:rsidP="002F745A">
      <w:r>
        <w:t>She swallowed hard. “They came outta the trees like they were owed something. Took what they could carry. Didn’t touch me, but they looked at me like I was next on their list.”</w:t>
      </w:r>
    </w:p>
    <w:p w14:paraId="22951504" w14:textId="77777777" w:rsidR="002F745A" w:rsidRDefault="002F745A" w:rsidP="002F745A">
      <w:r>
        <w:lastRenderedPageBreak/>
        <w:t>Jonas’s eyes drifted across the ground—hoofprints leading north, a torn flour sack flapping in the breeze. One crate was smashed, lid broken clean. The edge of a worn Bible poked out from under a blanket.</w:t>
      </w:r>
    </w:p>
    <w:p w14:paraId="4C540CCD" w14:textId="77777777" w:rsidR="002F745A" w:rsidRDefault="002F745A" w:rsidP="002F745A">
      <w:r>
        <w:t>“Langley, right?” he said.</w:t>
      </w:r>
    </w:p>
    <w:p w14:paraId="4F7BDFDA" w14:textId="77777777" w:rsidR="002F745A" w:rsidRDefault="002F745A" w:rsidP="002F745A">
      <w:r>
        <w:t>She gave a cautious nod. “That’s right. Martha Langley. My husband passed last winter.” Her eyes darkened. “He died sudden, you know. They said it was his heart, but I always wondered… Could never prove anything.”</w:t>
      </w:r>
    </w:p>
    <w:p w14:paraId="5E477DB1" w14:textId="77777777" w:rsidR="002F745A" w:rsidRDefault="002F745A" w:rsidP="002F745A">
      <w:r>
        <w:t>He dismounted without a word and stepped toward the wagon’s front. Kneeling beside the splintered tongue, he ran a hand along the long crack in the wood, fingers brushing over the frayed edges where the team had jerked to a stop. Then he stood and glanced toward the rear of the wagon.</w:t>
      </w:r>
    </w:p>
    <w:p w14:paraId="77ADE4C9" w14:textId="77777777" w:rsidR="002F745A" w:rsidRDefault="002F745A" w:rsidP="002F745A">
      <w:r>
        <w:t>“Got anything to brace it with?” he asked.</w:t>
      </w:r>
    </w:p>
    <w:p w14:paraId="652EEC07" w14:textId="77777777" w:rsidR="002F745A" w:rsidRDefault="002F745A" w:rsidP="002F745A">
      <w:r>
        <w:t>“Some scrap wood and a length of chain—back near the feed barrel. Though I don’t know if it’ll hold.”</w:t>
      </w:r>
    </w:p>
    <w:p w14:paraId="5421AFDE" w14:textId="77777777" w:rsidR="002F745A" w:rsidRDefault="002F745A" w:rsidP="002F745A">
      <w:r>
        <w:t>“We’ll make it hold.”</w:t>
      </w:r>
    </w:p>
    <w:p w14:paraId="2B64C3FF" w14:textId="77777777" w:rsidR="002F745A" w:rsidRDefault="002F745A" w:rsidP="002F745A">
      <w:r>
        <w:t>She watched as he rolled up his sleeves and set to work.</w:t>
      </w:r>
    </w:p>
    <w:p w14:paraId="53BFDA23" w14:textId="77777777" w:rsidR="002F745A" w:rsidRDefault="002F745A" w:rsidP="002F745A">
      <w:r>
        <w:t>After a minute, she spoke. “I heard what happened in town. With the boy. Some folks say you’re dangerous.”</w:t>
      </w:r>
    </w:p>
    <w:p w14:paraId="02205C04" w14:textId="77777777" w:rsidR="002F745A" w:rsidRDefault="002F745A" w:rsidP="002F745A">
      <w:r>
        <w:t xml:space="preserve">Jonas didn’t look up or say anything. </w:t>
      </w:r>
    </w:p>
    <w:p w14:paraId="2E76BD20" w14:textId="77777777" w:rsidR="002F745A" w:rsidRDefault="002F745A" w:rsidP="002F745A">
      <w:r>
        <w:t>She let that sit a moment. Then: “Dangerous men don’t usually stop to help strangers.”</w:t>
      </w:r>
    </w:p>
    <w:p w14:paraId="1C424CE5" w14:textId="77777777" w:rsidR="002F745A" w:rsidRDefault="002F745A" w:rsidP="002F745A">
      <w:r>
        <w:t>He grunted. “Weren’t stoppin’ for company. Just couldn’t leave someone stuck out here.”</w:t>
      </w:r>
    </w:p>
    <w:p w14:paraId="368CB69F" w14:textId="77777777" w:rsidR="002F745A" w:rsidRDefault="002F745A" w:rsidP="002F745A">
      <w:r>
        <w:t>A quiet smile tugged at the edge of her mouth. “Well… thank you anyway.”</w:t>
      </w:r>
    </w:p>
    <w:p w14:paraId="4F46CBE6" w14:textId="77777777" w:rsidR="002F745A" w:rsidRDefault="002F745A" w:rsidP="002F745A">
      <w:r>
        <w:t>He didn’t answer, just kept working. Her hands moved to gather the scattered supplies while he fitted a length of scrap wood along the cracked tongue, wrapping it tight with the chain she’d dug out from behind the feed barrel. He cinched it firm, checking the hold with a grunt, then reached for the rusted wrench beneath the seat to lock it in place.</w:t>
      </w:r>
    </w:p>
    <w:p w14:paraId="6A092419" w14:textId="77777777" w:rsidR="002F745A" w:rsidRDefault="002F745A" w:rsidP="002F745A">
      <w:r>
        <w:t>When it was done, Jonas stood and wiped the sweat from his brow.</w:t>
      </w:r>
    </w:p>
    <w:p w14:paraId="7BBAC259" w14:textId="77777777" w:rsidR="002F745A" w:rsidRDefault="002F745A" w:rsidP="002F745A">
      <w:r>
        <w:t>“I’ll ride with you,” he said, heading for his horse. “Just in case they come back.”</w:t>
      </w:r>
    </w:p>
    <w:p w14:paraId="46BEC66B" w14:textId="77777777" w:rsidR="002F745A" w:rsidRDefault="002F745A" w:rsidP="002F745A">
      <w:r>
        <w:t>Mrs. Langley hesitated, then gave a nod of grateful acceptance.</w:t>
      </w:r>
    </w:p>
    <w:p w14:paraId="1FCEDAE7" w14:textId="77777777" w:rsidR="002F745A" w:rsidRDefault="002F745A" w:rsidP="002F745A">
      <w:r>
        <w:t>“Thank you, Mr. Walker.”</w:t>
      </w:r>
    </w:p>
    <w:p w14:paraId="5DB09633" w14:textId="77777777" w:rsidR="002F745A" w:rsidRDefault="002F745A" w:rsidP="002F745A">
      <w:r>
        <w:t>He didn’t reply. He just mounted up and waited for her to climb onto the wagon bench. Then they rolled down the trail, toward the fading light.</w:t>
      </w:r>
    </w:p>
    <w:p w14:paraId="5A7F0AE7" w14:textId="77777777" w:rsidR="002F745A" w:rsidRDefault="002F745A" w:rsidP="002F745A"/>
    <w:p w14:paraId="56D21ABB" w14:textId="77777777" w:rsidR="002F745A" w:rsidRDefault="002F745A" w:rsidP="002F745A">
      <w:r>
        <w:t>The sun climbed higher as they reached the edge of Mrs. Langley’s property—an old cottage nestled in a grove of mesquite and cedar. The house leaned a little but held its shape, a patchwork of repairs speaking to years of stubborn living.</w:t>
      </w:r>
    </w:p>
    <w:p w14:paraId="55585777" w14:textId="77777777" w:rsidR="002F745A" w:rsidRDefault="002F745A" w:rsidP="002F745A">
      <w:r>
        <w:t>She guided the wagon to a stop with a quiet “whoa,” then climbed down with a wince. “I’ll see to the mule. You don’t have to stay.”</w:t>
      </w:r>
    </w:p>
    <w:p w14:paraId="392060C6" w14:textId="77777777" w:rsidR="002F745A" w:rsidRDefault="002F745A" w:rsidP="002F745A">
      <w:r>
        <w:t>Jonas dismounted without a word, tied his horse to a post, and walked around the yard. He didn’t ask. Just picked up the kindling basket and started gathering what had spilled out along the trail. Then he checked the roof, eyeing a sag in the corner that looked ready to let rain in.</w:t>
      </w:r>
    </w:p>
    <w:p w14:paraId="2A2D5F07" w14:textId="77777777" w:rsidR="002F745A" w:rsidRDefault="002F745A" w:rsidP="002F745A">
      <w:r>
        <w:t>“You always this quiet?” she asked from the porch.</w:t>
      </w:r>
    </w:p>
    <w:p w14:paraId="29A353E1" w14:textId="77777777" w:rsidR="002F745A" w:rsidRDefault="002F745A" w:rsidP="002F745A">
      <w:r>
        <w:t>He kept stacking wood. “Not much to say these days.”</w:t>
      </w:r>
    </w:p>
    <w:p w14:paraId="79D5AB63" w14:textId="77777777" w:rsidR="002F745A" w:rsidRDefault="002F745A" w:rsidP="002F745A">
      <w:r>
        <w:t>She gave a short laugh and disappeared inside. A few minutes later, the smell of boiling water drifted through the window. It was a small task, but it felt strangely grounding. It had been a long time since he’d done something so... simple. So human. At home, he’d avoided company, avoided making repairs. There was always a reason—another drink, another night on the road. The house had grown as quiet as the memories inside it.</w:t>
      </w:r>
    </w:p>
    <w:p w14:paraId="151CEE34" w14:textId="77777777" w:rsidR="002F745A" w:rsidRDefault="002F745A" w:rsidP="002F745A">
      <w:r>
        <w:t>He didn’t say anything, but his thoughts drifted to his roof that needed mending, the fence that leaned, the door that wouldn’t close right. “I should’ve gotten to that by now,” he muttered under his breath, almost as if Anna might’ve been standing behind him. But the only answer was the chirp of a bird.</w:t>
      </w:r>
    </w:p>
    <w:p w14:paraId="11EAF079" w14:textId="77777777" w:rsidR="002F745A" w:rsidRDefault="002F745A" w:rsidP="002F745A">
      <w:r>
        <w:t>When Jonas came back around, she had two bowls on the table, steam curling into the morning air.</w:t>
      </w:r>
    </w:p>
    <w:p w14:paraId="7D18128B" w14:textId="77777777" w:rsidR="002F745A" w:rsidRDefault="002F745A" w:rsidP="002F745A">
      <w:r>
        <w:t>“You look like someone who works hard at stayin’ tired,” she said as she handed him a bowl.</w:t>
      </w:r>
    </w:p>
    <w:p w14:paraId="1F8C4E5E" w14:textId="77777777" w:rsidR="002F745A" w:rsidRDefault="002F745A" w:rsidP="002F745A">
      <w:r>
        <w:t>He took it, nodded his thanks. “Better than stayin’ still.”</w:t>
      </w:r>
    </w:p>
    <w:p w14:paraId="64A726F7" w14:textId="77777777" w:rsidR="002F745A" w:rsidRDefault="002F745A" w:rsidP="002F745A">
      <w:r>
        <w:t>They sat for a while on the porch—her in a rocking chair, him on the steps. The land around them was quiet, cicadas buzzing somewhere in the brush. Chickens clucked in the coop beside the house, and Jonas stood to feed them without being asked.</w:t>
      </w:r>
    </w:p>
    <w:p w14:paraId="7B8EC21F" w14:textId="77777777" w:rsidR="002F745A" w:rsidRDefault="002F745A" w:rsidP="002F745A">
      <w:r>
        <w:t>“You’re handier than most men I’ve known,” Mrs. Langley said, watching him work.</w:t>
      </w:r>
    </w:p>
    <w:p w14:paraId="2EBA0AC9" w14:textId="77777777" w:rsidR="002F745A" w:rsidRDefault="002F745A" w:rsidP="002F745A">
      <w:r>
        <w:t>Jonas shrugged. “Thank you. I just don’t talk as much.”</w:t>
      </w:r>
    </w:p>
    <w:p w14:paraId="323C8DAC" w14:textId="77777777" w:rsidR="002F745A" w:rsidRDefault="002F745A" w:rsidP="002F745A">
      <w:r>
        <w:t>She chuckled and returned to the stove. The smell of stew and fresh bread filled the air. They ate mostly in silence—not because there was nothing to say, but because it wasn’t needed. Jonas hadn’t had a home-cooked meal in a long while. It was good. He didn’t admit it, but he felt something stir in him—a kind of warmth that hadn’t been there for a while.</w:t>
      </w:r>
    </w:p>
    <w:p w14:paraId="5813D25B" w14:textId="77777777" w:rsidR="002F745A" w:rsidRDefault="002F745A" w:rsidP="002F745A">
      <w:r>
        <w:lastRenderedPageBreak/>
        <w:t>When the meal was done, she asked for the dishes. As they cleared them, he noticed the creaking of the old house. And then, a sound that made his hand tense on the plate he was handing to her—hooves. Approaching fast.</w:t>
      </w:r>
    </w:p>
    <w:p w14:paraId="0B79C2DB" w14:textId="77777777" w:rsidR="002F745A" w:rsidRDefault="002F745A" w:rsidP="002F745A">
      <w:r>
        <w:t>Mrs. Langley froze, a hand to her chest.</w:t>
      </w:r>
    </w:p>
    <w:p w14:paraId="5934FE35" w14:textId="77777777" w:rsidR="002F745A" w:rsidRDefault="002F745A" w:rsidP="002F745A">
      <w:r>
        <w:t>Jonas moved without a word. Reached for the rifle leaned in the corner by the door—then paused, looking to the window. He stepped toward it quietly, watching the two riders through the glass.</w:t>
      </w:r>
    </w:p>
    <w:p w14:paraId="61092F5D" w14:textId="77777777" w:rsidR="002F745A" w:rsidRDefault="002F745A" w:rsidP="002F745A">
      <w:r>
        <w:t>Outside, the shadows loomed larger.</w:t>
      </w:r>
    </w:p>
    <w:p w14:paraId="386AE325" w14:textId="77777777" w:rsidR="002F745A" w:rsidRDefault="002F745A" w:rsidP="002F745A">
      <w:r>
        <w:t>Jonas watched through the window as two riders came into view—young men, cocky in their movements, too loud for the quiet around them. One spat to the side as he dismounted, the other adjusted the revolver on his hip like he wanted it seen.</w:t>
      </w:r>
    </w:p>
    <w:p w14:paraId="7798CC8B" w14:textId="77777777" w:rsidR="002F745A" w:rsidRDefault="002F745A" w:rsidP="002F745A">
      <w:r>
        <w:t>Mrs. Langley stood behind Jonas, her hand trembling at her side. “That’s them,” she whispered. “Same two that robbed me. The one with the red vest... he used to ride with my husband. The other... I think he’s the one that found him dead.”</w:t>
      </w:r>
    </w:p>
    <w:p w14:paraId="3BEBE2FD" w14:textId="77777777" w:rsidR="002F745A" w:rsidRDefault="002F745A" w:rsidP="002F745A">
      <w:r>
        <w:t>Jonas didn’t turn. “You lock the door behind me.”</w:t>
      </w:r>
    </w:p>
    <w:p w14:paraId="636FCC5D" w14:textId="77777777" w:rsidR="002F745A" w:rsidRDefault="002F745A" w:rsidP="002F745A">
      <w:r>
        <w:t>She nodded and stepped back. Jonas opened the front door slowly, rifle in hand, but barrel pointed low.</w:t>
      </w:r>
    </w:p>
    <w:p w14:paraId="52FFFE6D" w14:textId="77777777" w:rsidR="002F745A" w:rsidRDefault="002F745A" w:rsidP="002F745A">
      <w:r>
        <w:t>“Afternoon,” said the one in the red vest, a crooked smile on his face. “Didn’t expect company, Mrs. Langley.”</w:t>
      </w:r>
    </w:p>
    <w:p w14:paraId="41D071FD" w14:textId="77777777" w:rsidR="002F745A" w:rsidRDefault="002F745A" w:rsidP="002F745A">
      <w:r>
        <w:t>“Don’t recall you being invited,” Jonas replied coolly.</w:t>
      </w:r>
    </w:p>
    <w:p w14:paraId="74B1E14E" w14:textId="77777777" w:rsidR="002F745A" w:rsidRDefault="002F745A" w:rsidP="002F745A">
      <w:r>
        <w:t>The other one stepped forward. “We came back for what’s ours. Ain’t lookin’ for trouble.”</w:t>
      </w:r>
    </w:p>
    <w:p w14:paraId="671D6AD7" w14:textId="77777777" w:rsidR="002F745A" w:rsidRDefault="002F745A" w:rsidP="002F745A">
      <w:r>
        <w:t>Jonas tilted his head. “You sure brought it anyway.”</w:t>
      </w:r>
    </w:p>
    <w:p w14:paraId="6E989D88" w14:textId="77777777" w:rsidR="002F745A" w:rsidRDefault="002F745A" w:rsidP="002F745A">
      <w:r>
        <w:t>Red Vest’s smile faded. “You gonna point that thing at us, mister?”</w:t>
      </w:r>
    </w:p>
    <w:p w14:paraId="6FE06C08" w14:textId="77777777" w:rsidR="002F745A" w:rsidRDefault="002F745A" w:rsidP="002F745A">
      <w:r>
        <w:t>“Not unless you give me reason.”</w:t>
      </w:r>
    </w:p>
    <w:p w14:paraId="0F9D520A" w14:textId="77777777" w:rsidR="002F745A" w:rsidRDefault="002F745A" w:rsidP="002F745A">
      <w:r>
        <w:t>The second man looked toward the window. “She in there?”</w:t>
      </w:r>
    </w:p>
    <w:p w14:paraId="21610919" w14:textId="77777777" w:rsidR="002F745A" w:rsidRDefault="002F745A" w:rsidP="002F745A">
      <w:r>
        <w:t>Jonas stepped down off the porch, placing himself between them and the door. “She is. And you’re not.”</w:t>
      </w:r>
    </w:p>
    <w:p w14:paraId="22A6D827" w14:textId="77777777" w:rsidR="002F745A" w:rsidRDefault="002F745A" w:rsidP="002F745A">
      <w:r>
        <w:t>Red Vest sneered. “You don’t know who you’re messin’ with.”</w:t>
      </w:r>
    </w:p>
    <w:p w14:paraId="75BF225D" w14:textId="77777777" w:rsidR="002F745A" w:rsidRDefault="002F745A" w:rsidP="002F745A">
      <w:r>
        <w:t>“I know exactly what I’m looking at,” Jonas said, eyes steady. “And I ain’t impressed.”</w:t>
      </w:r>
    </w:p>
    <w:p w14:paraId="40962D97" w14:textId="77777777" w:rsidR="002F745A" w:rsidRDefault="002F745A" w:rsidP="002F745A">
      <w:r>
        <w:t>The second one moved faster than he should’ve. Reached for the gun on his hip—but Jonas had already stepped in. The butt of the rifle cracked hard against the man’s jaw, sending him spinning to the dirt.</w:t>
      </w:r>
    </w:p>
    <w:p w14:paraId="5C5FD198" w14:textId="77777777" w:rsidR="002F745A" w:rsidRDefault="002F745A" w:rsidP="002F745A">
      <w:r>
        <w:lastRenderedPageBreak/>
        <w:t>Red Vest drew his pistol, but Jonas was quicker. A swift jab with the barrel knocked the gun from his hand, and a boot to the chest sent him tumbling backward into the dust.</w:t>
      </w:r>
    </w:p>
    <w:p w14:paraId="62F8A8F5" w14:textId="77777777" w:rsidR="002F745A" w:rsidRDefault="002F745A" w:rsidP="002F745A">
      <w:r>
        <w:t>The scuffle lasted all of ten seconds. Neither man managed more than a grunt before they were on the ground—one groaning, the other clutching his wrist.</w:t>
      </w:r>
    </w:p>
    <w:p w14:paraId="787698B1" w14:textId="77777777" w:rsidR="002F745A" w:rsidRDefault="002F745A" w:rsidP="002F745A">
      <w:r>
        <w:t>Jonas stood over them, calm but cold.</w:t>
      </w:r>
    </w:p>
    <w:p w14:paraId="78CCA865" w14:textId="77777777" w:rsidR="002F745A" w:rsidRDefault="002F745A" w:rsidP="002F745A">
      <w:r>
        <w:t>“I see either of you near this place again,” he said, voice low and sharp, “I won’t talk first.”</w:t>
      </w:r>
    </w:p>
    <w:p w14:paraId="5E6532AF" w14:textId="77777777" w:rsidR="002F745A" w:rsidRDefault="002F745A" w:rsidP="002F745A">
      <w:r>
        <w:t>The second man looked up, dazed, blood on his lip. Red Vest glared but said nothing.</w:t>
      </w:r>
    </w:p>
    <w:p w14:paraId="6B56577C" w14:textId="77777777" w:rsidR="002F745A" w:rsidRDefault="002F745A" w:rsidP="002F745A">
      <w:r>
        <w:t>“Get up,” Jonas snapped. “Now.”</w:t>
      </w:r>
    </w:p>
    <w:p w14:paraId="6A67302C" w14:textId="77777777" w:rsidR="002F745A" w:rsidRDefault="002F745A" w:rsidP="002F745A">
      <w:r>
        <w:t>They staggered to their feet, collected their weapons with shaking hands, and backed away toward their horses. Mrs. Langley stepped out onto the porch, silent.</w:t>
      </w:r>
    </w:p>
    <w:p w14:paraId="13AFF934" w14:textId="77777777" w:rsidR="002F745A" w:rsidRDefault="002F745A" w:rsidP="002F745A">
      <w:r>
        <w:t>The two rode off, beaten and humiliated.</w:t>
      </w:r>
    </w:p>
    <w:p w14:paraId="60F804F9" w14:textId="77777777" w:rsidR="002F745A" w:rsidRDefault="002F745A" w:rsidP="002F745A">
      <w:r>
        <w:t>Jonas watched until the dust settled, then finally lowered the rifle. He didn’t look at her right away.</w:t>
      </w:r>
    </w:p>
    <w:p w14:paraId="25E3B06E" w14:textId="77777777" w:rsidR="002F745A" w:rsidRDefault="002F745A" w:rsidP="002F745A">
      <w:r>
        <w:t>“You alright?” he asked.</w:t>
      </w:r>
    </w:p>
    <w:p w14:paraId="2AF43BFC" w14:textId="77777777" w:rsidR="002F745A" w:rsidRDefault="002F745A" w:rsidP="002F745A">
      <w:r>
        <w:t>Mrs. Langley nodded, voice soft. “They didn’t expect you.”</w:t>
      </w:r>
    </w:p>
    <w:p w14:paraId="76AE0C15" w14:textId="77777777" w:rsidR="002F745A" w:rsidRDefault="002F745A" w:rsidP="002F745A">
      <w:r>
        <w:t>He didn’t smile, just gave a small shake of the head. “Few ever do.”</w:t>
      </w:r>
    </w:p>
    <w:p w14:paraId="0E128428" w14:textId="77777777" w:rsidR="002F745A" w:rsidRDefault="002F745A" w:rsidP="002F745A">
      <w:r>
        <w:t>She looked at him then—really looked. “You didn’t have to stay.”</w:t>
      </w:r>
    </w:p>
    <w:p w14:paraId="7764B630" w14:textId="77777777" w:rsidR="002F745A" w:rsidRDefault="002F745A" w:rsidP="002F745A">
      <w:r>
        <w:t>“I did.”</w:t>
      </w:r>
    </w:p>
    <w:p w14:paraId="6DAE5076" w14:textId="77777777" w:rsidR="002F745A" w:rsidRDefault="002F745A" w:rsidP="002F745A">
      <w:r>
        <w:t>They stood there a moment longer as the wind picked up, rustling the trees and cooling the air. Jonas slung the rifle back over his shoulder and glanced at the horizon, already thinking about the ride back.</w:t>
      </w:r>
    </w:p>
    <w:p w14:paraId="5351B6FA" w14:textId="77777777" w:rsidR="002F745A" w:rsidRDefault="002F745A" w:rsidP="002F745A">
      <w:r>
        <w:t>But in his gut, he knew it wasn’t over yet.</w:t>
      </w:r>
    </w:p>
    <w:p w14:paraId="00E57542" w14:textId="77777777" w:rsidR="002F745A" w:rsidRDefault="002F745A" w:rsidP="002F745A"/>
    <w:p w14:paraId="7DD00FAF" w14:textId="77777777" w:rsidR="002F745A" w:rsidRDefault="002F745A" w:rsidP="002F745A">
      <w:r>
        <w:t>The sun hung high but heavy in the sky, casting a harsh golden light that bakes the dust and blanches the edges of the trees. Cicadas drone in the distance, the only sound beside the steady clop of hooves.</w:t>
      </w:r>
    </w:p>
    <w:p w14:paraId="31F69AF2" w14:textId="77777777" w:rsidR="002F745A" w:rsidRDefault="002F745A" w:rsidP="002F745A">
      <w:r>
        <w:t>Jonas rode out without ceremony, the afternoon sun blistering the back of his neck and bleaching the world in dry gold. The air felt stretched thin, hot and brittle. A hawk circled overhead, riding a high current, casting its shadow over the brush like a warning.</w:t>
      </w:r>
    </w:p>
    <w:p w14:paraId="5CA30A5B" w14:textId="77777777" w:rsidR="002F745A" w:rsidRDefault="002F745A" w:rsidP="002F745A">
      <w:r>
        <w:t>She stood on the porch, arms folded, watching him go. “Be careful,” she said.</w:t>
      </w:r>
    </w:p>
    <w:p w14:paraId="75D13A18" w14:textId="77777777" w:rsidR="002F745A" w:rsidRDefault="002F745A" w:rsidP="002F745A">
      <w:r>
        <w:t>He gave a half glance over his shoulder. Nodded.</w:t>
      </w:r>
    </w:p>
    <w:p w14:paraId="76AEA047" w14:textId="77777777" w:rsidR="002F745A" w:rsidRDefault="002F745A" w:rsidP="002F745A">
      <w:r>
        <w:lastRenderedPageBreak/>
        <w:t>The trail ahead twisted through a stand of mesquite and oak, maybe five minutes’ ride from her place—long enough to cool a horse, short enough to hear trouble if it came. Jonas kept the rifle balanced across his lap, one hand on the stock, eyes steady.</w:t>
      </w:r>
    </w:p>
    <w:p w14:paraId="2447C3D9" w14:textId="77777777" w:rsidR="002F745A" w:rsidRDefault="002F745A" w:rsidP="002F745A">
      <w:r>
        <w:t>The air changed near the bend—thicker somehow. Weighted.</w:t>
      </w:r>
    </w:p>
    <w:p w14:paraId="70311FA4" w14:textId="77777777" w:rsidR="002F745A" w:rsidRDefault="002F745A" w:rsidP="002F745A">
      <w:r>
        <w:t>Jonas dismounted silently and led the horse into the brush, tying the reins to a low limb. He moved like a shadow, crouched low, steps measured.</w:t>
      </w:r>
    </w:p>
    <w:p w14:paraId="2797BF2E" w14:textId="77777777" w:rsidR="002F745A" w:rsidRDefault="002F745A" w:rsidP="002F745A">
      <w:r>
        <w:t>Jonas moved through the underbrush, his boots barely disturbing the earth beneath him. The warm wind rustled through the leaves, masking the faint sounds of his breath and the subtle crunch of dried twigs. His eyes darted back and forth, scanning the terrain. The land was open here—slightly rolling hills with sparse clusters of trees—perfect for an ambush.</w:t>
      </w:r>
    </w:p>
    <w:p w14:paraId="038E1112" w14:textId="77777777" w:rsidR="002F745A" w:rsidRDefault="002F745A" w:rsidP="002F745A">
      <w:r>
        <w:t>Careful, he reminded himself. Slow. Quiet.</w:t>
      </w:r>
    </w:p>
    <w:p w14:paraId="7C318C58" w14:textId="77777777" w:rsidR="002F745A" w:rsidRDefault="002F745A" w:rsidP="002F745A">
      <w:r>
        <w:t>He crouched, moving from one patch of cover to the next, his mind drifting back to Thompson’s Station, that day in 1863. The memory was sharp, a ghost of the past.</w:t>
      </w:r>
    </w:p>
    <w:p w14:paraId="13E1FDA3" w14:textId="77777777" w:rsidR="002F745A" w:rsidRDefault="002F745A" w:rsidP="002F745A"/>
    <w:p w14:paraId="5FCC1ED2" w14:textId="77777777" w:rsidR="002F745A" w:rsidRDefault="002F745A" w:rsidP="002F745A">
      <w:r>
        <w:t>Jonas had been crouched low in the thick underbrush just like this, watching the Union supply depot, listening to the distant hum of soldiers and wagons moving about. The cavalry—his cavalry—was closing in on the outskirts of town, and it was his job to identify weak spots, routes of escape, and hidden angles of attack.</w:t>
      </w:r>
    </w:p>
    <w:p w14:paraId="34C73881" w14:textId="77777777" w:rsidR="002F745A" w:rsidRDefault="002F745A" w:rsidP="002F745A">
      <w:r>
        <w:t>He had seen it all before: the tension in the air, the feeling that every rustle could give him away. But that was the art of it—moving unseen, anticipating the enemy’s next step. Scout first. Attack second. He’d taken that lesson to heart.</w:t>
      </w:r>
    </w:p>
    <w:p w14:paraId="59CF7B03" w14:textId="77777777" w:rsidR="002F745A" w:rsidRDefault="002F745A" w:rsidP="002F745A">
      <w:r>
        <w:t>At Thompson’s Station, he had ridden out with just a handful of men, each one of them carrying the weight of their orders—to locate, observe, and report without leaving a trace. They had slipped through enemy lines, just like the shadow he was now. It had been his decision to strike from the high ground where the Union forces had least expected it. They hadn’t seen the cavalry until it was too late.</w:t>
      </w:r>
    </w:p>
    <w:p w14:paraId="07AF0D3E" w14:textId="77777777" w:rsidR="002F745A" w:rsidRDefault="002F745A" w:rsidP="002F745A">
      <w:r>
        <w:t>Jonas’s sharp eyes had caught the telltale signs of their vulnerability—clumped together in tight formations, focused on securing the depot, unaware that a small cavalry force could slip in and decimate them.</w:t>
      </w:r>
    </w:p>
    <w:p w14:paraId="619BAD42" w14:textId="77777777" w:rsidR="002F745A" w:rsidRDefault="002F745A" w:rsidP="002F745A">
      <w:r>
        <w:t>They had done just that, with Jonas as the guide, the eyes, and the silent hand. They had outflanked the Union troops, cutting off their retreat and forcing them into a corner where their superior numbers didn’t matter.</w:t>
      </w:r>
    </w:p>
    <w:p w14:paraId="2C529D7C" w14:textId="77777777" w:rsidR="002F745A" w:rsidRDefault="002F745A" w:rsidP="002F745A"/>
    <w:p w14:paraId="78707616" w14:textId="77777777" w:rsidR="002F745A" w:rsidRDefault="002F745A" w:rsidP="002F745A">
      <w:r>
        <w:lastRenderedPageBreak/>
        <w:t>Jonas’s footfalls were muffled now as he advanced further, the memory of Thompson’s Station lingering in his mind. He moved silently along the edge of the ridge, like he had so many times before, reminding himself that patience was the weapon, and stealth was the shield.</w:t>
      </w:r>
    </w:p>
    <w:p w14:paraId="0D6F143E" w14:textId="77777777" w:rsidR="002F745A" w:rsidRDefault="002F745A" w:rsidP="002F745A">
      <w:r>
        <w:t>His thoughts sharpened as he surveyed the area below him.</w:t>
      </w:r>
    </w:p>
    <w:p w14:paraId="796857E0" w14:textId="77777777" w:rsidR="002F745A" w:rsidRDefault="002F745A" w:rsidP="002F745A">
      <w:r>
        <w:t>Voices—low and angry—rippled through the trees.</w:t>
      </w:r>
    </w:p>
    <w:p w14:paraId="330025E9" w14:textId="77777777" w:rsidR="002F745A" w:rsidRDefault="002F745A" w:rsidP="002F745A">
      <w:r>
        <w:t>“There’s no way he saw us,” one of them said. “Just keep your eyes on the trail.”</w:t>
      </w:r>
    </w:p>
    <w:p w14:paraId="27BB2719" w14:textId="77777777" w:rsidR="002F745A" w:rsidRDefault="002F745A" w:rsidP="002F745A">
      <w:r>
        <w:t>“Shut up,” came the second voice—older, gruffer. Red Vest.</w:t>
      </w:r>
    </w:p>
    <w:p w14:paraId="51D7C08C" w14:textId="77777777" w:rsidR="002F745A" w:rsidRDefault="002F745A" w:rsidP="002F745A">
      <w:r>
        <w:t>Jonas crept to the edge of a rock outcropping above their hide. They were right where he expected, behind a downed log and a ring of scrub—perfect spot for an ambush if you didn’t know what you were doing.</w:t>
      </w:r>
    </w:p>
    <w:p w14:paraId="5D02AC39" w14:textId="77777777" w:rsidR="002F745A" w:rsidRDefault="002F745A" w:rsidP="002F745A">
      <w:r>
        <w:t>He crouched just above them. Close enough to smell the sweat and hear the nerves in their breath.</w:t>
      </w:r>
    </w:p>
    <w:p w14:paraId="4A960017" w14:textId="77777777" w:rsidR="002F745A" w:rsidRDefault="002F745A" w:rsidP="002F745A">
      <w:r>
        <w:t>He leaned out slightly and whispered, “Psst.”</w:t>
      </w:r>
    </w:p>
    <w:p w14:paraId="778E5615" w14:textId="77777777" w:rsidR="002F745A" w:rsidRDefault="002F745A" w:rsidP="002F745A">
      <w:r>
        <w:t>They turned in tandem, eyes wide with confusion.</w:t>
      </w:r>
    </w:p>
    <w:p w14:paraId="2A895AC4" w14:textId="77777777" w:rsidR="002F745A" w:rsidRDefault="002F745A" w:rsidP="002F745A">
      <w:r>
        <w:t>Jonas fired, nearly point-blank. The younger one’s body snapped back, dead before he hit the dirt.</w:t>
      </w:r>
    </w:p>
    <w:p w14:paraId="726BE3D9" w14:textId="77777777" w:rsidR="002F745A" w:rsidRDefault="002F745A" w:rsidP="002F745A">
      <w:r>
        <w:t>Red Vest stumbled, drawing his gun—but Jonas didn’t give him the chance.</w:t>
      </w:r>
    </w:p>
    <w:p w14:paraId="3010E316" w14:textId="77777777" w:rsidR="002F745A" w:rsidRDefault="002F745A" w:rsidP="002F745A">
      <w:r>
        <w:t>Another shot. The man twisted, fell, rolled, then lay still, blood soaking into the parched earth.</w:t>
      </w:r>
    </w:p>
    <w:p w14:paraId="12E48229" w14:textId="77777777" w:rsidR="002F745A" w:rsidRDefault="002F745A" w:rsidP="002F745A">
      <w:r>
        <w:t>Jonas stood there for a long moment, rifle barrel smoking in the dry heat, sweat trailing down his back.</w:t>
      </w:r>
    </w:p>
    <w:p w14:paraId="63621717" w14:textId="77777777" w:rsidR="002F745A" w:rsidRDefault="002F745A" w:rsidP="002F745A">
      <w:r>
        <w:t>He exhaled slow, then climbed down to check the bodies. He rifled through their pockets, finding a small pouch of coins and a woman’s brooch—clearly Mrs. Langley’s. He pocketed it without a word, wiped his hands on his pants, and mounted up.</w:t>
      </w:r>
    </w:p>
    <w:p w14:paraId="451CB009" w14:textId="77777777" w:rsidR="002F745A" w:rsidRDefault="002F745A" w:rsidP="002F745A">
      <w:r>
        <w:t>The return ride was faster. The sun hadn’t moved much—just leaned westward, long shadows beginning to stretch across the path. He stopped short of her house and whistled low.</w:t>
      </w:r>
    </w:p>
    <w:p w14:paraId="789A2B93" w14:textId="77777777" w:rsidR="002F745A" w:rsidRDefault="002F745A" w:rsidP="002F745A">
      <w:r>
        <w:t>Ms. Langley stepped out, wiping her hands on her apron.</w:t>
      </w:r>
    </w:p>
    <w:p w14:paraId="4D868C3B" w14:textId="77777777" w:rsidR="002F745A" w:rsidRDefault="002F745A" w:rsidP="002F745A">
      <w:r>
        <w:t>Jonas rode up slow, swung down, and held out the pouch and brooch.</w:t>
      </w:r>
    </w:p>
    <w:p w14:paraId="3DBE8794" w14:textId="77777777" w:rsidR="002F745A" w:rsidRDefault="002F745A" w:rsidP="002F745A">
      <w:r>
        <w:t>“They won’t trouble you again,” he said.</w:t>
      </w:r>
    </w:p>
    <w:p w14:paraId="516411EE" w14:textId="77777777" w:rsidR="002F745A" w:rsidRDefault="002F745A" w:rsidP="002F745A">
      <w:r>
        <w:t>She took them with shaking hands. “Did you…?”</w:t>
      </w:r>
    </w:p>
    <w:p w14:paraId="0710B726" w14:textId="77777777" w:rsidR="002F745A" w:rsidRDefault="002F745A" w:rsidP="002F745A">
      <w:r>
        <w:t>He didn’t answer.</w:t>
      </w:r>
    </w:p>
    <w:p w14:paraId="274EDE8F" w14:textId="77777777" w:rsidR="002F745A" w:rsidRDefault="002F745A" w:rsidP="002F745A">
      <w:r>
        <w:t>Her eyes filled with tears, but her mouth trembled in silence. Grateful—and horrified all at once.</w:t>
      </w:r>
    </w:p>
    <w:p w14:paraId="17BCDECE" w14:textId="77777777" w:rsidR="002F745A" w:rsidRDefault="002F745A" w:rsidP="002F745A">
      <w:r>
        <w:lastRenderedPageBreak/>
        <w:t xml:space="preserve">“Thank you,” she whispered. </w:t>
      </w:r>
    </w:p>
    <w:p w14:paraId="43BC49EC" w14:textId="77777777" w:rsidR="002F745A" w:rsidRDefault="002F745A" w:rsidP="002F745A">
      <w:r>
        <w:t>Jonas nodded once, turned, and rode away.</w:t>
      </w:r>
    </w:p>
    <w:p w14:paraId="296CA858" w14:textId="77777777" w:rsidR="002F745A" w:rsidRDefault="002F745A" w:rsidP="002F745A"/>
    <w:p w14:paraId="488307FE" w14:textId="77777777" w:rsidR="002F745A" w:rsidRDefault="002F745A" w:rsidP="002F745A">
      <w:r>
        <w:t>The road home was empty and long, but not silent. The voice came uninvited, quiet and familiar in his ear.</w:t>
      </w:r>
    </w:p>
    <w:p w14:paraId="65D674D0" w14:textId="77777777" w:rsidR="002F745A" w:rsidRDefault="002F745A" w:rsidP="002F745A">
      <w:r>
        <w:t>“You didn’t used to be this man, lieutenant.”  Corporal Thomas Brently, riding next to him.</w:t>
      </w:r>
    </w:p>
    <w:p w14:paraId="6F4C2BB9" w14:textId="77777777" w:rsidR="002F745A" w:rsidRDefault="002F745A" w:rsidP="002F745A">
      <w:r>
        <w:t>Jonas didn’t flinch. He just rode.</w:t>
      </w:r>
    </w:p>
    <w:p w14:paraId="58364214" w14:textId="77777777" w:rsidR="002F745A" w:rsidRDefault="002F745A" w:rsidP="002F745A">
      <w:r>
        <w:t>“Wasn’t about justice this time, was it?”</w:t>
      </w:r>
    </w:p>
    <w:p w14:paraId="3491EC6E" w14:textId="77777777" w:rsidR="002F745A" w:rsidRDefault="002F745A" w:rsidP="002F745A">
      <w:r>
        <w:t>“No,” Jonas said softly. “It was about ending something.”</w:t>
      </w:r>
    </w:p>
    <w:p w14:paraId="5D2818C4" w14:textId="77777777" w:rsidR="002F745A" w:rsidRDefault="002F745A" w:rsidP="002F745A">
      <w:r>
        <w:t>The weight sat heavy in his chest. No pride. No regret. Just a dull ache where something else used to be.</w:t>
      </w:r>
    </w:p>
    <w:p w14:paraId="664B0B1D" w14:textId="77777777" w:rsidR="002F745A" w:rsidRDefault="002F745A" w:rsidP="002F745A">
      <w:r>
        <w:t>The sun was just beginning to dip by the time he reached the edge of his land. Dry grass curled under the hoofbeats as he crossed the yard and dismounted. The porch groaned beneath his boots.</w:t>
      </w:r>
    </w:p>
    <w:p w14:paraId="67F657A9" w14:textId="77777777" w:rsidR="002F745A" w:rsidRDefault="002F745A" w:rsidP="002F745A">
      <w:r>
        <w:t>The door creaked open. Inside, shadows clung to the corners. The air was still.</w:t>
      </w:r>
    </w:p>
    <w:p w14:paraId="708DDF75" w14:textId="77777777" w:rsidR="002F745A" w:rsidRDefault="002F745A" w:rsidP="002F745A">
      <w:r>
        <w:t>Empty chairs. Cold hearth. Dust turning in the last rays of light.</w:t>
      </w:r>
    </w:p>
    <w:p w14:paraId="0DC28F62" w14:textId="77777777" w:rsidR="002F745A" w:rsidRDefault="002F745A" w:rsidP="002F745A">
      <w:r>
        <w:t>He closed the door behind him.</w:t>
      </w:r>
    </w:p>
    <w:p w14:paraId="7C034A16" w14:textId="77777777" w:rsidR="002F745A" w:rsidRDefault="002F745A" w:rsidP="002F745A">
      <w:r>
        <w:t>And said nothing.</w:t>
      </w:r>
    </w:p>
    <w:p w14:paraId="253E23A2" w14:textId="77777777" w:rsidR="002F745A" w:rsidRDefault="002F745A" w:rsidP="002F745A">
      <w:r>
        <w:br/>
      </w:r>
    </w:p>
    <w:p w14:paraId="5BE9B838" w14:textId="77777777" w:rsidR="002F745A" w:rsidRDefault="002F745A" w:rsidP="002F745A">
      <w:r>
        <w:t>Chapter Eight</w:t>
      </w:r>
    </w:p>
    <w:p w14:paraId="304D294A" w14:textId="77777777" w:rsidR="002F745A" w:rsidRDefault="002F745A" w:rsidP="002F745A">
      <w:r>
        <w:t>Ghosts in the Clearing</w:t>
      </w:r>
    </w:p>
    <w:p w14:paraId="1B35D9C5" w14:textId="77777777" w:rsidR="002F745A" w:rsidRDefault="002F745A" w:rsidP="002F745A">
      <w:r>
        <w:t>The late afternoon sun poured like honey over the rolling brush country west of Lonesome Ridge. It caught on the tops of mesquite and post oak scattered along the ridge, throwing long shadows across the dry grass and broken limestone. Jonas rode beneath them, keeping to the faint shade where he could find it—not for comfort, but to avoid the glare.</w:t>
      </w:r>
    </w:p>
    <w:p w14:paraId="7BF024E4" w14:textId="77777777" w:rsidR="002F745A" w:rsidRDefault="002F745A" w:rsidP="002F745A">
      <w:r>
        <w:t>He hadn’t meant to ride out. Hadn’t packed a bedroll or filled a canteen. Just saddled the mare and moved. The house felt too much like a tomb—walls thick with silence, floors that creaked like they remembered things he didn’t want to.</w:t>
      </w:r>
    </w:p>
    <w:p w14:paraId="46C44639" w14:textId="77777777" w:rsidR="002F745A" w:rsidRDefault="002F745A" w:rsidP="002F745A">
      <w:r>
        <w:t>So, he let the land guide him, the mare’s hooves plodding along a cattle trail barely marked now by time and neglect. The quiet out here wasn’t peace. It was just another kind of weight.</w:t>
      </w:r>
    </w:p>
    <w:p w14:paraId="72C6DB3C" w14:textId="77777777" w:rsidR="002F745A" w:rsidRDefault="002F745A" w:rsidP="002F745A">
      <w:r>
        <w:lastRenderedPageBreak/>
        <w:t>His thoughts circled like buzzards. The men he’d killed. The way they’d gone down hard and fast. The way his hands had stayed steady. Like he’d never left the battlefield.</w:t>
      </w:r>
    </w:p>
    <w:p w14:paraId="51D58787" w14:textId="77777777" w:rsidR="002F745A" w:rsidRDefault="002F745A" w:rsidP="002F745A">
      <w:r>
        <w:t>But he had left it. That’s what was different.</w:t>
      </w:r>
    </w:p>
    <w:p w14:paraId="07BD3444" w14:textId="77777777" w:rsidR="002F745A" w:rsidRDefault="002F745A" w:rsidP="002F745A">
      <w:r>
        <w:t>War had rules. Understandings. You followed orders. Took ground. Watched flanks. Killed when you had to—and only when. There were tactics, objectives, reasons.</w:t>
      </w:r>
    </w:p>
    <w:p w14:paraId="008ACF9A" w14:textId="77777777" w:rsidR="002F745A" w:rsidRDefault="002F745A" w:rsidP="002F745A">
      <w:r>
        <w:t>But this?</w:t>
      </w:r>
    </w:p>
    <w:p w14:paraId="684AF194" w14:textId="77777777" w:rsidR="002F745A" w:rsidRDefault="002F745A" w:rsidP="002F745A">
      <w:r>
        <w:t>This was something else.</w:t>
      </w:r>
    </w:p>
    <w:p w14:paraId="1E22A22C" w14:textId="77777777" w:rsidR="002F745A" w:rsidRDefault="002F745A" w:rsidP="002F745A">
      <w:r>
        <w:t>Those men had it coming, sure—but at his hands? He wasn’t wearing gray anymore, wasn’t taking orders. He’d chosen it. All of it.</w:t>
      </w:r>
    </w:p>
    <w:p w14:paraId="31B4240A" w14:textId="77777777" w:rsidR="002F745A" w:rsidRDefault="002F745A" w:rsidP="002F745A">
      <w:r>
        <w:t>That war was behind him now, left on distant battlefields. This time, his actions were mired in personal betrayal and a grim sense of duty that never quite fit the banners of conflict. The marks left on him were not of the uniformed soldier, but of a man haunted by choices that bore no honor. And those choices didn’t feel like justice. It felt like something else.</w:t>
      </w:r>
    </w:p>
    <w:p w14:paraId="66D753FF" w14:textId="77777777" w:rsidR="002F745A" w:rsidRDefault="002F745A" w:rsidP="002F745A">
      <w:r>
        <w:t>He reached into his coat and drew out the silver flask. Unscrewed the cap. Paused.</w:t>
      </w:r>
    </w:p>
    <w:p w14:paraId="6DBE3899" w14:textId="77777777" w:rsidR="002F745A" w:rsidRDefault="002F745A" w:rsidP="002F745A">
      <w:r>
        <w:t>There was no thirst, no ache for the burn. Just the dull whisper of habit and the way his fingers knew exactly how to grip it. His body still wanted it—even if his mind didn’t care.</w:t>
      </w:r>
    </w:p>
    <w:p w14:paraId="358E330E" w14:textId="77777777" w:rsidR="002F745A" w:rsidRDefault="002F745A" w:rsidP="002F745A">
      <w:r>
        <w:t>He took a swig. It settled in his gut like dust.</w:t>
      </w:r>
    </w:p>
    <w:p w14:paraId="2B496219" w14:textId="77777777" w:rsidR="002F745A" w:rsidRDefault="002F745A" w:rsidP="002F745A">
      <w:r>
        <w:t>He wiped his mouth with the back of his hand, staring out at the horizon. Nothing moved.</w:t>
      </w:r>
    </w:p>
    <w:p w14:paraId="394533E5" w14:textId="77777777" w:rsidR="002F745A" w:rsidRDefault="002F745A" w:rsidP="002F745A">
      <w:r>
        <w:t>The trail bent west, following the curve of a shallow ridge. Dry creekbeds veined the land, and up ahead, between two crooked oaks, a narrow gap opened in the brush. It stirred something in him—a memory not yet formed.</w:t>
      </w:r>
    </w:p>
    <w:p w14:paraId="2EE4B7BA" w14:textId="77777777" w:rsidR="002F745A" w:rsidRDefault="002F745A" w:rsidP="002F745A">
      <w:r>
        <w:t>He tugged the reins, nudging the mare off the main trail. She stepped through the gap, shouldering past low branches and bramble, until they came to a rise.</w:t>
      </w:r>
    </w:p>
    <w:p w14:paraId="176924C1" w14:textId="77777777" w:rsidR="002F745A" w:rsidRDefault="002F745A" w:rsidP="002F745A">
      <w:r>
        <w:t>A small clearing waited there, tucked quiet between the slope and the trees. Overgrown now, but still recognizable.</w:t>
      </w:r>
    </w:p>
    <w:p w14:paraId="37B3ACD9" w14:textId="77777777" w:rsidR="002F745A" w:rsidRDefault="002F745A" w:rsidP="002F745A">
      <w:r>
        <w:t>He dismounted. The saddle groaned beneath his weight, leather dry and cracked. His boots met the ground with a crunch.</w:t>
      </w:r>
    </w:p>
    <w:p w14:paraId="02FAC52C" w14:textId="77777777" w:rsidR="002F745A" w:rsidRDefault="002F745A" w:rsidP="002F745A">
      <w:r>
        <w:t>He knew this place.</w:t>
      </w:r>
    </w:p>
    <w:p w14:paraId="696ACF45" w14:textId="77777777" w:rsidR="002F745A" w:rsidRDefault="002F745A" w:rsidP="002F745A">
      <w:r>
        <w:t>His father had brought him here to hunt—before the war, before everything. He could still hear the old man’s voice:</w:t>
      </w:r>
      <w:r>
        <w:br/>
        <w:t>“Wind in your face. Move quiet. Don’t break twigs if you can help it. Let the deer come to you.”</w:t>
      </w:r>
    </w:p>
    <w:p w14:paraId="419E834E" w14:textId="77777777" w:rsidR="002F745A" w:rsidRDefault="002F745A" w:rsidP="002F745A">
      <w:r>
        <w:lastRenderedPageBreak/>
        <w:t>Jonas took off his hat, running a hand through sweat-matted hair. The clearing was smaller than he remembered, but the shape of it held.</w:t>
      </w:r>
    </w:p>
    <w:p w14:paraId="79200DC4" w14:textId="77777777" w:rsidR="002F745A" w:rsidRDefault="002F745A" w:rsidP="002F745A">
      <w:r>
        <w:t>He’d brought Daniel here once, too. Just once.</w:t>
      </w:r>
    </w:p>
    <w:p w14:paraId="5DBD0E83" w14:textId="77777777" w:rsidR="002F745A" w:rsidRDefault="002F745A" w:rsidP="002F745A">
      <w:r>
        <w:t>The boy had talked too much—bright-eyed, full of questions. He’d scolded him for scaring off a buck. Told him to hush, to listen. The look on the boy’s face—he hadn’t meant to crush it. But he had.</w:t>
      </w:r>
    </w:p>
    <w:p w14:paraId="38E2B09A" w14:textId="77777777" w:rsidR="002F745A" w:rsidRDefault="002F745A" w:rsidP="002F745A">
      <w:r>
        <w:t>And he’d never brought him back.</w:t>
      </w:r>
    </w:p>
    <w:p w14:paraId="6B9DC4D5" w14:textId="77777777" w:rsidR="002F745A" w:rsidRDefault="002F745A" w:rsidP="002F745A">
      <w:r>
        <w:t>Now the silence of the place cut deeper than it should have.</w:t>
      </w:r>
    </w:p>
    <w:p w14:paraId="1E9504C2" w14:textId="77777777" w:rsidR="002F745A" w:rsidRDefault="002F745A" w:rsidP="002F745A">
      <w:r>
        <w:t>Jonas walked to the center of the clearing, boots brushing against tall grass. He knelt, ran his fingers through the dry dirt. Let the memories come.</w:t>
      </w:r>
    </w:p>
    <w:p w14:paraId="55E4572C" w14:textId="77777777" w:rsidR="002F745A" w:rsidRDefault="002F745A" w:rsidP="002F745A">
      <w:r>
        <w:t>His father’s laughter.</w:t>
      </w:r>
    </w:p>
    <w:p w14:paraId="33F124E0" w14:textId="77777777" w:rsidR="002F745A" w:rsidRDefault="002F745A" w:rsidP="002F745A">
      <w:r>
        <w:t>Daniel’s eager voice.</w:t>
      </w:r>
    </w:p>
    <w:p w14:paraId="452082D0" w14:textId="77777777" w:rsidR="002F745A" w:rsidRDefault="002F745A" w:rsidP="002F745A">
      <w:r>
        <w:t>None of it stayed long. The wind shifted, and the sounds were gone.</w:t>
      </w:r>
    </w:p>
    <w:p w14:paraId="0B472C73" w14:textId="77777777" w:rsidR="002F745A" w:rsidRDefault="002F745A" w:rsidP="002F745A">
      <w:r>
        <w:t>He didn’t cry.</w:t>
      </w:r>
    </w:p>
    <w:p w14:paraId="4480E4CF" w14:textId="77777777" w:rsidR="002F745A" w:rsidRDefault="002F745A" w:rsidP="002F745A">
      <w:r>
        <w:t>Didn’t scream.</w:t>
      </w:r>
    </w:p>
    <w:p w14:paraId="1FD6B969" w14:textId="77777777" w:rsidR="002F745A" w:rsidRDefault="002F745A" w:rsidP="002F745A">
      <w:r>
        <w:t>He just breathed—slow, shallow. Like the air itself weighed more here.</w:t>
      </w:r>
    </w:p>
    <w:p w14:paraId="0B93AD51" w14:textId="77777777" w:rsidR="002F745A" w:rsidRDefault="002F745A" w:rsidP="002F745A">
      <w:r>
        <w:t>Jonas stayed kneeling a moment longer, his fingers sinking into the dry soil like he might find something beneath it—something buried, something left behind. But it was just dirt. Hardened by the sun, cracked in places, littered with bits of brittle grass and a few ant trails tracing aimless paths.</w:t>
      </w:r>
    </w:p>
    <w:p w14:paraId="3B6CAA6F" w14:textId="77777777" w:rsidR="002F745A" w:rsidRDefault="002F745A" w:rsidP="002F745A">
      <w:r>
        <w:t>He rose slowly and took a few steps, scanning the clearing. It was overgrown now, more mesquite than he remembered, branches reaching out like they’d tried to reclaim the space. Time had worn it thin—less open, less alive—but he could still see the shape of it in his mind. The way it looked back then, when his father’s hand rested firm on his shoulder.</w:t>
      </w:r>
    </w:p>
    <w:p w14:paraId="52D32C08" w14:textId="77777777" w:rsidR="002F745A" w:rsidRDefault="002F745A" w:rsidP="002F745A">
      <w:r>
        <w:t>That day came back without asking.</w:t>
      </w:r>
    </w:p>
    <w:p w14:paraId="0A4D023B" w14:textId="77777777" w:rsidR="002F745A" w:rsidRDefault="002F745A" w:rsidP="002F745A">
      <w:r>
        <w:t>His father kneeling beside him, pointing without speaking. The soft thud of a deer’s step. The hush that blanketed everything before the shot.</w:t>
      </w:r>
    </w:p>
    <w:p w14:paraId="475B444F" w14:textId="77777777" w:rsidR="002F745A" w:rsidRDefault="002F745A" w:rsidP="002F745A">
      <w:r>
        <w:t>Back then, silence had meant focus.</w:t>
      </w:r>
    </w:p>
    <w:p w14:paraId="1358715B" w14:textId="77777777" w:rsidR="002F745A" w:rsidRDefault="002F745A" w:rsidP="002F745A">
      <w:r>
        <w:t>Now it was just… empty.</w:t>
      </w:r>
    </w:p>
    <w:p w14:paraId="43015DB1" w14:textId="77777777" w:rsidR="002F745A" w:rsidRDefault="002F745A" w:rsidP="002F745A">
      <w:r>
        <w:t>He crossed to where they used to sit, a shallow rise near the edge of the trees, where the wind would carry their scent away from the trail below. He lowered himself to the ground and rested a hand on the dirt.</w:t>
      </w:r>
    </w:p>
    <w:p w14:paraId="26741A88" w14:textId="77777777" w:rsidR="002F745A" w:rsidRDefault="002F745A" w:rsidP="002F745A">
      <w:r>
        <w:lastRenderedPageBreak/>
        <w:t>That same ridge. That same wind. Different man.</w:t>
      </w:r>
    </w:p>
    <w:p w14:paraId="4F2A94F8" w14:textId="77777777" w:rsidR="002F745A" w:rsidRDefault="002F745A" w:rsidP="002F745A">
      <w:r>
        <w:t>He thought of Daniel.</w:t>
      </w:r>
    </w:p>
    <w:p w14:paraId="2FA1C576" w14:textId="77777777" w:rsidR="002F745A" w:rsidRDefault="002F745A" w:rsidP="002F745A">
      <w:r>
        <w:t>It had only been one trip—just one. He’d meant to take him again, but the war loomed, and time slipped away the way it always did when you thought you had more of it.</w:t>
      </w:r>
    </w:p>
    <w:p w14:paraId="6C2111C3" w14:textId="77777777" w:rsidR="002F745A" w:rsidRDefault="002F745A" w:rsidP="002F745A">
      <w:r>
        <w:t>Daniel had been all talk and clumsy steps. Asked a hundred questions, laughed too loud, spooked a buck not ten minutes in.</w:t>
      </w:r>
    </w:p>
    <w:p w14:paraId="4BB35422" w14:textId="77777777" w:rsidR="002F745A" w:rsidRDefault="002F745A" w:rsidP="002F745A">
      <w:r>
        <w:t>Jonas had snapped at him—“You want to hunt, you’ve got to listen.”</w:t>
      </w:r>
    </w:p>
    <w:p w14:paraId="39AF8494" w14:textId="77777777" w:rsidR="002F745A" w:rsidRDefault="002F745A" w:rsidP="002F745A">
      <w:r>
        <w:t>The boy had gone quiet after that. Not sulking, just… quiet.</w:t>
      </w:r>
    </w:p>
    <w:p w14:paraId="1D7DEEA5" w14:textId="77777777" w:rsidR="002F745A" w:rsidRDefault="002F745A" w:rsidP="002F745A">
      <w:r>
        <w:t>He regretted it now. Deeply. Wished he’d laughed with him. Wished he’d let the deer go and kept the moment instead.</w:t>
      </w:r>
    </w:p>
    <w:p w14:paraId="0338F15C" w14:textId="77777777" w:rsidR="002F745A" w:rsidRDefault="002F745A" w:rsidP="002F745A">
      <w:r>
        <w:t>His throat tightened, but no tears came. They didn’t, these days. Whatever part of him cried had dried up long ago.</w:t>
      </w:r>
    </w:p>
    <w:p w14:paraId="3A8FF97D" w14:textId="77777777" w:rsidR="002F745A" w:rsidRDefault="002F745A" w:rsidP="002F745A">
      <w:r>
        <w:t>“I don’t belong here,” he said aloud, the words sudden and strange on his tongue.</w:t>
      </w:r>
    </w:p>
    <w:p w14:paraId="40630A8D" w14:textId="77777777" w:rsidR="002F745A" w:rsidRDefault="002F745A" w:rsidP="002F745A">
      <w:r>
        <w:t>They fell flat in the open air.</w:t>
      </w:r>
    </w:p>
    <w:p w14:paraId="3298A169" w14:textId="77777777" w:rsidR="002F745A" w:rsidRDefault="002F745A" w:rsidP="002F745A">
      <w:r>
        <w:t>He stared at the treeline, half-expecting something—someone—to walk through it. A deer. His father. His boy. Maybe even God.</w:t>
      </w:r>
    </w:p>
    <w:p w14:paraId="2474F8FC" w14:textId="77777777" w:rsidR="002F745A" w:rsidRDefault="002F745A" w:rsidP="002F745A">
      <w:r>
        <w:t>But nothing moved. Just wind and branches.</w:t>
      </w:r>
    </w:p>
    <w:p w14:paraId="3680AC18" w14:textId="77777777" w:rsidR="002F745A" w:rsidRDefault="002F745A" w:rsidP="002F745A">
      <w:r>
        <w:t>He picked up a stick and scratched at the ground, absently, like he was cleaning something off a grave. Then tossed it aside.</w:t>
      </w:r>
    </w:p>
    <w:p w14:paraId="0156F8AD" w14:textId="77777777" w:rsidR="002F745A" w:rsidRDefault="002F745A" w:rsidP="002F745A">
      <w:r>
        <w:t>His hand found the flask again. He didn’t drink. Just held it. Then he looked up—toward the sky, the clouds drifting slow and pale.</w:t>
      </w:r>
    </w:p>
    <w:p w14:paraId="008EC42B" w14:textId="77777777" w:rsidR="002F745A" w:rsidRDefault="002F745A" w:rsidP="002F745A">
      <w:r>
        <w:t>“Still not talking to me?” he asked, voice low and steady. “Why would you?  I’m the one that told you to leave me alone.”</w:t>
      </w:r>
    </w:p>
    <w:p w14:paraId="00084565" w14:textId="77777777" w:rsidR="002F745A" w:rsidRDefault="002F745A" w:rsidP="002F745A">
      <w:r>
        <w:t>No answer.</w:t>
      </w:r>
    </w:p>
    <w:p w14:paraId="585AF344" w14:textId="77777777" w:rsidR="002F745A" w:rsidRDefault="002F745A" w:rsidP="002F745A">
      <w:r>
        <w:t>He shifted, leaning his elbows on his knees. Eyes narrowed.</w:t>
      </w:r>
    </w:p>
    <w:p w14:paraId="3433526A" w14:textId="77777777" w:rsidR="002F745A" w:rsidRDefault="002F745A" w:rsidP="002F745A">
      <w:r>
        <w:t xml:space="preserve">“I killed ‘em. Men made in Your image. I…” </w:t>
      </w:r>
    </w:p>
    <w:p w14:paraId="2FED744A" w14:textId="77777777" w:rsidR="002F745A" w:rsidRDefault="002F745A" w:rsidP="002F745A">
      <w:r>
        <w:t>He stopped. The wind stirred but said nothing.</w:t>
      </w:r>
    </w:p>
    <w:p w14:paraId="4393152C" w14:textId="77777777" w:rsidR="002F745A" w:rsidRDefault="002F745A" w:rsidP="002F745A">
      <w:r>
        <w:t>“Truth is… I don’t know what I’m doing anymore.”</w:t>
      </w:r>
    </w:p>
    <w:p w14:paraId="7CA00E19" w14:textId="77777777" w:rsidR="002F745A" w:rsidRDefault="002F745A" w:rsidP="002F745A">
      <w:r>
        <w:lastRenderedPageBreak/>
        <w:t>He stood, brushing dust from his coat. The clearing looked smaller now. Like a memory shrinking in his mind, pulling away.</w:t>
      </w:r>
    </w:p>
    <w:p w14:paraId="2349E279" w14:textId="77777777" w:rsidR="002F745A" w:rsidRDefault="002F745A" w:rsidP="002F745A">
      <w:r>
        <w:t>This was the first time he’d spoken to God since… well, since the day he found out. Truth was, he hadn’t said much to Him before that either—not since he’d seen what men could do to each other and still live with it.</w:t>
      </w:r>
    </w:p>
    <w:p w14:paraId="64820C81" w14:textId="77777777" w:rsidR="002F745A" w:rsidRDefault="002F745A" w:rsidP="002F745A">
      <w:r>
        <w:t>He didn’t know what he came here for. Maybe just to see if anything still lived in him. Maybe to say goodbye.  Maybe to find God again.</w:t>
      </w:r>
    </w:p>
    <w:p w14:paraId="6C2694D1" w14:textId="77777777" w:rsidR="002F745A" w:rsidRDefault="002F745A" w:rsidP="002F745A">
      <w:r>
        <w:t>Either way, there was nothing left to say.</w:t>
      </w:r>
    </w:p>
    <w:p w14:paraId="1F27FB9B" w14:textId="77777777" w:rsidR="002F745A" w:rsidRDefault="002F745A" w:rsidP="002F745A">
      <w:r>
        <w:t>Twilight had settled low over the prairie by the time Jonas turned back. The horizon burned faint orange behind him, but the land ahead had already sunk into blue and gray. Long shadows stretched from the mesquite and oak, tangled brush hugging the trail like fingers reaching for his stirrups.</w:t>
      </w:r>
    </w:p>
    <w:p w14:paraId="5BEC2F84" w14:textId="77777777" w:rsidR="002F745A" w:rsidRDefault="002F745A" w:rsidP="002F745A">
      <w:r>
        <w:t>The horse walked slow, almost careful, as if it knew something had shifted in its rider.</w:t>
      </w:r>
    </w:p>
    <w:p w14:paraId="0EE7BC5D" w14:textId="77777777" w:rsidR="002F745A" w:rsidRDefault="002F745A" w:rsidP="002F745A">
      <w:r>
        <w:t>Jonas didn’t urge it faster.</w:t>
      </w:r>
    </w:p>
    <w:p w14:paraId="6B31F45B" w14:textId="77777777" w:rsidR="002F745A" w:rsidRDefault="002F745A" w:rsidP="002F745A">
      <w:r>
        <w:t>His shoulders slumped forward, loose in the saddle. Dust clung to his boots, his coat, his beard. He felt like a man not returning, but retreating.</w:t>
      </w:r>
    </w:p>
    <w:p w14:paraId="76782637" w14:textId="77777777" w:rsidR="002F745A" w:rsidRDefault="002F745A" w:rsidP="002F745A">
      <w:r>
        <w:t>The trail narrowed through a cluster of blackjack trees, then opened up to the familiar rise overlooking his land. There it was—still, quiet, and waiting.</w:t>
      </w:r>
    </w:p>
    <w:p w14:paraId="7A5F0031" w14:textId="77777777" w:rsidR="002F745A" w:rsidRDefault="002F745A" w:rsidP="002F745A">
      <w:r>
        <w:t>The house stood as it had that morning, though something about it seemed more hollow now. The light was gone from the windows. The porch rail sagged, warped from years of rain and heat. One shutter hung loose, clapping now and then in the evening wind.</w:t>
      </w:r>
    </w:p>
    <w:p w14:paraId="29974D84" w14:textId="77777777" w:rsidR="002F745A" w:rsidRDefault="002F745A" w:rsidP="002F745A">
      <w:r>
        <w:t>He dismounted and tied the reins loosely to a post that barely stood straight. The horse snorted, then lowered its head to sniff at the dead grass.</w:t>
      </w:r>
    </w:p>
    <w:p w14:paraId="2C858238" w14:textId="77777777" w:rsidR="002F745A" w:rsidRDefault="002F745A" w:rsidP="002F745A">
      <w:r>
        <w:t>Jonas looked up at the roofline, then down at the broken fence where the gate leaned on one hinge.</w:t>
      </w:r>
    </w:p>
    <w:p w14:paraId="18E159D7" w14:textId="77777777" w:rsidR="002F745A" w:rsidRDefault="002F745A" w:rsidP="002F745A">
      <w:r>
        <w:t>“Still haven’t fixed that,” he muttered, shaking his head.</w:t>
      </w:r>
    </w:p>
    <w:p w14:paraId="18404920" w14:textId="77777777" w:rsidR="002F745A" w:rsidRDefault="002F745A" w:rsidP="002F745A">
      <w:r>
        <w:t>He stepped onto the porch. The boards creaked under his weight, not from rot, just age.</w:t>
      </w:r>
    </w:p>
    <w:p w14:paraId="7542170E" w14:textId="77777777" w:rsidR="002F745A" w:rsidRDefault="002F745A" w:rsidP="002F745A">
      <w:r>
        <w:t>Inside, the air was dry and still. The kind of stillness that made your ears ring. The kind that settled into the corners and stayed.</w:t>
      </w:r>
    </w:p>
    <w:p w14:paraId="037B6A67" w14:textId="77777777" w:rsidR="002F745A" w:rsidRDefault="002F745A" w:rsidP="002F745A">
      <w:r>
        <w:t>He didn’t light a lamp.</w:t>
      </w:r>
    </w:p>
    <w:p w14:paraId="30AD9DB4" w14:textId="77777777" w:rsidR="002F745A" w:rsidRDefault="002F745A" w:rsidP="002F745A">
      <w:r>
        <w:t>The rifle sat where he’d left it, leaned against the wall near the door—clean, loaded, ready. He passed it by and sat on the edge of the bed, boots still on, elbows on his knees.</w:t>
      </w:r>
    </w:p>
    <w:p w14:paraId="0F87C348" w14:textId="77777777" w:rsidR="002F745A" w:rsidRDefault="002F745A" w:rsidP="002F745A">
      <w:r>
        <w:t>He stared at the floor, letting the silence wrap around him like an old coat. Familiar. Heavy.</w:t>
      </w:r>
    </w:p>
    <w:p w14:paraId="665B602B" w14:textId="77777777" w:rsidR="002F745A" w:rsidRDefault="002F745A" w:rsidP="002F745A">
      <w:r>
        <w:lastRenderedPageBreak/>
        <w:t>He ran a hand through his hair, scratched his jaw, exhaled slow.</w:t>
      </w:r>
    </w:p>
    <w:p w14:paraId="5A85489B" w14:textId="77777777" w:rsidR="002F745A" w:rsidRDefault="002F745A" w:rsidP="002F745A">
      <w:r>
        <w:t>“You either kill it all inside you…” he whispered, voice barely above a breath, “…or you find a way back.”</w:t>
      </w:r>
    </w:p>
    <w:p w14:paraId="463F4D3B" w14:textId="77777777" w:rsidR="002F745A" w:rsidRDefault="002F745A" w:rsidP="002F745A">
      <w:r>
        <w:t>He didn’t know which way he’d go.</w:t>
      </w:r>
    </w:p>
    <w:p w14:paraId="0582B1FE" w14:textId="77777777" w:rsidR="002F745A" w:rsidRDefault="002F745A" w:rsidP="002F745A">
      <w:r>
        <w:t>Not yet.</w:t>
      </w:r>
    </w:p>
    <w:p w14:paraId="01F323C9" w14:textId="77777777" w:rsidR="002F745A" w:rsidRDefault="002F745A" w:rsidP="002F745A"/>
    <w:p w14:paraId="67B08692" w14:textId="77777777" w:rsidR="002F745A" w:rsidRDefault="002F745A" w:rsidP="002F745A">
      <w:r>
        <w:t>Jonas woke on the sofa, though he didn’t remember walking back inside. The room was still dusty, and felt like a hollow shell. He lay there for a long while, eyes fixed on the ceiling, before finally getting up.</w:t>
      </w:r>
    </w:p>
    <w:p w14:paraId="7A2783DA" w14:textId="77777777" w:rsidR="002F745A" w:rsidRDefault="002F745A" w:rsidP="002F745A">
      <w:r>
        <w:t>He didn’t build a fire or heat water. He didn’t grind beans or reach for a tin. He just took his old enamel cup from the shelf and poured a long pull of whiskey into it—drank it straight like it was morning coffee.</w:t>
      </w:r>
    </w:p>
    <w:p w14:paraId="58FA39DB" w14:textId="77777777" w:rsidR="002F745A" w:rsidRDefault="002F745A" w:rsidP="002F745A">
      <w:r>
        <w:t>It burned on the way down, but he didn’t flinch.</w:t>
      </w:r>
    </w:p>
    <w:p w14:paraId="128A638C" w14:textId="77777777" w:rsidR="002F745A" w:rsidRDefault="002F745A" w:rsidP="002F745A">
      <w:r>
        <w:t>Outside, the wind was dry and sharp, blowing grit across the hard-packed yard. The sun was already up, casting long morning shadows across the front of the house.</w:t>
      </w:r>
    </w:p>
    <w:p w14:paraId="6219B54B" w14:textId="77777777" w:rsidR="002F745A" w:rsidRDefault="002F745A" w:rsidP="002F745A">
      <w:r>
        <w:t>Jonas went out to the barn, grabbed the ladder, and set it against the east side of the house. The roofline sagged like an old man’s back—too many years of storms and neglect. He climbed up and began pulling up warped shingles and splintered boards, tossing them to the ground with heavy thuds. His hands remembered the work, even if his shoulders protested.</w:t>
      </w:r>
    </w:p>
    <w:p w14:paraId="0F4CEA5F" w14:textId="77777777" w:rsidR="002F745A" w:rsidRDefault="002F745A" w:rsidP="002F745A">
      <w:r>
        <w:t>He said nothing. Not to the ghosts. Not to God. Not to himself.</w:t>
      </w:r>
    </w:p>
    <w:p w14:paraId="14C7F61D" w14:textId="77777777" w:rsidR="002F745A" w:rsidRDefault="002F745A" w:rsidP="002F745A">
      <w:r>
        <w:t>Just worked.</w:t>
      </w:r>
    </w:p>
    <w:p w14:paraId="56396178" w14:textId="77777777" w:rsidR="002F745A" w:rsidRDefault="002F745A" w:rsidP="002F745A">
      <w:r>
        <w:t>By mid-morning, the roof repairs were halfway done, and the sun beat down without mercy. Jonas moved to the fence line next, right where the rails had given way. He reset posts, straightened the line, and hammered new slats into place with slow, steady rhythm.</w:t>
      </w:r>
    </w:p>
    <w:p w14:paraId="725D1581" w14:textId="77777777" w:rsidR="002F745A" w:rsidRDefault="002F745A" w:rsidP="002F745A">
      <w:r>
        <w:t>The sound of hooves broke the quiet.</w:t>
      </w:r>
    </w:p>
    <w:p w14:paraId="780ED8B1" w14:textId="77777777" w:rsidR="002F745A" w:rsidRDefault="002F745A" w:rsidP="002F745A">
      <w:r>
        <w:t>Mr. Carter rode in from the south trail, pulling up near the porch and dismounting. He didn’t bring tools or supplies—just himself.</w:t>
      </w:r>
    </w:p>
    <w:p w14:paraId="6C9BEE9E" w14:textId="77777777" w:rsidR="002F745A" w:rsidRDefault="002F745A" w:rsidP="002F745A">
      <w:r>
        <w:t>“Wasn’t expectin’ to see you up swingin’ a hammer,” he called out, walking toward the fence.</w:t>
      </w:r>
    </w:p>
    <w:p w14:paraId="351E0807" w14:textId="77777777" w:rsidR="002F745A" w:rsidRDefault="002F745A" w:rsidP="002F745A">
      <w:r>
        <w:t>Jonas stopped working for a beat, looking at Mr. Carter. “Needed fixing.”</w:t>
      </w:r>
    </w:p>
    <w:p w14:paraId="5C26CC48" w14:textId="77777777" w:rsidR="002F745A" w:rsidRDefault="002F745A" w:rsidP="002F745A">
      <w:r>
        <w:t>Carter rested a hand on the top rail, nodding at the work. “Looks like you’re near halfway to having this place respectable again.”</w:t>
      </w:r>
    </w:p>
    <w:p w14:paraId="5777DAE5" w14:textId="77777777" w:rsidR="002F745A" w:rsidRDefault="002F745A" w:rsidP="002F745A">
      <w:r>
        <w:t>Jonas shrugged, wiping sweat from his brow with the back of his sleeve. “Just doin’ what needs doin’.”</w:t>
      </w:r>
    </w:p>
    <w:p w14:paraId="2C155CE2" w14:textId="77777777" w:rsidR="002F745A" w:rsidRDefault="002F745A" w:rsidP="002F745A">
      <w:r>
        <w:lastRenderedPageBreak/>
        <w:t>Mr. Carter looked at him for a moment, then climbed over the fence and grabbed a post. “Well, reckon I’ll give you a hand then.”</w:t>
      </w:r>
    </w:p>
    <w:p w14:paraId="4A990DD6" w14:textId="77777777" w:rsidR="002F745A" w:rsidRDefault="002F745A" w:rsidP="002F745A">
      <w:r>
        <w:t>Jonas didn’t argue. And Carter didn’t say anything else, just started helping—holding beams in place, hammering a few nails, steadying the ladder when Jonas returned to the roof. They worked like that for a couple of hours, side by side, the way men do when silence is the only fitting company.</w:t>
      </w:r>
    </w:p>
    <w:p w14:paraId="6CB4AC5F" w14:textId="77777777" w:rsidR="002F745A" w:rsidRDefault="002F745A" w:rsidP="002F745A">
      <w:r>
        <w:t>When the last board was nailed, Carter stepped back and took a long breath.</w:t>
      </w:r>
    </w:p>
    <w:p w14:paraId="6A45AC59" w14:textId="77777777" w:rsidR="002F745A" w:rsidRDefault="002F745A" w:rsidP="002F745A">
      <w:r>
        <w:t>“She’s lookin’ better.”</w:t>
      </w:r>
    </w:p>
    <w:p w14:paraId="0DF1CBA5" w14:textId="77777777" w:rsidR="002F745A" w:rsidRDefault="002F745A" w:rsidP="002F745A">
      <w:r>
        <w:t>“Still got a ways,” Jonas said.</w:t>
      </w:r>
    </w:p>
    <w:p w14:paraId="101E2F58" w14:textId="77777777" w:rsidR="002F745A" w:rsidRDefault="002F745A" w:rsidP="002F745A">
      <w:r>
        <w:t>“Don’t we all.”</w:t>
      </w:r>
    </w:p>
    <w:p w14:paraId="710AF17F" w14:textId="77777777" w:rsidR="002F745A" w:rsidRDefault="002F745A" w:rsidP="002F745A">
      <w:r>
        <w:t>He pulled out his pocket watch, squinting at the time. “Clara’s makin’ roast. She’d whup me with a ladle if I didn’t invite you to dinner. You’ll come?”</w:t>
      </w:r>
    </w:p>
    <w:p w14:paraId="4BDF8D9F" w14:textId="77777777" w:rsidR="002F745A" w:rsidRDefault="002F745A" w:rsidP="002F745A">
      <w:r>
        <w:t>Jonas hesitated, brushing dust from his pants. “I can come.”</w:t>
      </w:r>
    </w:p>
    <w:p w14:paraId="5A48E999" w14:textId="77777777" w:rsidR="002F745A" w:rsidRDefault="002F745A" w:rsidP="002F745A">
      <w:r>
        <w:t>“That’s a yes in Jonas Walker language,” Carter grinned. “We eat around six.”</w:t>
      </w:r>
    </w:p>
    <w:p w14:paraId="3A366E72" w14:textId="77777777" w:rsidR="002F745A" w:rsidRDefault="002F745A" w:rsidP="002F745A"/>
    <w:p w14:paraId="5537D96A" w14:textId="77777777" w:rsidR="002F745A" w:rsidRDefault="002F745A" w:rsidP="002F745A">
      <w:r>
        <w:t>The Carter homestead was modest but full of life. Light spilled out from the kitchen windows, and the smell of roast beef, carrots, and fresh bread reached Jonas before he even stepped up onto the porch.</w:t>
      </w:r>
    </w:p>
    <w:p w14:paraId="5A9C94B8" w14:textId="77777777" w:rsidR="002F745A" w:rsidRDefault="002F745A" w:rsidP="002F745A">
      <w:r>
        <w:t>Clara opened the door before he could knock. “Well, there’s a sight,” she said, smiling as she ushered him inside. “I told Henry if you showed up lookin’ like a broom handle in a coat, I was feedin’ you seconds.”</w:t>
      </w:r>
    </w:p>
    <w:p w14:paraId="44022F2F" w14:textId="77777777" w:rsidR="002F745A" w:rsidRDefault="002F745A" w:rsidP="002F745A">
      <w:r>
        <w:t>Jonas managed a small smile. “Appreciate the warning.”</w:t>
      </w:r>
    </w:p>
    <w:p w14:paraId="22D8FDD6" w14:textId="77777777" w:rsidR="002F745A" w:rsidRDefault="002F745A" w:rsidP="002F745A">
      <w:r>
        <w:t>Inside, the warmth was tangible. The table was already set, candles flickering low, and a fresh loaf of bread steamed on a cloth-covered plate.</w:t>
      </w:r>
    </w:p>
    <w:p w14:paraId="798EB376" w14:textId="77777777" w:rsidR="002F745A" w:rsidRDefault="002F745A" w:rsidP="002F745A">
      <w:r>
        <w:t>Carter leaned back in his chair and motioned for Jonas to sit. “Told you she’d have it ready. Woman’s punctual to a fault.”</w:t>
      </w:r>
    </w:p>
    <w:p w14:paraId="7287A2F6" w14:textId="77777777" w:rsidR="002F745A" w:rsidRDefault="002F745A" w:rsidP="002F745A">
      <w:r>
        <w:t>Jonas sat down quietly, took his place at the table, and bowed his head slightly when Clara said grace. He didn’t pray along, but he didn’t resist it either.</w:t>
      </w:r>
    </w:p>
    <w:p w14:paraId="5883A330" w14:textId="77777777" w:rsidR="002F745A" w:rsidRDefault="002F745A" w:rsidP="002F745A">
      <w:r>
        <w:t>Dinner passed with slow conversation—mostly Clara asking about the repairs, and Carter filling the silences with stories about town folk, complaining about the summer heat, and the coming fall harvest. Jonas spoke little, just enough to answer when spoken to. But he listened. Let the rhythm of family life wash over him like a river he used to know the name of.</w:t>
      </w:r>
    </w:p>
    <w:p w14:paraId="4D1850F6" w14:textId="77777777" w:rsidR="002F745A" w:rsidRDefault="002F745A" w:rsidP="002F745A">
      <w:r>
        <w:t>Halfway through the meal, Clara passed him a second helping of roast, and Jonas set down his fork.</w:t>
      </w:r>
    </w:p>
    <w:p w14:paraId="38E6D61E" w14:textId="77777777" w:rsidR="002F745A" w:rsidRDefault="002F745A" w:rsidP="002F745A">
      <w:r>
        <w:lastRenderedPageBreak/>
        <w:t>His voice was low. “I heard what you did… takin’ care of them when they got sick. Buryin’ them.”</w:t>
      </w:r>
    </w:p>
    <w:p w14:paraId="0AB11432" w14:textId="77777777" w:rsidR="002F745A" w:rsidRDefault="002F745A" w:rsidP="002F745A">
      <w:r>
        <w:t>The clink of silverware against plate quieted.</w:t>
      </w:r>
    </w:p>
    <w:p w14:paraId="466066BB" w14:textId="77777777" w:rsidR="002F745A" w:rsidRDefault="002F745A" w:rsidP="002F745A">
      <w:r>
        <w:t>Jonas looked at Henry, then Clara. “Thank you. For what you did. I should’ve—” His voice caught. “I should’ve been here.”</w:t>
      </w:r>
    </w:p>
    <w:p w14:paraId="7B51DFFC" w14:textId="77777777" w:rsidR="002F745A" w:rsidRDefault="002F745A" w:rsidP="002F745A">
      <w:r>
        <w:t>Carter didn’t speak right away. Just gave a slow nod. “Wasn’t nothin’ you could’ve done, Jonas. It came on fast. We did what we could.”</w:t>
      </w:r>
    </w:p>
    <w:p w14:paraId="0F0AAE67" w14:textId="77777777" w:rsidR="002F745A" w:rsidRDefault="002F745A" w:rsidP="002F745A">
      <w:r>
        <w:t>Clara reached over, placed a gentle hand on Jonas’s arm. “They didn’t suffer long. And they were prayed over. They knew they were loved. They loved you.”</w:t>
      </w:r>
    </w:p>
    <w:p w14:paraId="27D14F9B" w14:textId="77777777" w:rsidR="002F745A" w:rsidRDefault="002F745A" w:rsidP="002F745A">
      <w:r>
        <w:t>Jonas gave a small nod, eyes fixed on the table. “Still. I’m sorry I wasn’t there.”</w:t>
      </w:r>
    </w:p>
    <w:p w14:paraId="23E7AAE7" w14:textId="77777777" w:rsidR="002F745A" w:rsidRDefault="002F745A" w:rsidP="002F745A">
      <w:r>
        <w:t>“You’re here now,” Carter said, quiet but firm. “That counts for somethin’.”</w:t>
      </w:r>
    </w:p>
    <w:p w14:paraId="09941F3C" w14:textId="77777777" w:rsidR="002F745A" w:rsidRDefault="002F745A" w:rsidP="002F745A">
      <w:r>
        <w:t>Jonas didn’t answer, but he picked up his fork again.</w:t>
      </w:r>
    </w:p>
    <w:p w14:paraId="127F06EF" w14:textId="77777777" w:rsidR="002F745A" w:rsidRDefault="002F745A" w:rsidP="002F745A">
      <w:r>
        <w:t>Afterward, Clara brought out a small peach cobbler, warm and bubbling, and made sure Jonas had a second helping before he could protest.</w:t>
      </w:r>
    </w:p>
    <w:p w14:paraId="2E39B2E7" w14:textId="77777777" w:rsidR="002F745A" w:rsidRDefault="002F745A" w:rsidP="002F745A">
      <w:r>
        <w:t>When he stood to leave, Carter followed him to the porch.</w:t>
      </w:r>
    </w:p>
    <w:p w14:paraId="7691049B" w14:textId="77777777" w:rsidR="002F745A" w:rsidRDefault="002F745A" w:rsidP="002F745A">
      <w:r>
        <w:t>“Good to see you movin’, Jonas,” he said, voice quiet now. “Not just breathin’. But livin’.”</w:t>
      </w:r>
    </w:p>
    <w:p w14:paraId="346AB375" w14:textId="77777777" w:rsidR="002F745A" w:rsidRDefault="002F745A" w:rsidP="002F745A">
      <w:r>
        <w:t>Jonas looked out at the stars above the ridge, hand on his full belly. “One thing at a time.”</w:t>
      </w:r>
    </w:p>
    <w:p w14:paraId="7C7360CC" w14:textId="77777777" w:rsidR="002F745A" w:rsidRDefault="002F745A" w:rsidP="002F745A">
      <w:r>
        <w:t>Carter clapped a hand on his shoulder. “You ever need anything, you know where we are.”</w:t>
      </w:r>
    </w:p>
    <w:p w14:paraId="71557562" w14:textId="77777777" w:rsidR="002F745A" w:rsidRDefault="002F745A" w:rsidP="002F745A">
      <w:r>
        <w:t>Jonas nodded once, then stepped off the porch and disappeared into the night, heading back down the trail toward the house that still held too many memories.</w:t>
      </w:r>
    </w:p>
    <w:p w14:paraId="7685136E" w14:textId="77777777" w:rsidR="002F745A" w:rsidRDefault="002F745A" w:rsidP="002F745A">
      <w:r>
        <w:t>The walk home was slow, the air thick with the breathless heat of a Texas summer night. Crickets trilled in waves through the brush, and the scent of dust and dry grass clung to everything.</w:t>
      </w:r>
    </w:p>
    <w:p w14:paraId="6A475347" w14:textId="77777777" w:rsidR="002F745A" w:rsidRDefault="002F745A" w:rsidP="002F745A">
      <w:r>
        <w:t>Jonas reached the edge of his property and stopped.</w:t>
      </w:r>
    </w:p>
    <w:p w14:paraId="4D52AF6C" w14:textId="77777777" w:rsidR="002F745A" w:rsidRDefault="002F745A" w:rsidP="002F745A">
      <w:r>
        <w:t>The house stood dark and still against the horizon, its silhouette softened by moonlight. The fence held straight now. The porch no longer sagged. The roofline clean. But the house itself still felt hollow—like a stage long abandoned, where the players would never return.</w:t>
      </w:r>
    </w:p>
    <w:p w14:paraId="782099E6" w14:textId="77777777" w:rsidR="002F745A" w:rsidRDefault="002F745A" w:rsidP="002F745A">
      <w:r>
        <w:t>He lingered in the quiet, staring at the door, sweat cooling on his back.</w:t>
      </w:r>
    </w:p>
    <w:p w14:paraId="15BCFA54" w14:textId="77777777" w:rsidR="002F745A" w:rsidRDefault="002F745A" w:rsidP="002F745A">
      <w:r>
        <w:t>Then, with a long breath through his nose, he stepped forward and disappeared inside.</w:t>
      </w:r>
    </w:p>
    <w:p w14:paraId="0DDC200A" w14:textId="77777777" w:rsidR="002F745A" w:rsidRDefault="002F745A" w:rsidP="002F745A">
      <w:r>
        <w:t>But he stood there, surrounded by the quiet echo of what used to be a life—it was too much.</w:t>
      </w:r>
    </w:p>
    <w:p w14:paraId="50C5E9F6" w14:textId="77777777" w:rsidR="002F745A" w:rsidRDefault="002F745A" w:rsidP="002F745A">
      <w:r>
        <w:t>He started toward the sofa across the room before stopping short.</w:t>
      </w:r>
    </w:p>
    <w:p w14:paraId="53AD6366" w14:textId="77777777" w:rsidR="002F745A" w:rsidRDefault="002F745A" w:rsidP="002F745A">
      <w:r>
        <w:lastRenderedPageBreak/>
        <w:t>He couldn’t be in this house. Not tonight.</w:t>
      </w:r>
    </w:p>
    <w:p w14:paraId="3DCB2283" w14:textId="77777777" w:rsidR="002F745A" w:rsidRDefault="002F745A" w:rsidP="002F745A">
      <w:r>
        <w:t>The walls pressed too close. The floor remembered too much.</w:t>
      </w:r>
    </w:p>
    <w:p w14:paraId="34F7C8FE" w14:textId="77777777" w:rsidR="002F745A" w:rsidRDefault="002F745A" w:rsidP="002F745A">
      <w:r>
        <w:t>He stepped back outside without another word. Walked past the horse, past the barn, and up the slope behind the house where the grass grew tall and uneven.</w:t>
      </w:r>
    </w:p>
    <w:p w14:paraId="20E6841A" w14:textId="77777777" w:rsidR="002F745A" w:rsidRDefault="002F745A" w:rsidP="002F745A">
      <w:r>
        <w:t>The graves lay just beyond that, up by the old Oak, marked by simple wooden crosses Mr. Carter made—Anna, Daniel, and little Grace.</w:t>
      </w:r>
    </w:p>
    <w:p w14:paraId="4666AC64" w14:textId="77777777" w:rsidR="002F745A" w:rsidRDefault="002F745A" w:rsidP="002F745A">
      <w:r>
        <w:t>He stood there a long time.</w:t>
      </w:r>
    </w:p>
    <w:p w14:paraId="6BF05516" w14:textId="77777777" w:rsidR="002F745A" w:rsidRDefault="002F745A" w:rsidP="002F745A">
      <w:r>
        <w:t>Then he sat.</w:t>
      </w:r>
    </w:p>
    <w:p w14:paraId="7DFD283F" w14:textId="77777777" w:rsidR="002F745A" w:rsidRDefault="002F745A" w:rsidP="002F745A">
      <w:r>
        <w:t>Then he lay down beside them.</w:t>
      </w:r>
    </w:p>
    <w:p w14:paraId="73FDF172" w14:textId="77777777" w:rsidR="002F745A" w:rsidRDefault="002F745A" w:rsidP="002F745A">
      <w:r>
        <w:t>The earth was warm from the day’s sun, and the wind whispered through the trees above. He rested his head near Anna’s cross, his fingers brushing the grass like he might touch her hand through it.</w:t>
      </w:r>
    </w:p>
    <w:p w14:paraId="7024864A" w14:textId="77777777" w:rsidR="002F745A" w:rsidRDefault="002F745A" w:rsidP="002F745A">
      <w:r>
        <w:t>No tears came. Just the weight of everything.</w:t>
      </w:r>
    </w:p>
    <w:p w14:paraId="4440CA08" w14:textId="77777777" w:rsidR="002F745A" w:rsidRDefault="002F745A" w:rsidP="002F745A">
      <w:r>
        <w:t>Eventually, sleep crept in, quiet and slow.</w:t>
      </w:r>
    </w:p>
    <w:p w14:paraId="04936635" w14:textId="77777777" w:rsidR="002F745A" w:rsidRDefault="002F745A" w:rsidP="002F745A">
      <w:r>
        <w:t>And there he stayed, curled beside his family, as the prairie night deepened and the stars blinked awake overhead.</w:t>
      </w:r>
    </w:p>
    <w:p w14:paraId="25C4B5CE" w14:textId="77777777" w:rsidR="002F745A" w:rsidRDefault="002F745A" w:rsidP="002F745A">
      <w:r>
        <w:br/>
      </w:r>
    </w:p>
    <w:p w14:paraId="067F5C4F" w14:textId="77777777" w:rsidR="002F745A" w:rsidRDefault="002F745A" w:rsidP="002F745A">
      <w:r>
        <w:t>Chapter Nine</w:t>
      </w:r>
    </w:p>
    <w:p w14:paraId="5F04E637" w14:textId="77777777" w:rsidR="002F745A" w:rsidRDefault="002F745A" w:rsidP="002F745A">
      <w:r>
        <w:t>Town of Whitmore</w:t>
      </w:r>
    </w:p>
    <w:p w14:paraId="5A00A991" w14:textId="77777777" w:rsidR="002F745A" w:rsidRDefault="002F745A" w:rsidP="002F745A">
      <w:r>
        <w:t>The morning heat had settled in early, thick as wool and just as suffocating. Jonas stood beside the stable, saddlebags open, cinching the last strap across his bedroll. Cicadas buzzed in the trees beyond the fence line, their droning chorus rising with the sun. His horse pawed at the dirt impatiently, flicking its tail at invisible flies.</w:t>
      </w:r>
    </w:p>
    <w:p w14:paraId="6675F47E" w14:textId="77777777" w:rsidR="002F745A" w:rsidRDefault="002F745A" w:rsidP="002F745A">
      <w:r>
        <w:t>He glanced toward the hill behind the old homestead and stepped away from the stable. A few wildflowers had sprung up along the fencerow, little bursts of color against the parched grass and sun-bleached wood. He knelt, picked a handful—blazing stars and Indian blankets—and tucked them gently into his vest.</w:t>
      </w:r>
    </w:p>
    <w:p w14:paraId="5631774A" w14:textId="77777777" w:rsidR="002F745A" w:rsidRDefault="002F745A" w:rsidP="002F745A">
      <w:r>
        <w:t>The path up the hill was worn but familiar. The graves sat in a shaded patch, beneath the old pecan tree. Time had weathered the crosses, dulled the names carved in wood, but he knew each by heart. Anna. Daniel. Grace.</w:t>
      </w:r>
    </w:p>
    <w:p w14:paraId="42BA32D7" w14:textId="77777777" w:rsidR="002F745A" w:rsidRDefault="002F745A" w:rsidP="002F745A">
      <w:r>
        <w:t>He crouched beside the first, laying the flowers down one by one.</w:t>
      </w:r>
    </w:p>
    <w:p w14:paraId="7C3D3D97" w14:textId="77777777" w:rsidR="002F745A" w:rsidRDefault="002F745A" w:rsidP="002F745A">
      <w:r>
        <w:lastRenderedPageBreak/>
        <w:t>“I should’ve been here,” he murmured. “I thought… I thought I was doin’ the right thing. Fightin’ to keep the war from our doorstep. Keep it from you.”</w:t>
      </w:r>
    </w:p>
    <w:p w14:paraId="5470C1BD" w14:textId="77777777" w:rsidR="002F745A" w:rsidRDefault="002F745A" w:rsidP="002F745A">
      <w:r>
        <w:t>His voice caught in his throat. He pressed his palm against the earth, calloused hand trembling slightly.</w:t>
      </w:r>
    </w:p>
    <w:p w14:paraId="04C5617B" w14:textId="77777777" w:rsidR="002F745A" w:rsidRDefault="002F745A" w:rsidP="002F745A">
      <w:r>
        <w:t>“I was wrong.”</w:t>
      </w:r>
    </w:p>
    <w:p w14:paraId="23395BCA" w14:textId="77777777" w:rsidR="002F745A" w:rsidRDefault="002F745A" w:rsidP="002F745A">
      <w:r>
        <w:t>He shifted to the second grave, brushing away some fallen leaves.</w:t>
      </w:r>
    </w:p>
    <w:p w14:paraId="6A831F62" w14:textId="77777777" w:rsidR="002F745A" w:rsidRDefault="002F745A" w:rsidP="002F745A">
      <w:r>
        <w:t>“Daniel, you’d be almost eleven now. You were always chasin’ after me in the yard, remember that? You had my old coonskin cap on, wooden rifle slung over your shoulder like you were somethin’. I see you sometimes in my dreams. I don’t forget.”</w:t>
      </w:r>
    </w:p>
    <w:p w14:paraId="4357EBFC" w14:textId="77777777" w:rsidR="002F745A" w:rsidRDefault="002F745A" w:rsidP="002F745A">
      <w:r>
        <w:t>Then to the smallest grave.</w:t>
      </w:r>
    </w:p>
    <w:p w14:paraId="1F050647" w14:textId="77777777" w:rsidR="002F745A" w:rsidRDefault="002F745A" w:rsidP="002F745A">
      <w:r>
        <w:t>“Sweet Grace. You barely got to live. I hope you’re together. I hope Jesus is lookin’ after you.”</w:t>
      </w:r>
    </w:p>
    <w:p w14:paraId="1ECEA291" w14:textId="77777777" w:rsidR="002F745A" w:rsidRDefault="002F745A" w:rsidP="002F745A">
      <w:r>
        <w:t>He sat back on his heels, wiping at his eyes, then stood.</w:t>
      </w:r>
    </w:p>
    <w:p w14:paraId="783F672B" w14:textId="77777777" w:rsidR="002F745A" w:rsidRDefault="002F745A" w:rsidP="002F745A">
      <w:r>
        <w:t>“I can’t stay. Somethin’s pulling me forward and I don’t rightly know why. The Carters’ll keep the place from fallin’ apart. Look after your resting place too. I will be back.”</w:t>
      </w:r>
    </w:p>
    <w:p w14:paraId="3365DC4D" w14:textId="77777777" w:rsidR="002F745A" w:rsidRDefault="002F745A" w:rsidP="002F745A">
      <w:r>
        <w:t>He touched the cross on each grave before turning back toward the house.</w:t>
      </w:r>
    </w:p>
    <w:p w14:paraId="65C13D3A" w14:textId="77777777" w:rsidR="002F745A" w:rsidRDefault="002F745A" w:rsidP="002F745A">
      <w:r>
        <w:t>The ride to the Carters’ place was slow, the morning sun climbing as he traveled down the road. Dust clung to his boots and horse’s legs alike, and the land gave off that dry, cracked smell of August in Texas.</w:t>
      </w:r>
    </w:p>
    <w:p w14:paraId="4156D04F" w14:textId="77777777" w:rsidR="002F745A" w:rsidRDefault="002F745A" w:rsidP="002F745A">
      <w:r>
        <w:t>When he reached their property, the porch creaked as Mrs. Carter stood from her rocker. She shaded her eyes, squinting toward the road.</w:t>
      </w:r>
    </w:p>
    <w:p w14:paraId="3A82324D" w14:textId="77777777" w:rsidR="002F745A" w:rsidRDefault="002F745A" w:rsidP="002F745A">
      <w:r>
        <w:t>“Henry!” she called over her shoulder. “Jonas is here.”</w:t>
      </w:r>
    </w:p>
    <w:p w14:paraId="2FD09861" w14:textId="77777777" w:rsidR="002F745A" w:rsidRDefault="002F745A" w:rsidP="002F745A">
      <w:r>
        <w:t>Mr. Carter emerged from around the side of the house, wiping sweat from his brow with a ragged handkerchief, shirt stained with the effort of fixing a fence post or wrangling a stubborn goat.</w:t>
      </w:r>
    </w:p>
    <w:p w14:paraId="707283FF" w14:textId="77777777" w:rsidR="002F745A" w:rsidRDefault="002F745A" w:rsidP="002F745A">
      <w:r>
        <w:t>Jonas dismounted slowly, leading his horse to the rail.</w:t>
      </w:r>
    </w:p>
    <w:p w14:paraId="743EC7C4" w14:textId="77777777" w:rsidR="002F745A" w:rsidRDefault="002F745A" w:rsidP="002F745A">
      <w:r>
        <w:t>“I’m headin’ out,” he said.</w:t>
      </w:r>
    </w:p>
    <w:p w14:paraId="2782AD68" w14:textId="77777777" w:rsidR="002F745A" w:rsidRDefault="002F745A" w:rsidP="002F745A">
      <w:r>
        <w:t>Mrs. Carter stepped forward, concern flickering behind her calm eyes. “You sure?”</w:t>
      </w:r>
    </w:p>
    <w:p w14:paraId="5B43245B" w14:textId="77777777" w:rsidR="002F745A" w:rsidRDefault="002F745A" w:rsidP="002F745A">
      <w:r>
        <w:t>He nodded. “Ain’t nothin’ here but ghosts and the man I became tryin’ to live with ’em. I need to move on.”</w:t>
      </w:r>
    </w:p>
    <w:p w14:paraId="39D68C07" w14:textId="77777777" w:rsidR="002F745A" w:rsidRDefault="002F745A" w:rsidP="002F745A">
      <w:r>
        <w:t>Mr. Carter clapped a hand on his shoulder. “We understand. Truly. You’ve been through more than most, and if the road’s callin’, you’d best not ignore it.”</w:t>
      </w:r>
    </w:p>
    <w:p w14:paraId="76C6C1A1" w14:textId="77777777" w:rsidR="002F745A" w:rsidRDefault="002F745A" w:rsidP="002F745A">
      <w:r>
        <w:t>“I was hopin’ you’d keep an eye on the homestead. The place… their…”</w:t>
      </w:r>
    </w:p>
    <w:p w14:paraId="41FF3C91" w14:textId="77777777" w:rsidR="002F745A" w:rsidRDefault="002F745A" w:rsidP="002F745A">
      <w:r>
        <w:lastRenderedPageBreak/>
        <w:t>Mrs. Carter nodded without hesitation. “Of course we will. I already go up there from time to time. Talk to Anna while I water the little garden I started. Wild mint’s taken root.”</w:t>
      </w:r>
    </w:p>
    <w:p w14:paraId="77C362E9" w14:textId="77777777" w:rsidR="002F745A" w:rsidRDefault="002F745A" w:rsidP="002F745A">
      <w:r>
        <w:t>Jonas smiled faintly. “Thank you.”</w:t>
      </w:r>
    </w:p>
    <w:p w14:paraId="1DB6757D" w14:textId="77777777" w:rsidR="002F745A" w:rsidRDefault="002F745A" w:rsidP="002F745A">
      <w:r>
        <w:t>He looked down the road, then back again.</w:t>
      </w:r>
    </w:p>
    <w:p w14:paraId="7BC6052A" w14:textId="77777777" w:rsidR="002F745A" w:rsidRDefault="002F745A" w:rsidP="002F745A">
      <w:r>
        <w:t>“I’ll come back one day. Don’t know when, but I will.”</w:t>
      </w:r>
    </w:p>
    <w:p w14:paraId="76C10468" w14:textId="77777777" w:rsidR="002F745A" w:rsidRDefault="002F745A" w:rsidP="002F745A">
      <w:r>
        <w:t>Mr. Carter extended his hand. “We’ll keep the lamp in the window for you.”</w:t>
      </w:r>
    </w:p>
    <w:p w14:paraId="65D2F633" w14:textId="77777777" w:rsidR="002F745A" w:rsidRDefault="002F745A" w:rsidP="002F745A">
      <w:r>
        <w:t xml:space="preserve">Jonas shook it firmly, then tipped his hat to Mrs. Carter. </w:t>
      </w:r>
    </w:p>
    <w:p w14:paraId="693BFC6F" w14:textId="77777777" w:rsidR="002F745A" w:rsidRDefault="002F745A" w:rsidP="002F745A">
      <w:r>
        <w:t>She gave a soft smile. ““God bless you, Jonas.”  Jonas smiled back.</w:t>
      </w:r>
    </w:p>
    <w:p w14:paraId="3D501C78" w14:textId="77777777" w:rsidR="002F745A" w:rsidRDefault="002F745A" w:rsidP="002F745A">
      <w:r>
        <w:t>He mounted up, gave one last glance at the house—at the people who’d shown him more kindness than he deserved—and turned his horse toward the dusty road south.</w:t>
      </w:r>
    </w:p>
    <w:p w14:paraId="456101E2" w14:textId="77777777" w:rsidR="002F745A" w:rsidRDefault="002F745A" w:rsidP="002F745A"/>
    <w:p w14:paraId="35921039" w14:textId="77777777" w:rsidR="002F745A" w:rsidRDefault="002F745A" w:rsidP="002F745A">
      <w:r>
        <w:t>Jonas didn’t ride with purpose, only direction—south, toward the sun and the August heat, toward something unnamed that clawed at his insides. He passed the same landmarks again and again: broken fences, empty windows, fields gone fallow. The land didn’t hum with life anymore. It waited.</w:t>
      </w:r>
    </w:p>
    <w:p w14:paraId="3F851B5F" w14:textId="77777777" w:rsidR="002F745A" w:rsidRDefault="002F745A" w:rsidP="002F745A">
      <w:r>
        <w:t>By the second evening, he came upon the edge of Fort Worth.</w:t>
      </w:r>
    </w:p>
    <w:p w14:paraId="7077DBFB" w14:textId="77777777" w:rsidR="002F745A" w:rsidRDefault="002F745A" w:rsidP="002F745A">
      <w:r>
        <w:t>What had once been a military outpost now stretched wide with tents, shanties, and half-built storefronts trying to grow into permanence. Smoke curled from scattered chimneys. A few wagons moved through the wide, dusty main street, slow and weary. The courthouse stood like an anchor in the center, surrounded by buildings that looked unsure of themselves—new lumber stacked beside old stone.</w:t>
      </w:r>
    </w:p>
    <w:p w14:paraId="413F2F88" w14:textId="77777777" w:rsidR="002F745A" w:rsidRDefault="002F745A" w:rsidP="002F745A">
      <w:r>
        <w:t>He dismounted in front of a weathered saloon that leaned a little to one side, its porch sagging. A sign above the door read Jackson’s Rest in fading red paint. Piano music drifted through the cracked door—a hesitant, wandering tune, more noise than melody.</w:t>
      </w:r>
    </w:p>
    <w:p w14:paraId="300F5E48" w14:textId="77777777" w:rsidR="002F745A" w:rsidRDefault="002F745A" w:rsidP="002F745A">
      <w:r>
        <w:t>Inside, it was dim and cool, the smell of sweat, tobacco, and spilled whiskey thick in the air. A few men sat hunched over cards or nursing drinks. No one looked up when Jonas stepped inside, dust still on his boots, hat pulled low.</w:t>
      </w:r>
    </w:p>
    <w:p w14:paraId="58A0BCE2" w14:textId="77777777" w:rsidR="002F745A" w:rsidRDefault="002F745A" w:rsidP="002F745A">
      <w:r>
        <w:t>He walked to the bar and nodded to the barkeep.</w:t>
      </w:r>
    </w:p>
    <w:p w14:paraId="297B03F1" w14:textId="77777777" w:rsidR="002F745A" w:rsidRDefault="002F745A" w:rsidP="002F745A">
      <w:r>
        <w:t>“Stew, if you got it. And a whiskey.”</w:t>
      </w:r>
    </w:p>
    <w:p w14:paraId="6F530638" w14:textId="77777777" w:rsidR="002F745A" w:rsidRDefault="002F745A" w:rsidP="002F745A">
      <w:r>
        <w:t>The man poured without a word, setting the chipped glass down with a dull thud. Jonas took a sip—enough to warm his throat, not enough to dull his edges. The stew came in a tin bowl, lukewarm and too salty, but it filled his stomach.</w:t>
      </w:r>
    </w:p>
    <w:p w14:paraId="5F229218" w14:textId="77777777" w:rsidR="002F745A" w:rsidRDefault="002F745A" w:rsidP="002F745A">
      <w:r>
        <w:lastRenderedPageBreak/>
        <w:t>He sat there a while, listening to the low murmur of conversation and the clink of glass. A few men glanced his way but quickly looked back. Lone riders weren’t unusual, and his eyes didn’t invite talk.</w:t>
      </w:r>
    </w:p>
    <w:p w14:paraId="4C4B9762" w14:textId="77777777" w:rsidR="002F745A" w:rsidRDefault="002F745A" w:rsidP="002F745A">
      <w:r>
        <w:t>When he’d eaten and had just enough whiskey to ease the tension in his shoulders, Jonas paid and stepped out into the night.</w:t>
      </w:r>
    </w:p>
    <w:p w14:paraId="0AFB5D53" w14:textId="77777777" w:rsidR="002F745A" w:rsidRDefault="002F745A" w:rsidP="002F745A">
      <w:r>
        <w:t>He rode just past the edge of town and made camp beneath a cluster of blackjack oaks, close enough to see the faint glow of lanterns but far enough to breathe. He unsaddled the horse, gave it a rubdown and feed, then laid out his bedroll on a patch of flat earth. The stars above were sharp and bright, the moon a pale sliver hanging low in the sky.</w:t>
      </w:r>
    </w:p>
    <w:p w14:paraId="68380102" w14:textId="77777777" w:rsidR="002F745A" w:rsidRDefault="002F745A" w:rsidP="002F745A">
      <w:r>
        <w:t>He lay on his back, arms crossed behind his head, listening to the night insects and the slow rhythm of his horse chewing nearby. His breath settled. His mind did not.</w:t>
      </w:r>
    </w:p>
    <w:p w14:paraId="478B8AFC" w14:textId="77777777" w:rsidR="002F745A" w:rsidRDefault="002F745A" w:rsidP="002F745A">
      <w:r>
        <w:t>Eventually, sleep took him.</w:t>
      </w:r>
    </w:p>
    <w:p w14:paraId="4F5FB68B" w14:textId="77777777" w:rsidR="002F745A" w:rsidRDefault="002F745A" w:rsidP="002F745A"/>
    <w:p w14:paraId="25EAD9E6" w14:textId="77777777" w:rsidR="002F745A" w:rsidRDefault="002F745A" w:rsidP="002F745A">
      <w:r>
        <w:t>The air was thick with smoke and sulfur, the ground trembling beneath pounding hooves. He looked up just in time to see Mark catch a round to the throat, his head snapping back as he fell. Thomas took a bullet through the side, doubled over and screaming. Jonas rolled behind a fallen log, yanking his Sharps rifle from its scabbard. He steadied it with practiced hands, eyes scanning through the haze. He singled out two riders—one a younger man, the other older, dressed in a red vest.</w:t>
      </w:r>
    </w:p>
    <w:p w14:paraId="3DB61982" w14:textId="77777777" w:rsidR="002F745A" w:rsidRDefault="002F745A" w:rsidP="002F745A">
      <w:r>
        <w:t>Jonas leaned out just enough and hissed, “Psst.”</w:t>
      </w:r>
    </w:p>
    <w:p w14:paraId="0DFD589C" w14:textId="77777777" w:rsidR="002F745A" w:rsidRDefault="002F745A" w:rsidP="002F745A">
      <w:r>
        <w:t>Both men turned at once, confusion flashing across their faces.</w:t>
      </w:r>
    </w:p>
    <w:p w14:paraId="4B3D1DFB" w14:textId="77777777" w:rsidR="002F745A" w:rsidRDefault="002F745A" w:rsidP="002F745A">
      <w:r>
        <w:t>He fired before they could speak. The younger one jerked back violently, dead before he hit the ground.</w:t>
      </w:r>
    </w:p>
    <w:p w14:paraId="02B400B3" w14:textId="77777777" w:rsidR="002F745A" w:rsidRDefault="002F745A" w:rsidP="002F745A">
      <w:r>
        <w:t>The older man—Red Vest—fumbled for his pistol, but Jonas didn’t give him the chance. Another shot rang out, and he dropped where he stood.</w:t>
      </w:r>
    </w:p>
    <w:p w14:paraId="4E8B96B0" w14:textId="77777777" w:rsidR="002F745A" w:rsidRDefault="002F745A" w:rsidP="002F745A">
      <w:r>
        <w:t>From the edge of the smoke, a voice: “Papa.”</w:t>
      </w:r>
    </w:p>
    <w:p w14:paraId="5C20B89A" w14:textId="77777777" w:rsidR="002F745A" w:rsidRDefault="002F745A" w:rsidP="002F745A">
      <w:r>
        <w:t>Jonas turned toward the voice. Grace stood there again, curls haloed by firelight. But this time, she didn’t look frightened. She simply watched.</w:t>
      </w:r>
    </w:p>
    <w:p w14:paraId="6E56D48B" w14:textId="77777777" w:rsidR="002F745A" w:rsidRDefault="002F745A" w:rsidP="002F745A">
      <w:r>
        <w:t>He couldn’t tell if she was proud… or disappointed.</w:t>
      </w:r>
    </w:p>
    <w:p w14:paraId="1424C838" w14:textId="77777777" w:rsidR="002F745A" w:rsidRDefault="002F745A" w:rsidP="002F745A">
      <w:r>
        <w:t>Jonas jolted awake, breath caught in his throat, hand already clutching the rifle beside him.</w:t>
      </w:r>
    </w:p>
    <w:p w14:paraId="6221B939" w14:textId="77777777" w:rsidR="002F745A" w:rsidRDefault="002F745A" w:rsidP="002F745A">
      <w:r>
        <w:t>It took a few seconds before the world settled—just the chirring of crickets, the hush of dry grass rustling in the night breeze. No smoke, no gunfire. Only the stars overhead, cold and distant.</w:t>
      </w:r>
    </w:p>
    <w:p w14:paraId="42CBB857" w14:textId="77777777" w:rsidR="002F745A" w:rsidRDefault="002F745A" w:rsidP="002F745A">
      <w:r>
        <w:t>He sat up slowly, wiping sweat from his brow, heart still pounding like a war drum. The fire had burned low, casting faint shadows that danced along the rim of his bedroll.</w:t>
      </w:r>
    </w:p>
    <w:p w14:paraId="1C6BCC61" w14:textId="77777777" w:rsidR="002F745A" w:rsidRDefault="002F745A" w:rsidP="002F745A">
      <w:r>
        <w:lastRenderedPageBreak/>
        <w:t>That dream… it hadn’t just been a memory this time.</w:t>
      </w:r>
    </w:p>
    <w:p w14:paraId="6E8C78DB" w14:textId="77777777" w:rsidR="002F745A" w:rsidRDefault="002F745A" w:rsidP="002F745A">
      <w:r>
        <w:t>It had changed.</w:t>
      </w:r>
    </w:p>
    <w:p w14:paraId="1E055EAD" w14:textId="77777777" w:rsidR="002F745A" w:rsidRDefault="002F745A" w:rsidP="002F745A">
      <w:r>
        <w:t>Those weren’t Union soldiers he shot. They were the men from back near home—the ones who’d gone after Ms. Langley. And Grace… she was there again, same as always. But this time, she hadn’t looked scared.</w:t>
      </w:r>
    </w:p>
    <w:p w14:paraId="4F0DC2BA" w14:textId="77777777" w:rsidR="002F745A" w:rsidRDefault="002F745A" w:rsidP="002F745A">
      <w:r>
        <w:t>Just still.</w:t>
      </w:r>
    </w:p>
    <w:p w14:paraId="5DF43608" w14:textId="77777777" w:rsidR="002F745A" w:rsidRDefault="002F745A" w:rsidP="002F745A">
      <w:r>
        <w:t>Watching.</w:t>
      </w:r>
    </w:p>
    <w:p w14:paraId="7CC9B049" w14:textId="77777777" w:rsidR="002F745A" w:rsidRDefault="002F745A" w:rsidP="002F745A">
      <w:r>
        <w:t>Jonas stared into the dying embers, jaw clenched. He didn’t know what unsettled him more—the killing, or the look in her eyes. Pride? Judgment? Maybe both. Maybe neither. Maybe it was just his own guilt looking back at him through her face.</w:t>
      </w:r>
    </w:p>
    <w:p w14:paraId="607CE97D" w14:textId="77777777" w:rsidR="002F745A" w:rsidRDefault="002F745A" w:rsidP="002F745A">
      <w:r>
        <w:t>He glanced up at the stars once more, then laid back, though he didn’t expect sleep to come again.</w:t>
      </w:r>
    </w:p>
    <w:p w14:paraId="33163BC0" w14:textId="77777777" w:rsidR="002F745A" w:rsidRDefault="002F745A" w:rsidP="002F745A">
      <w:r>
        <w:t>Not after that.</w:t>
      </w:r>
    </w:p>
    <w:p w14:paraId="76FEF855" w14:textId="77777777" w:rsidR="002F745A" w:rsidRDefault="002F745A" w:rsidP="002F745A"/>
    <w:p w14:paraId="2E89CEF0" w14:textId="77777777" w:rsidR="002F745A" w:rsidRDefault="002F745A" w:rsidP="002F745A">
      <w:r>
        <w:t>Jonas sat still for a long moment, the fire down to a soft orange glow. His shirt clung to his back with sweat, his chest rising and falling fast. He rubbed a hand over his face, then reached for the Sharps rifle beside him, just to be sure. The wood was cool from the night air. Familiar. Solid. After a while, the thudding in his chest quieted, but the echo of Grace’s voice—Papa—still lingered, soft as breath in the trees.</w:t>
      </w:r>
    </w:p>
    <w:p w14:paraId="77D4A2FA" w14:textId="77777777" w:rsidR="002F745A" w:rsidRDefault="002F745A" w:rsidP="002F745A">
      <w:r>
        <w:t>Dawn was coming on slow and pink over the hills when he finally stirred. He kicked dirt over the last of the coals and set about packing camp, careful not to rattle too loud. His horse, still tied to a low-limbed mesquite, nickered and tossed its head at the sound of saddle leather.</w:t>
      </w:r>
    </w:p>
    <w:p w14:paraId="337D5033" w14:textId="77777777" w:rsidR="002F745A" w:rsidRDefault="002F745A" w:rsidP="002F745A">
      <w:r>
        <w:t>Jonas mounted up without a word, guiding the animal back to the rutted road that led southwest. The ride was quiet, save for the wind through the dry grass and the buzz of insects rising with the sun. He passed through wide, rolling prairie where the trees bent eastward from years of weather, their roots sunk deep into the earth like stubborn old men. Once, a jackrabbit broke from a clump of sage and bolted across his path, vanishing into the brush. Another time, he spotted a deer drinking from a slow, muddy creek, its head jerking up at his approach before bounding away, white tail flashing.</w:t>
      </w:r>
    </w:p>
    <w:p w14:paraId="697A8646" w14:textId="77777777" w:rsidR="002F745A" w:rsidRDefault="002F745A" w:rsidP="002F745A">
      <w:r>
        <w:t>The road curved gently over low hills and across shallow, dry creeks, their beds cracked like old porcelain. He saw the remnants of fence posts long since split and fallen, cotton fields gone wild with weeds, and the sagging bones of homes left to rot in the sun. A hawk circled overhead once, riding a current high above the prairie, watching.</w:t>
      </w:r>
    </w:p>
    <w:p w14:paraId="1C7E0BCA" w14:textId="77777777" w:rsidR="002F745A" w:rsidRDefault="002F745A" w:rsidP="002F745A">
      <w:r>
        <w:t xml:space="preserve">By midday, the heat had settled in like a blanket over his shoulders. His canteen was near empty, and his horse was lathered and dust-covered. They paused once to rest in a sparse patch of shade, the ground </w:t>
      </w:r>
      <w:r>
        <w:lastRenderedPageBreak/>
        <w:t>too dry to offer comfort. Jonas let the reins go slack and leaned against the saddle horn, eyes closed, rocking gently with the rise and fall of the animal’s breath.</w:t>
      </w:r>
    </w:p>
    <w:p w14:paraId="2A970E7D" w14:textId="77777777" w:rsidR="002F745A" w:rsidRDefault="002F745A" w:rsidP="002F745A">
      <w:r>
        <w:t>Jonas rode in silence, alone with his thoughts.</w:t>
      </w:r>
    </w:p>
    <w:p w14:paraId="00139D8B" w14:textId="77777777" w:rsidR="002F745A" w:rsidRDefault="002F745A" w:rsidP="002F745A">
      <w:r>
        <w:t>He couldn’t shake the dream—couldn’t shake Grace’s voice. That small, fragile “Papa,” floating through the smoke like a ghost calling him home. But it was more than the dream. It was the faces. Mark, Thomas… the two men he’d gunned down outside Ms. Langley’s place. He’d told himself it was justice, that he did what needed to be done. But in the silence of the trail, their eyes stared back at him just the same.</w:t>
      </w:r>
    </w:p>
    <w:p w14:paraId="0B8F7F98" w14:textId="77777777" w:rsidR="002F745A" w:rsidRDefault="002F745A" w:rsidP="002F745A">
      <w:r>
        <w:t>He stayed like that for a long while, eyes fixed on the stars, the fire crackling low beside him. The night was quiet, but inside him, nothing was still. Something had shifted—he could feel it. Not enough to change him. Not yet. But enough to make the road ahead feel different.</w:t>
      </w:r>
    </w:p>
    <w:p w14:paraId="1B1E9023" w14:textId="77777777" w:rsidR="002F745A" w:rsidRDefault="002F745A" w:rsidP="002F745A"/>
    <w:p w14:paraId="7E8C4C65" w14:textId="77777777" w:rsidR="002F745A" w:rsidRDefault="002F745A" w:rsidP="002F745A">
      <w:r>
        <w:t>The years since had passed in a restless blur—countless miles ridden; nights spent chasing ghosts he couldn’t outrun. By 1869, the man in the saddle was worn thin, a quiet shadow of who he once was, carrying more silence than stories.</w:t>
      </w:r>
    </w:p>
    <w:p w14:paraId="675BC9D5" w14:textId="77777777" w:rsidR="002F745A" w:rsidRDefault="002F745A" w:rsidP="002F745A">
      <w:r>
        <w:t>Time moved the way it always did—slow when it hurt, fast when it didn’t matter. Seasons shifted. Faces changed. Towns rose and fell behind him like dust in a trail. Jonas kept riding. Not toward anything, just away. And by the summer of 1869, the man who crossed into the hill country was quieter, leaner, and worn thin from too many roads and not enough rest.</w:t>
      </w:r>
    </w:p>
    <w:p w14:paraId="475AD60E" w14:textId="77777777" w:rsidR="002F745A" w:rsidRDefault="002F745A" w:rsidP="002F745A">
      <w:r>
        <w:t>He rode on as the sun dipped westward, the sky turning gold at the edges. Sweat ran in rivulets down his back, and his horse’s breath came steady but labored. Still, they pushed on. Late afternoon, he crested a low ridge just as the sun began to tilt westward and saw Whitmore tucked into the landscape like it had been forgotten by time. A few crooked buildings lined a wide dirt street, the paint on their signs long sun-faded. A livery. A smithy. A saloon with a lopsided sign creaking in the breeze. And across from it, a squat white building with the faded word “Mercantile” painted across the front in flaking red letters.</w:t>
      </w:r>
    </w:p>
    <w:p w14:paraId="02D2C396" w14:textId="77777777" w:rsidR="002F745A" w:rsidRDefault="002F745A" w:rsidP="002F745A">
      <w:r>
        <w:t>Jonas reined in outside the mercantile, sliding down from the saddle. His horse stepped toward the water trough and drank deep, lapping loudly in the quiet.</w:t>
      </w:r>
    </w:p>
    <w:p w14:paraId="6AA60591" w14:textId="77777777" w:rsidR="002F745A" w:rsidRDefault="002F745A" w:rsidP="002F745A">
      <w:r>
        <w:t>Jonas stood beside him, one hand resting on the pommel, the other at his side, eyes scanning the street.</w:t>
      </w:r>
    </w:p>
    <w:p w14:paraId="7E306EBB" w14:textId="77777777" w:rsidR="002F745A" w:rsidRDefault="002F745A" w:rsidP="002F745A">
      <w:r>
        <w:t>The town wasn’t dead. Not yet. But it was leaning that way.</w:t>
      </w:r>
    </w:p>
    <w:p w14:paraId="2314F1B9" w14:textId="77777777" w:rsidR="002F745A" w:rsidRDefault="002F745A" w:rsidP="002F745A">
      <w:r>
        <w:t>Curtains shifted in second-story windows. Somewhere down the block, a screen door slammed and didn’t latch. A piano played off-key through the saloon doors, the notes slow and sour, as if the keys themselves were tired of the tune.</w:t>
      </w:r>
    </w:p>
    <w:p w14:paraId="758A0E5C" w14:textId="77777777" w:rsidR="002F745A" w:rsidRDefault="002F745A" w:rsidP="002F745A">
      <w:r>
        <w:t>Jonas adjusted his hat against the glare and breathed deep, dust and heat filling his lungs.</w:t>
      </w:r>
    </w:p>
    <w:p w14:paraId="4C55DC8D" w14:textId="77777777" w:rsidR="002F745A" w:rsidRDefault="002F745A" w:rsidP="002F745A">
      <w:r>
        <w:lastRenderedPageBreak/>
        <w:t>A sharp scream split the air just as Jonas stepped off the boardwalk outside the mercantile. He turned, frowning, and spotted the source—two men arguing in front of the saloon, one of them already grabbing a young girl by the arm.</w:t>
      </w:r>
    </w:p>
    <w:p w14:paraId="14FAF441" w14:textId="77777777" w:rsidR="002F745A" w:rsidRDefault="002F745A" w:rsidP="002F745A">
      <w:r>
        <w:t>The girl hit the ground hard, a small crate spilling from her arms and splitting open, scattering potatoes into the dust.</w:t>
      </w:r>
    </w:p>
    <w:p w14:paraId="7A790BB8" w14:textId="77777777" w:rsidR="002F745A" w:rsidRDefault="002F745A" w:rsidP="002F745A">
      <w:r>
        <w:t>Jonas sighed, muttered under his breath, and started across the street.</w:t>
      </w:r>
    </w:p>
    <w:p w14:paraId="10C39532" w14:textId="77777777" w:rsidR="002F745A" w:rsidRDefault="002F745A" w:rsidP="002F745A">
      <w:r>
        <w:t>The saloon doors banged open as the larger of the two men—broad shoulders, trail coat, mean eyes—stepped down into the dirt, shouting something slurred and angry. The other, younger and wiry, reached down to grab the girl again.</w:t>
      </w:r>
    </w:p>
    <w:p w14:paraId="3A3F62AD" w14:textId="77777777" w:rsidR="002F745A" w:rsidRDefault="002F745A" w:rsidP="002F745A">
      <w:r>
        <w:t>Jonas moved faster.</w:t>
      </w:r>
    </w:p>
    <w:p w14:paraId="2CB95393" w14:textId="77777777" w:rsidR="002F745A" w:rsidRDefault="002F745A" w:rsidP="002F745A">
      <w:r>
        <w:t>He closed the distance in a dozen strides, and just as the wiry man bent down to jerk the girl to her feet, Jonas grabbed the back of his collar and yanked him up short.</w:t>
      </w:r>
    </w:p>
    <w:p w14:paraId="5CC8083D" w14:textId="77777777" w:rsidR="002F745A" w:rsidRDefault="002F745A" w:rsidP="002F745A">
      <w:r>
        <w:t>The man stumbled backward with a grunt, only to catch a solid right hook to the gut. He doubled over, coughing, dropping to his knees in the dust.</w:t>
      </w:r>
    </w:p>
    <w:p w14:paraId="00F10433" w14:textId="77777777" w:rsidR="002F745A" w:rsidRDefault="002F745A" w:rsidP="002F745A">
      <w:r>
        <w:t>The larger man spun. “Hey—!”</w:t>
      </w:r>
    </w:p>
    <w:p w14:paraId="393ACB8E" w14:textId="77777777" w:rsidR="002F745A" w:rsidRDefault="002F745A" w:rsidP="002F745A">
      <w:r>
        <w:t>Jonas was already moving. He stepped in, grabbed the man’s coat with his left hand, and drove him backward into the saloon’s porch post with a thud that shook the boards.</w:t>
      </w:r>
    </w:p>
    <w:p w14:paraId="1F9FD4D1" w14:textId="77777777" w:rsidR="002F745A" w:rsidRDefault="002F745A" w:rsidP="002F745A">
      <w:r>
        <w:t>“Back off,” Jonas said. Calm, low, and deadly serious.</w:t>
      </w:r>
    </w:p>
    <w:p w14:paraId="51B406C7" w14:textId="77777777" w:rsidR="002F745A" w:rsidRDefault="002F745A" w:rsidP="002F745A">
      <w:r>
        <w:t>The man reached for his pistol, but Jonas was faster. He twisted the man’s wrist and slammed his hand into the post. The revolver clattered to the ground. Jonas kicked it aside and let go.</w:t>
      </w:r>
    </w:p>
    <w:p w14:paraId="0274EA9F" w14:textId="77777777" w:rsidR="002F745A" w:rsidRDefault="002F745A" w:rsidP="002F745A">
      <w:r>
        <w:t>The man staggered back, cradling his hand and cursing.</w:t>
      </w:r>
    </w:p>
    <w:p w14:paraId="5A597F92" w14:textId="77777777" w:rsidR="002F745A" w:rsidRDefault="002F745A" w:rsidP="002F745A">
      <w:r>
        <w:t>Jonas turned to the other, still on his knees, trying to catch his breath.</w:t>
      </w:r>
    </w:p>
    <w:p w14:paraId="367FEB85" w14:textId="77777777" w:rsidR="002F745A" w:rsidRDefault="002F745A" w:rsidP="002F745A">
      <w:r>
        <w:t>“Pick up her things,” Jonas said.</w:t>
      </w:r>
    </w:p>
    <w:p w14:paraId="647B11E0" w14:textId="77777777" w:rsidR="002F745A" w:rsidRDefault="002F745A" w:rsidP="002F745A">
      <w:r>
        <w:t>The man looked up at him, face red, but didn’t argue. He crawled around in the dirt, grabbing potatoes, stuffing them back into the busted crate. His partner stood off to the side, sullen and nursing his hand.</w:t>
      </w:r>
    </w:p>
    <w:p w14:paraId="60699FEE" w14:textId="77777777" w:rsidR="002F745A" w:rsidRDefault="002F745A" w:rsidP="002F745A">
      <w:r>
        <w:t>The girl, wide-eyed and silent, stared up at Jonas.</w:t>
      </w:r>
    </w:p>
    <w:p w14:paraId="4F295A55" w14:textId="77777777" w:rsidR="002F745A" w:rsidRDefault="002F745A" w:rsidP="002F745A">
      <w:r>
        <w:t>Jonas nodded once. “Go on now,” he said gently.</w:t>
      </w:r>
    </w:p>
    <w:p w14:paraId="007B45CD" w14:textId="77777777" w:rsidR="002F745A" w:rsidRDefault="002F745A" w:rsidP="002F745A">
      <w:r>
        <w:t>She scooped up the crate, still shaking, and ran off toward the mercantile.</w:t>
      </w:r>
    </w:p>
    <w:p w14:paraId="14317190" w14:textId="77777777" w:rsidR="002F745A" w:rsidRDefault="002F745A" w:rsidP="002F745A">
      <w:r>
        <w:t>Jonas turned back to the two men. “Be glad I held back. Others weren’t so lucky.”</w:t>
      </w:r>
    </w:p>
    <w:p w14:paraId="47DE5B9C" w14:textId="77777777" w:rsidR="002F745A" w:rsidRDefault="002F745A" w:rsidP="002F745A">
      <w:r>
        <w:lastRenderedPageBreak/>
        <w:t>The two men grumbled but didn’t push their luck. The older one nursed his bruised ribs, the younger spat blood into the dust. Jonas watched them retreat with a hard stare, then turned away.</w:t>
      </w:r>
    </w:p>
    <w:p w14:paraId="386D3ACA" w14:textId="77777777" w:rsidR="002F745A" w:rsidRDefault="002F745A" w:rsidP="002F745A">
      <w:r>
        <w:t>The onlookers dispersed just as quietly as they’d gathered, slipping back into buildings and behind drawn curtains. An old man nearby muttered, “Wasn’t your fight.”</w:t>
      </w:r>
    </w:p>
    <w:p w14:paraId="517521B6" w14:textId="77777777" w:rsidR="002F745A" w:rsidRDefault="002F745A" w:rsidP="002F745A">
      <w:r>
        <w:t>Jonas didn’t look at him. “Didn’t see anyone else stopping it,” he said, brushing dust from his coat sleeve.</w:t>
      </w:r>
    </w:p>
    <w:p w14:paraId="159B2427" w14:textId="77777777" w:rsidR="002F745A" w:rsidRDefault="002F745A" w:rsidP="002F745A">
      <w:r>
        <w:t>He stepped up onto the saloon porch, the boards creaking beneath his boots, and pushed through the batwing doors.</w:t>
      </w:r>
    </w:p>
    <w:p w14:paraId="7BC6A842" w14:textId="77777777" w:rsidR="002F745A" w:rsidRDefault="002F745A" w:rsidP="002F745A">
      <w:r>
        <w:t>Inside, the air was close and stale, thick with the smells of sweat, spilled beer, and old wood. A piano sat silent in the corner, keys chipped and yellowing. A half-dozen patrons dotted the room—most with their heads down over drinks. No one looked up. Just one man coughed once and went back to his cards.</w:t>
      </w:r>
    </w:p>
    <w:p w14:paraId="0F31DFBE" w14:textId="77777777" w:rsidR="002F745A" w:rsidRDefault="002F745A" w:rsidP="002F745A">
      <w:r>
        <w:t>Jonas moved to the bar. The barkeep, a skinny fellow with a crooked nose and thinning hair, gave him a once-over before wordlessly setting out a glass and bottle of whiskey.</w:t>
      </w:r>
    </w:p>
    <w:p w14:paraId="076147EE" w14:textId="77777777" w:rsidR="002F745A" w:rsidRDefault="002F745A" w:rsidP="002F745A">
      <w:r>
        <w:t>Jonas poured just a little—enough to take the edge off—and tossed it back with a practiced motion. The burn was sharp, but it steadied his breathing. He poured a second, this time sipping slow.</w:t>
      </w:r>
    </w:p>
    <w:p w14:paraId="3A112903" w14:textId="77777777" w:rsidR="002F745A" w:rsidRDefault="002F745A" w:rsidP="002F745A">
      <w:r>
        <w:t>Behind him, conversation picked up in murmurs. No one thanked him. No one welcomed him. That was fine.</w:t>
      </w:r>
    </w:p>
    <w:p w14:paraId="3F5F30BB" w14:textId="77777777" w:rsidR="002F745A" w:rsidRDefault="002F745A" w:rsidP="002F745A">
      <w:r>
        <w:t>He turned slightly, resting an elbow on the bar, eyes scanning the room. Just another stop in another forgotten town. Another step away from the past that kept riding his heels.</w:t>
      </w:r>
    </w:p>
    <w:p w14:paraId="41DD4B34" w14:textId="77777777" w:rsidR="002F745A" w:rsidRDefault="002F745A" w:rsidP="002F745A">
      <w:r>
        <w:t>He flexed his fingers, still raw from the fight, and let out a slow breath.</w:t>
      </w:r>
    </w:p>
    <w:p w14:paraId="619AD87D" w14:textId="77777777" w:rsidR="002F745A" w:rsidRDefault="002F745A" w:rsidP="002F745A">
      <w:r>
        <w:t>Across the street, tucked in the narrow shadow between the old chapel and a crumbling stable, a lone figure leaned against the wall. His coat was dust-worn, collar turned up against the breeze, the brim of his hat low enough to hide his eyes. In one hand, he turned an apple slowly, absently. He took a bite—quiet, unhurried—and chewed without shifting his gaze.</w:t>
      </w:r>
    </w:p>
    <w:p w14:paraId="0C702202" w14:textId="77777777" w:rsidR="002F745A" w:rsidRDefault="002F745A" w:rsidP="002F745A">
      <w:r>
        <w:t>He wasn’t waiting for anyone. Not really. But when the stranger stepped into town and broke up a fight without drawing steel or spitting blood, the man in the alley had taken note.</w:t>
      </w:r>
    </w:p>
    <w:p w14:paraId="44D55E19" w14:textId="77777777" w:rsidR="002F745A" w:rsidRDefault="002F745A" w:rsidP="002F745A">
      <w:r>
        <w:t>He watched a while longer as the stranger disappeared into the saloon. Then he pushed off the wall, tossing the apple core aside. The sound of it landing in the dirt was barely a whisper.</w:t>
      </w:r>
    </w:p>
    <w:p w14:paraId="4887C7D6" w14:textId="77777777" w:rsidR="002F745A" w:rsidRDefault="002F745A" w:rsidP="002F745A">
      <w:r>
        <w:t>***</w:t>
      </w:r>
    </w:p>
    <w:p w14:paraId="1C0A4605" w14:textId="77777777" w:rsidR="002F745A" w:rsidRDefault="002F745A" w:rsidP="002F745A">
      <w:r>
        <w:t xml:space="preserve">In the early evening, the day’s heat had finally begun to break, and the last of the light stretched long and gold across the streets of Whitmore. </w:t>
      </w:r>
    </w:p>
    <w:p w14:paraId="512CE929" w14:textId="77777777" w:rsidR="002F745A" w:rsidRDefault="002F745A" w:rsidP="002F745A">
      <w:r>
        <w:lastRenderedPageBreak/>
        <w:t>Inside the saloon, the lamps were lit, casting a warm glow over scuffed floors and weathered faces. Jonas sat at the bar, nursing a half-glass of whiskey and a bowl of stew that had long since gone cold. He wasn’t drinking much—just enough to take the edge off the silence in his mind.</w:t>
      </w:r>
    </w:p>
    <w:p w14:paraId="42F99E57" w14:textId="77777777" w:rsidR="002F745A" w:rsidRDefault="002F745A" w:rsidP="002F745A">
      <w:r>
        <w:t>Behind him, laughter rose, boots scraped against floorboards, and a poker hand was called with a curse. Jonas barely noticed.</w:t>
      </w:r>
    </w:p>
    <w:p w14:paraId="7D3C3E47" w14:textId="77777777" w:rsidR="002F745A" w:rsidRDefault="002F745A" w:rsidP="002F745A">
      <w:r>
        <w:t>Then came the bells.</w:t>
      </w:r>
    </w:p>
    <w:p w14:paraId="0B2E1F5C" w14:textId="77777777" w:rsidR="002F745A" w:rsidRDefault="002F745A" w:rsidP="002F745A">
      <w:r>
        <w:t>Not just one, but several in slow, measured rhythm. They rang out across town, carried on the evening wind—too deliberate to be a mistake. Not an alarm, either. A summons.</w:t>
      </w:r>
    </w:p>
    <w:p w14:paraId="0375BFC0" w14:textId="77777777" w:rsidR="002F745A" w:rsidRDefault="002F745A" w:rsidP="002F745A">
      <w:r>
        <w:t>Jonas turned his head slightly toward the sound, brows drawing together. Church bells?</w:t>
      </w:r>
    </w:p>
    <w:p w14:paraId="5749EC7C" w14:textId="77777777" w:rsidR="002F745A" w:rsidRDefault="002F745A" w:rsidP="002F745A">
      <w:r>
        <w:t>He set his glass down, stood, and stepped out into the fading light. Across the narrow street, the bell tower of the old church stood silhouetted against the evening sky, rough-edged and crumbling, but still upright. In the doorway below, a lone figure stood framed in the opening—a tall man in a long coat and broad hat, eating an apple, his face shadowed by the brim. The preacher didn’t speak. Just watched.</w:t>
      </w:r>
    </w:p>
    <w:p w14:paraId="4A0232AE" w14:textId="77777777" w:rsidR="002F745A" w:rsidRDefault="002F745A" w:rsidP="002F745A">
      <w:r>
        <w:t>Jonas met his gaze for a moment, unreadable.</w:t>
      </w:r>
    </w:p>
    <w:p w14:paraId="515F0AB0" w14:textId="77777777" w:rsidR="002F745A" w:rsidRDefault="002F745A" w:rsidP="002F745A">
      <w:r>
        <w:t>Then he turned, and walked the other direction—toward the hotel at the far end of the street. He didn’t look back.</w:t>
      </w:r>
    </w:p>
    <w:p w14:paraId="4629D4BC" w14:textId="77777777" w:rsidR="002F745A" w:rsidRDefault="002F745A" w:rsidP="002F745A">
      <w:r>
        <w:t>Behind him, the preacher took another bite of the apple. The bells had gone silent, but their echo lingered, low and patient in the dust-swept air.</w:t>
      </w:r>
    </w:p>
    <w:p w14:paraId="4DD2FF1F" w14:textId="77777777" w:rsidR="002F745A" w:rsidRDefault="002F745A" w:rsidP="002F745A">
      <w:r>
        <w:br/>
      </w:r>
    </w:p>
    <w:p w14:paraId="32922566" w14:textId="77777777" w:rsidR="002F745A" w:rsidRDefault="002F745A" w:rsidP="002F745A">
      <w:r>
        <w:t>Chapter Ten</w:t>
      </w:r>
    </w:p>
    <w:p w14:paraId="2BB18B6E" w14:textId="77777777" w:rsidR="002F745A" w:rsidRDefault="002F745A" w:rsidP="002F745A">
      <w:r>
        <w:t>Elijah Stone</w:t>
      </w:r>
    </w:p>
    <w:p w14:paraId="553EB87A" w14:textId="77777777" w:rsidR="002F745A" w:rsidRDefault="002F745A" w:rsidP="002F745A">
      <w:r>
        <w:t>Whitmore, Texas – One Week Earlier</w:t>
      </w:r>
    </w:p>
    <w:p w14:paraId="6237FF07" w14:textId="77777777" w:rsidR="002F745A" w:rsidRDefault="002F745A" w:rsidP="002F745A">
      <w:r>
        <w:t>The late-afternoon sun bled across the horizon in bands of orange and rust, casting long shadows that pooled like spilled ink across the parched dust of Whitmore’s single main street. The wind stirred the grit with lazy indifference, and every building—the leaning mercantile, the soot-smudged saloon, the shuttered smithy—seemed too tired to stand upright. There was no greeting party, no children laughing, no dogs barking. Only the creak of a weathered signpost and the far-off cough of a sick cow.</w:t>
      </w:r>
    </w:p>
    <w:p w14:paraId="193FA02A" w14:textId="77777777" w:rsidR="002F745A" w:rsidRDefault="002F745A" w:rsidP="002F745A">
      <w:r>
        <w:t>Through the haze rode a solitary figure.</w:t>
      </w:r>
      <w:r>
        <w:br/>
        <w:t>His horse was lean and slow-stepping, like its rider.</w:t>
      </w:r>
      <w:r>
        <w:br/>
        <w:t xml:space="preserve">Elijah Stone sat upright in the saddle, his posture a quiet defiance against time and heat. His coat was threadbare, patched in the elbows, collar sun-bleached. A weather-cracked Bible was tucked in the flap </w:t>
      </w:r>
      <w:r>
        <w:lastRenderedPageBreak/>
        <w:t>of his saddlebag, and a long walking stick, worn smooth by years of use, was tied to the bedroll behind him.</w:t>
      </w:r>
    </w:p>
    <w:p w14:paraId="38F01EF6" w14:textId="77777777" w:rsidR="002F745A" w:rsidRDefault="002F745A" w:rsidP="002F745A">
      <w:r>
        <w:t>He tipped his hat as he passed two men lounging outside the general store. They didn't return the gesture—just squinted at him, eyes narrow, unblinking. Suspicion was currency in these parts. Elijah was used to it.</w:t>
      </w:r>
    </w:p>
    <w:p w14:paraId="6EE08394" w14:textId="77777777" w:rsidR="002F745A" w:rsidRDefault="002F745A" w:rsidP="002F745A">
      <w:r>
        <w:t>He said nothing.</w:t>
      </w:r>
    </w:p>
    <w:p w14:paraId="3624B828" w14:textId="77777777" w:rsidR="002F745A" w:rsidRDefault="002F745A" w:rsidP="002F745A">
      <w:r>
        <w:t>The church was near the south end of town, a squat structure with peeling whitewash and sagging rafters. Elijah dismounted and stepped inside. Dust drifted in the beams of amber light that filtered through cracked stained glass. The pews were empty. So was the pulpit. Silence pressed heavy against the walls.</w:t>
      </w:r>
    </w:p>
    <w:p w14:paraId="39B9A5E2" w14:textId="77777777" w:rsidR="002F745A" w:rsidRDefault="002F745A" w:rsidP="002F745A">
      <w:r>
        <w:t>Elijah took off his hat and knelt at the altar, resting his hand on the warped wood.</w:t>
      </w:r>
    </w:p>
    <w:p w14:paraId="221D904B" w14:textId="77777777" w:rsidR="002F745A" w:rsidRDefault="002F745A" w:rsidP="002F745A">
      <w:r>
        <w:t>“Still yours, Lord,” he whispered.</w:t>
      </w:r>
    </w:p>
    <w:p w14:paraId="633541C5" w14:textId="77777777" w:rsidR="002F745A" w:rsidRDefault="002F745A" w:rsidP="002F745A">
      <w:r>
        <w:t>No one saw him there. No one came.</w:t>
      </w:r>
    </w:p>
    <w:p w14:paraId="0D290912" w14:textId="77777777" w:rsidR="002F745A" w:rsidRDefault="002F745A" w:rsidP="002F745A">
      <w:r>
        <w:t>Across the street, he led his horse to the back of the saloon, where a half-collapsed lean-to passed for a stable. A grizzled man with grease-slick hair was nursing a pipe and rubbing down a mule with more fleas than teeth.</w:t>
      </w:r>
    </w:p>
    <w:p w14:paraId="7A4DBD98" w14:textId="77777777" w:rsidR="002F745A" w:rsidRDefault="002F745A" w:rsidP="002F745A">
      <w:r>
        <w:t>Elijah offered a few coins and a soft smile. “Evenin’. Any chance of a stall or a patch of floor?”</w:t>
      </w:r>
    </w:p>
    <w:p w14:paraId="136F6A0E" w14:textId="77777777" w:rsidR="002F745A" w:rsidRDefault="002F745A" w:rsidP="002F745A">
      <w:r>
        <w:t>The man eyed him up and down. “Preacher?” He barked out a laugh. “Ain’t much call for one of those anymore.”</w:t>
      </w:r>
    </w:p>
    <w:p w14:paraId="34445C0D" w14:textId="77777777" w:rsidR="002F745A" w:rsidRDefault="002F745A" w:rsidP="002F745A">
      <w:r>
        <w:t>Elijah didn’t flinch. “Might be why I was sent.”</w:t>
      </w:r>
    </w:p>
    <w:p w14:paraId="3D8C24B5" w14:textId="77777777" w:rsidR="002F745A" w:rsidRDefault="002F745A" w:rsidP="002F745A">
      <w:r>
        <w:t>The man grunted and took the coins.</w:t>
      </w:r>
    </w:p>
    <w:p w14:paraId="44690041" w14:textId="77777777" w:rsidR="002F745A" w:rsidRDefault="002F745A" w:rsidP="002F745A">
      <w:r>
        <w:t>That first night, Elijah slept in the hay. By morning, he had already mended the back hinge of the saloon’s side door, which had been banging loose for weeks. No one had asked him to.</w:t>
      </w:r>
    </w:p>
    <w:p w14:paraId="0B3BA8EA" w14:textId="77777777" w:rsidR="002F745A" w:rsidRDefault="002F745A" w:rsidP="002F745A">
      <w:r>
        <w:t>Later that day, he helped a woman lift a broken wheelbarrow from the ditch. He gave her his last apple and a wordless smile. When a boy offered him a pebble for trade, Elijah gave him a boiled egg and ruffled his hair.</w:t>
      </w:r>
    </w:p>
    <w:p w14:paraId="0ACBD0AF" w14:textId="77777777" w:rsidR="002F745A" w:rsidRDefault="002F745A" w:rsidP="002F745A">
      <w:r>
        <w:t>He didn’t preach. Not yet. He just stayed.</w:t>
      </w:r>
    </w:p>
    <w:p w14:paraId="48117B7A" w14:textId="77777777" w:rsidR="002F745A" w:rsidRDefault="002F745A" w:rsidP="002F745A">
      <w:r>
        <w:t>On the second day, he swept the steps of the church. On the third, he gathered a few broken boards from an abandoned shop and patched a hole in the chapel roof.</w:t>
      </w:r>
    </w:p>
    <w:p w14:paraId="61BAD01C" w14:textId="77777777" w:rsidR="002F745A" w:rsidRDefault="002F745A" w:rsidP="002F745A">
      <w:r>
        <w:lastRenderedPageBreak/>
        <w:t>By the fourth night, he unlocked the doors of the church and lit two lanterns. He rang the bell—only once, it been a while since church bells rang in Whitmore. He left the doors open and sat quietly behind the pulpit, waiting.</w:t>
      </w:r>
    </w:p>
    <w:p w14:paraId="56CEA560" w14:textId="77777777" w:rsidR="002F745A" w:rsidRDefault="002F745A" w:rsidP="002F745A">
      <w:r>
        <w:t>Only two souls came: Maeve, the widow who’d brought him coffee, and an old man with trembling hands who sat in the last pew and said nothing. Elijah read from the Psalms and spoke gently, like one talking to the wind. When it was over, they said nothing. Maeve left a biscuit on the front pew.</w:t>
      </w:r>
    </w:p>
    <w:p w14:paraId="50AB4098" w14:textId="77777777" w:rsidR="002F745A" w:rsidRDefault="002F745A" w:rsidP="002F745A">
      <w:r>
        <w:t>On the fifth night, there were five. Maeve returned, and so did the old man. A thin teenage boy lingered in the back, hat in hand. A tired-looking couple slipped in just after Elijah began reading from Matthew. When he finished, he closed the Bible and just sat there. One by one, they slipped out into the night, leaving nothing behind but footprints in the dust and a hush in the air.</w:t>
      </w:r>
    </w:p>
    <w:p w14:paraId="54D9F690" w14:textId="77777777" w:rsidR="002F745A" w:rsidRDefault="002F745A" w:rsidP="002F745A">
      <w:r>
        <w:t>On the sixth night, eight came. No one spoke much. They just listened. One brought a loaf of bread, another a jar of preserves. Elijah placed both on the altar and gave thanks. That night, after the others had gone, he sat alone in the church for a long time, the lantern flickering low, murmuring a hymn into the stillness.</w:t>
      </w:r>
    </w:p>
    <w:p w14:paraId="48D4C901" w14:textId="77777777" w:rsidR="002F745A" w:rsidRDefault="002F745A" w:rsidP="002F745A">
      <w:r>
        <w:t>Each day in between, he walked the town. He mended fences without being asked. Helped a farmer dig a posthole. Sat with a sick child while her mother fetched herbs. His words were few. His presence was enough.</w:t>
      </w:r>
    </w:p>
    <w:p w14:paraId="26300B46" w14:textId="77777777" w:rsidR="002F745A" w:rsidRDefault="002F745A" w:rsidP="002F745A">
      <w:r>
        <w:t>By the seventh morning, Whitmore was no longer indifferent—but it wasn’t sure what to make of him either. People nodded now, uncertain but less cold. Children waved. The saloon owner grunted something like a greeting.</w:t>
      </w:r>
    </w:p>
    <w:p w14:paraId="1C2D4317" w14:textId="77777777" w:rsidR="002F745A" w:rsidRDefault="002F745A" w:rsidP="002F745A">
      <w:r>
        <w:t>And that was the day when Jonas Walker rode into town—dust in his hair, grief in his eyes, a battered rifle slung over his shoulder.</w:t>
      </w:r>
    </w:p>
    <w:p w14:paraId="0F7387D9" w14:textId="77777777" w:rsidR="002F745A" w:rsidRDefault="002F745A" w:rsidP="002F745A">
      <w:r>
        <w:t>Elijah was outside the church at the time, mending a shutter with an old piece of wood and a rusted nail.</w:t>
      </w:r>
    </w:p>
    <w:p w14:paraId="5E2F560A" w14:textId="77777777" w:rsidR="002F745A" w:rsidRDefault="002F745A" w:rsidP="002F745A">
      <w:r>
        <w:t>He didn’t look up right away, not until he heard the commotion.</w:t>
      </w:r>
    </w:p>
    <w:p w14:paraId="59049F0A" w14:textId="77777777" w:rsidR="002F745A" w:rsidRDefault="002F745A" w:rsidP="002F745A">
      <w:r>
        <w:t>But when he did, his gaze followed Jonas like a prayer sent too early.</w:t>
      </w:r>
    </w:p>
    <w:p w14:paraId="21562192" w14:textId="77777777" w:rsidR="002F745A" w:rsidRDefault="002F745A" w:rsidP="002F745A"/>
    <w:p w14:paraId="005296D7" w14:textId="77777777" w:rsidR="002F745A" w:rsidRDefault="002F745A" w:rsidP="002F745A">
      <w:r>
        <w:t>The afternoon sun baked the main street of Whitmore, casting long shadows that swayed with the dust. The town moved slowly, if it moved at all. Somewhere down the lane, a blacksmith’s hammer rang once and fell silent. A dog barked, then gave up and laid back down in the shade.</w:t>
      </w:r>
    </w:p>
    <w:p w14:paraId="7B715D71" w14:textId="77777777" w:rsidR="002F745A" w:rsidRDefault="002F745A" w:rsidP="002F745A">
      <w:r>
        <w:t>The saloon was quiet—the kind of quiet that settles after too many days just like this one. A few old-timers muttered over their cards in the corner, their laughter hollow. The piano hadn’t played in weeks. Maybe longer.</w:t>
      </w:r>
    </w:p>
    <w:p w14:paraId="471A9FC1" w14:textId="77777777" w:rsidR="002F745A" w:rsidRDefault="002F745A" w:rsidP="002F745A">
      <w:r>
        <w:lastRenderedPageBreak/>
        <w:t>Jonas sat alone at the bar, shoulders slumped, eyes fixed on nothing. A layer of road dust clung to his coat, and his boots were scuffed and cracked from miles walked in silence. His revolver rested at his side, untouched but never far from reach.</w:t>
      </w:r>
    </w:p>
    <w:p w14:paraId="636F7FF6" w14:textId="77777777" w:rsidR="002F745A" w:rsidRDefault="002F745A" w:rsidP="002F745A">
      <w:r>
        <w:t>Outside, the wind stirred grit across the porch and into the street. Whitmore wasn’t much different than Lonesome Ridge, both had become... Lonesome. The town hadn’t died completely, but it no longer lived either. It limped along, scarred and sun-baked, a shadow of what it once was.</w:t>
      </w:r>
    </w:p>
    <w:p w14:paraId="478CD9D5" w14:textId="77777777" w:rsidR="002F745A" w:rsidRDefault="002F745A" w:rsidP="002F745A">
      <w:r>
        <w:t>Just like him.</w:t>
      </w:r>
    </w:p>
    <w:p w14:paraId="018D9594" w14:textId="77777777" w:rsidR="002F745A" w:rsidRDefault="002F745A" w:rsidP="002F745A">
      <w:r>
        <w:t>He lifted his glass and drank again. The burn had long since dulled. Now it was just motion. Habit. Numbness. It helped him sleep—always. Helped him forget—sometimes, until the next morning.</w:t>
      </w:r>
    </w:p>
    <w:p w14:paraId="2FAFF009" w14:textId="77777777" w:rsidR="002F745A" w:rsidRDefault="002F745A" w:rsidP="002F745A">
      <w:r>
        <w:t>The saloon doors creaked open behind him.</w:t>
      </w:r>
    </w:p>
    <w:p w14:paraId="0B9855A0" w14:textId="77777777" w:rsidR="002F745A" w:rsidRDefault="002F745A" w:rsidP="002F745A">
      <w:r>
        <w:t>Jonas didn’t turn. Folks came and went. Most knew better than to bother him. But something in the air shifted—quieter, sharper, as if someone had walked in carrying more than dust on their boots.</w:t>
      </w:r>
    </w:p>
    <w:p w14:paraId="6E199D9F" w14:textId="77777777" w:rsidR="002F745A" w:rsidRDefault="002F745A" w:rsidP="002F745A">
      <w:r>
        <w:t>The man didn’t speak right away. Just stood there a moment, letting the silence stretch. Then came the sound of slow, steady footsteps. Spurs without a jingle. Confident, but not cocky. Measured.</w:t>
      </w:r>
    </w:p>
    <w:p w14:paraId="67C0D1AF" w14:textId="77777777" w:rsidR="002F745A" w:rsidRDefault="002F745A" w:rsidP="002F745A">
      <w:r>
        <w:t>The preacher sat down a few stools away and nodded to the bartender. “Water,” he said. “And another glass for him.”</w:t>
      </w:r>
    </w:p>
    <w:p w14:paraId="6B3924FA" w14:textId="77777777" w:rsidR="002F745A" w:rsidRDefault="002F745A" w:rsidP="002F745A">
      <w:r>
        <w:t>The barkeep hesitated but obliged, setting down the glass between them with the cautious care of a man laying down kindling near a fire.</w:t>
      </w:r>
    </w:p>
    <w:p w14:paraId="0A4C7512" w14:textId="77777777" w:rsidR="002F745A" w:rsidRDefault="002F745A" w:rsidP="002F745A">
      <w:r>
        <w:t>The preacher glanced toward Jonas without turning his head. “Where’d you serve?”</w:t>
      </w:r>
    </w:p>
    <w:p w14:paraId="3233FCE5" w14:textId="77777777" w:rsidR="002F745A" w:rsidRDefault="002F745A" w:rsidP="002F745A">
      <w:r>
        <w:t>Jonas’s eyes shifted. He studied the man now—not just his coat or the dust on his boots, but the set of his jaw, the quiet steadiness in his voice.</w:t>
      </w:r>
    </w:p>
    <w:p w14:paraId="0F79B05D" w14:textId="77777777" w:rsidR="002F745A" w:rsidRDefault="002F745A" w:rsidP="002F745A">
      <w:r>
        <w:t>“You a soldier?” Jonas asked, suspicion curling behind his words like smoke.</w:t>
      </w:r>
    </w:p>
    <w:p w14:paraId="4A6FAB16" w14:textId="77777777" w:rsidR="002F745A" w:rsidRDefault="002F745A" w:rsidP="002F745A">
      <w:r>
        <w:t>The preacher didn’t answer right away. Just waited.</w:t>
      </w:r>
    </w:p>
    <w:p w14:paraId="390359E3" w14:textId="77777777" w:rsidR="002F745A" w:rsidRDefault="002F745A" w:rsidP="002F745A">
      <w:r>
        <w:t>Jonas grunted and looked back at his drink. “Texas 9th Cavalry,” he said after a moment. “Fought all over. Pea Ridge. Corinth. Atlanta. Murfreesboro. Lost a lot of good men at Corinth.”</w:t>
      </w:r>
    </w:p>
    <w:p w14:paraId="509C2CB6" w14:textId="77777777" w:rsidR="002F745A" w:rsidRDefault="002F745A" w:rsidP="002F745A">
      <w:r>
        <w:t>He paused. His voice had gone flat again, like reading gravestones.</w:t>
      </w:r>
    </w:p>
    <w:p w14:paraId="126C1464" w14:textId="77777777" w:rsidR="002F745A" w:rsidRDefault="002F745A" w:rsidP="002F745A">
      <w:r>
        <w:t>Then he turned his eyes on the man, squinting.</w:t>
      </w:r>
    </w:p>
    <w:p w14:paraId="575704BD" w14:textId="77777777" w:rsidR="002F745A" w:rsidRDefault="002F745A" w:rsidP="002F745A">
      <w:r>
        <w:t>“What about you, preacher? You serve?”</w:t>
      </w:r>
    </w:p>
    <w:p w14:paraId="405D9A48" w14:textId="77777777" w:rsidR="002F745A" w:rsidRDefault="002F745A" w:rsidP="002F745A">
      <w:r>
        <w:t>The preacher met his gaze evenly. “Chaplain. 18th Kentucky Infantry. Army of the Cumberland.”</w:t>
      </w:r>
    </w:p>
    <w:p w14:paraId="61F48AE7" w14:textId="77777777" w:rsidR="002F745A" w:rsidRDefault="002F745A" w:rsidP="002F745A">
      <w:r>
        <w:t>Jonas stared.</w:t>
      </w:r>
    </w:p>
    <w:p w14:paraId="7D81BC72" w14:textId="77777777" w:rsidR="002F745A" w:rsidRDefault="002F745A" w:rsidP="002F745A">
      <w:r>
        <w:lastRenderedPageBreak/>
        <w:t>The words hit like the first clap of thunder before a storm. Blue Belly.</w:t>
      </w:r>
    </w:p>
    <w:p w14:paraId="75275D45" w14:textId="77777777" w:rsidR="002F745A" w:rsidRDefault="002F745A" w:rsidP="002F745A">
      <w:r>
        <w:t>The room seemed to narrow around them. The bartender froze mid-polish on a glass. One of the old-timers at the card table looked up, holding a breath.</w:t>
      </w:r>
    </w:p>
    <w:p w14:paraId="023203A6" w14:textId="77777777" w:rsidR="002F745A" w:rsidRDefault="002F745A" w:rsidP="002F745A">
      <w:r>
        <w:t>Jonas said nothing at first. Just let the weight settle.</w:t>
      </w:r>
    </w:p>
    <w:p w14:paraId="53C2BA37" w14:textId="77777777" w:rsidR="002F745A" w:rsidRDefault="002F745A" w:rsidP="002F745A">
      <w:r>
        <w:t>Then, in a voice just above a whisper: “So you were on the other side.”</w:t>
      </w:r>
    </w:p>
    <w:p w14:paraId="706EB1B0" w14:textId="77777777" w:rsidR="002F745A" w:rsidRDefault="002F745A" w:rsidP="002F745A">
      <w:r>
        <w:t>The preacher’s voice was calm. “Yeah. I suppose I was. Chickamauga. Chattanooga. The Carolinas. I buried more boys than I saved.”</w:t>
      </w:r>
    </w:p>
    <w:p w14:paraId="61A39862" w14:textId="77777777" w:rsidR="002F745A" w:rsidRDefault="002F745A" w:rsidP="002F745A">
      <w:r>
        <w:t>Jonas turned back to his drink.</w:t>
      </w:r>
    </w:p>
    <w:p w14:paraId="5C19D3B9" w14:textId="77777777" w:rsidR="002F745A" w:rsidRDefault="002F745A" w:rsidP="002F745A">
      <w:r>
        <w:t>“Well then,” he muttered, “you’re even more lost than I thought.” He downed what was left in his glass.</w:t>
      </w:r>
    </w:p>
    <w:p w14:paraId="65DC3E2A" w14:textId="77777777" w:rsidR="002F745A" w:rsidRDefault="002F745A" w:rsidP="002F745A">
      <w:r>
        <w:t>The preacher gave a faint smile. “Maybe. Or maybe I just let Him guide me now,” pointing to the sky above.</w:t>
      </w:r>
    </w:p>
    <w:p w14:paraId="4D49C8EB" w14:textId="77777777" w:rsidR="002F745A" w:rsidRDefault="002F745A" w:rsidP="002F745A">
      <w:r>
        <w:t>The bartender slid over the glass of water. The preacher didn’t touch it. Just let it sit there, sweating in the heat.</w:t>
      </w:r>
    </w:p>
    <w:p w14:paraId="22ADBC49" w14:textId="77777777" w:rsidR="002F745A" w:rsidRDefault="002F745A" w:rsidP="002F745A">
      <w:r>
        <w:t>“I’m riding circuit,” he said. “Revival will be at the church tomorrow night. You’re welcome.”</w:t>
      </w:r>
    </w:p>
    <w:p w14:paraId="7E1CF8FC" w14:textId="77777777" w:rsidR="002F745A" w:rsidRDefault="002F745A" w:rsidP="002F745A">
      <w:r>
        <w:t>Jonas didn’t look at him. Didn’t nod.</w:t>
      </w:r>
    </w:p>
    <w:p w14:paraId="3888CBCA" w14:textId="77777777" w:rsidR="002F745A" w:rsidRDefault="002F745A" w:rsidP="002F745A">
      <w:r>
        <w:t>The preacher stood. “Name’s Elijah Stone. I’ll be around a few days.”</w:t>
      </w:r>
    </w:p>
    <w:p w14:paraId="72FEE21E" w14:textId="77777777" w:rsidR="002F745A" w:rsidRDefault="002F745A" w:rsidP="002F745A">
      <w:r>
        <w:t>He tipped his hat, then turned toward the doors.</w:t>
      </w:r>
    </w:p>
    <w:p w14:paraId="37357BA8" w14:textId="77777777" w:rsidR="002F745A" w:rsidRDefault="002F745A" w:rsidP="002F745A">
      <w:r>
        <w:t>Elijah stopped just short of the doors, turning slightly toward Jonas. “Whether you believe it or not,” he said, “God’s been waiting for you longer than I have.”</w:t>
      </w:r>
    </w:p>
    <w:p w14:paraId="19D59F18" w14:textId="77777777" w:rsidR="002F745A" w:rsidRDefault="002F745A" w:rsidP="002F745A">
      <w:r>
        <w:t>And then he was gone, swallowed up by the light and dust of the street.</w:t>
      </w:r>
    </w:p>
    <w:p w14:paraId="33452500" w14:textId="77777777" w:rsidR="002F745A" w:rsidRDefault="002F745A" w:rsidP="002F745A">
      <w:r>
        <w:t>Jonas sat still for a long time. The bottle in front of him was nearly empty. The glass of water untouched.</w:t>
      </w:r>
    </w:p>
    <w:p w14:paraId="7EA93D33" w14:textId="77777777" w:rsidR="002F745A" w:rsidRDefault="002F745A" w:rsidP="002F745A">
      <w:r>
        <w:t>He stared at it in silence.</w:t>
      </w:r>
    </w:p>
    <w:p w14:paraId="3D9DC351" w14:textId="77777777" w:rsidR="002F745A" w:rsidRDefault="002F745A" w:rsidP="002F745A">
      <w:r>
        <w:t>And for the first time in a long while… he didn’t reach for the bottle.</w:t>
      </w:r>
    </w:p>
    <w:p w14:paraId="685AC294" w14:textId="77777777" w:rsidR="002F745A" w:rsidRDefault="002F745A" w:rsidP="002F745A"/>
    <w:p w14:paraId="7CE7A4E4" w14:textId="77777777" w:rsidR="002F745A" w:rsidRDefault="002F745A" w:rsidP="002F745A">
      <w:r>
        <w:t>That night, Whitmore was quieter than he expected for a town with such a foul spirit.</w:t>
      </w:r>
    </w:p>
    <w:p w14:paraId="5DADCC11" w14:textId="77777777" w:rsidR="002F745A" w:rsidRDefault="002F745A" w:rsidP="002F745A">
      <w:r>
        <w:t>Jonas sat in the stillness of his rented room, the scent of dust and old wood in the air. The lantern on the small table beside the bed flickered low, casting long shadows against the walls. Outside, the distant clop of hooves faded down the road, swallowed by the dry August heat.</w:t>
      </w:r>
    </w:p>
    <w:p w14:paraId="6F7A9126" w14:textId="77777777" w:rsidR="002F745A" w:rsidRDefault="002F745A" w:rsidP="002F745A">
      <w:r>
        <w:lastRenderedPageBreak/>
        <w:t>He leaned forward, elbows resting on his knees, hat in his hands. It felt heavier tonight.</w:t>
      </w:r>
    </w:p>
    <w:p w14:paraId="4C1F4B00" w14:textId="77777777" w:rsidR="002F745A" w:rsidRDefault="002F745A" w:rsidP="002F745A">
      <w:r>
        <w:t>He hadn’t planned on staying in this place long. He’d seen the kind of rot that Whitmore bore in its bones. But Elijah Stone’s words lingered in his mind like smoke—truths spoken plainly, without apology. They stirred something in Jonas, something he’d tried to bury ever since he stepped off that final battlefield and started west.</w:t>
      </w:r>
    </w:p>
    <w:p w14:paraId="678D23ED" w14:textId="77777777" w:rsidR="002F745A" w:rsidRDefault="002F745A" w:rsidP="002F745A">
      <w:r>
        <w:t>He reached into his satchel, pulled out the little black Bible. Anna’s. The corners were worn, the spine cracked, but her name was still there in neat, faded script.</w:t>
      </w:r>
    </w:p>
    <w:p w14:paraId="2CA82EA3" w14:textId="77777777" w:rsidR="002F745A" w:rsidRDefault="002F745A" w:rsidP="002F745A">
      <w:r>
        <w:t>Anna Walker, Christmas 1857.</w:t>
      </w:r>
    </w:p>
    <w:p w14:paraId="4B120080" w14:textId="77777777" w:rsidR="002F745A" w:rsidRDefault="002F745A" w:rsidP="002F745A">
      <w:r>
        <w:t>His throat tightened as he thumbed through the pages. A pressed wildflower fell from somewhere in the Psalms, brittle and browned with age. He picked it up, holding it in his hand.</w:t>
      </w:r>
    </w:p>
    <w:p w14:paraId="0CAA0DD0" w14:textId="77777777" w:rsidR="002F745A" w:rsidRDefault="002F745A" w:rsidP="002F745A">
      <w:r>
        <w:t>A hundred memories poured in at once—Grace laughing under the summer sun, Daniel’s small hand clutching his finger, Anna’s soft hum as she stirred the pot over the fire. Gone. All of them gone, buried under the red clay of Lonesome Ridge.</w:t>
      </w:r>
    </w:p>
    <w:p w14:paraId="72E099D5" w14:textId="77777777" w:rsidR="002F745A" w:rsidRDefault="002F745A" w:rsidP="002F745A">
      <w:r>
        <w:t>He clenched his jaw, the fire in his gut flaring for a moment. At the war. At God. At himself.</w:t>
      </w:r>
    </w:p>
    <w:p w14:paraId="2D7A8634" w14:textId="77777777" w:rsidR="002F745A" w:rsidRDefault="002F745A" w:rsidP="002F745A">
      <w:r>
        <w:t>He flipped to the New Testament and read at random, not really seeing the words. Just needing the sound of them in his mind, something to hold onto that wasn’t the silence.</w:t>
      </w:r>
    </w:p>
    <w:p w14:paraId="507B3C40" w14:textId="77777777" w:rsidR="002F745A" w:rsidRDefault="002F745A" w:rsidP="002F745A">
      <w:r>
        <w:t>Then, he closed the Bible and bowed his head—not in prayer, exactly, but something close.</w:t>
      </w:r>
    </w:p>
    <w:p w14:paraId="22C34868" w14:textId="77777777" w:rsidR="002F745A" w:rsidRDefault="002F745A" w:rsidP="002F745A">
      <w:r>
        <w:t>He whispered, “I miss you.”</w:t>
      </w:r>
    </w:p>
    <w:p w14:paraId="38BD7980" w14:textId="77777777" w:rsidR="002F745A" w:rsidRDefault="002F745A" w:rsidP="002F745A">
      <w:r>
        <w:t>Outside, a dog barked once and went quiet. Somewhere down the street, a bottle shattered. But up here, in this forgotten room in a town hanging by a thread, Jonas Walker sat in the dark with nothing but memory and the faintest flicker of hope.</w:t>
      </w:r>
    </w:p>
    <w:p w14:paraId="57EAF46C" w14:textId="77777777" w:rsidR="002F745A" w:rsidRDefault="002F745A" w:rsidP="002F745A">
      <w:r>
        <w:t>Sleep came slow. And when it did, it carried him not to blood and fire, but to the sound of Grace’s laughter echoing across a field of sunlit grass.</w:t>
      </w:r>
    </w:p>
    <w:p w14:paraId="55A3438D" w14:textId="6BAFB3AA" w:rsidR="002F745A" w:rsidRDefault="002F745A">
      <w:pPr>
        <w:spacing w:after="160" w:line="278" w:lineRule="auto"/>
      </w:pPr>
      <w:r>
        <w:br w:type="page"/>
      </w:r>
    </w:p>
    <w:p w14:paraId="0B855428" w14:textId="77777777" w:rsidR="00C82539" w:rsidRDefault="00C82539" w:rsidP="00C82539">
      <w:r>
        <w:lastRenderedPageBreak/>
        <w:t>Chapter Eleven</w:t>
      </w:r>
    </w:p>
    <w:p w14:paraId="14FA388F" w14:textId="77777777" w:rsidR="00C82539" w:rsidRDefault="00C82539" w:rsidP="00C82539">
      <w:r>
        <w:t>Dinner and Doctrine</w:t>
      </w:r>
    </w:p>
    <w:p w14:paraId="5E587800" w14:textId="77777777" w:rsidR="00C82539" w:rsidRDefault="00C82539" w:rsidP="00C82539">
      <w:r>
        <w:t>By midmorning, the sun hung overhead like a burning coin, and the air in Whitmore had already turned thick with heat. Jonas Walker moved through it at a slow, steady pace, boots crunching dry dirt as he made his way down the main street.</w:t>
      </w:r>
    </w:p>
    <w:p w14:paraId="03007EBB" w14:textId="77777777" w:rsidR="00C82539" w:rsidRDefault="00C82539" w:rsidP="00C82539">
      <w:r>
        <w:t>He’d told himself he was headed to the general store—needed to check the price of a new canteen, see if they had any .54-caliber rounds in stock—but his feet had taken their time about it. There was no urgency in him. Not today.</w:t>
      </w:r>
    </w:p>
    <w:p w14:paraId="450A8089" w14:textId="77777777" w:rsidR="00C82539" w:rsidRDefault="00C82539" w:rsidP="00C82539">
      <w:r>
        <w:t>The town stirred gently around him. A few shop doors stood open to coax in what little breeze stirred the dust. A woman swept her porch steps with more habit than purpose. Somewhere nearby, a hammer struck nail to wood in a rhythm that didn’t hurry.</w:t>
      </w:r>
    </w:p>
    <w:p w14:paraId="3EF1CEE1" w14:textId="77777777" w:rsidR="00C82539" w:rsidRDefault="00C82539" w:rsidP="00C82539">
      <w:r>
        <w:t>Jonas slowed as he neared the church.</w:t>
      </w:r>
    </w:p>
    <w:p w14:paraId="5D9A66AD" w14:textId="77777777" w:rsidR="00C82539" w:rsidRDefault="00C82539" w:rsidP="00C82539">
      <w:r>
        <w:t>It looked different in daylight. Still weather-worn and sun-bleached, but there was something else now—something living. The front door stood open, and inside, he caught the movement of a man working. Not preaching. Just cleaning.</w:t>
      </w:r>
    </w:p>
    <w:p w14:paraId="0761EBFE" w14:textId="77777777" w:rsidR="00C82539" w:rsidRDefault="00C82539" w:rsidP="00C82539">
      <w:r>
        <w:t>Elijah Stone stood near the altar with his coat off and sleeves rolled past his elbows, wiping down the pews with a damp cloth and a bucket beside him. He hummed while he worked—something soft and reverent, a hymn maybe.</w:t>
      </w:r>
    </w:p>
    <w:p w14:paraId="52A72D63" w14:textId="77777777" w:rsidR="00C82539" w:rsidRDefault="00C82539" w:rsidP="00C82539">
      <w:r>
        <w:t>Jonas stopped in the street. He didn’t mean to. Didn’t plan to turn in. But his boots shifted toward the church almost on their own, and before he knew it, he was standing just inside the doorway, hat in hand.</w:t>
      </w:r>
    </w:p>
    <w:p w14:paraId="72851F0E" w14:textId="77777777" w:rsidR="00C82539" w:rsidRDefault="00C82539" w:rsidP="00C82539">
      <w:r>
        <w:t>Elijah looked up, not startled, just mildly surprised.</w:t>
      </w:r>
    </w:p>
    <w:p w14:paraId="78055218" w14:textId="77777777" w:rsidR="00C82539" w:rsidRDefault="00C82539" w:rsidP="00C82539">
      <w:r>
        <w:t>“Well,” the preacher said, straightening with a soft grin. “Didn’t expect to see you twice in two days.”</w:t>
      </w:r>
    </w:p>
    <w:p w14:paraId="7F2B6637" w14:textId="77777777" w:rsidR="00C82539" w:rsidRDefault="00C82539" w:rsidP="00C82539">
      <w:r>
        <w:t>“Didn’t expect to be here,” Jonas replied, glancing around. The place smelled of old wood and damp cloth. “Was on my way to the store. Just… saw the door open.”</w:t>
      </w:r>
    </w:p>
    <w:p w14:paraId="3EFD43CB" w14:textId="77777777" w:rsidR="00C82539" w:rsidRDefault="00C82539" w:rsidP="00C82539">
      <w:r>
        <w:t>Elijah nodded and walked a few steps down the aisle, setting the cloth on the edge of a pew.</w:t>
      </w:r>
    </w:p>
    <w:p w14:paraId="151E874F" w14:textId="77777777" w:rsidR="00C82539" w:rsidRDefault="00C82539" w:rsidP="00C82539">
      <w:r>
        <w:t>“Church ain’t just for Sundays,” he said. “Least not out here. Dust gets in six days a week.”</w:t>
      </w:r>
    </w:p>
    <w:p w14:paraId="4F399CE4" w14:textId="77777777" w:rsidR="00C82539" w:rsidRDefault="00C82539" w:rsidP="00C82539">
      <w:r>
        <w:t>Jonas gave a small nod. “Figured I’d step in. Don’t know why.”</w:t>
      </w:r>
    </w:p>
    <w:p w14:paraId="7044C3B2" w14:textId="77777777" w:rsidR="00C82539" w:rsidRDefault="00C82539" w:rsidP="00C82539">
      <w:r>
        <w:t>“You don’t always need a reason,” Elijah said, picking up the bucket. “Sometimes it’s enough to just follow your feet.”</w:t>
      </w:r>
    </w:p>
    <w:p w14:paraId="191480F2" w14:textId="77777777" w:rsidR="00C82539" w:rsidRDefault="00C82539" w:rsidP="00C82539">
      <w:r>
        <w:t>Jonas looked down at his boots. “Mine don’t always know where they’re going.”</w:t>
      </w:r>
    </w:p>
    <w:p w14:paraId="42A3925D" w14:textId="77777777" w:rsidR="00C82539" w:rsidRDefault="00C82539" w:rsidP="00C82539">
      <w:r>
        <w:lastRenderedPageBreak/>
        <w:t>Elijah smiled again, then turned toward the front. “They brought you here, didn’t they?”</w:t>
      </w:r>
    </w:p>
    <w:p w14:paraId="1832DA72" w14:textId="77777777" w:rsidR="00C82539" w:rsidRDefault="00C82539" w:rsidP="00C82539">
      <w:r>
        <w:t>The silence that followed was companionable. Light filtered through the windows in slow-moving shafts, dancing with the dust. The building groaned faintly with every breeze.</w:t>
      </w:r>
    </w:p>
    <w:p w14:paraId="71F30707" w14:textId="77777777" w:rsidR="00C82539" w:rsidRDefault="00C82539" w:rsidP="00C82539">
      <w:r>
        <w:t>After a while, Elijah spoke again. “I’m fixing a pot of stew later—simple, but it’ll fill a man’s belly. You’re welcome to join me, if you’re not otherwise engaged.”</w:t>
      </w:r>
    </w:p>
    <w:p w14:paraId="1361798D" w14:textId="77777777" w:rsidR="00C82539" w:rsidRDefault="00C82539" w:rsidP="00C82539">
      <w:r>
        <w:t xml:space="preserve">Jonas raised an eyebrow. </w:t>
      </w:r>
    </w:p>
    <w:p w14:paraId="1D80E02E" w14:textId="77777777" w:rsidR="00C82539" w:rsidRDefault="00C82539" w:rsidP="00C82539">
      <w:r>
        <w:t>Elijah nodded. “I’ve got a little room above the saloon. Landlady lets me use the stove around back when the kitchen’s quiet. Should be ready around four or so.”</w:t>
      </w:r>
    </w:p>
    <w:p w14:paraId="742502E6" w14:textId="77777777" w:rsidR="00C82539" w:rsidRDefault="00C82539" w:rsidP="00C82539">
      <w:r>
        <w:t>“Early supper.”</w:t>
      </w:r>
    </w:p>
    <w:p w14:paraId="4AED289E" w14:textId="77777777" w:rsidR="00C82539" w:rsidRDefault="00C82539" w:rsidP="00C82539">
      <w:r>
        <w:t>“Well,” Elijah said with a chuckle, “I’m an early preacher.”</w:t>
      </w:r>
    </w:p>
    <w:p w14:paraId="073C0101" w14:textId="77777777" w:rsidR="00C82539" w:rsidRDefault="00C82539" w:rsidP="00C82539">
      <w:r>
        <w:t>Jonas hesitated. He thought about the general store. About the hot afternoon ahead. About the taste of beans and whatever else a circuit preacher could throw together over a fire. About the fact he hasn’t had meaningful conversation in a long while. Then he nodded once.</w:t>
      </w:r>
    </w:p>
    <w:p w14:paraId="23FF4168" w14:textId="77777777" w:rsidR="00C82539" w:rsidRDefault="00C82539" w:rsidP="00C82539">
      <w:r>
        <w:t>“Alright. I’ll come.”</w:t>
      </w:r>
    </w:p>
    <w:p w14:paraId="127CF58C" w14:textId="77777777" w:rsidR="00C82539" w:rsidRDefault="00C82539" w:rsidP="00C82539">
      <w:r>
        <w:t>Elijah’s eyes narrowed. “Good. You know the place?”</w:t>
      </w:r>
    </w:p>
    <w:p w14:paraId="5EE4A944" w14:textId="77777777" w:rsidR="00C82539" w:rsidRDefault="00C82539" w:rsidP="00C82539">
      <w:r>
        <w:t>“Hard to miss the saloon,” Jonas said. “Especially one I visited twice yesterday.”</w:t>
      </w:r>
    </w:p>
    <w:p w14:paraId="053E7265" w14:textId="77777777" w:rsidR="00C82539" w:rsidRDefault="00C82539" w:rsidP="00C82539">
      <w:r>
        <w:t>“I’ll be out back. Just knock.”</w:t>
      </w:r>
    </w:p>
    <w:p w14:paraId="47B73441" w14:textId="77777777" w:rsidR="00C82539" w:rsidRDefault="00C82539" w:rsidP="00C82539">
      <w:r>
        <w:t>With that, Jonas stepped back out into the sunlight, hat back on his head. He didn’t smile, not exactly—but the weight on his shoulders shifted, just a little, as he made his way down the street toward the store.</w:t>
      </w:r>
    </w:p>
    <w:p w14:paraId="5A5C77DB" w14:textId="77777777" w:rsidR="00C82539" w:rsidRDefault="00C82539" w:rsidP="00C82539"/>
    <w:p w14:paraId="286EE906" w14:textId="77777777" w:rsidR="00C82539" w:rsidRDefault="00C82539" w:rsidP="00C82539">
      <w:r>
        <w:t>The room above the saloon was humble—a cot, a washbasin, and a table big enough for two. But it was warm, and the smell of stew filled the space with something close to comfort. Elijah moved about in his shirtsleeves, apron tied loose around his waist, a wooden spoon in hand like it belonged there.</w:t>
      </w:r>
    </w:p>
    <w:p w14:paraId="41EE4433" w14:textId="77777777" w:rsidR="00C82539" w:rsidRDefault="00C82539" w:rsidP="00C82539">
      <w:r>
        <w:t>“I’ll warn you,” he said with a half-smile. “This stew’s edible, but only just. Elizabeth was the cook. I just try not to burn the pot.”</w:t>
      </w:r>
    </w:p>
    <w:p w14:paraId="6CBB3B21" w14:textId="77777777" w:rsidR="00C82539" w:rsidRDefault="00C82539" w:rsidP="00C82539">
      <w:r>
        <w:t>Jonas gave a slight nod as he stepped in and took off his hat. “I’m not picky.”</w:t>
      </w:r>
    </w:p>
    <w:p w14:paraId="65D862B0" w14:textId="77777777" w:rsidR="00C82539" w:rsidRDefault="00C82539" w:rsidP="00C82539">
      <w:r>
        <w:t>“Well,” Elijah said, stirring the pot, “that makes two of us.”</w:t>
      </w:r>
    </w:p>
    <w:p w14:paraId="394EE3F6" w14:textId="77777777" w:rsidR="00C82539" w:rsidRDefault="00C82539" w:rsidP="00C82539">
      <w:r>
        <w:t>They sat down at the table, and Elijah ladled the stew into two chipped tin bowls. He tore a loaf of coarse bread in half and passed a piece across the table.</w:t>
      </w:r>
    </w:p>
    <w:p w14:paraId="228C2F08" w14:textId="77777777" w:rsidR="00C82539" w:rsidRDefault="00C82539" w:rsidP="00C82539">
      <w:r>
        <w:lastRenderedPageBreak/>
        <w:t>“Thank you,” Jonas said.</w:t>
      </w:r>
    </w:p>
    <w:p w14:paraId="76F51780" w14:textId="77777777" w:rsidR="00C82539" w:rsidRDefault="00C82539" w:rsidP="00C82539">
      <w:r>
        <w:t>“Course.”</w:t>
      </w:r>
    </w:p>
    <w:p w14:paraId="33938249" w14:textId="77777777" w:rsidR="00C82539" w:rsidRDefault="00C82539" w:rsidP="00C82539">
      <w:r>
        <w:t>They ate in quiet for a few minutes, both men easing into the space like boots breaking in.</w:t>
      </w:r>
    </w:p>
    <w:p w14:paraId="3CF9FCDE" w14:textId="77777777" w:rsidR="00C82539" w:rsidRDefault="00C82539" w:rsidP="00C82539">
      <w:r>
        <w:t>“I grew up in Woodford County,” Elijah said eventually, breaking the silence without ceremony. “Back in Kentucky. Gentle hills, good pasture, tobacco fields. Ain’t much to look at now, but back then it was home. My father was a pastor. Old-time Baptist—fire and brimstone from the pulpit, soft as cotton with us kids at home. He taught me to read the Scriptures before I was tall enough to reach the pulpit.”</w:t>
      </w:r>
    </w:p>
    <w:p w14:paraId="5D669C06" w14:textId="77777777" w:rsidR="00C82539" w:rsidRDefault="00C82539" w:rsidP="00C82539">
      <w:r>
        <w:t>He took a bite of bread, chewing slowly.</w:t>
      </w:r>
    </w:p>
    <w:p w14:paraId="447C880B" w14:textId="77777777" w:rsidR="00C82539" w:rsidRDefault="00C82539" w:rsidP="00C82539">
      <w:r>
        <w:t>“I swore I wouldn’t follow in his footsteps. Said I’d be a lawyer or a schoolteacher. But the Lord has a way of circling a man back to where he belongs.”</w:t>
      </w:r>
    </w:p>
    <w:p w14:paraId="787BDD1E" w14:textId="77777777" w:rsidR="00C82539" w:rsidRDefault="00C82539" w:rsidP="00C82539">
      <w:r>
        <w:t>Jonas gave a quiet grunt of agreement.</w:t>
      </w:r>
    </w:p>
    <w:p w14:paraId="42DEC0E8" w14:textId="77777777" w:rsidR="00C82539" w:rsidRDefault="00C82539" w:rsidP="00C82539">
      <w:r>
        <w:t>“I married Elizabeth in the spring of ’44. Sweet woman. Had a voice like a hymn. She was stronger than me in a lot of ways. Got sick in ’59—pneumonia. Took her in a week. Left me with Rachel, just a little thing then. She’s grown now. Married a preacher out in southeastern Ohio. Couple of kids. Says they’re doing well.”</w:t>
      </w:r>
    </w:p>
    <w:p w14:paraId="769B6B9B" w14:textId="77777777" w:rsidR="00C82539" w:rsidRDefault="00C82539" w:rsidP="00C82539">
      <w:r>
        <w:t>Jonas nodded, eyes still on his bowl. “Hard to be alone after that.”</w:t>
      </w:r>
    </w:p>
    <w:p w14:paraId="437C05A8" w14:textId="77777777" w:rsidR="00C82539" w:rsidRDefault="00C82539" w:rsidP="00C82539">
      <w:r>
        <w:t>Elijah didn’t answer right away. “It is.”</w:t>
      </w:r>
    </w:p>
    <w:p w14:paraId="07F1CAB0" w14:textId="77777777" w:rsidR="00C82539" w:rsidRDefault="00C82539" w:rsidP="00C82539">
      <w:r>
        <w:t>Another long pause, the only sound the clink of spoons on tin.</w:t>
      </w:r>
    </w:p>
    <w:p w14:paraId="61F96E71" w14:textId="77777777" w:rsidR="00C82539" w:rsidRDefault="00C82539" w:rsidP="00C82539">
      <w:r>
        <w:t>“I served as a chaplain,” Elijah said finally, his voice quieter now. “Eighteenth Kentucky Infantry. Army of the Cumberland. I didn’t carry a rifle, but I carried a shovel and a bible. I buried too many boys with no names. Sometimes all I could do was hold their hand, whisper a prayer.”</w:t>
      </w:r>
    </w:p>
    <w:p w14:paraId="390EE135" w14:textId="77777777" w:rsidR="00C82539" w:rsidRDefault="00C82539" w:rsidP="00C82539">
      <w:r>
        <w:t>Jonas looked up.</w:t>
      </w:r>
    </w:p>
    <w:p w14:paraId="0AE28746" w14:textId="77777777" w:rsidR="00C82539" w:rsidRDefault="00C82539" w:rsidP="00C82539">
      <w:r>
        <w:t>“I know the feeling,” he said.</w:t>
      </w:r>
    </w:p>
    <w:p w14:paraId="2F6C33D1" w14:textId="77777777" w:rsidR="00C82539" w:rsidRDefault="00C82539" w:rsidP="00C82539">
      <w:r>
        <w:t>Elijah studied him for a moment, but didn’t speak.</w:t>
      </w:r>
    </w:p>
    <w:p w14:paraId="650C92EB" w14:textId="77777777" w:rsidR="00C82539" w:rsidRDefault="00C82539" w:rsidP="00C82539">
      <w:r>
        <w:t>“I rode with the Ninth Texas Cavalry,” Jonas continued. “Scout work, mostly. Slipped behind lines, cut telegraph wires, made maps.” He paused. “Killed men.”</w:t>
      </w:r>
    </w:p>
    <w:p w14:paraId="2E6D31D7" w14:textId="77777777" w:rsidR="00C82539" w:rsidRDefault="00C82539" w:rsidP="00C82539">
      <w:r>
        <w:t>Elijah didn’t flinch.</w:t>
      </w:r>
    </w:p>
    <w:p w14:paraId="2E1DD13C" w14:textId="77777777" w:rsidR="00C82539" w:rsidRDefault="00C82539" w:rsidP="00C82539">
      <w:r>
        <w:t>“I didn’t fight for a cause,” Jonas said. “Or for the Confederacy or its politicians. I fought for Texas. For home. Figured if I was out there, maybe I could keep the war from ever reaching my family’s doorstep.”</w:t>
      </w:r>
    </w:p>
    <w:p w14:paraId="48F0B341" w14:textId="77777777" w:rsidR="00C82539" w:rsidRDefault="00C82539" w:rsidP="00C82539">
      <w:r>
        <w:t>Elijah was quiet. He nodded, slow.</w:t>
      </w:r>
    </w:p>
    <w:p w14:paraId="551990E4" w14:textId="77777777" w:rsidR="00C82539" w:rsidRDefault="00C82539" w:rsidP="00C82539">
      <w:r>
        <w:lastRenderedPageBreak/>
        <w:t>“I understand.”</w:t>
      </w:r>
    </w:p>
    <w:p w14:paraId="50D85138" w14:textId="77777777" w:rsidR="00C82539" w:rsidRDefault="00C82539" w:rsidP="00C82539">
      <w:r>
        <w:t>Jonas went on, the words steady but heavy. “I signed up out of duty. Grew up thinking a man ought to defend his own. But war… it has a way of stripping the meaning out of words like that. By the end, it all felt hollow.”</w:t>
      </w:r>
    </w:p>
    <w:p w14:paraId="15B0BBBF" w14:textId="77777777" w:rsidR="00C82539" w:rsidRDefault="00C82539" w:rsidP="00C82539">
      <w:r>
        <w:t>“Where’d you serve?” Elijah asked, gently.</w:t>
      </w:r>
    </w:p>
    <w:p w14:paraId="381F3F2A" w14:textId="77777777" w:rsidR="00C82539" w:rsidRDefault="00C82539" w:rsidP="00C82539">
      <w:r>
        <w:t>“All over,” Jonas said. “Indian Territory, Arkansas, Mississippi. We fought at Thompson’s Station, Corinth, Franklin.” He glanced up. “I don’t reckon our units ever crossed paths.”</w:t>
      </w:r>
    </w:p>
    <w:p w14:paraId="21C7119D" w14:textId="77777777" w:rsidR="00C82539" w:rsidRDefault="00C82539" w:rsidP="00C82539">
      <w:r>
        <w:t>“No,” Elijah said. “Closest I got to your part of the war was Stones River.”</w:t>
      </w:r>
    </w:p>
    <w:p w14:paraId="6CFB8854" w14:textId="77777777" w:rsidR="00C82539" w:rsidRDefault="00C82539" w:rsidP="00C82539">
      <w:r>
        <w:t>Jonas nodded. “Heard about it.”</w:t>
      </w:r>
    </w:p>
    <w:p w14:paraId="08A9E59F" w14:textId="77777777" w:rsidR="00C82539" w:rsidRDefault="00C82539" w:rsidP="00C82539">
      <w:r>
        <w:t>A beat passed.</w:t>
      </w:r>
    </w:p>
    <w:p w14:paraId="78DAB5D6" w14:textId="77777777" w:rsidR="00C82539" w:rsidRDefault="00C82539" w:rsidP="00C82539">
      <w:r>
        <w:t>“Coldest night of my life,” Jonas said.</w:t>
      </w:r>
    </w:p>
    <w:p w14:paraId="797ED1F8" w14:textId="77777777" w:rsidR="00C82539" w:rsidRDefault="00C82539" w:rsidP="00C82539">
      <w:r>
        <w:t>They sat still for a moment, and something unspoken passed between them—two men who’d walked through fire on opposite sides of the same hell.</w:t>
      </w:r>
    </w:p>
    <w:p w14:paraId="114A016C" w14:textId="77777777" w:rsidR="00C82539" w:rsidRDefault="00C82539" w:rsidP="00C82539">
      <w:r>
        <w:t>Jonas finally exhaled. “It’s strange. I’ve hardly talked about it since.”</w:t>
      </w:r>
    </w:p>
    <w:p w14:paraId="5F25361E" w14:textId="77777777" w:rsidR="00C82539" w:rsidRDefault="00C82539" w:rsidP="00C82539">
      <w:r>
        <w:t>Elijah nodded. “Most men don’t. Not really.”</w:t>
      </w:r>
    </w:p>
    <w:p w14:paraId="319A0B58" w14:textId="77777777" w:rsidR="00C82539" w:rsidRDefault="00C82539" w:rsidP="00C82539">
      <w:r>
        <w:t>Jonas shifted in his chair. “You ever feel like something in you didn’t come back?”</w:t>
      </w:r>
    </w:p>
    <w:p w14:paraId="7DB1FEC4" w14:textId="77777777" w:rsidR="00C82539" w:rsidRDefault="00C82539" w:rsidP="00C82539">
      <w:r>
        <w:t>Elijah looked into his bowl like he might find the answer there. “Yeah,” he said softly. “I reckon that’s the part we spend the rest of our lives trying to find again.”</w:t>
      </w:r>
    </w:p>
    <w:p w14:paraId="30879034" w14:textId="77777777" w:rsidR="00C82539" w:rsidRDefault="00C82539" w:rsidP="00C82539">
      <w:r>
        <w:t>Elijah leaned back in his chair, wiping his mouth with a folded napkin. “I appreciate you humoring an old man’s stories,” he said with a soft smile. “I don’t get much company that talks back.”</w:t>
      </w:r>
    </w:p>
    <w:p w14:paraId="5BB3DD0D" w14:textId="77777777" w:rsidR="00C82539" w:rsidRDefault="00C82539" w:rsidP="00C82539">
      <w:r>
        <w:t>Jonas gave a faint shrug. “You talk just fine for the both of us.”</w:t>
      </w:r>
    </w:p>
    <w:p w14:paraId="1E34247A" w14:textId="77777777" w:rsidR="00C82539" w:rsidRDefault="00C82539" w:rsidP="00C82539">
      <w:r>
        <w:t>A chuckle rumbled low in Elijah’s chest. “Well, maybe so.”</w:t>
      </w:r>
    </w:p>
    <w:p w14:paraId="51680D3F" w14:textId="77777777" w:rsidR="00C82539" w:rsidRDefault="00C82539" w:rsidP="00C82539">
      <w:r>
        <w:t>The moment settled between them, quiet but not uncomfortable. Outside, the late afternoon light filtered through the dusty window, stretching long across the table.</w:t>
      </w:r>
    </w:p>
    <w:p w14:paraId="1FD11B2E" w14:textId="77777777" w:rsidR="00C82539" w:rsidRDefault="00C82539" w:rsidP="00C82539">
      <w:r>
        <w:t>Elijah cleared his throat and pushed his plate aside. “Listen… I’ll be preaching again tonight. Just a simple service—few hymns, bit of Scripture. Nothing fancy. Church doors open at sundown if you feel like sitting a spell.”</w:t>
      </w:r>
    </w:p>
    <w:p w14:paraId="340C7FC4" w14:textId="77777777" w:rsidR="00C82539" w:rsidRDefault="00C82539" w:rsidP="00C82539">
      <w:r>
        <w:t>Jonas looked down at his hands, then nodded slowly. “I might.”</w:t>
      </w:r>
    </w:p>
    <w:p w14:paraId="5E8E43B0" w14:textId="77777777" w:rsidR="00C82539" w:rsidRDefault="00C82539" w:rsidP="00C82539">
      <w:r>
        <w:lastRenderedPageBreak/>
        <w:t>“That’s all I ask.” Elijah stood and reached for the coffee pot. “You come or you don’t, but either way, I’m glad we talked.”</w:t>
      </w:r>
    </w:p>
    <w:p w14:paraId="12C7ADB4" w14:textId="77777777" w:rsidR="00C82539" w:rsidRDefault="00C82539" w:rsidP="00C82539">
      <w:r>
        <w:t>Jonas rose too, resting his hat on his head. “Me too.”</w:t>
      </w:r>
    </w:p>
    <w:p w14:paraId="115F820C" w14:textId="77777777" w:rsidR="00C82539" w:rsidRDefault="00C82539" w:rsidP="00C82539">
      <w:r>
        <w:t>He stepped out into the fading light, the scent of coffee and roasted chicken lingering behind him. For the first time in a long while, he wasn’t entirely sure where he was headed—but the thought of that little church on the hill didn’t seem so far off.</w:t>
      </w:r>
    </w:p>
    <w:p w14:paraId="180CCDEB" w14:textId="77777777" w:rsidR="00C82539" w:rsidRDefault="00C82539" w:rsidP="00C82539"/>
    <w:p w14:paraId="3E4475C1" w14:textId="77777777" w:rsidR="00C82539" w:rsidRDefault="00C82539" w:rsidP="00C82539">
      <w:r>
        <w:t>The sun dipped low, casting long shadows across Whitmore. A warm orange glow bled across the rooftops as townsfolk trickled toward the old church. Lanterns flickered to life within, their light casting soft gold against the rough wood siding. A fiddle drifted faintly on the evening air, tuning to a plaintive old hymn.</w:t>
      </w:r>
    </w:p>
    <w:p w14:paraId="63664E98" w14:textId="77777777" w:rsidR="00C82539" w:rsidRDefault="00C82539" w:rsidP="00C82539">
      <w:r>
        <w:t>Jonas leaned against the hitching post just out of view of the open doors. His head down, arms folded, hoping no one would notice him. Inside were families. A few ranch hands. Widows in black. Children gripping their mothers’ skirts.</w:t>
      </w:r>
    </w:p>
    <w:p w14:paraId="66E2031F" w14:textId="77777777" w:rsidR="00C82539" w:rsidRDefault="00C82539" w:rsidP="00C82539">
      <w:r>
        <w:t>He stayed leaning against the post, kicking at the dirt.</w:t>
      </w:r>
    </w:p>
    <w:p w14:paraId="079E974E" w14:textId="77777777" w:rsidR="00C82539" w:rsidRDefault="00C82539" w:rsidP="00C82539">
      <w:r>
        <w:t>From inside came the start of a hymn—“Come, Thou Fount of Every Blessing”—sung not with polish, but with heart. The sound moved like wind through dry leaves, imperfect and full of longing.</w:t>
      </w:r>
    </w:p>
    <w:p w14:paraId="6A1F330C" w14:textId="77777777" w:rsidR="00C82539" w:rsidRDefault="00C82539" w:rsidP="00C82539">
      <w:r>
        <w:t>Jonas looked down, hands clasped tight, closing his eyes. He knew the words. He’d heard them in a different church, years ago, with Anna by his side, Daniel fidgeting on the other side of him, and Grace nestled against her shoulder.</w:t>
      </w:r>
    </w:p>
    <w:p w14:paraId="49F6378A" w14:textId="77777777" w:rsidR="00C82539" w:rsidRDefault="00C82539" w:rsidP="00C82539">
      <w:r>
        <w:t>The singing faded, replaced by the low voice of Elijah Stone. His words carried through the open windows, slow and steady like a creek over stone.</w:t>
      </w:r>
    </w:p>
    <w:p w14:paraId="05BD7D5B" w14:textId="77777777" w:rsidR="00C82539" w:rsidRDefault="00C82539" w:rsidP="00C82539">
      <w:r>
        <w:t>“Come unto me, all ye that labor and are heavy laden, and I will give you rest...”</w:t>
      </w:r>
    </w:p>
    <w:p w14:paraId="517EC5D4" w14:textId="77777777" w:rsidR="00C82539" w:rsidRDefault="00C82539" w:rsidP="00C82539">
      <w:r>
        <w:t>The sermon wasn’t fire and brimstone. It wasn’t loud. It was quiet. Measured. Preached with conviction and experience. Elijah spoke of burdens. Of men who carried more than they were ever meant to bear. Of those who’d lost their way in the dark and forgotten there was still light.</w:t>
      </w:r>
    </w:p>
    <w:p w14:paraId="07783195" w14:textId="77777777" w:rsidR="00C82539" w:rsidRDefault="00C82539" w:rsidP="00C82539">
      <w:r>
        <w:t>Jonas didn’t move. He just listened.</w:t>
      </w:r>
    </w:p>
    <w:p w14:paraId="2912D342" w14:textId="77777777" w:rsidR="00C82539" w:rsidRDefault="00C82539" w:rsidP="00C82539">
      <w:r>
        <w:t>When the final “Amen” was spoken and the congregation began to stir, Jonas stood. He dusted off his hat on his pants leg, placed it back on his head, and turned down the road.</w:t>
      </w:r>
    </w:p>
    <w:p w14:paraId="523F524F" w14:textId="77777777" w:rsidR="00C82539" w:rsidRDefault="00C82539" w:rsidP="00C82539">
      <w:r>
        <w:t>Elijah stepped out onto the steps, his Bible in one hand, ready to greet those departing.</w:t>
      </w:r>
    </w:p>
    <w:p w14:paraId="6245778A" w14:textId="77777777" w:rsidR="00C82539" w:rsidRDefault="00C82539" w:rsidP="00C82539">
      <w:r>
        <w:t>He paused.</w:t>
      </w:r>
    </w:p>
    <w:p w14:paraId="1E07D6FB" w14:textId="77777777" w:rsidR="00C82539" w:rsidRDefault="00C82539" w:rsidP="00C82539">
      <w:r>
        <w:lastRenderedPageBreak/>
        <w:t>Across the way, in the fading night, he saw a tall figure walking alone, shoulders squared, stride steady, boots raising little clouds of dust.</w:t>
      </w:r>
    </w:p>
    <w:p w14:paraId="2DCF199A" w14:textId="77777777" w:rsidR="00C82539" w:rsidRDefault="00C82539" w:rsidP="00C82539">
      <w:r>
        <w:t>Elijah watched him for a moment. He didn’t call out. He just watched as Jonas Walker disappeared down the street and into the coming dark.</w:t>
      </w:r>
    </w:p>
    <w:p w14:paraId="7D15E82E" w14:textId="77777777" w:rsidR="00C82539" w:rsidRDefault="00C82539" w:rsidP="00C82539">
      <w:r>
        <w:t>The next evening, Jonas came early sitting in the back and not on the fence this time.</w:t>
      </w:r>
    </w:p>
    <w:p w14:paraId="4C79389A" w14:textId="77777777" w:rsidR="00C82539" w:rsidRDefault="00C82539" w:rsidP="00C82539">
      <w:r>
        <w:t>He slipped through the doors quietly and found a seat near the last row, far from the pulpit but close enough to see the preacher’s eyes. Pistol at his side as he rarely took it off.</w:t>
      </w:r>
    </w:p>
    <w:p w14:paraId="617D4A94" w14:textId="77777777" w:rsidR="00C82539" w:rsidRDefault="00C82539" w:rsidP="00C82539">
      <w:r>
        <w:t xml:space="preserve">The church smelled of kerosene, dust, and old pine. A few heads turned when he entered—some with surprise, others with guarded respect. </w:t>
      </w:r>
    </w:p>
    <w:p w14:paraId="1EA2F96B" w14:textId="77777777" w:rsidR="00C82539" w:rsidRDefault="00C82539" w:rsidP="00C82539">
      <w:r>
        <w:t>The preacher stood behind the pulpit again, Bible open and sleeves rolled up. The heat clung to every wall like sorrow.</w:t>
      </w:r>
    </w:p>
    <w:p w14:paraId="6D4735B1" w14:textId="77777777" w:rsidR="00C82539" w:rsidRDefault="00C82539" w:rsidP="00C82539">
      <w:r>
        <w:t>He didn’t shout. He didn’t pace. He just spoke plainly.</w:t>
      </w:r>
    </w:p>
    <w:p w14:paraId="5FE3AD80" w14:textId="77777777" w:rsidR="00C82539" w:rsidRDefault="00C82539" w:rsidP="00C82539">
      <w:r>
        <w:t>“Romans five eight says, But God commendeth his love toward us, in that, while we were yet sinners, Christ died for us.”</w:t>
      </w:r>
    </w:p>
    <w:p w14:paraId="3C83FE69" w14:textId="77777777" w:rsidR="00C82539" w:rsidRDefault="00C82539" w:rsidP="00C82539">
      <w:r>
        <w:t>He closed his Bible softly. “That means you don’t have to get clean before He loves you. He already does.”</w:t>
      </w:r>
    </w:p>
    <w:p w14:paraId="2EC3E61A" w14:textId="77777777" w:rsidR="00C82539" w:rsidRDefault="00C82539" w:rsidP="00C82539">
      <w:r>
        <w:t>Jonas looked down at his boots. Dust clung to them like guilt. His jaw clenched.</w:t>
      </w:r>
    </w:p>
    <w:p w14:paraId="2C5F32C3" w14:textId="77777777" w:rsidR="00C82539" w:rsidRDefault="00C82539" w:rsidP="00C82539">
      <w:r>
        <w:t>The preacher went on. “Some of us feel like we’ve fallen too far. We think God’s done with us—left us behind like a rusted tool. But that’s not the God of this Book. He ain’t afraid of our mess. He meets us in it.”</w:t>
      </w:r>
    </w:p>
    <w:p w14:paraId="5B2B28F9" w14:textId="77777777" w:rsidR="00C82539" w:rsidRDefault="00C82539" w:rsidP="00C82539">
      <w:r>
        <w:t>Jonas stared at the floor, unmoving. A hundred thoughts clawed at the inside of his chest. Faces of dead friends. His wife’s smile. The sound of his little girl’s.</w:t>
      </w:r>
    </w:p>
    <w:p w14:paraId="21CFB2E6" w14:textId="77777777" w:rsidR="00C82539" w:rsidRDefault="00C82539" w:rsidP="00C82539">
      <w:r>
        <w:t>He felt something stir behind his ribs. Regret, maybe. Or memory. Or both.</w:t>
      </w:r>
    </w:p>
    <w:p w14:paraId="380EDE3F" w14:textId="77777777" w:rsidR="00C82539" w:rsidRDefault="00C82539" w:rsidP="00C82539">
      <w:r>
        <w:t>What do You want from me? he thought.</w:t>
      </w:r>
    </w:p>
    <w:p w14:paraId="2D70F5AC" w14:textId="77777777" w:rsidR="00C82539" w:rsidRDefault="00C82539" w:rsidP="00C82539">
      <w:r>
        <w:t>Forgiveness? He didn’t have it.</w:t>
      </w:r>
    </w:p>
    <w:p w14:paraId="618D98B4" w14:textId="77777777" w:rsidR="00C82539" w:rsidRDefault="00C82539" w:rsidP="00C82539">
      <w:r>
        <w:t>He couldn’t forgive God—not yet. Not for letting them die. Not for bringing him home to a house full of silence.</w:t>
      </w:r>
    </w:p>
    <w:p w14:paraId="10282DB3" w14:textId="77777777" w:rsidR="00C82539" w:rsidRDefault="00C82539" w:rsidP="00C82539">
      <w:r>
        <w:t>But deep down, another voice whispered. Maybe He’s not done with you.</w:t>
      </w:r>
    </w:p>
    <w:p w14:paraId="706DEC9D" w14:textId="77777777" w:rsidR="00C82539" w:rsidRDefault="00C82539" w:rsidP="00C82539">
      <w:r>
        <w:t>Jonas shifted in his seat. He looked up, eyes locking on the preacher.</w:t>
      </w:r>
    </w:p>
    <w:p w14:paraId="441B32E7" w14:textId="77777777" w:rsidR="00C82539" w:rsidRDefault="00C82539" w:rsidP="00C82539">
      <w:r>
        <w:t>The preacher was already looking at him.</w:t>
      </w:r>
    </w:p>
    <w:p w14:paraId="627CA919" w14:textId="77777777" w:rsidR="00C82539" w:rsidRDefault="00C82539" w:rsidP="00C82539">
      <w:r>
        <w:lastRenderedPageBreak/>
        <w:t>Not with judgment. Not with pity. With understanding.</w:t>
      </w:r>
    </w:p>
    <w:p w14:paraId="63701479" w14:textId="77777777" w:rsidR="00C82539" w:rsidRDefault="00C82539" w:rsidP="00C82539">
      <w:r>
        <w:t>Jonas held the gaze a second longer, then dropped his eyes again.</w:t>
      </w:r>
    </w:p>
    <w:p w14:paraId="5DCE517A" w14:textId="77777777" w:rsidR="00C82539" w:rsidRDefault="00C82539" w:rsidP="00C82539">
      <w:r>
        <w:t>He didn’t stay after service. He slipped out before the last verse of Just As I Am reached the second stanza. Outside, the stars blinked over the ridge, indifferent and ancient.</w:t>
      </w:r>
    </w:p>
    <w:p w14:paraId="4F18A842" w14:textId="77777777" w:rsidR="00C82539" w:rsidRDefault="00C82539" w:rsidP="00C82539">
      <w:r>
        <w:t>He didn’t know what he believed anymore. But for the first time in months, something cracked inside him.</w:t>
      </w:r>
    </w:p>
    <w:p w14:paraId="7FFBDE3D" w14:textId="77777777" w:rsidR="00C82539" w:rsidRDefault="00C82539" w:rsidP="00C82539">
      <w:r>
        <w:t>He didn’t like it.</w:t>
      </w:r>
    </w:p>
    <w:p w14:paraId="7C89CA6F" w14:textId="77777777" w:rsidR="00C82539" w:rsidRDefault="00C82539" w:rsidP="00C82539"/>
    <w:p w14:paraId="4D280354" w14:textId="77777777" w:rsidR="00C82539" w:rsidRDefault="00C82539" w:rsidP="00C82539">
      <w:r>
        <w:t>The morning sun crept over the ridge, washing the town in pale gold. It was cooler than most mornings—just enough to make the dust settle and the air feel softer than usual.</w:t>
      </w:r>
    </w:p>
    <w:p w14:paraId="131482DD" w14:textId="77777777" w:rsidR="00C82539" w:rsidRDefault="00C82539" w:rsidP="00C82539">
      <w:r>
        <w:t>Jonas stepped out of the boarding house with no particular aim, just a gnawing restlessness that wouldn’t let him sit still. He thought of riding out of town, but decided against it. As he walked the street, he noticed the saloon was open already, of course. A few early drunks leaned on the rail outside, nursing headaches and cheap whiskey.  The pull to go inside was strong, but he stopped on the street. He just stared at the swinging doors.</w:t>
      </w:r>
    </w:p>
    <w:p w14:paraId="14ED077E" w14:textId="77777777" w:rsidR="00C82539" w:rsidRDefault="00C82539" w:rsidP="00C82539">
      <w:r>
        <w:t>Instead of going in, his eyes drifted to the right—toward the little white church at the end of the lane.</w:t>
      </w:r>
    </w:p>
    <w:p w14:paraId="644530E2" w14:textId="77777777" w:rsidR="00C82539" w:rsidRDefault="00C82539" w:rsidP="00C82539">
      <w:r>
        <w:t>There, in the shade of the porch, was the preacher.</w:t>
      </w:r>
    </w:p>
    <w:p w14:paraId="4D712C36" w14:textId="77777777" w:rsidR="00C82539" w:rsidRDefault="00C82539" w:rsidP="00C82539">
      <w:r>
        <w:t>He was hammering down a loose boards on the steps, sleeves rolled up, collar open. A bucket of nails sat beside him, along with a crooked-handled hammer that looked older than the town itself.</w:t>
      </w:r>
    </w:p>
    <w:p w14:paraId="09B9F2DB" w14:textId="77777777" w:rsidR="00C82539" w:rsidRDefault="00C82539" w:rsidP="00C82539">
      <w:r>
        <w:t>Jonas hesitated. His boots didn’t move. Not at first. But something stirred—a whisper maybe, or guilt, or just the look in the preacher’s eyes the night before.</w:t>
      </w:r>
    </w:p>
    <w:p w14:paraId="3DA669DD" w14:textId="77777777" w:rsidR="00C82539" w:rsidRDefault="00C82539" w:rsidP="00C82539">
      <w:r>
        <w:t>He crossed the street slowly. The preacher looked up, wiping sweat from his brow.</w:t>
      </w:r>
    </w:p>
    <w:p w14:paraId="343826DE" w14:textId="77777777" w:rsidR="00C82539" w:rsidRDefault="00C82539" w:rsidP="00C82539">
      <w:r>
        <w:t>“Mornin’, son,” he said, voice calm but clear.</w:t>
      </w:r>
    </w:p>
    <w:p w14:paraId="6937D57B" w14:textId="77777777" w:rsidR="00C82539" w:rsidRDefault="00C82539" w:rsidP="00C82539">
      <w:r>
        <w:t>Jonas tipped his hat in greeting. “Mornin’.”</w:t>
      </w:r>
    </w:p>
    <w:p w14:paraId="1E05D0CA" w14:textId="77777777" w:rsidR="00C82539" w:rsidRDefault="00C82539" w:rsidP="00C82539">
      <w:r>
        <w:t>“You look like a man with more questions than answers.”</w:t>
      </w:r>
    </w:p>
    <w:p w14:paraId="60278795" w14:textId="77777777" w:rsidR="00C82539" w:rsidRDefault="00C82539" w:rsidP="00C82539">
      <w:r>
        <w:t>Jonas gave a dry chuckle. “That obvious?”</w:t>
      </w:r>
    </w:p>
    <w:p w14:paraId="678953CA" w14:textId="77777777" w:rsidR="00C82539" w:rsidRDefault="00C82539" w:rsidP="00C82539">
      <w:r>
        <w:t>The preacher leaned back on his heels and nodded. “Most men who’ve been through the fire carry the smoke with ’em. Takes a while to air out.”</w:t>
      </w:r>
    </w:p>
    <w:p w14:paraId="1A606578" w14:textId="77777777" w:rsidR="00C82539" w:rsidRDefault="00C82539" w:rsidP="00C82539">
      <w:r>
        <w:t>Jonas stepped up onto the porch and leaned against a post. He didn’t speak for a long minute. Just watched the preacher work.</w:t>
      </w:r>
    </w:p>
    <w:p w14:paraId="7F217472" w14:textId="77777777" w:rsidR="00C82539" w:rsidRDefault="00C82539" w:rsidP="00C82539">
      <w:r>
        <w:lastRenderedPageBreak/>
        <w:t>Then, quietly: “I don’t know why I came back.”</w:t>
      </w:r>
    </w:p>
    <w:p w14:paraId="417D4109" w14:textId="77777777" w:rsidR="00C82539" w:rsidRDefault="00C82539" w:rsidP="00C82539">
      <w:r>
        <w:t>The preacher didn’t interrupt.</w:t>
      </w:r>
    </w:p>
    <w:p w14:paraId="7D34C76A" w14:textId="77777777" w:rsidR="00C82539" w:rsidRDefault="00C82539" w:rsidP="00C82539">
      <w:r>
        <w:t>Jonas went on. “Not to the church. I mean… why I came back, alive.”</w:t>
      </w:r>
    </w:p>
    <w:p w14:paraId="6CD322D8" w14:textId="77777777" w:rsidR="00C82539" w:rsidRDefault="00C82539" w:rsidP="00C82539">
      <w:r>
        <w:t>He looked in the direction toward his house, jaw tight. “My family—they were everything. While I was off fighting, they got sick. Fever took ’em fast. I wasn’t there to help. I never even got to say goodbye.”</w:t>
      </w:r>
    </w:p>
    <w:p w14:paraId="7AECA3B0" w14:textId="77777777" w:rsidR="00C82539" w:rsidRDefault="00C82539" w:rsidP="00C82539">
      <w:r>
        <w:t>The preacher nodded slowly, gently. “I’m sorry, Jonas.”</w:t>
      </w:r>
    </w:p>
    <w:p w14:paraId="63509471" w14:textId="77777777" w:rsidR="00C82539" w:rsidRDefault="00C82539" w:rsidP="00C82539">
      <w:r>
        <w:t>Jonas shook his head. “I saw good men die in that war. Brave, God-fearing men. Men with families. Some of ’em cried for their mamas or their wives. Some died cussin’. And I—”</w:t>
      </w:r>
    </w:p>
    <w:p w14:paraId="255B967C" w14:textId="77777777" w:rsidR="00C82539" w:rsidRDefault="00C82539" w:rsidP="00C82539">
      <w:r>
        <w:t>His voice caught.</w:t>
      </w:r>
    </w:p>
    <w:p w14:paraId="45A8C7F2" w14:textId="77777777" w:rsidR="00C82539" w:rsidRDefault="00C82539" w:rsidP="00C82539">
      <w:r>
        <w:t>“I did things. Shot men from a hundred yards out. Watched 'em drop. Sometimes I still see their faces. I don’t even know their names.”</w:t>
      </w:r>
    </w:p>
    <w:p w14:paraId="770B71E4" w14:textId="77777777" w:rsidR="00C82539" w:rsidRDefault="00C82539" w:rsidP="00C82539">
      <w:r>
        <w:t>He looked back at the preacher, eyes red but dry. “Was I being punished? Did God take my family because of what I did?”</w:t>
      </w:r>
    </w:p>
    <w:p w14:paraId="0D1D3603" w14:textId="77777777" w:rsidR="00C82539" w:rsidRDefault="00C82539" w:rsidP="00C82539">
      <w:r>
        <w:t>The preacher sat down on the top step, set the hammer aside, and motioned to the space beside him.</w:t>
      </w:r>
    </w:p>
    <w:p w14:paraId="34ADC012" w14:textId="77777777" w:rsidR="00C82539" w:rsidRDefault="00C82539" w:rsidP="00C82539">
      <w:r>
        <w:t>Jonas hesitated, then sat.</w:t>
      </w:r>
    </w:p>
    <w:p w14:paraId="08AE481C" w14:textId="77777777" w:rsidR="00C82539" w:rsidRDefault="00C82539" w:rsidP="00C82539">
      <w:r>
        <w:t>“I’ve asked that same question,” The preacher said. “After Chickamauga, when we had to retreat to Chattanooga, I sat in a burned-out barn with a bloodied Bible and asked God if He’d turned His back on us all.”</w:t>
      </w:r>
    </w:p>
    <w:p w14:paraId="21111E49" w14:textId="77777777" w:rsidR="00C82539" w:rsidRDefault="00C82539" w:rsidP="00C82539">
      <w:r>
        <w:t>He looked out toward the hills, where the land rolled gently like folded linen.</w:t>
      </w:r>
    </w:p>
    <w:p w14:paraId="28C38E45" w14:textId="77777777" w:rsidR="00C82539" w:rsidRDefault="00C82539" w:rsidP="00C82539">
      <w:r>
        <w:t>“But that’s not how He works. The Book says, 'The Lord is not slack concerning his promise, as some men count slackness; but is longsuffering to us-ward, not willing that any should perish.'”</w:t>
      </w:r>
    </w:p>
    <w:p w14:paraId="7135A5EF" w14:textId="77777777" w:rsidR="00C82539" w:rsidRDefault="00C82539" w:rsidP="00C82539">
      <w:r>
        <w:t>Jonas nodded absently. He’d heard it before. Years ago. From his wife’s voice.</w:t>
      </w:r>
    </w:p>
    <w:p w14:paraId="322BBCDC" w14:textId="77777777" w:rsidR="00C82539" w:rsidRDefault="00C82539" w:rsidP="00C82539">
      <w:r>
        <w:t>“I want to see them again,” Jonas said, the words like gravel in his throat. “I know they’re in Heaven. I just… I just don’t know if there’s still a place for me.”</w:t>
      </w:r>
    </w:p>
    <w:p w14:paraId="52F9014A" w14:textId="77777777" w:rsidR="00C82539" w:rsidRDefault="00C82539" w:rsidP="00C82539">
      <w:r>
        <w:t>The preacher looked at him, not with pity, but with resolve.</w:t>
      </w:r>
    </w:p>
    <w:p w14:paraId="35B344A8" w14:textId="77777777" w:rsidR="00C82539" w:rsidRDefault="00C82539" w:rsidP="00C82539">
      <w:r>
        <w:t>“There’s room for every sinner who turns back to God. That’s what grace means.  Grace and mercy go hand in hand.  Grace is receiving what we don’t deserve.  Mercy is not receiving what we do deserve. It don’t erase the scars, but it gives them purpose.”</w:t>
      </w:r>
    </w:p>
    <w:p w14:paraId="395DB387" w14:textId="77777777" w:rsidR="00C82539" w:rsidRDefault="00C82539" w:rsidP="00C82539">
      <w:r>
        <w:t>He let the words settle.</w:t>
      </w:r>
    </w:p>
    <w:p w14:paraId="5ABD1B5B" w14:textId="77777777" w:rsidR="00C82539" w:rsidRDefault="00C82539" w:rsidP="00C82539">
      <w:r>
        <w:lastRenderedPageBreak/>
        <w:t>“You’re not being punished, son. You’re being pursued.”</w:t>
      </w:r>
    </w:p>
    <w:p w14:paraId="23CF5FAE" w14:textId="77777777" w:rsidR="00C82539" w:rsidRDefault="00C82539" w:rsidP="00C82539">
      <w:r>
        <w:t>Jonas closed his eyes.</w:t>
      </w:r>
    </w:p>
    <w:p w14:paraId="65966615" w14:textId="77777777" w:rsidR="00C82539" w:rsidRDefault="00C82539" w:rsidP="00C82539">
      <w:r>
        <w:t>He didn’t have an answer. But for the first time, the silence inside him wasn’t quite so loud.  The preacher went back to work.</w:t>
      </w:r>
    </w:p>
    <w:p w14:paraId="55D72598" w14:textId="77777777" w:rsidR="00C82539" w:rsidRDefault="00C82539" w:rsidP="00C82539">
      <w:r>
        <w:t>Jonas watched for a moment before wordlessly bending down beside him. Together, they repaired the broken step at the entrance, then reinforced the post. They didn’t talk. There was no need to.</w:t>
      </w:r>
    </w:p>
    <w:p w14:paraId="39CA1CA0" w14:textId="77777777" w:rsidR="00C82539" w:rsidRDefault="00C82539" w:rsidP="00C82539">
      <w:r>
        <w:t>When they were done, Jonas wiped his hands on his pants and nodded.</w:t>
      </w:r>
    </w:p>
    <w:p w14:paraId="19B8E8E4" w14:textId="77777777" w:rsidR="00C82539" w:rsidRDefault="00C82539" w:rsidP="00C82539">
      <w:r>
        <w:t>He didn’t say goodbye. Just turned and walked back toward his horse.</w:t>
      </w:r>
    </w:p>
    <w:p w14:paraId="65CB203C" w14:textId="77777777" w:rsidR="00C82539" w:rsidRDefault="00C82539" w:rsidP="00C82539"/>
    <w:p w14:paraId="3CA07A7C" w14:textId="77777777" w:rsidR="00C82539" w:rsidRDefault="00C82539" w:rsidP="00C82539">
      <w:r>
        <w:t>That night—the next night of the revival—he came again.</w:t>
      </w:r>
    </w:p>
    <w:p w14:paraId="7387B4F8" w14:textId="77777777" w:rsidR="00C82539" w:rsidRDefault="00C82539" w:rsidP="00C82539">
      <w:r>
        <w:t>The church was even more crowded, filled with folks elbow to elbow on the pews and along the back wall. Jonas didn’t take his usual seat in the back. Instead, he slid into the middle row, still close to the edge, but closer to the pulpit now. Close enough to see the old black book in the preacher’s hands.</w:t>
      </w:r>
    </w:p>
    <w:p w14:paraId="38368AB3" w14:textId="77777777" w:rsidR="00C82539" w:rsidRDefault="00C82539" w:rsidP="00C82539">
      <w:r>
        <w:t>Elijah stood behind the pulpit, calm and steady as ever.</w:t>
      </w:r>
    </w:p>
    <w:p w14:paraId="1F73D191" w14:textId="77777777" w:rsidR="00C82539" w:rsidRDefault="00C82539" w:rsidP="00C82539">
      <w:r>
        <w:t>He read from Luke 15.</w:t>
      </w:r>
    </w:p>
    <w:p w14:paraId="393B67AA" w14:textId="77777777" w:rsidR="00C82539" w:rsidRDefault="00C82539" w:rsidP="00C82539">
      <w:r>
        <w:t>“And he said, A certain man had two sons…”</w:t>
      </w:r>
    </w:p>
    <w:p w14:paraId="3704C33E" w14:textId="77777777" w:rsidR="00C82539" w:rsidRDefault="00C82539" w:rsidP="00C82539">
      <w:r>
        <w:t>The words hit different this time.</w:t>
      </w:r>
    </w:p>
    <w:p w14:paraId="4CC2FD3C" w14:textId="77777777" w:rsidR="00C82539" w:rsidRDefault="00C82539" w:rsidP="00C82539">
      <w:r>
        <w:t>“And when he came to himself…”</w:t>
      </w:r>
    </w:p>
    <w:p w14:paraId="6F79CD39" w14:textId="77777777" w:rsidR="00C82539" w:rsidRDefault="00C82539" w:rsidP="00C82539">
      <w:r>
        <w:t>Jonas shifted.</w:t>
      </w:r>
    </w:p>
    <w:p w14:paraId="2EC2E929" w14:textId="77777777" w:rsidR="00C82539" w:rsidRDefault="00C82539" w:rsidP="00C82539">
      <w:r>
        <w:t>His mind was split between the church pew and the hill behind his house. That tree. Those graves.</w:t>
      </w:r>
    </w:p>
    <w:p w14:paraId="0677A1A4" w14:textId="77777777" w:rsidR="00C82539" w:rsidRDefault="00C82539" w:rsidP="00C82539">
      <w:r>
        <w:t>“I will arise and go to my father…”</w:t>
      </w:r>
    </w:p>
    <w:p w14:paraId="3680B897" w14:textId="77777777" w:rsidR="00C82539" w:rsidRDefault="00C82539" w:rsidP="00C82539">
      <w:r>
        <w:t>The preacher wasn’t shouting, wasn’t sweating. He was just telling it. Like a man who’d lived it.</w:t>
      </w:r>
    </w:p>
    <w:p w14:paraId="0336528C" w14:textId="77777777" w:rsidR="00C82539" w:rsidRDefault="00C82539" w:rsidP="00C82539">
      <w:r>
        <w:t>“But when he was yet a great way off, his father saw him, and had compassion, and ran…  Won’t you come?  Your Father is waiting…”</w:t>
      </w:r>
    </w:p>
    <w:p w14:paraId="56098898" w14:textId="77777777" w:rsidR="00C82539" w:rsidRDefault="00C82539" w:rsidP="00C82539">
      <w:r>
        <w:t>Jonas stood up.</w:t>
      </w:r>
    </w:p>
    <w:p w14:paraId="46CA10DA" w14:textId="77777777" w:rsidR="00C82539" w:rsidRDefault="00C82539" w:rsidP="00C82539">
      <w:r>
        <w:t>No dramatic pause, no emotion on his face. Just a slow, decisive rise.</w:t>
      </w:r>
    </w:p>
    <w:p w14:paraId="50F55FAC" w14:textId="77777777" w:rsidR="00C82539" w:rsidRDefault="00C82539" w:rsidP="00C82539">
      <w:r>
        <w:t>He stepped into the aisle. A few heads turned.</w:t>
      </w:r>
    </w:p>
    <w:p w14:paraId="70643993" w14:textId="77777777" w:rsidR="00C82539" w:rsidRDefault="00C82539" w:rsidP="00C82539">
      <w:r>
        <w:lastRenderedPageBreak/>
        <w:t>Jonas walked forward with the same steady stride he’d used to march into battle, but this was a different kind of war. The pews beside him blurred. The preacher waited.</w:t>
      </w:r>
    </w:p>
    <w:p w14:paraId="5001B26A" w14:textId="77777777" w:rsidR="00C82539" w:rsidRDefault="00C82539" w:rsidP="00C82539">
      <w:r>
        <w:t>When Jonas knelt at the front, The preacher came down and knelt beside him—quiet, no show, no spotlight.</w:t>
      </w:r>
    </w:p>
    <w:p w14:paraId="6C2669A4" w14:textId="77777777" w:rsidR="00C82539" w:rsidRDefault="00C82539" w:rsidP="00C82539">
      <w:r>
        <w:t>Jonas whispered through clenched teeth.</w:t>
      </w:r>
    </w:p>
    <w:p w14:paraId="18AFB051" w14:textId="77777777" w:rsidR="00C82539" w:rsidRDefault="00C82539" w:rsidP="00C82539">
      <w:r>
        <w:t>“I’m sorry. I should’ve been there.”</w:t>
      </w:r>
    </w:p>
    <w:p w14:paraId="270BD118" w14:textId="77777777" w:rsidR="00C82539" w:rsidRDefault="00C82539" w:rsidP="00C82539">
      <w:r>
        <w:t>“I know they’re in heaven... and I don’t know why I’m still here.”</w:t>
      </w:r>
    </w:p>
    <w:p w14:paraId="0B614C01" w14:textId="77777777" w:rsidR="00C82539" w:rsidRDefault="00C82539" w:rsidP="00C82539">
      <w:r>
        <w:t>He was angry. Hurt. Wrecked.</w:t>
      </w:r>
    </w:p>
    <w:p w14:paraId="2EAD8460" w14:textId="77777777" w:rsidR="00C82539" w:rsidRDefault="00C82539" w:rsidP="00C82539">
      <w:r>
        <w:t>And when the tears came, he couldn’t hold them back.</w:t>
      </w:r>
    </w:p>
    <w:p w14:paraId="51BC31B0" w14:textId="77777777" w:rsidR="00C82539" w:rsidRDefault="00C82539" w:rsidP="00C82539">
      <w:r>
        <w:t>The pain—the loss—the war—it all poured out like water breaking through a dam.</w:t>
      </w:r>
    </w:p>
    <w:p w14:paraId="3BCB0C79" w14:textId="77777777" w:rsidR="00C82539" w:rsidRDefault="00C82539" w:rsidP="00C82539">
      <w:r>
        <w:t>“I don’t understand, God,” he said, voice barely a whisper. “Why’d You let me come home to this?”</w:t>
      </w:r>
    </w:p>
    <w:p w14:paraId="77AA4822" w14:textId="77777777" w:rsidR="00C82539" w:rsidRDefault="00C82539" w:rsidP="00C82539">
      <w:r>
        <w:t>He shook his head.</w:t>
      </w:r>
    </w:p>
    <w:p w14:paraId="5A9E39CF" w14:textId="77777777" w:rsidR="00C82539" w:rsidRDefault="00C82539" w:rsidP="00C82539">
      <w:r>
        <w:t>“If this is punishment… I’ve had enough. I surrender.”</w:t>
      </w:r>
    </w:p>
    <w:p w14:paraId="031CA4FA" w14:textId="77777777" w:rsidR="00C82539" w:rsidRDefault="00C82539" w:rsidP="00C82539">
      <w:r>
        <w:t>The preacher placed a hand on his shoulder but said nothing, just prayed silently.</w:t>
      </w:r>
    </w:p>
    <w:p w14:paraId="7CF1B813" w14:textId="77777777" w:rsidR="00C82539" w:rsidRDefault="00C82539" w:rsidP="00C82539">
      <w:r>
        <w:t>And in that silence, something shifted. Not the pain, not the questions—but the crushing weight of it all. For the first time in years, Jonas didn’t feel alone.</w:t>
      </w:r>
    </w:p>
    <w:p w14:paraId="602FA604" w14:textId="77777777" w:rsidR="00C82539" w:rsidRDefault="00C82539" w:rsidP="00C82539">
      <w:r>
        <w:t>The preacher prayed beside him in a low voice—as a fellow soldier rather than clergyman. The kind of prayer that carried scars.</w:t>
      </w:r>
    </w:p>
    <w:p w14:paraId="1F00D4A0" w14:textId="77777777" w:rsidR="00C82539" w:rsidRDefault="00C82539" w:rsidP="00C82539">
      <w:r>
        <w:t>After a long time, Jonas rose. He looked different. Not healed. Not whole. But lighter. As if a burden had been removed, even if the wound still remained. He didn’t say much on the way out. But before he left, he turned to the preacher.</w:t>
      </w:r>
    </w:p>
    <w:p w14:paraId="7DE9CA8C" w14:textId="77777777" w:rsidR="00C82539" w:rsidRDefault="00C82539" w:rsidP="00C82539">
      <w:r>
        <w:t>“Thank you,” he said. Voice quiet. Honest.</w:t>
      </w:r>
    </w:p>
    <w:p w14:paraId="0D0C678E" w14:textId="77777777" w:rsidR="00C82539" w:rsidRDefault="00C82539" w:rsidP="00C82539">
      <w:r>
        <w:t>And then he was gone.</w:t>
      </w:r>
    </w:p>
    <w:p w14:paraId="2FED6E74" w14:textId="77777777" w:rsidR="00C82539" w:rsidRDefault="00C82539" w:rsidP="00C82539">
      <w:r>
        <w:br/>
      </w:r>
    </w:p>
    <w:p w14:paraId="42B33700" w14:textId="77777777" w:rsidR="00C82539" w:rsidRDefault="00C82539" w:rsidP="00C82539">
      <w:r>
        <w:t>Chapter Twelve</w:t>
      </w:r>
    </w:p>
    <w:p w14:paraId="7051D330" w14:textId="77777777" w:rsidR="00C82539" w:rsidRDefault="00C82539" w:rsidP="00C82539">
      <w:r>
        <w:t>The Preacher’s Trail</w:t>
      </w:r>
    </w:p>
    <w:p w14:paraId="0E1FD0A0" w14:textId="77777777" w:rsidR="00C82539" w:rsidRDefault="00C82539" w:rsidP="00C82539">
      <w:r>
        <w:t xml:space="preserve">The church at Lonesome Ridge was solid—built by rough hands and strong nails, with pine boards hauled in from East Texas. Jonas had helped raise the frame himself, back when the town had outgrown </w:t>
      </w:r>
      <w:r>
        <w:lastRenderedPageBreak/>
        <w:t>the small building they were using as a church. It wasn’t grand, but it stood true. Straight walls, a good roof, and a bell that could be heard clean out to the creek bottoms.</w:t>
      </w:r>
    </w:p>
    <w:p w14:paraId="75934B16" w14:textId="77777777" w:rsidR="00C82539" w:rsidRDefault="00C82539" w:rsidP="00C82539">
      <w:r>
        <w:t>They were singing that morning. The whole congregation, maybe thirty souls in all, their voices filling the space like smoke from a warm hearth.</w:t>
      </w:r>
    </w:p>
    <w:p w14:paraId="2EB47757" w14:textId="77777777" w:rsidR="00C82539" w:rsidRDefault="00C82539" w:rsidP="00C82539">
      <w:r>
        <w:t>“Rock of Ages…”</w:t>
      </w:r>
    </w:p>
    <w:p w14:paraId="5C531141" w14:textId="77777777" w:rsidR="00C82539" w:rsidRDefault="00C82539" w:rsidP="00C82539">
      <w:r>
        <w:t>Jonas sat on the third pew; arm draped across the backrest behind Anna. Daniel leaned against him, still and quiet in the way only a worn-out boy could be. Grace sat in Anna’s lap, her blonde curls bouncing slightly with each sway of her mother’s gentle rocking.</w:t>
      </w:r>
    </w:p>
    <w:p w14:paraId="79C9E3D8" w14:textId="77777777" w:rsidR="00C82539" w:rsidRDefault="00C82539" w:rsidP="00C82539">
      <w:r>
        <w:t>He wasn’t singing. Not really listening, either. His gaze had slipped toward the window, where morning light fell across the worn floorboards and glinted off the nails in the far wall. Outside, prairie grass waved in the breeze. He wondered if the creek would hold enough water through August. Wondered if that old post by the hog pen could hold out a little longer.</w:t>
      </w:r>
    </w:p>
    <w:p w14:paraId="5136D1A0" w14:textId="77777777" w:rsidR="00C82539" w:rsidRDefault="00C82539" w:rsidP="00C82539">
      <w:r>
        <w:t>He breathed in deep and let it out slow.</w:t>
      </w:r>
    </w:p>
    <w:p w14:paraId="3F14C037" w14:textId="77777777" w:rsidR="00C82539" w:rsidRDefault="00C82539" w:rsidP="00C82539">
      <w:r>
        <w:t>Anna’s voice carried through the room—clear, steady, full of conviction. Beautiful. She didn’t sing loud, just genuine. Jonas didn’t have a voice for hymns, but he loved the sound of hers. Always had.</w:t>
      </w:r>
    </w:p>
    <w:p w14:paraId="1A1ED6B3" w14:textId="77777777" w:rsidR="00C82539" w:rsidRDefault="00C82539" w:rsidP="00C82539">
      <w:r>
        <w:t>He turned to look at her.</w:t>
      </w:r>
    </w:p>
    <w:p w14:paraId="2C1F46E7" w14:textId="77777777" w:rsidR="00C82539" w:rsidRDefault="00C82539" w:rsidP="00C82539">
      <w:r>
        <w:t>There was a kind of joy in her face that stilled something in him. Not the loud kind of joy, but a settled peace, like she was anchored to something deeper than the things that troubled most. Her eyes were closed as she sang, and Grace had stopped fidgeting, mesmerized by her mother’s voice. The morning light caught the gold in Anna’s hair, and for just a moment, Jonas felt the weight of it all—the beauty, the stillness, the way her love for God made her stronger than she looked.</w:t>
      </w:r>
    </w:p>
    <w:p w14:paraId="46EFD666" w14:textId="77777777" w:rsidR="00C82539" w:rsidRDefault="00C82539" w:rsidP="00C82539">
      <w:r>
        <w:t>His own faith didn’t run as deep. He believed, sure—but more out of habit than hunger. Still, sitting there beside her, surrounded by his family and the sound of people lifting their voices to heaven, he felt something good. Like the world made sense.</w:t>
      </w:r>
    </w:p>
    <w:p w14:paraId="7A00CFA8" w14:textId="77777777" w:rsidR="00C82539" w:rsidRDefault="00C82539" w:rsidP="00C82539">
      <w:r>
        <w:t>“Cleft for me…”</w:t>
      </w:r>
    </w:p>
    <w:p w14:paraId="0C2B609D" w14:textId="77777777" w:rsidR="00C82539" w:rsidRDefault="00C82539" w:rsidP="00C82539">
      <w:r>
        <w:t>Jonas watched her, heart full, not with worry or duty, but with something simpler—thankfulness. In that moment, he was content to sit in God’s house they’d helped build, listening to the woman he loved sing to a God he didn’t quite understand.</w:t>
      </w:r>
    </w:p>
    <w:p w14:paraId="77260ED2" w14:textId="77777777" w:rsidR="00C82539" w:rsidRDefault="00C82539" w:rsidP="00C82539"/>
    <w:p w14:paraId="0A137971" w14:textId="77777777" w:rsidR="00C82539" w:rsidRDefault="00C82539" w:rsidP="00C82539">
      <w:r>
        <w:t>“Let me hide myself in thee.”</w:t>
      </w:r>
    </w:p>
    <w:p w14:paraId="28268DF0" w14:textId="77777777" w:rsidR="00C82539" w:rsidRDefault="00C82539" w:rsidP="00C82539">
      <w:r>
        <w:t>The last chord of the hymn lingered in the rafters like smoke after a supper fire.</w:t>
      </w:r>
    </w:p>
    <w:p w14:paraId="6A1FF844" w14:textId="77777777" w:rsidR="00C82539" w:rsidRDefault="00C82539" w:rsidP="00C82539">
      <w:r>
        <w:lastRenderedPageBreak/>
        <w:t>Jonas blinked, the present returning as the last notes faded. The sun through the tall windows of the Whitmore church fell across the planked floor, same as it had back home. The room was smaller than Lonesome Ridge’s, but built strong—sturdy walls, tight roof, no leaks in the rain. He’d helped set some of the pews, repaired the front step, replaced some of the shingles, and driven nails where they were needed. It felt good to work with his hands again.</w:t>
      </w:r>
    </w:p>
    <w:p w14:paraId="67843EDD" w14:textId="77777777" w:rsidR="00C82539" w:rsidRDefault="00C82539" w:rsidP="00C82539">
      <w:r>
        <w:t>They’d been singing Rock of Ages. Same hymn. Same words. But the voices here were thinner, fewer. And Anna wasn’t beside him. Grace wasn’t curled up in her lap. Daniel wasn’t leaning on his shoulder.</w:t>
      </w:r>
    </w:p>
    <w:p w14:paraId="576C8F48" w14:textId="77777777" w:rsidR="00C82539" w:rsidRDefault="00C82539" w:rsidP="00C82539">
      <w:r>
        <w:t>His chest tightened.</w:t>
      </w:r>
    </w:p>
    <w:p w14:paraId="7AC1A5AE" w14:textId="77777777" w:rsidR="00C82539" w:rsidRDefault="00C82539" w:rsidP="00C82539">
      <w:r>
        <w:t>It had been a good memory, but it left a sting—like finding a photograph in a burned-down house. He was grateful for it, but grief crept in at the edges all the same.</w:t>
      </w:r>
    </w:p>
    <w:p w14:paraId="71FDECF5" w14:textId="77777777" w:rsidR="00C82539" w:rsidRDefault="00C82539" w:rsidP="00C82539">
      <w:r>
        <w:t>Jonas kept his head bowed as the church fell silent. He let out a breath, slow and quiet, and straightened.</w:t>
      </w:r>
    </w:p>
    <w:p w14:paraId="357870CF" w14:textId="77777777" w:rsidR="00C82539" w:rsidRDefault="00C82539" w:rsidP="00C82539">
      <w:r>
        <w:t>From the front, Elijah Stone stood up.</w:t>
      </w:r>
    </w:p>
    <w:p w14:paraId="688C8E23" w14:textId="77777777" w:rsidR="00C82539" w:rsidRDefault="00C82539" w:rsidP="00C82539">
      <w:r>
        <w:t>The circuit-riding preacher moved with quiet purpose, his worn Bible in hand, the leather edges dulled from years of preaching in churches, on the battlefield, and on the mission trail. He set it gently on the pulpit—raw pine boards polished only by use.</w:t>
      </w:r>
    </w:p>
    <w:p w14:paraId="7335C5DB" w14:textId="77777777" w:rsidR="00C82539" w:rsidRDefault="00C82539" w:rsidP="00C82539">
      <w:r>
        <w:t>His voice was calm but sure, cutting through the quiet like a knife drawn smooth from a sheath.</w:t>
      </w:r>
    </w:p>
    <w:p w14:paraId="70F44709" w14:textId="77777777" w:rsidR="00C82539" w:rsidRDefault="00C82539" w:rsidP="00C82539">
      <w:r>
        <w:t>“Brethren,” he began, “I count not myself to have apprehended: but this one thing I do…”</w:t>
      </w:r>
    </w:p>
    <w:p w14:paraId="6656146F" w14:textId="77777777" w:rsidR="00C82539" w:rsidRDefault="00C82539" w:rsidP="00C82539">
      <w:r>
        <w:t>He paused, glancing across the small room, meeting eyes where he could.</w:t>
      </w:r>
    </w:p>
    <w:p w14:paraId="0F5AE362" w14:textId="77777777" w:rsidR="00C82539" w:rsidRDefault="00C82539" w:rsidP="00C82539">
      <w:r>
        <w:t>“...Forgetting those things which are behind, and reaching forth unto those things which are before…”</w:t>
      </w:r>
    </w:p>
    <w:p w14:paraId="2CD1E026" w14:textId="77777777" w:rsidR="00C82539" w:rsidRDefault="00C82539" w:rsidP="00C82539">
      <w:r>
        <w:t>Jonas sat straighter; hands folded in front of him. He didn’t know the passage by heart, but the words landed like hammer blows all the same.</w:t>
      </w:r>
    </w:p>
    <w:p w14:paraId="0A90D877" w14:textId="77777777" w:rsidR="00C82539" w:rsidRDefault="00C82539" w:rsidP="00C82539">
      <w:r>
        <w:t>“I press toward the mark,” Elijah said, a little louder now, “for the prize of the high calling of God in Christ Jesus.”</w:t>
      </w:r>
    </w:p>
    <w:p w14:paraId="71CD0BB8" w14:textId="77777777" w:rsidR="00C82539" w:rsidRDefault="00C82539" w:rsidP="00C82539">
      <w:r>
        <w:t>A few murmured amens followed. Elijah didn’t seem to need them. He let the words stand.</w:t>
      </w:r>
    </w:p>
    <w:p w14:paraId="62477E6A" w14:textId="77777777" w:rsidR="00C82539" w:rsidRDefault="00C82539" w:rsidP="00C82539">
      <w:r>
        <w:t>“I know what it is to carry a heavy past,” he said, voice low but steady. “To look behind you and see only fire and ashes. I know what it is to ask God why things went the way they did, and to hear only silence. But I also know—” he paused, eyes looking at each person “—that you can’t walk forward if you’re always staring backward. You’ll stumble. Or worse, you’ll stop altogether.”</w:t>
      </w:r>
    </w:p>
    <w:p w14:paraId="6BC989FD" w14:textId="77777777" w:rsidR="00C82539" w:rsidRDefault="00C82539" w:rsidP="00C82539">
      <w:r>
        <w:t>Jonas didn’t move. But something in him shifted. Not like a door flinging open—more like a window cracking just enough to let the air in.</w:t>
      </w:r>
    </w:p>
    <w:p w14:paraId="2DBF94D0" w14:textId="77777777" w:rsidR="00C82539" w:rsidRDefault="00C82539" w:rsidP="00C82539">
      <w:r>
        <w:lastRenderedPageBreak/>
        <w:t>Elijah pressed on. “Paul wasn’t perfect. None of us are. But he knew the race ain’t won by dwelling on the past. Past regrets. Past failures.” He waited a few seconds, eyes scanning the room. “Past successes. No, you press forward. You lean into the grace of Christ. You aim your life toward something better. Toward the prize of the high calling of God in Christ Jesus!”</w:t>
      </w:r>
    </w:p>
    <w:p w14:paraId="29BCCA9A" w14:textId="77777777" w:rsidR="00C82539" w:rsidRDefault="00C82539" w:rsidP="00C82539">
      <w:r>
        <w:t xml:space="preserve">Jonas stared at the open Bible—Anna’s Bible— resting on his knee, pages soft and broken-in from where she read it every day. </w:t>
      </w:r>
    </w:p>
    <w:p w14:paraId="4AB54405" w14:textId="77777777" w:rsidR="00C82539" w:rsidRDefault="00C82539" w:rsidP="00C82539">
      <w:r>
        <w:t>After the closing prayer, the small congregation filtered out into the warm Texas morning, boots shuffling over the worn threshold Elijah had repaired himself a few weeks back. A few lingered to shake his hand or thank him for the message. Elijah met each one with a nod, a kind word, a call to keep pressing forward.</w:t>
      </w:r>
    </w:p>
    <w:p w14:paraId="26FF57FF" w14:textId="77777777" w:rsidR="00C82539" w:rsidRDefault="00C82539" w:rsidP="00C82539">
      <w:r>
        <w:t>Jonas waited by the side wall; near a stack of benches they’d hauled in from the old schoolhouse. He wasn’t one to crowd a man after preaching. Folks needed space for that sort of thing to settle.</w:t>
      </w:r>
    </w:p>
    <w:p w14:paraId="2CDFA5DC" w14:textId="77777777" w:rsidR="00C82539" w:rsidRDefault="00C82539" w:rsidP="00C82539">
      <w:r>
        <w:t>Elijah eventually made his way over, Bible still in hand, his coat slung over one shoulder. The older man’s brow was damp, not from strain, but from the heat and the effort of speaking truth with his whole heart.</w:t>
      </w:r>
    </w:p>
    <w:p w14:paraId="1AEAA2B2" w14:textId="77777777" w:rsidR="00C82539" w:rsidRDefault="00C82539" w:rsidP="00C82539">
      <w:r>
        <w:t>“Good message,” Jonas said simply.</w:t>
      </w:r>
    </w:p>
    <w:p w14:paraId="36703BDD" w14:textId="77777777" w:rsidR="00C82539" w:rsidRDefault="00C82539" w:rsidP="00C82539">
      <w:r>
        <w:t>Elijah gave a tired smile. “Praise the Lord. It was for us.. all of us.”</w:t>
      </w:r>
    </w:p>
    <w:p w14:paraId="0AB565C7" w14:textId="77777777" w:rsidR="00C82539" w:rsidRDefault="00C82539" w:rsidP="00C82539">
      <w:r>
        <w:t>Jonas didn’t answer right away. He glanced toward the door where a little girl was chasing her brother through the churchyard. Their mother was calling them back with a mix of sternness and laughter.</w:t>
      </w:r>
    </w:p>
    <w:p w14:paraId="6C0E4A9F" w14:textId="77777777" w:rsidR="00C82539" w:rsidRDefault="00C82539" w:rsidP="00C82539">
      <w:r>
        <w:t>He turned back. “You ever preach something you’re still trying to believe yourself?”</w:t>
      </w:r>
    </w:p>
    <w:p w14:paraId="7B51B2F7" w14:textId="77777777" w:rsidR="00C82539" w:rsidRDefault="00C82539" w:rsidP="00C82539">
      <w:r>
        <w:t>Elijah’s eyes twinkled—not with mischief, but something closer to understanding.</w:t>
      </w:r>
    </w:p>
    <w:p w14:paraId="084B9BA7" w14:textId="77777777" w:rsidR="00C82539" w:rsidRDefault="00C82539" w:rsidP="00C82539">
      <w:r>
        <w:t>“All the time,” he said. “If I only preached what I’d mastered, I’d be silent most Sundays.”</w:t>
      </w:r>
    </w:p>
    <w:p w14:paraId="579F1B20" w14:textId="77777777" w:rsidR="00C82539" w:rsidRDefault="00C82539" w:rsidP="00C82539">
      <w:r>
        <w:t>That drew the corner of a smile from Jonas, faint but real.</w:t>
      </w:r>
    </w:p>
    <w:p w14:paraId="0DE08314" w14:textId="77777777" w:rsidR="00C82539" w:rsidRDefault="00C82539" w:rsidP="00C82539">
      <w:r>
        <w:t>They stepped outside together, the door swinging shut behind them. The air smelled like sun-warmed grass and the faint trace of dust kicked up by wagons.</w:t>
      </w:r>
    </w:p>
    <w:p w14:paraId="791151AE" w14:textId="77777777" w:rsidR="00C82539" w:rsidRDefault="00C82539" w:rsidP="00C82539">
      <w:r>
        <w:t>“I sent a letter off,” Elijah said, adjusting his coat. “To the Baptist association. Asked them to consider sending a full-time pastor for Whitmore.”</w:t>
      </w:r>
    </w:p>
    <w:p w14:paraId="287781FD" w14:textId="77777777" w:rsidR="00C82539" w:rsidRDefault="00C82539" w:rsidP="00C82539">
      <w:r>
        <w:t>Jonas looked over, surprised. “You leavin’ soon?”</w:t>
      </w:r>
    </w:p>
    <w:p w14:paraId="0BC29178" w14:textId="77777777" w:rsidR="00C82539" w:rsidRDefault="00C82539" w:rsidP="00C82539">
      <w:r>
        <w:t>Elijah nodded. “Few more days. Long way yet before the season’s out. Towns south of here been waiting. Most don’t have preaching at all.”</w:t>
      </w:r>
    </w:p>
    <w:p w14:paraId="425351CE" w14:textId="77777777" w:rsidR="00C82539" w:rsidRDefault="00C82539" w:rsidP="00C82539">
      <w:r>
        <w:lastRenderedPageBreak/>
        <w:t>Jonas didn’t say anything, but the weight of that settled in his chest. The thought of Elijah riding off stirred something in him—a mix of respect and, strangely, a sense of loss.</w:t>
      </w:r>
    </w:p>
    <w:p w14:paraId="117621EF" w14:textId="77777777" w:rsidR="00C82539" w:rsidRDefault="00C82539" w:rsidP="00C82539">
      <w:r>
        <w:t>“I was hopin’… you might come with me,” Elijah added after a beat, watching him closely.</w:t>
      </w:r>
    </w:p>
    <w:p w14:paraId="7C0075FC" w14:textId="77777777" w:rsidR="00C82539" w:rsidRDefault="00C82539" w:rsidP="00C82539">
      <w:r>
        <w:t>Jonas raised an eyebrow. “You need a hand?”</w:t>
      </w:r>
    </w:p>
    <w:p w14:paraId="38BB2C2C" w14:textId="77777777" w:rsidR="00C82539" w:rsidRDefault="00C82539" w:rsidP="00C82539">
      <w:r>
        <w:t>“I need a brother on the trail,” Elijah said. “Not just for setting up chairs or digging postholes. For the company. For the walk. You’ve got something stirring in you, Jonas. I seen it. But it won’t grow just sittin’ in a pew. Sometimes you gotta walk it out.”</w:t>
      </w:r>
    </w:p>
    <w:p w14:paraId="7F9A75E9" w14:textId="77777777" w:rsidR="00C82539" w:rsidRDefault="00C82539" w:rsidP="00C82539">
      <w:r>
        <w:t>Jonas looked down, thumbed the edge of his Bible.</w:t>
      </w:r>
    </w:p>
    <w:p w14:paraId="63AA7B5B" w14:textId="77777777" w:rsidR="00C82539" w:rsidRDefault="00C82539" w:rsidP="00C82539">
      <w:r>
        <w:t>“You don’t have to answer now,” Elijah said, already stepping toward the main road. “But think on it.”</w:t>
      </w:r>
    </w:p>
    <w:p w14:paraId="1E4B3AE3" w14:textId="77777777" w:rsidR="00C82539" w:rsidRDefault="00C82539" w:rsidP="00C82539">
      <w:r>
        <w:t>Jonas watched him go. The old preacher walked slow but steady, as if he had the strength of a man half his age and the patience of one twice it.</w:t>
      </w:r>
    </w:p>
    <w:p w14:paraId="471ECE5C" w14:textId="77777777" w:rsidR="00C82539" w:rsidRDefault="00C82539" w:rsidP="00C82539">
      <w:r>
        <w:t>He stayed there a long while after the others had gone, the wind curling through the churchyard grass.</w:t>
      </w:r>
    </w:p>
    <w:p w14:paraId="03DF8C99" w14:textId="77777777" w:rsidR="00C82539" w:rsidRDefault="00C82539" w:rsidP="00C82539">
      <w:r>
        <w:t>“Press toward the mark,” he said to himself.</w:t>
      </w:r>
    </w:p>
    <w:p w14:paraId="32216FA6" w14:textId="77777777" w:rsidR="00C82539" w:rsidRDefault="00C82539" w:rsidP="00C82539">
      <w:r>
        <w:t>He wasn’t sure where the mark was yet. But maybe it was time to start riding.  He never intended to stay in Whitmore, or anywhere else for that matter. He didn’t know if he was pressing toward anything. But maybe it was time to start.</w:t>
      </w:r>
    </w:p>
    <w:p w14:paraId="47C4F145" w14:textId="77777777" w:rsidR="00C82539" w:rsidRDefault="00C82539" w:rsidP="00C82539"/>
    <w:p w14:paraId="6968C638" w14:textId="77777777" w:rsidR="00C82539" w:rsidRDefault="00C82539" w:rsidP="00C82539">
      <w:r>
        <w:t xml:space="preserve">The sun had just begun its slow climb when they rode out, brushing the rooftops of Whitmore in a soft golden haze. Morning shadows stretched long across the road, but the air already held the promise of heat. Another August day in Texas. </w:t>
      </w:r>
    </w:p>
    <w:p w14:paraId="73895098" w14:textId="77777777" w:rsidR="00C82539" w:rsidRDefault="00C82539" w:rsidP="00C82539">
      <w:r>
        <w:t>Jonas cinched the saddle tighter on his gelding, glancing toward the church one last time. The doors stood open, same as they had most every night this past week. Hymnals stacked neat inside. Pulpit waiting. Empty now, but not lifeless. Elijah had seen to that.</w:t>
      </w:r>
    </w:p>
    <w:p w14:paraId="75E5D9E4" w14:textId="77777777" w:rsidR="00C82539" w:rsidRDefault="00C82539" w:rsidP="00C82539">
      <w:r>
        <w:t>The preacher was already mounted, seated firm and easy on a thick-muscled roan. The horse had a coat like red dust and a patient look about him. His saddle was plain, worn dark with sweat and sun, and the leather bags behind him looked like they’d seen a hundred towns and twice as many sermons. A small wooden cross hung from the horn, the edges smoothed down from years of travel.</w:t>
      </w:r>
    </w:p>
    <w:p w14:paraId="0DE4F7A4" w14:textId="77777777" w:rsidR="00C82539" w:rsidRDefault="00C82539" w:rsidP="00C82539">
      <w:r>
        <w:t>Jonas swung into his saddle, rifle slung across his back, canteen snug against the horn. He took a last look at the church, then at the town beyond it. Whitmore was still half-asleep—shutters drawn, smoke curling from a chimney or two. It would be stirring soon, but by then, they’d be miles down the road.</w:t>
      </w:r>
    </w:p>
    <w:p w14:paraId="23FD1324" w14:textId="77777777" w:rsidR="00C82539" w:rsidRDefault="00C82539" w:rsidP="00C82539">
      <w:r>
        <w:t>“You sure you’re ready?” Elijah asked, turning his mount toward the open trail.</w:t>
      </w:r>
    </w:p>
    <w:p w14:paraId="3ED40746" w14:textId="77777777" w:rsidR="00C82539" w:rsidRDefault="00C82539" w:rsidP="00C82539">
      <w:r>
        <w:lastRenderedPageBreak/>
        <w:t>Jonas nodded once. “Yeah. I reckon I am.”</w:t>
      </w:r>
    </w:p>
    <w:p w14:paraId="6727CEEF" w14:textId="77777777" w:rsidR="00C82539" w:rsidRDefault="00C82539" w:rsidP="00C82539">
      <w:r>
        <w:t>Elijah gave a faint smile. “Then let’s ride.”</w:t>
      </w:r>
    </w:p>
    <w:p w14:paraId="7D3AA41A" w14:textId="77777777" w:rsidR="00C82539" w:rsidRDefault="00C82539" w:rsidP="00C82539">
      <w:r>
        <w:t>A few townsfolk stood near the church steps and along the street—Mrs. Colburn holding her youngest boy’s hand, old Mr. Talley nodding from his porch, and a pair of Smith boys lingering by the well. No words were spoken, but heads dipped in respect as Elijah and Jonas passed. Quiet goodbyes, the kind that stuck longer than most.</w:t>
      </w:r>
    </w:p>
    <w:p w14:paraId="4DB66E42" w14:textId="77777777" w:rsidR="00C82539" w:rsidRDefault="00C82539" w:rsidP="00C82539">
      <w:r>
        <w:t>They headed south, following the rutted trail that twisted through a patchwork of scrub and mesquite. The land rolled out ahead of them in sun-drenched waves, dry and cracked in places, green and stubborn in others. Grasshoppers sprang up from the brush, and cicadas buzzed like a warning on the wind.</w:t>
      </w:r>
    </w:p>
    <w:p w14:paraId="6AB0BAB5" w14:textId="77777777" w:rsidR="00C82539" w:rsidRDefault="00C82539" w:rsidP="00C82539">
      <w:r>
        <w:t>They didn’t speak at first. Didn’t need to. The road had a way of settling words before they reached the tongue. The only sounds were hoofbeats, the creak of leather, and the low, steady hum Elijah carried under his breath—some old hymn Jonas had heard a hundred times.</w:t>
      </w:r>
    </w:p>
    <w:p w14:paraId="18F79EB4" w14:textId="77777777" w:rsidR="00C82539" w:rsidRDefault="00C82539" w:rsidP="00C82539">
      <w:r>
        <w:t>Jonas glanced over once, watched the way Elijah rode—upright, steady, eyes ahead. He wasn’t young, not anymore, but there was a strength in him. Not just in his posture or the way he handled the reins. It was deeper than that. Rooted.</w:t>
      </w:r>
    </w:p>
    <w:p w14:paraId="6E9016E9" w14:textId="77777777" w:rsidR="00C82539" w:rsidRDefault="00C82539" w:rsidP="00C82539">
      <w:r>
        <w:t>The trail bent southeast, cutting past a dry creek bed. Grafton was still days away, but the road had started, and with it, something else. Jonas couldn’t name it just yet. Maybe he didn’t need to.</w:t>
      </w:r>
    </w:p>
    <w:p w14:paraId="28CBD957" w14:textId="77777777" w:rsidR="00C82539" w:rsidRDefault="00C82539" w:rsidP="00C82539">
      <w:r>
        <w:t>But he felt it, sure as the sun rising behind them.</w:t>
      </w:r>
    </w:p>
    <w:p w14:paraId="2F5D9947" w14:textId="77777777" w:rsidR="00C82539" w:rsidRDefault="00C82539" w:rsidP="00C82539">
      <w:r>
        <w:t>The road south stretched long and dusty, winding through dry creeks, cedar thickets, and rolling fields of sun-bleached grass. Towns came and went—some little more than a saloon and a blacksmith, others trying their best to grow into something steady. The names blurred together after a while, but Jonas remembered the people.</w:t>
      </w:r>
    </w:p>
    <w:p w14:paraId="34CDF4E3" w14:textId="77777777" w:rsidR="00C82539" w:rsidRDefault="00C82539" w:rsidP="00C82539">
      <w:r>
        <w:t>In one town, a man with a busted leg limped into the service on crutches, his wife helping him down the aisle. Elijah preached from Isaiah that night—“He giveth power to the faint…”—and the man wept, right there in the front row. In another place, they met a girl no older than Grace had been, sitting alone on the church steps before service. She didn’t say much, just asked if they’d sing “Amazing Grace.” They did.</w:t>
      </w:r>
    </w:p>
    <w:p w14:paraId="5C3875DD" w14:textId="77777777" w:rsidR="00C82539" w:rsidRDefault="00C82539" w:rsidP="00C82539">
      <w:r>
        <w:t>Elijah kept a quiet rhythm on the trail. Rise early, ride hard, set up for service, preach, pray, sleep. He never complained about the heat or the dust. Just kept going, like the work itself was breath to him. Jonas rode with a scout’s habit—eyes always moving, reading the land like a man who’d learned long ago that safety was something you never assumed.</w:t>
      </w:r>
    </w:p>
    <w:p w14:paraId="7D0E9179" w14:textId="77777777" w:rsidR="00C82539" w:rsidRDefault="00C82539" w:rsidP="00C82539">
      <w:r>
        <w:t xml:space="preserve">Jonas watched him closely. At first, it was habit—old scout instincts. But the more he rode with Elijah, the more he found himself listening. Not just to the sermons, but to the quiet moments in between. The </w:t>
      </w:r>
      <w:r>
        <w:lastRenderedPageBreak/>
        <w:t>way the man prayed before meals, not loudly or for show, but honest. The way he looked at folks, even the rough ones, like they were worth something.</w:t>
      </w:r>
    </w:p>
    <w:p w14:paraId="32EFC844" w14:textId="77777777" w:rsidR="00C82539" w:rsidRDefault="00C82539" w:rsidP="00C82539">
      <w:r>
        <w:t>Jonas still didn’t say much when Elijah asked him to read Scripture aloud during evening camp. But he did it. His voice unsteady at first, then firming up as the words took root. He’d sit up late some nights after Elijah turned in, reading by firelight, tracing verses with his finger like they were directions on a map.</w:t>
      </w:r>
    </w:p>
    <w:p w14:paraId="33E2B58A" w14:textId="77777777" w:rsidR="00C82539" w:rsidRDefault="00C82539" w:rsidP="00C82539">
      <w:r>
        <w:t>Each mile put more of Whitmore behind them, but it didn’t feel like running. It felt like walking toward something.</w:t>
      </w:r>
    </w:p>
    <w:p w14:paraId="1B5B4AFF" w14:textId="77777777" w:rsidR="00C82539" w:rsidRDefault="00C82539" w:rsidP="00C82539">
      <w:r>
        <w:t>It came on slow at first—just a bruising in the west, low and distant. Elijah noticed it first and reined in his horse on a ridge, eyes narrowing beneath the brim of his hat.</w:t>
      </w:r>
    </w:p>
    <w:p w14:paraId="1858E6A4" w14:textId="77777777" w:rsidR="00C82539" w:rsidRDefault="00C82539" w:rsidP="00C82539">
      <w:r>
        <w:t>“Storm,” he said.</w:t>
      </w:r>
    </w:p>
    <w:p w14:paraId="2594D86D" w14:textId="77777777" w:rsidR="00C82539" w:rsidRDefault="00C82539" w:rsidP="00C82539">
      <w:r>
        <w:t>Jonas looked up from the trail. The wind had changed. Cooler now, carrying the smell of rain and earth. The sun had vanished behind a thick wall of cloud, shadows stretching long across the open land.</w:t>
      </w:r>
    </w:p>
    <w:p w14:paraId="5A3FA5F0" w14:textId="77777777" w:rsidR="00C82539" w:rsidRDefault="00C82539" w:rsidP="00C82539">
      <w:r>
        <w:t>They made camp early, off the road and near a rocky rise that offered some cover. By nightfall, the wind was howling through the trees, and the sky cracked wide with thunder. Rain hammered the canvas of their small lean-to shelter, and lightning lit the landscape in brief, silver flashes.</w:t>
      </w:r>
    </w:p>
    <w:p w14:paraId="56CDC7F2" w14:textId="77777777" w:rsidR="00C82539" w:rsidRDefault="00C82539" w:rsidP="00C82539">
      <w:r>
        <w:t>They sat close to the fire, its light flickering against the walls of stone behind them. Elijah opened his Bible, the pages fluttering in the gusts like wings. He didn’t preach that night. Just read quietly from Psalm 46.</w:t>
      </w:r>
    </w:p>
    <w:p w14:paraId="2F7C6E00" w14:textId="77777777" w:rsidR="00C82539" w:rsidRDefault="00C82539" w:rsidP="00C82539">
      <w:r>
        <w:t>"God is our refuge and strength, a very present help in trouble…"</w:t>
      </w:r>
    </w:p>
    <w:p w14:paraId="5394BCBB" w14:textId="77777777" w:rsidR="00C82539" w:rsidRDefault="00C82539" w:rsidP="00C82539">
      <w:r>
        <w:t>They sat close to the fire, its flickering glow pressed back against the shadows as thunder rolled through the hills outside. Rain still hissed against the stones and canvas, but the worst of the storm had passed. Elijah closed his Bible and leaned back with a tired sigh.</w:t>
      </w:r>
    </w:p>
    <w:p w14:paraId="0C193DC2" w14:textId="77777777" w:rsidR="00C82539" w:rsidRDefault="00C82539" w:rsidP="00C82539">
      <w:r>
        <w:t>Jonas stared into the flames; arms draped over his knees. After a while, he spoke.</w:t>
      </w:r>
    </w:p>
    <w:p w14:paraId="3F62FD90" w14:textId="77777777" w:rsidR="00C82539" w:rsidRDefault="00C82539" w:rsidP="00C82539">
      <w:r>
        <w:t>“Reminds me of a storm we ran into near the Chattahoochee, spring of ’64. We were with riding flank around Sherman’s boys, trying to slow ’em down. We’d been in the saddle for three days without a dry stitch on us. River had come up something awful. Flooded most of the bottoms.”</w:t>
      </w:r>
    </w:p>
    <w:p w14:paraId="53A65F18" w14:textId="77777777" w:rsidR="00C82539" w:rsidRDefault="00C82539" w:rsidP="00C82539">
      <w:r>
        <w:t>Elijah looked over, the corner of his mouth twitching. “Didn’t stop you from crossing it, I bet.”</w:t>
      </w:r>
    </w:p>
    <w:p w14:paraId="309AF722" w14:textId="77777777" w:rsidR="00C82539" w:rsidRDefault="00C82539" w:rsidP="00C82539">
      <w:r>
        <w:t>Jonas chuckled. “Command said we had to scout across. Rain or no. We got halfway before one of the mules—stubborn thing named Jeremiah—lost his footing. Slid down the bank like a greased pig, took half our gear with him. I nearly followed.”</w:t>
      </w:r>
    </w:p>
    <w:p w14:paraId="44079DE8" w14:textId="77777777" w:rsidR="00C82539" w:rsidRDefault="00C82539" w:rsidP="00C82539">
      <w:r>
        <w:t>“What happened?”</w:t>
      </w:r>
    </w:p>
    <w:p w14:paraId="73419CDA" w14:textId="77777777" w:rsidR="00C82539" w:rsidRDefault="00C82539" w:rsidP="00C82539">
      <w:r>
        <w:lastRenderedPageBreak/>
        <w:t>“We found Jeremiah downstream, standing in chest-deep water, lookin’ more confused than scared. Lost our coffee, our powder, and two packs of ammunition—but for whatever reason, a jar of pickled eggs floated back to us, bobbing along like it was Heaven-sent.”</w:t>
      </w:r>
    </w:p>
    <w:p w14:paraId="372B53A7" w14:textId="77777777" w:rsidR="00C82539" w:rsidRDefault="00C82539" w:rsidP="00C82539">
      <w:r>
        <w:t>Elijah laughed. “The Lord works in mysterious ways.”</w:t>
      </w:r>
    </w:p>
    <w:p w14:paraId="1434FC45" w14:textId="77777777" w:rsidR="00C82539" w:rsidRDefault="00C82539" w:rsidP="00C82539">
      <w:r>
        <w:t>“Corporal Brantley called it a miracle. Ate six of those eggs in ten minutes. Thirty minutes later, we thought he was dying. Not from the storm. From the eggs.”</w:t>
      </w:r>
    </w:p>
    <w:p w14:paraId="4FBEAB4C" w14:textId="77777777" w:rsidR="00C82539" w:rsidRDefault="00C82539" w:rsidP="00C82539">
      <w:r>
        <w:t>A gust of wind hit the lean-to just then, flapping the canvas loose. Both men scrambled to hold it down. In the chaos, Elijah’s hat flew out and vanished into the dark, lost to the night.</w:t>
      </w:r>
    </w:p>
    <w:p w14:paraId="60BE6058" w14:textId="77777777" w:rsidR="00C82539" w:rsidRDefault="00C82539" w:rsidP="00C82539">
      <w:r>
        <w:t>They stared after it, soaked and grinning.</w:t>
      </w:r>
    </w:p>
    <w:p w14:paraId="0282F2BA" w14:textId="77777777" w:rsidR="00C82539" w:rsidRDefault="00C82539" w:rsidP="00C82539">
      <w:r>
        <w:t>“Well,” Elijah said, settling back under the now-resecured flap, “guess I’ll be preaching bareheaded.”</w:t>
      </w:r>
    </w:p>
    <w:p w14:paraId="74A68C7A" w14:textId="77777777" w:rsidR="00C82539" w:rsidRDefault="00C82539" w:rsidP="00C82539">
      <w:r>
        <w:t>Jonas chuckled, wiping rain from his eyes. “Storms don’t take sides, do they?”</w:t>
      </w:r>
    </w:p>
    <w:p w14:paraId="34682C65" w14:textId="77777777" w:rsidR="00C82539" w:rsidRDefault="00C82539" w:rsidP="00C82539">
      <w:r>
        <w:t>“No,” Elijah said, his smile fading into something thoughtful. “But the Lord rides in them all the same.”</w:t>
      </w:r>
    </w:p>
    <w:p w14:paraId="1B7BE3DA" w14:textId="77777777" w:rsidR="00C82539" w:rsidRDefault="00C82539" w:rsidP="00C82539">
      <w:r>
        <w:t>They sat in quiet after that, the fire crackling low. Outside, the wind eased, and the storm rolled off eastward across the hills. Jonas leaned back against the cool stone, coat damp, boots muddy, heart steadier.</w:t>
      </w:r>
    </w:p>
    <w:p w14:paraId="7AE0EEC5" w14:textId="77777777" w:rsidR="00C82539" w:rsidRDefault="00C82539" w:rsidP="00C82539">
      <w:r>
        <w:t>Somewhere beyond the clouds, morning waited.</w:t>
      </w:r>
    </w:p>
    <w:p w14:paraId="2234EDD6" w14:textId="77777777" w:rsidR="00C82539" w:rsidRDefault="00C82539" w:rsidP="00C82539"/>
    <w:p w14:paraId="6394DE5E" w14:textId="77777777" w:rsidR="00C82539" w:rsidRDefault="00C82539" w:rsidP="00C82539">
      <w:r>
        <w:t>By the time the trail leveled out and the river came into view, the storm had been gone nearly half a day. Morning light filtered weakly through a bank of low, drifting clouds, casting the limestone hills in a dull silver sheen.</w:t>
      </w:r>
    </w:p>
    <w:p w14:paraId="61239BC1" w14:textId="77777777" w:rsidR="00C82539" w:rsidRDefault="00C82539" w:rsidP="00C82539">
      <w:r>
        <w:t>From the ridge above, Grafton looked like a worn-out hat set down in a hollow—nothing fancy, just a scattering of wooden buildings, a livery, a smithy, a small mercantile, and one leaning church tucked up against the far side of town.</w:t>
      </w:r>
    </w:p>
    <w:p w14:paraId="2E1B32A0" w14:textId="77777777" w:rsidR="00C82539" w:rsidRDefault="00C82539" w:rsidP="00C82539">
      <w:r>
        <w:t>Elijah pulled up his horse and rested a hand on the saddle horn. “There she is.”</w:t>
      </w:r>
    </w:p>
    <w:p w14:paraId="6471F319" w14:textId="77777777" w:rsidR="00C82539" w:rsidRDefault="00C82539" w:rsidP="00C82539">
      <w:r>
        <w:t xml:space="preserve">Jonas studied it quietly. </w:t>
      </w:r>
    </w:p>
    <w:p w14:paraId="0287F129" w14:textId="77777777" w:rsidR="00C82539" w:rsidRDefault="00C82539" w:rsidP="00C82539"/>
    <w:p w14:paraId="343B54AA" w14:textId="77777777" w:rsidR="00C82539" w:rsidRDefault="00C82539" w:rsidP="00C82539"/>
    <w:p w14:paraId="632BBC06" w14:textId="77777777" w:rsidR="00C82539" w:rsidRDefault="00C82539" w:rsidP="00C82539">
      <w:r>
        <w:br/>
      </w:r>
    </w:p>
    <w:p w14:paraId="1FD920DA" w14:textId="77777777" w:rsidR="00C82539" w:rsidRDefault="00C82539" w:rsidP="00C82539">
      <w:r>
        <w:t>Chapter Thirteen</w:t>
      </w:r>
    </w:p>
    <w:p w14:paraId="67CE0989" w14:textId="77777777" w:rsidR="00C82539" w:rsidRDefault="00C82539" w:rsidP="00C82539">
      <w:r>
        <w:lastRenderedPageBreak/>
        <w:t>Welcome to Grafton</w:t>
      </w:r>
    </w:p>
    <w:p w14:paraId="6650AB67" w14:textId="77777777" w:rsidR="00C82539" w:rsidRDefault="00C82539" w:rsidP="00C82539">
      <w:r>
        <w:t>The sun was sinking low when Jonas Walker and Elijah Stone rode into Grafton. Dust trailed behind their horses, the summer heat clinging to their backs like an unwanted memory. From a distance, the town looked like promise — neat boardwalks, painted facades, windows trimmed with lace curtains. The road into Grafton wound through the hills like a dry creekbed, narrowing between oak and cedar until it finally spilled out into a town that looked, at first glance, like any other.</w:t>
      </w:r>
    </w:p>
    <w:p w14:paraId="3FCC7811" w14:textId="77777777" w:rsidR="00C82539" w:rsidRDefault="00C82539" w:rsidP="00C82539">
      <w:r>
        <w:t>Jonas slowed his horse as they crested the last rise. Below them, the town stretched across the low valley—two main streets, a smattering of houses, a blacksmith’s shop, a general store, and a wide courthouse at the center. A bell tower rose above the rooftops, its bronze clapper still.</w:t>
      </w:r>
    </w:p>
    <w:p w14:paraId="2227025D" w14:textId="77777777" w:rsidR="00C82539" w:rsidRDefault="00C82539" w:rsidP="00C82539">
      <w:r>
        <w:t>Smoke curled from chimneys. Wagons moved along dusty lanes. Children played near a well. Nothing looked out of place.</w:t>
      </w:r>
    </w:p>
    <w:p w14:paraId="4D9269A0" w14:textId="77777777" w:rsidR="00C82539" w:rsidRDefault="00C82539" w:rsidP="00C82539">
      <w:r>
        <w:t>And yet, Jonas felt it. Like the silence between two gunshots.</w:t>
      </w:r>
    </w:p>
    <w:p w14:paraId="04EAEFAD" w14:textId="77777777" w:rsidR="00C82539" w:rsidRDefault="00C82539" w:rsidP="00C82539">
      <w:r>
        <w:t>He scanned the streets, the storefronts, the faces.</w:t>
      </w:r>
    </w:p>
    <w:p w14:paraId="43F97D70" w14:textId="77777777" w:rsidR="00C82539" w:rsidRDefault="00C82539" w:rsidP="00C82539">
      <w:r>
        <w:t>A freedman sweeping the stoop outside the mercantile didn’t look up as they passed. A woman drawing water at the pump paused just long enough to give them a glance, then turned away without a word. Two boys tossing a ball froze when they saw Elijah’s black coat, and quickly disappeared behind a fence.</w:t>
      </w:r>
    </w:p>
    <w:p w14:paraId="554E175D" w14:textId="77777777" w:rsidR="00C82539" w:rsidRDefault="00C82539" w:rsidP="00C82539">
      <w:r>
        <w:t>No glares. No overt hostility. Just...distance.</w:t>
      </w:r>
    </w:p>
    <w:p w14:paraId="2FE33748" w14:textId="77777777" w:rsidR="00C82539" w:rsidRDefault="00C82539" w:rsidP="00C82539">
      <w:r>
        <w:t>Elijah rode beside him, sitting straighter in the saddle now, eyes bright beneath the brim of his battered hat.</w:t>
      </w:r>
    </w:p>
    <w:p w14:paraId="3ACC9F98" w14:textId="77777777" w:rsidR="00C82539" w:rsidRDefault="00C82539" w:rsidP="00C82539">
      <w:r>
        <w:t>“Well,” the older man said with a hopeful tone, “seems like a good-sized town. Plenty of folks here to hear the Word.”</w:t>
      </w:r>
    </w:p>
    <w:p w14:paraId="57136D46" w14:textId="77777777" w:rsidR="00C82539" w:rsidRDefault="00C82539" w:rsidP="00C82539">
      <w:r>
        <w:t>Jonas didn’t answer right away. His gaze lingered Toward the far end of town, the buildings gave way to a fenced lawn and a grand white house perched on a gentle rise. It looked like a plantation home — tall columns, bright windows, flower beds too green for Hill Country summer. It sat behind a black iron gate, flanked by stone pillars that didn’t match anything else in town. A pair of men stood casually near the gate. They continued on, riding past open shutters and wary eyes.</w:t>
      </w:r>
    </w:p>
    <w:p w14:paraId="1F53F537" w14:textId="77777777" w:rsidR="00C82539" w:rsidRDefault="00C82539" w:rsidP="00C82539"/>
    <w:p w14:paraId="72F31033" w14:textId="77777777" w:rsidR="00C82539" w:rsidRDefault="00C82539" w:rsidP="00C82539">
      <w:r>
        <w:t>“Something’s off,” he thought to himself.</w:t>
      </w:r>
    </w:p>
    <w:p w14:paraId="71C170D5" w14:textId="77777777" w:rsidR="00C82539" w:rsidRDefault="00C82539" w:rsidP="00C82539">
      <w:r>
        <w:t>They passed the livery and turned toward the church, hooves echoing against the dusty boards of the street. No one followed. No one waved. Jonas kept his eyes moving. He trusted Elijah’s faith. But he trusted his gut a little more.</w:t>
      </w:r>
    </w:p>
    <w:p w14:paraId="25128268" w14:textId="77777777" w:rsidR="00C82539" w:rsidRDefault="00C82539" w:rsidP="00C82539">
      <w:r>
        <w:t xml:space="preserve">The church stood just off the main street, tucked behind a row of hackberry trees that cast dappled shadows across its steps. The white paint was weathered but clean. The shutters were open, the bell </w:t>
      </w:r>
      <w:r>
        <w:lastRenderedPageBreak/>
        <w:t>rope freshly tied. It looked like someone still cared for the place, even if the town around it had gone quiet.  A sign in the front of the church said First Baptist Church of Grafton.</w:t>
      </w:r>
    </w:p>
    <w:p w14:paraId="5221A054" w14:textId="77777777" w:rsidR="00C82539" w:rsidRDefault="00C82539" w:rsidP="00C82539">
      <w:r>
        <w:t>Jonas pulled up his horse and rested a hand on the pommel, eyes narrowing as he took in the scene.</w:t>
      </w:r>
    </w:p>
    <w:p w14:paraId="6F109A78" w14:textId="77777777" w:rsidR="00C82539" w:rsidRDefault="00C82539" w:rsidP="00C82539">
      <w:r>
        <w:t>“Well,” he said, “doesn’t look abandoned.”</w:t>
      </w:r>
    </w:p>
    <w:p w14:paraId="6B02D345" w14:textId="77777777" w:rsidR="00C82539" w:rsidRDefault="00C82539" w:rsidP="00C82539">
      <w:r>
        <w:t>Elijah nodded, studying the steeple. “No, it doesn’t.”</w:t>
      </w:r>
    </w:p>
    <w:p w14:paraId="666FEAA3" w14:textId="77777777" w:rsidR="00C82539" w:rsidRDefault="00C82539" w:rsidP="00C82539">
      <w:r>
        <w:t>They tied off their horses to a hitch rail out front and stepped up onto the porch. The boards creaked under their boots, but they held firm. Elijah reached for the door handle just as it opened from the inside.</w:t>
      </w:r>
    </w:p>
    <w:p w14:paraId="6E8950B2" w14:textId="77777777" w:rsidR="00C82539" w:rsidRDefault="00C82539" w:rsidP="00C82539">
      <w:r>
        <w:t>An older man stood there, silver hair tucked beneath a worn hat, suspenders stretched over a clean cotton shirt. He blinked once, sizing them up, gaze lingering on Elijah’s Bible.</w:t>
      </w:r>
    </w:p>
    <w:p w14:paraId="24E9A292" w14:textId="77777777" w:rsidR="00C82539" w:rsidRDefault="00C82539" w:rsidP="00C82539">
      <w:r>
        <w:t>“Y’all lost?” the man asked.</w:t>
      </w:r>
    </w:p>
    <w:p w14:paraId="320E6FB7" w14:textId="77777777" w:rsidR="00C82539" w:rsidRDefault="00C82539" w:rsidP="00C82539">
      <w:r>
        <w:t>“No, sir,” Elijah said, polite and steady. “My name’s Elijah Stone. I was asked to come.”</w:t>
      </w:r>
    </w:p>
    <w:p w14:paraId="6EE08D8E" w14:textId="77777777" w:rsidR="00C82539" w:rsidRDefault="00C82539" w:rsidP="00C82539">
      <w:r>
        <w:t>The man’s brow furrowed. “Asked?”</w:t>
      </w:r>
    </w:p>
    <w:p w14:paraId="37A364C4" w14:textId="77777777" w:rsidR="00C82539" w:rsidRDefault="00C82539" w:rsidP="00C82539">
      <w:r>
        <w:t>Elijah reached into his coat pocket and drew out a folded letter, edges worn soft from the trail. “From the Baptist Association out of Independence. Got this a few weeks back. Said Grafton’s church was without a shepherd. I was headed this direction anyway.”</w:t>
      </w:r>
    </w:p>
    <w:p w14:paraId="125D8780" w14:textId="77777777" w:rsidR="00C82539" w:rsidRDefault="00C82539" w:rsidP="00C82539">
      <w:r>
        <w:t>Jonas watched the man’s expression shift—confusion giving way to relief. He stepped aside and opened the door wider.</w:t>
      </w:r>
    </w:p>
    <w:p w14:paraId="2923FA3D" w14:textId="77777777" w:rsidR="00C82539" w:rsidRDefault="00C82539" w:rsidP="00C82539">
      <w:r>
        <w:t>“Well I’ll be. Come in, come in. Name’s Ezra Galloway. Deacon here… least I guess I still am.”</w:t>
      </w:r>
    </w:p>
    <w:p w14:paraId="6443CD99" w14:textId="77777777" w:rsidR="00C82539" w:rsidRDefault="00C82539" w:rsidP="00C82539">
      <w:r>
        <w:t>Inside, the sanctuary was small but well-kept. Pews polished, floor swept, oil lamps trimmed and filled. A few hymnals were stacked near the pulpit. Dust lingered in the corners, but the room had the feel of something tended, not abandoned.</w:t>
      </w:r>
    </w:p>
    <w:p w14:paraId="183365D0" w14:textId="77777777" w:rsidR="00C82539" w:rsidRDefault="00C82539" w:rsidP="00C82539">
      <w:r>
        <w:t>“You said you were sent?” Ezra asked again once they were inside.</w:t>
      </w:r>
    </w:p>
    <w:p w14:paraId="06D5A060" w14:textId="77777777" w:rsidR="00C82539" w:rsidRDefault="00C82539" w:rsidP="00C82539">
      <w:r>
        <w:t>“Yes, sir,” Elijah replied. “The Lord led me here. The letter just helped me know where to stop.”</w:t>
      </w:r>
    </w:p>
    <w:p w14:paraId="4C76451C" w14:textId="77777777" w:rsidR="00C82539" w:rsidRDefault="00C82539" w:rsidP="00C82539">
      <w:r>
        <w:t>“Well,” Ezra said, glancing around the room like he wanted someone else to hear it too, “we’ve been praying for someone. Pastor Henry was here near on five years. Good man. Took care of folks. But left one night and didn’t come back.”</w:t>
      </w:r>
    </w:p>
    <w:p w14:paraId="704632E3" w14:textId="77777777" w:rsidR="00C82539" w:rsidRDefault="00C82539" w:rsidP="00C82539">
      <w:r>
        <w:t>Elijah nodded, not pressing for more. “I’m sorry to hear that.”</w:t>
      </w:r>
    </w:p>
    <w:p w14:paraId="501B27FF" w14:textId="77777777" w:rsidR="00C82539" w:rsidRDefault="00C82539" w:rsidP="00C82539">
      <w:r>
        <w:t>Ezra’s jaw tightened, but his voice stayed calm. “We’ve been keeping the place open best we could. I ring the bell, lead the singing when folks come. Not much of a preacher myself, but I reckon the Lord hears us anyway.”</w:t>
      </w:r>
    </w:p>
    <w:p w14:paraId="3CDA5374" w14:textId="77777777" w:rsidR="00C82539" w:rsidRDefault="00C82539" w:rsidP="00C82539">
      <w:r>
        <w:lastRenderedPageBreak/>
        <w:t>Elijah smiled faintly. “He does.”</w:t>
      </w:r>
    </w:p>
    <w:p w14:paraId="1EC05F9C" w14:textId="77777777" w:rsidR="00C82539" w:rsidRDefault="00C82539" w:rsidP="00C82539">
      <w:r>
        <w:t>Ezra turned to Jonas. “And you?”</w:t>
      </w:r>
    </w:p>
    <w:p w14:paraId="5520AEAD" w14:textId="77777777" w:rsidR="00C82539" w:rsidRDefault="00C82539" w:rsidP="00C82539">
      <w:r>
        <w:t>Jonas shifted. “Just traveling with the preacher for now.”</w:t>
      </w:r>
    </w:p>
    <w:p w14:paraId="61D9F5DE" w14:textId="77777777" w:rsidR="00C82539" w:rsidRDefault="00C82539" w:rsidP="00C82539">
      <w:r>
        <w:t>Ezra looked back to Elijah. “Well, I’ll be here Sunday, Lord willing. And I’ll make sure word gets around. Folks’ll be glad to know the Lord’s still sending men.”</w:t>
      </w:r>
    </w:p>
    <w:p w14:paraId="01BA2962" w14:textId="77777777" w:rsidR="00C82539" w:rsidRDefault="00C82539" w:rsidP="00C82539">
      <w:r>
        <w:t>Jonas glanced at Elijah as they walked back outside, sunlight warming the porch again. “You didn’t tell me about that letter.”</w:t>
      </w:r>
    </w:p>
    <w:p w14:paraId="5DD23F02" w14:textId="77777777" w:rsidR="00C82539" w:rsidRDefault="00C82539" w:rsidP="00C82539">
      <w:r>
        <w:t>“I wasn’t sure I’d stop,” Elijah said quietly. “Wasn’t sure you would either.”</w:t>
      </w:r>
    </w:p>
    <w:p w14:paraId="65C82896" w14:textId="77777777" w:rsidR="00C82539" w:rsidRDefault="00C82539" w:rsidP="00C82539">
      <w:r>
        <w:t>Jonas didn’t answer, just stepped down and untied his horse.</w:t>
      </w:r>
    </w:p>
    <w:p w14:paraId="4AC9F2CF" w14:textId="77777777" w:rsidR="00C82539" w:rsidRDefault="00C82539" w:rsidP="00C82539">
      <w:r>
        <w:t>He could feel it already—something stirring under the surface. But for now, the church still stood, and the bell was ready to ring.</w:t>
      </w:r>
    </w:p>
    <w:p w14:paraId="4074D3C1" w14:textId="77777777" w:rsidR="00C82539" w:rsidRDefault="00C82539" w:rsidP="00C82539">
      <w:r>
        <w:t>***</w:t>
      </w:r>
    </w:p>
    <w:p w14:paraId="5CEC63CF" w14:textId="77777777" w:rsidR="00C82539" w:rsidRDefault="00C82539" w:rsidP="00C82539">
      <w:r>
        <w:t>The pews were worn smooth by years of hands and prayer. Dust hung in the shafts of afternoon light cutting through the tall windows, but the place was far from abandoned. Oil lamps had been recently cleaned. The hymnals were stacked neatly on the back table. Someone still cared for this church, even if few remained to fill it.</w:t>
      </w:r>
    </w:p>
    <w:p w14:paraId="73BDEE16" w14:textId="77777777" w:rsidR="00C82539" w:rsidRDefault="00C82539" w:rsidP="00C82539">
      <w:r>
        <w:t>The old man—Mr. Galloway—had shuffled off to fetch the others who still gathered when they could. "You’ll want to meet Sister June," he’d said. "She’s got the keys to the kitchen. Might even fix you some coffee."</w:t>
      </w:r>
    </w:p>
    <w:p w14:paraId="5863C5CA" w14:textId="77777777" w:rsidR="00C82539" w:rsidRDefault="00C82539" w:rsidP="00C82539">
      <w:r>
        <w:t>Now, the sanctuary sat quiet again. Elijah had wandered up to the pulpit, running his hand along its edge. Jonas lingered in the back near the door, leaning against the wall, arms folded. Watching.</w:t>
      </w:r>
    </w:p>
    <w:p w14:paraId="06A7C3B5" w14:textId="77777777" w:rsidR="00C82539" w:rsidRDefault="00C82539" w:rsidP="00C82539">
      <w:r>
        <w:t>Elijah turned, voice low but warm. “You ever stand in a place and feel like it’s waiting on you?”</w:t>
      </w:r>
    </w:p>
    <w:p w14:paraId="6D0BAAC0" w14:textId="77777777" w:rsidR="00C82539" w:rsidRDefault="00C82539" w:rsidP="00C82539">
      <w:r>
        <w:t>Jonas didn’t answer at first. He scanned the windows, noting the angle of light, the shadows just outside. Then he nodded once. “Once or twice.”</w:t>
      </w:r>
    </w:p>
    <w:p w14:paraId="73A28A33" w14:textId="77777777" w:rsidR="00C82539" w:rsidRDefault="00C82539" w:rsidP="00C82539">
      <w:r>
        <w:t>Elijah smiled, a little wistful. “I got the letter from the Association not long before I met you. Said Grafton was in need. No pastor, no shepherd. Just sheep scattered and hungry.” He looked out over the empty pews. “Didn’t know how bad it was. But I came.”</w:t>
      </w:r>
    </w:p>
    <w:p w14:paraId="3D9CA982" w14:textId="77777777" w:rsidR="00C82539" w:rsidRDefault="00C82539" w:rsidP="00C82539">
      <w:r>
        <w:t>“You always come when called?” Jonas asked.</w:t>
      </w:r>
    </w:p>
    <w:p w14:paraId="3E1FB81E" w14:textId="77777777" w:rsidR="00C82539" w:rsidRDefault="00C82539" w:rsidP="00C82539">
      <w:r>
        <w:t>Elijah’s smile deepened. “I try. Sometimes I run behind, but the Lord’s always on time.”</w:t>
      </w:r>
    </w:p>
    <w:p w14:paraId="61E73335" w14:textId="77777777" w:rsidR="00C82539" w:rsidRDefault="00C82539" w:rsidP="00C82539">
      <w:r>
        <w:t>Jonas stepped forward a few paces, boots echoing soft on the wood. “That man back there… he’s grateful. But I didn’t see any other smiles in town.”</w:t>
      </w:r>
    </w:p>
    <w:p w14:paraId="7DA47010" w14:textId="77777777" w:rsidR="00C82539" w:rsidRDefault="00C82539" w:rsidP="00C82539">
      <w:r>
        <w:lastRenderedPageBreak/>
        <w:t>“Hard soil doesn’t mean it won’t grow,” Elijah said. He rested both hands on the pulpit. “Sometimes it takes more plowing. A little more work. More patience.”</w:t>
      </w:r>
    </w:p>
    <w:p w14:paraId="286C00A9" w14:textId="77777777" w:rsidR="00C82539" w:rsidRDefault="00C82539" w:rsidP="00C82539">
      <w:r>
        <w:t xml:space="preserve">Jonas glanced again out the front doors, cracked open just enough to see the street beyond. </w:t>
      </w:r>
    </w:p>
    <w:p w14:paraId="52622E22" w14:textId="77777777" w:rsidR="00C82539" w:rsidRDefault="00C82539" w:rsidP="00C82539">
      <w:r>
        <w:t>Elijah looked at him long. “The Lord specializes in hard cases.”</w:t>
      </w:r>
    </w:p>
    <w:p w14:paraId="1B90A6EB" w14:textId="77777777" w:rsidR="00C82539" w:rsidRDefault="00C82539" w:rsidP="00C82539">
      <w:r>
        <w:t xml:space="preserve">“I suppose He does,” Jonas agreed, his voice quiet. </w:t>
      </w:r>
    </w:p>
    <w:p w14:paraId="176053AD" w14:textId="77777777" w:rsidR="00C82539" w:rsidRDefault="00C82539" w:rsidP="00C82539">
      <w:r>
        <w:t>They stood in silence then, one man holding a pulpit, the other watching the door. One hoping to plant something eternal. The other hoping it wouldn’t get torn up before it had time to grow.</w:t>
      </w:r>
    </w:p>
    <w:p w14:paraId="6576C034" w14:textId="77777777" w:rsidR="00C82539" w:rsidRDefault="00C82539" w:rsidP="00C82539">
      <w:r>
        <w:t>Outside, a breeze picked up. Dust danced down the street like a whisper of something waiting.</w:t>
      </w:r>
    </w:p>
    <w:p w14:paraId="17B8791D" w14:textId="77777777" w:rsidR="00C82539" w:rsidRDefault="00C82539" w:rsidP="00C82539"/>
    <w:p w14:paraId="1B0B086E" w14:textId="77777777" w:rsidR="00C82539" w:rsidRDefault="00C82539" w:rsidP="00C82539">
      <w:r>
        <w:t>The sun had dipped lower by the time the first few townsfolk arrived. They came in quietly, one or two at a time, as if afraid to be seen gathering. Some offered warm nods to Elijah, curious glances at Jonas. Most made their way straight to Mr. Galloway, who greeted them like kin. Names were exchanged: Sister June, a wiry woman with sharp eyes and a stronger handshake than expected. A young mother named Carol Abernathy with her boy in tow, maybe six years old. Two older widows. A ranch hand who looked like he hadn’t spoken much since the war.</w:t>
      </w:r>
    </w:p>
    <w:p w14:paraId="114F34F6" w14:textId="77777777" w:rsidR="00C82539" w:rsidRDefault="00C82539" w:rsidP="00C82539">
      <w:r>
        <w:t>Sister June insisted on fixing something to eat. She led them around back to the kitchen, where the woodstove was still warm and a cast-iron pot had already been set to simmer. It smelled of beans and salted pork. Someone had brought cornbread. No one spoke of it, but it was clear they'd done this before—kept the church ready, shared what they had, waited for help that never came.</w:t>
      </w:r>
    </w:p>
    <w:p w14:paraId="26AF8268" w14:textId="77777777" w:rsidR="00C82539" w:rsidRDefault="00C82539" w:rsidP="00C82539">
      <w:r>
        <w:t>Elijah took it all in with quiet gratitude. “This is more than kindness,” he said as he helped set out the tin plates. “It’s grace.”</w:t>
      </w:r>
    </w:p>
    <w:p w14:paraId="362A9CBC" w14:textId="77777777" w:rsidR="00C82539" w:rsidRDefault="00C82539" w:rsidP="00C82539">
      <w:r>
        <w:t>Sister June gave him a hard look softened by a tired smile. “We prayed the Lord would send someone. I didn’t expect Him to bring two. You a preacher too?” she asked, turning to Jonas.</w:t>
      </w:r>
    </w:p>
    <w:p w14:paraId="1BCBA0AE" w14:textId="77777777" w:rsidR="00C82539" w:rsidRDefault="00C82539" w:rsidP="00C82539">
      <w:r>
        <w:t>He shook his head, chuckling softly. “No, ma’am.”</w:t>
      </w:r>
    </w:p>
    <w:p w14:paraId="6DDFF884" w14:textId="77777777" w:rsidR="00C82539" w:rsidRDefault="00C82539" w:rsidP="00C82539">
      <w:r>
        <w:t>“Soldier then.”</w:t>
      </w:r>
    </w:p>
    <w:p w14:paraId="444DE0D4" w14:textId="77777777" w:rsidR="00C82539" w:rsidRDefault="00C82539" w:rsidP="00C82539">
      <w:r>
        <w:t>Jonas hesitated. “Was.”</w:t>
      </w:r>
    </w:p>
    <w:p w14:paraId="7AB70F09" w14:textId="77777777" w:rsidR="00C82539" w:rsidRDefault="00C82539" w:rsidP="00C82539">
      <w:r>
        <w:t>She studied him a moment, then nodded and turned back to the stove. “A lot of 'was' in this town.”</w:t>
      </w:r>
    </w:p>
    <w:p w14:paraId="5BC8CD4B" w14:textId="77777777" w:rsidR="00C82539" w:rsidRDefault="00C82539" w:rsidP="00C82539">
      <w:r>
        <w:t>They ate standing, some seated on the edge of pews. The boy crawled up into Elijah’s lap after the meal, unbothered by strangers, resting his head on the preacher’s chest while Elijah hummed a soft hymn. Jonas stayed near the wall, where he could see the door and windows both.</w:t>
      </w:r>
    </w:p>
    <w:p w14:paraId="4178AE5B" w14:textId="77777777" w:rsidR="00C82539" w:rsidRDefault="00C82539" w:rsidP="00C82539">
      <w:r>
        <w:lastRenderedPageBreak/>
        <w:t>Clara leaned toward Elijah. “The town used to be full. Before the end of the war. Then things… changed.”</w:t>
      </w:r>
    </w:p>
    <w:p w14:paraId="4DC5B96A" w14:textId="77777777" w:rsidR="00C82539" w:rsidRDefault="00C82539" w:rsidP="00C82539">
      <w:r>
        <w:t>Elijah’s brow creased slightly. “What happened to your last pastor?”</w:t>
      </w:r>
    </w:p>
    <w:p w14:paraId="356707FA" w14:textId="77777777" w:rsidR="00C82539" w:rsidRDefault="00C82539" w:rsidP="00C82539">
      <w:r>
        <w:t>Clara’s face tightened. Sister June answered for her. “Gone. Just up and left—we never knew the full story. Packed up one day and never came back.”</w:t>
      </w:r>
    </w:p>
    <w:p w14:paraId="4CA9CDF2" w14:textId="77777777" w:rsidR="00C82539" w:rsidRDefault="00C82539" w:rsidP="00C82539">
      <w:r>
        <w:t>Jonas didn’t like that. Not the way she said it. Not the way no one else looked surprised.</w:t>
      </w:r>
    </w:p>
    <w:p w14:paraId="294EABBC" w14:textId="77777777" w:rsidR="00C82539" w:rsidRDefault="00C82539" w:rsidP="00C82539">
      <w:r>
        <w:t>“Shame,” Elijah said gently. “A shepherd’s job is to stay with the flock, even when wolves come close. Especially then.”</w:t>
      </w:r>
    </w:p>
    <w:p w14:paraId="4A1F1793" w14:textId="77777777" w:rsidR="00C82539" w:rsidRDefault="00C82539" w:rsidP="00C82539">
      <w:r>
        <w:t>June didn’t answer. She just ladled another bowl and passed it to Jonas.</w:t>
      </w:r>
    </w:p>
    <w:p w14:paraId="25D838CC" w14:textId="77777777" w:rsidR="00C82539" w:rsidRDefault="00C82539" w:rsidP="00C82539">
      <w:r>
        <w:t>As dusk settled outside and shadows lengthened across the sanctuary floor, Elijah stood slowly, the child still clinging to his side.</w:t>
      </w:r>
    </w:p>
    <w:p w14:paraId="7307AE24" w14:textId="77777777" w:rsidR="00C82539" w:rsidRDefault="00C82539" w:rsidP="00C82539">
      <w:r>
        <w:t>“I reckon I’ll preach come Sunday,” he said. “Anyone who wants to come is welcome.”</w:t>
      </w:r>
    </w:p>
    <w:p w14:paraId="08B09896" w14:textId="77777777" w:rsidR="00C82539" w:rsidRDefault="00C82539" w:rsidP="00C82539">
      <w:r>
        <w:t>No one cheered. But Sister June offered a nod, and the ranch hand muttered, “’Bout time.”</w:t>
      </w:r>
    </w:p>
    <w:p w14:paraId="79DA6F8E" w14:textId="77777777" w:rsidR="00C82539" w:rsidRDefault="00C82539" w:rsidP="00C82539">
      <w:r>
        <w:t>Jonas stayed silent, eyes on the windows, the street, the way the shadows moved wrong across the frame.</w:t>
      </w:r>
    </w:p>
    <w:p w14:paraId="4BF69C36" w14:textId="77777777" w:rsidR="00C82539" w:rsidRDefault="00C82539" w:rsidP="00C82539">
      <w:r>
        <w:t>Something was coming. He could feel it.</w:t>
      </w:r>
    </w:p>
    <w:p w14:paraId="4ED3A6BF" w14:textId="77777777" w:rsidR="00C82539" w:rsidRDefault="00C82539" w:rsidP="00C82539">
      <w:r>
        <w:t>But for now, there was food. And a song hummed by a dying fire.</w:t>
      </w:r>
    </w:p>
    <w:p w14:paraId="28B0D324" w14:textId="77777777" w:rsidR="00C82539" w:rsidRDefault="00C82539" w:rsidP="00C82539"/>
    <w:p w14:paraId="22A0D92E" w14:textId="77777777" w:rsidR="00C82539" w:rsidRDefault="00C82539" w:rsidP="00C82539">
      <w:r>
        <w:t>The next morning, the town of Grafton stirred slow, as if it had nothing to prove and no hurry proving it. Jonas stood beside the water trough near the livery, watching Elijah trade kind words with the blacksmith while their horses were seen to. The preacher had a gift for slipping into a town like he already belonged there—Jonas, on the other hand, kept a hand close to his belt and his eyes on the alleys.</w:t>
      </w:r>
    </w:p>
    <w:p w14:paraId="0FB89008" w14:textId="77777777" w:rsidR="00C82539" w:rsidRDefault="00C82539" w:rsidP="00C82539">
      <w:r>
        <w:t>Mid-morning, a neatly dressed boy came trotting up to them from the direction of the main street. Barely thirteen, he wore a brown waistcoat that looked borrowed and had a message he seemed eager to be rid of.</w:t>
      </w:r>
    </w:p>
    <w:p w14:paraId="367A3FF9" w14:textId="77777777" w:rsidR="00C82539" w:rsidRDefault="00C82539" w:rsidP="00C82539">
      <w:r>
        <w:t>“Mayor Fraser’d like a word,” the boy said, looking at Elijah but sparing Jonas a glance. “Said he saw strangers at the church last night. Wants to extend welcome proper.”</w:t>
      </w:r>
    </w:p>
    <w:p w14:paraId="0AF50EB9" w14:textId="77777777" w:rsidR="00C82539" w:rsidRDefault="00C82539" w:rsidP="00C82539">
      <w:r>
        <w:t>Jonas didn’t like the sound of it. Men who gave greetings with one hand often carried a stick in the other. But Elijah smiled and thanked the boy with all the warmth of a summer sunrise.</w:t>
      </w:r>
    </w:p>
    <w:p w14:paraId="76428BD2" w14:textId="77777777" w:rsidR="00C82539" w:rsidRDefault="00C82539" w:rsidP="00C82539">
      <w:r>
        <w:lastRenderedPageBreak/>
        <w:t>The mayor’s house wasn’t far—a tall white home with a wraparound porch and cedar shutters, a small sign staked by the walk: Office of the Mayor – Malcolm Fraser. Neat flower beds lined the path, and the whole place smelled of lavender and cigar smoke.</w:t>
      </w:r>
    </w:p>
    <w:p w14:paraId="71FAF577" w14:textId="77777777" w:rsidR="00C82539" w:rsidRDefault="00C82539" w:rsidP="00C82539">
      <w:r>
        <w:t>A tall man stepped onto the porch as they approached, gray-streaked hair combed neatly, dressed more like a banker than a mayor of a cattle town. He smiled broadly, one hand resting on the rail, the other lifting in welcome.</w:t>
      </w:r>
    </w:p>
    <w:p w14:paraId="43A7D1F0" w14:textId="77777777" w:rsidR="00C82539" w:rsidRDefault="00C82539" w:rsidP="00C82539">
      <w:r>
        <w:t>“Reverend Stone, I presume? Word travels fast here. I’m Mayor Malcolm Fraser.”</w:t>
      </w:r>
    </w:p>
    <w:p w14:paraId="182DB9D5" w14:textId="77777777" w:rsidR="00C82539" w:rsidRDefault="00C82539" w:rsidP="00C82539">
      <w:r>
        <w:t>Elijah offered a handshake, and Fraser took it firmly. “This is my friend, Jonas Walker,” Elijah said, motioning behind him.</w:t>
      </w:r>
    </w:p>
    <w:p w14:paraId="2D3EEB75" w14:textId="77777777" w:rsidR="00C82539" w:rsidRDefault="00C82539" w:rsidP="00C82539">
      <w:r>
        <w:t>The mayor nodded, appraising Jonas with a smile that didn’t quite reach the eyes. “Any friend of a preacher’s a friend of mine.”</w:t>
      </w:r>
    </w:p>
    <w:p w14:paraId="61DBC17E" w14:textId="77777777" w:rsidR="00C82539" w:rsidRDefault="00C82539" w:rsidP="00C82539">
      <w:r>
        <w:t>Jonas gave a quiet nod. He’d heard that kind of hospitality before, usually from men who sent others to do their dirty work.</w:t>
      </w:r>
    </w:p>
    <w:p w14:paraId="469ADE62" w14:textId="77777777" w:rsidR="00C82539" w:rsidRDefault="00C82539" w:rsidP="00C82539">
      <w:r>
        <w:t>“I heard you gave a little sermon last night,” Fraser said, leading them inside. “Folks say it stirred something. Haven’t heard hymn-singing in that chapel for some time.”</w:t>
      </w:r>
    </w:p>
    <w:p w14:paraId="3E5226C0" w14:textId="77777777" w:rsidR="00C82539" w:rsidRDefault="00C82539" w:rsidP="00C82539">
      <w:r>
        <w:t>The parlor was too polished—mahogany furniture, decanter of brandy in the corner, fine portraits on the wall, and a mounted photograph of Fraser shaking hands with a Confederate officer. “My brother-in-law,” he said when he caught Elijah looking. “Brave man. Never came home.”</w:t>
      </w:r>
    </w:p>
    <w:p w14:paraId="70A562B9" w14:textId="77777777" w:rsidR="00C82539" w:rsidRDefault="00C82539" w:rsidP="00C82539">
      <w:r>
        <w:t>“I’m sorry,” Elijah said.</w:t>
      </w:r>
    </w:p>
    <w:p w14:paraId="13C93E48" w14:textId="77777777" w:rsidR="00C82539" w:rsidRDefault="00C82539" w:rsidP="00C82539">
      <w:r>
        <w:t>Fraser waved it off. “War took from us all. But it’s time for healing. That’s what I’ve been working at these past few years. Grafton’s prospering—trade, land, livestock. We keep to our own, settle disputes quietly. I suppose you’ve seen the church—sad to say, not many make use of it.”</w:t>
      </w:r>
    </w:p>
    <w:p w14:paraId="2A67195D" w14:textId="77777777" w:rsidR="00C82539" w:rsidRDefault="00C82539" w:rsidP="00C82539">
      <w:r>
        <w:t>Jonas kept quiet, eyes moving over a ledger open on a side table. It wasn’t meant for visitors, but he caught the edge of a page—names, numbers, some of them circled.</w:t>
      </w:r>
    </w:p>
    <w:p w14:paraId="5044CA05" w14:textId="77777777" w:rsidR="00C82539" w:rsidRDefault="00C82539" w:rsidP="00C82539">
      <w:r>
        <w:t>“We were glad to find the church still standing,” Elijah said. “Seems some folks have been keeping it up.”</w:t>
      </w:r>
    </w:p>
    <w:p w14:paraId="7A06F55C" w14:textId="77777777" w:rsidR="00C82539" w:rsidRDefault="00C82539" w:rsidP="00C82539">
      <w:r>
        <w:t>“Ah, the faithful few.” Fraser poured two glasses of water, handed one to Elijah. “It’s a hard thing, leading a town. You want order, safety, peace—but people always want something different. Still, I hope you’ll find Grafton a place worth staying.”</w:t>
      </w:r>
    </w:p>
    <w:p w14:paraId="77FFB890" w14:textId="77777777" w:rsidR="00C82539" w:rsidRDefault="00C82539" w:rsidP="00C82539">
      <w:r>
        <w:t>“I go where the Lord leads,” Elijah said.</w:t>
      </w:r>
    </w:p>
    <w:p w14:paraId="28586D1E" w14:textId="77777777" w:rsidR="00C82539" w:rsidRDefault="00C82539" w:rsidP="00C82539">
      <w:r>
        <w:t>“Of course.”</w:t>
      </w:r>
    </w:p>
    <w:p w14:paraId="635ED4AA" w14:textId="77777777" w:rsidR="00C82539" w:rsidRDefault="00C82539" w:rsidP="00C82539">
      <w:r>
        <w:t>There was a pause. Jonas felt the mayor’s eyes on him again.</w:t>
      </w:r>
    </w:p>
    <w:p w14:paraId="48116383" w14:textId="77777777" w:rsidR="00C82539" w:rsidRDefault="00C82539" w:rsidP="00C82539">
      <w:r>
        <w:lastRenderedPageBreak/>
        <w:t>“You been in Texas long, Mr. Walker?”</w:t>
      </w:r>
    </w:p>
    <w:p w14:paraId="5E2365B1" w14:textId="77777777" w:rsidR="00C82539" w:rsidRDefault="00C82539" w:rsidP="00C82539">
      <w:r>
        <w:t>“Born and raised,” Jonas said.</w:t>
      </w:r>
    </w:p>
    <w:p w14:paraId="0F010D9F" w14:textId="77777777" w:rsidR="00C82539" w:rsidRDefault="00C82539" w:rsidP="00C82539">
      <w:r>
        <w:t>Fraser nodded slowly. “Being from Missouri myself, I find it’s a fine place, as long as folks mind their business and respect the law. I must be getting back to business. You men take care. My door’s always open.”</w:t>
      </w:r>
    </w:p>
    <w:p w14:paraId="367449D4" w14:textId="77777777" w:rsidR="00C82539" w:rsidRDefault="00C82539" w:rsidP="00C82539">
      <w:r>
        <w:t>Back on the street, Elijah seemed unbothered.</w:t>
      </w:r>
    </w:p>
    <w:p w14:paraId="26412548" w14:textId="77777777" w:rsidR="00C82539" w:rsidRDefault="00C82539" w:rsidP="00C82539">
      <w:r>
        <w:t>“Well-spoken man,” he said. “Seems proud of the town.”</w:t>
      </w:r>
    </w:p>
    <w:p w14:paraId="2C3FF7C6" w14:textId="77777777" w:rsidR="00C82539" w:rsidRDefault="00C82539" w:rsidP="00C82539">
      <w:r>
        <w:t>Jonas adjusted his gun belt. “Too proud. That didn’t seem like a welcome. That was a warning.”</w:t>
      </w:r>
    </w:p>
    <w:p w14:paraId="2D113EBF" w14:textId="77777777" w:rsidR="00C82539" w:rsidRDefault="00C82539" w:rsidP="00C82539">
      <w:r>
        <w:t>Elijah glanced at him, then up at the wide blue sky.</w:t>
      </w:r>
    </w:p>
    <w:p w14:paraId="09A0FABC" w14:textId="77777777" w:rsidR="00C82539" w:rsidRDefault="00C82539" w:rsidP="00C82539">
      <w:r>
        <w:t>“Maybe,” he said. “Or maybe he was just welcoming us.”</w:t>
      </w:r>
    </w:p>
    <w:p w14:paraId="7FBFAD80" w14:textId="77777777" w:rsidR="00C82539" w:rsidRDefault="00C82539" w:rsidP="00C82539">
      <w:r>
        <w:t>Jonas said nothing, but he kept his hand near his belt the rest of the day.</w:t>
      </w:r>
    </w:p>
    <w:p w14:paraId="776FF1F8" w14:textId="77777777" w:rsidR="00C82539" w:rsidRDefault="00C82539" w:rsidP="00C82539">
      <w:r>
        <w:t>***</w:t>
      </w:r>
    </w:p>
    <w:p w14:paraId="1CA2BBA5" w14:textId="77777777" w:rsidR="00C82539" w:rsidRDefault="00C82539" w:rsidP="00C82539">
      <w:r>
        <w:t>They were halfway down the boardwalk when they heard the tap of a cane behind them.</w:t>
      </w:r>
    </w:p>
    <w:p w14:paraId="2A0568DB" w14:textId="77777777" w:rsidR="00C82539" w:rsidRDefault="00C82539" w:rsidP="00C82539">
      <w:r>
        <w:t>“Mind if I borrow a moment?” came Ezra Galloway’s voice.</w:t>
      </w:r>
    </w:p>
    <w:p w14:paraId="2C947114" w14:textId="77777777" w:rsidR="00C82539" w:rsidRDefault="00C82539" w:rsidP="00C82539">
      <w:r>
        <w:t>He stood beneath the awning of the general store, hat low over his brow, one hand resting on a hitching post, the other gripping his carved walking stick. Sunlight caught the wire-rimmed spectacles that perched on his nose.</w:t>
      </w:r>
    </w:p>
    <w:p w14:paraId="55C2C5BC" w14:textId="77777777" w:rsidR="00C82539" w:rsidRDefault="00C82539" w:rsidP="00C82539">
      <w:r>
        <w:t>“Good morning, Mr. Galloway,” Elijah said, offering a gentle smile.</w:t>
      </w:r>
    </w:p>
    <w:p w14:paraId="2C28A35A" w14:textId="77777777" w:rsidR="00C82539" w:rsidRDefault="00C82539" w:rsidP="00C82539">
      <w:r>
        <w:t>Galloway didn’t return it. “Walk with me,” he said, and turned without waiting for an answer.</w:t>
      </w:r>
    </w:p>
    <w:p w14:paraId="2E0F764F" w14:textId="77777777" w:rsidR="00C82539" w:rsidRDefault="00C82539" w:rsidP="00C82539">
      <w:r>
        <w:t>They followed him down a quieter side street, where the dust was thicker and the air didn’t carry the same polished hum as Main Street. A couple of women hung laundry in the distance; a dog barked somewhere behind a fence.</w:t>
      </w:r>
    </w:p>
    <w:p w14:paraId="223A7A89" w14:textId="77777777" w:rsidR="00C82539" w:rsidRDefault="00C82539" w:rsidP="00C82539">
      <w:r>
        <w:t>Ezra stopped beneath a live oak that leaned hard over the corner of a narrow lot. He looked around once, then turned to them. “You met the mayor,” he said flatly.</w:t>
      </w:r>
    </w:p>
    <w:p w14:paraId="387B9856" w14:textId="77777777" w:rsidR="00C82539" w:rsidRDefault="00C82539" w:rsidP="00C82539">
      <w:r>
        <w:t>Elijah nodded. “Briefly. Polite enough.”</w:t>
      </w:r>
    </w:p>
    <w:p w14:paraId="788FE86A" w14:textId="77777777" w:rsidR="00C82539" w:rsidRDefault="00C82539" w:rsidP="00C82539">
      <w:r>
        <w:t>Galloway exhaled through his nose. “That’s the thing about Malcolm Fraser. Polite’s the wrapping. You’ve got to look at what’s inside the box.”</w:t>
      </w:r>
    </w:p>
    <w:p w14:paraId="43D42E28" w14:textId="77777777" w:rsidR="00C82539" w:rsidRDefault="00C82539" w:rsidP="00C82539">
      <w:r>
        <w:t>Jonas crossed his arms, glancing at Elijah briefly before turning back to Ezra. “You mean to say there’s something in the box we oughta be worried about?”</w:t>
      </w:r>
    </w:p>
    <w:p w14:paraId="3DFB93EA" w14:textId="77777777" w:rsidR="00C82539" w:rsidRDefault="00C82539" w:rsidP="00C82539">
      <w:r>
        <w:lastRenderedPageBreak/>
        <w:t>Ezra tapped the cane against the dirt. “I mean to say—if you’re stayin’ here, and preachin’, and drawing eyes that don’t like being drawn on—you best be sure who’s standin’ behind you when things turn dark.”</w:t>
      </w:r>
    </w:p>
    <w:p w14:paraId="77665A9C" w14:textId="77777777" w:rsidR="00C82539" w:rsidRDefault="00C82539" w:rsidP="00C82539">
      <w:r>
        <w:t>Elijah didn’t flinch. “You trying to scare us off, Mr. Galloway?”</w:t>
      </w:r>
    </w:p>
    <w:p w14:paraId="2CAF1460" w14:textId="77777777" w:rsidR="00C82539" w:rsidRDefault="00C82539" w:rsidP="00C82539">
      <w:r>
        <w:t>“No, Reverend,” Ezra said, voice softening just a little. “If I wanted you gone, I wouldn’t’ve met you on the church steps last night. I’d be sitting quiet, like most do.”</w:t>
      </w:r>
    </w:p>
    <w:p w14:paraId="53AD6A89" w14:textId="77777777" w:rsidR="00C82539" w:rsidRDefault="00C82539" w:rsidP="00C82539">
      <w:r>
        <w:t>“What happened to the last pastor?” Jonas asked.</w:t>
      </w:r>
    </w:p>
    <w:p w14:paraId="3EDCE46F" w14:textId="77777777" w:rsidR="00C82539" w:rsidRDefault="00C82539" w:rsidP="00C82539">
      <w:r>
        <w:t>Ezra hesitated. “He was a young man. Came from Georgia. Preached hard on truth and fairness. About eight months in, his barn caught fire. No one saw who did it. He left before his house burned.”</w:t>
      </w:r>
    </w:p>
    <w:p w14:paraId="3B3447EC" w14:textId="77777777" w:rsidR="00C82539" w:rsidRDefault="00C82539" w:rsidP="00C82539">
      <w:r>
        <w:t>“That the story you tell folks?” Jonas asked.</w:t>
      </w:r>
    </w:p>
    <w:p w14:paraId="5FB7FB27" w14:textId="77777777" w:rsidR="00C82539" w:rsidRDefault="00C82539" w:rsidP="00C82539">
      <w:r>
        <w:t>“It’s the story they’ll believe. Or rather, the one they’d prefer.”</w:t>
      </w:r>
    </w:p>
    <w:p w14:paraId="302AFFE1" w14:textId="77777777" w:rsidR="00C82539" w:rsidRDefault="00C82539" w:rsidP="00C82539">
      <w:r>
        <w:t>Elijah looked past the tree, toward the quiet street. “I don’t scare so easily, Mr. Galloway.”</w:t>
      </w:r>
    </w:p>
    <w:p w14:paraId="7CA7261D" w14:textId="77777777" w:rsidR="00C82539" w:rsidRDefault="00C82539" w:rsidP="00C82539">
      <w:r>
        <w:t>The old man gave a tired smile. “You preach this Sunday?”</w:t>
      </w:r>
    </w:p>
    <w:p w14:paraId="336E1C66" w14:textId="77777777" w:rsidR="00C82539" w:rsidRDefault="00C82539" w:rsidP="00C82539">
      <w:r>
        <w:t>“I plan to,” Elijah said.</w:t>
      </w:r>
    </w:p>
    <w:p w14:paraId="22444442" w14:textId="77777777" w:rsidR="00C82539" w:rsidRDefault="00C82539" w:rsidP="00C82539">
      <w:r>
        <w:t>“Then I’ll be there. And if I can—I’ll make sure a few others come too.”</w:t>
      </w:r>
    </w:p>
    <w:p w14:paraId="2FFB4B3B" w14:textId="77777777" w:rsidR="00C82539" w:rsidRDefault="00C82539" w:rsidP="00C82539">
      <w:r>
        <w:t>He turned to go, walking slow, the cane tapping rhythmically in the dust.</w:t>
      </w:r>
    </w:p>
    <w:p w14:paraId="5681D333" w14:textId="77777777" w:rsidR="00C82539" w:rsidRDefault="00C82539" w:rsidP="00C82539">
      <w:r>
        <w:t>When he was gone, Elijah said nothing at first. Just watched the street for a while, thoughtful.</w:t>
      </w:r>
    </w:p>
    <w:p w14:paraId="4D903148" w14:textId="77777777" w:rsidR="00C82539" w:rsidRDefault="00C82539" w:rsidP="00C82539">
      <w:r>
        <w:t>Jonas finally spoke. “You sure about all this, preacher?”</w:t>
      </w:r>
    </w:p>
    <w:p w14:paraId="2FBF6442" w14:textId="77777777" w:rsidR="00C82539" w:rsidRDefault="00C82539" w:rsidP="00C82539">
      <w:r>
        <w:t>Elijah nodded slowly. “Sure enough. But I won’t force you to stay.”</w:t>
      </w:r>
    </w:p>
    <w:p w14:paraId="5C760E4B" w14:textId="77777777" w:rsidR="00C82539" w:rsidRDefault="00C82539" w:rsidP="00C82539">
      <w:r>
        <w:t>Jonas looked down the street toward the livery, where their horses stood watered and fed, ready to leave. Then he looked toward the church—silent, waiting.</w:t>
      </w:r>
    </w:p>
    <w:p w14:paraId="380F36AD" w14:textId="77777777" w:rsidR="00C82539" w:rsidRDefault="00C82539" w:rsidP="00C82539">
      <w:r>
        <w:t>“I didn’t come this far just to walk away,” he said.</w:t>
      </w:r>
    </w:p>
    <w:p w14:paraId="3AB1661C" w14:textId="77777777" w:rsidR="00C82539" w:rsidRDefault="00C82539" w:rsidP="00C82539">
      <w:r>
        <w:t>Elijah smiled, faint but sure. “Then we’re right where we’re meant to be.”</w:t>
      </w:r>
    </w:p>
    <w:p w14:paraId="42A72327" w14:textId="77777777" w:rsidR="00C82539" w:rsidRDefault="00C82539" w:rsidP="00C82539"/>
    <w:p w14:paraId="20FC66FC" w14:textId="77777777" w:rsidR="00C82539" w:rsidRDefault="00C82539" w:rsidP="00C82539">
      <w:r>
        <w:br/>
      </w:r>
    </w:p>
    <w:p w14:paraId="0E07A6E5" w14:textId="77777777" w:rsidR="00C82539" w:rsidRDefault="00C82539" w:rsidP="00C82539">
      <w:r>
        <w:t>Chapter Fourteen</w:t>
      </w:r>
    </w:p>
    <w:p w14:paraId="569A4E65" w14:textId="77777777" w:rsidR="00C82539" w:rsidRDefault="00C82539" w:rsidP="00C82539">
      <w:r>
        <w:t>A Wounded Man</w:t>
      </w:r>
    </w:p>
    <w:p w14:paraId="78BE6329" w14:textId="77777777" w:rsidR="00C82539" w:rsidRDefault="00C82539" w:rsidP="00C82539">
      <w:r>
        <w:lastRenderedPageBreak/>
        <w:t>The bell in the church steeple rang soft and slow, like it was remembering better days. Jonas stood just outside the front steps, eyes tracking the empty street as the sound faded. A breeze stirred the dust. Not many were coming.</w:t>
      </w:r>
    </w:p>
    <w:p w14:paraId="3AEF205E" w14:textId="77777777" w:rsidR="00C82539" w:rsidRDefault="00C82539" w:rsidP="00C82539">
      <w:r>
        <w:t>Inside, pews creaked under the weight of the few faithful who’d wandered in. Ezra Galloway sat on the third row next to Sister June, head bowed but eyes sharp beneath his brows. Mrs. Abernathy had her boy with her. A young woman Jonas didn’t recognize sat with her hands folded tight, as if praying not to be seen. And in the far back, a man Jonas hadn’t seen before—a stranger, thick with trail dust, his hat low and gaze steady. He didn’t sing, didn’t bow his head. Just watched.</w:t>
      </w:r>
    </w:p>
    <w:p w14:paraId="02B99563" w14:textId="77777777" w:rsidR="00C82539" w:rsidRDefault="00C82539" w:rsidP="00C82539">
      <w:r>
        <w:t>Elijah stepped up to the pulpit, Bible tucked under one arm. He didn’t wear the coat today—just his vest, sleeves rolled. His voice was clear, but it didn’t thunder. It settled into the air and the hearts of those willing to listen.</w:t>
      </w:r>
    </w:p>
    <w:p w14:paraId="24A4A546" w14:textId="77777777" w:rsidR="00C82539" w:rsidRDefault="00C82539" w:rsidP="00C82539">
      <w:r>
        <w:t>“Proverbs twenty-one, verse fifteensays ‘It is joy to the just to do judgment: but destruction shall be to the workers of iniquity.’”</w:t>
      </w:r>
    </w:p>
    <w:p w14:paraId="5B652BA6" w14:textId="77777777" w:rsidR="00C82539" w:rsidRDefault="00C82539" w:rsidP="00C82539">
      <w:r>
        <w:t>He paused, let the words breathe.</w:t>
      </w:r>
    </w:p>
    <w:p w14:paraId="53485925" w14:textId="77777777" w:rsidR="00C82539" w:rsidRDefault="00C82539" w:rsidP="00C82539">
      <w:r>
        <w:t>“This town don’t need fire and brimstone. It needs men and women to remember who they are. Righteousness isn’t something you carry in your pocket and pull out on Sunday. It’s how you walk when no one’s looking.”</w:t>
      </w:r>
    </w:p>
    <w:p w14:paraId="1990B21E" w14:textId="77777777" w:rsidR="00C82539" w:rsidRDefault="00C82539" w:rsidP="00C82539">
      <w:r>
        <w:t>He turned a page.</w:t>
      </w:r>
    </w:p>
    <w:p w14:paraId="5F0DDBEC" w14:textId="77777777" w:rsidR="00C82539" w:rsidRDefault="00C82539" w:rsidP="00C82539">
      <w:r>
        <w:t>“Isaiah one, seventeen: ‘Learn to do well; seek judgment, relieve the oppressed, judge the fatherless, plead for the widow.’”</w:t>
      </w:r>
    </w:p>
    <w:p w14:paraId="31BAE153" w14:textId="77777777" w:rsidR="00C82539" w:rsidRDefault="00C82539" w:rsidP="00C82539">
      <w:r>
        <w:t>A cough in the back. The stranger leaned back, arms crossed. Galloway glanced toward him but said nothing.</w:t>
      </w:r>
    </w:p>
    <w:p w14:paraId="6962F8E7" w14:textId="77777777" w:rsidR="00C82539" w:rsidRDefault="00C82539" w:rsidP="00C82539">
      <w:r>
        <w:t>“I don’t know your stories,” Elijah said. “But I know this: silence in the face of evil is still evil. And if we turn our backs when our neighbor is suffering—God help us—we will answer for that.”</w:t>
      </w:r>
    </w:p>
    <w:p w14:paraId="14F3A843" w14:textId="77777777" w:rsidR="00C82539" w:rsidRDefault="00C82539" w:rsidP="00C82539">
      <w:r>
        <w:t>“James four, seventeen says ‘To him that knoweth to do good, and doeth it not, to him it is sin.’”</w:t>
      </w:r>
    </w:p>
    <w:p w14:paraId="628ACCDB" w14:textId="77777777" w:rsidR="00C82539" w:rsidRDefault="00C82539" w:rsidP="00C82539">
      <w:r>
        <w:t>He didn’t name names. Didn’t shout. Just stood there, holding the Word like a lantern in a cave.</w:t>
      </w:r>
    </w:p>
    <w:p w14:paraId="01E1E872" w14:textId="77777777" w:rsidR="00C82539" w:rsidRDefault="00C82539" w:rsidP="00C82539">
      <w:r>
        <w:t>When he was done, the room was quiet. No “amen.” Just the sound of people gathering their things. Mrs. Abernathy took her son’s hand. The young woman didn’t meet Elijah’s eyes. Ezra Galloway gave a faint nod and slipped out the door.</w:t>
      </w:r>
    </w:p>
    <w:p w14:paraId="529F0CB1" w14:textId="77777777" w:rsidR="00C82539" w:rsidRDefault="00C82539" w:rsidP="00C82539">
      <w:r>
        <w:t>The stranger stayed seated until everyone had gone. Then he stood, tipped his hat without smiling, and walked out without a word.</w:t>
      </w:r>
    </w:p>
    <w:p w14:paraId="3AB6D3BF" w14:textId="77777777" w:rsidR="00C82539" w:rsidRDefault="00C82539" w:rsidP="00C82539">
      <w:r>
        <w:lastRenderedPageBreak/>
        <w:t>Jonas remained behind a moment longer, watching the dust swirl through the shafts of light. He didn’t know what was coming—but he could feel it. Like a storm standing just over the horizon, waiting for someone to call it down.</w:t>
      </w:r>
    </w:p>
    <w:p w14:paraId="12E61105" w14:textId="77777777" w:rsidR="00C82539" w:rsidRDefault="00C82539" w:rsidP="00C82539"/>
    <w:p w14:paraId="1F279CFF" w14:textId="77777777" w:rsidR="00C82539" w:rsidRDefault="00C82539" w:rsidP="00C82539">
      <w:r>
        <w:t>The sun sat high and clean in the sky, casting short shadows off the church roof as Elijah shook a few final hands. Jonas stood off to the side, watching as Sister June and Miss Carol made their way toward the preacher, the young woman he didn’t recognize walking with them.</w:t>
      </w:r>
    </w:p>
    <w:p w14:paraId="4DBEB49C" w14:textId="77777777" w:rsidR="00C82539" w:rsidRDefault="00C82539" w:rsidP="00C82539">
      <w:r>
        <w:t>He caught her name as June gestured between them: Miss Emily Hartley, the schoolteacher here in Grafton.</w:t>
      </w:r>
    </w:p>
    <w:p w14:paraId="28239393" w14:textId="77777777" w:rsidR="00C82539" w:rsidRDefault="00C82539" w:rsidP="00C82539">
      <w:r>
        <w:t>All three women stood beside Elijah, chatting easily about the service—until their voices trailed off, eyes turning toward the buggy rolling up.</w:t>
      </w:r>
    </w:p>
    <w:p w14:paraId="77E12C24" w14:textId="77777777" w:rsidR="00C82539" w:rsidRDefault="00C82539" w:rsidP="00C82539">
      <w:r>
        <w:t>Polished black, with silver trim and wheels that didn’t look like they’d seen a dirt road in days.</w:t>
      </w:r>
    </w:p>
    <w:p w14:paraId="146754B2" w14:textId="77777777" w:rsidR="00C82539" w:rsidRDefault="00C82539" w:rsidP="00C82539">
      <w:r>
        <w:t>June's face stiffened. Carol and Emily said nothing at all. They dipped polite nods and moved off down the street without waiting to be introduced.</w:t>
      </w:r>
    </w:p>
    <w:p w14:paraId="5B28EEA1" w14:textId="77777777" w:rsidR="00C82539" w:rsidRDefault="00C82539" w:rsidP="00C82539">
      <w:r>
        <w:t>Jonas and Elijah gave each other a knowing glance.</w:t>
      </w:r>
    </w:p>
    <w:p w14:paraId="4C5778A5" w14:textId="77777777" w:rsidR="00C82539" w:rsidRDefault="00C82539" w:rsidP="00C82539">
      <w:r>
        <w:t>The man who stepped down from the buggy wore a coat too fine for the Hill Country. Blue wool, crisp lapels, silver buttons that caught the light. His boots looked buffed, and his hat didn’t have a speck of dust on it.</w:t>
      </w:r>
    </w:p>
    <w:p w14:paraId="52BC29D5" w14:textId="77777777" w:rsidR="00C82539" w:rsidRDefault="00C82539" w:rsidP="00C82539">
      <w:r>
        <w:t>“Gentlemen,” he called, voice smooth and affable. “Thought I’d welcome you proper.”</w:t>
      </w:r>
    </w:p>
    <w:p w14:paraId="179DACB1" w14:textId="77777777" w:rsidR="00C82539" w:rsidRDefault="00C82539" w:rsidP="00C82539">
      <w:r>
        <w:t>Elijah turned, calm and steady. “Appreciate that. And you are?”</w:t>
      </w:r>
    </w:p>
    <w:p w14:paraId="16F6D3C0" w14:textId="77777777" w:rsidR="00C82539" w:rsidRDefault="00C82539" w:rsidP="00C82539">
      <w:r>
        <w:t>The man smiled like he was used to being smiled back at. “John Butler. Local businessman and investor. Own Butler’s Hardware and Lumber Company. I assist Mayor Fraser now and again with the town’s growth plans. Heard we had new pastors in town. Thought I’d say hello.”</w:t>
      </w:r>
    </w:p>
    <w:p w14:paraId="1626313D" w14:textId="77777777" w:rsidR="00C82539" w:rsidRDefault="00C82539" w:rsidP="00C82539">
      <w:r>
        <w:t>“Elijah Stone,” Elijah replied. “And this is my assistant Brother Jonas Walker.”</w:t>
      </w:r>
    </w:p>
    <w:p w14:paraId="523BA562" w14:textId="77777777" w:rsidR="00C82539" w:rsidRDefault="00C82539" w:rsidP="00C82539">
      <w:r>
        <w:t>Butler extended his hand to each in turn. Elijah shook it. Jonas did too, but offered only a slight nod. Butler’s handshake was firm—too firm. He held Jonas’s gaze a second longer than needed.</w:t>
      </w:r>
    </w:p>
    <w:p w14:paraId="55449198" w14:textId="77777777" w:rsidR="00C82539" w:rsidRDefault="00C82539" w:rsidP="00C82539">
      <w:r>
        <w:t>“I missed your sermon this morning,” Butler said, looking to Elijah. “Unavoidable business. But folks tell me you spoke on righteousness. Can’t go wrong preaching virtue. Towns like this need guidance. We’re growing, expanding—plenty of opportunity, if folks stay focused.”</w:t>
      </w:r>
    </w:p>
    <w:p w14:paraId="42924AC3" w14:textId="77777777" w:rsidR="00C82539" w:rsidRDefault="00C82539" w:rsidP="00C82539">
      <w:r>
        <w:t>“Focused on what, exactly?” Elijah asked, light but pointed.</w:t>
      </w:r>
    </w:p>
    <w:p w14:paraId="014AECD1" w14:textId="77777777" w:rsidR="00C82539" w:rsidRDefault="00C82539" w:rsidP="00C82539">
      <w:r>
        <w:lastRenderedPageBreak/>
        <w:t>Butler’s smile never wavered. “Stability. Order. You understand. When the town grows, there’s always the chance of... friction. Misunderstandings. That’s where a pastor can help. Calm the waters before they boil.”</w:t>
      </w:r>
    </w:p>
    <w:p w14:paraId="326BB677" w14:textId="77777777" w:rsidR="00C82539" w:rsidRDefault="00C82539" w:rsidP="00C82539">
      <w:r>
        <w:t>“We’re here to preach the Gospel,” Elijah said. “Not to put out fires we didn’t start.”</w:t>
      </w:r>
    </w:p>
    <w:p w14:paraId="6943B0F8" w14:textId="77777777" w:rsidR="00C82539" w:rsidRDefault="00C82539" w:rsidP="00C82539">
      <w:r>
        <w:t>Butler gave a soft chuckle. “Of course. Of course. Just saying—people listen to preachers. And how you use that voice can make all the difference.”</w:t>
      </w:r>
    </w:p>
    <w:p w14:paraId="64E91935" w14:textId="77777777" w:rsidR="00C82539" w:rsidRDefault="00C82539" w:rsidP="00C82539">
      <w:r>
        <w:t>His smile remained, but there was steel behind it now.</w:t>
      </w:r>
    </w:p>
    <w:p w14:paraId="5D78F931" w14:textId="77777777" w:rsidR="00C82539" w:rsidRDefault="00C82539" w:rsidP="00C82539">
      <w:r>
        <w:t>“Sometimes folks with good intentions stir up more dust than they mean to. And when dust kicks up, it’s hard to tell what happened until it settles. I’d hate to see good men caught in crosswinds they didn’t expect. Grafton’s got a way of testing newcomers.”</w:t>
      </w:r>
    </w:p>
    <w:p w14:paraId="04FCBF12" w14:textId="77777777" w:rsidR="00C82539" w:rsidRDefault="00C82539" w:rsidP="00C82539">
      <w:r>
        <w:t>He tipped his hat like he hadn’t just delivered a warning wrapped in Sunday charm. Then he stepped back into his buggy, “Hope to make it to the next service.”</w:t>
      </w:r>
    </w:p>
    <w:p w14:paraId="6F3AC916" w14:textId="77777777" w:rsidR="00C82539" w:rsidRDefault="00C82539" w:rsidP="00C82539">
      <w:r>
        <w:t>“Again, welcome,” he said, nodding as the driver flicked the reins.</w:t>
      </w:r>
    </w:p>
    <w:p w14:paraId="3D414FFF" w14:textId="77777777" w:rsidR="00C82539" w:rsidRDefault="00C82539" w:rsidP="00C82539">
      <w:r>
        <w:t>They watched the buggy roll away, hooves striking the road in even rhythm.</w:t>
      </w:r>
    </w:p>
    <w:p w14:paraId="0DA6BEFC" w14:textId="77777777" w:rsidR="00C82539" w:rsidRDefault="00C82539" w:rsidP="00C82539">
      <w:r>
        <w:t>Jonas shifted his jaw. “Don’t like the way that one talks.”</w:t>
      </w:r>
    </w:p>
    <w:p w14:paraId="50F978C0" w14:textId="77777777" w:rsidR="00C82539" w:rsidRDefault="00C82539" w:rsidP="00C82539">
      <w:r>
        <w:t>Elijah didn’t answer at first. His eyes were still on the road. Then he gave a quiet nod.</w:t>
      </w:r>
    </w:p>
    <w:p w14:paraId="0D9A483A" w14:textId="77777777" w:rsidR="00C82539" w:rsidRDefault="00C82539" w:rsidP="00C82539">
      <w:r>
        <w:t>“He didn’t come to welcome us,” Elijah said. “He came to see what kind of men we are.”</w:t>
      </w:r>
    </w:p>
    <w:p w14:paraId="72D190D0" w14:textId="77777777" w:rsidR="00C82539" w:rsidRDefault="00C82539" w:rsidP="00C82539">
      <w:r>
        <w:t>Jonas looked toward the buggy fading into the sunlit street. “You think he’ll be a problem?”</w:t>
      </w:r>
    </w:p>
    <w:p w14:paraId="6CAD8128" w14:textId="77777777" w:rsidR="00C82539" w:rsidRDefault="00C82539" w:rsidP="00C82539">
      <w:r>
        <w:t>Elijah paused. “I think he already is.”</w:t>
      </w:r>
    </w:p>
    <w:p w14:paraId="5740D6A3" w14:textId="77777777" w:rsidR="00C82539" w:rsidRDefault="00C82539" w:rsidP="00C82539">
      <w:r>
        <w:t>Jonas nodded once. “Then we keep to what we came here for.”</w:t>
      </w:r>
    </w:p>
    <w:p w14:paraId="6D7715D6" w14:textId="77777777" w:rsidR="00C82539" w:rsidRDefault="00C82539" w:rsidP="00C82539">
      <w:r>
        <w:t>Elijah’s voice was calm but firm. “Preach the Word. Shepherd the flock.”</w:t>
      </w:r>
    </w:p>
    <w:p w14:paraId="0C8D9ECB" w14:textId="77777777" w:rsidR="00C82539" w:rsidRDefault="00C82539" w:rsidP="00C82539">
      <w:r>
        <w:t>“And stay outta politics,” Jonas added.</w:t>
      </w:r>
    </w:p>
    <w:p w14:paraId="30118287" w14:textId="77777777" w:rsidR="00C82539" w:rsidRDefault="00C82539" w:rsidP="00C82539">
      <w:r>
        <w:t>Elijah gave him a sidelong glance. “Far as it depends on us.”</w:t>
      </w:r>
    </w:p>
    <w:p w14:paraId="2AC93209" w14:textId="77777777" w:rsidR="00C82539" w:rsidRDefault="00C82539" w:rsidP="00C82539">
      <w:r>
        <w:t>Jonas cracked a dry smile. “That’s the part that worries me.”</w:t>
      </w:r>
    </w:p>
    <w:p w14:paraId="03915791" w14:textId="77777777" w:rsidR="00C82539" w:rsidRDefault="00C82539" w:rsidP="00C82539">
      <w:r>
        <w:t>***</w:t>
      </w:r>
    </w:p>
    <w:p w14:paraId="79D91669" w14:textId="77777777" w:rsidR="00C82539" w:rsidRDefault="00C82539" w:rsidP="00C82539">
      <w:r>
        <w:t>It was mid-morning, a couple days after the Sunday service, and the sun was already cutting hard shadows across the street. Jonas was on an errand for coffee and nails to do some repairs on the church.  Jonas had just passed the milliner’s shop when he heard the thud of a boot meeting flesh—and then a groan that didn’t sound like it came from a man on his feet.</w:t>
      </w:r>
    </w:p>
    <w:p w14:paraId="183DB7F4" w14:textId="77777777" w:rsidR="00C82539" w:rsidRDefault="00C82539" w:rsidP="00C82539">
      <w:r>
        <w:lastRenderedPageBreak/>
        <w:t>He stopped cold. Voices carried from the alley just ahead—two men, laughing low and cruel, and another voice between them, ragged and pained. A woman’s voice broke through, urgent, desperate.</w:t>
      </w:r>
    </w:p>
    <w:p w14:paraId="12C6BE38" w14:textId="77777777" w:rsidR="00C82539" w:rsidRDefault="00C82539" w:rsidP="00C82539">
      <w:r>
        <w:t>“Leave him alone! He didn’t do anything to you!”</w:t>
      </w:r>
    </w:p>
    <w:p w14:paraId="6D7C351F" w14:textId="77777777" w:rsidR="00C82539" w:rsidRDefault="00C82539" w:rsidP="00C82539">
      <w:r>
        <w:t>Jonas stepped forward fast.</w:t>
      </w:r>
    </w:p>
    <w:p w14:paraId="510ECABD" w14:textId="77777777" w:rsidR="00C82539" w:rsidRDefault="00C82539" w:rsidP="00C82539">
      <w:r>
        <w:t>Rounding the corner, he saw two men standing over a young man, maybe in his twenties, bloodied and crumpled in the dirt. One of the attackers hauled back his leg and kicked him in the head. The young man curled up tighter, trying to protect his head and ribs. A few yards back stood a woman—modestly dressed, bonnet askew, arms clutched to her chest. Her eyes were wide with fear.</w:t>
      </w:r>
    </w:p>
    <w:p w14:paraId="3F84A4D4" w14:textId="77777777" w:rsidR="00C82539" w:rsidRDefault="00C82539" w:rsidP="00C82539">
      <w:r>
        <w:t>Jonas didn’t ask questions. He moved.</w:t>
      </w:r>
    </w:p>
    <w:p w14:paraId="5EB42FA2" w14:textId="77777777" w:rsidR="00C82539" w:rsidRDefault="00C82539" w:rsidP="00C82539">
      <w:r>
        <w:t>The first man didn’t even see him coming. Jonas caught him square in the side of the jaw with a hard right hook. The man’s boots left the ground, and he hit the wall of the feed store before sliding down in a heap.</w:t>
      </w:r>
    </w:p>
    <w:p w14:paraId="419432CB" w14:textId="77777777" w:rsidR="00C82539" w:rsidRDefault="00C82539" w:rsidP="00C82539">
      <w:r>
        <w:t>The second man reached for his revolver.</w:t>
      </w:r>
    </w:p>
    <w:p w14:paraId="6D6D6086" w14:textId="77777777" w:rsidR="00C82539" w:rsidRDefault="00C82539" w:rsidP="00C82539">
      <w:r>
        <w:t>Jonas was faster.</w:t>
      </w:r>
    </w:p>
    <w:p w14:paraId="181CD929" w14:textId="77777777" w:rsidR="00C82539" w:rsidRDefault="00C82539" w:rsidP="00C82539">
      <w:r>
        <w:t>He caught the man’s wrist, yanked the gun free, and turned the weight of it back on him—striking a single, clean blow to the side of the man’s face with the butt of the pistol. The thug collapsed like a sack of wheat.</w:t>
      </w:r>
    </w:p>
    <w:p w14:paraId="25C3C3B3" w14:textId="77777777" w:rsidR="00C82539" w:rsidRDefault="00C82539" w:rsidP="00C82539">
      <w:r>
        <w:t>Jonas stood in the sudden quiet, holding the revolver low. The first man groaned and started to stir, propping himself on one elbow.</w:t>
      </w:r>
    </w:p>
    <w:p w14:paraId="623780A5" w14:textId="77777777" w:rsidR="00C82539" w:rsidRDefault="00C82539" w:rsidP="00C82539">
      <w:r>
        <w:t>That’s when the sheriff arrived.</w:t>
      </w:r>
    </w:p>
    <w:p w14:paraId="064F12E3" w14:textId="77777777" w:rsidR="00C82539" w:rsidRDefault="00C82539" w:rsidP="00C82539">
      <w:r>
        <w:t>Hoofbeats. Spurs. Voices. Sheriff Garrett Munson came riding in with two deputies, dust kicking up behind them. They saw Jonas standing with a pistol in his hand, three men on the ground, bleeding into the alley dirt.</w:t>
      </w:r>
    </w:p>
    <w:p w14:paraId="229432E2" w14:textId="77777777" w:rsidR="00C82539" w:rsidRDefault="00C82539" w:rsidP="00C82539">
      <w:r>
        <w:t>“Whoa,” Munson said, drawing his horse up. “What’s going on here?”</w:t>
      </w:r>
    </w:p>
    <w:p w14:paraId="2A70C638" w14:textId="77777777" w:rsidR="00C82539" w:rsidRDefault="00C82539" w:rsidP="00C82539">
      <w:r>
        <w:t>Jonas didn’t answer right away. He set the revolver on the edge of a nearby trough and took a half-step back from it, arms raised slightly.</w:t>
      </w:r>
    </w:p>
    <w:p w14:paraId="43711C13" w14:textId="77777777" w:rsidR="00C82539" w:rsidRDefault="00C82539" w:rsidP="00C82539">
      <w:r>
        <w:t>“Ask her,” he said simply, nodding toward the woman.</w:t>
      </w:r>
    </w:p>
    <w:p w14:paraId="654ED48D" w14:textId="77777777" w:rsidR="00C82539" w:rsidRDefault="00C82539" w:rsidP="00C82539">
      <w:r>
        <w:t>The sheriff’s gaze shifted.</w:t>
      </w:r>
    </w:p>
    <w:p w14:paraId="1C3D0249" w14:textId="77777777" w:rsidR="00C82539" w:rsidRDefault="00C82539" w:rsidP="00C82539">
      <w:r>
        <w:t>The woman stepped forward quickly, her voice shaking but strong. “He saved us. These two jumped Tim, our ranch hand”—she motioned toward the young man—“just for speaking up. My husband’s refused to sell our land, and I reckon these men didn’t like that.”</w:t>
      </w:r>
    </w:p>
    <w:p w14:paraId="6B8D74EC" w14:textId="77777777" w:rsidR="00C82539" w:rsidRDefault="00C82539" w:rsidP="00C82539">
      <w:r>
        <w:lastRenderedPageBreak/>
        <w:t>One of the deputies dismounted and checked the downed men, while the other knelt beside the wounded ranch hand.</w:t>
      </w:r>
    </w:p>
    <w:p w14:paraId="2CCB69BD" w14:textId="77777777" w:rsidR="00C82539" w:rsidRDefault="00C82539" w:rsidP="00C82539">
      <w:r>
        <w:t>Munson exhaled slowly, jaw working behind his beard. “Seen these men before?” he asked the deputy. The deputy just shook his head.</w:t>
      </w:r>
    </w:p>
    <w:p w14:paraId="12A42FA2" w14:textId="77777777" w:rsidR="00C82539" w:rsidRDefault="00C82539" w:rsidP="00C82539">
      <w:r>
        <w:t>The sheriff looked at Jonas again. “You sure know how to stir a hornet’s nest, preacher.”</w:t>
      </w:r>
    </w:p>
    <w:p w14:paraId="3FC427A1" w14:textId="77777777" w:rsidR="00C82539" w:rsidRDefault="00C82539" w:rsidP="00C82539">
      <w:r>
        <w:t>“I’m not a preacher and I didn’t stir anything,” Jonas said evenly. “I just didn’t stand by while they beat a man half to death.”</w:t>
      </w:r>
    </w:p>
    <w:p w14:paraId="633113CB" w14:textId="77777777" w:rsidR="00C82539" w:rsidRDefault="00C82539" w:rsidP="00C82539">
      <w:r>
        <w:t>Munson swung down from his horse and retrieved the revolver. He examined it, then glanced at the woman again. Her chin was lifted. Her hands trembled, but she stood her ground.</w:t>
      </w:r>
    </w:p>
    <w:p w14:paraId="6CD13773" w14:textId="77777777" w:rsidR="00C82539" w:rsidRDefault="00C82539" w:rsidP="00C82539">
      <w:r>
        <w:t>The sheriff gave a long, low sigh.</w:t>
      </w:r>
    </w:p>
    <w:p w14:paraId="3149156A" w14:textId="77777777" w:rsidR="00C82539" w:rsidRDefault="00C82539" w:rsidP="00C82539">
      <w:r>
        <w:t>“Alright. We’ll see to these boys.” He looked at Jonas, his eyes hardening. “But don’t think just ’cause you’re here helping a preacher, you’re free to go around cracking skulls. Grafton don’t take kindly to strangers who go lookin’ to fix it.”</w:t>
      </w:r>
    </w:p>
    <w:p w14:paraId="5BC746DE" w14:textId="77777777" w:rsidR="00C82539" w:rsidRDefault="00C82539" w:rsidP="00C82539">
      <w:r>
        <w:t>“We didn’t come to fix your town,” Jonas said. “Just preach the truth. But if I see a man doing evil, I won’t pretend it’s none of my business.”</w:t>
      </w:r>
    </w:p>
    <w:p w14:paraId="06F697CE" w14:textId="77777777" w:rsidR="00C82539" w:rsidRDefault="00C82539" w:rsidP="00C82539">
      <w:r>
        <w:t>Munson gave a thin smile and turned to his deputies. “Get ’em to Doc Thompson’s, then cool ’em off in the cells once they wake.”</w:t>
      </w:r>
    </w:p>
    <w:p w14:paraId="3D2A758E" w14:textId="77777777" w:rsidR="00C82539" w:rsidRDefault="00C82539" w:rsidP="00C82539">
      <w:r>
        <w:t>The woman had already knelt beside the ranch hand, Tom, gently brushing the dirt from his face with her handkerchief. She looked up at Jonas.</w:t>
      </w:r>
    </w:p>
    <w:p w14:paraId="20EC9983" w14:textId="77777777" w:rsidR="00C82539" w:rsidRDefault="00C82539" w:rsidP="00C82539">
      <w:r>
        <w:t>“Thank you. I don’t know what might’ve happened if you hadn’t come along.”</w:t>
      </w:r>
    </w:p>
    <w:p w14:paraId="2FC9F0A9" w14:textId="77777777" w:rsidR="00C82539" w:rsidRDefault="00C82539" w:rsidP="00C82539">
      <w:r>
        <w:t>Jonas tipped his hat. “You’ll need help getting him home.”</w:t>
      </w:r>
    </w:p>
    <w:p w14:paraId="71225477" w14:textId="77777777" w:rsidR="00C82539" w:rsidRDefault="00C82539" w:rsidP="00C82539">
      <w:r>
        <w:t>She nodded. “Please.”</w:t>
      </w:r>
    </w:p>
    <w:p w14:paraId="4D0F4799" w14:textId="77777777" w:rsidR="00C82539" w:rsidRDefault="00C82539" w:rsidP="00C82539">
      <w:r>
        <w:t>***</w:t>
      </w:r>
    </w:p>
    <w:p w14:paraId="5E3AA7D9" w14:textId="77777777" w:rsidR="00C82539" w:rsidRDefault="00C82539" w:rsidP="00C82539">
      <w:r>
        <w:t>Elijah was sharpening a quill when Jonas walked in.</w:t>
      </w:r>
    </w:p>
    <w:p w14:paraId="0B4625EC" w14:textId="77777777" w:rsidR="00C82539" w:rsidRDefault="00C82539" w:rsidP="00C82539">
      <w:r>
        <w:t>He looked up, saw the expression on Jonas’s face, and laid the feather down without a word. He leaned back in the chair, the afternoon light slanting through the church office window, gold and heavy.</w:t>
      </w:r>
    </w:p>
    <w:p w14:paraId="1D298C67" w14:textId="77777777" w:rsidR="00C82539" w:rsidRDefault="00C82539" w:rsidP="00C82539">
      <w:r>
        <w:t>Jonas didn’t sit. He closed the door behind him and stood for a moment, quiet, jaw clenched.</w:t>
      </w:r>
    </w:p>
    <w:p w14:paraId="5DFC11B3" w14:textId="77777777" w:rsidR="00C82539" w:rsidRDefault="00C82539" w:rsidP="00C82539">
      <w:r>
        <w:t>“Ran into trouble,” he said finally.</w:t>
      </w:r>
    </w:p>
    <w:p w14:paraId="2A3FE867" w14:textId="77777777" w:rsidR="00C82539" w:rsidRDefault="00C82539" w:rsidP="00C82539">
      <w:r>
        <w:t>Elijah didn’t flinch. “You alright?”</w:t>
      </w:r>
    </w:p>
    <w:p w14:paraId="70C3923A" w14:textId="77777777" w:rsidR="00C82539" w:rsidRDefault="00C82539" w:rsidP="00C82539">
      <w:r>
        <w:lastRenderedPageBreak/>
        <w:t>Jonas nodded. “Wasn’t me they were after.”</w:t>
      </w:r>
    </w:p>
    <w:p w14:paraId="19CDC0F8" w14:textId="77777777" w:rsidR="00C82539" w:rsidRDefault="00C82539" w:rsidP="00C82539">
      <w:r>
        <w:t>And then, slow and steady, he told the story. The alley. The two men. The ranch hand named Tom. The woman who tried to stop it. The pistol drawn. The sheriff showing up late, and the threat wrapped in polite words.</w:t>
      </w:r>
    </w:p>
    <w:p w14:paraId="0570B45A" w14:textId="77777777" w:rsidR="00C82539" w:rsidRDefault="00C82539" w:rsidP="00C82539">
      <w:r>
        <w:t>Elijah listened without interruption, arms folded across his chest. When Jonas finished, he was silent a moment longer. Then he rose and walked to the window.</w:t>
      </w:r>
    </w:p>
    <w:p w14:paraId="4FC39465" w14:textId="77777777" w:rsidR="00C82539" w:rsidRDefault="00C82539" w:rsidP="00C82539">
      <w:r>
        <w:t>“That family—they go to church?” he asked.</w:t>
      </w:r>
    </w:p>
    <w:p w14:paraId="1D20CD45" w14:textId="77777777" w:rsidR="00C82539" w:rsidRDefault="00C82539" w:rsidP="00C82539">
      <w:r>
        <w:t>Jonas shook his head. “Not that I know of. She said her husband owns land. Good land. Refused to sell. Maybe that was enough for someone to send a message.”</w:t>
      </w:r>
    </w:p>
    <w:p w14:paraId="0E6F9D19" w14:textId="77777777" w:rsidR="00C82539" w:rsidRDefault="00C82539" w:rsidP="00C82539">
      <w:r>
        <w:t>Elijah gave a quiet hmm, still looking out.</w:t>
      </w:r>
    </w:p>
    <w:p w14:paraId="6AEA7111" w14:textId="77777777" w:rsidR="00C82539" w:rsidRDefault="00C82539" w:rsidP="00C82539">
      <w:r>
        <w:t>“Well,” he said softly, “sounds like a visit’s in order.”</w:t>
      </w:r>
    </w:p>
    <w:p w14:paraId="3F0080BA" w14:textId="77777777" w:rsidR="00C82539" w:rsidRDefault="00C82539" w:rsidP="00C82539">
      <w:r>
        <w:t>Jonas frowned. “You think that’s wise?”</w:t>
      </w:r>
    </w:p>
    <w:p w14:paraId="11573A9D" w14:textId="77777777" w:rsidR="00C82539" w:rsidRDefault="00C82539" w:rsidP="00C82539">
      <w:r>
        <w:t>“I didn’t say it was wise,” Elijah said, turning back. “Just necessary.”</w:t>
      </w:r>
    </w:p>
    <w:p w14:paraId="5A7040BF" w14:textId="77777777" w:rsidR="00C82539" w:rsidRDefault="00C82539" w:rsidP="00C82539">
      <w:r>
        <w:t>Jonas folded his arms, thinking.</w:t>
      </w:r>
    </w:p>
    <w:p w14:paraId="1F70C391" w14:textId="77777777" w:rsidR="00C82539" w:rsidRDefault="00C82539" w:rsidP="00C82539">
      <w:r>
        <w:t>“You trust them?” he asked.</w:t>
      </w:r>
    </w:p>
    <w:p w14:paraId="440B65E5" w14:textId="77777777" w:rsidR="00C82539" w:rsidRDefault="00C82539" w:rsidP="00C82539">
      <w:r>
        <w:t>Elijah smiled faintly. “I trust that woman saw something worth trusting in you. That’s a good start.”</w:t>
      </w:r>
    </w:p>
    <w:p w14:paraId="0450E254" w14:textId="77777777" w:rsidR="00C82539" w:rsidRDefault="00C82539" w:rsidP="00C82539">
      <w:r>
        <w:t>Jonas looked at the floor, then back at his friend. “I’ll come with you.”</w:t>
      </w:r>
    </w:p>
    <w:p w14:paraId="2E0765B7" w14:textId="77777777" w:rsidR="00C82539" w:rsidRDefault="00C82539" w:rsidP="00C82539">
      <w:r>
        <w:t>Elijah nodded his head. “You already made an impression. They might talk easier with you there.”</w:t>
      </w:r>
    </w:p>
    <w:p w14:paraId="6CD5F5F8" w14:textId="77777777" w:rsidR="00C82539" w:rsidRDefault="00C82539" w:rsidP="00C82539">
      <w:r>
        <w:t>Jonas hesitated, then gave a slow nod. “I’ll saddle your horse.”</w:t>
      </w:r>
    </w:p>
    <w:p w14:paraId="674A18C9" w14:textId="77777777" w:rsidR="00C82539" w:rsidRDefault="00C82539" w:rsidP="00C82539">
      <w:r>
        <w:t>***</w:t>
      </w:r>
    </w:p>
    <w:p w14:paraId="20A5D43A" w14:textId="77777777" w:rsidR="00C82539" w:rsidRDefault="00C82539" w:rsidP="00C82539">
      <w:r>
        <w:t>The mayor’s office was dimly lit, the late afternoon sun casting slats of golden light across the wood-paneled room. Dust motes hung in the air, slowly drifting. A bottle of imported whiskey sat untouched on the corner of the desk.</w:t>
      </w:r>
    </w:p>
    <w:p w14:paraId="14CB7C8E" w14:textId="77777777" w:rsidR="00C82539" w:rsidRDefault="00C82539" w:rsidP="00C82539">
      <w:r>
        <w:t>Malcolm Fraser stood near the window, his arms folded, expression tight. He didn’t like meetings with John Butler. They always ended with more obligations than he wanted and less power than he pretended to have.</w:t>
      </w:r>
    </w:p>
    <w:p w14:paraId="5D761200" w14:textId="77777777" w:rsidR="00C82539" w:rsidRDefault="00C82539" w:rsidP="00C82539">
      <w:r>
        <w:t>Butler sat in a high-backed chair, boots crossed, cane leaning against his leg. His white suit jacket was immaculate, but his eyes were sharp with calculation. He wasn’t the kind of man who had to raise his voice to own the room.</w:t>
      </w:r>
    </w:p>
    <w:p w14:paraId="159D6F9B" w14:textId="77777777" w:rsidR="00C82539" w:rsidRDefault="00C82539" w:rsidP="00C82539">
      <w:r>
        <w:lastRenderedPageBreak/>
        <w:t>“I hear talk,” Butler said, idly examining his cufflink. “You’ve let a couple of preachers stir things up.”</w:t>
      </w:r>
    </w:p>
    <w:p w14:paraId="53CF4C79" w14:textId="77777777" w:rsidR="00C82539" w:rsidRDefault="00C82539" w:rsidP="00C82539">
      <w:r>
        <w:t>Fraser didn’t look at him. “They’ve done little more than hold a church service.”</w:t>
      </w:r>
    </w:p>
    <w:p w14:paraId="52B59C84" w14:textId="77777777" w:rsidR="00C82539" w:rsidRDefault="00C82539" w:rsidP="00C82539">
      <w:r>
        <w:t>Butler gave a dry chuckle. “Mm. It only takes one spark, Mayor. Especially if the kindling’s been dry a while.”</w:t>
      </w:r>
    </w:p>
    <w:p w14:paraId="1C4256A3" w14:textId="77777777" w:rsidR="00C82539" w:rsidRDefault="00C82539" w:rsidP="00C82539">
      <w:r>
        <w:t>The door opened without a knock. Sheriff Garrett Munson stepped in, removing his hat as he did. Dust clung to the brim.</w:t>
      </w:r>
    </w:p>
    <w:p w14:paraId="38026729" w14:textId="77777777" w:rsidR="00C82539" w:rsidRDefault="00C82539" w:rsidP="00C82539">
      <w:r>
        <w:t>Fraser turned, frowning. “This better be important.”</w:t>
      </w:r>
    </w:p>
    <w:p w14:paraId="4F3C4F5C" w14:textId="77777777" w:rsidR="00C82539" w:rsidRDefault="00C82539" w:rsidP="00C82539">
      <w:r>
        <w:t>“It is,” Munson said, closing the door behind him. “There was an incident. In town.”</w:t>
      </w:r>
    </w:p>
    <w:p w14:paraId="57BD507E" w14:textId="77777777" w:rsidR="00C82539" w:rsidRDefault="00C82539" w:rsidP="00C82539">
      <w:r>
        <w:t>Butler’s eyes narrowed. “Go on.”</w:t>
      </w:r>
    </w:p>
    <w:p w14:paraId="14C5C3F9" w14:textId="77777777" w:rsidR="00C82539" w:rsidRDefault="00C82539" w:rsidP="00C82539">
      <w:r>
        <w:t>“Couple of our boys roughed up one of Schneider’s hands. The preacher’s companion—the quiet one—intervened. Put 'em both on the ground. Took a pistol. Had it on him when I arrived.”</w:t>
      </w:r>
    </w:p>
    <w:p w14:paraId="01FBE4E7" w14:textId="77777777" w:rsidR="00C82539" w:rsidRDefault="00C82539" w:rsidP="00C82539">
      <w:r>
        <w:t>Fraser grimaced. “You arrest him?”</w:t>
      </w:r>
    </w:p>
    <w:p w14:paraId="3789234C" w14:textId="77777777" w:rsidR="00C82539" w:rsidRDefault="00C82539" w:rsidP="00C82539">
      <w:r>
        <w:t>Munson shook his head. “The woman vouched for him. A crowd was already forming. Didn’t seem worth the noise.”</w:t>
      </w:r>
    </w:p>
    <w:p w14:paraId="231BE8FD" w14:textId="77777777" w:rsidR="00C82539" w:rsidRDefault="00C82539" w:rsidP="00C82539">
      <w:r>
        <w:t>Butler’s jaw worked slightly, but his tone stayed even. “So, he’s a fighter.”</w:t>
      </w:r>
    </w:p>
    <w:p w14:paraId="00C5FC3E" w14:textId="77777777" w:rsidR="00C82539" w:rsidRDefault="00C82539" w:rsidP="00C82539">
      <w:r>
        <w:t>“A good one,” Munson muttered. “Quick. Efficient. Knows what he’s doing.”</w:t>
      </w:r>
    </w:p>
    <w:p w14:paraId="466A9131" w14:textId="77777777" w:rsidR="00C82539" w:rsidRDefault="00C82539" w:rsidP="00C82539">
      <w:r>
        <w:t>Butler stood slowly, picking up his cane. He tapped the end lightly against the floor, once. “Keep your eyes on that one.”</w:t>
      </w:r>
    </w:p>
    <w:p w14:paraId="0150E743" w14:textId="77777777" w:rsidR="00C82539" w:rsidRDefault="00C82539" w:rsidP="00C82539">
      <w:r>
        <w:t>Fraser turned from the window, uneasy. “You think he’s trouble?”</w:t>
      </w:r>
    </w:p>
    <w:p w14:paraId="17C4A7D8" w14:textId="77777777" w:rsidR="00C82539" w:rsidRDefault="00C82539" w:rsidP="00C82539">
      <w:r>
        <w:t>Butler looked between the two men. “He’s not here to preach sermons. Men like that come with a history. And history has a way of bleeding into the present.”</w:t>
      </w:r>
    </w:p>
    <w:p w14:paraId="6E67CD47" w14:textId="77777777" w:rsidR="00C82539" w:rsidRDefault="00C82539" w:rsidP="00C82539">
      <w:r>
        <w:t>Munson nodded. “Want me to press him harder?”</w:t>
      </w:r>
    </w:p>
    <w:p w14:paraId="1F3B10E6" w14:textId="77777777" w:rsidR="00C82539" w:rsidRDefault="00C82539" w:rsidP="00C82539">
      <w:r>
        <w:t>“Not yet,” Butler said. “Let him think he’s helping. Let them both preach and pray. Makes no difference—so long as the people know who really runs this town.”</w:t>
      </w:r>
    </w:p>
    <w:p w14:paraId="3803F93C" w14:textId="77777777" w:rsidR="00C82539" w:rsidRDefault="00C82539" w:rsidP="00C82539">
      <w:r>
        <w:t>He turned for the door, then paused. “But if he draws blood again… I want to know about it.”</w:t>
      </w:r>
    </w:p>
    <w:p w14:paraId="0B7D36AF" w14:textId="77777777" w:rsidR="00C82539" w:rsidRDefault="00C82539" w:rsidP="00C82539">
      <w:r>
        <w:t>With that, he left, cane tapping softly down the hall.</w:t>
      </w:r>
    </w:p>
    <w:p w14:paraId="5DA7A0C7" w14:textId="77777777" w:rsidR="00C82539" w:rsidRDefault="00C82539" w:rsidP="00C82539">
      <w:r>
        <w:t>Fraser sat down heavily at his desk, eyes fixed on the door.</w:t>
      </w:r>
    </w:p>
    <w:p w14:paraId="02CFDDE5" w14:textId="77777777" w:rsidR="00C82539" w:rsidRDefault="00C82539" w:rsidP="00C82539">
      <w:r>
        <w:t>Munson replaced his hat. “We may have a problem, Mayor.”</w:t>
      </w:r>
    </w:p>
    <w:p w14:paraId="7B80475F" w14:textId="77777777" w:rsidR="00C82539" w:rsidRDefault="00C82539" w:rsidP="00C82539">
      <w:r>
        <w:lastRenderedPageBreak/>
        <w:t>Fraser exhaled through his nose. “We’ve got one already, Sheriff.”</w:t>
      </w:r>
    </w:p>
    <w:p w14:paraId="033EF5AA" w14:textId="77777777" w:rsidR="00C82539" w:rsidRDefault="00C82539" w:rsidP="00C82539"/>
    <w:p w14:paraId="21631F66" w14:textId="77777777" w:rsidR="00C82539" w:rsidRDefault="00C82539" w:rsidP="00C82539">
      <w:r>
        <w:t>The trail curved along the low ridge, opening into a wide view of the Colorado River, brown and sluggish in the midday light. Below, nestled between a grove of pecans and a fenced pasture of grazing cattle, sat the Schneider ranch—a modest house with a tin roof, a sturdy barn, and a small blacksmith shed off to the side. Everything about the place spoke of hard work and patience.</w:t>
      </w:r>
    </w:p>
    <w:p w14:paraId="72B85F13" w14:textId="77777777" w:rsidR="00C82539" w:rsidRDefault="00C82539" w:rsidP="00C82539">
      <w:r>
        <w:t>Jonas and Elijah dismounted quietly, tying their horses near a well. A sharp ping echoed from the smithy—a forge cooling, tools set down in haste. The quiet afterward was uneasy.</w:t>
      </w:r>
    </w:p>
    <w:p w14:paraId="262456A3" w14:textId="77777777" w:rsidR="00C82539" w:rsidRDefault="00C82539" w:rsidP="00C82539">
      <w:r>
        <w:t>The front door opened. A large, weathered man with thick arms and graying hair stepped out, wiping his hands on a stained apron. His face bore the hard lines of someone who’d earned every acre by sweat and steel.</w:t>
      </w:r>
    </w:p>
    <w:p w14:paraId="5B1C7312" w14:textId="77777777" w:rsidR="00C82539" w:rsidRDefault="00C82539" w:rsidP="00C82539">
      <w:r>
        <w:t>“I’m Johann Schneider,” he said, voice gruff but not unkind. “This is my land. You’ve come about Paul?”</w:t>
      </w:r>
    </w:p>
    <w:p w14:paraId="6D775ACB" w14:textId="77777777" w:rsidR="00C82539" w:rsidRDefault="00C82539" w:rsidP="00C82539">
      <w:r>
        <w:t>Elijah stepped forward, hat in hand. “We have, sir. I’m Reverend Elijah Stone, this here’s Jonas Walker. We serve with the church in Grafton. We were told your man was hurt.”</w:t>
      </w:r>
    </w:p>
    <w:p w14:paraId="16E3151C" w14:textId="77777777" w:rsidR="00C82539" w:rsidRDefault="00C82539" w:rsidP="00C82539">
      <w:r>
        <w:t>Schneider gave a nod, glancing at Jonas with a curious, appraising look. “They said it was you who stopped it.”</w:t>
      </w:r>
    </w:p>
    <w:p w14:paraId="20AD9449" w14:textId="77777777" w:rsidR="00C82539" w:rsidRDefault="00C82539" w:rsidP="00C82539">
      <w:r>
        <w:t>Jonas didn’t say anything right away. He met the rancher’s gaze evenly. “Did what I had to.”</w:t>
      </w:r>
    </w:p>
    <w:p w14:paraId="3E1E8871" w14:textId="77777777" w:rsidR="00C82539" w:rsidRDefault="00C82539" w:rsidP="00C82539">
      <w:r>
        <w:t>Schneider gave a short grunt, somewhere between thanks and approval. “Come in, then. He’s in the back room. Doc's still with him.”</w:t>
      </w:r>
    </w:p>
    <w:p w14:paraId="34651B50" w14:textId="77777777" w:rsidR="00C82539" w:rsidRDefault="00C82539" w:rsidP="00C82539">
      <w:r>
        <w:t>Inside, the house was clean and plainly kept. A woman with streaks of gray in her braided hair nodded at them, her eyes tired but kind. “Katarina,” she said simply.</w:t>
      </w:r>
    </w:p>
    <w:p w14:paraId="25D591BF" w14:textId="77777777" w:rsidR="00C82539" w:rsidRDefault="00C82539" w:rsidP="00C82539">
      <w:r>
        <w:t>“Ma’am,” Elijah said, bowing slightly.</w:t>
      </w:r>
    </w:p>
    <w:p w14:paraId="0D452362" w14:textId="77777777" w:rsidR="00C82539" w:rsidRDefault="00C82539" w:rsidP="00C82539">
      <w:r>
        <w:t>Katarina gestured toward the hallway. “Doctor’s with him. We wait and pray.”</w:t>
      </w:r>
    </w:p>
    <w:p w14:paraId="306B15A8" w14:textId="77777777" w:rsidR="00C82539" w:rsidRDefault="00C82539" w:rsidP="00C82539">
      <w:r>
        <w:t>They followed Schneider through the narrow hallway, into a dimly lit room. Paul lay on a bed, his face bruised and swollen, breathing shallow. The town doctor—an older man with thin spectacles and a worn satchel—looked up and offered a short shake of his head.</w:t>
      </w:r>
    </w:p>
    <w:p w14:paraId="172AAA92" w14:textId="77777777" w:rsidR="00C82539" w:rsidRDefault="00C82539" w:rsidP="00C82539">
      <w:r>
        <w:t>“I’ve done what I can,” he said quietly. “No broken bones, but there’s swelling I don’t like. He’s not woken up yet. Time’ll tell.”</w:t>
      </w:r>
    </w:p>
    <w:p w14:paraId="5ADE6307" w14:textId="77777777" w:rsidR="00C82539" w:rsidRDefault="00C82539" w:rsidP="00C82539">
      <w:r>
        <w:t>Schneider’s jaw tightened. He put a heavy hand on the young man’s shoulder. “He stood between them and my wife. Would’ve done it again.”</w:t>
      </w:r>
    </w:p>
    <w:p w14:paraId="2089E208" w14:textId="77777777" w:rsidR="00C82539" w:rsidRDefault="00C82539" w:rsidP="00C82539">
      <w:r>
        <w:t>Jonas looked at the boy, then back at Schneider. “He’s brave. You raise your men right.”</w:t>
      </w:r>
    </w:p>
    <w:p w14:paraId="64B10241" w14:textId="77777777" w:rsidR="00C82539" w:rsidRDefault="00C82539" w:rsidP="00C82539">
      <w:r>
        <w:lastRenderedPageBreak/>
        <w:t>“Not all of them are blood,” Johann said, looking over. “But they carry our name just the same.”</w:t>
      </w:r>
    </w:p>
    <w:p w14:paraId="75B05E0A" w14:textId="77777777" w:rsidR="00C82539" w:rsidRDefault="00C82539" w:rsidP="00C82539">
      <w:r>
        <w:t>Back in the main room, Elijah turned to the couple. “We didn’t come to press you for church. We just wanted to check on your man, let you know we’re praying.”</w:t>
      </w:r>
    </w:p>
    <w:p w14:paraId="0A148B17" w14:textId="77777777" w:rsidR="00C82539" w:rsidRDefault="00C82539" w:rsidP="00C82539">
      <w:r>
        <w:t>“We’re Lutheran,” Katarina said, not defensively, but with a quiet pride.</w:t>
      </w:r>
    </w:p>
    <w:p w14:paraId="5128A2BC" w14:textId="77777777" w:rsidR="00C82539" w:rsidRDefault="00C82539" w:rsidP="00C82539">
      <w:r>
        <w:t>Elijah smiled gently. “God hears in any tongue. Even in the Hill Country.”</w:t>
      </w:r>
    </w:p>
    <w:p w14:paraId="1EF7D4AD" w14:textId="77777777" w:rsidR="00C82539" w:rsidRDefault="00C82539" w:rsidP="00C82539">
      <w:r>
        <w:t>That earned the first smile from Schneider. “We’ll see you out,” he said. “And... thank you.”</w:t>
      </w:r>
    </w:p>
    <w:p w14:paraId="24A6A42D" w14:textId="77777777" w:rsidR="00C82539" w:rsidRDefault="00C82539" w:rsidP="00C82539">
      <w:r>
        <w:t>As the two men stepped out into the yard again, the wind carried the sound of hammering once more from the forge.</w:t>
      </w:r>
    </w:p>
    <w:p w14:paraId="27F51616" w14:textId="77777777" w:rsidR="00C82539" w:rsidRDefault="00C82539" w:rsidP="00C82539">
      <w:r>
        <w:t>Jonas looked back toward the house. “That boy might not make it.”</w:t>
      </w:r>
    </w:p>
    <w:p w14:paraId="005D0544" w14:textId="77777777" w:rsidR="00C82539" w:rsidRDefault="00C82539" w:rsidP="00C82539">
      <w:r>
        <w:t>Elijah adjusted his hat, eyes on the river. “And if he doesn’t, someone will need to answer for it.”</w:t>
      </w:r>
    </w:p>
    <w:p w14:paraId="0B9FA8D2" w14:textId="77777777" w:rsidR="00C82539" w:rsidRDefault="00C82539" w:rsidP="00C82539">
      <w:r>
        <w:t>Jonas didn’t reply, but his hand rested on the butt of the pistol on his belt. Quiet. Tense.</w:t>
      </w:r>
    </w:p>
    <w:p w14:paraId="071C2CBA" w14:textId="77777777" w:rsidR="00C82539" w:rsidRDefault="00C82539" w:rsidP="00C82539">
      <w:r>
        <w:t>The river rolled on.</w:t>
      </w:r>
    </w:p>
    <w:p w14:paraId="5EEC9268" w14:textId="77777777" w:rsidR="00C82539" w:rsidRDefault="00C82539" w:rsidP="00C82539">
      <w:r>
        <w:br/>
      </w:r>
    </w:p>
    <w:p w14:paraId="34B98F3B" w14:textId="77777777" w:rsidR="00C82539" w:rsidRDefault="00C82539" w:rsidP="00C82539">
      <w:r>
        <w:t>Chapter Fifteen</w:t>
      </w:r>
    </w:p>
    <w:p w14:paraId="4DB88926" w14:textId="77777777" w:rsidR="00C82539" w:rsidRDefault="00C82539" w:rsidP="00C82539">
      <w:r>
        <w:t>Sermon Under Fire</w:t>
      </w:r>
    </w:p>
    <w:p w14:paraId="3B7251EB" w14:textId="77777777" w:rsidR="00C82539" w:rsidRDefault="00C82539" w:rsidP="00C82539">
      <w:r>
        <w:t>The chapel smelled of pine and dust, same as always. Morning light slipped in through the windows, catching particles in the air like ash from an old fire that hadn’t burned out yet.</w:t>
      </w:r>
    </w:p>
    <w:p w14:paraId="2BBD796B" w14:textId="77777777" w:rsidR="00C82539" w:rsidRDefault="00C82539" w:rsidP="00C82539">
      <w:r>
        <w:t>The pews were fuller than usual. Word had spread that the new preacher wasn’t just a preacher. Folks said he was a Union man. Said he’d seen things. Said he preached like he meant it.</w:t>
      </w:r>
    </w:p>
    <w:p w14:paraId="1EE7B791" w14:textId="77777777" w:rsidR="00C82539" w:rsidRDefault="00C82539" w:rsidP="00C82539">
      <w:r>
        <w:t>Near the front sat Mayor Malcolm Fraser, stiff-backed and stone-faced, his eyes fixed on the pulpit but his thoughts clearly somewhere else. He looked like a man who regretted being there, like he’d rather be anywhere else but didn’t want to be seen not attending.</w:t>
      </w:r>
    </w:p>
    <w:p w14:paraId="3A7A0A45" w14:textId="77777777" w:rsidR="00C82539" w:rsidRDefault="00C82539" w:rsidP="00C82539">
      <w:r>
        <w:t>Beside him lounged John Butler, a study in polished ease. His dark coat was freshly pressed, his boots clean, his gold watch chain winking in the sunlight. He smiled often, nodding along to the hymn like he believed every word, though anyone who’d dealt with him knew better. John Butler didn’t sing. He sold.</w:t>
      </w:r>
    </w:p>
    <w:p w14:paraId="76E8D5AD" w14:textId="77777777" w:rsidR="00C82539" w:rsidRDefault="00C82539" w:rsidP="00C82539">
      <w:r>
        <w:t>Around them, scattered near the walls and at the back, stood several of Butler’s men. They weren’t subtle. Hard eyes, stiff shoulders, hands resting on gun belts. They didn’t pretend to be worshippers. They were there to be seen.</w:t>
      </w:r>
    </w:p>
    <w:p w14:paraId="5D5A3B2B" w14:textId="77777777" w:rsidR="00C82539" w:rsidRDefault="00C82539" w:rsidP="00C82539">
      <w:r>
        <w:lastRenderedPageBreak/>
        <w:t>From the side near the front, Jonas Walker stood by a beam, eyes narrowed watching the crowd. The floor creaked now and then under shifting boots, but he could hear everything from up there—every cough, every whisper, every nervous swallow. He wasn’t there listening to the sermon. He was watching in case the sermon made somebody angry enough to end it.</w:t>
      </w:r>
    </w:p>
    <w:p w14:paraId="699CBB0F" w14:textId="77777777" w:rsidR="00C82539" w:rsidRDefault="00C82539" w:rsidP="00C82539">
      <w:r>
        <w:t>At the pulpit, Elijah Stone opened the old black Bible with a worn hand. His coat was dusty from the trail, the cuffs frayed. But his voice was clear, steady, and low enough that you had to lean in to catch the start of it.</w:t>
      </w:r>
    </w:p>
    <w:p w14:paraId="3CC11181" w14:textId="77777777" w:rsidR="00C82539" w:rsidRDefault="00C82539" w:rsidP="00C82539">
      <w:r>
        <w:t>“Second Corinthians, chapter five, verse seventeen: ‘Therefore if any man be in Christ, he is a new creature: old things are passed away; behold, all things are become new.’”</w:t>
      </w:r>
    </w:p>
    <w:p w14:paraId="55C960A6" w14:textId="77777777" w:rsidR="00C82539" w:rsidRDefault="00C82539" w:rsidP="00C82539">
      <w:r>
        <w:t>He looked out over the congregation, pausing long enough for the Word to land.</w:t>
      </w:r>
    </w:p>
    <w:p w14:paraId="298D9187" w14:textId="77777777" w:rsidR="00C82539" w:rsidRDefault="00C82539" w:rsidP="00C82539">
      <w:r>
        <w:t>“I don’t know what brought you here this morning,” he said, “but I know what can keep you. This verse ain’t about religion. It ain’t about Sunday morning or shaking hands at the door. It’s about death... and resurrection.”</w:t>
      </w:r>
    </w:p>
    <w:p w14:paraId="3714BDFD" w14:textId="77777777" w:rsidR="00C82539" w:rsidRDefault="00C82539" w:rsidP="00C82539">
      <w:r>
        <w:t>No one moved.</w:t>
      </w:r>
    </w:p>
    <w:p w14:paraId="31C95380" w14:textId="77777777" w:rsidR="00C82539" w:rsidRDefault="00C82539" w:rsidP="00C82539">
      <w:r>
        <w:t>“See, too many folks try to fix themselves. Clean up their own messes. They think if they wear the right clothes, say the right words, buy enough land or make enough money, they can outrun who they really are. But the Bible says the old man has to die.”</w:t>
      </w:r>
    </w:p>
    <w:p w14:paraId="13951F02" w14:textId="77777777" w:rsidR="00C82539" w:rsidRDefault="00C82539" w:rsidP="00C82539">
      <w:r>
        <w:t>He let that hang in the air for a beat.</w:t>
      </w:r>
    </w:p>
    <w:p w14:paraId="5AD34A78" w14:textId="77777777" w:rsidR="00C82539" w:rsidRDefault="00C82539" w:rsidP="00C82539">
      <w:r>
        <w:t>“In Christ, a man doesn’t get patched up. He gets remade. A new creature. Not rebranded. Not reformed. New.”</w:t>
      </w:r>
    </w:p>
    <w:p w14:paraId="76DCC704" w14:textId="77777777" w:rsidR="00C82539" w:rsidRDefault="00C82539" w:rsidP="00C82539">
      <w:r>
        <w:t>Jonas’s eyes flicked to Butler, whose smile never faltered. If anything, it widened—hands folded in his lap, posture relaxed, like he was enjoying the show. The mayor, by contrast, sat rigid and unmoved. His jaw shifted once, grinding something silent between his teeth.</w:t>
      </w:r>
    </w:p>
    <w:p w14:paraId="0ECBD41A" w14:textId="77777777" w:rsidR="00C82539" w:rsidRDefault="00C82539" w:rsidP="00C82539">
      <w:r>
        <w:t>Elijah’s voice stayed calm, but there was steel in it now.</w:t>
      </w:r>
    </w:p>
    <w:p w14:paraId="3C948F6F" w14:textId="77777777" w:rsidR="00C82539" w:rsidRDefault="00C82539" w:rsidP="00C82539">
      <w:r>
        <w:t>“Now some of you may be thinking this don’t apply to you. You’ve got your name on a deed, maybe some influence. Folks tip their hat when you walk by. But that’s not newness of life. That’s just fear wearing a smile.”</w:t>
      </w:r>
    </w:p>
    <w:p w14:paraId="2A4F72B0" w14:textId="77777777" w:rsidR="00C82539" w:rsidRDefault="00C82539" w:rsidP="00C82539">
      <w:r>
        <w:t>A few heads turned—no one dared look directly at Fraser or Butler, but they didn’t have to.</w:t>
      </w:r>
    </w:p>
    <w:p w14:paraId="44EF89DA" w14:textId="77777777" w:rsidR="00C82539" w:rsidRDefault="00C82539" w:rsidP="00C82539">
      <w:r>
        <w:t>“The Gospel don’t need a badge or a title to speak truth,” Elijah said. “It shines its light everywhere. And when the light shines, the shadows don’t like it much.”</w:t>
      </w:r>
    </w:p>
    <w:p w14:paraId="348847B6" w14:textId="77777777" w:rsidR="00C82539" w:rsidRDefault="00C82539" w:rsidP="00C82539">
      <w:r>
        <w:t>Butler didn’t blink. He smiled like a man in on the joke.</w:t>
      </w:r>
    </w:p>
    <w:p w14:paraId="6B33F0F3" w14:textId="77777777" w:rsidR="00C82539" w:rsidRDefault="00C82539" w:rsidP="00C82539">
      <w:r>
        <w:lastRenderedPageBreak/>
        <w:t>Elijah stepped back slightly from the pulpit. “But if there’s anyone here today who’s tired of carrying the weight of the old, tired of pretending, tired of looking over their shoulder—I’ve got good news. Christ Jesus makes all things new. Even here. Even now.”</w:t>
      </w:r>
    </w:p>
    <w:p w14:paraId="42AF8054" w14:textId="77777777" w:rsidR="00C82539" w:rsidRDefault="00C82539" w:rsidP="00C82539">
      <w:r>
        <w:t>He closed the Bible gently.</w:t>
      </w:r>
    </w:p>
    <w:p w14:paraId="61DAFFA3" w14:textId="77777777" w:rsidR="00C82539" w:rsidRDefault="00C82539" w:rsidP="00C82539">
      <w:r>
        <w:t>“Let’s pray.”</w:t>
      </w:r>
    </w:p>
    <w:p w14:paraId="298E0A5A" w14:textId="77777777" w:rsidR="00C82539" w:rsidRDefault="00C82539" w:rsidP="00C82539">
      <w:r>
        <w:t>Heads bowed. Some out of habit. Some because something in them cracked.</w:t>
      </w:r>
    </w:p>
    <w:p w14:paraId="492FD505" w14:textId="77777777" w:rsidR="00C82539" w:rsidRDefault="00C82539" w:rsidP="00C82539">
      <w:r>
        <w:t>Jonas didn’t bow. He kept his eyes steady. He watched the mayor. He watched Butler. He watched the men in the back. And when Elijah’s voice rose in quiet petition, asking the Lord for mercy over the town of Grafton, Jonas prayed too—just not with words.</w:t>
      </w:r>
    </w:p>
    <w:p w14:paraId="4B0BEEBE" w14:textId="77777777" w:rsidR="00C82539" w:rsidRDefault="00C82539" w:rsidP="00C82539">
      <w:r>
        <w:t>And though no shot was fired, the air was thick with the kind of silence that comes right before a storm.</w:t>
      </w:r>
    </w:p>
    <w:p w14:paraId="23D2C545" w14:textId="77777777" w:rsidR="00C82539" w:rsidRDefault="00C82539" w:rsidP="00C82539">
      <w:r>
        <w:t>***</w:t>
      </w:r>
    </w:p>
    <w:p w14:paraId="67E69E2A" w14:textId="77777777" w:rsidR="00C82539" w:rsidRDefault="00C82539" w:rsidP="00C82539">
      <w:r>
        <w:t>The final “Amen” had barely faded before boots began to shuffle and pews creaked under departing weight. Folks filed out in tight clusters, whispering low, casting sidelong glances at the men in the back corners who hadn’t sung a word or opened a Bible.</w:t>
      </w:r>
    </w:p>
    <w:p w14:paraId="154E90A5" w14:textId="77777777" w:rsidR="00C82539" w:rsidRDefault="00C82539" w:rsidP="00C82539">
      <w:r>
        <w:t>Elijah stood by the pulpit; his hands clasped in front of him. He greeted those who came by—the widows, the shopkeepers, a few ranch hands—and gave them a quiet word of blessing, a steady look in the eye. But his gaze kept flicking toward the front pew.</w:t>
      </w:r>
    </w:p>
    <w:p w14:paraId="020FC630" w14:textId="77777777" w:rsidR="00C82539" w:rsidRDefault="00C82539" w:rsidP="00C82539">
      <w:r>
        <w:t>John Butler rose slow, like a man with all the time in the world. He dusted off his coat, slipped on his hat, and sauntered down the aisle with a snake-oil grin fixed to his face. His boots made sharp little clicks on the wooden floor.</w:t>
      </w:r>
    </w:p>
    <w:p w14:paraId="3232D46A" w14:textId="77777777" w:rsidR="00C82539" w:rsidRDefault="00C82539" w:rsidP="00C82539">
      <w:r>
        <w:t>“Well now,” he said as he approached the pulpit, “that was a mighty fine sermon, Reverend. Really... heartfelt.” He held Elijah’s gaze just long enough to make the compliment feel like something else. “You’ve got a gift. Words like honey, sharp as vinegar.”</w:t>
      </w:r>
    </w:p>
    <w:p w14:paraId="630BAA18" w14:textId="77777777" w:rsidR="00C82539" w:rsidRDefault="00C82539" w:rsidP="00C82539">
      <w:r>
        <w:t>Elijah gave a quiet nod. “Glad you came.”</w:t>
      </w:r>
    </w:p>
    <w:p w14:paraId="5189456A" w14:textId="77777777" w:rsidR="00C82539" w:rsidRDefault="00C82539" w:rsidP="00C82539">
      <w:r>
        <w:t>Butler chuckled, tilting his head. “Oh, I wouldn’t have missed it for the world.” Then, as he turned to leave, he caught Jonas’s eye. Didn’t speak. Just nodded once, slow and calm, like they were both in on something neither had said out loud.</w:t>
      </w:r>
    </w:p>
    <w:p w14:paraId="1A38E686" w14:textId="77777777" w:rsidR="00C82539" w:rsidRDefault="00C82539" w:rsidP="00C82539">
      <w:r>
        <w:t>Then he was gone—boots clicking out the door and into the sun.</w:t>
      </w:r>
    </w:p>
    <w:p w14:paraId="13F0758E" w14:textId="77777777" w:rsidR="00C82539" w:rsidRDefault="00C82539" w:rsidP="00C82539">
      <w:r>
        <w:t>Most of the crowd filtered out quickly after that. Some lingered on the steps, talking low. A few looked back toward the church like they weren’t sure if they’d just attended worship or a warning.</w:t>
      </w:r>
    </w:p>
    <w:p w14:paraId="0ADA7805" w14:textId="77777777" w:rsidR="00C82539" w:rsidRDefault="00C82539" w:rsidP="00C82539">
      <w:r>
        <w:lastRenderedPageBreak/>
        <w:t>Mayor Fraser remained seated until nearly everyone had left. Then he stood, smoothed the front of his coat, and turned to Elijah. Beside him was Councilman Edgar Hoyt, a balding man with a thick mustache and watery eyes that didn’t quite meet anyone else’s.</w:t>
      </w:r>
    </w:p>
    <w:p w14:paraId="7A3B0A77" w14:textId="77777777" w:rsidR="00C82539" w:rsidRDefault="00C82539" w:rsidP="00C82539">
      <w:r>
        <w:t>Fraser approached the pulpit with a half-hearted smile.</w:t>
      </w:r>
    </w:p>
    <w:p w14:paraId="460D6F57" w14:textId="77777777" w:rsidR="00C82539" w:rsidRDefault="00C82539" w:rsidP="00C82539">
      <w:r>
        <w:t>“Reverend Stone,” he said, extending a hand. “Fine words today. Stirring.”</w:t>
      </w:r>
    </w:p>
    <w:p w14:paraId="0C753D0B" w14:textId="77777777" w:rsidR="00C82539" w:rsidRDefault="00C82539" w:rsidP="00C82539">
      <w:r>
        <w:t>Elijah shook his hand but said nothing.</w:t>
      </w:r>
    </w:p>
    <w:p w14:paraId="08B379B5" w14:textId="77777777" w:rsidR="00C82539" w:rsidRDefault="00C82539" w:rsidP="00C82539">
      <w:r>
        <w:t>“I wonder if I might have a word with you. In private.” The mayor glanced briefly up toward the loft.</w:t>
      </w:r>
    </w:p>
    <w:p w14:paraId="6850DCC2" w14:textId="77777777" w:rsidR="00C82539" w:rsidRDefault="00C82539" w:rsidP="00C82539">
      <w:r>
        <w:t>Jonas didn’t move. Elijah nodded slowly. “All right.”</w:t>
      </w:r>
    </w:p>
    <w:p w14:paraId="0131EDAD" w14:textId="77777777" w:rsidR="00C82539" w:rsidRDefault="00C82539" w:rsidP="00C82539">
      <w:r>
        <w:t>They stepped outside, leaving the church door ajar. Jonas shifted his position in the loft, eyes locked on them as they moved down the steps and around the corner to the side of the building. Out of earshot—but not out of sight.</w:t>
      </w:r>
    </w:p>
    <w:p w14:paraId="7377A83D" w14:textId="77777777" w:rsidR="00C82539" w:rsidRDefault="00C82539" w:rsidP="00C82539">
      <w:r>
        <w:t>Jonas could see their body language clearly.</w:t>
      </w:r>
    </w:p>
    <w:p w14:paraId="507E1450" w14:textId="77777777" w:rsidR="00C82539" w:rsidRDefault="00C82539" w:rsidP="00C82539">
      <w:r>
        <w:t>Fraser stood straight, hands behind his back, expression carefully composed. Hoyt lingered at his side, fingers tugging at his coat hem like he couldn’t get comfortable.</w:t>
      </w:r>
    </w:p>
    <w:p w14:paraId="0FDE1283" w14:textId="77777777" w:rsidR="00C82539" w:rsidRDefault="00C82539" w:rsidP="00C82539">
      <w:r>
        <w:t>Elijah followed them out of the chapel, out of earshot from anyone lingering nearby—but not out of sight. From the front of the church Jonas watched, unmoving, his hand loosely in the butt of his gun.</w:t>
      </w:r>
    </w:p>
    <w:p w14:paraId="5578F013" w14:textId="77777777" w:rsidR="00C82539" w:rsidRDefault="00C82539" w:rsidP="00C82539">
      <w:r>
        <w:t>Fraser cleared his throat. “Preacher, you’ve stirred quite the dust cloud with that sermon.”</w:t>
      </w:r>
    </w:p>
    <w:p w14:paraId="1B9EE37E" w14:textId="77777777" w:rsidR="00C82539" w:rsidRDefault="00C82539" w:rsidP="00C82539">
      <w:r>
        <w:t>“I only preached the Word, Mayor,” Elijah said plainly.</w:t>
      </w:r>
    </w:p>
    <w:p w14:paraId="398A2367" w14:textId="77777777" w:rsidR="00C82539" w:rsidRDefault="00C82539" w:rsidP="00C82539">
      <w:r>
        <w:t>Hoyt gave a dry chuckle. “That part about becoming new... It’s powerful stuff. Inspirational, even.”</w:t>
      </w:r>
    </w:p>
    <w:p w14:paraId="037CFCF7" w14:textId="77777777" w:rsidR="00C82539" w:rsidRDefault="00C82539" w:rsidP="00C82539">
      <w:r>
        <w:t>Fraser smiled thinly. “Of course. And naturally, you didn't mention anyone by name. That was smart.”</w:t>
      </w:r>
    </w:p>
    <w:p w14:paraId="6D013B56" w14:textId="77777777" w:rsidR="00C82539" w:rsidRDefault="00C82539" w:rsidP="00C82539">
      <w:r>
        <w:t>“I don’t preach to flatter men’s names. I preach to save their souls.”</w:t>
      </w:r>
    </w:p>
    <w:p w14:paraId="634E4781" w14:textId="77777777" w:rsidR="00C82539" w:rsidRDefault="00C82539" w:rsidP="00C82539">
      <w:r>
        <w:t>Fraser’s smile didn’t falter, but it stopped reaching his eyes. “Which is why I wanted to speak with you. You’ve got influence, preacher. These people hang on your every word—and that can be... helpful.”</w:t>
      </w:r>
    </w:p>
    <w:p w14:paraId="4D1A040B" w14:textId="77777777" w:rsidR="00C82539" w:rsidRDefault="00C82539" w:rsidP="00C82539">
      <w:r>
        <w:t>Elijah said nothing. The breeze tugged lightly at his coat hem.</w:t>
      </w:r>
    </w:p>
    <w:p w14:paraId="7A19EE36" w14:textId="77777777" w:rsidR="00C82539" w:rsidRDefault="00C82539" w:rsidP="00C82539">
      <w:r>
        <w:t>Hoyt stepped in. “Look, we’ve got a delicate balance here in Grafton. Progress takes vision. And cooperation. Some messages—well, they can make folks nervous. Unsettled people stop investing. They hesitate to sell. Or worse, they start asking questions.”</w:t>
      </w:r>
    </w:p>
    <w:p w14:paraId="4FD4941D" w14:textId="77777777" w:rsidR="00C82539" w:rsidRDefault="00C82539" w:rsidP="00C82539">
      <w:r>
        <w:t>“We’re not asking you to lie,” Fraser added, voice smooth. “Just... temper the fire. Speak hope, not suspicion. Guide them spiritually, and let the town’s affairs be handled by the men appointed for it.”</w:t>
      </w:r>
    </w:p>
    <w:p w14:paraId="2942F82D" w14:textId="77777777" w:rsidR="00C82539" w:rsidRDefault="00C82539" w:rsidP="00C82539">
      <w:r>
        <w:lastRenderedPageBreak/>
        <w:t>He reached into his coat and produced a folded sheet of paper, holding it out like a peace offering. “This is an invitation to speak at the Founder’s Day gathering next month. All the influential men will be there. Respectable crowd. We’d seat you up front. Put the church back where it belongs—respected, admired. Funded.”</w:t>
      </w:r>
    </w:p>
    <w:p w14:paraId="09378F72" w14:textId="77777777" w:rsidR="00C82539" w:rsidRDefault="00C82539" w:rsidP="00C82539">
      <w:r>
        <w:t>Elijah didn’t take the paper. His arms remained folded across his chest.</w:t>
      </w:r>
    </w:p>
    <w:p w14:paraId="3386CBA0" w14:textId="77777777" w:rsidR="00C82539" w:rsidRDefault="00C82539" w:rsidP="00C82539">
      <w:r>
        <w:t>Hoyt leaned forward, voice low and sharper. “You’re new here, Reverend. Preach the wrong sermon and the wrong man hears it—you might not...”</w:t>
      </w:r>
    </w:p>
    <w:p w14:paraId="553E9057" w14:textId="77777777" w:rsidR="00C82539" w:rsidRDefault="00C82539" w:rsidP="00C82539">
      <w:r>
        <w:t>Fraser shot him a quick look, then turned back to Elijah with forced calm. “We’re offering you a chance to be part of building something lasting.”</w:t>
      </w:r>
    </w:p>
    <w:p w14:paraId="5C3443ED" w14:textId="77777777" w:rsidR="00C82539" w:rsidRDefault="00C82539" w:rsidP="00C82539">
      <w:r>
        <w:t>Elijah looked between the two men, then toward the hills beyond town. “I’m not here to build monuments. I’m here to lift up Christ.”</w:t>
      </w:r>
    </w:p>
    <w:p w14:paraId="5C1ED1A2" w14:textId="77777777" w:rsidR="00C82539" w:rsidRDefault="00C82539" w:rsidP="00C82539">
      <w:r>
        <w:t>He glanced at the folded paper again but didn’t reach for it.</w:t>
      </w:r>
    </w:p>
    <w:p w14:paraId="255D1B54" w14:textId="77777777" w:rsidR="00C82539" w:rsidRDefault="00C82539" w:rsidP="00C82539">
      <w:r>
        <w:t>“You said ‘new creatures.’ That includes the men sitting in the front pew as much as the ones in the back. But a man can’t be made new unless he’s first brought low. You gentlemen don’t want a sermon—you want a sedative.”</w:t>
      </w:r>
    </w:p>
    <w:p w14:paraId="7FEE396F" w14:textId="77777777" w:rsidR="00C82539" w:rsidRDefault="00C82539" w:rsidP="00C82539">
      <w:r>
        <w:t>Hoyt stiffened. “You’re making a mistake.”</w:t>
      </w:r>
    </w:p>
    <w:p w14:paraId="711E41F2" w14:textId="77777777" w:rsidR="00C82539" w:rsidRDefault="00C82539" w:rsidP="00C82539">
      <w:r>
        <w:t>“Could be,” Elijah said softly. “But I’ll let the Lord sort that out.”</w:t>
      </w:r>
    </w:p>
    <w:p w14:paraId="30D4CD09" w14:textId="77777777" w:rsidR="00C82539" w:rsidRDefault="00C82539" w:rsidP="00C82539">
      <w:r>
        <w:t>He turned and walked back toward the chapel doors, leaving the mayor and councilman standing in silence.</w:t>
      </w:r>
    </w:p>
    <w:p w14:paraId="6ECAB04D" w14:textId="77777777" w:rsidR="00C82539" w:rsidRDefault="00C82539" w:rsidP="00C82539">
      <w:r>
        <w:t>Fraser didn’t smile again.</w:t>
      </w:r>
    </w:p>
    <w:p w14:paraId="70DA7899" w14:textId="77777777" w:rsidR="00C82539" w:rsidRDefault="00C82539" w:rsidP="00C82539">
      <w:r>
        <w:t>Jonas watched the two men depart—Fraser cool and composed, Hoyt glancing over his shoulder like he expected someone to be watching. They disappeared down the dusty road toward the courthouse.</w:t>
      </w:r>
    </w:p>
    <w:p w14:paraId="085184E4" w14:textId="77777777" w:rsidR="00C82539" w:rsidRDefault="00C82539" w:rsidP="00C82539">
      <w:r>
        <w:t>Elijah stood for a long moment beside the chapel wall, unmoving, face lifted slightly to the sky. He didn’t look shaken. Just resolved.</w:t>
      </w:r>
    </w:p>
    <w:p w14:paraId="3A63C352" w14:textId="77777777" w:rsidR="00C82539" w:rsidRDefault="00C82539" w:rsidP="00C82539">
      <w:r>
        <w:t>Jonas adjusted the rifle in his lap but didn’t move otherwise. He hadn’t heard the words. But he’d seen the posture. The tension in shoulders. The drawn line in the sand.</w:t>
      </w:r>
    </w:p>
    <w:p w14:paraId="2048E5E0" w14:textId="77777777" w:rsidR="00C82539" w:rsidRDefault="00C82539" w:rsidP="00C82539">
      <w:r>
        <w:t>He didn’t need to know the details.</w:t>
      </w:r>
    </w:p>
    <w:p w14:paraId="27A787FC" w14:textId="77777777" w:rsidR="00C82539" w:rsidRDefault="00C82539" w:rsidP="00C82539">
      <w:r>
        <w:t>The chapel had gone quiet again, sunlight spilling through the open doors, dust hanging like smoke in the air.</w:t>
      </w:r>
    </w:p>
    <w:p w14:paraId="61189E92" w14:textId="77777777" w:rsidR="00C82539" w:rsidRDefault="00C82539" w:rsidP="00C82539">
      <w:r>
        <w:t>Jonas walked to the front of the church. Elijah stood in the doorway, staring out across the town—its crooked streets, shuttered windows, and sunbaked rooftops.</w:t>
      </w:r>
    </w:p>
    <w:p w14:paraId="08882095" w14:textId="77777777" w:rsidR="00C82539" w:rsidRDefault="00C82539" w:rsidP="00C82539">
      <w:r>
        <w:lastRenderedPageBreak/>
        <w:t>“Seemed like quite a talk,” Jonas said quietly, coming to stand beside him.</w:t>
      </w:r>
    </w:p>
    <w:p w14:paraId="6956A9ED" w14:textId="77777777" w:rsidR="00C82539" w:rsidRDefault="00C82539" w:rsidP="00C82539">
      <w:r>
        <w:t>Elijah didn’t look at him. Just nodded once.</w:t>
      </w:r>
    </w:p>
    <w:p w14:paraId="3CC1D2F9" w14:textId="77777777" w:rsidR="00C82539" w:rsidRDefault="00C82539" w:rsidP="00C82539">
      <w:r>
        <w:t>“They offered me a seat at the table,” he said. “If I’d agree to keep the truth off it.”</w:t>
      </w:r>
    </w:p>
    <w:p w14:paraId="72C7672E" w14:textId="77777777" w:rsidR="00C82539" w:rsidRDefault="00C82539" w:rsidP="00C82539">
      <w:r>
        <w:t>Jonas didn’t speak. He didn’t need to.</w:t>
      </w:r>
    </w:p>
    <w:p w14:paraId="66CE4FE9" w14:textId="77777777" w:rsidR="00C82539" w:rsidRDefault="00C82539" w:rsidP="00C82539">
      <w:r>
        <w:t>Elijah’s jaw set, eyes narrowing slightly as they traced the horizon.</w:t>
      </w:r>
    </w:p>
    <w:p w14:paraId="13DC95C2" w14:textId="77777777" w:rsidR="00C82539" w:rsidRDefault="00C82539" w:rsidP="00C82539">
      <w:r>
        <w:t>“But I ain’t called to serve men,” he said. “I’m called to preach Christ—crucified, risen, and coming again.”</w:t>
      </w:r>
    </w:p>
    <w:p w14:paraId="1069ED79" w14:textId="77777777" w:rsidR="00C82539" w:rsidRDefault="00C82539" w:rsidP="00C82539">
      <w:r>
        <w:t>He stepped down off the threshold, boots crunching gravel.</w:t>
      </w:r>
    </w:p>
    <w:p w14:paraId="4AC80510" w14:textId="77777777" w:rsidR="00C82539" w:rsidRDefault="00C82539" w:rsidP="00C82539">
      <w:r>
        <w:t>“Let the town do what it will,” he said. “I’ll do what I must.”</w:t>
      </w:r>
    </w:p>
    <w:p w14:paraId="767702F0" w14:textId="77777777" w:rsidR="00C82539" w:rsidRDefault="00C82539" w:rsidP="00C82539">
      <w:r>
        <w:t>Jonas watched him for a moment, then followed.</w:t>
      </w:r>
    </w:p>
    <w:p w14:paraId="4EB8A002" w14:textId="77777777" w:rsidR="00C82539" w:rsidRDefault="00C82539" w:rsidP="00C82539">
      <w:r>
        <w:t>The line had been drawn.</w:t>
      </w:r>
    </w:p>
    <w:p w14:paraId="1BDF3915" w14:textId="77777777" w:rsidR="00C82539" w:rsidRDefault="00C82539" w:rsidP="00C82539">
      <w:r>
        <w:t>***</w:t>
      </w:r>
    </w:p>
    <w:p w14:paraId="5D9D91A0" w14:textId="77777777" w:rsidR="00C82539" w:rsidRDefault="00C82539" w:rsidP="00C82539">
      <w:r>
        <w:t>The road out of Grafton was dusty and rutted, stretching west toward the river bends and hilltop pastureland. It was quiet country—good country. But Jonas felt a sour weight in his gut the farther they rode.</w:t>
      </w:r>
    </w:p>
    <w:p w14:paraId="00E88D68" w14:textId="77777777" w:rsidR="00C82539" w:rsidRDefault="00C82539" w:rsidP="00C82539">
      <w:r>
        <w:t>Butler wasn’t just shaping the town. He was reaching out like a bramble vine, wrapping himself around everything rooted deep and good.</w:t>
      </w:r>
    </w:p>
    <w:p w14:paraId="74857FEE" w14:textId="77777777" w:rsidR="00C82539" w:rsidRDefault="00C82539" w:rsidP="00C82539">
      <w:r>
        <w:t>They made their first stop at a squat, weathered home tucked beneath a line of oaks. The land was rocky, but the pastures behind it sloped gently toward the river. That land had belonged to Emmett Thayer, who’d died the year before. His widow, Mae Thayer, had lived there since before Texas was a state.</w:t>
      </w:r>
    </w:p>
    <w:p w14:paraId="4089D3A9" w14:textId="77777777" w:rsidR="00C82539" w:rsidRDefault="00C82539" w:rsidP="00C82539">
      <w:r>
        <w:t>She met them on the porch, gray-haired and hollow-eyed, her hands tight on a worn Bible. Her face softened when Elijah introduced them. "We came to pray with you, ma’am," he said gently. "And to listen, if there’s anything you’d want to say."</w:t>
      </w:r>
    </w:p>
    <w:p w14:paraId="0289C5B4" w14:textId="77777777" w:rsidR="00C82539" w:rsidRDefault="00C82539" w:rsidP="00C82539">
      <w:r>
        <w:t>She hesitated, then nodded them inside.</w:t>
      </w:r>
    </w:p>
    <w:p w14:paraId="7A722C8E" w14:textId="77777777" w:rsidR="00C82539" w:rsidRDefault="00C82539" w:rsidP="00C82539">
      <w:r>
        <w:t>Over black coffee and silence broken only by the ticking of an old wall clock, she spoke of how, three weeks after her husband’s burial, men from the land office came with new papers claiming her homestead had been sold. Said it was a mistake, a clerical mix-up. Claimed her deed was invalid. She showed them the original—still had her husband’s signature. But they said it didn’t match the ledger.</w:t>
      </w:r>
    </w:p>
    <w:p w14:paraId="09243D33" w14:textId="77777777" w:rsidR="00C82539" w:rsidRDefault="00C82539" w:rsidP="00C82539">
      <w:r>
        <w:t>Elijah asked where she’d gone since. “Nowhere,” she said. “They ain’t taken it. Not yet. But they will.”</w:t>
      </w:r>
    </w:p>
    <w:p w14:paraId="4E4C9070" w14:textId="77777777" w:rsidR="00C82539" w:rsidRDefault="00C82539" w:rsidP="00C82539">
      <w:r>
        <w:lastRenderedPageBreak/>
        <w:t>She smiled faintly. “When they come, they’ll come with law behind them. That’s how they do it now.”</w:t>
      </w:r>
    </w:p>
    <w:p w14:paraId="6A4DFA64" w14:textId="77777777" w:rsidR="00C82539" w:rsidRDefault="00C82539" w:rsidP="00C82539">
      <w:r>
        <w:t>Elijah prayed with her. Jonas stood just outside, scanning the treeline. Watching. Seething.</w:t>
      </w:r>
    </w:p>
    <w:p w14:paraId="4C8BC923" w14:textId="77777777" w:rsidR="00C82539" w:rsidRDefault="00C82539" w:rsidP="00C82539">
      <w:r>
        <w:t>Their second visit took them another three miles north, where a modest ranch sat in the curve of a low creekbed. The shop owner, Dario Esquivel, wasn’t there, but his wife met them at the gate, holding a rifle. Jonas lifted a hand in peace. She didn’t lower the weapon.</w:t>
      </w:r>
    </w:p>
    <w:p w14:paraId="29B01264" w14:textId="77777777" w:rsidR="00C82539" w:rsidRDefault="00C82539" w:rsidP="00C82539">
      <w:r>
        <w:t>Only after Elijah spoke in soft Spanish and explained who they were did she nod and let them through. Inside, they met Dario—his shoulder recently dislocated, his hands shaking. He told them how men had come offering to buy his land—land his grandfather had settled after fleeing Santa Anna’s war. When Dario refused, they called him ungrateful. A week later, someone shot through his storehouse window and torched his hay barn.</w:t>
      </w:r>
    </w:p>
    <w:p w14:paraId="62BE5587" w14:textId="77777777" w:rsidR="00C82539" w:rsidRDefault="00C82539" w:rsidP="00C82539">
      <w:r>
        <w:t>“We never named them,” he said flatly. “We didn’t have to. They left a note. Said next time, we’d be out with nothing.”</w:t>
      </w:r>
    </w:p>
    <w:p w14:paraId="3AE3F5A8" w14:textId="77777777" w:rsidR="00C82539" w:rsidRDefault="00C82539" w:rsidP="00C82539">
      <w:r>
        <w:t>Jonas didn’t speak. Elijah closed his eyes and prayed in Spanish, quoting from Psalm Thirty-Seven. “Fret not thyself because of evildoers…”</w:t>
      </w:r>
    </w:p>
    <w:p w14:paraId="56541129" w14:textId="77777777" w:rsidR="00C82539" w:rsidRDefault="00C82539" w:rsidP="00C82539">
      <w:r>
        <w:t>Their final visit was to a bunkhouse at the edge of a long dirt track where cattle grazed thin over sun-baked land. Hank Wilkerson sat on a stump, both eyes bruised and his lip split clean. His breath rattled when he spoke.</w:t>
      </w:r>
    </w:p>
    <w:p w14:paraId="722337A5" w14:textId="77777777" w:rsidR="00C82539" w:rsidRDefault="00C82539" w:rsidP="00C82539">
      <w:r>
        <w:t>“I told the boss man I wouldn’t be part of selling the land,” he said. “Told him it weren’t right. That this place was bought with sweat, not silver.”</w:t>
      </w:r>
    </w:p>
    <w:p w14:paraId="4C1AA868" w14:textId="77777777" w:rsidR="00C82539" w:rsidRDefault="00C82539" w:rsidP="00C82539">
      <w:r>
        <w:t>A day later, they came in the night—two men. One of them wore a deputy’s badge. Jonas tensed.</w:t>
      </w:r>
    </w:p>
    <w:p w14:paraId="35BB742D" w14:textId="77777777" w:rsidR="00C82539" w:rsidRDefault="00C82539" w:rsidP="00C82539">
      <w:r>
        <w:t>“They told me to shut up or I’d lose more than my job,” Hank said. “Then they beat me so bad I couldn’t get up. Fired me, of course. Said I was a drunk and violent.”</w:t>
      </w:r>
    </w:p>
    <w:p w14:paraId="7364A661" w14:textId="77777777" w:rsidR="00C82539" w:rsidRDefault="00C82539" w:rsidP="00C82539">
      <w:r>
        <w:t>Elijah offered to help him leave town, or at least find safety with another rancher. Hank just shook his head.</w:t>
      </w:r>
    </w:p>
    <w:p w14:paraId="774FD4BD" w14:textId="77777777" w:rsidR="00C82539" w:rsidRDefault="00C82539" w:rsidP="00C82539">
      <w:r>
        <w:t>“They’ll find me if I run. All I can do now is warn others.”</w:t>
      </w:r>
    </w:p>
    <w:p w14:paraId="4CA16074" w14:textId="77777777" w:rsidR="00C82539" w:rsidRDefault="00C82539" w:rsidP="00C82539">
      <w:r>
        <w:t>Elijah laid a hand on his shoulder and prayed. Jonas stared into the fading sun, jaw tight, a storm brewing in his chest. These weren't nameless victims. These were neighbors. God-fearing folk. And Butler’s hand was reaching farther than he’d imagined.</w:t>
      </w:r>
    </w:p>
    <w:p w14:paraId="65FE1D7A" w14:textId="77777777" w:rsidR="00C82539" w:rsidRDefault="00C82539" w:rsidP="00C82539">
      <w:r>
        <w:t>That night, Elijah wrote in his journal by lantern light. Jonas caught a glimpse of the words before he closed it:</w:t>
      </w:r>
    </w:p>
    <w:p w14:paraId="60BDBB44" w14:textId="77777777" w:rsidR="00C82539" w:rsidRDefault="00C82539" w:rsidP="00C82539">
      <w:r>
        <w:t>O Lord, the land mourneth. Let us not be silent where truth should be spoken, nor still when justice is crushed beneath the hooves of the proud.</w:t>
      </w:r>
    </w:p>
    <w:p w14:paraId="69C619C2" w14:textId="77777777" w:rsidR="00C82539" w:rsidRDefault="00C82539" w:rsidP="00C82539">
      <w:r>
        <w:lastRenderedPageBreak/>
        <w:t>Jonas said nothing.</w:t>
      </w:r>
    </w:p>
    <w:p w14:paraId="6FD7238E" w14:textId="77777777" w:rsidR="00C82539" w:rsidRDefault="00C82539" w:rsidP="00C82539">
      <w:r>
        <w:t>But he cleaned his revolver before he slept.</w:t>
      </w:r>
    </w:p>
    <w:p w14:paraId="2B7BF6FF" w14:textId="77777777" w:rsidR="00C82539" w:rsidRDefault="00C82539" w:rsidP="00C82539">
      <w:r>
        <w:t>The summer days rolled on like a wagon with a cracked wheel—slow, uneven, and heavy with the weight of what lay ahead.</w:t>
      </w:r>
    </w:p>
    <w:p w14:paraId="4DBF6A94" w14:textId="77777777" w:rsidR="00C82539" w:rsidRDefault="00C82539" w:rsidP="00C82539">
      <w:r>
        <w:t>Jonas and Elijah kept riding, kept praying, kept listening. They didn’t preach fire from the church steps, didn’t stir a mob or write to the Provost. Not yet. They waited. They watched.</w:t>
      </w:r>
    </w:p>
    <w:p w14:paraId="436896B8" w14:textId="77777777" w:rsidR="00C82539" w:rsidRDefault="00C82539" w:rsidP="00C82539">
      <w:r>
        <w:t>In those weeks, the people of Grafton learned that the two preachers weren’t going away.</w:t>
      </w:r>
    </w:p>
    <w:p w14:paraId="1E6ADA5A" w14:textId="77777777" w:rsidR="00C82539" w:rsidRDefault="00C82539" w:rsidP="00C82539">
      <w:r>
        <w:t>Elijah helped mend fences and shared quiet Scriptures with the weary. Jonas worked with a few ranchers north of town, offering a strong back and a sharp eye. Wherever they went, folks whispered. Some looked on with cautious hope. Others with resentment. Butler’s men watched too, always from a distance. Never far.</w:t>
      </w:r>
    </w:p>
    <w:p w14:paraId="04476971" w14:textId="77777777" w:rsidR="00C82539" w:rsidRDefault="00C82539" w:rsidP="00C82539">
      <w:r>
        <w:t>The pews didn’t fill, but they didn’t empty either. Sister June kept baking. Carol brought fresh-cut flowers every Sunday, even when the church stood near-empty. And still, Elijah preached. Gentle but unyielding. Truth wrapped in grace. Week by week, word by word, he pressed in.</w:t>
      </w:r>
    </w:p>
    <w:p w14:paraId="42A4D71D" w14:textId="77777777" w:rsidR="00C82539" w:rsidRDefault="00C82539" w:rsidP="00C82539">
      <w:r>
        <w:t>Then came the Sunday that changed everything.</w:t>
      </w:r>
    </w:p>
    <w:p w14:paraId="4E8C7831" w14:textId="48DD3CD1" w:rsidR="00C82539" w:rsidRDefault="00C82539">
      <w:pPr>
        <w:spacing w:after="160" w:line="278" w:lineRule="auto"/>
      </w:pPr>
      <w:r>
        <w:br w:type="page"/>
      </w:r>
    </w:p>
    <w:p w14:paraId="24B6BFD0" w14:textId="77777777" w:rsidR="00EA6D62" w:rsidRDefault="00EA6D62" w:rsidP="00EA6D62">
      <w:r>
        <w:lastRenderedPageBreak/>
        <w:t>Chapter Sixteen</w:t>
      </w:r>
    </w:p>
    <w:p w14:paraId="11E95E37" w14:textId="77777777" w:rsidR="00EA6D62" w:rsidRDefault="00EA6D62" w:rsidP="00EA6D62">
      <w:r>
        <w:t>The Funeral</w:t>
      </w:r>
    </w:p>
    <w:p w14:paraId="40D01AAE" w14:textId="77777777" w:rsidR="00EA6D62" w:rsidRDefault="00EA6D62" w:rsidP="00EA6D62">
      <w:r>
        <w:t>The sun broke clean over Grafton, casting long shadows across the churchyard. The building stood like a sentinel of better days—its white clapboard siding catching the light, its bell silent but waiting. Folks filed in slow, quiet. The faithful few. Sister June in her bonnet, Carol and her son at her side. Ezra Galloway with a limp in his gait, eyes worn but steady. A couple ranch wives, a farm boy looking sideways at the door every few minutes. Maybe a dozen souls total.</w:t>
      </w:r>
    </w:p>
    <w:p w14:paraId="0A9C4F9E" w14:textId="77777777" w:rsidR="00EA6D62" w:rsidRDefault="00EA6D62" w:rsidP="00EA6D62">
      <w:r>
        <w:t>Jonas sat near the back, his hat in his lap, eyes moving. Not out of fear, just habit. Watching hands, movements, doorways. He’d felt it all week—the stillness before a storm. The kind of silence that made a man’s knuckles tighten around the grip of his revolver without realizing it.</w:t>
      </w:r>
    </w:p>
    <w:p w14:paraId="29A7220A" w14:textId="77777777" w:rsidR="00EA6D62" w:rsidRDefault="00EA6D62" w:rsidP="00EA6D62">
      <w:r>
        <w:t>Elijah stood at the pulpit with his worn Bible open, voice even and clear.</w:t>
      </w:r>
    </w:p>
    <w:p w14:paraId="0BD1919C" w14:textId="77777777" w:rsidR="00EA6D62" w:rsidRDefault="00EA6D62" w:rsidP="00EA6D62">
      <w:r>
        <w:t>“Fret not thyself because of evildoers, neither be thou envious against the workers of iniquity… Trust in the Lord, and do good; so shalt thou dwell in the land, and verily thou shalt be fed.”</w:t>
      </w:r>
    </w:p>
    <w:p w14:paraId="01CBB517" w14:textId="77777777" w:rsidR="00EA6D62" w:rsidRDefault="00EA6D62" w:rsidP="00EA6D62">
      <w:r>
        <w:t>He spoke of righteousness. Of standing firm. Not lashing out in hate, but anchoring deep in truth when the world tried to drag you under. It wasn’t pointed—but it didn’t need to be. Folks knew.</w:t>
      </w:r>
    </w:p>
    <w:p w14:paraId="7EEED54B" w14:textId="77777777" w:rsidR="00EA6D62" w:rsidRDefault="00EA6D62" w:rsidP="00EA6D62">
      <w:r>
        <w:t>And then it happened.</w:t>
      </w:r>
    </w:p>
    <w:p w14:paraId="2B79A951" w14:textId="77777777" w:rsidR="00EA6D62" w:rsidRDefault="00EA6D62" w:rsidP="00EA6D62">
      <w:r>
        <w:t>The window behind the pulpit shattered—followed by the crack of a rifle. Elijah ducked mid-sentence, instinct pulling him down. Jonas was already moving, hand on his Colt, tackling Sister June and Carol to the ground. Another shot tore through the side wall, spitting splinters.</w:t>
      </w:r>
    </w:p>
    <w:p w14:paraId="756157C6" w14:textId="77777777" w:rsidR="00EA6D62" w:rsidRDefault="00EA6D62" w:rsidP="00EA6D62">
      <w:r>
        <w:t>“Get down!” Jonas barked.</w:t>
      </w:r>
    </w:p>
    <w:p w14:paraId="32712E7B" w14:textId="77777777" w:rsidR="00EA6D62" w:rsidRDefault="00EA6D62" w:rsidP="00EA6D62">
      <w:r>
        <w:t>Panic erupted. People screamed. A third shot rang out and punched a hole in the pew near the front. Jonas sprang to the back door and yanked it open.</w:t>
      </w:r>
    </w:p>
    <w:p w14:paraId="3B10FFB9" w14:textId="77777777" w:rsidR="00EA6D62" w:rsidRDefault="00EA6D62" w:rsidP="00EA6D62">
      <w:r>
        <w:t>Dust kicked up down the street—two riders, heading fast toward the ridge.</w:t>
      </w:r>
    </w:p>
    <w:p w14:paraId="162F2A49" w14:textId="77777777" w:rsidR="00EA6D62" w:rsidRDefault="00EA6D62" w:rsidP="00EA6D62">
      <w:r>
        <w:t>Jonas stepped out, drew, and fired once—twice. One rider flinched in the saddle but didn’t fall. They vanished into the trees.</w:t>
      </w:r>
    </w:p>
    <w:p w14:paraId="2A75F056" w14:textId="77777777" w:rsidR="00EA6D62" w:rsidRDefault="00EA6D62" w:rsidP="00EA6D62">
      <w:r>
        <w:t>He holstered slow, breathing harder than he should have been. He turned back to the church.</w:t>
      </w:r>
    </w:p>
    <w:p w14:paraId="0991E777" w14:textId="77777777" w:rsidR="00EA6D62" w:rsidRDefault="00EA6D62" w:rsidP="00EA6D62">
      <w:r>
        <w:t>Elijah stood now, brushing glass from his coat. His face was pale, but his hands were steady.</w:t>
      </w:r>
    </w:p>
    <w:p w14:paraId="3D697A00" w14:textId="77777777" w:rsidR="00EA6D62" w:rsidRDefault="00EA6D62" w:rsidP="00EA6D62">
      <w:r>
        <w:t>Inside, Sister June clutched Carol and her son like a mother hen. No one was hit. Not this time.</w:t>
      </w:r>
    </w:p>
    <w:p w14:paraId="127A2D91" w14:textId="77777777" w:rsidR="00EA6D62" w:rsidRDefault="00EA6D62" w:rsidP="00EA6D62">
      <w:r>
        <w:t>Jonas stepped in, closed the door behind him.</w:t>
      </w:r>
    </w:p>
    <w:p w14:paraId="7432C5CD" w14:textId="77777777" w:rsidR="00EA6D62" w:rsidRDefault="00EA6D62" w:rsidP="00EA6D62">
      <w:r>
        <w:t>“Anyone hurt?” he asked, voice low.</w:t>
      </w:r>
    </w:p>
    <w:p w14:paraId="5ADB372B" w14:textId="77777777" w:rsidR="00EA6D62" w:rsidRDefault="00EA6D62" w:rsidP="00EA6D62">
      <w:r>
        <w:lastRenderedPageBreak/>
        <w:t>A few shaken heads. Elijah met his eyes.</w:t>
      </w:r>
    </w:p>
    <w:p w14:paraId="26E04377" w14:textId="77777777" w:rsidR="00EA6D62" w:rsidRDefault="00EA6D62" w:rsidP="00EA6D62">
      <w:r>
        <w:t>“Nothing but the devil’s warning shot,” he said.</w:t>
      </w:r>
    </w:p>
    <w:p w14:paraId="0488F3B7" w14:textId="77777777" w:rsidR="00EA6D62" w:rsidRDefault="00EA6D62" w:rsidP="00EA6D62">
      <w:r>
        <w:t>Jonas didn’t answer, just stared at the splintered wood near the pulpit, jaw tight. He’d seen warning shots before. This wasn’t that.</w:t>
      </w:r>
    </w:p>
    <w:p w14:paraId="14FA71E6" w14:textId="77777777" w:rsidR="00EA6D62" w:rsidRDefault="00EA6D62" w:rsidP="00EA6D62">
      <w:r>
        <w:t>The front door creaked open. Sheriff Munson strolled in like he’d heard about a broken fence and not a shooting. Dust on his boots, coat unbuttoned, thumbs tucked into his belt.</w:t>
      </w:r>
    </w:p>
    <w:p w14:paraId="66F043CB" w14:textId="77777777" w:rsidR="00EA6D62" w:rsidRDefault="00EA6D62" w:rsidP="00EA6D62">
      <w:r>
        <w:t>“Well now,” he said, eyes skimming the shattered window and the shaken congregation. “Heard the church service got a little rowdy.”</w:t>
      </w:r>
    </w:p>
    <w:p w14:paraId="2A65A847" w14:textId="77777777" w:rsidR="00EA6D62" w:rsidRDefault="00EA6D62" w:rsidP="00EA6D62">
      <w:r>
        <w:t>Elijah stepped forward, voice calm but steady. “Someone fired into the church. Three rounds. We could’ve had bodies on the floor.”</w:t>
      </w:r>
    </w:p>
    <w:p w14:paraId="18F563FE" w14:textId="77777777" w:rsidR="00EA6D62" w:rsidRDefault="00EA6D62" w:rsidP="00EA6D62">
      <w:r>
        <w:t>“Mm.” Munson looked over the damage without much interest. “Anybody dead?”</w:t>
      </w:r>
    </w:p>
    <w:p w14:paraId="1909C398" w14:textId="77777777" w:rsidR="00EA6D62" w:rsidRDefault="00EA6D62" w:rsidP="00EA6D62">
      <w:r>
        <w:t>“No,” Elijah said, jaw tightening.</w:t>
      </w:r>
    </w:p>
    <w:p w14:paraId="26A15A2A" w14:textId="77777777" w:rsidR="00EA6D62" w:rsidRDefault="00EA6D62" w:rsidP="00EA6D62">
      <w:r>
        <w:t>“Well, that’s good news, I suppose.” The sheriff’s tone was lazy, like he had somewhere else he’d rather be. He nodded toward Jonas. “Saw you out there firing off shots. Hit anybody?”</w:t>
      </w:r>
    </w:p>
    <w:p w14:paraId="170CBCBA" w14:textId="77777777" w:rsidR="00EA6D62" w:rsidRDefault="00EA6D62" w:rsidP="00EA6D62">
      <w:r>
        <w:t>Jonas didn’t blink. “Maybe.”</w:t>
      </w:r>
    </w:p>
    <w:p w14:paraId="5EB0D946" w14:textId="77777777" w:rsidR="00EA6D62" w:rsidRDefault="00EA6D62" w:rsidP="00EA6D62">
      <w:r>
        <w:t>“Guess it’s a good thing no one’s got a name to go with the horses that ran off,” Munson drawled. “Could be drifters. Could be you just scared off some coyotes with loud ideas.”</w:t>
      </w:r>
    </w:p>
    <w:p w14:paraId="418C4AFD" w14:textId="77777777" w:rsidR="00EA6D62" w:rsidRDefault="00EA6D62" w:rsidP="00EA6D62">
      <w:r>
        <w:t>Jonas stepped closer. “You think coyotes shoot at pastors from a tree line?”</w:t>
      </w:r>
    </w:p>
    <w:p w14:paraId="3E25AFB7" w14:textId="77777777" w:rsidR="00EA6D62" w:rsidRDefault="00EA6D62" w:rsidP="00EA6D62">
      <w:r>
        <w:t>Munson met his stare with a faint grin that didn’t touch his eyes. “I think sometimes people bring trouble with ‘em, even if they carry a Bible instead of a gun on their belt.”</w:t>
      </w:r>
    </w:p>
    <w:p w14:paraId="46D2D739" w14:textId="77777777" w:rsidR="00EA6D62" w:rsidRDefault="00EA6D62" w:rsidP="00EA6D62">
      <w:r>
        <w:t>He turned to go. “Y’all take care now. Keep your heads down. Don’t rile nobody.”</w:t>
      </w:r>
    </w:p>
    <w:p w14:paraId="21977416" w14:textId="77777777" w:rsidR="00EA6D62" w:rsidRDefault="00EA6D62" w:rsidP="00EA6D62">
      <w:r>
        <w:t>Then he was gone. Just like that.</w:t>
      </w:r>
    </w:p>
    <w:p w14:paraId="4A4D2351" w14:textId="77777777" w:rsidR="00EA6D62" w:rsidRDefault="00EA6D62" w:rsidP="00EA6D62">
      <w:r>
        <w:t>The room stayed quiet for a long minute after. Elijah exhaled slowly, then turned back to the pulpit, looking down at the open Bible. He didn’t speak.</w:t>
      </w:r>
    </w:p>
    <w:p w14:paraId="0C50C487" w14:textId="77777777" w:rsidR="00EA6D62" w:rsidRDefault="00EA6D62" w:rsidP="00EA6D62">
      <w:r>
        <w:t>Jonas’s fists stayed clenched at his sides.</w:t>
      </w:r>
    </w:p>
    <w:p w14:paraId="11902A50" w14:textId="77777777" w:rsidR="00EA6D62" w:rsidRDefault="00EA6D62" w:rsidP="00EA6D62">
      <w:r>
        <w:t>The sheriff’s message had been clear enough: they were on their own.</w:t>
      </w:r>
    </w:p>
    <w:p w14:paraId="62B40C89" w14:textId="77777777" w:rsidR="00EA6D62" w:rsidRDefault="00EA6D62" w:rsidP="00EA6D62">
      <w:r>
        <w:t>***</w:t>
      </w:r>
    </w:p>
    <w:p w14:paraId="3051DCEE" w14:textId="77777777" w:rsidR="00EA6D62" w:rsidRDefault="00EA6D62" w:rsidP="00EA6D62">
      <w:r>
        <w:lastRenderedPageBreak/>
        <w:t>The Schneider ranch lay quiet under the midmorning sun, fields stretching green and wide along the Colorado River. Jonas and Elijah rode in at a steady pace, eyes scanning the property. A few ranch hands were out tending cattle, but the atmosphere felt heavy, like a storm gathering on the horizon.</w:t>
      </w:r>
    </w:p>
    <w:p w14:paraId="4F956549" w14:textId="77777777" w:rsidR="00EA6D62" w:rsidRDefault="00EA6D62" w:rsidP="00EA6D62">
      <w:r>
        <w:t>Katarina Schneider opened the front door before they could dismount. Her face was pale, jaw tight. “You should come inside.”</w:t>
      </w:r>
    </w:p>
    <w:p w14:paraId="315B7EA8" w14:textId="77777777" w:rsidR="00EA6D62" w:rsidRDefault="00EA6D62" w:rsidP="00EA6D62">
      <w:r>
        <w:t>Inside, Johann Schneider stood by the hearth, arms crossed, the lines in his weathered face drawn deeper than usual. Sitting across from him in a polished chair, legs crossed and hat resting on his knee, was John Butler.</w:t>
      </w:r>
    </w:p>
    <w:p w14:paraId="1E16C468" w14:textId="77777777" w:rsidR="00EA6D62" w:rsidRDefault="00EA6D62" w:rsidP="00EA6D62">
      <w:r>
        <w:t>“Well,” Butler said with that familiar, syrupy smoothness, standing as the two preachers entered, “if it isn’t the shepherds of our flock. I was just visiting old friends. Checking in.”</w:t>
      </w:r>
    </w:p>
    <w:p w14:paraId="6A79874C" w14:textId="77777777" w:rsidR="00EA6D62" w:rsidRDefault="00EA6D62" w:rsidP="00EA6D62">
      <w:r>
        <w:t>“Didn’t realize your concerns stretched this far out,” Jonas said flatly.</w:t>
      </w:r>
    </w:p>
    <w:p w14:paraId="53484D51" w14:textId="77777777" w:rsidR="00EA6D62" w:rsidRDefault="00EA6D62" w:rsidP="00EA6D62">
      <w:r>
        <w:t>“Of course,” Butler replied with an easy smile. “The Schneiders are a cornerstone of this region. They’ve been here... what is it now, Johann? Two decades?”</w:t>
      </w:r>
    </w:p>
    <w:p w14:paraId="17CB0D0C" w14:textId="77777777" w:rsidR="00EA6D62" w:rsidRDefault="00EA6D62" w:rsidP="00EA6D62">
      <w:r>
        <w:t>“Going on thirty years,” Johann said, voice like gravel. “Bought this land when no one wanted it. Cleared it with our own hands.”</w:t>
      </w:r>
    </w:p>
    <w:p w14:paraId="63C0390F" w14:textId="77777777" w:rsidR="00EA6D62" w:rsidRDefault="00EA6D62" w:rsidP="00EA6D62">
      <w:r>
        <w:t>Butler gave a gracious nod. “Exactly. That’s why I’m here. Progress brings... pressure. Trouble. And when people start looking to resist change, well, things can get difficult. Especially without the right allies.”</w:t>
      </w:r>
    </w:p>
    <w:p w14:paraId="6059DB06" w14:textId="77777777" w:rsidR="00EA6D62" w:rsidRDefault="00EA6D62" w:rsidP="00EA6D62">
      <w:r>
        <w:t>Katarina’s fists clenched at her sides. Elijah stepped forward.</w:t>
      </w:r>
    </w:p>
    <w:p w14:paraId="72346891" w14:textId="77777777" w:rsidR="00EA6D62" w:rsidRDefault="00EA6D62" w:rsidP="00EA6D62">
      <w:r>
        <w:t>“Sounds like you’re offering help with one hand, and threatening with the other,” he said calmly.</w:t>
      </w:r>
    </w:p>
    <w:p w14:paraId="5F9C7863" w14:textId="77777777" w:rsidR="00EA6D62" w:rsidRDefault="00EA6D62" w:rsidP="00EA6D62">
      <w:r>
        <w:t>Butler chuckled. “Only offering wisdom. Change is coming. Rails. Roads. Opportunity. I’d hate to see good people crushed under the weight of refusing to move with it.” He tipped his hat toward Katarina. “Ma’am.”</w:t>
      </w:r>
    </w:p>
    <w:p w14:paraId="10C35598" w14:textId="77777777" w:rsidR="00EA6D62" w:rsidRDefault="00EA6D62" w:rsidP="00EA6D62">
      <w:r>
        <w:t>Then, with the same smug calm, Butler turned and walked out, his boots echoing on the wood floor.</w:t>
      </w:r>
    </w:p>
    <w:p w14:paraId="30B763B7" w14:textId="77777777" w:rsidR="00EA6D62" w:rsidRDefault="00EA6D62" w:rsidP="00EA6D62">
      <w:r>
        <w:t>The silence that followed was thick.</w:t>
      </w:r>
    </w:p>
    <w:p w14:paraId="06791F80" w14:textId="77777777" w:rsidR="00EA6D62" w:rsidRDefault="00EA6D62" w:rsidP="00EA6D62">
      <w:r>
        <w:t>“That man is a snake,” Johann muttered, jaw clenched.</w:t>
      </w:r>
    </w:p>
    <w:p w14:paraId="6FBA37EE" w14:textId="77777777" w:rsidR="00EA6D62" w:rsidRDefault="00EA6D62" w:rsidP="00EA6D62">
      <w:r>
        <w:t>“How’s Tim?” Jonas asked.</w:t>
      </w:r>
    </w:p>
    <w:p w14:paraId="56009BC6" w14:textId="77777777" w:rsidR="00EA6D62" w:rsidRDefault="00EA6D62" w:rsidP="00EA6D62">
      <w:r>
        <w:t>Johann looked toward the hallway. “He’ll live. Doc says he’s lucky, but... he won’t be the same. Took a beating meant for me.”</w:t>
      </w:r>
    </w:p>
    <w:p w14:paraId="7064CD93" w14:textId="77777777" w:rsidR="00EA6D62" w:rsidRDefault="00EA6D62" w:rsidP="00EA6D62">
      <w:r>
        <w:t>Katarina nodded. “He’s sleeping now. Doesn’t talk much. Eyes look different.”</w:t>
      </w:r>
    </w:p>
    <w:p w14:paraId="662F67A7" w14:textId="77777777" w:rsidR="00EA6D62" w:rsidRDefault="00EA6D62" w:rsidP="00EA6D62">
      <w:r>
        <w:t>Elijah bowed his head. “We’ve been praying for him. And for your family.”</w:t>
      </w:r>
    </w:p>
    <w:p w14:paraId="43A85732" w14:textId="77777777" w:rsidR="00EA6D62" w:rsidRDefault="00EA6D62" w:rsidP="00EA6D62">
      <w:r>
        <w:lastRenderedPageBreak/>
        <w:t>“We appreciate that,” Johann said, softening. “We do.”</w:t>
      </w:r>
    </w:p>
    <w:p w14:paraId="2C25F7BA" w14:textId="77777777" w:rsidR="00EA6D62" w:rsidRDefault="00EA6D62" w:rsidP="00EA6D62">
      <w:r>
        <w:t>Elijah hesitated, then added, “We’ll be preaching again this Sunday. We’d love to see you both there.”</w:t>
      </w:r>
    </w:p>
    <w:p w14:paraId="479D56E3" w14:textId="77777777" w:rsidR="00EA6D62" w:rsidRDefault="00EA6D62" w:rsidP="00EA6D62">
      <w:r>
        <w:t>Katarina shook her head. “Not after what happened last time. I won’t sit in a church with bullets flying overhead.”</w:t>
      </w:r>
    </w:p>
    <w:p w14:paraId="7A1B24C4" w14:textId="77777777" w:rsidR="00EA6D62" w:rsidRDefault="00EA6D62" w:rsidP="00EA6D62">
      <w:r>
        <w:t>“I understand,” Elijah said gently. “But don’t let fear keep you from the fellowship of God’s people. That’s what evil wants.”</w:t>
      </w:r>
    </w:p>
    <w:p w14:paraId="7E5E7F64" w14:textId="77777777" w:rsidR="00EA6D62" w:rsidRDefault="00EA6D62" w:rsidP="00EA6D62">
      <w:r>
        <w:t>“I’m not afraid for me,” she said. “I’m afraid for him.”</w:t>
      </w:r>
    </w:p>
    <w:p w14:paraId="0A4A19D7" w14:textId="77777777" w:rsidR="00EA6D62" w:rsidRDefault="00EA6D62" w:rsidP="00EA6D62">
      <w:r>
        <w:t>Jonas nodded, saying nothing. He understood better than most.</w:t>
      </w:r>
    </w:p>
    <w:p w14:paraId="57CDFFFB" w14:textId="77777777" w:rsidR="00EA6D62" w:rsidRDefault="00EA6D62" w:rsidP="00EA6D62">
      <w:r>
        <w:t>Outside, the wind carried dust along the river’s edge, scattering it across the land like dry ashes.</w:t>
      </w:r>
    </w:p>
    <w:p w14:paraId="14E226D7" w14:textId="77777777" w:rsidR="00EA6D62" w:rsidRDefault="00EA6D62" w:rsidP="00EA6D62">
      <w:r>
        <w:t>***</w:t>
      </w:r>
    </w:p>
    <w:p w14:paraId="42F8B3BD" w14:textId="77777777" w:rsidR="00EA6D62" w:rsidRDefault="00EA6D62" w:rsidP="00EA6D62">
      <w:r>
        <w:t>The acrid smell hit them before they saw the smoke.</w:t>
      </w:r>
    </w:p>
    <w:p w14:paraId="5A1424E3" w14:textId="77777777" w:rsidR="00EA6D62" w:rsidRDefault="00EA6D62" w:rsidP="00EA6D62">
      <w:r>
        <w:t>Jonas reined in at the crest of a low hill, eyes narrowing. Thin columns of dark gray rose against the evening sky, twisting on a dry wind. Elijah pulled alongside, his face grim as he scanned the horizon.</w:t>
      </w:r>
    </w:p>
    <w:p w14:paraId="51D80064" w14:textId="77777777" w:rsidR="00EA6D62" w:rsidRDefault="00EA6D62" w:rsidP="00EA6D62">
      <w:r>
        <w:t>They urged their horses forward, hoofbeats thudding against hard-packed earth. As they rode closer, the ruin came into view—what had been a small ranch home now lay in smoldering ruin. Flames had chewed through the roof during the night, and now only blackened walls remained, half-standing. A chicken coop lay in splinters, the fence burned through, the smell of death hanging thick in the air.</w:t>
      </w:r>
    </w:p>
    <w:p w14:paraId="6693D3B1" w14:textId="77777777" w:rsidR="00EA6D62" w:rsidRDefault="00EA6D62" w:rsidP="00EA6D62">
      <w:r>
        <w:t>A young boy’s body, shrouded in a worn blanket, lay still near what was once the front porch. A woman knelt beside him, rocking slightly, her hand resting gently on the blanket. A man stood nearby, rifle in hand, face hollow, ash clinging to the stubble on his jaw like gray frost. A neighbor tried speaking to him, but the words seemed to slide off his shoulders like rain on stone.</w:t>
      </w:r>
    </w:p>
    <w:p w14:paraId="502D258F" w14:textId="77777777" w:rsidR="00EA6D62" w:rsidRDefault="00EA6D62" w:rsidP="00EA6D62">
      <w:r>
        <w:t>Jonas dismounted first, stepping lightly into the yard. Elijah followed.</w:t>
      </w:r>
    </w:p>
    <w:p w14:paraId="6F06CD3E" w14:textId="77777777" w:rsidR="00EA6D62" w:rsidRDefault="00EA6D62" w:rsidP="00EA6D62">
      <w:r>
        <w:t>“We’re so sorry,” Elijah said, removing his hat, his voice low. “We saw the smoke.”</w:t>
      </w:r>
    </w:p>
    <w:p w14:paraId="72FCABBF" w14:textId="77777777" w:rsidR="00EA6D62" w:rsidRDefault="00EA6D62" w:rsidP="00EA6D62">
      <w:r>
        <w:t>The woman didn’t respond—her sobs were dry now, silent, spent from the long hours of grief. The man looked up, bloodshot eyes settling on them with suspicion.</w:t>
      </w:r>
    </w:p>
    <w:p w14:paraId="6255B1B3" w14:textId="77777777" w:rsidR="00EA6D62" w:rsidRDefault="00EA6D62" w:rsidP="00EA6D62">
      <w:r>
        <w:t>“Who are you?” he asked, voice gravelly.</w:t>
      </w:r>
    </w:p>
    <w:p w14:paraId="0C8F0EDA" w14:textId="77777777" w:rsidR="00EA6D62" w:rsidRDefault="00EA6D62" w:rsidP="00EA6D62">
      <w:r>
        <w:t>“Elijah Stone. This is Jonas Walker. We’re preachers,” Elijah said gently. “Temporary, for the church in Grafton.”</w:t>
      </w:r>
    </w:p>
    <w:p w14:paraId="6739671B" w14:textId="77777777" w:rsidR="00EA6D62" w:rsidRDefault="00EA6D62" w:rsidP="00EA6D62">
      <w:r>
        <w:t>The man nodded once, barely. “Came about supper time. Two riders. Threw torches. Shot my b… boy... just twelve.”</w:t>
      </w:r>
    </w:p>
    <w:p w14:paraId="20357391" w14:textId="77777777" w:rsidR="00EA6D62" w:rsidRDefault="00EA6D62" w:rsidP="00EA6D62">
      <w:r>
        <w:lastRenderedPageBreak/>
        <w:t>Jonas stared at the wrapped form and swallowed hard.</w:t>
      </w:r>
    </w:p>
    <w:p w14:paraId="3D9F45B6" w14:textId="77777777" w:rsidR="00EA6D62" w:rsidRDefault="00EA6D62" w:rsidP="00EA6D62">
      <w:r>
        <w:t>“Did they take anything?” he asked.</w:t>
      </w:r>
    </w:p>
    <w:p w14:paraId="22422E43" w14:textId="77777777" w:rsidR="00EA6D62" w:rsidRDefault="00EA6D62" w:rsidP="00EA6D62">
      <w:r>
        <w:t>“Cows. Our wagon. My wife's horse. Left us with nothing but ash.”</w:t>
      </w:r>
    </w:p>
    <w:p w14:paraId="5FF57D54" w14:textId="77777777" w:rsidR="00EA6D62" w:rsidRDefault="00EA6D62" w:rsidP="00EA6D62">
      <w:r>
        <w:t>“I’ll help however I can,” Jonas said quietly.</w:t>
      </w:r>
    </w:p>
    <w:p w14:paraId="67D5FA2C" w14:textId="77777777" w:rsidR="00EA6D62" w:rsidRDefault="00EA6D62" w:rsidP="00EA6D62">
      <w:r>
        <w:t>“We both will,” Elijah added. “We’ll talk to the undertaker, arrange what’s needed.”</w:t>
      </w:r>
    </w:p>
    <w:p w14:paraId="16EB5117" w14:textId="77777777" w:rsidR="00EA6D62" w:rsidRDefault="00EA6D62" w:rsidP="00EA6D62">
      <w:r>
        <w:t>The man looked down at the blanket again. His grip tightened on the rifle.</w:t>
      </w:r>
    </w:p>
    <w:p w14:paraId="5C92906F" w14:textId="77777777" w:rsidR="00EA6D62" w:rsidRDefault="00EA6D62" w:rsidP="00EA6D62">
      <w:r>
        <w:t>“I’m going to find who did this,” he muttered. “Even if I die trying.”</w:t>
      </w:r>
    </w:p>
    <w:p w14:paraId="7DBBCB30" w14:textId="77777777" w:rsidR="00EA6D62" w:rsidRDefault="00EA6D62" w:rsidP="00EA6D62">
      <w:r>
        <w:t>Elijah stepped forward but said nothing. There was no comforting that kind of pain. Just standing in it, as Christ did, was all they could do.</w:t>
      </w:r>
    </w:p>
    <w:p w14:paraId="286EDA9D" w14:textId="77777777" w:rsidR="00EA6D62" w:rsidRDefault="00EA6D62" w:rsidP="00EA6D62">
      <w:r>
        <w:t>After a moment, Jonas placed a hand on the man’s shoulder.</w:t>
      </w:r>
    </w:p>
    <w:p w14:paraId="3FC57B59" w14:textId="77777777" w:rsidR="00EA6D62" w:rsidRDefault="00EA6D62" w:rsidP="00EA6D62">
      <w:r>
        <w:t>“We’ll make sure your boy is laid to rest properly.”</w:t>
      </w:r>
    </w:p>
    <w:p w14:paraId="1619D5A8" w14:textId="77777777" w:rsidR="00EA6D62" w:rsidRDefault="00EA6D62" w:rsidP="00EA6D62">
      <w:r>
        <w:t>Then they turned and left, the wind picking up behind them, scattering embers across the charred yard, passing one of the sheriff’s deputies as he was riding in.</w:t>
      </w:r>
    </w:p>
    <w:p w14:paraId="78265D14" w14:textId="77777777" w:rsidR="00EA6D62" w:rsidRDefault="00EA6D62" w:rsidP="00EA6D62"/>
    <w:p w14:paraId="72CDBA4E" w14:textId="77777777" w:rsidR="00EA6D62" w:rsidRDefault="00EA6D62" w:rsidP="00EA6D62">
      <w:r>
        <w:t>The ride back to town was quiet at first.</w:t>
      </w:r>
    </w:p>
    <w:p w14:paraId="59712DDB" w14:textId="77777777" w:rsidR="00EA6D62" w:rsidRDefault="00EA6D62" w:rsidP="00EA6D62">
      <w:r>
        <w:t>Jonas didn’t speak. His jaw clenched tighter with every mile. The boy’s lifeless body, the hollow look in the father’s eyes, the smoke curling into the blue sky—it all played on repeat in his mind. His hands gripped the reins like he was trying to choke them.</w:t>
      </w:r>
    </w:p>
    <w:p w14:paraId="65F91D92" w14:textId="77777777" w:rsidR="00EA6D62" w:rsidRDefault="00EA6D62" w:rsidP="00EA6D62">
      <w:r>
        <w:t>Elijah watched him from the corner of his eye. He knew that look. The storm building behind Jonas’s eyes wasn’t just anger. It was something darker. Familiar.</w:t>
      </w:r>
    </w:p>
    <w:p w14:paraId="20F06346" w14:textId="77777777" w:rsidR="00EA6D62" w:rsidRDefault="00EA6D62" w:rsidP="00EA6D62">
      <w:r>
        <w:t xml:space="preserve">“I should’ve seen this coming.” Jonas muttered finally. </w:t>
      </w:r>
    </w:p>
    <w:p w14:paraId="411D4A39" w14:textId="77777777" w:rsidR="00EA6D62" w:rsidRDefault="00EA6D62" w:rsidP="00EA6D62">
      <w:r>
        <w:t>Elijah didn’t answer.</w:t>
      </w:r>
    </w:p>
    <w:p w14:paraId="1BB545B9" w14:textId="77777777" w:rsidR="00EA6D62" w:rsidRDefault="00EA6D62" w:rsidP="00EA6D62">
      <w:r>
        <w:t>Jonas kicked his horse into a faster trot. “We sit and preach while they burn homes and shoot children. That father’s out there ready to throw his life away and I—” He cut himself off, swallowing a curse. “You saw the Sheriff at the church. He don’t care. None of them do.”</w:t>
      </w:r>
    </w:p>
    <w:p w14:paraId="14409BF5" w14:textId="77777777" w:rsidR="00EA6D62" w:rsidRDefault="00EA6D62" w:rsidP="00EA6D62">
      <w:r>
        <w:t>Elijah reined in gently as they reached the edge of town, gesturing toward the empty church building. “Come inside.”</w:t>
      </w:r>
    </w:p>
    <w:p w14:paraId="0DABC000" w14:textId="77777777" w:rsidR="00EA6D62" w:rsidRDefault="00EA6D62" w:rsidP="00EA6D62">
      <w:r>
        <w:lastRenderedPageBreak/>
        <w:t>Jonas hesitated, then followed, boots echoing off the wooden floorboards as they stepped into the dim interior. The morning light cut through the stained glass, painting the pews with soft colors—like the Lord’s mercy trying to bleed into a place full of pain.</w:t>
      </w:r>
    </w:p>
    <w:p w14:paraId="10F18A1B" w14:textId="77777777" w:rsidR="00EA6D62" w:rsidRDefault="00EA6D62" w:rsidP="00EA6D62">
      <w:r>
        <w:t>Jonas paced up near the front, fists still balled.</w:t>
      </w:r>
    </w:p>
    <w:p w14:paraId="1D4BF9F0" w14:textId="77777777" w:rsidR="00EA6D62" w:rsidRDefault="00EA6D62" w:rsidP="00EA6D62">
      <w:r>
        <w:t>“I can’t just do nothing, Elijah. That boy’s blood cries out for justice.”</w:t>
      </w:r>
    </w:p>
    <w:p w14:paraId="06C034A6" w14:textId="77777777" w:rsidR="00EA6D62" w:rsidRDefault="00EA6D62" w:rsidP="00EA6D62">
      <w:r>
        <w:t>Elijah stepped beside the pulpit, laying his worn Bible on the edge. “And it will have it, in God’s time.”</w:t>
      </w:r>
    </w:p>
    <w:p w14:paraId="16B06A39" w14:textId="77777777" w:rsidR="00EA6D62" w:rsidRDefault="00EA6D62" w:rsidP="00EA6D62">
      <w:r>
        <w:t>Jonas rounded on him, eyes flashing. “God’s time? Elijah, how many people have to suffer while we wait for heaven to move?”</w:t>
      </w:r>
    </w:p>
    <w:p w14:paraId="08E7BCBD" w14:textId="77777777" w:rsidR="00EA6D62" w:rsidRDefault="00EA6D62" w:rsidP="00EA6D62">
      <w:r>
        <w:t>Elijah didn’t flinch. “You think I don’t feel it too? You think I don’t wake up at night with fire in my chest wanting to strike back?”</w:t>
      </w:r>
    </w:p>
    <w:p w14:paraId="3D4062B2" w14:textId="77777777" w:rsidR="00EA6D62" w:rsidRDefault="00EA6D62" w:rsidP="00EA6D62">
      <w:r>
        <w:t>He opened his Bible, flipping without looking, already knowing the page. His voice lowered, steady. “Romans chapter twelve, verse nineteen: ‘Dearly beloved, avenge not yourselves, but rather give place unto wrath: for it is written, Vengeance is mine; I will repay, saith the Lord.’”</w:t>
      </w:r>
    </w:p>
    <w:p w14:paraId="6A171DCE" w14:textId="77777777" w:rsidR="00EA6D62" w:rsidRDefault="00EA6D62" w:rsidP="00EA6D62">
      <w:r>
        <w:t>Jonas turned away, breathing hard. His hands trembled.</w:t>
      </w:r>
    </w:p>
    <w:p w14:paraId="13DF4B32" w14:textId="77777777" w:rsidR="00EA6D62" w:rsidRDefault="00EA6D62" w:rsidP="00EA6D62">
      <w:r>
        <w:t>“You’ve know what I’ve done,” he said. “You know who I was.”</w:t>
      </w:r>
    </w:p>
    <w:p w14:paraId="78546B18" w14:textId="77777777" w:rsidR="00EA6D62" w:rsidRDefault="00EA6D62" w:rsidP="00EA6D62">
      <w:r>
        <w:t>“I do,” Elijah said. “And I see who you’re trying to be. But if you chase vengeance, Jonas, that old man will come riding back into your saddle, and he won’t stop until you’ve lost your soul.”</w:t>
      </w:r>
    </w:p>
    <w:p w14:paraId="599D5ED2" w14:textId="77777777" w:rsidR="00EA6D62" w:rsidRDefault="00EA6D62" w:rsidP="00EA6D62">
      <w:r>
        <w:t>Jonas stared up at the cross mounted behind the pulpit. For a moment, the weight of it all pressed down on him—war, loss, rage, the helplessness of doing what’s right when evil wears a badge and speaks with polite smiles.</w:t>
      </w:r>
    </w:p>
    <w:p w14:paraId="054B75BC" w14:textId="77777777" w:rsidR="00EA6D62" w:rsidRDefault="00EA6D62" w:rsidP="00EA6D62">
      <w:r>
        <w:t>“I’ll stay,” he said finally, his voice tight. “I’ll help bury that…”</w:t>
      </w:r>
    </w:p>
    <w:p w14:paraId="3AF05FCD" w14:textId="77777777" w:rsidR="00EA6D62" w:rsidRDefault="00EA6D62" w:rsidP="00EA6D62">
      <w:r>
        <w:t>He didn’t finish the sentence. He didn’t have to.</w:t>
      </w:r>
    </w:p>
    <w:p w14:paraId="3297FF49" w14:textId="77777777" w:rsidR="00EA6D62" w:rsidRDefault="00EA6D62" w:rsidP="00EA6D62">
      <w:r>
        <w:t>Elijah watched as Jonas turned and walked out into the sunlight.</w:t>
      </w:r>
    </w:p>
    <w:p w14:paraId="0C2955C2" w14:textId="77777777" w:rsidR="00EA6D62" w:rsidRDefault="00EA6D62" w:rsidP="00EA6D62">
      <w:r>
        <w:t>He didn’t stop him.</w:t>
      </w:r>
    </w:p>
    <w:p w14:paraId="28CBBCD5" w14:textId="77777777" w:rsidR="00EA6D62" w:rsidRDefault="00EA6D62" w:rsidP="00EA6D62"/>
    <w:p w14:paraId="2B180A8D" w14:textId="77777777" w:rsidR="00EA6D62" w:rsidRDefault="00EA6D62" w:rsidP="00EA6D62">
      <w:r>
        <w:t>The small hilltop behind the church had never been meant to hold grief like this. A fresh grave, the soil too red and raw to ignore, sat open beneath a weeping oak. The wind moved quietly through the grass, respectful in its passing.</w:t>
      </w:r>
    </w:p>
    <w:p w14:paraId="54598E86" w14:textId="77777777" w:rsidR="00EA6D62" w:rsidRDefault="00EA6D62" w:rsidP="00EA6D62">
      <w:r>
        <w:t>The family stood near the casket—what was left of them. The mother clutched a handkerchief so tightly it trembled in her white knuckles. The father, jaw clenched, face hollow, stared at nothing as if trying to burn the memory of his boy into the earth.</w:t>
      </w:r>
    </w:p>
    <w:p w14:paraId="0ABD9994" w14:textId="77777777" w:rsidR="00EA6D62" w:rsidRDefault="00EA6D62" w:rsidP="00EA6D62">
      <w:r>
        <w:lastRenderedPageBreak/>
        <w:t>Elijah stood at the head of the grave, Bible in hand, voice strong despite the weight behind it.</w:t>
      </w:r>
    </w:p>
    <w:p w14:paraId="26B96FA6" w14:textId="77777777" w:rsidR="00EA6D62" w:rsidRDefault="00EA6D62" w:rsidP="00EA6D62">
      <w:r>
        <w:t>“We grieve today, but not as those who have no hope,” he said, looking out over the gathered few. “The Scripture says in First Thessalonians chapter four, verse fourteen, ‘For if we believe that Jesus died and rose again, even so them also which sleep in Jesus will God bring with him.’”</w:t>
      </w:r>
    </w:p>
    <w:p w14:paraId="32FD0594" w14:textId="77777777" w:rsidR="00EA6D62" w:rsidRDefault="00EA6D62" w:rsidP="00EA6D62">
      <w:r>
        <w:t>The regulars from the church had come—Sister June, Carol, the Schneiders, a few quiet ranch families. They lined up with solemn eyes and heavy hearts, not just for the dead, but for what the town had become.</w:t>
      </w:r>
    </w:p>
    <w:p w14:paraId="2FCBC32D" w14:textId="77777777" w:rsidR="00EA6D62" w:rsidRDefault="00EA6D62" w:rsidP="00EA6D62">
      <w:r>
        <w:t>Elijah continued, his voice steady, though sorrow strained it. “This young man was taken by evil hands. But evil has not the final word. Revelation chapter twenty-one, verse four: ‘And God shall wipe away all tears from their eyes; and there shall be no more death, neither sorrow, nor crying, neither shall there be any more pain.’”</w:t>
      </w:r>
    </w:p>
    <w:p w14:paraId="370B68F8" w14:textId="77777777" w:rsidR="00EA6D62" w:rsidRDefault="00EA6D62" w:rsidP="00EA6D62">
      <w:r>
        <w:t>Jonas stood off to the side, hat in hand, his boots planted in the dust. His jaw twitched as the mother began to sob openly, falling into the arms of her husband. Jonas looked away, eyes glistening, fists curling.</w:t>
      </w:r>
    </w:p>
    <w:p w14:paraId="4BC6C0D8" w14:textId="77777777" w:rsidR="00EA6D62" w:rsidRDefault="00EA6D62" w:rsidP="00EA6D62">
      <w:r>
        <w:t>He scanned the crowd and saw them—John Butler and Mayor Fraser, dressed in dark coats, faces flat and unreadable. Pretending to mourn.</w:t>
      </w:r>
    </w:p>
    <w:p w14:paraId="22E0F4A3" w14:textId="77777777" w:rsidR="00EA6D62" w:rsidRDefault="00EA6D62" w:rsidP="00EA6D62">
      <w:r>
        <w:t>And then, farther up on the ridge, Sheriff Garrett Munson. Arms crossed. Watching. A smug, slow smile tugged at the corner of his mouth. Like he already knew no one would stop them.</w:t>
      </w:r>
    </w:p>
    <w:p w14:paraId="2B15E6B6" w14:textId="77777777" w:rsidR="00EA6D62" w:rsidRDefault="00EA6D62" w:rsidP="00EA6D62">
      <w:r>
        <w:t>Jonas’s stomach turned. He wanted to march up the hill and knock the grin off the man's face. But Elijah’s words echoed in his head—“Vengeance is mine; I will repay, saith the Lord.”</w:t>
      </w:r>
    </w:p>
    <w:p w14:paraId="02409143" w14:textId="77777777" w:rsidR="00EA6D62" w:rsidRDefault="00EA6D62" w:rsidP="00EA6D62">
      <w:r>
        <w:t>As the service ended and the people filed past the grieving family, laying hands on shoulders, whispering comfort, Jonas remained behind. He waited until the crowd had thinned, until the Schneiders had walked the mother back toward their buggy.</w:t>
      </w:r>
    </w:p>
    <w:p w14:paraId="02117336" w14:textId="77777777" w:rsidR="00EA6D62" w:rsidRDefault="00EA6D62" w:rsidP="00EA6D62">
      <w:r>
        <w:t>He took one last look at the fresh grave. Then he stepped away, mounted his horse, and turned south—toward the open land, away from the rot that had taken root in town.</w:t>
      </w:r>
    </w:p>
    <w:p w14:paraId="727D971D" w14:textId="77777777" w:rsidR="00EA6D62" w:rsidRDefault="00EA6D62" w:rsidP="00EA6D62">
      <w:r>
        <w:t>Elijah stood at the church doors, watching him ride. He didn’t call after him.</w:t>
      </w:r>
    </w:p>
    <w:p w14:paraId="571B22B9" w14:textId="77777777" w:rsidR="00EA6D62" w:rsidRDefault="00EA6D62" w:rsidP="00EA6D62">
      <w:r>
        <w:t>He just bowed his head… and prayed.</w:t>
      </w:r>
    </w:p>
    <w:p w14:paraId="470FFAD5" w14:textId="77777777" w:rsidR="00EA6D62" w:rsidRDefault="00EA6D62" w:rsidP="00EA6D62"/>
    <w:p w14:paraId="4B169F3C" w14:textId="77777777" w:rsidR="00EA6D62" w:rsidRDefault="00EA6D62" w:rsidP="00EA6D62">
      <w:r>
        <w:t>The parsonage was still.</w:t>
      </w:r>
    </w:p>
    <w:p w14:paraId="3DE7A32E" w14:textId="77777777" w:rsidR="00EA6D62" w:rsidRDefault="00EA6D62" w:rsidP="00EA6D62">
      <w:r>
        <w:t>A single oil lamp burned on the writing desk, casting long shadows across the floor and flickering gently in the breeze slipping through the cracked window. Outside, the night air was cool and restless, heavy with dust and memory.</w:t>
      </w:r>
    </w:p>
    <w:p w14:paraId="7A6BE224" w14:textId="77777777" w:rsidR="00EA6D62" w:rsidRDefault="00EA6D62" w:rsidP="00EA6D62">
      <w:r>
        <w:lastRenderedPageBreak/>
        <w:t>Elijah sat hunched over the desk, journal pushed aside for now. His Bible lay open beside him—Romans chapter twelve, verse nineteen. His hand trembled slightly as he dipped the pen into the inkwell and began to write.</w:t>
      </w:r>
    </w:p>
    <w:p w14:paraId="17CF7565" w14:textId="77777777" w:rsidR="00EA6D62" w:rsidRDefault="00EA6D62" w:rsidP="00EA6D62">
      <w:r>
        <w:t>Provost Marshal Mark Tilman</w:t>
      </w:r>
      <w:r>
        <w:br/>
        <w:t>Austin Post – Texas District Command</w:t>
      </w:r>
      <w:r>
        <w:br/>
        <w:t>Texas Frontier Department</w:t>
      </w:r>
    </w:p>
    <w:p w14:paraId="0CD74FFA" w14:textId="77777777" w:rsidR="00EA6D62" w:rsidRDefault="00EA6D62" w:rsidP="00EA6D62">
      <w:r>
        <w:t>Dear Marshal Tilman,</w:t>
      </w:r>
    </w:p>
    <w:p w14:paraId="3B23EAB5" w14:textId="77777777" w:rsidR="00EA6D62" w:rsidRDefault="00EA6D62" w:rsidP="00EA6D62">
      <w:r>
        <w:t>I pray this letter finds you in health and strength. It has been some years since we last corresponded—since the days you rode chaplain escort down the Rio Grande with us. I write now not as a friend, but as a minister compelled by grave need.</w:t>
      </w:r>
    </w:p>
    <w:p w14:paraId="6BF00721" w14:textId="77777777" w:rsidR="00EA6D62" w:rsidRDefault="00EA6D62" w:rsidP="00EA6D62">
      <w:r>
        <w:t>Elijah paused. His eyes scanned the shadows beyond the window, as if expecting someone—anyone—to be watching. He continued.</w:t>
      </w:r>
    </w:p>
    <w:p w14:paraId="724E73F9" w14:textId="77777777" w:rsidR="00EA6D62" w:rsidRDefault="00EA6D62" w:rsidP="00EA6D62">
      <w:r>
        <w:t>The town of Grafton has fallen into lawlessness under the control of a man named John Butler, whose ambition has been emboldened by a weak and complicit sheriff and a mayor more interested in land deeds than justice. The church has been attacked. A boy lies buried from violence unchecked. The men responsible hide behind badges or wealth. I fear more blood will be shed unless something changes.</w:t>
      </w:r>
    </w:p>
    <w:p w14:paraId="46C40261" w14:textId="77777777" w:rsidR="00EA6D62" w:rsidRDefault="00EA6D62" w:rsidP="00EA6D62">
      <w:r>
        <w:t>We are but two ministers—myself and a man named Jonas Walker. And while we are not helpless, we are without legal recourse. The sheriff will not act. The mayor will not see. Justice here wears a crooked face and a silver ring.</w:t>
      </w:r>
    </w:p>
    <w:p w14:paraId="689C24DE" w14:textId="77777777" w:rsidR="00EA6D62" w:rsidRDefault="00EA6D62" w:rsidP="00EA6D62">
      <w:r>
        <w:t>I humbly request that you send an officer, a deputy, or whomever you can spare to investigate these matters. I will vouch for the testimony of those harmed. I can provide names, places, and documents if need be.</w:t>
      </w:r>
    </w:p>
    <w:p w14:paraId="493F4C7D" w14:textId="77777777" w:rsidR="00EA6D62" w:rsidRDefault="00EA6D62" w:rsidP="00EA6D62">
      <w:r>
        <w:t>I fear that if help does not come soon, the town will be lost—or worse, the men trying to save it will be.</w:t>
      </w:r>
    </w:p>
    <w:p w14:paraId="1C662A35" w14:textId="77777777" w:rsidR="00EA6D62" w:rsidRDefault="00EA6D62" w:rsidP="00EA6D62">
      <w:r>
        <w:t>For righteousness and truth,</w:t>
      </w:r>
      <w:r>
        <w:br/>
        <w:t>Bro. Elijah Stone</w:t>
      </w:r>
      <w:r>
        <w:br/>
        <w:t>Circuit Preacher, Baptist Association of Texas</w:t>
      </w:r>
    </w:p>
    <w:p w14:paraId="166E0215" w14:textId="77777777" w:rsidR="00EA6D62" w:rsidRDefault="00EA6D62" w:rsidP="00EA6D62">
      <w:r>
        <w:t>Elijah blotted the page, carefully folded the letter, and slid it into an envelope. He sealed it with wax and pressed the edge of his brass cross into the seal.</w:t>
      </w:r>
    </w:p>
    <w:p w14:paraId="15529668" w14:textId="77777777" w:rsidR="00EA6D62" w:rsidRDefault="00EA6D62" w:rsidP="00EA6D62">
      <w:r>
        <w:t>As he stood, he glanced once more to the east, where the hills swallowed the road Jonas had ridden.</w:t>
      </w:r>
    </w:p>
    <w:p w14:paraId="1C60BECB" w14:textId="77777777" w:rsidR="00EA6D62" w:rsidRDefault="00EA6D62" w:rsidP="00EA6D62">
      <w:r>
        <w:t>Then he bowed his head and whispered into the silence:</w:t>
      </w:r>
    </w:p>
    <w:p w14:paraId="46842F43" w14:textId="77777777" w:rsidR="00EA6D62" w:rsidRDefault="00EA6D62" w:rsidP="00EA6D62">
      <w:r>
        <w:t>“Lord, give him strength. And if he cannot find peace… give him purpose.”</w:t>
      </w:r>
    </w:p>
    <w:p w14:paraId="5815FC0C" w14:textId="77777777" w:rsidR="00EA6D62" w:rsidRDefault="00EA6D62" w:rsidP="00EA6D62">
      <w:r>
        <w:br/>
      </w:r>
    </w:p>
    <w:p w14:paraId="5E7348FA" w14:textId="77777777" w:rsidR="00EA6D62" w:rsidRDefault="00EA6D62" w:rsidP="00EA6D62">
      <w:r>
        <w:lastRenderedPageBreak/>
        <w:t>Chapter Seventeen</w:t>
      </w:r>
    </w:p>
    <w:p w14:paraId="07C378E3" w14:textId="77777777" w:rsidR="00EA6D62" w:rsidRDefault="00EA6D62" w:rsidP="00EA6D62">
      <w:r>
        <w:t>The fire crackled steady and low, a small, disciplined blaze throwing just enough light to keep the night at bay. Elijah rode up slowly, reins loose, boots barely creaking in the stirrups. He pulled his horse to a stop just outside the ring of light and dismounted, squinting toward the fire.</w:t>
      </w:r>
    </w:p>
    <w:p w14:paraId="71015CAD" w14:textId="77777777" w:rsidR="00EA6D62" w:rsidRDefault="00EA6D62" w:rsidP="00EA6D62">
      <w:r>
        <w:t>Bedroll. Coffee tin. Saddlebag propped against a rock. All of it familiar. Jonas had been here recently.</w:t>
      </w:r>
    </w:p>
    <w:p w14:paraId="5C4D4C3C" w14:textId="77777777" w:rsidR="00EA6D62" w:rsidRDefault="00EA6D62" w:rsidP="00EA6D62">
      <w:r>
        <w:t>But Jonas himself was nowhere in sight.</w:t>
      </w:r>
    </w:p>
    <w:p w14:paraId="1C728F83" w14:textId="77777777" w:rsidR="00EA6D62" w:rsidRDefault="00EA6D62" w:rsidP="00EA6D62">
      <w:r>
        <w:t>Elijah stood still, one hand resting on his saddlehorn, the other at his side. He scanned the brush and the trees beyond the glow. His voice came low, calm.</w:t>
      </w:r>
    </w:p>
    <w:p w14:paraId="71F855C6" w14:textId="77777777" w:rsidR="00EA6D62" w:rsidRDefault="00EA6D62" w:rsidP="00EA6D62">
      <w:r>
        <w:t>“Jonas. It’s me.”</w:t>
      </w:r>
    </w:p>
    <w:p w14:paraId="5EFF8E2E" w14:textId="77777777" w:rsidR="00EA6D62" w:rsidRDefault="00EA6D62" w:rsidP="00EA6D62">
      <w:r>
        <w:t>Only the fire answered, spitting now and then.</w:t>
      </w:r>
    </w:p>
    <w:p w14:paraId="0CFE614B" w14:textId="77777777" w:rsidR="00EA6D62" w:rsidRDefault="00EA6D62" w:rsidP="00EA6D62">
      <w:r>
        <w:t>Elijah took a slow step forward.</w:t>
      </w:r>
    </w:p>
    <w:p w14:paraId="15E720E9" w14:textId="77777777" w:rsidR="00EA6D62" w:rsidRDefault="00EA6D62" w:rsidP="00EA6D62">
      <w:r>
        <w:t>“I can see your rig. Your fire’s too clean to be a stranger’s. Unless someone learned how to brew that terrible coffee of yours.”</w:t>
      </w:r>
    </w:p>
    <w:p w14:paraId="5EE659FE" w14:textId="77777777" w:rsidR="00EA6D62" w:rsidRDefault="00EA6D62" w:rsidP="00EA6D62">
      <w:r>
        <w:t>Still nothing.</w:t>
      </w:r>
    </w:p>
    <w:p w14:paraId="46174CD3" w14:textId="77777777" w:rsidR="00EA6D62" w:rsidRDefault="00EA6D62" w:rsidP="00EA6D62">
      <w:r>
        <w:t>But Elijah knew better than to assume he was alone. He turned just enough to show he wasn’t drawing a weapon, just loosening his coat as he knelt beside the fire. He reached down, picked up the coffee tin, and gave it a sniff.</w:t>
      </w:r>
    </w:p>
    <w:p w14:paraId="06EB158B" w14:textId="77777777" w:rsidR="00EA6D62" w:rsidRDefault="00EA6D62" w:rsidP="00EA6D62">
      <w:r>
        <w:t>“Burnt,” he muttered, smirking to himself. “Definitely you.”</w:t>
      </w:r>
    </w:p>
    <w:p w14:paraId="03A635A4" w14:textId="77777777" w:rsidR="00EA6D62" w:rsidRDefault="00EA6D62" w:rsidP="00EA6D62">
      <w:r>
        <w:t>A voice answered from the darkness behind him, so quiet it nearly blended with the night.</w:t>
      </w:r>
    </w:p>
    <w:p w14:paraId="1A647447" w14:textId="77777777" w:rsidR="00EA6D62" w:rsidRDefault="00EA6D62" w:rsidP="00EA6D62">
      <w:r>
        <w:t>“Could’ve been someone else.”</w:t>
      </w:r>
    </w:p>
    <w:p w14:paraId="1ACD74E7" w14:textId="77777777" w:rsidR="00EA6D62" w:rsidRDefault="00EA6D62" w:rsidP="00EA6D62">
      <w:r>
        <w:t>Elijah didn’t flinch. He just turned his head slowly.</w:t>
      </w:r>
    </w:p>
    <w:p w14:paraId="570A82BB" w14:textId="77777777" w:rsidR="00EA6D62" w:rsidRDefault="00EA6D62" w:rsidP="00EA6D62">
      <w:r>
        <w:t>Jonas stepped out from behind a mesquite tree, silent as a ghost, rifle lowered but ready. His face was hard to read in the flicker of firelight, but his eyes were sharp—watchful.</w:t>
      </w:r>
    </w:p>
    <w:p w14:paraId="49461E58" w14:textId="77777777" w:rsidR="00EA6D62" w:rsidRDefault="00EA6D62" w:rsidP="00EA6D62">
      <w:r>
        <w:t>“You heard me coming?” Elijah asked.</w:t>
      </w:r>
    </w:p>
    <w:p w14:paraId="2206EAB7" w14:textId="77777777" w:rsidR="00EA6D62" w:rsidRDefault="00EA6D62" w:rsidP="00EA6D62">
      <w:r>
        <w:t>Jonas gave a single nod. “Half a mile out. You ride heavy.”</w:t>
      </w:r>
    </w:p>
    <w:p w14:paraId="7E6732A9" w14:textId="77777777" w:rsidR="00EA6D62" w:rsidRDefault="00EA6D62" w:rsidP="00EA6D62">
      <w:r>
        <w:t>“Old bones,” Elijah replied, not unkindly.</w:t>
      </w:r>
    </w:p>
    <w:p w14:paraId="580F88D6" w14:textId="77777777" w:rsidR="00EA6D62" w:rsidRDefault="00EA6D62" w:rsidP="00EA6D62">
      <w:r>
        <w:t>Jonas stepped forward, setting his rifle against a log before settling near the fire. His movements were quiet, methodical—like a man who hadn’t forgotten how to survive.</w:t>
      </w:r>
    </w:p>
    <w:p w14:paraId="670154EE" w14:textId="77777777" w:rsidR="00EA6D62" w:rsidRDefault="00EA6D62" w:rsidP="00EA6D62">
      <w:r>
        <w:lastRenderedPageBreak/>
        <w:t>Elijah didn’t speak right away. He poured what was left of the scorched coffee into two tin cups, handed one across the flames.</w:t>
      </w:r>
    </w:p>
    <w:p w14:paraId="39240A79" w14:textId="77777777" w:rsidR="00EA6D62" w:rsidRDefault="00EA6D62" w:rsidP="00EA6D62">
      <w:r>
        <w:t>They sat in silence for a while, letting the night breathe around them.</w:t>
      </w:r>
    </w:p>
    <w:p w14:paraId="36B29FE5" w14:textId="77777777" w:rsidR="00EA6D62" w:rsidRDefault="00EA6D62" w:rsidP="00EA6D62">
      <w:r>
        <w:t>Finally, Jonas said, “Didn’t think you’d come looking.”</w:t>
      </w:r>
    </w:p>
    <w:p w14:paraId="7DACE928" w14:textId="77777777" w:rsidR="00EA6D62" w:rsidRDefault="00EA6D62" w:rsidP="00EA6D62">
      <w:r>
        <w:t>“I told you,” Elijah replied, “I go where the Lord leads.”</w:t>
      </w:r>
    </w:p>
    <w:p w14:paraId="6D79A2FB" w14:textId="77777777" w:rsidR="00EA6D62" w:rsidRDefault="00EA6D62" w:rsidP="00EA6D62">
      <w:r>
        <w:t>Jonas sipped the bitter brew and stared into the fire. “You ever feel like you’re one match away from burnin’ everything down again?”</w:t>
      </w:r>
    </w:p>
    <w:p w14:paraId="6E6E7656" w14:textId="77777777" w:rsidR="00EA6D62" w:rsidRDefault="00EA6D62" w:rsidP="00EA6D62">
      <w:r>
        <w:t>Elijah didn’t answer, not yet. He watched the man across from him, the one who carried grief like a second skin.</w:t>
      </w:r>
    </w:p>
    <w:p w14:paraId="1EBEA486" w14:textId="77777777" w:rsidR="00EA6D62" w:rsidRDefault="00EA6D62" w:rsidP="00EA6D62">
      <w:r>
        <w:t>“I thought I buried the worst of me on the trail,” Jonas said. “But I’m startin’ to think maybe that part just learned to walk quieter.”</w:t>
      </w:r>
    </w:p>
    <w:p w14:paraId="12BA7615" w14:textId="77777777" w:rsidR="00EA6D62" w:rsidRDefault="00EA6D62" w:rsidP="00EA6D62">
      <w:r>
        <w:t>Elijah leaned forward slightly. “Then maybe it’s time to drag it out into the light.”</w:t>
      </w:r>
    </w:p>
    <w:p w14:paraId="1650CF76" w14:textId="77777777" w:rsidR="00EA6D62" w:rsidRDefault="00EA6D62" w:rsidP="00EA6D62">
      <w:r>
        <w:t>Jonas looked up, tired and raw. “You sure you want to see that side of me?”</w:t>
      </w:r>
    </w:p>
    <w:p w14:paraId="35338E73" w14:textId="77777777" w:rsidR="00EA6D62" w:rsidRDefault="00EA6D62" w:rsidP="00EA6D62">
      <w:r>
        <w:t>“I wouldn’t be here if I didn’t.”</w:t>
      </w:r>
    </w:p>
    <w:p w14:paraId="15ECAE8B" w14:textId="77777777" w:rsidR="00EA6D62" w:rsidRDefault="00EA6D62" w:rsidP="00EA6D62">
      <w:r>
        <w:t>The fire snapped, sparks rising toward the stars.</w:t>
      </w:r>
    </w:p>
    <w:p w14:paraId="33F0B907" w14:textId="77777777" w:rsidR="00EA6D62" w:rsidRDefault="00EA6D62" w:rsidP="00EA6D62">
      <w:r>
        <w:t>And for the first time in a long while, Jonas Walker began to tell the whole story.</w:t>
      </w:r>
    </w:p>
    <w:p w14:paraId="34F713AA" w14:textId="77777777" w:rsidR="00EA6D62" w:rsidRDefault="00EA6D62" w:rsidP="00EA6D62"/>
    <w:p w14:paraId="05BA3D99" w14:textId="77777777" w:rsidR="00EA6D62" w:rsidRDefault="00EA6D62" w:rsidP="00EA6D62">
      <w:r>
        <w:t>The fire burned steady, casting flickers of orange against the night. Elijah sat a few paces back from the glow, hands resting on his lap, watching silently.</w:t>
      </w:r>
    </w:p>
    <w:p w14:paraId="54D9CC14" w14:textId="77777777" w:rsidR="00EA6D62" w:rsidRDefault="00EA6D62" w:rsidP="00EA6D62">
      <w:r>
        <w:t>Jonas sat on a flat stone near the flames, elbows on his knees, hat beside him in the dirt. For a long time, the only sound was the crackle of wood and the distant rustle of wind in the brush.</w:t>
      </w:r>
    </w:p>
    <w:p w14:paraId="42770FA1" w14:textId="77777777" w:rsidR="00EA6D62" w:rsidRDefault="00EA6D62" w:rsidP="00EA6D62">
      <w:r>
        <w:t>Then, finally, his voice came—low and rough.</w:t>
      </w:r>
    </w:p>
    <w:p w14:paraId="6C9F70B2" w14:textId="77777777" w:rsidR="00EA6D62" w:rsidRDefault="00EA6D62" w:rsidP="00EA6D62">
      <w:r>
        <w:t xml:space="preserve">“I left my family thinkin’ I was doin’ the right thing. Fightin’ for my home. For Texas. Thought I was protectin’ ‘em somehow by goin’ off to war. But the truth is, I was just young and proud—and maybe too eager for the fight. I saw things in that war that never leave a man. Boys blown to pieces. Screamin’ for their mamas, their wives with… half their faces gone. Friends dyin’ in the mud while I held their hands. And it wasn’t just the Rebs and the Yanks—it was what it turned us into. Wolves. I did things I ain’t proud of. Things I can’t forget. I thought I was fightin’ for somethin’ bigger than me.  To keep it far from home. </w:t>
      </w:r>
    </w:p>
    <w:p w14:paraId="3BB35B5E" w14:textId="77777777" w:rsidR="00EA6D62" w:rsidRDefault="00EA6D62" w:rsidP="00EA6D62">
      <w:r>
        <w:t>He swallowed hard, eyes fixed on the fire.</w:t>
      </w:r>
    </w:p>
    <w:p w14:paraId="6AC504FB" w14:textId="77777777" w:rsidR="00EA6D62" w:rsidRDefault="00EA6D62" w:rsidP="00EA6D62">
      <w:r>
        <w:lastRenderedPageBreak/>
        <w:t>“When I finally got my papers and rode home, I was empty. I thought—just maybe—Anna and the kids could fill that hollow place. Help piece me back together. I should’ve ridden faster the closer I got to home, thinkin’ of her smile… Daniel runnin’ to meet me… Grace laughin’ like she used to. But I didn’t.  I thought of those things, pictured it all in my mind, but I was afraid of who I had become.  I knew I changed, but… I rode slow.”</w:t>
      </w:r>
    </w:p>
    <w:p w14:paraId="235CF73D" w14:textId="77777777" w:rsidR="00EA6D62" w:rsidRDefault="00EA6D62" w:rsidP="00EA6D62">
      <w:r>
        <w:t>His voice cracked.</w:t>
      </w:r>
    </w:p>
    <w:p w14:paraId="4085A1EC" w14:textId="77777777" w:rsidR="00EA6D62" w:rsidRDefault="00EA6D62" w:rsidP="00EA6D62">
      <w:r>
        <w:t>“When I got home, the house was quiet. No Anna greetin’ me with a smile.  No Daniel runnin’ out to meet me.  No Grace laughin’. The neighbor saw me ride by and came and met me at the gate. Said they’d been gone for months. Fever came through. Took all three. They were buried behind the house, under Anna’s favorite oak tree. Then I started thinkin’ on all the boys who slipped away in those last six months—just packed up and went home. But I stayed. Figured I owed it to the men beside me. I told myself, ‘How could I look Daniel in the eye, knowin’ I turned my back on my own and let ’em fight without me?’ I thought stayin’ made me a man of honor.’”</w:t>
      </w:r>
    </w:p>
    <w:p w14:paraId="61A1AE81" w14:textId="77777777" w:rsidR="00EA6D62" w:rsidRDefault="00EA6D62" w:rsidP="00EA6D62">
      <w:r>
        <w:t>He drew in a shaky breath, as if the memory still strangled him.</w:t>
      </w:r>
    </w:p>
    <w:p w14:paraId="12B0678D" w14:textId="77777777" w:rsidR="00EA6D62" w:rsidRDefault="00EA6D62" w:rsidP="00EA6D62">
      <w:r>
        <w:t>“I walked back to the oak tree and just stood there. Couldn’t cry. Couldn’t breathe. I knelt at those graves, and I said to God, out loud, ‘Don’t speak to me. Don’t come near me. You let them die, so you and me—we’re done.’”</w:t>
      </w:r>
    </w:p>
    <w:p w14:paraId="14815A27" w14:textId="77777777" w:rsidR="00EA6D62" w:rsidRDefault="00EA6D62" w:rsidP="00EA6D62">
      <w:r>
        <w:t>A long silence followed. The fire popped.</w:t>
      </w:r>
    </w:p>
    <w:p w14:paraId="416C3A0C" w14:textId="77777777" w:rsidR="00EA6D62" w:rsidRDefault="00EA6D62" w:rsidP="00EA6D62">
      <w:r>
        <w:t>“Somethin’ broke inside me that day. I stopped prayin’. Started drinkin’. Told myself it was the only thing that helped me forget. But it never did. Not really. It just made the dark quieter. The Carters looked after me for a time. Checked in on me, fed me, prayed over me. I was grateful—but I couldn’t show it. Couldn’t do anything without the bottle. Couldn’t speak, couldn’t sleep without it neither. Thought maybe I’d drink myself to death and that’d be justice.  Justice for not being there.”</w:t>
      </w:r>
    </w:p>
    <w:p w14:paraId="6FFBBAD1" w14:textId="77777777" w:rsidR="00EA6D62" w:rsidRDefault="00EA6D62" w:rsidP="00EA6D62">
      <w:r>
        <w:t>He stared at the flames dancing.</w:t>
      </w:r>
    </w:p>
    <w:p w14:paraId="273AE9AD" w14:textId="77777777" w:rsidR="00EA6D62" w:rsidRDefault="00EA6D62" w:rsidP="00EA6D62">
      <w:r>
        <w:t>“But the drink don’t numb the pain. It just traps you in it longer. And it robs you of what little good’s left.”</w:t>
      </w:r>
    </w:p>
    <w:p w14:paraId="1A234E2B" w14:textId="77777777" w:rsidR="00EA6D62" w:rsidRDefault="00EA6D62" w:rsidP="00EA6D62">
      <w:r>
        <w:t>He rubbed a hand over his face.</w:t>
      </w:r>
    </w:p>
    <w:p w14:paraId="577A8390" w14:textId="77777777" w:rsidR="00EA6D62" w:rsidRDefault="00EA6D62" w:rsidP="00EA6D62">
      <w:r>
        <w:t>“I drifted a while. No real purpose. Nothin’ worth livin’ for. Then I saw what those men were doin’ to Mrs. Langley back in Lonesome Ridge. She’s a widow too. Just like Anna would’ve been if I hadn’t come home. They thought they could take what they wanted. Hurt her and leave her helpless.”</w:t>
      </w:r>
    </w:p>
    <w:p w14:paraId="12161125" w14:textId="77777777" w:rsidR="00EA6D62" w:rsidRDefault="00EA6D62" w:rsidP="00EA6D62">
      <w:r>
        <w:t>He looked up at Elijah.</w:t>
      </w:r>
    </w:p>
    <w:p w14:paraId="739C6625" w14:textId="77777777" w:rsidR="00EA6D62" w:rsidRDefault="00EA6D62" w:rsidP="00EA6D62">
      <w:r>
        <w:t>“I killed ‘em. Both of ‘em. Left the bodies for the buzzards and walked away. Only one who knows is her—and now you.”</w:t>
      </w:r>
    </w:p>
    <w:p w14:paraId="52079200" w14:textId="77777777" w:rsidR="00EA6D62" w:rsidRDefault="00EA6D62" w:rsidP="00EA6D62">
      <w:r>
        <w:lastRenderedPageBreak/>
        <w:t>Elijah said nothing, but his eyes softened.</w:t>
      </w:r>
    </w:p>
    <w:p w14:paraId="0778EDE2" w14:textId="77777777" w:rsidR="00EA6D62" w:rsidRDefault="00EA6D62" w:rsidP="00EA6D62">
      <w:r>
        <w:t>“I ran. Couldn’t face what I’d done. Couldn’t go back to that house, not with that weight on me. Spent three years driftin’. Oklahoma Territory. West Texas. New Mexico. Saloon floors, dirty trails. Got in fights. Killed again when I had to—when someone else was in danger. Every time I saw some evil—some man doin’ wrong—I couldn’t let it stand.”</w:t>
      </w:r>
    </w:p>
    <w:p w14:paraId="454AAF73" w14:textId="77777777" w:rsidR="00EA6D62" w:rsidRDefault="00EA6D62" w:rsidP="00EA6D62">
      <w:r>
        <w:t>He threw a stick into the fire, watching it catch.</w:t>
      </w:r>
    </w:p>
    <w:p w14:paraId="5D399908" w14:textId="77777777" w:rsidR="00EA6D62" w:rsidRDefault="00EA6D62" w:rsidP="00EA6D62">
      <w:r>
        <w:t>“But I don’t know any other way. When I see injustice, somethin’ in me rises up. Maybe it’s rage. Maybe it’s guilt. Maybe both. But I only know how to answer it with force. With violence.”</w:t>
      </w:r>
    </w:p>
    <w:p w14:paraId="05B0A1F9" w14:textId="77777777" w:rsidR="00EA6D62" w:rsidRDefault="00EA6D62" w:rsidP="00EA6D62">
      <w:r>
        <w:t>He paused, then looked up, eyes catching Elijah’s in the firelight.</w:t>
      </w:r>
    </w:p>
    <w:p w14:paraId="64428DAB" w14:textId="77777777" w:rsidR="00EA6D62" w:rsidRDefault="00EA6D62" w:rsidP="00EA6D62">
      <w:r>
        <w:t>“My faith died in the war. But it was buried at home. I told the Lord to leave me alone—and He did. I wandered for years after that. Lost. Angry. Fightin’. Didn’t care if I lived or died.”</w:t>
      </w:r>
    </w:p>
    <w:p w14:paraId="6841CC82" w14:textId="77777777" w:rsidR="00EA6D62" w:rsidRDefault="00EA6D62" w:rsidP="00EA6D62">
      <w:r>
        <w:t>He turned back toward the flames, voice softer now.</w:t>
      </w:r>
    </w:p>
    <w:p w14:paraId="3F4F8CF0" w14:textId="77777777" w:rsidR="00EA6D62" w:rsidRDefault="00EA6D62" w:rsidP="00EA6D62">
      <w:r>
        <w:t>“You talk about faith, about peace. But me? I’ve only known war. That’s what’s inside me, Elijah. War. And I don’t know if it’ll ever leave. But I’m tired of runnin’. I don’t want to be at war with God anymore. I want to come back. I just don’t know how.”</w:t>
      </w:r>
    </w:p>
    <w:p w14:paraId="69DEBABC" w14:textId="77777777" w:rsidR="00EA6D62" w:rsidRDefault="00EA6D62" w:rsidP="00EA6D62"/>
    <w:p w14:paraId="20AEBF8D" w14:textId="77777777" w:rsidR="00EA6D62" w:rsidRDefault="00EA6D62" w:rsidP="00EA6D62">
      <w:r>
        <w:t>The fire burned on. Elijah didn’t move. Didn’t speak. He moved slowly and sat beside Jonas on a rock, letting the silence honor the weight of what was said.</w:t>
      </w:r>
    </w:p>
    <w:p w14:paraId="6AF7445C" w14:textId="77777777" w:rsidR="00EA6D62" w:rsidRDefault="00EA6D62" w:rsidP="00EA6D62">
      <w:r>
        <w:t>His eyes fixed on the flames for a long moment. Then he spoke low, like a man talking to a wounded friend, not a fallen one.</w:t>
      </w:r>
    </w:p>
    <w:p w14:paraId="2B0669D8" w14:textId="77777777" w:rsidR="00EA6D62" w:rsidRDefault="00EA6D62" w:rsidP="00EA6D62">
      <w:r>
        <w:t>"I know what it is to lose someone you love, and I've buried more than a few friends in the mud of war," he said quietly. "But I won't claim to understand the kind of hurt you carry. I've stood over enough graves to know—it hollows a man in ways that never quite heal."</w:t>
      </w:r>
    </w:p>
    <w:p w14:paraId="30175704" w14:textId="77777777" w:rsidR="00EA6D62" w:rsidRDefault="00EA6D62" w:rsidP="00EA6D62">
      <w:r>
        <w:t>He paused, drawing in a breath that smelled of ash and mesquite.</w:t>
      </w:r>
    </w:p>
    <w:p w14:paraId="0A71FC3D" w14:textId="77777777" w:rsidR="00EA6D62" w:rsidRDefault="00EA6D62" w:rsidP="00EA6D62">
      <w:r>
        <w:t>“You think runnin’ means you turned your back on God. But I think you were just tryin’ to survive the only way you knew how.”</w:t>
      </w:r>
    </w:p>
    <w:p w14:paraId="51E66416" w14:textId="77777777" w:rsidR="00EA6D62" w:rsidRDefault="00EA6D62" w:rsidP="00EA6D62">
      <w:r>
        <w:t>He looked across at Jonas.</w:t>
      </w:r>
    </w:p>
    <w:p w14:paraId="0E9A751D" w14:textId="77777777" w:rsidR="00EA6D62" w:rsidRDefault="00EA6D62" w:rsidP="00EA6D62">
      <w:r>
        <w:t>“Jonas, the Lord never asks you to come back clean. He just asks you to come back. He already knows the blood on your hands. He saw it all. He was there at Lonesome Ridge. He was there when you were runnin’. He was there when you saw Anna and the children buried. He heard every word you shouted at Him in the dark. And still, He didn’t walk away. He gave you space.”</w:t>
      </w:r>
    </w:p>
    <w:p w14:paraId="568B9A32" w14:textId="77777777" w:rsidR="00EA6D62" w:rsidRDefault="00EA6D62" w:rsidP="00EA6D62">
      <w:r>
        <w:lastRenderedPageBreak/>
        <w:t>Elijah leaned forward slightly, voice quiet but steady.</w:t>
      </w:r>
    </w:p>
    <w:p w14:paraId="44A76700" w14:textId="77777777" w:rsidR="00EA6D62" w:rsidRDefault="00EA6D62" w:rsidP="00EA6D62">
      <w:r>
        <w:t>“You’re not here by accident. The fire that near broke you—that’s the same fire God can use to forge somethin’ stronger. You survived the war. You survived the bottle. You survived your own guilt. Now it’s time to stop runnin’. There’s still good in you, Jonas. I’ve seen it. And this town, this ministry—it needs a man who doesn’t flinch when evil shows its face.”</w:t>
      </w:r>
    </w:p>
    <w:p w14:paraId="652747FC" w14:textId="77777777" w:rsidR="00EA6D62" w:rsidRDefault="00EA6D62" w:rsidP="00EA6D62">
      <w:r>
        <w:t>He let that settle, then added:</w:t>
      </w:r>
    </w:p>
    <w:p w14:paraId="2F017859" w14:textId="77777777" w:rsidR="00EA6D62" w:rsidRDefault="00EA6D62" w:rsidP="00EA6D62">
      <w:r>
        <w:t>“You don’t have to be perfect to be used by God. You just have to be willing.”</w:t>
      </w:r>
    </w:p>
    <w:p w14:paraId="6672B417" w14:textId="77777777" w:rsidR="00EA6D62" w:rsidRDefault="00EA6D62" w:rsidP="00EA6D62">
      <w:r>
        <w:t>After a moment, he reached into his coat, pulled out his small, worn Bible, and set it gently between them on the ground. Then, softer still, almost a whisper over the crackle of fire:</w:t>
      </w:r>
    </w:p>
    <w:p w14:paraId="5973B450" w14:textId="77777777" w:rsidR="00EA6D62" w:rsidRDefault="00EA6D62" w:rsidP="00EA6D62">
      <w:r>
        <w:t>“You survived fire once. Now you’ve got to walk through it… for someone else.”</w:t>
      </w:r>
    </w:p>
    <w:p w14:paraId="46D958B9" w14:textId="77777777" w:rsidR="00EA6D62" w:rsidRDefault="00EA6D62" w:rsidP="00EA6D62">
      <w:r>
        <w:t>Elijah gave a slow nod, rose and then walked to his horse. He swung into the saddle without a word, reined east toward town, and rode into the dark. Jonas stayed by the fire, the Bible heavy in his hands, the silence heavier still.</w:t>
      </w:r>
      <w:r>
        <w:br/>
      </w:r>
    </w:p>
    <w:p w14:paraId="1B2D8E1F" w14:textId="77777777" w:rsidR="00EA6D62" w:rsidRDefault="00EA6D62" w:rsidP="00EA6D62">
      <w:r>
        <w:t>Chapter Eighteen</w:t>
      </w:r>
    </w:p>
    <w:p w14:paraId="3DB1F7BB" w14:textId="77777777" w:rsidR="00EA6D62" w:rsidRDefault="00EA6D62" w:rsidP="00EA6D62">
      <w:r>
        <w:t>The fire crackled low, its light casting long shadows across the rocks as the black sky softened toward gray. Jonas Walker sat with his knees pulled up, arms resting loose around them, watching the flames like they might tell him something if he stared long enough.</w:t>
      </w:r>
    </w:p>
    <w:p w14:paraId="6F798ACF" w14:textId="77777777" w:rsidR="00EA6D62" w:rsidRDefault="00EA6D62" w:rsidP="00EA6D62">
      <w:r>
        <w:t>Above him, the stars burned cold and clear over the hills. Same as they had the night he laid by his family’s graves and couldn't bring himself to weep. He hadn’t noticed them much since then. Hadn’t dared to look. But tonight they felt different. Not warm. Not comforting. Just present. Watching. Witnessing.</w:t>
      </w:r>
    </w:p>
    <w:p w14:paraId="24CF2B26" w14:textId="77777777" w:rsidR="00EA6D62" w:rsidRDefault="00EA6D62" w:rsidP="00EA6D62">
      <w:r>
        <w:t>He let out a long breath and rubbed his hands over his face, calloused palms rasping against skin that hadn’t felt clean in years. Elijah’s words echoed in his mind—low and steady, spoken like truth from a man who'd learned it the hard way.</w:t>
      </w:r>
    </w:p>
    <w:p w14:paraId="3AB725B3" w14:textId="77777777" w:rsidR="00EA6D62" w:rsidRDefault="00EA6D62" w:rsidP="00EA6D62">
      <w:r>
        <w:t>“You survived fire once. Now you’ve got to walk through it… for someone else.”</w:t>
      </w:r>
    </w:p>
    <w:p w14:paraId="1F2E1627" w14:textId="77777777" w:rsidR="00EA6D62" w:rsidRDefault="00EA6D62" w:rsidP="00EA6D62">
      <w:r>
        <w:t>Jonas had done that—walked through fire. But always for himself. Survival. Revenge. Guilt. Never redemption.</w:t>
      </w:r>
    </w:p>
    <w:p w14:paraId="46148CA4" w14:textId="77777777" w:rsidR="00EA6D62" w:rsidRDefault="00EA6D62" w:rsidP="00EA6D62">
      <w:r>
        <w:t>Not until now.</w:t>
      </w:r>
    </w:p>
    <w:p w14:paraId="1D644B71" w14:textId="77777777" w:rsidR="00EA6D62" w:rsidRDefault="00EA6D62" w:rsidP="00EA6D62">
      <w:r>
        <w:t>His eyes dropped to the Bible in his lap. The leather was cracked, edges curled with years of use. Anna’s Bible. His Bible, now. The same one he’d left behind when he ran. Elijah had brought it with him last night, set it between them like a question waiting to be answered.</w:t>
      </w:r>
    </w:p>
    <w:p w14:paraId="2BAEFC0D" w14:textId="77777777" w:rsidR="00EA6D62" w:rsidRDefault="00EA6D62" w:rsidP="00EA6D62">
      <w:r>
        <w:lastRenderedPageBreak/>
        <w:t>He opened it slowly, pages brittle but familiar beneath his fingers, and his eyes fell to a verse underlined in faint, faded ink.</w:t>
      </w:r>
    </w:p>
    <w:p w14:paraId="73085BEE" w14:textId="77777777" w:rsidR="00EA6D62" w:rsidRDefault="00EA6D62" w:rsidP="00EA6D62">
      <w:r>
        <w:t>“Take away the dross from the silver, and there shall come forth a vessel for the finer.”</w:t>
      </w:r>
    </w:p>
    <w:p w14:paraId="22BBB82B" w14:textId="77777777" w:rsidR="00EA6D62" w:rsidRDefault="00EA6D62" w:rsidP="00EA6D62">
      <w:r>
        <w:t>He read it again, then closed the cover gently.</w:t>
      </w:r>
    </w:p>
    <w:p w14:paraId="16950318" w14:textId="77777777" w:rsidR="00EA6D62" w:rsidRDefault="00EA6D62" w:rsidP="00EA6D62">
      <w:r>
        <w:t>The eastern sky was turning pink now, that soft light of dawn creeping over the rim of the world. He stood, joints stiff from the long night, and poured out the last of his canteen over the coals. Steam hissed up in tiny ghosts as the fire died.</w:t>
      </w:r>
    </w:p>
    <w:p w14:paraId="6DA46F68" w14:textId="77777777" w:rsidR="00EA6D62" w:rsidRDefault="00EA6D62" w:rsidP="00EA6D62">
      <w:r>
        <w:t>Slinging his saddlebag across the horse, he mounted up and turned east, back toward Grafton.</w:t>
      </w:r>
    </w:p>
    <w:p w14:paraId="5852D1C1" w14:textId="77777777" w:rsidR="00EA6D62" w:rsidRDefault="00EA6D62" w:rsidP="00EA6D62">
      <w:r>
        <w:t>Toward the fire he hadn’t yet walked through.</w:t>
      </w:r>
    </w:p>
    <w:p w14:paraId="7C45C562" w14:textId="77777777" w:rsidR="00EA6D62" w:rsidRDefault="00EA6D62" w:rsidP="00EA6D62">
      <w:r>
        <w:t>***</w:t>
      </w:r>
    </w:p>
    <w:p w14:paraId="1BB22C80" w14:textId="77777777" w:rsidR="00EA6D62" w:rsidRDefault="00EA6D62" w:rsidP="00EA6D62">
      <w:r>
        <w:t>The old church smelled of cedar and dust, warmed by morning light that slanted through high windows and laid gold across the pews. Elijah Stone moved with quiet purpose, his hands smoothing the worn pages of hymnals and straightening the chairs that made up the congregation's humble seating. He paused now and again to murmur a prayer under his breath, the cadence more like a conversation than recitation.</w:t>
      </w:r>
    </w:p>
    <w:p w14:paraId="1D61F38F" w14:textId="77777777" w:rsidR="00EA6D62" w:rsidRDefault="00EA6D62" w:rsidP="00EA6D62">
      <w:r>
        <w:t>He lit the oil lamp near the pulpit, though it wasn't needed, then set it back down and exhaled. His face bore the wear of another restless night, but his eyes still held that steady flame.</w:t>
      </w:r>
    </w:p>
    <w:p w14:paraId="51C96C3F" w14:textId="77777777" w:rsidR="00EA6D62" w:rsidRDefault="00EA6D62" w:rsidP="00EA6D62">
      <w:r>
        <w:t>The door creaked open.</w:t>
      </w:r>
    </w:p>
    <w:p w14:paraId="374A88AD" w14:textId="77777777" w:rsidR="00EA6D62" w:rsidRDefault="00EA6D62" w:rsidP="00EA6D62">
      <w:r>
        <w:t>“Brother Elijah,” came a voice, smooth as river stone.</w:t>
      </w:r>
    </w:p>
    <w:p w14:paraId="416A1BE1" w14:textId="77777777" w:rsidR="00EA6D62" w:rsidRDefault="00EA6D62" w:rsidP="00EA6D62">
      <w:r>
        <w:t>He turned. “Mornin’, Ezra.”</w:t>
      </w:r>
    </w:p>
    <w:p w14:paraId="1EBC6813" w14:textId="77777777" w:rsidR="00EA6D62" w:rsidRDefault="00EA6D62" w:rsidP="00EA6D62">
      <w:r>
        <w:t>Ezra Galloway stepped inside with his hat in hand, dressed tidy as ever in a buttoned coat and polished boots that didn’t match the road he claimed to walk. His face bore a practiced concern, the kind that looked neighborly but never quite reached the eyes.</w:t>
      </w:r>
    </w:p>
    <w:p w14:paraId="3CF15281" w14:textId="77777777" w:rsidR="00EA6D62" w:rsidRDefault="00EA6D62" w:rsidP="00EA6D62">
      <w:r>
        <w:t>“Didn’t see you at the café,” Ezra said, strolling slowly down the center aisle. “Figured I’d check on you here. Place looks fine as ever.”</w:t>
      </w:r>
    </w:p>
    <w:p w14:paraId="10F70225" w14:textId="77777777" w:rsidR="00EA6D62" w:rsidRDefault="00EA6D62" w:rsidP="00EA6D62">
      <w:r>
        <w:t>“Doing what I can,” Elijah said with a faint smile.</w:t>
      </w:r>
    </w:p>
    <w:p w14:paraId="6F1A12C4" w14:textId="77777777" w:rsidR="00EA6D62" w:rsidRDefault="00EA6D62" w:rsidP="00EA6D62">
      <w:r>
        <w:t>Elijah wiped his hands on his vest and leaned a moment against the front pew. “Been thinkin’ on yesterday. This town’s startin’ to feel like a powder keg. I’d hoped preaching might settle some nerves, but I reckon we’re past psalms and platitudes.”</w:t>
      </w:r>
    </w:p>
    <w:p w14:paraId="564ED46D" w14:textId="77777777" w:rsidR="00EA6D62" w:rsidRDefault="00EA6D62" w:rsidP="00EA6D62">
      <w:r>
        <w:t>Ezra gave a sympathetic nod. “Folk are restless. Scared, even.”</w:t>
      </w:r>
    </w:p>
    <w:p w14:paraId="293830BE" w14:textId="77777777" w:rsidR="00EA6D62" w:rsidRDefault="00EA6D62" w:rsidP="00EA6D62">
      <w:r>
        <w:t>“Scared folk do foolish things,” Elijah said quietly. “Which is why I sent for help.”</w:t>
      </w:r>
    </w:p>
    <w:p w14:paraId="6BB2A603" w14:textId="77777777" w:rsidR="00EA6D62" w:rsidRDefault="00EA6D62" w:rsidP="00EA6D62">
      <w:r>
        <w:lastRenderedPageBreak/>
        <w:t>Ezra’s eyebrows lifted. “Help?”</w:t>
      </w:r>
    </w:p>
    <w:p w14:paraId="3F97BBBF" w14:textId="77777777" w:rsidR="00EA6D62" w:rsidRDefault="00EA6D62" w:rsidP="00EA6D62">
      <w:r>
        <w:t>Elijah nodded, voice calm. “I sent a letter to the Provost Marshal’s office in Austin. Asked for a man to come look into Grafton. Law that answers to more than a badge on a crooked chest.”</w:t>
      </w:r>
    </w:p>
    <w:p w14:paraId="3B0A7590" w14:textId="77777777" w:rsidR="00EA6D62" w:rsidRDefault="00EA6D62" w:rsidP="00EA6D62">
      <w:r>
        <w:t>A beat passed. Ezra masked the twitch of his jaw with a slow sigh. “I see. That’s… bold.”</w:t>
      </w:r>
    </w:p>
    <w:p w14:paraId="1B4CF3BA" w14:textId="77777777" w:rsidR="00EA6D62" w:rsidRDefault="00EA6D62" w:rsidP="00EA6D62">
      <w:r>
        <w:t>“I didn’t have a choice,” Elijah said, stepping back to the pulpit, fingers brushing over the old Bible there. “Didn’t sit right, sending it through the public courier—too many eyes along the way. But the only channel available right now. The Marshal in Austin’s a man I know. I trust he’ll take it serious if it gets to him.”</w:t>
      </w:r>
    </w:p>
    <w:p w14:paraId="722ED4F3" w14:textId="77777777" w:rsidR="00EA6D62" w:rsidRDefault="00EA6D62" w:rsidP="00EA6D62">
      <w:r>
        <w:t>He turned to Ezra now, eyes steady. “God’ll carry that letter where it needs to go. No man strong enough to stop it, if He wills it.”</w:t>
      </w:r>
    </w:p>
    <w:p w14:paraId="09AC58D4" w14:textId="77777777" w:rsidR="00EA6D62" w:rsidRDefault="00EA6D62" w:rsidP="00EA6D62">
      <w:r>
        <w:t>Ezra nodded slowly, face unreadable. “I hope you’re right.”</w:t>
      </w:r>
    </w:p>
    <w:p w14:paraId="33D87BE2" w14:textId="77777777" w:rsidR="00EA6D62" w:rsidRDefault="00EA6D62" w:rsidP="00EA6D62">
      <w:r>
        <w:t>“I know I am.” Elijah walked toward him, a gentle hand on Ezra’s arm. “What I need now is for you to help keep the flock calm. Help ‘em hold steady. This town’s gonna be tested. And when that comes, I need voices reminding folks what justice really is.”</w:t>
      </w:r>
    </w:p>
    <w:p w14:paraId="13154FCA" w14:textId="77777777" w:rsidR="00EA6D62" w:rsidRDefault="00EA6D62" w:rsidP="00EA6D62">
      <w:r>
        <w:t>Ezra gave a small smile, careful and composed. “You have my word.”</w:t>
      </w:r>
    </w:p>
    <w:p w14:paraId="33A2C52F" w14:textId="77777777" w:rsidR="00EA6D62" w:rsidRDefault="00EA6D62" w:rsidP="00EA6D62">
      <w:r>
        <w:t>Elijah nodded, content with the answer. “Good.”</w:t>
      </w:r>
    </w:p>
    <w:p w14:paraId="06737CE3" w14:textId="77777777" w:rsidR="00EA6D62" w:rsidRDefault="00EA6D62" w:rsidP="00EA6D62">
      <w:r>
        <w:t>They stood in silence for a moment, the quiet sacred and fragile.</w:t>
      </w:r>
    </w:p>
    <w:p w14:paraId="178AB7A8" w14:textId="77777777" w:rsidR="00EA6D62" w:rsidRDefault="00EA6D62" w:rsidP="00EA6D62">
      <w:r>
        <w:t>Ezra said, “Where’s that friend of yours this morning? Don’t usually see you without him nearby.”</w:t>
      </w:r>
    </w:p>
    <w:p w14:paraId="3FB45B6F" w14:textId="77777777" w:rsidR="00EA6D62" w:rsidRDefault="00EA6D62" w:rsidP="00EA6D62">
      <w:r>
        <w:t>Elijah offered a faint smile. “He’s sorting through a few things. Needed some time alone. He’ll be back.”</w:t>
      </w:r>
    </w:p>
    <w:p w14:paraId="05247C08" w14:textId="77777777" w:rsidR="00EA6D62" w:rsidRDefault="00EA6D62" w:rsidP="00EA6D62">
      <w:r>
        <w:t>Ezra nodded slowly, as if filing that away.</w:t>
      </w:r>
    </w:p>
    <w:p w14:paraId="63B6F60D" w14:textId="77777777" w:rsidR="00EA6D62" w:rsidRDefault="00EA6D62" w:rsidP="00EA6D62">
      <w:r>
        <w:t>Then Ezra tipped his hat, turned, and walked out into the morning light.</w:t>
      </w:r>
    </w:p>
    <w:p w14:paraId="7D0A44EF" w14:textId="77777777" w:rsidR="00EA6D62" w:rsidRDefault="00EA6D62" w:rsidP="00EA6D62">
      <w:r>
        <w:t>***</w:t>
      </w:r>
    </w:p>
    <w:p w14:paraId="0E037A77" w14:textId="77777777" w:rsidR="00EA6D62" w:rsidRDefault="00EA6D62" w:rsidP="00EA6D62">
      <w:r>
        <w:t>The sun hung high overhead, casting hard shadows as Jonas Walker rode into Grafton. He sat tall in the saddle, hat pulled low, one hand resting near the horn, the other loose on the reins. His eyes moved without turning his head—windows, alleys, rooftops—clocking every sound and shadow the way other men might breathe. Easy. Unhurried. But nothing escaped him.</w:t>
      </w:r>
    </w:p>
    <w:p w14:paraId="367DE19A" w14:textId="77777777" w:rsidR="00EA6D62" w:rsidRDefault="00EA6D62" w:rsidP="00EA6D62">
      <w:r>
        <w:t>The town was alive now. A dog barked behind the mercantile, sharp against the clatter of a wagon turning onto Main. Heat shimmered off the rooftops. Someone stepped out near the blacksmith’s, caught sight of Jonas, and slipped back inside without a word. Jonas didn’t flinch. Didn’t slow. He kept his course toward the church, reading the town like a map he’d memorized and never quite forgotten.</w:t>
      </w:r>
    </w:p>
    <w:p w14:paraId="16449788" w14:textId="77777777" w:rsidR="00EA6D62" w:rsidRDefault="00EA6D62" w:rsidP="00EA6D62">
      <w:r>
        <w:lastRenderedPageBreak/>
        <w:t>Behind him, the jailhouse door creaked open. Sheriff Garrett Munson stepped out onto the boardwalk, a toothpick shifting between his teeth. He paused, watching the rider move down the main road, then leaned against one of the porch posts, arms crossed beneath his badge.</w:t>
      </w:r>
    </w:p>
    <w:p w14:paraId="6075F3ED" w14:textId="77777777" w:rsidR="00EA6D62" w:rsidRDefault="00EA6D62" w:rsidP="00EA6D62">
      <w:r>
        <w:t>Munson didn’t speak. Just watched.</w:t>
      </w:r>
    </w:p>
    <w:p w14:paraId="281BBBCB" w14:textId="77777777" w:rsidR="00EA6D62" w:rsidRDefault="00EA6D62" w:rsidP="00EA6D62">
      <w:r>
        <w:t>Jonas wasn’t dragging like a man beat down. He had that look again—same one Munson had seen once before. Back when they were all younger and the country had just torn itself apart in blue and gray, and the pieces hadn’t settled yet. A dangerous look.</w:t>
      </w:r>
    </w:p>
    <w:p w14:paraId="4B00156A" w14:textId="77777777" w:rsidR="00EA6D62" w:rsidRDefault="00EA6D62" w:rsidP="00EA6D62">
      <w:r>
        <w:t>Munson’s jaw tightened. He spat into the street.</w:t>
      </w:r>
    </w:p>
    <w:p w14:paraId="5D4265F6" w14:textId="77777777" w:rsidR="00EA6D62" w:rsidRDefault="00EA6D62" w:rsidP="00EA6D62">
      <w:r>
        <w:t>This wasn’t good.</w:t>
      </w:r>
    </w:p>
    <w:p w14:paraId="574E8221" w14:textId="77777777" w:rsidR="00EA6D62" w:rsidRDefault="00EA6D62" w:rsidP="00EA6D62">
      <w:r>
        <w:t>Not one bit.</w:t>
      </w:r>
    </w:p>
    <w:p w14:paraId="79E31E2D" w14:textId="77777777" w:rsidR="00EA6D62" w:rsidRDefault="00EA6D62" w:rsidP="00EA6D62"/>
    <w:p w14:paraId="19099DA9" w14:textId="77777777" w:rsidR="00EA6D62" w:rsidRDefault="00EA6D62" w:rsidP="00EA6D62">
      <w:r>
        <w:t>The worn hinges of the church door creaked as Jonas stepped inside. Sunlight poured through the high windows, illuminating floating dust motes and warming the simple wooden pews. At the far end, Elijah stood on a small stepstool, fixing a crooked crossbeam above the pulpit. He turned at the sound of footsteps.</w:t>
      </w:r>
    </w:p>
    <w:p w14:paraId="20F212DF" w14:textId="77777777" w:rsidR="00EA6D62" w:rsidRDefault="00EA6D62" w:rsidP="00EA6D62">
      <w:r>
        <w:t>“Well, I’ll be,” Elijah said, a smile blooming like sunrise on a tired face. “I was startin’ to wonder if you'd gotten yourself lost.”</w:t>
      </w:r>
    </w:p>
    <w:p w14:paraId="01CAAA84" w14:textId="77777777" w:rsidR="00EA6D62" w:rsidRDefault="00EA6D62" w:rsidP="00EA6D62">
      <w:r>
        <w:t>Jonas gave a small, sheepish nod. “Had to do some thinkin’.”</w:t>
      </w:r>
    </w:p>
    <w:p w14:paraId="56FC3197" w14:textId="77777777" w:rsidR="00EA6D62" w:rsidRDefault="00EA6D62" w:rsidP="00EA6D62">
      <w:r>
        <w:t>“Hope the trail gave you what you needed,” Elijah said as he stepped down. “Or at least cleared some of the dust outta your head.”</w:t>
      </w:r>
    </w:p>
    <w:p w14:paraId="24074B12" w14:textId="77777777" w:rsidR="00EA6D62" w:rsidRDefault="00EA6D62" w:rsidP="00EA6D62">
      <w:r>
        <w:t>Jonas’s gaze moved to the side of the sanctuary. Emily stood there quietly, placing hymnals in the back of the pews. Her presence was calm, almost sacred. She looked up and met his eyes—just for a moment—before Jonas looked away.</w:t>
      </w:r>
    </w:p>
    <w:p w14:paraId="46D7BA85" w14:textId="77777777" w:rsidR="00EA6D62" w:rsidRDefault="00EA6D62" w:rsidP="00EA6D62">
      <w:r>
        <w:t>Elijah watched the moment pass. His eyes crinkled, but he said nothing. “I’ll give y’all a minute,” he said, brushing his hands on his trousers and moving toward the back door. “Plenty still to tend outside.”</w:t>
      </w:r>
    </w:p>
    <w:p w14:paraId="5D1B5702" w14:textId="77777777" w:rsidR="00EA6D62" w:rsidRDefault="00EA6D62" w:rsidP="00EA6D62">
      <w:r>
        <w:t>Emily waited until Elijah stepped out. Then she walked over, slowly, hands clasped in front of her. “Glad you’re back,” she said softly. “Folks been askin’ about you.”</w:t>
      </w:r>
    </w:p>
    <w:p w14:paraId="7CE5C7A2" w14:textId="77777777" w:rsidR="00EA6D62" w:rsidRDefault="00EA6D62" w:rsidP="00EA6D62">
      <w:r>
        <w:t>Jonas gave a small nod. “Didn’t mean to stay gone so long.”</w:t>
      </w:r>
    </w:p>
    <w:p w14:paraId="16287EE0" w14:textId="77777777" w:rsidR="00EA6D62" w:rsidRDefault="00EA6D62" w:rsidP="00EA6D62">
      <w:r>
        <w:t>“I figured as much,” she said. “But I’m glad you came back when you did. Elijah’s been workin’ himself near to the grave.”</w:t>
      </w:r>
    </w:p>
    <w:p w14:paraId="2A9815F1" w14:textId="77777777" w:rsidR="00EA6D62" w:rsidRDefault="00EA6D62" w:rsidP="00EA6D62">
      <w:r>
        <w:t>Jonas’s lips twitched in a ghost of a smile. “That sounds about right.”</w:t>
      </w:r>
    </w:p>
    <w:p w14:paraId="278E8BBB" w14:textId="77777777" w:rsidR="00EA6D62" w:rsidRDefault="00EA6D62" w:rsidP="00EA6D62">
      <w:r>
        <w:lastRenderedPageBreak/>
        <w:t>A moment of silence passed between them.</w:t>
      </w:r>
    </w:p>
    <w:p w14:paraId="22933BDC" w14:textId="77777777" w:rsidR="00EA6D62" w:rsidRDefault="00EA6D62" w:rsidP="00EA6D62">
      <w:r>
        <w:t>Emily looked down, then up again. Her voice trembled, just slightly. “I’ve been thinkin’ about helpin’ more. Not just Sunday services. Maybe teachin’ the little ones. Singin’, if anyone’ll stand it. Just… something.”</w:t>
      </w:r>
    </w:p>
    <w:p w14:paraId="056C1FDF" w14:textId="77777777" w:rsidR="00EA6D62" w:rsidRDefault="00EA6D62" w:rsidP="00EA6D62">
      <w:r>
        <w:t>Jonas studied her, but said nothing.</w:t>
      </w:r>
    </w:p>
    <w:p w14:paraId="200F634A" w14:textId="77777777" w:rsidR="00EA6D62" w:rsidRDefault="00EA6D62" w:rsidP="00EA6D62">
      <w:r>
        <w:t>She reached out and briefly touched his arm. “You ain’t the only one still grievin’, Jonas. But grief don’t mean we stop livin’. Not forever.”</w:t>
      </w:r>
    </w:p>
    <w:p w14:paraId="0960C6FB" w14:textId="77777777" w:rsidR="00EA6D62" w:rsidRDefault="00EA6D62" w:rsidP="00EA6D62">
      <w:r>
        <w:t>Jonas lowered his eyes. His throat tightened. “I know,” he said, barely more than a whisper.</w:t>
      </w:r>
    </w:p>
    <w:p w14:paraId="60BE4E65" w14:textId="77777777" w:rsidR="00EA6D62" w:rsidRDefault="00EA6D62" w:rsidP="00EA6D62">
      <w:r>
        <w:t>Outside, a gust of wind stirred the dust. Inside, the silence held.</w:t>
      </w:r>
    </w:p>
    <w:p w14:paraId="7FD24FE8" w14:textId="77777777" w:rsidR="00EA6D62" w:rsidRDefault="00EA6D62" w:rsidP="00EA6D62"/>
    <w:p w14:paraId="4250619B" w14:textId="77777777" w:rsidR="00EA6D62" w:rsidRDefault="00EA6D62" w:rsidP="00EA6D62">
      <w:r>
        <w:t>Jonas rode slowly, the afternoon sun high overhead, casting sharp shadows across the packed dirt streets and sun-faded storefronts. Grafton looked much the same as when he left, but Jonas felt different—as if the wind carried a warning now.</w:t>
      </w:r>
    </w:p>
    <w:p w14:paraId="20BD478F" w14:textId="77777777" w:rsidR="00EA6D62" w:rsidRDefault="00EA6D62" w:rsidP="00EA6D62">
      <w:r>
        <w:t>***</w:t>
      </w:r>
    </w:p>
    <w:p w14:paraId="186F0108" w14:textId="77777777" w:rsidR="00EA6D62" w:rsidRDefault="00EA6D62" w:rsidP="00EA6D62">
      <w:r>
        <w:t>He guided his horse toward the edge of town, letting the familiar habits of a scout take over. Eyes sharp, ears attuned, instincts alive. He kept to the edge of the main road, passing the tannery, the mill, the edge of the cemetery. Every creak of saddle leather and distant hammer on nails seemed magnified. Something didn’t sit right.</w:t>
      </w:r>
    </w:p>
    <w:p w14:paraId="75875FB4" w14:textId="77777777" w:rsidR="00EA6D62" w:rsidRDefault="00EA6D62" w:rsidP="00EA6D62">
      <w:r>
        <w:t>By the time he reached the livery, his unease had gathered weight.</w:t>
      </w:r>
    </w:p>
    <w:p w14:paraId="656F6763" w14:textId="77777777" w:rsidR="00EA6D62" w:rsidRDefault="00EA6D62" w:rsidP="00EA6D62">
      <w:r>
        <w:t>Two men stood near the corral fence, talking low with Sheriff Munson. They weren’t locals—Jonas could tell at a glance. The way they dressed, the cut of their coats, the hard angles of their posture. Hired guns, maybe. One had a scar down the side of his jaw, the other a peculiar limp favoring his left leg.</w:t>
      </w:r>
    </w:p>
    <w:p w14:paraId="7DDE297D" w14:textId="77777777" w:rsidR="00EA6D62" w:rsidRDefault="00EA6D62" w:rsidP="00EA6D62">
      <w:r>
        <w:t>As Jonas rode past, all three turned. The strangers quieted, stepping away from Munson without finishing their conversation. One of them glanced back just a second too long.</w:t>
      </w:r>
    </w:p>
    <w:p w14:paraId="4EEA8929" w14:textId="77777777" w:rsidR="00EA6D62" w:rsidRDefault="00EA6D62" w:rsidP="00EA6D62">
      <w:r>
        <w:t>Jonas didn’t flinch. He met the man’s stare with the blank look of a man who’s seen too much to be rattled. But inside, his mind cataloged every detail: the brand on the bay mare’s flank, the iron grips of their holsters, the worn edge of the taller one’s boots.</w:t>
      </w:r>
    </w:p>
    <w:p w14:paraId="169CC157" w14:textId="77777777" w:rsidR="00EA6D62" w:rsidRDefault="00EA6D62" w:rsidP="00EA6D62">
      <w:r>
        <w:t>He made a slow circuit back through the southern edge of town, letting his horse pick its pace. He passed the old churchyard and the schoolhouse, both quiet now in the heat of the day. The wind stirred only dust and old paper.</w:t>
      </w:r>
    </w:p>
    <w:p w14:paraId="16B1D91C" w14:textId="77777777" w:rsidR="00EA6D62" w:rsidRDefault="00EA6D62" w:rsidP="00EA6D62">
      <w:r>
        <w:lastRenderedPageBreak/>
        <w:t>By the time the sun began its slow descent, Jonas had circled the town twice. His horse moved beneath him like a shadow, hooves muffled against limestone and dry grass. He guided it up a rocky trail leading to the ridge east of Grafton, where a man could see near half the county.</w:t>
      </w:r>
    </w:p>
    <w:p w14:paraId="3FE2CAFB" w14:textId="77777777" w:rsidR="00EA6D62" w:rsidRDefault="00EA6D62" w:rsidP="00EA6D62">
      <w:r>
        <w:t>He dismounted and stood alone, one hand resting on the saddle horn.</w:t>
      </w:r>
    </w:p>
    <w:p w14:paraId="7A91E7C8" w14:textId="77777777" w:rsidR="00EA6D62" w:rsidRDefault="00EA6D62" w:rsidP="00EA6D62">
      <w:r>
        <w:t>Below, the town looked peaceful. Smoke drifted from chimneys. The church steeple caught the light. But Jonas knew better than to trust peace that looked too perfect.</w:t>
      </w:r>
    </w:p>
    <w:p w14:paraId="4A75D360" w14:textId="77777777" w:rsidR="00EA6D62" w:rsidRDefault="00EA6D62" w:rsidP="00EA6D62">
      <w:r>
        <w:t>His eyes swept the horizon—the distant hills mottled with live oak and cedar scrub, the dusty road winding west, the shallow creek bed snaking past the livery.</w:t>
      </w:r>
    </w:p>
    <w:p w14:paraId="253ADD1F" w14:textId="77777777" w:rsidR="00EA6D62" w:rsidRDefault="00EA6D62" w:rsidP="00EA6D62">
      <w:r>
        <w:t>Still, that feeling clung to him.</w:t>
      </w:r>
    </w:p>
    <w:p w14:paraId="5E41C088" w14:textId="77777777" w:rsidR="00EA6D62" w:rsidRDefault="00EA6D62" w:rsidP="00EA6D62">
      <w:r>
        <w:t>Something was coming.</w:t>
      </w:r>
    </w:p>
    <w:p w14:paraId="1B840C2E" w14:textId="77777777" w:rsidR="00EA6D62" w:rsidRDefault="00EA6D62" w:rsidP="00EA6D62">
      <w:r>
        <w:t>He didn’t know from where or when. But he’d learned to listen to that unease.</w:t>
      </w:r>
    </w:p>
    <w:p w14:paraId="33D41455" w14:textId="77777777" w:rsidR="00EA6D62" w:rsidRDefault="00EA6D62" w:rsidP="00EA6D62">
      <w:r>
        <w:t>And tonight, it whispered like dry wind through mesquite.</w:t>
      </w:r>
    </w:p>
    <w:p w14:paraId="6A1CCFA0" w14:textId="77777777" w:rsidR="00EA6D62" w:rsidRDefault="00EA6D62" w:rsidP="00EA6D62">
      <w:r>
        <w:br/>
      </w:r>
    </w:p>
    <w:p w14:paraId="6E5629A7" w14:textId="77777777" w:rsidR="00EA6D62" w:rsidRDefault="00EA6D62" w:rsidP="00EA6D62">
      <w:r>
        <w:t>Chapter Nineteen</w:t>
      </w:r>
    </w:p>
    <w:p w14:paraId="7A88E785" w14:textId="77777777" w:rsidR="00EA6D62" w:rsidRDefault="00EA6D62" w:rsidP="00EA6D62">
      <w:r>
        <w:t>The sanctuary was fuller than it had been in weeks. Not packed, but enough to feel alive. Enough to feel like maybe the tide was turning.</w:t>
      </w:r>
    </w:p>
    <w:p w14:paraId="7126E342" w14:textId="77777777" w:rsidR="00EA6D62" w:rsidRDefault="00EA6D62" w:rsidP="00EA6D62">
      <w:r>
        <w:t>Elijah stood behind the pulpit, his hands resting lightly on the wood. His Bible, worn and marked, lay open to Ecclesiastes.</w:t>
      </w:r>
    </w:p>
    <w:p w14:paraId="7BE9443F" w14:textId="77777777" w:rsidR="00EA6D62" w:rsidRDefault="00EA6D62" w:rsidP="00EA6D62">
      <w:r>
        <w:t>He didn’t read the whole passage—just a few lines.</w:t>
      </w:r>
    </w:p>
    <w:p w14:paraId="3EEC2D08" w14:textId="77777777" w:rsidR="00EA6D62" w:rsidRDefault="00EA6D62" w:rsidP="00EA6D62">
      <w:r>
        <w:t>“To every thing there is a season, and a time to every purpose under the heaven… A time to kill, and a time to heal; a time to break down, and a time to build up…”</w:t>
      </w:r>
    </w:p>
    <w:p w14:paraId="05886766" w14:textId="77777777" w:rsidR="00EA6D62" w:rsidRDefault="00EA6D62" w:rsidP="00EA6D62">
      <w:r>
        <w:t>He paused, letting the words settle. His voice was low but steady.</w:t>
      </w:r>
    </w:p>
    <w:p w14:paraId="5CF35F36" w14:textId="77777777" w:rsidR="00EA6D62" w:rsidRDefault="00EA6D62" w:rsidP="00EA6D62">
      <w:r>
        <w:t>“This town’s seen its share of silence. Of fear. Of lookin’ the other way. But there comes a time to stand. A time to say, ‘Not here. Not anymore.’”</w:t>
      </w:r>
    </w:p>
    <w:p w14:paraId="7F988C6E" w14:textId="77777777" w:rsidR="00EA6D62" w:rsidRDefault="00EA6D62" w:rsidP="00EA6D62">
      <w:r>
        <w:t>Murmurs moved through the pews—Sister June, Carol, Ezra Galloway among them. Even young Will Boyd in the back leaned forward on the edge of his bench.</w:t>
      </w:r>
    </w:p>
    <w:p w14:paraId="1A5054CB" w14:textId="77777777" w:rsidR="00EA6D62" w:rsidRDefault="00EA6D62" w:rsidP="00EA6D62">
      <w:r>
        <w:t>Elijah let the moment breathe.</w:t>
      </w:r>
    </w:p>
    <w:p w14:paraId="16D1BAE7" w14:textId="77777777" w:rsidR="00EA6D62" w:rsidRDefault="00EA6D62" w:rsidP="00EA6D62">
      <w:r>
        <w:t>“And sometimes,” he went on, “there’s a time to rest. To step back, let others take the reins. Maybe not because you’re done—but because someone else is ready, even if they don’t know it yet.”</w:t>
      </w:r>
    </w:p>
    <w:p w14:paraId="06FBEA84" w14:textId="77777777" w:rsidR="00EA6D62" w:rsidRDefault="00EA6D62" w:rsidP="00EA6D62">
      <w:r>
        <w:lastRenderedPageBreak/>
        <w:t>He glanced briefly at Jonas, who sat near the back. Jonas didn’t react. If he caught the glance, or the meaning behind it, he gave no sign. His eyes stayed forward, the old Bible in his lap, thumb grazing the cracked leather of the cover.</w:t>
      </w:r>
    </w:p>
    <w:p w14:paraId="09607F15" w14:textId="77777777" w:rsidR="00EA6D62" w:rsidRDefault="00EA6D62" w:rsidP="00EA6D62">
      <w:r>
        <w:t>Elijah continued.</w:t>
      </w:r>
    </w:p>
    <w:p w14:paraId="55F7F3C9" w14:textId="77777777" w:rsidR="00EA6D62" w:rsidRDefault="00EA6D62" w:rsidP="00EA6D62">
      <w:r>
        <w:t>“There’s a time to mourn, yes. But also a time to dance. A time to embrace. A time to love.”</w:t>
      </w:r>
    </w:p>
    <w:p w14:paraId="245057D6" w14:textId="77777777" w:rsidR="00EA6D62" w:rsidRDefault="00EA6D62" w:rsidP="00EA6D62">
      <w:r>
        <w:t>His gaze swept the room, then rested for a breath on Emily Hartley, who sat with the children along the right side. She smiled gently, her eyes catching Jonas’s for the briefest moment.</w:t>
      </w:r>
    </w:p>
    <w:p w14:paraId="39468336" w14:textId="77777777" w:rsidR="00EA6D62" w:rsidRDefault="00EA6D62" w:rsidP="00EA6D62">
      <w:r>
        <w:t>Elijah’s voice softened.</w:t>
      </w:r>
    </w:p>
    <w:p w14:paraId="6124799E" w14:textId="77777777" w:rsidR="00EA6D62" w:rsidRDefault="00EA6D62" w:rsidP="00EA6D62">
      <w:r>
        <w:t>“We don’t always get to pick the season. But we do get to decide how we’ll walk through it.”</w:t>
      </w:r>
    </w:p>
    <w:p w14:paraId="4F5A9BC8" w14:textId="77777777" w:rsidR="00EA6D62" w:rsidRDefault="00EA6D62" w:rsidP="00EA6D62">
      <w:r>
        <w:t>He closed the Bible slowly and stepped back from the pulpit.</w:t>
      </w:r>
    </w:p>
    <w:p w14:paraId="62172B62" w14:textId="77777777" w:rsidR="00EA6D62" w:rsidRDefault="00EA6D62" w:rsidP="00EA6D62">
      <w:r>
        <w:t>Not a fiery sermon. Not one folks would remember word for word. But something had shifted.</w:t>
      </w:r>
    </w:p>
    <w:p w14:paraId="2DE845BD" w14:textId="77777777" w:rsidR="00EA6D62" w:rsidRDefault="00EA6D62" w:rsidP="00EA6D62">
      <w:r>
        <w:t>And outside, the clouds were thinning.</w:t>
      </w:r>
    </w:p>
    <w:p w14:paraId="42C83628" w14:textId="77777777" w:rsidR="00EA6D62" w:rsidRDefault="00EA6D62" w:rsidP="00EA6D62"/>
    <w:p w14:paraId="15D275D9" w14:textId="77777777" w:rsidR="00EA6D62" w:rsidRDefault="00EA6D62" w:rsidP="00EA6D62">
      <w:r>
        <w:t>The sun hung high, warming the steps of the whitewashed church as folks drifted out in twos and threes, voices hushed, contemplative. A few lingered near the hitching posts, murmuring about the sermon or trading news in quiet tones.</w:t>
      </w:r>
    </w:p>
    <w:p w14:paraId="45FFCD17" w14:textId="77777777" w:rsidR="00EA6D62" w:rsidRDefault="00EA6D62" w:rsidP="00EA6D62">
      <w:r>
        <w:t>Elijah stepped out last, blinking into the light. His coat hung looser on him than it used to. He moved slower than the man who’d first ridden into Grafton with Jonas weeks ago—but there was something settled in his eyes, too. Less fire, more weight. Purpose.</w:t>
      </w:r>
    </w:p>
    <w:p w14:paraId="016BBB3C" w14:textId="77777777" w:rsidR="00EA6D62" w:rsidRDefault="00EA6D62" w:rsidP="00EA6D62">
      <w:r>
        <w:t>Jonas waited off to the side, arms crossed as he leaned against the post near the church gate. He nodded once when Elijah met his gaze.</w:t>
      </w:r>
    </w:p>
    <w:p w14:paraId="1CFA920A" w14:textId="77777777" w:rsidR="00EA6D62" w:rsidRDefault="00EA6D62" w:rsidP="00EA6D62">
      <w:r>
        <w:t>Emma stood talking with Sister June and Carol by the water barrel. Laughter rose once, light and brief—then faded. She glanced toward Jonas but didn’t come over.</w:t>
      </w:r>
    </w:p>
    <w:p w14:paraId="53C147AC" w14:textId="77777777" w:rsidR="00EA6D62" w:rsidRDefault="00EA6D62" w:rsidP="00EA6D62">
      <w:r>
        <w:t>Ezra approached Elijah with his hat in hand.</w:t>
      </w:r>
    </w:p>
    <w:p w14:paraId="38E7861C" w14:textId="77777777" w:rsidR="00EA6D62" w:rsidRDefault="00EA6D62" w:rsidP="00EA6D62">
      <w:r>
        <w:t>“Good sermon,” he said, voice low. “Folks needed to hear it.”</w:t>
      </w:r>
    </w:p>
    <w:p w14:paraId="2510C2A1" w14:textId="77777777" w:rsidR="00EA6D62" w:rsidRDefault="00EA6D62" w:rsidP="00EA6D62">
      <w:r>
        <w:t>Elijah gave a slow nod. “We all did.”</w:t>
      </w:r>
    </w:p>
    <w:p w14:paraId="0F0767E4" w14:textId="77777777" w:rsidR="00EA6D62" w:rsidRDefault="00EA6D62" w:rsidP="00EA6D62">
      <w:r>
        <w:t>Ezra hesitated. “You alright?”</w:t>
      </w:r>
    </w:p>
    <w:p w14:paraId="2A2961A8" w14:textId="77777777" w:rsidR="00EA6D62" w:rsidRDefault="00EA6D62" w:rsidP="00EA6D62">
      <w:r>
        <w:t>“Just tired,” Elijah said, then added with a smile that didn’t quite reach his eyes, “Nothing that’ll kill me today.”</w:t>
      </w:r>
    </w:p>
    <w:p w14:paraId="10943CFB" w14:textId="77777777" w:rsidR="00EA6D62" w:rsidRDefault="00EA6D62" w:rsidP="00EA6D62">
      <w:r>
        <w:lastRenderedPageBreak/>
        <w:t>He stepped away from the others and joined Jonas near the gate.</w:t>
      </w:r>
    </w:p>
    <w:p w14:paraId="21F41F95" w14:textId="77777777" w:rsidR="00EA6D62" w:rsidRDefault="00EA6D62" w:rsidP="00EA6D62">
      <w:r>
        <w:t>“You catch the message?” Elijah asked, tone casual.</w:t>
      </w:r>
    </w:p>
    <w:p w14:paraId="2D6C6C06" w14:textId="77777777" w:rsidR="00EA6D62" w:rsidRDefault="00EA6D62" w:rsidP="00EA6D62">
      <w:r>
        <w:t>Jonas gave a faint shrug. “Parts of it.”</w:t>
      </w:r>
    </w:p>
    <w:p w14:paraId="3378F44D" w14:textId="77777777" w:rsidR="00EA6D62" w:rsidRDefault="00EA6D62" w:rsidP="00EA6D62">
      <w:r>
        <w:t>Elijah grinned. “That’s more than most.”</w:t>
      </w:r>
    </w:p>
    <w:p w14:paraId="42410ACF" w14:textId="77777777" w:rsidR="00EA6D62" w:rsidRDefault="00EA6D62" w:rsidP="00EA6D62">
      <w:r>
        <w:t>They stood in silence a beat.</w:t>
      </w:r>
    </w:p>
    <w:p w14:paraId="5448830F" w14:textId="77777777" w:rsidR="00EA6D62" w:rsidRDefault="00EA6D62" w:rsidP="00EA6D62">
      <w:r>
        <w:t>“Thinking about staying?” Jonas asked.</w:t>
      </w:r>
    </w:p>
    <w:p w14:paraId="7CD8CACF" w14:textId="77777777" w:rsidR="00EA6D62" w:rsidRDefault="00EA6D62" w:rsidP="00EA6D62">
      <w:r>
        <w:t>Elijah looked out at the town—at the crooked saloon, the half-mended porch on the mercantile, the group of children chasing each other near the schoolhouse.</w:t>
      </w:r>
    </w:p>
    <w:p w14:paraId="23E96AC6" w14:textId="77777777" w:rsidR="00EA6D62" w:rsidRDefault="00EA6D62" w:rsidP="00EA6D62">
      <w:r>
        <w:t>“Not sure,” he said. “But I’m thinking… maybe it’s time someone did.”</w:t>
      </w:r>
    </w:p>
    <w:p w14:paraId="4CB20645" w14:textId="77777777" w:rsidR="00EA6D62" w:rsidRDefault="00EA6D62" w:rsidP="00EA6D62">
      <w:r>
        <w:t>Jonas said nothing. Just shifted his weight, eyes scanning the street like he always did.</w:t>
      </w:r>
    </w:p>
    <w:p w14:paraId="64A764D3" w14:textId="77777777" w:rsidR="00EA6D62" w:rsidRDefault="00EA6D62" w:rsidP="00EA6D62">
      <w:r>
        <w:t>Elijah clapped his shoulder once. “Let’s get lunch before Sister June decides we’ve earned another sermon.”</w:t>
      </w:r>
    </w:p>
    <w:p w14:paraId="04D3D1BE" w14:textId="77777777" w:rsidR="00EA6D62" w:rsidRDefault="00EA6D62" w:rsidP="00EA6D62">
      <w:r>
        <w:t>They walked together down the steps, shadows stretching long behind them.</w:t>
      </w:r>
    </w:p>
    <w:p w14:paraId="4D220664" w14:textId="77777777" w:rsidR="00EA6D62" w:rsidRDefault="00EA6D62" w:rsidP="00EA6D62">
      <w:r>
        <w:t>***</w:t>
      </w:r>
    </w:p>
    <w:p w14:paraId="2D5C1627" w14:textId="77777777" w:rsidR="00EA6D62" w:rsidRDefault="00EA6D62" w:rsidP="00EA6D62">
      <w:r>
        <w:t>The parlor at Sister June’s house smelled of cornbread, smoked ham, and sweet onions. Lace curtains fluttered in the breeze from an open window, letting in the warmth of the early afternoon sun. The table was set simple—stoneware plates, tin cups, and a blue-checked cloth—but it felt like a feast after weeks of trail food.</w:t>
      </w:r>
    </w:p>
    <w:p w14:paraId="40CA9841" w14:textId="77777777" w:rsidR="00EA6D62" w:rsidRDefault="00EA6D62" w:rsidP="00EA6D62">
      <w:r>
        <w:t>Jonas sat across from Elijah, chewing slowly, quietly. Sister June bustled between the kitchen and table, joined by Carol, who set out a plate of biscuits with a proud little grin.</w:t>
      </w:r>
    </w:p>
    <w:p w14:paraId="373FD765" w14:textId="77777777" w:rsidR="00EA6D62" w:rsidRDefault="00EA6D62" w:rsidP="00EA6D62">
      <w:r>
        <w:t>Emma stood in the corner, drying her hands on a towel after helping with dishes. She paused when she saw Jonas looking her way. Their eyes met—just for a breath—and something unspoken passed between them. Not longing. Not yet. But the soft echo of something old and aching. Jonas looked away first, back to his plate.</w:t>
      </w:r>
    </w:p>
    <w:p w14:paraId="2737191B" w14:textId="77777777" w:rsidR="00EA6D62" w:rsidRDefault="00EA6D62" w:rsidP="00EA6D62">
      <w:r>
        <w:t>Elijah cleared his throat softly, not missing the moment.</w:t>
      </w:r>
    </w:p>
    <w:p w14:paraId="07CAEB5E" w14:textId="77777777" w:rsidR="00EA6D62" w:rsidRDefault="00EA6D62" w:rsidP="00EA6D62">
      <w:r>
        <w:t>“Funny thing,” he said. “This town’s starting to feel like a place worth putting down roots.”</w:t>
      </w:r>
    </w:p>
    <w:p w14:paraId="0EB41E5D" w14:textId="77777777" w:rsidR="00EA6D62" w:rsidRDefault="00EA6D62" w:rsidP="00EA6D62">
      <w:r>
        <w:t>Jonas didn’t look up. “That why you preached what you did?”</w:t>
      </w:r>
    </w:p>
    <w:p w14:paraId="2EFD8584" w14:textId="77777777" w:rsidR="00EA6D62" w:rsidRDefault="00EA6D62" w:rsidP="00EA6D62">
      <w:r>
        <w:t>Elijah smiled to himself. “I reckon so. There's a time for wandering, a time for fighting. A time for rest.”</w:t>
      </w:r>
    </w:p>
    <w:p w14:paraId="4EF7E77A" w14:textId="77777777" w:rsidR="00EA6D62" w:rsidRDefault="00EA6D62" w:rsidP="00EA6D62">
      <w:r>
        <w:t>“You ever rest?”</w:t>
      </w:r>
    </w:p>
    <w:p w14:paraId="17781AF3" w14:textId="77777777" w:rsidR="00EA6D62" w:rsidRDefault="00EA6D62" w:rsidP="00EA6D62">
      <w:r>
        <w:lastRenderedPageBreak/>
        <w:t>Elijah leaned back in his chair, sipping from a chipped mug. “Not much. Not well. But I think… maybe I’ve been searching for something I already found.”</w:t>
      </w:r>
    </w:p>
    <w:p w14:paraId="75AE97C4" w14:textId="77777777" w:rsidR="00EA6D62" w:rsidRDefault="00EA6D62" w:rsidP="00EA6D62"/>
    <w:p w14:paraId="460142F2" w14:textId="77777777" w:rsidR="00EA6D62" w:rsidRDefault="00EA6D62" w:rsidP="00EA6D62">
      <w:r>
        <w:t>Jonas studied him now. “What’s that?”</w:t>
      </w:r>
    </w:p>
    <w:p w14:paraId="39722AC9" w14:textId="77777777" w:rsidR="00EA6D62" w:rsidRDefault="00EA6D62" w:rsidP="00EA6D62">
      <w:r>
        <w:t>Elijah’s gaze settled on the window, where two boys played in the dusty yard beyond. “A reason to stop moving.”</w:t>
      </w:r>
    </w:p>
    <w:p w14:paraId="6BE037EF" w14:textId="77777777" w:rsidR="00EA6D62" w:rsidRDefault="00EA6D62" w:rsidP="00EA6D62">
      <w:r>
        <w:t>Jonas went still.</w:t>
      </w:r>
    </w:p>
    <w:p w14:paraId="13CEC0A4" w14:textId="77777777" w:rsidR="00EA6D62" w:rsidRDefault="00EA6D62" w:rsidP="00EA6D62">
      <w:r>
        <w:t>Elijah didn’t press. Just tore a piece of biscuit and said, “You ever think about what comes next?”</w:t>
      </w:r>
    </w:p>
    <w:p w14:paraId="7DC10DF2" w14:textId="77777777" w:rsidR="00EA6D62" w:rsidRDefault="00EA6D62" w:rsidP="00EA6D62">
      <w:r>
        <w:t>Jonas gave a slight shake of his head. “Can’t say I have.”</w:t>
      </w:r>
    </w:p>
    <w:p w14:paraId="7240E9DB" w14:textId="77777777" w:rsidR="00EA6D62" w:rsidRDefault="00EA6D62" w:rsidP="00EA6D62">
      <w:r>
        <w:t>“Well,” Elijah said, his voice quiet now, “might be time to start.”</w:t>
      </w:r>
    </w:p>
    <w:p w14:paraId="3F587AF5" w14:textId="77777777" w:rsidR="00EA6D62" w:rsidRDefault="00EA6D62" w:rsidP="00EA6D62">
      <w:r>
        <w:t>Outside, a breeze stirred the leaves. The sounds of Grafton drifted in faintly—hammering from the blacksmith, laughter from down the road. Life kept moving, like the preacher said.</w:t>
      </w:r>
    </w:p>
    <w:p w14:paraId="4071E158" w14:textId="77777777" w:rsidR="00EA6D62" w:rsidRDefault="00EA6D62" w:rsidP="00EA6D62">
      <w:r>
        <w:t>Jonas wiped his hands, stood slowly. “Appreciate the meal.”</w:t>
      </w:r>
    </w:p>
    <w:p w14:paraId="6BDECCBA" w14:textId="77777777" w:rsidR="00EA6D62" w:rsidRDefault="00EA6D62" w:rsidP="00EA6D62">
      <w:r>
        <w:t>“You're not leavin', are you?” Carol asked, frowning.</w:t>
      </w:r>
    </w:p>
    <w:p w14:paraId="5D60DAA7" w14:textId="77777777" w:rsidR="00EA6D62" w:rsidRDefault="00EA6D62" w:rsidP="00EA6D62">
      <w:r>
        <w:t>“Just need some air,” Jonas said.</w:t>
      </w:r>
    </w:p>
    <w:p w14:paraId="67B125D6" w14:textId="77777777" w:rsidR="00EA6D62" w:rsidRDefault="00EA6D62" w:rsidP="00EA6D62">
      <w:r>
        <w:t>Elijah watched him go, then turned to Emma, who still stood by the sink. She hadn’t moved since Jonas left the table.</w:t>
      </w:r>
    </w:p>
    <w:p w14:paraId="12057589" w14:textId="77777777" w:rsidR="00EA6D62" w:rsidRDefault="00EA6D62" w:rsidP="00EA6D62">
      <w:r>
        <w:t>“Elijah?” she asked gently.</w:t>
      </w:r>
    </w:p>
    <w:p w14:paraId="767AC6BB" w14:textId="77777777" w:rsidR="00EA6D62" w:rsidRDefault="00EA6D62" w:rsidP="00EA6D62">
      <w:r>
        <w:t>He met her eyes.</w:t>
      </w:r>
    </w:p>
    <w:p w14:paraId="5F26FC74" w14:textId="77777777" w:rsidR="00EA6D62" w:rsidRDefault="00EA6D62" w:rsidP="00EA6D62">
      <w:r>
        <w:t>“You think he’s alright?”</w:t>
      </w:r>
    </w:p>
    <w:p w14:paraId="75AFC62E" w14:textId="77777777" w:rsidR="00EA6D62" w:rsidRDefault="00EA6D62" w:rsidP="00EA6D62">
      <w:r>
        <w:t>Elijah exhaled slowly. “Not yet. But he’s closer than he’s been.”</w:t>
      </w:r>
    </w:p>
    <w:p w14:paraId="7352BCF5" w14:textId="77777777" w:rsidR="00EA6D62" w:rsidRDefault="00EA6D62" w:rsidP="00EA6D62">
      <w:r>
        <w:t>***</w:t>
      </w:r>
    </w:p>
    <w:p w14:paraId="4827F2B9" w14:textId="77777777" w:rsidR="00EA6D62" w:rsidRDefault="00EA6D62" w:rsidP="00EA6D62">
      <w:r>
        <w:t>The church was silent, its wooden bones creaking gently in the night breeze. A single lantern burned low on the pulpit, casting soft amber light over the pews and catching the edge of Elijah’s worn journal as he wrote.</w:t>
      </w:r>
    </w:p>
    <w:p w14:paraId="3F977674" w14:textId="77777777" w:rsidR="00EA6D62" w:rsidRDefault="00EA6D62" w:rsidP="00EA6D62">
      <w:r>
        <w:t>He sat at the front, hunched slightly, spectacles perched low on his nose. His handwriting was steady but slow, each word measured like a prayer. The letter was addressed to a contact in Austin—a second appeal for help, this one more desperate than the first.</w:t>
      </w:r>
    </w:p>
    <w:p w14:paraId="30A8126A" w14:textId="77777777" w:rsidR="00EA6D62" w:rsidRDefault="00EA6D62" w:rsidP="00EA6D62">
      <w:r>
        <w:lastRenderedPageBreak/>
        <w:t>"I fear the peace of Grafton hangs by a thread. Darkness moves under the surface, masked in law and wealth. We need intervention—swift, and righteous."</w:t>
      </w:r>
    </w:p>
    <w:p w14:paraId="3AD730EB" w14:textId="77777777" w:rsidR="00EA6D62" w:rsidRDefault="00EA6D62" w:rsidP="00EA6D62">
      <w:r>
        <w:t>He paused, set his pen down. Rubbed the bridge of his nose.</w:t>
      </w:r>
    </w:p>
    <w:p w14:paraId="6C7C7AFD" w14:textId="77777777" w:rsidR="00EA6D62" w:rsidRDefault="00EA6D62" w:rsidP="00EA6D62">
      <w:r>
        <w:t>Then he bowed his head. The soft whisper of prayer filled the still air.</w:t>
      </w:r>
    </w:p>
    <w:p w14:paraId="7E873105" w14:textId="77777777" w:rsidR="00EA6D62" w:rsidRDefault="00EA6D62" w:rsidP="00EA6D62">
      <w:r>
        <w:t>“Yea, though I walk through the valley of the shadow of death…”</w:t>
      </w:r>
    </w:p>
    <w:p w14:paraId="2370896D" w14:textId="77777777" w:rsidR="00EA6D62" w:rsidRDefault="00EA6D62" w:rsidP="00EA6D62">
      <w:r>
        <w:t>His voice trembled slightly—not from fear, but from weariness. He folded the letter carefully, pressed his seal into the wax, and set it beside his old Bible.</w:t>
      </w:r>
    </w:p>
    <w:p w14:paraId="2F54D0C6" w14:textId="77777777" w:rsidR="00EA6D62" w:rsidRDefault="00EA6D62" w:rsidP="00EA6D62">
      <w:r>
        <w:t>The candle’s flame dipped, flickered. He looked up, toward the church doors, as if expecting something—or someone.</w:t>
      </w:r>
    </w:p>
    <w:p w14:paraId="63D9FBEB" w14:textId="77777777" w:rsidR="00EA6D62" w:rsidRDefault="00EA6D62" w:rsidP="00EA6D62">
      <w:r>
        <w:t>He sat there for a moment longer, hands resting on the altar.</w:t>
      </w:r>
    </w:p>
    <w:p w14:paraId="3CA244DB" w14:textId="77777777" w:rsidR="00EA6D62" w:rsidRDefault="00EA6D62" w:rsidP="00EA6D62">
      <w:r>
        <w:t>The wind sighed through the boards. Somewhere outside, a dog barked once and fell quiet.</w:t>
      </w:r>
    </w:p>
    <w:p w14:paraId="38386146" w14:textId="77777777" w:rsidR="00EA6D62" w:rsidRDefault="00EA6D62" w:rsidP="00EA6D62">
      <w:r>
        <w:t>Elijah whispered, “Thy will be done,” and extinguished the light.</w:t>
      </w:r>
    </w:p>
    <w:p w14:paraId="65F87A7E" w14:textId="77777777" w:rsidR="00EA6D62" w:rsidRDefault="00EA6D62" w:rsidP="00EA6D62">
      <w:r>
        <w:t>Darkness filled the sanctuary.</w:t>
      </w:r>
    </w:p>
    <w:p w14:paraId="0880193B" w14:textId="77777777" w:rsidR="00EA6D62" w:rsidRDefault="00EA6D62" w:rsidP="00EA6D62">
      <w:r>
        <w:t>***</w:t>
      </w:r>
    </w:p>
    <w:p w14:paraId="35549DAA" w14:textId="77777777" w:rsidR="00EA6D62" w:rsidRDefault="00EA6D62" w:rsidP="00EA6D62">
      <w:r>
        <w:t>The morning light crept through the warped slats of the window, falling across a stack of unpaid bills and a half-drunk cup of coffee gone cold. Ezra Galloway sat hunched at the small kitchen table, elbows planted on the wood, hands cradling his head like it might come apart.</w:t>
      </w:r>
    </w:p>
    <w:p w14:paraId="0A314333" w14:textId="77777777" w:rsidR="00EA6D62" w:rsidRDefault="00EA6D62" w:rsidP="00EA6D62">
      <w:r>
        <w:t>The room was quiet—too quiet. Just the ticking of the wall clock and the occasional creak of the old boards settling. On the table before him lay a crumpled letter from the bank, along with a final notice from the feed supplier.</w:t>
      </w:r>
    </w:p>
    <w:p w14:paraId="1EEBB719" w14:textId="77777777" w:rsidR="00EA6D62" w:rsidRDefault="00EA6D62" w:rsidP="00EA6D62">
      <w:r>
        <w:t>He’d tried to hold things together. Thought he could make a deal, smooth things over, pay what he owed and no one would get hurt. Butler had offered him just enough—money for silence, a few names, the location of a letter sent. It hadn’t felt right, but at the time it felt necessary.</w:t>
      </w:r>
    </w:p>
    <w:p w14:paraId="53DBFD11" w14:textId="77777777" w:rsidR="00EA6D62" w:rsidRDefault="00EA6D62" w:rsidP="00EA6D62">
      <w:r>
        <w:t>And now? Now it felt like rot in his chest.</w:t>
      </w:r>
    </w:p>
    <w:p w14:paraId="39885DDA" w14:textId="77777777" w:rsidR="00EA6D62" w:rsidRDefault="00EA6D62" w:rsidP="00EA6D62">
      <w:r>
        <w:t>He stood up abruptly, knocking over the coffee. It spilled across the table and soaked into the letter. He didn’t bother to stop it.</w:t>
      </w:r>
    </w:p>
    <w:p w14:paraId="3F854485" w14:textId="77777777" w:rsidR="00EA6D62" w:rsidRDefault="00EA6D62" w:rsidP="00EA6D62">
      <w:r>
        <w:t>Moving to the small washbasin, he splashed water on his face, gripping the sides of the cabinet until his knuckles went white. In the warped mirror above, his reflection looked back: hollow-eyed, unshaven, ashamed.</w:t>
      </w:r>
    </w:p>
    <w:p w14:paraId="76A2715D" w14:textId="77777777" w:rsidR="00EA6D62" w:rsidRDefault="00EA6D62" w:rsidP="00EA6D62">
      <w:r>
        <w:t>“Elijah trusted you,” he muttered. Then, softer, “God trusted you.”</w:t>
      </w:r>
    </w:p>
    <w:p w14:paraId="50E3EED3" w14:textId="77777777" w:rsidR="00EA6D62" w:rsidRDefault="00EA6D62" w:rsidP="00EA6D62">
      <w:r>
        <w:lastRenderedPageBreak/>
        <w:t>He let the words hang in the stillness. They tasted bitter in his mouth.</w:t>
      </w:r>
    </w:p>
    <w:p w14:paraId="534E002C" w14:textId="77777777" w:rsidR="00EA6D62" w:rsidRDefault="00EA6D62" w:rsidP="00EA6D62">
      <w:r>
        <w:t>He stepped back, shaking his head. He hadn’t even told his wife the truth—just said he was helping calm things down in town, playing both sides until it all settled. But he knew it wouldn’t settle. Not now. Not with Fraser gone, and Munson watching everything like a hawk.</w:t>
      </w:r>
    </w:p>
    <w:p w14:paraId="72698AEC" w14:textId="77777777" w:rsidR="00EA6D62" w:rsidRDefault="00EA6D62" w:rsidP="00EA6D62">
      <w:r>
        <w:t>Ezra looked toward the small shelf where the family Bible sat. He used to open it every morning. Lately, he hadn’t even dusted it.</w:t>
      </w:r>
    </w:p>
    <w:p w14:paraId="56037200" w14:textId="77777777" w:rsidR="00EA6D62" w:rsidRDefault="00EA6D62" w:rsidP="00EA6D62">
      <w:r>
        <w:t>He reached for it now, but stopped short—hand hovering, heart hammering.</w:t>
      </w:r>
    </w:p>
    <w:p w14:paraId="5D3943FD" w14:textId="77777777" w:rsidR="00EA6D62" w:rsidRDefault="00EA6D62" w:rsidP="00EA6D62">
      <w:r>
        <w:t>“I betrayed Elijah,” he whispered. “But worse than that... I betrayed God.”</w:t>
      </w:r>
    </w:p>
    <w:p w14:paraId="78F22084" w14:textId="77777777" w:rsidR="00EA6D62" w:rsidRDefault="00EA6D62" w:rsidP="00EA6D62">
      <w:r>
        <w:t>The weight of it dropped him into the nearest chair. He buried his face in his hands.</w:t>
      </w:r>
    </w:p>
    <w:p w14:paraId="7BD65F76" w14:textId="77777777" w:rsidR="00EA6D62" w:rsidRDefault="00EA6D62" w:rsidP="00EA6D62">
      <w:r>
        <w:t>***</w:t>
      </w:r>
    </w:p>
    <w:p w14:paraId="6A192747" w14:textId="77777777" w:rsidR="00EA6D62" w:rsidRDefault="00EA6D62" w:rsidP="00EA6D62">
      <w:r>
        <w:t>John Butler’s study smelled of pipe smoke, oil, and old money. Thick velvet drapes muffled the sound of the wind outside. A fire crackled low in the hearth. Sheriff Munson stood near the door, hat in hand, while Butler sat behind his desk, swirling a glass of whiskey.</w:t>
      </w:r>
    </w:p>
    <w:p w14:paraId="6204C0E8" w14:textId="77777777" w:rsidR="00EA6D62" w:rsidRDefault="00EA6D62" w:rsidP="00EA6D62">
      <w:r>
        <w:t>“So,” Butler said without looking up, “Fraser ran.”</w:t>
      </w:r>
    </w:p>
    <w:p w14:paraId="6B69769F" w14:textId="77777777" w:rsidR="00EA6D62" w:rsidRDefault="00EA6D62" w:rsidP="00EA6D62">
      <w:r>
        <w:t>Munson gave a dry grunt. “Packed what he could carry and slipped out like a thief in the night. Didn’t say a word to nobody.”</w:t>
      </w:r>
    </w:p>
    <w:p w14:paraId="47F892A5" w14:textId="77777777" w:rsidR="00EA6D62" w:rsidRDefault="00EA6D62" w:rsidP="00EA6D62">
      <w:r>
        <w:t>“Typical. Couldn’t stomach the pressure.” Butler finally looked up. “But I’m not interested in Fraser right now. I’m interested in that preacher.”</w:t>
      </w:r>
    </w:p>
    <w:p w14:paraId="261E988A" w14:textId="77777777" w:rsidR="00EA6D62" w:rsidRDefault="00EA6D62" w:rsidP="00EA6D62">
      <w:r>
        <w:t>“Elijah?” Munson asked.</w:t>
      </w:r>
    </w:p>
    <w:p w14:paraId="7ECE9C61" w14:textId="77777777" w:rsidR="00EA6D62" w:rsidRDefault="00EA6D62" w:rsidP="00EA6D62">
      <w:r>
        <w:t>Butler nodded. “You said Ezra confirmed he sent a letter to Austin?”</w:t>
      </w:r>
    </w:p>
    <w:p w14:paraId="5752228F" w14:textId="77777777" w:rsidR="00EA6D62" w:rsidRDefault="00EA6D62" w:rsidP="00EA6D62">
      <w:r>
        <w:t>Munson shifted uncomfortably. “Yeah. One letter, far as Ezra knows. Said it was somethin’ about needing oversight, lawmen from outside. Maybe even the army if it comes to that.”</w:t>
      </w:r>
    </w:p>
    <w:p w14:paraId="0504A264" w14:textId="77777777" w:rsidR="00EA6D62" w:rsidRDefault="00EA6D62" w:rsidP="00EA6D62">
      <w:r>
        <w:t>Butler’s hand tightened on his glass. “If anyone in Austin takes him seriously, we’ve got a real problem. That man stands in a pulpit and folks listen. More than listen — they believe.”</w:t>
      </w:r>
    </w:p>
    <w:p w14:paraId="1DD69306" w14:textId="77777777" w:rsidR="00EA6D62" w:rsidRDefault="00EA6D62" w:rsidP="00EA6D62">
      <w:r>
        <w:t>“Yeah, well, he’s not the one I’m worried about,” Munson said. He stepped closer, voice low. “It’s Walker. The preacher talks, but Jonas makes people think they can do something about it. They see him standin’ there, gun on his hip, quiet as a shadow, and they get bold.”</w:t>
      </w:r>
    </w:p>
    <w:p w14:paraId="4BD3059A" w14:textId="77777777" w:rsidR="00EA6D62" w:rsidRDefault="00EA6D62" w:rsidP="00EA6D62">
      <w:r>
        <w:t>Butler leaned back. “You think he’s the spark?”</w:t>
      </w:r>
    </w:p>
    <w:p w14:paraId="798AB62A" w14:textId="77777777" w:rsidR="00EA6D62" w:rsidRDefault="00EA6D62" w:rsidP="00EA6D62">
      <w:r>
        <w:t>“He’s the sword,” Munson said. “Elijah might light the fire, but Jonas swings the blade.”</w:t>
      </w:r>
    </w:p>
    <w:p w14:paraId="597B6590" w14:textId="77777777" w:rsidR="00EA6D62" w:rsidRDefault="00EA6D62" w:rsidP="00EA6D62">
      <w:r>
        <w:lastRenderedPageBreak/>
        <w:t>Butler frowned, his eyes drifting to the window. “We can’t afford boldness. Fear is what’s kept this town in line.”</w:t>
      </w:r>
    </w:p>
    <w:p w14:paraId="6DF42C56" w14:textId="77777777" w:rsidR="00EA6D62" w:rsidRDefault="00EA6D62" w:rsidP="00EA6D62">
      <w:r>
        <w:t>“And it’s startin’ to crack.” Munson’s tone turned sharp. “Folks are talking more. Questioning things. Some of the ranchers haven’t paid their ‘protection dues.’ Church is fuller every Sunday.”</w:t>
      </w:r>
    </w:p>
    <w:p w14:paraId="4B55D614" w14:textId="77777777" w:rsidR="00EA6D62" w:rsidRDefault="00EA6D62" w:rsidP="00EA6D62">
      <w:r>
        <w:t>Butler tapped a finger against the glass. “And that’s after just a few sermons.”</w:t>
      </w:r>
    </w:p>
    <w:p w14:paraId="37029A67" w14:textId="77777777" w:rsidR="00EA6D62" w:rsidRDefault="00EA6D62" w:rsidP="00EA6D62">
      <w:r>
        <w:t>“Exactly.” Munson stepped closer. “We wait too long, and it won’t matter what the law says. They’ll have enough belief in that pulpit and that gunfighter to rise up.”</w:t>
      </w:r>
    </w:p>
    <w:p w14:paraId="79EA32C9" w14:textId="77777777" w:rsidR="00EA6D62" w:rsidRDefault="00EA6D62" w:rsidP="00EA6D62">
      <w:r>
        <w:t>Butler was silent for a moment, then said coldly, “No more letters. No more sermons. End it.”</w:t>
      </w:r>
    </w:p>
    <w:p w14:paraId="28AB5344" w14:textId="77777777" w:rsidR="00EA6D62" w:rsidRDefault="00EA6D62" w:rsidP="00EA6D62">
      <w:r>
        <w:t>Munson raised an eyebrow. “You want it clean?”</w:t>
      </w:r>
    </w:p>
    <w:p w14:paraId="4FA61020" w14:textId="77777777" w:rsidR="00EA6D62" w:rsidRDefault="00EA6D62" w:rsidP="00EA6D62">
      <w:r>
        <w:t>“Clean or messy,” Butler said, standing. “Just make sure it’s quiet.”</w:t>
      </w:r>
    </w:p>
    <w:p w14:paraId="30C56CD9" w14:textId="77777777" w:rsidR="00EA6D62" w:rsidRDefault="00EA6D62" w:rsidP="00EA6D62">
      <w:r>
        <w:t>“But what about Walker?”</w:t>
      </w:r>
    </w:p>
    <w:p w14:paraId="20ED96C7" w14:textId="77777777" w:rsidR="00EA6D62" w:rsidRDefault="00EA6D62" w:rsidP="00EA6D62">
      <w:r>
        <w:t>Butler poured another drink. “If he steps in the way, deal with him.”</w:t>
      </w:r>
    </w:p>
    <w:p w14:paraId="55BE10E1" w14:textId="77777777" w:rsidR="00EA6D62" w:rsidRDefault="00EA6D62" w:rsidP="00EA6D62">
      <w:r>
        <w:t>Outside, the night shifted. The wind picked up. In the distance, a church bell gave a solitary chime.</w:t>
      </w:r>
    </w:p>
    <w:p w14:paraId="779A779A" w14:textId="77777777" w:rsidR="00EA6D62" w:rsidRDefault="00EA6D62" w:rsidP="00EA6D62">
      <w:r>
        <w:t>***</w:t>
      </w:r>
    </w:p>
    <w:p w14:paraId="7BEB566A" w14:textId="77777777" w:rsidR="00EA6D62" w:rsidRDefault="00EA6D62" w:rsidP="00EA6D62">
      <w:r>
        <w:t>Jonas lay on the narrow cot in the back of the church, fully clothed, boots crossed at the ankle. The oil lamp on the far wall hissed softly, throwing long shadows across the plank walls. Anna’s Bible sat open beside him, unread. His eyes were open but unfocused, watching the dark press in through the high window.</w:t>
      </w:r>
    </w:p>
    <w:p w14:paraId="0E5F09EF" w14:textId="77777777" w:rsidR="00EA6D62" w:rsidRDefault="00EA6D62" w:rsidP="00EA6D62">
      <w:r>
        <w:t>He hadn’t slept more than an hour straight in days.</w:t>
      </w:r>
    </w:p>
    <w:p w14:paraId="6F0CDF2D" w14:textId="77777777" w:rsidR="00EA6D62" w:rsidRDefault="00EA6D62" w:rsidP="00EA6D62">
      <w:r>
        <w:t>Too much noise in his head. Too many pieces not fitting. Too many faces that wouldn’t go away.</w:t>
      </w:r>
    </w:p>
    <w:p w14:paraId="5BDABAE1" w14:textId="77777777" w:rsidR="00EA6D62" w:rsidRDefault="00EA6D62" w:rsidP="00EA6D62">
      <w:r>
        <w:t>The wind stirred again, blowing grit against the door. Somewhere outside, a dog barked twice, then fell silent. Jonas shifted, rubbed his face with both hands, and exhaled hard. He closed his eyes—just for a moment, he told himself.</w:t>
      </w:r>
    </w:p>
    <w:p w14:paraId="71403B8D" w14:textId="77777777" w:rsidR="00EA6D62" w:rsidRDefault="00EA6D62" w:rsidP="00EA6D62">
      <w:r>
        <w:t>Sleep caught him anyway.</w:t>
      </w:r>
    </w:p>
    <w:p w14:paraId="48398D0E" w14:textId="77777777" w:rsidR="00EA6D62" w:rsidRDefault="00EA6D62" w:rsidP="00EA6D62">
      <w:r>
        <w:t>***</w:t>
      </w:r>
    </w:p>
    <w:p w14:paraId="62E51D3D" w14:textId="77777777" w:rsidR="00EA6D62" w:rsidRDefault="00EA6D62" w:rsidP="00EA6D62">
      <w:r>
        <w:t>The sun burned low over the red rock mesas near Gallup, a copper sky behind it. Jonas reined in at the small trading post, weather-beaten and half buried in dust. Navajo men bartered quietly by the entrance. A tall, skinny girl stood beside an older man, probably her grandfather, folding blankets. She couldn't have been more than fifteen—wide, dark eyes that never met his.</w:t>
      </w:r>
    </w:p>
    <w:p w14:paraId="0A9F8E1F" w14:textId="77777777" w:rsidR="00EA6D62" w:rsidRDefault="00EA6D62" w:rsidP="00EA6D62">
      <w:r>
        <w:t>Jonas bought supplies, kept his voice low, and nodded thanks when he left the counter.</w:t>
      </w:r>
    </w:p>
    <w:p w14:paraId="261BF063" w14:textId="77777777" w:rsidR="00EA6D62" w:rsidRDefault="00EA6D62" w:rsidP="00EA6D62">
      <w:r>
        <w:lastRenderedPageBreak/>
        <w:t>Later, he was brushing down his horse behind the post when he heard the shouting. Laughter. Something cruel beneath it.</w:t>
      </w:r>
    </w:p>
    <w:p w14:paraId="18E1D77D" w14:textId="77777777" w:rsidR="00EA6D62" w:rsidRDefault="00EA6D62" w:rsidP="00EA6D62">
      <w:r>
        <w:t>He stepped around the corner.</w:t>
      </w:r>
    </w:p>
    <w:p w14:paraId="2B14A1DD" w14:textId="77777777" w:rsidR="00EA6D62" w:rsidRDefault="00EA6D62" w:rsidP="00EA6D62">
      <w:r>
        <w:t>Three men—drunk, foul, wearing bits of Confederate grey mixed with trail leathers—had the girl by the arms, dragging her out back. Her grandfather shouted in Navajo, one of the men shoved him hard into the dust. They called her “squaw,” said something about “payment in kind.”</w:t>
      </w:r>
    </w:p>
    <w:p w14:paraId="519271C0" w14:textId="77777777" w:rsidR="00EA6D62" w:rsidRDefault="00EA6D62" w:rsidP="00EA6D62">
      <w:r>
        <w:t>Rage boiled up inside him. Jonas’s voice was quiet but flat.</w:t>
      </w:r>
    </w:p>
    <w:p w14:paraId="7A22C41D" w14:textId="77777777" w:rsidR="00EA6D62" w:rsidRDefault="00EA6D62" w:rsidP="00EA6D62">
      <w:r>
        <w:t>“Let her go.”</w:t>
      </w:r>
    </w:p>
    <w:p w14:paraId="22CA85EC" w14:textId="77777777" w:rsidR="00EA6D62" w:rsidRDefault="00EA6D62" w:rsidP="00EA6D62">
      <w:r>
        <w:t>The men turned. One laughed. “Look what we got here—Texas ghost ridin’ in for the rescue?”</w:t>
      </w:r>
    </w:p>
    <w:p w14:paraId="4E806C1A" w14:textId="77777777" w:rsidR="00EA6D62" w:rsidRDefault="00EA6D62" w:rsidP="00EA6D62">
      <w:r>
        <w:t>“You don’t want to do this.”</w:t>
      </w:r>
    </w:p>
    <w:p w14:paraId="2FBFF238" w14:textId="77777777" w:rsidR="00EA6D62" w:rsidRDefault="00EA6D62" w:rsidP="00EA6D62">
      <w:r>
        <w:t>“We already are.”</w:t>
      </w:r>
    </w:p>
    <w:p w14:paraId="71BC20D6" w14:textId="77777777" w:rsidR="00EA6D62" w:rsidRDefault="00EA6D62" w:rsidP="00EA6D62">
      <w:r>
        <w:t>The first came at him with a bowie knife. Jonas moved fast—he always had. Gunfire cracked once. Then again. In the blur that followed, he didn’t remember how many shots. One of them slashed him good in the ribs before he went down. Blood soaked his shirt. The girl screamed.</w:t>
      </w:r>
    </w:p>
    <w:p w14:paraId="5944B16B" w14:textId="77777777" w:rsidR="00EA6D62" w:rsidRDefault="00EA6D62" w:rsidP="00EA6D62">
      <w:r>
        <w:t>When it was over, all three men were dead in the dirt.</w:t>
      </w:r>
    </w:p>
    <w:p w14:paraId="3B57437E" w14:textId="77777777" w:rsidR="00EA6D62" w:rsidRDefault="00EA6D62" w:rsidP="00EA6D62">
      <w:r>
        <w:t>He looked at the girl. She wouldn’t meet his gaze. The old man simply picked up his walking stick, nodded once—nothing more.</w:t>
      </w:r>
    </w:p>
    <w:p w14:paraId="1DC508A6" w14:textId="77777777" w:rsidR="00EA6D62" w:rsidRDefault="00EA6D62" w:rsidP="00EA6D62">
      <w:r>
        <w:t>Jonas remounted and rode off as dusk swallowed the post behind him.</w:t>
      </w:r>
    </w:p>
    <w:p w14:paraId="2AE993E9" w14:textId="77777777" w:rsidR="00EA6D62" w:rsidRDefault="00EA6D62" w:rsidP="00EA6D62">
      <w:r>
        <w:t>No one called him a hero and he didn’t think of himself as one.</w:t>
      </w:r>
    </w:p>
    <w:p w14:paraId="5DDC0FAF" w14:textId="77777777" w:rsidR="00EA6D62" w:rsidRDefault="00EA6D62" w:rsidP="00EA6D62"/>
    <w:p w14:paraId="5E5295B2" w14:textId="77777777" w:rsidR="00EA6D62" w:rsidRDefault="00EA6D62" w:rsidP="00EA6D62">
      <w:r>
        <w:t>Jonas jerked awake with a strangled breath, the taste of iron in his mouth. Sweat clung to him. His side ached, phantom pain where the knife had cut. He rubbed it through the shirt, breathing slow and ragged.</w:t>
      </w:r>
    </w:p>
    <w:p w14:paraId="2145C7CD" w14:textId="77777777" w:rsidR="00EA6D62" w:rsidRDefault="00EA6D62" w:rsidP="00EA6D62">
      <w:r>
        <w:t>The Bible was still beside him. Open to Psalms.</w:t>
      </w:r>
    </w:p>
    <w:p w14:paraId="0D0EB9CD" w14:textId="77777777" w:rsidR="00EA6D62" w:rsidRDefault="00EA6D62" w:rsidP="00EA6D62">
      <w:r>
        <w:t>He stared at it for a long time.</w:t>
      </w:r>
    </w:p>
    <w:p w14:paraId="08FA950A" w14:textId="77777777" w:rsidR="00EA6D62" w:rsidRDefault="00EA6D62" w:rsidP="00EA6D62">
      <w:r>
        <w:t>Outside, the wind picked up again, whistling low like a voice in the eaves. Dust curled along the edge of the window.</w:t>
      </w:r>
    </w:p>
    <w:p w14:paraId="10345084" w14:textId="77777777" w:rsidR="00EA6D62" w:rsidRDefault="00EA6D62" w:rsidP="00EA6D62">
      <w:r>
        <w:t>Jonas stood and crossed the room.</w:t>
      </w:r>
    </w:p>
    <w:p w14:paraId="42018E0D" w14:textId="77777777" w:rsidR="00EA6D62" w:rsidRDefault="00EA6D62" w:rsidP="00EA6D62">
      <w:r>
        <w:t>He opened the door and stepped outside.</w:t>
      </w:r>
    </w:p>
    <w:p w14:paraId="50B3681B" w14:textId="77777777" w:rsidR="00EA6D62" w:rsidRDefault="00EA6D62" w:rsidP="00EA6D62">
      <w:r>
        <w:lastRenderedPageBreak/>
        <w:t>The night lay quiet over Grafton. But not peaceful.</w:t>
      </w:r>
    </w:p>
    <w:p w14:paraId="0DADB66B" w14:textId="77777777" w:rsidR="00EA6D62" w:rsidRDefault="00EA6D62" w:rsidP="00EA6D62">
      <w:r>
        <w:t>He walked up the small hill behind the church—just high enough to see the full spread of the town bathed in moonlight. Roofs like shadows. The street empty. But something out there was wrong. Twisted. Brewing.</w:t>
      </w:r>
    </w:p>
    <w:p w14:paraId="5C3BDBD8" w14:textId="77777777" w:rsidR="00EA6D62" w:rsidRDefault="00EA6D62" w:rsidP="00EA6D62">
      <w:r>
        <w:t>Jonas folded his arms, watching the stillness too long.</w:t>
      </w:r>
    </w:p>
    <w:p w14:paraId="7F6DD76A" w14:textId="77777777" w:rsidR="00EA6D62" w:rsidRDefault="00EA6D62" w:rsidP="00EA6D62">
      <w:r>
        <w:t>He didn’t know what it was.</w:t>
      </w:r>
    </w:p>
    <w:p w14:paraId="33EDF791" w14:textId="77777777" w:rsidR="00EA6D62" w:rsidRDefault="00EA6D62" w:rsidP="00EA6D62">
      <w:r>
        <w:t>But something was coming.</w:t>
      </w:r>
    </w:p>
    <w:p w14:paraId="4B3F4B78" w14:textId="77777777" w:rsidR="00EA6D62" w:rsidRDefault="00EA6D62" w:rsidP="00EA6D62"/>
    <w:p w14:paraId="563F139C" w14:textId="77777777" w:rsidR="00EA6D62" w:rsidRDefault="00EA6D62" w:rsidP="00EA6D62">
      <w:r>
        <w:t>Chapter Twenty</w:t>
      </w:r>
    </w:p>
    <w:p w14:paraId="4CE0196B" w14:textId="77777777" w:rsidR="00EA6D62" w:rsidRDefault="00EA6D62" w:rsidP="00EA6D62">
      <w:r>
        <w:t>The morning broke still and gray, the kind of quiet that pressed against a man’s chest without saying why. Jonas felt it before he opened his eyes—a weight in the air, a warning in the bones. He got up early, restless, and stoked the fire while the coffee boiled.</w:t>
      </w:r>
    </w:p>
    <w:p w14:paraId="4C3BFE3A" w14:textId="77777777" w:rsidR="00EA6D62" w:rsidRDefault="00EA6D62" w:rsidP="00EA6D62">
      <w:r>
        <w:t>Elijah packed his saddlebags without a word, moving slow but steady, like a man already halfway down the road in his mind. He was heading out to the Schneider ranch to check in, pray with the family, and deliver a letter Mrs. Langley had written for Katarina. It was a familiar ride. They’d made it a dozen times together before.</w:t>
      </w:r>
    </w:p>
    <w:p w14:paraId="3494E78A" w14:textId="77777777" w:rsidR="00EA6D62" w:rsidRDefault="00EA6D62" w:rsidP="00EA6D62">
      <w:r>
        <w:t>Jonas stood near the stove, mug in hand, watching him. Something twisted in his gut.</w:t>
      </w:r>
    </w:p>
    <w:p w14:paraId="4F836542" w14:textId="77777777" w:rsidR="00EA6D62" w:rsidRDefault="00EA6D62" w:rsidP="00EA6D62">
      <w:r>
        <w:t>“You don’t have to go today,” Jonas said, voice low.</w:t>
      </w:r>
    </w:p>
    <w:p w14:paraId="7ED083CB" w14:textId="77777777" w:rsidR="00EA6D62" w:rsidRDefault="00EA6D62" w:rsidP="00EA6D62">
      <w:r>
        <w:t>Elijah didn’t look up. “They’re expectin’ me.”</w:t>
      </w:r>
    </w:p>
    <w:p w14:paraId="205CF563" w14:textId="77777777" w:rsidR="00EA6D62" w:rsidRDefault="00EA6D62" w:rsidP="00EA6D62">
      <w:r>
        <w:t>“They’d understand.”</w:t>
      </w:r>
    </w:p>
    <w:p w14:paraId="293EAD82" w14:textId="77777777" w:rsidR="00EA6D62" w:rsidRDefault="00EA6D62" w:rsidP="00EA6D62">
      <w:r>
        <w:t>“I gave my word.”</w:t>
      </w:r>
    </w:p>
    <w:p w14:paraId="64932632" w14:textId="77777777" w:rsidR="00EA6D62" w:rsidRDefault="00EA6D62" w:rsidP="00EA6D62">
      <w:r>
        <w:t>A beat passed. Jonas sipped his coffee, staring into the steam.</w:t>
      </w:r>
    </w:p>
    <w:p w14:paraId="7C2D416C" w14:textId="77777777" w:rsidR="00EA6D62" w:rsidRDefault="00EA6D62" w:rsidP="00EA6D62">
      <w:r>
        <w:t>“I’ll saddle up.”</w:t>
      </w:r>
    </w:p>
    <w:p w14:paraId="6F33D6B3" w14:textId="77777777" w:rsidR="00EA6D62" w:rsidRDefault="00EA6D62" w:rsidP="00EA6D62">
      <w:r>
        <w:t>Elijah turned, shook his head. “Not this time.”</w:t>
      </w:r>
    </w:p>
    <w:p w14:paraId="32C084A5" w14:textId="77777777" w:rsidR="00EA6D62" w:rsidRDefault="00EA6D62" w:rsidP="00EA6D62">
      <w:r>
        <w:t>Jonas frowned. “Why?”</w:t>
      </w:r>
    </w:p>
    <w:p w14:paraId="1EAD6BE9" w14:textId="77777777" w:rsidR="00EA6D62" w:rsidRDefault="00EA6D62" w:rsidP="00EA6D62">
      <w:r>
        <w:t>“I need you here. The roof over the church kitchen’s leaking, and Mr. Fletcher said he’d come help patch it before the rain rolls in. A young man—Micah, the one who broke his arm—he’s comin’ by again. Needs someone who’ll listen. You’re better at that than you think.”</w:t>
      </w:r>
    </w:p>
    <w:p w14:paraId="7E11856F" w14:textId="77777777" w:rsidR="00EA6D62" w:rsidRDefault="00EA6D62" w:rsidP="00EA6D62">
      <w:r>
        <w:lastRenderedPageBreak/>
        <w:t>Jonas didn’t answer right away. He hated how much sense it made. They’d taken on more in Grafton than they ever had before. Elijah had a way of drawing people out, but Jonas had started noticing the eyes turning to him, too. It unsettled him.</w:t>
      </w:r>
    </w:p>
    <w:p w14:paraId="0138F195" w14:textId="77777777" w:rsidR="00EA6D62" w:rsidRDefault="00EA6D62" w:rsidP="00EA6D62">
      <w:r>
        <w:t>Elijah softened his voice. “You ain’t my shadow, Jonas; I can protect myself. Besides, we’re not two halves of one man. God called you, same as me.”</w:t>
      </w:r>
    </w:p>
    <w:p w14:paraId="00989728" w14:textId="77777777" w:rsidR="00EA6D62" w:rsidRDefault="00EA6D62" w:rsidP="00EA6D62">
      <w:r>
        <w:t>Jonas set his cup down hard. “Don’t turn this into a sermon.”</w:t>
      </w:r>
    </w:p>
    <w:p w14:paraId="78EB8B95" w14:textId="77777777" w:rsidR="00EA6D62" w:rsidRDefault="00EA6D62" w:rsidP="00EA6D62">
      <w:r>
        <w:t>“I’m not. Just truth.”</w:t>
      </w:r>
    </w:p>
    <w:p w14:paraId="7F56C55A" w14:textId="77777777" w:rsidR="00EA6D62" w:rsidRDefault="00EA6D62" w:rsidP="00EA6D62">
      <w:r>
        <w:t>The silence between them stretched.</w:t>
      </w:r>
    </w:p>
    <w:p w14:paraId="3EDE06B4" w14:textId="77777777" w:rsidR="00EA6D62" w:rsidRDefault="00EA6D62" w:rsidP="00EA6D62">
      <w:r>
        <w:t>Finally, Elijah smiled—a quiet, knowing kind of smile. “You worry too much.”</w:t>
      </w:r>
    </w:p>
    <w:p w14:paraId="66B40EB7" w14:textId="77777777" w:rsidR="00EA6D62" w:rsidRDefault="00EA6D62" w:rsidP="00EA6D62">
      <w:r>
        <w:t>Jonas looked him in the eye. “And you don’t worry enough.”</w:t>
      </w:r>
    </w:p>
    <w:p w14:paraId="24A56ED4" w14:textId="77777777" w:rsidR="00EA6D62" w:rsidRDefault="00EA6D62" w:rsidP="00EA6D62">
      <w:r>
        <w:t>Elijah shrugged. “Maybe so, but I serve a big God. If it’s my time, He’ll see me home.”</w:t>
      </w:r>
    </w:p>
    <w:p w14:paraId="79998784" w14:textId="77777777" w:rsidR="00EA6D62" w:rsidRDefault="00EA6D62" w:rsidP="00EA6D62">
      <w:r>
        <w:t>Jonas stepped forward. “I mean it, Elijah. Don’t ride out alone.”</w:t>
      </w:r>
    </w:p>
    <w:p w14:paraId="11F0BE41" w14:textId="77777777" w:rsidR="00EA6D62" w:rsidRDefault="00EA6D62" w:rsidP="00EA6D62">
      <w:r>
        <w:t>Elijah placed a hand on his shoulder, firm and warm. “I’m never alone.”</w:t>
      </w:r>
    </w:p>
    <w:p w14:paraId="5BBF7B49" w14:textId="77777777" w:rsidR="00EA6D62" w:rsidRDefault="00EA6D62" w:rsidP="00EA6D62">
      <w:r>
        <w:t>“I’ll be home well before supper, Lord willin’.” Then he took up his saddlebag and walked out the door.</w:t>
      </w:r>
    </w:p>
    <w:p w14:paraId="5BE977C9" w14:textId="77777777" w:rsidR="00EA6D62" w:rsidRDefault="00EA6D62" w:rsidP="00EA6D62">
      <w:r>
        <w:t>Jonas stepped out onto the front porch, cradling his coffee mug in both hands. Elijah had just mounted up, the saddle creaking under his weight as he adjusted the stirrups. The early sun lit the dust hanging in the air like smoke. Elijah tipped his hat, and Jonas gave a slight nod in return.</w:t>
      </w:r>
    </w:p>
    <w:p w14:paraId="26A532D0" w14:textId="77777777" w:rsidR="00EA6D62" w:rsidRDefault="00EA6D62" w:rsidP="00EA6D62">
      <w:r>
        <w:t>The horse turned, and Elijah rode out at a steady pace, boots tapping lightly against the flanks. Jonas watched until he passed the last hitching post near the saloon and turned down Main Street.</w:t>
      </w:r>
    </w:p>
    <w:p w14:paraId="2A9B1268" w14:textId="77777777" w:rsidR="00EA6D62" w:rsidRDefault="00EA6D62" w:rsidP="00EA6D62">
      <w:r>
        <w:t>From the wide, second-story window of the white-painted house near the center of town, John Butler stood behind a lace curtain, watching. No expression on his face. Just eyes like glass, taking note.</w:t>
      </w:r>
    </w:p>
    <w:p w14:paraId="1A1DE624" w14:textId="77777777" w:rsidR="00EA6D62" w:rsidRDefault="00EA6D62" w:rsidP="00EA6D62">
      <w:r>
        <w:t>Across the street, leaning in the shade beneath the sheriff’s office awning, Garrett Munson stood with his arms crossed, toothpick between his teeth. He followed Elijah’s every step like a hawk watches a rabbit, quiet and patient.</w:t>
      </w:r>
    </w:p>
    <w:p w14:paraId="0812BC10" w14:textId="77777777" w:rsidR="00EA6D62" w:rsidRDefault="00EA6D62" w:rsidP="00EA6D62">
      <w:r>
        <w:t>Elijah never looked their way. Just kept riding.</w:t>
      </w:r>
    </w:p>
    <w:p w14:paraId="51C56224" w14:textId="77777777" w:rsidR="00EA6D62" w:rsidRDefault="00EA6D62" w:rsidP="00EA6D62">
      <w:r>
        <w:t>Jonas drank the last of his coffee, then set the mug on the porch rail. He’d argued as much as he could. Now, all he could do was keep his hands busy.</w:t>
      </w:r>
    </w:p>
    <w:p w14:paraId="1C52DEFD" w14:textId="77777777" w:rsidR="00EA6D62" w:rsidRDefault="00EA6D62" w:rsidP="00EA6D62"/>
    <w:p w14:paraId="32415692" w14:textId="77777777" w:rsidR="00EA6D62" w:rsidRDefault="00EA6D62" w:rsidP="00EA6D62">
      <w:r>
        <w:t xml:space="preserve">By midmorning, Jonas was up on the kitchen roof behind the church, sleeves rolled, hammer in hand. The sun burned through the clouds by then, heat settling on his shoulders. A row of warped shingles lay </w:t>
      </w:r>
      <w:r>
        <w:lastRenderedPageBreak/>
        <w:t>to his right, freshly torn up. Fletcher had brought the lumber like he said, but Jonas didn’t see him yet. That was fine. He preferred being alone with his thoughts.</w:t>
      </w:r>
    </w:p>
    <w:p w14:paraId="0FA2DD88" w14:textId="77777777" w:rsidR="00EA6D62" w:rsidRDefault="00EA6D62" w:rsidP="00EA6D62">
      <w:r>
        <w:t>And his thoughts gave him no peace.</w:t>
      </w:r>
    </w:p>
    <w:p w14:paraId="7619709C" w14:textId="77777777" w:rsidR="00EA6D62" w:rsidRDefault="00EA6D62" w:rsidP="00EA6D62">
      <w:r>
        <w:t>He tapped a nail into place, then paused, frowning as he wiped sweat from his brow.</w:t>
      </w:r>
    </w:p>
    <w:p w14:paraId="49021871" w14:textId="77777777" w:rsidR="00EA6D62" w:rsidRDefault="00EA6D62" w:rsidP="00EA6D62">
      <w:r>
        <w:t>Things weren’t right in Grafton.</w:t>
      </w:r>
    </w:p>
    <w:p w14:paraId="707085FB" w14:textId="77777777" w:rsidR="00EA6D62" w:rsidRDefault="00EA6D62" w:rsidP="00EA6D62">
      <w:r>
        <w:t>It wasn’t just the mood—it was the movement. The two unfamiliar men he’d seen speaking quietly with Sheriff Munson behind the livery. The way their eyes followed him as he passed. The sudden uptick in land sales—whole families leaving, selling cheap, always to someone tied to Butler. Some hadn’t even packed more than what fit in a wagon. Just up and gone.</w:t>
      </w:r>
    </w:p>
    <w:p w14:paraId="27D0F3B5" w14:textId="77777777" w:rsidR="00EA6D62" w:rsidRDefault="00EA6D62" w:rsidP="00EA6D62">
      <w:r>
        <w:t>Then there was Mayor Fraser—no one had seen him in days. Supposedly “traveling east,” but even the clerk in the mercantile had whispered he heard he tore out west.</w:t>
      </w:r>
    </w:p>
    <w:p w14:paraId="1622349B" w14:textId="77777777" w:rsidR="00EA6D62" w:rsidRDefault="00EA6D62" w:rsidP="00EA6D62">
      <w:r>
        <w:t>And Ezra. Jonas had tried talking with him three times this week, and each time the old man had slipped away with a mumbled excuse. He’d stopped showing up at the evening prayer meetings. Stopped looking Jonas in the eye.</w:t>
      </w:r>
    </w:p>
    <w:p w14:paraId="3948ED95" w14:textId="77777777" w:rsidR="00EA6D62" w:rsidRDefault="00EA6D62" w:rsidP="00EA6D62">
      <w:r>
        <w:t>Jonas leaned back on his haunches, hand resting on the worn wood, gaze drifting toward the open sky.</w:t>
      </w:r>
    </w:p>
    <w:p w14:paraId="3DCF4DB6" w14:textId="77777777" w:rsidR="00EA6D62" w:rsidRDefault="00EA6D62" w:rsidP="00EA6D62">
      <w:r>
        <w:t>Lord, something’s coming. I can feel it.</w:t>
      </w:r>
    </w:p>
    <w:p w14:paraId="54E51E20" w14:textId="77777777" w:rsidR="00EA6D62" w:rsidRDefault="00EA6D62" w:rsidP="00EA6D62">
      <w:r>
        <w:t>He shook the thought off and went back to work, hammering harder than before.</w:t>
      </w:r>
    </w:p>
    <w:p w14:paraId="74C197C0" w14:textId="77777777" w:rsidR="00EA6D62" w:rsidRDefault="00EA6D62" w:rsidP="00EA6D62"/>
    <w:p w14:paraId="41E790B1" w14:textId="77777777" w:rsidR="00EA6D62" w:rsidRDefault="00EA6D62" w:rsidP="00EA6D62">
      <w:r>
        <w:t>He was finishing the last row of shingles when he heard footsteps in the grass below.</w:t>
      </w:r>
    </w:p>
    <w:p w14:paraId="6BA6BE86" w14:textId="77777777" w:rsidR="00EA6D62" w:rsidRDefault="00EA6D62" w:rsidP="00EA6D62">
      <w:r>
        <w:t>“Mr. Walker?”</w:t>
      </w:r>
    </w:p>
    <w:p w14:paraId="76E80DEB" w14:textId="77777777" w:rsidR="00EA6D62" w:rsidRDefault="00EA6D62" w:rsidP="00EA6D62">
      <w:r>
        <w:t>Jonas looked down from the edge of the roof. Emily, hair pinned back, stood at the base of the ladder holding a basket in both hands. She wore a plain blue dress, dust on the hem, and her cheeks were pink from walking in the heat.</w:t>
      </w:r>
    </w:p>
    <w:p w14:paraId="3F6AD84C" w14:textId="77777777" w:rsidR="00EA6D62" w:rsidRDefault="00EA6D62" w:rsidP="00EA6D62">
      <w:r>
        <w:t>He set the hammer aside. “Miss Emily.”</w:t>
      </w:r>
    </w:p>
    <w:p w14:paraId="00F8B30E" w14:textId="77777777" w:rsidR="00EA6D62" w:rsidRDefault="00EA6D62" w:rsidP="00EA6D62">
      <w:r>
        <w:t>She offered a smile, though it was a small one. “Thought you might be hungry.”</w:t>
      </w:r>
    </w:p>
    <w:p w14:paraId="5FF9D296" w14:textId="77777777" w:rsidR="00EA6D62" w:rsidRDefault="00EA6D62" w:rsidP="00EA6D62">
      <w:r>
        <w:t>Jonas wiped his hands on his trousers and climbed down the ladder. His back ached from leaning over the roof so long, and he stretched once he hit the ground.</w:t>
      </w:r>
    </w:p>
    <w:p w14:paraId="0E10AEAC" w14:textId="77777777" w:rsidR="00EA6D62" w:rsidRDefault="00EA6D62" w:rsidP="00EA6D62">
      <w:r>
        <w:t>“I appreciate it,” he said, nodding toward the basket.</w:t>
      </w:r>
    </w:p>
    <w:p w14:paraId="3109A3D3" w14:textId="77777777" w:rsidR="00EA6D62" w:rsidRDefault="00EA6D62" w:rsidP="00EA6D62">
      <w:r>
        <w:t>“I figured Elijah would be with you,” she said gently, not quite meeting his eyes. “He usually is.”</w:t>
      </w:r>
    </w:p>
    <w:p w14:paraId="59DE96FD" w14:textId="77777777" w:rsidR="00EA6D62" w:rsidRDefault="00EA6D62" w:rsidP="00EA6D62">
      <w:r>
        <w:lastRenderedPageBreak/>
        <w:t>Jonas took the basket and set it on the stump near the back steps. “He rode out to see the Schneiders. Took a letter from Mrs. Langley.”</w:t>
      </w:r>
    </w:p>
    <w:p w14:paraId="4B5350BC" w14:textId="77777777" w:rsidR="00EA6D62" w:rsidRDefault="00EA6D62" w:rsidP="00EA6D62">
      <w:r>
        <w:t>Emily hesitated. “Don’t you usually go with him?”</w:t>
      </w:r>
    </w:p>
    <w:p w14:paraId="564D1A8E" w14:textId="77777777" w:rsidR="00EA6D62" w:rsidRDefault="00EA6D62" w:rsidP="00EA6D62">
      <w:r>
        <w:t>He nodded once.</w:t>
      </w:r>
    </w:p>
    <w:p w14:paraId="6700A6C1" w14:textId="77777777" w:rsidR="00EA6D62" w:rsidRDefault="00EA6D62" w:rsidP="00EA6D62">
      <w:r>
        <w:t>She didn’t press it, but he could see the same worry behind her eyes that had stirred in his own gut that morning.</w:t>
      </w:r>
    </w:p>
    <w:p w14:paraId="1F0A2CE8" w14:textId="77777777" w:rsidR="00EA6D62" w:rsidRDefault="00EA6D62" w:rsidP="00EA6D62">
      <w:r>
        <w:t>“I tried to talk him out of going alone,” he said, not meaning to say it aloud.</w:t>
      </w:r>
    </w:p>
    <w:p w14:paraId="64697E3F" w14:textId="77777777" w:rsidR="00EA6D62" w:rsidRDefault="00EA6D62" w:rsidP="00EA6D62">
      <w:r>
        <w:t>Emily folded her arms. “He’s not a man who listens when his mind’s set.”</w:t>
      </w:r>
    </w:p>
    <w:p w14:paraId="3E1D190B" w14:textId="77777777" w:rsidR="00EA6D62" w:rsidRDefault="00EA6D62" w:rsidP="00EA6D62">
      <w:r>
        <w:t>Jonas gave a small grunt. “No, he’s not.”</w:t>
      </w:r>
    </w:p>
    <w:p w14:paraId="7D5692E2" w14:textId="77777777" w:rsidR="00EA6D62" w:rsidRDefault="00EA6D62" w:rsidP="00EA6D62">
      <w:r>
        <w:t>They sat in the shade behind the church while he ate—thick bread, a slice of ham, a bit of hard cheese, and half a peach. She’d even packed coffee in a small tin flask.</w:t>
      </w:r>
    </w:p>
    <w:p w14:paraId="7D4DEAC6" w14:textId="77777777" w:rsidR="00EA6D62" w:rsidRDefault="00EA6D62" w:rsidP="00EA6D62">
      <w:r>
        <w:t>“You’re quiet today,” she said after a while, watching him from the corner of her eye.</w:t>
      </w:r>
    </w:p>
    <w:p w14:paraId="3134A5BE" w14:textId="77777777" w:rsidR="00EA6D62" w:rsidRDefault="00EA6D62" w:rsidP="00EA6D62">
      <w:r>
        <w:t>“I’ve been watchin’ the town,” he replied. “I have this feeling...”</w:t>
      </w:r>
    </w:p>
    <w:p w14:paraId="4BC72E95" w14:textId="77777777" w:rsidR="00EA6D62" w:rsidRDefault="00EA6D62" w:rsidP="00EA6D62">
      <w:r>
        <w:t>She didn’t ask for details. She didn’t need to.</w:t>
      </w:r>
    </w:p>
    <w:p w14:paraId="3352EBB0" w14:textId="77777777" w:rsidR="00EA6D62" w:rsidRDefault="00EA6D62" w:rsidP="00EA6D62">
      <w:r>
        <w:t>After a long pause, she said, “If something’s wrong… you’ll stand up to it, won’t you?”</w:t>
      </w:r>
    </w:p>
    <w:p w14:paraId="0F288573" w14:textId="77777777" w:rsidR="00EA6D62" w:rsidRDefault="00EA6D62" w:rsidP="00EA6D62">
      <w:r>
        <w:t>Jonas looked down at the peach pit in his hand.</w:t>
      </w:r>
    </w:p>
    <w:p w14:paraId="20943D55" w14:textId="77777777" w:rsidR="00EA6D62" w:rsidRDefault="00EA6D62" w:rsidP="00EA6D62">
      <w:r>
        <w:t>“I aim to.”</w:t>
      </w:r>
    </w:p>
    <w:p w14:paraId="7201B453" w14:textId="77777777" w:rsidR="00EA6D62" w:rsidRDefault="00EA6D62" w:rsidP="00EA6D62">
      <w:r>
        <w:t>Another silence stretched between them, more comfortable this time. The kind you could rest in.</w:t>
      </w:r>
    </w:p>
    <w:p w14:paraId="466FDB2C" w14:textId="77777777" w:rsidR="00EA6D62" w:rsidRDefault="00EA6D62" w:rsidP="00EA6D62">
      <w:r>
        <w:t>Emily stood after a few minutes and brushed off her skirt. “I’ll be at the schoolhouse this afternoon. If you hear anything…” she didn’t finish the sentence.</w:t>
      </w:r>
    </w:p>
    <w:p w14:paraId="4C380D1C" w14:textId="77777777" w:rsidR="00EA6D62" w:rsidRDefault="00EA6D62" w:rsidP="00EA6D62">
      <w:r>
        <w:t>Jonas stood too, gave a short nod. “I will.”</w:t>
      </w:r>
    </w:p>
    <w:p w14:paraId="1D5BDB1E" w14:textId="77777777" w:rsidR="00EA6D62" w:rsidRDefault="00EA6D62" w:rsidP="00EA6D62">
      <w:r>
        <w:t>She turned to leave, but paused halfway across the yard. “He trusts you, you know. Elijah.”</w:t>
      </w:r>
    </w:p>
    <w:p w14:paraId="67F1CF9C" w14:textId="77777777" w:rsidR="00EA6D62" w:rsidRDefault="00EA6D62" w:rsidP="00EA6D62">
      <w:r>
        <w:t>Jonas didn’t answer right away.</w:t>
      </w:r>
    </w:p>
    <w:p w14:paraId="42B678FA" w14:textId="77777777" w:rsidR="00EA6D62" w:rsidRDefault="00EA6D62" w:rsidP="00EA6D62">
      <w:r>
        <w:t>“I know... thank you… for lunch.”</w:t>
      </w:r>
    </w:p>
    <w:p w14:paraId="6D4BD879" w14:textId="77777777" w:rsidR="00EA6D62" w:rsidRDefault="00EA6D62" w:rsidP="00EA6D62">
      <w:r>
        <w:t>She gave him one last look—soft, searching—then walked on.</w:t>
      </w:r>
    </w:p>
    <w:p w14:paraId="11BC8901" w14:textId="77777777" w:rsidR="00EA6D62" w:rsidRDefault="00EA6D62" w:rsidP="00EA6D62">
      <w:r>
        <w:t>Jonas watched her go, then turned back to the ladder. The weight in his chest hadn’t lifted. If anything, it had settled deeper.</w:t>
      </w:r>
    </w:p>
    <w:p w14:paraId="08E0A656" w14:textId="77777777" w:rsidR="00EA6D62" w:rsidRDefault="00EA6D62" w:rsidP="00EA6D62">
      <w:r>
        <w:lastRenderedPageBreak/>
        <w:t>***</w:t>
      </w:r>
    </w:p>
    <w:p w14:paraId="2D59E2D9" w14:textId="77777777" w:rsidR="00EA6D62" w:rsidRDefault="00EA6D62" w:rsidP="00EA6D62">
      <w:r>
        <w:t>The sun broke across the Hill Country like a blaze through stained glass, casting sharp light over the limestone ridges and granite outcroppings that marked the land east of Grafton. Elijah Stone rode into it, the morning sun full in his face, warm on his weathered skin. His coat flared slightly with the rhythm of his horse’s gait. He didn’t squint. Just pulled the brim of his hat lower and kept going.</w:t>
      </w:r>
    </w:p>
    <w:p w14:paraId="6C605BBF" w14:textId="77777777" w:rsidR="00EA6D62" w:rsidRDefault="00EA6D62" w:rsidP="00EA6D62">
      <w:r>
        <w:t>The trail wound down off a ridge, dipping into groves of oak and cedar, then opened again to golden fields where the earth rose and fell like slow breathing. In the distance, the silver ribbon of the Colorado River caught sunlight between the hills, glimmering through gaps in the brush.</w:t>
      </w:r>
    </w:p>
    <w:p w14:paraId="47ACA213" w14:textId="77777777" w:rsidR="00EA6D62" w:rsidRDefault="00EA6D62" w:rsidP="00EA6D62">
      <w:r>
        <w:t>Elijah rode calm, alone. He was headed to the Schneider place, their homestead tucked eastward where the land sloped toward the river. He’d meant to visit days ago. Promised Katarina he’d stop by and pray with her husband. A man like Johann Schneider didn’t ask for much—so when he did, Elijah listened.</w:t>
      </w:r>
    </w:p>
    <w:p w14:paraId="44D29E20" w14:textId="77777777" w:rsidR="00EA6D62" w:rsidRDefault="00EA6D62" w:rsidP="00EA6D62">
      <w:r>
        <w:t>He hummed as he rode—low and steady—the melody of a hymn echoing softly in the quiet.</w:t>
      </w:r>
    </w:p>
    <w:p w14:paraId="5F0908B1" w14:textId="77777777" w:rsidR="00EA6D62" w:rsidRDefault="00EA6D62" w:rsidP="00EA6D62">
      <w:r>
        <w:t>"Be still, my soul: the Lord is on thy side.</w:t>
      </w:r>
      <w:r>
        <w:br/>
        <w:t>Bear patiently the cross of grief or pain..."</w:t>
      </w:r>
    </w:p>
    <w:p w14:paraId="789F4AAF" w14:textId="77777777" w:rsidR="00EA6D62" w:rsidRDefault="00EA6D62" w:rsidP="00EA6D62">
      <w:r>
        <w:t>Just past a granite rise, he spotted two riders on a ridge up ahead.</w:t>
      </w:r>
    </w:p>
    <w:p w14:paraId="12011A5B" w14:textId="77777777" w:rsidR="00EA6D62" w:rsidRDefault="00EA6D62" w:rsidP="00EA6D62">
      <w:r>
        <w:t>They weren’t coming fast. They moved easy, like men out for nothing in particular. Sun caught the dust their horses kicked up in slow swirls.</w:t>
      </w:r>
    </w:p>
    <w:p w14:paraId="4F5CD56C" w14:textId="77777777" w:rsidR="00EA6D62" w:rsidRDefault="00EA6D62" w:rsidP="00EA6D62">
      <w:r>
        <w:t>Elijah watched them for a moment, then gave a small nod. Nothing unusual. Strangers passed through all the time. Some looking for work, some for trouble.</w:t>
      </w:r>
    </w:p>
    <w:p w14:paraId="37746B33" w14:textId="77777777" w:rsidR="00EA6D62" w:rsidRDefault="00EA6D62" w:rsidP="00EA6D62">
      <w:r>
        <w:t>He didn’t tense. Didn’t reach for the pistol under his coat.</w:t>
      </w:r>
    </w:p>
    <w:p w14:paraId="08414AA3" w14:textId="77777777" w:rsidR="00EA6D62" w:rsidRDefault="00EA6D62" w:rsidP="00EA6D62">
      <w:r>
        <w:t>He served a big God.</w:t>
      </w:r>
    </w:p>
    <w:p w14:paraId="4BD91127" w14:textId="77777777" w:rsidR="00EA6D62" w:rsidRDefault="00EA6D62" w:rsidP="00EA6D62">
      <w:r>
        <w:t>And if it was his time, then so be it.</w:t>
      </w:r>
    </w:p>
    <w:p w14:paraId="6173D903" w14:textId="77777777" w:rsidR="00EA6D62" w:rsidRDefault="00EA6D62" w:rsidP="00EA6D62"/>
    <w:p w14:paraId="34592BBF" w14:textId="77777777" w:rsidR="00EA6D62" w:rsidRDefault="00EA6D62" w:rsidP="00EA6D62">
      <w:r>
        <w:t>By late afternoon, the sun had drifted low in the sky. Long shadows stretched across the town of Grafton. Jonas stood outside the church, hands on his hips, staring east.</w:t>
      </w:r>
    </w:p>
    <w:p w14:paraId="5BF00831" w14:textId="77777777" w:rsidR="00EA6D62" w:rsidRDefault="00EA6D62" w:rsidP="00EA6D62">
      <w:r>
        <w:t>Elijah had said he’d be back by now.</w:t>
      </w:r>
    </w:p>
    <w:p w14:paraId="2277166C" w14:textId="77777777" w:rsidR="00EA6D62" w:rsidRDefault="00EA6D62" w:rsidP="00EA6D62">
      <w:r>
        <w:t>Jonas waited until the shadows lengthened past the steeple. Then he saddled up.</w:t>
      </w:r>
    </w:p>
    <w:p w14:paraId="4DA3DFCF" w14:textId="77777777" w:rsidR="00EA6D62" w:rsidRDefault="00EA6D62" w:rsidP="00EA6D62">
      <w:r>
        <w:t>The trail to the Schneider ranch was quiet. Dry wind through the grass. A lone hawk overhead. He moved faster the farther he rode. Something wasn’t sitting right in his gut. That gnawing sense—the one he’d learned to trust in the war—settled behind his ribs and wouldn’t let go.</w:t>
      </w:r>
    </w:p>
    <w:p w14:paraId="22CDF958" w14:textId="77777777" w:rsidR="00EA6D62" w:rsidRDefault="00EA6D62" w:rsidP="00EA6D62">
      <w:r>
        <w:t>He was half a mile from the Schneider turnoff when a voice called from the tree line.</w:t>
      </w:r>
    </w:p>
    <w:p w14:paraId="52E36315" w14:textId="77777777" w:rsidR="00EA6D62" w:rsidRDefault="00EA6D62" w:rsidP="00EA6D62">
      <w:r>
        <w:lastRenderedPageBreak/>
        <w:t>“Jonas!”</w:t>
      </w:r>
    </w:p>
    <w:p w14:paraId="785D0CB8" w14:textId="77777777" w:rsidR="00EA6D62" w:rsidRDefault="00EA6D62" w:rsidP="00EA6D62">
      <w:r>
        <w:t>He pulled up hard. Turned toward the voice.</w:t>
      </w:r>
    </w:p>
    <w:p w14:paraId="24BDE4DC" w14:textId="77777777" w:rsidR="00EA6D62" w:rsidRDefault="00EA6D62" w:rsidP="00EA6D62">
      <w:r>
        <w:t>Johann Schneider stepped out, boots dusty, face pale. Behind him, Matthias, his second-eldest, stood still beside something on the ground.</w:t>
      </w:r>
    </w:p>
    <w:p w14:paraId="240182B2" w14:textId="77777777" w:rsidR="00EA6D62" w:rsidRDefault="00EA6D62" w:rsidP="00EA6D62">
      <w:r>
        <w:t>Jonas rode to them fast and swung down.</w:t>
      </w:r>
    </w:p>
    <w:p w14:paraId="68FFB809" w14:textId="77777777" w:rsidR="00EA6D62" w:rsidRDefault="00EA6D62" w:rsidP="00EA6D62">
      <w:r>
        <w:t>“What happened?”</w:t>
      </w:r>
    </w:p>
    <w:p w14:paraId="35441526" w14:textId="77777777" w:rsidR="00EA6D62" w:rsidRDefault="00EA6D62" w:rsidP="00EA6D62">
      <w:r>
        <w:t>Johann didn’t answer right away. Just gestured with one hand.</w:t>
      </w:r>
    </w:p>
    <w:p w14:paraId="0FEC3184" w14:textId="77777777" w:rsidR="00EA6D62" w:rsidRDefault="00EA6D62" w:rsidP="00EA6D62">
      <w:r>
        <w:t>Elijah lay there, coat pulled across his chest.</w:t>
      </w:r>
    </w:p>
    <w:p w14:paraId="73345F34" w14:textId="77777777" w:rsidR="00EA6D62" w:rsidRDefault="00EA6D62" w:rsidP="00EA6D62">
      <w:r>
        <w:t>Jonas stared.</w:t>
      </w:r>
    </w:p>
    <w:p w14:paraId="3B354E51" w14:textId="77777777" w:rsidR="00EA6D62" w:rsidRDefault="00EA6D62" w:rsidP="00EA6D62">
      <w:r>
        <w:t>No.</w:t>
      </w:r>
    </w:p>
    <w:p w14:paraId="070A6028" w14:textId="77777777" w:rsidR="00EA6D62" w:rsidRDefault="00EA6D62" w:rsidP="00EA6D62">
      <w:r>
        <w:t>Not like this.</w:t>
      </w:r>
    </w:p>
    <w:p w14:paraId="34179322" w14:textId="77777777" w:rsidR="00EA6D62" w:rsidRDefault="00EA6D62" w:rsidP="00EA6D62">
      <w:r>
        <w:t>He knelt beside Elijah and pulled the coat back.</w:t>
      </w:r>
    </w:p>
    <w:p w14:paraId="07744676" w14:textId="77777777" w:rsidR="00EA6D62" w:rsidRDefault="00EA6D62" w:rsidP="00EA6D62">
      <w:r>
        <w:t>Two shots—one in the ribs, the other just above the heart. No other wounds. No sign of a fight. The earth around him was scuffed, dragged from somewhere else. Clean. Deliberate.</w:t>
      </w:r>
    </w:p>
    <w:p w14:paraId="12BFDECF" w14:textId="77777777" w:rsidR="00EA6D62" w:rsidRDefault="00EA6D62" w:rsidP="00EA6D62">
      <w:r>
        <w:t>Jonas laid a hand on Elijah’s chest. Still. Cold.</w:t>
      </w:r>
    </w:p>
    <w:p w14:paraId="65D358AE" w14:textId="77777777" w:rsidR="00EA6D62" w:rsidRDefault="00EA6D62" w:rsidP="00EA6D62">
      <w:r>
        <w:t>He sat there a long moment, jaw tight, chest rising slow and shallow. Then, without a word, he stood and turned away from the Schneiders. His boots carried him a dozen yards down the trail, toward the sound of the river below—just out of sight through the trees, but close enough to hear it moving steady over stone.</w:t>
      </w:r>
    </w:p>
    <w:p w14:paraId="77FDEEDD" w14:textId="77777777" w:rsidR="00EA6D62" w:rsidRDefault="00EA6D62" w:rsidP="00EA6D62">
      <w:r>
        <w:t>He stopped at the edge of the slope.</w:t>
      </w:r>
    </w:p>
    <w:p w14:paraId="63C18473" w14:textId="77777777" w:rsidR="00EA6D62" w:rsidRDefault="00EA6D62" w:rsidP="00EA6D62">
      <w:r>
        <w:t>The breeze shifted, carrying the sharp scent of cedar and water.</w:t>
      </w:r>
    </w:p>
    <w:p w14:paraId="12032CD6" w14:textId="77777777" w:rsidR="00EA6D62" w:rsidRDefault="00EA6D62" w:rsidP="00EA6D62">
      <w:r>
        <w:t>Jonas stood still, hands clenched at his sides.</w:t>
      </w:r>
    </w:p>
    <w:p w14:paraId="1EDBC74A" w14:textId="77777777" w:rsidR="00EA6D62" w:rsidRDefault="00EA6D62" w:rsidP="00EA6D62">
      <w:r>
        <w:t>The river murmured on. A sound like breath. Like the world kept moving while everything else cracked.</w:t>
      </w:r>
    </w:p>
    <w:p w14:paraId="7079288A" w14:textId="77777777" w:rsidR="00EA6D62" w:rsidRDefault="00EA6D62" w:rsidP="00EA6D62">
      <w:r>
        <w:t>After a minute, maybe more, he turned back. Walked up to Johann and Matthias.</w:t>
      </w:r>
    </w:p>
    <w:p w14:paraId="73151AFC" w14:textId="77777777" w:rsidR="00EA6D62" w:rsidRDefault="00EA6D62" w:rsidP="00EA6D62">
      <w:r>
        <w:t>“Have you seen his horse?”</w:t>
      </w:r>
    </w:p>
    <w:p w14:paraId="0BB92245" w14:textId="77777777" w:rsidR="00EA6D62" w:rsidRDefault="00EA6D62" w:rsidP="00EA6D62">
      <w:r>
        <w:t>Matthias pointed toward the east bend. “Caught in the brush along the river. Down there a ways.”</w:t>
      </w:r>
    </w:p>
    <w:p w14:paraId="58647A1F" w14:textId="77777777" w:rsidR="00EA6D62" w:rsidRDefault="00EA6D62" w:rsidP="00EA6D62">
      <w:r>
        <w:t>Jonas gave a nod. Quiet. “Bring him.”</w:t>
      </w:r>
    </w:p>
    <w:p w14:paraId="21ADD4ED" w14:textId="77777777" w:rsidR="00EA6D62" w:rsidRDefault="00EA6D62" w:rsidP="00EA6D62">
      <w:r>
        <w:lastRenderedPageBreak/>
        <w:t>As the boy turned and took off through the brush, Johann looked at Jonas with something between sorrow and fear.</w:t>
      </w:r>
    </w:p>
    <w:p w14:paraId="24CE3D86" w14:textId="77777777" w:rsidR="00EA6D62" w:rsidRDefault="00EA6D62" w:rsidP="00EA6D62">
      <w:r>
        <w:t>Jonas knelt again, cradled Elijah’s shoulders, and gently lifted him. The body was heavy in that way only the dead were. He crossed back to his own horse and laid him across the saddle.</w:t>
      </w:r>
    </w:p>
    <w:p w14:paraId="171B04B7" w14:textId="77777777" w:rsidR="00EA6D62" w:rsidRDefault="00EA6D62" w:rsidP="00EA6D62">
      <w:r>
        <w:t>“Tell your wife to pray,” he said, voice like gravel.</w:t>
      </w:r>
    </w:p>
    <w:p w14:paraId="02909B74" w14:textId="77777777" w:rsidR="00EA6D62" w:rsidRDefault="00EA6D62" w:rsidP="00EA6D62">
      <w:r>
        <w:t>Then he turned toward Grafton, leading the horse, and started the long walk home.</w:t>
      </w:r>
    </w:p>
    <w:p w14:paraId="00A862BF" w14:textId="77777777" w:rsidR="00EA6D62" w:rsidRDefault="00EA6D62" w:rsidP="00EA6D62">
      <w:r>
        <w:t>***</w:t>
      </w:r>
    </w:p>
    <w:p w14:paraId="56E0F64E" w14:textId="77777777" w:rsidR="00EA6D62" w:rsidRDefault="00EA6D62" w:rsidP="00EA6D62">
      <w:r>
        <w:t>Morning crept in soft and gold over the town of Grafton.</w:t>
      </w:r>
    </w:p>
    <w:p w14:paraId="0F55F2AA" w14:textId="77777777" w:rsidR="00EA6D62" w:rsidRDefault="00EA6D62" w:rsidP="00EA6D62">
      <w:r>
        <w:t>Emily Hartwell and Sister June walked the dusty street toward the church, a basket of bread and preserves between them. They hadn’t planned it, hadn’t even spoken much since Elijah’s death—grief had its own language, and both women spoke it in silence.</w:t>
      </w:r>
    </w:p>
    <w:p w14:paraId="6F4B0C71" w14:textId="77777777" w:rsidR="00EA6D62" w:rsidRDefault="00EA6D62" w:rsidP="00EA6D62">
      <w:r>
        <w:t>They thought maybe Jonas would be there. Maybe he’d spent the night in the sanctuary, like Elijah sometimes did when the burdens ran deep.</w:t>
      </w:r>
    </w:p>
    <w:p w14:paraId="2D293D18" w14:textId="77777777" w:rsidR="00EA6D62" w:rsidRDefault="00EA6D62" w:rsidP="00EA6D62">
      <w:r>
        <w:t>They paused at the church steps.</w:t>
      </w:r>
    </w:p>
    <w:p w14:paraId="221986E1" w14:textId="77777777" w:rsidR="00EA6D62" w:rsidRDefault="00EA6D62" w:rsidP="00EA6D62">
      <w:r>
        <w:t>The door stood cracked open.</w:t>
      </w:r>
    </w:p>
    <w:p w14:paraId="48583251" w14:textId="77777777" w:rsidR="00EA6D62" w:rsidRDefault="00EA6D62" w:rsidP="00EA6D62">
      <w:r>
        <w:t>Inside, it was still—too still. No fire in the stove. No boots by the pew. The pulpit stood untouched, Elijah’s Bible wasn’t resting where it always was.</w:t>
      </w:r>
    </w:p>
    <w:p w14:paraId="7A8F1953" w14:textId="77777777" w:rsidR="00EA6D62" w:rsidRDefault="00EA6D62" w:rsidP="00EA6D62">
      <w:r>
        <w:t>Emily stepped in, heart catching in her throat.</w:t>
      </w:r>
    </w:p>
    <w:p w14:paraId="5ECB856E" w14:textId="77777777" w:rsidR="00EA6D62" w:rsidRDefault="00EA6D62" w:rsidP="00EA6D62">
      <w:r>
        <w:t>“Jonas?” she called gently.</w:t>
      </w:r>
    </w:p>
    <w:p w14:paraId="40CAA59A" w14:textId="77777777" w:rsidR="00EA6D62" w:rsidRDefault="00EA6D62" w:rsidP="00EA6D62">
      <w:r>
        <w:t>No answer.</w:t>
      </w:r>
    </w:p>
    <w:p w14:paraId="393FDA37" w14:textId="77777777" w:rsidR="00EA6D62" w:rsidRDefault="00EA6D62" w:rsidP="00EA6D62">
      <w:r>
        <w:t>She walked farther in, eyes scanning shadows. “Brother Walker?”</w:t>
      </w:r>
    </w:p>
    <w:p w14:paraId="61A33E94" w14:textId="77777777" w:rsidR="00EA6D62" w:rsidRDefault="00EA6D62" w:rsidP="00EA6D62">
      <w:r>
        <w:t>Sister June lingered at the doorway, watching. A long pause passed between them.</w:t>
      </w:r>
    </w:p>
    <w:p w14:paraId="4EA4A25C" w14:textId="77777777" w:rsidR="00EA6D62" w:rsidRDefault="00EA6D62" w:rsidP="00EA6D62">
      <w:r>
        <w:t>“He’s not here,” Emily whispered.</w:t>
      </w:r>
    </w:p>
    <w:p w14:paraId="1CF58129" w14:textId="77777777" w:rsidR="00EA6D62" w:rsidRDefault="00EA6D62" w:rsidP="00EA6D62">
      <w:r>
        <w:t>June stepped forward, voice low. “Maybe he just needed time alone.”</w:t>
      </w:r>
    </w:p>
    <w:p w14:paraId="1168BE4A" w14:textId="77777777" w:rsidR="00EA6D62" w:rsidRDefault="00EA6D62" w:rsidP="00EA6D62">
      <w:r>
        <w:t>Emily nodded slowly, setting the basket on the front pew. “I just thought…”</w:t>
      </w:r>
    </w:p>
    <w:p w14:paraId="7A58DFCA" w14:textId="77777777" w:rsidR="00EA6D62" w:rsidRDefault="00EA6D62" w:rsidP="00EA6D62">
      <w:r>
        <w:t>They stood there a moment, letting the silence settle around them like dust. Then, without a word, they turned and left, pulling the door softly shut behind them.</w:t>
      </w:r>
    </w:p>
    <w:p w14:paraId="3E8E5074" w14:textId="77777777" w:rsidR="00EA6D62" w:rsidRDefault="00EA6D62" w:rsidP="00EA6D62">
      <w:r>
        <w:t>***</w:t>
      </w:r>
    </w:p>
    <w:p w14:paraId="74B14695" w14:textId="77777777" w:rsidR="00EA6D62" w:rsidRDefault="00EA6D62" w:rsidP="00EA6D62">
      <w:r>
        <w:lastRenderedPageBreak/>
        <w:t>Jonas rode east.</w:t>
      </w:r>
    </w:p>
    <w:p w14:paraId="4FEDB72B" w14:textId="77777777" w:rsidR="00EA6D62" w:rsidRDefault="00EA6D62" w:rsidP="00EA6D62">
      <w:r>
        <w:t>He didn’t think about where. His hands knew the way.</w:t>
      </w:r>
    </w:p>
    <w:p w14:paraId="6D98BBF8" w14:textId="77777777" w:rsidR="00EA6D62" w:rsidRDefault="00EA6D62" w:rsidP="00EA6D62">
      <w:r>
        <w:t>The sun had just cleared the horizon, warm light breaking across the Hill Country. The trail narrowed, winding through granite and limestone outcroppings, cedars rising out of the rocks like sentinels. The air was still. Cool. The kind of morning Elijah would’ve loved.</w:t>
      </w:r>
    </w:p>
    <w:p w14:paraId="177000A6" w14:textId="77777777" w:rsidR="00EA6D62" w:rsidRDefault="00EA6D62" w:rsidP="00EA6D62">
      <w:r>
        <w:t>Jonas said nothing.</w:t>
      </w:r>
    </w:p>
    <w:p w14:paraId="3ED594FB" w14:textId="77777777" w:rsidR="00EA6D62" w:rsidRDefault="00EA6D62" w:rsidP="00EA6D62">
      <w:r>
        <w:t>After a time, he reached the ridge—a bluff overlooking the river, a spot he’d found a while back when the noise got too loud. From here, the Colorado wound deep and steady through the canyon below, flashing silver between the trees.</w:t>
      </w:r>
    </w:p>
    <w:p w14:paraId="22C12F43" w14:textId="77777777" w:rsidR="00EA6D62" w:rsidRDefault="00EA6D62" w:rsidP="00EA6D62">
      <w:r>
        <w:t>He dismounted, let the horse graze, and walked to the edge. The sound of water filled the silence. It was a good sound—constant, faithful. The kind that made a man feel small, but not forgotten.</w:t>
      </w:r>
    </w:p>
    <w:p w14:paraId="683EDB27" w14:textId="77777777" w:rsidR="00EA6D62" w:rsidRDefault="00EA6D62" w:rsidP="00EA6D62">
      <w:r>
        <w:t>Jonas sat on a flat rock, pulled Elijah’s Bible from his coat, and opened it.</w:t>
      </w:r>
    </w:p>
    <w:p w14:paraId="4E6A61C0" w14:textId="77777777" w:rsidR="00EA6D62" w:rsidRDefault="00EA6D62" w:rsidP="00EA6D62">
      <w:r>
        <w:t>But the words wouldn’t come.</w:t>
      </w:r>
    </w:p>
    <w:p w14:paraId="6234E2E2" w14:textId="77777777" w:rsidR="00EA6D62" w:rsidRDefault="00EA6D62" w:rsidP="00EA6D62">
      <w:r>
        <w:t>His eyes blurred.</w:t>
      </w:r>
    </w:p>
    <w:p w14:paraId="21F0D3AB" w14:textId="77777777" w:rsidR="00EA6D62" w:rsidRDefault="00EA6D62" w:rsidP="00EA6D62">
      <w:r>
        <w:t>His fingers trembled.</w:t>
      </w:r>
    </w:p>
    <w:p w14:paraId="2EF4F940" w14:textId="77777777" w:rsidR="00EA6D62" w:rsidRDefault="00EA6D62" w:rsidP="00EA6D62">
      <w:r>
        <w:t>He shut the book and held it in both hands like something breakable. Like it might slip through if he let go.</w:t>
      </w:r>
    </w:p>
    <w:p w14:paraId="070AD396" w14:textId="77777777" w:rsidR="00EA6D62" w:rsidRDefault="00EA6D62" w:rsidP="00EA6D62">
      <w:r>
        <w:t>The helplessness hit again.</w:t>
      </w:r>
    </w:p>
    <w:p w14:paraId="4563D1F9" w14:textId="77777777" w:rsidR="00EA6D62" w:rsidRDefault="00EA6D62" w:rsidP="00EA6D62">
      <w:r>
        <w:t>That same weight he’d felt when the shooting started and young boys bled out in dirt beside him. When Mr. Carter told him Anna and the children were gone. When he found victims of raiders in Oklahoma, women and children, and nothing left to do but bury them. Always late. Always too far. Always not enough.</w:t>
      </w:r>
    </w:p>
    <w:p w14:paraId="217B04F1" w14:textId="77777777" w:rsidR="00EA6D62" w:rsidRDefault="00EA6D62" w:rsidP="00EA6D62">
      <w:r>
        <w:t>And now Elijah.</w:t>
      </w:r>
    </w:p>
    <w:p w14:paraId="07794FF8" w14:textId="77777777" w:rsidR="00EA6D62" w:rsidRDefault="00EA6D62" w:rsidP="00EA6D62">
      <w:r>
        <w:t>The one man who understood. Who’d seen him and still walked beside him.</w:t>
      </w:r>
    </w:p>
    <w:p w14:paraId="53FD9C55" w14:textId="77777777" w:rsidR="00EA6D62" w:rsidRDefault="00EA6D62" w:rsidP="00EA6D62">
      <w:r>
        <w:t>Gone.</w:t>
      </w:r>
    </w:p>
    <w:p w14:paraId="43634E68" w14:textId="77777777" w:rsidR="00EA6D62" w:rsidRDefault="00EA6D62" w:rsidP="00EA6D62">
      <w:r>
        <w:t>Jonas bowed his head.</w:t>
      </w:r>
    </w:p>
    <w:p w14:paraId="53C3CA57" w14:textId="77777777" w:rsidR="00EA6D62" w:rsidRDefault="00EA6D62" w:rsidP="00EA6D62">
      <w:r>
        <w:t>Nothing came at first. Just breath. Shaky. Shallow.</w:t>
      </w:r>
    </w:p>
    <w:p w14:paraId="19364E4A" w14:textId="77777777" w:rsidR="00EA6D62" w:rsidRDefault="00EA6D62" w:rsidP="00EA6D62">
      <w:r>
        <w:t>Then a whisper.</w:t>
      </w:r>
    </w:p>
    <w:p w14:paraId="536628D3" w14:textId="77777777" w:rsidR="00EA6D62" w:rsidRDefault="00EA6D62" w:rsidP="00EA6D62">
      <w:r>
        <w:t>“Why.”</w:t>
      </w:r>
    </w:p>
    <w:p w14:paraId="11390C7C" w14:textId="77777777" w:rsidR="00EA6D62" w:rsidRDefault="00EA6D62" w:rsidP="00EA6D62">
      <w:r>
        <w:lastRenderedPageBreak/>
        <w:t>His voice cracked in the dry morning air. He tightened his grip on the Bible. Leaned forward.</w:t>
      </w:r>
    </w:p>
    <w:p w14:paraId="54A09EC1" w14:textId="77777777" w:rsidR="00EA6D62" w:rsidRDefault="00EA6D62" w:rsidP="00EA6D62">
      <w:r>
        <w:t>“Why him?”</w:t>
      </w:r>
    </w:p>
    <w:p w14:paraId="30F72450" w14:textId="77777777" w:rsidR="00EA6D62" w:rsidRDefault="00EA6D62" w:rsidP="00EA6D62">
      <w:r>
        <w:t>Silence.</w:t>
      </w:r>
    </w:p>
    <w:p w14:paraId="1438CE82" w14:textId="77777777" w:rsidR="00EA6D62" w:rsidRDefault="00EA6D62" w:rsidP="00EA6D62">
      <w:r>
        <w:t>He looked up, eyes red. “He was the good one. Not me.”</w:t>
      </w:r>
    </w:p>
    <w:p w14:paraId="6257029A" w14:textId="77777777" w:rsidR="00EA6D62" w:rsidRDefault="00EA6D62" w:rsidP="00EA6D62">
      <w:r>
        <w:t>His words echoed off the rock and vanished into the wind.</w:t>
      </w:r>
    </w:p>
    <w:p w14:paraId="3F0BC2AF" w14:textId="77777777" w:rsidR="00EA6D62" w:rsidRDefault="00EA6D62" w:rsidP="00EA6D62">
      <w:r>
        <w:t>Jonas stood. Pushed his fingers through his hair. Started to pace, then stopped.</w:t>
      </w:r>
    </w:p>
    <w:p w14:paraId="41388D43" w14:textId="77777777" w:rsidR="00EA6D62" w:rsidRDefault="00EA6D62" w:rsidP="00EA6D62">
      <w:r>
        <w:t>“I don’t get it,” he said, louder now. “You called him. He answered. He gave everything.”</w:t>
      </w:r>
    </w:p>
    <w:p w14:paraId="31902D71" w14:textId="77777777" w:rsidR="00EA6D62" w:rsidRDefault="00EA6D62" w:rsidP="00EA6D62">
      <w:r>
        <w:t>His voice rose. “You knew what he meant to people. What he meant to… me.”</w:t>
      </w:r>
    </w:p>
    <w:p w14:paraId="032C0353" w14:textId="77777777" w:rsidR="00EA6D62" w:rsidRDefault="00EA6D62" w:rsidP="00EA6D62">
      <w:r>
        <w:t>His chest heaved. He stared up at the sky like he expected something to answer.</w:t>
      </w:r>
    </w:p>
    <w:p w14:paraId="4A882E44" w14:textId="77777777" w:rsidR="00EA6D62" w:rsidRDefault="00EA6D62" w:rsidP="00EA6D62">
      <w:r>
        <w:t>“I needed him. God, I needed him!”</w:t>
      </w:r>
    </w:p>
    <w:p w14:paraId="6563B980" w14:textId="77777777" w:rsidR="00EA6D62" w:rsidRDefault="00EA6D62" w:rsidP="00EA6D62">
      <w:r>
        <w:t>Still nothing but the river.</w:t>
      </w:r>
    </w:p>
    <w:p w14:paraId="3DD04954" w14:textId="77777777" w:rsidR="00EA6D62" w:rsidRDefault="00EA6D62" w:rsidP="00EA6D62">
      <w:r>
        <w:t>Jonas sank to his knees.</w:t>
      </w:r>
    </w:p>
    <w:p w14:paraId="7A99EF95" w14:textId="77777777" w:rsidR="00EA6D62" w:rsidRDefault="00EA6D62" w:rsidP="00EA6D62">
      <w:r>
        <w:t>Shoulders hunched, hands buried in his face.</w:t>
      </w:r>
    </w:p>
    <w:p w14:paraId="7E891FAF" w14:textId="77777777" w:rsidR="00EA6D62" w:rsidRDefault="00EA6D62" w:rsidP="00EA6D62">
      <w:r>
        <w:t>And then—he broke.</w:t>
      </w:r>
    </w:p>
    <w:p w14:paraId="6D9186D1" w14:textId="77777777" w:rsidR="00EA6D62" w:rsidRDefault="00EA6D62" w:rsidP="00EA6D62">
      <w:r>
        <w:t>Tears came hard and sudden, pulled from a place long shut. He didn’t fight them this time.</w:t>
      </w:r>
    </w:p>
    <w:p w14:paraId="02EDDEB7" w14:textId="77777777" w:rsidR="00EA6D62" w:rsidRDefault="00EA6D62" w:rsidP="00EA6D62">
      <w:r>
        <w:t>“I don’t know what to do,” he choked. “I don’t know how to carry this again.”</w:t>
      </w:r>
    </w:p>
    <w:p w14:paraId="7A85BD69" w14:textId="77777777" w:rsidR="00EA6D62" w:rsidRDefault="00EA6D62" w:rsidP="00EA6D62">
      <w:r>
        <w:t>He sat there a long time, bent in the dust, trembling and undone.</w:t>
      </w:r>
    </w:p>
    <w:p w14:paraId="77C0686B" w14:textId="77777777" w:rsidR="00EA6D62" w:rsidRDefault="00EA6D62" w:rsidP="00EA6D62">
      <w:r>
        <w:t>And in the stillness, the wind moved through the cedar.</w:t>
      </w:r>
    </w:p>
    <w:p w14:paraId="2B72CAC8" w14:textId="77777777" w:rsidR="00EA6D62" w:rsidRDefault="00EA6D62" w:rsidP="00EA6D62">
      <w:r>
        <w:t>No voice came.</w:t>
      </w:r>
    </w:p>
    <w:p w14:paraId="6DDA2283" w14:textId="77777777" w:rsidR="00EA6D62" w:rsidRDefault="00EA6D62" w:rsidP="00EA6D62">
      <w:r>
        <w:t>But neither did the silence feel empty.</w:t>
      </w:r>
    </w:p>
    <w:p w14:paraId="646ADCD8" w14:textId="77777777" w:rsidR="00EA6D62" w:rsidRDefault="00EA6D62" w:rsidP="00EA6D62">
      <w:r>
        <w:t>Jonas wiped his face, breath coming slower now.</w:t>
      </w:r>
    </w:p>
    <w:p w14:paraId="72A741FA" w14:textId="77777777" w:rsidR="00EA6D62" w:rsidRDefault="00EA6D62" w:rsidP="00EA6D62">
      <w:r>
        <w:t>He looked down at the Bible, worn and scarred. And he held it to his chest.</w:t>
      </w:r>
    </w:p>
    <w:p w14:paraId="159B0929" w14:textId="77777777" w:rsidR="00EA6D62" w:rsidRDefault="00EA6D62" w:rsidP="00EA6D62">
      <w:r>
        <w:t>***</w:t>
      </w:r>
    </w:p>
    <w:p w14:paraId="77BB2EC0" w14:textId="77777777" w:rsidR="00EA6D62" w:rsidRDefault="00EA6D62" w:rsidP="00EA6D62">
      <w:r>
        <w:t>The door clicked shut behind him as Ezra Galloway stepped back into his home, each footfall echoing louder than it should have.</w:t>
      </w:r>
    </w:p>
    <w:p w14:paraId="62FD792E" w14:textId="77777777" w:rsidR="00EA6D62" w:rsidRDefault="00EA6D62" w:rsidP="00EA6D62">
      <w:r>
        <w:t>He didn’t light the lamp.</w:t>
      </w:r>
    </w:p>
    <w:p w14:paraId="311EB640" w14:textId="77777777" w:rsidR="00EA6D62" w:rsidRDefault="00EA6D62" w:rsidP="00EA6D62">
      <w:r>
        <w:lastRenderedPageBreak/>
        <w:t>Didn’t stoke the fire.</w:t>
      </w:r>
    </w:p>
    <w:p w14:paraId="0242753E" w14:textId="77777777" w:rsidR="00EA6D62" w:rsidRDefault="00EA6D62" w:rsidP="00EA6D62">
      <w:r>
        <w:t>He just stood there in the dim morning light, still wearing yesterday’s coat, dust on his boots, blood on his soul.</w:t>
      </w:r>
    </w:p>
    <w:p w14:paraId="4A9883A5" w14:textId="77777777" w:rsidR="00EA6D62" w:rsidRDefault="00EA6D62" w:rsidP="00EA6D62">
      <w:r>
        <w:t>He moved like a man underwater—slow, uncertain. His breath shallow, hands trembling as he reached for the chair at the kitchen table. He sank into it and stared across at the empty seat where Elijah had once sat, laughing, quoting Scripture, sipping strong coffee like it could ward off darkness.</w:t>
      </w:r>
    </w:p>
    <w:p w14:paraId="57FF2CA8" w14:textId="77777777" w:rsidR="00EA6D62" w:rsidRDefault="00EA6D62" w:rsidP="00EA6D62">
      <w:r>
        <w:t>Elijah was gone.</w:t>
      </w:r>
    </w:p>
    <w:p w14:paraId="73610018" w14:textId="77777777" w:rsidR="00EA6D62" w:rsidRDefault="00EA6D62" w:rsidP="00EA6D62">
      <w:r>
        <w:t>And Ezra had helped put him in the ground.</w:t>
      </w:r>
    </w:p>
    <w:p w14:paraId="6B4D9B77" w14:textId="77777777" w:rsidR="00EA6D62" w:rsidRDefault="00EA6D62" w:rsidP="00EA6D62">
      <w:r>
        <w:t>He pressed his palms into his eyes, hard, like he could stop the truth from settling in.</w:t>
      </w:r>
    </w:p>
    <w:p w14:paraId="1B522316" w14:textId="77777777" w:rsidR="00EA6D62" w:rsidRDefault="00EA6D62" w:rsidP="00EA6D62">
      <w:r>
        <w:t>“I didn’t mean for this,” he muttered. “God help me—I didn’t mean for this.”</w:t>
      </w:r>
    </w:p>
    <w:p w14:paraId="3918CA66" w14:textId="77777777" w:rsidR="00EA6D62" w:rsidRDefault="00EA6D62" w:rsidP="00EA6D62">
      <w:r>
        <w:t>But he had.</w:t>
      </w:r>
    </w:p>
    <w:p w14:paraId="071988DE" w14:textId="77777777" w:rsidR="00EA6D62" w:rsidRDefault="00EA6D62" w:rsidP="00EA6D62">
      <w:r>
        <w:t>He’d told Butler about the letter. He’d stood in the shadows and let the wolves circle. He hadn’t drawn the knife, but he’d pointed to the back.</w:t>
      </w:r>
    </w:p>
    <w:p w14:paraId="79A47001" w14:textId="77777777" w:rsidR="00EA6D62" w:rsidRDefault="00EA6D62" w:rsidP="00EA6D62">
      <w:r>
        <w:t>“I thought they’d scare him off,” Ezra whispered, as if Elijah might still be alive to hear it. “I didn’t think they’d kill him.”</w:t>
      </w:r>
    </w:p>
    <w:p w14:paraId="3469E1E1" w14:textId="77777777" w:rsidR="00EA6D62" w:rsidRDefault="00EA6D62" w:rsidP="00EA6D62">
      <w:r>
        <w:t>But deep down, he knew better. Knew the kind of men he’d sold his soul to.</w:t>
      </w:r>
    </w:p>
    <w:p w14:paraId="5D0B56F8" w14:textId="77777777" w:rsidR="00EA6D62" w:rsidRDefault="00EA6D62" w:rsidP="00EA6D62">
      <w:r>
        <w:t>He looked across the room at the closed Bible on the shelf. The same one he used to preach from. The one he hadn’t opened in days—maybe weeks. He couldn’t touch it now. Not with these hands.</w:t>
      </w:r>
    </w:p>
    <w:p w14:paraId="171446F5" w14:textId="77777777" w:rsidR="00EA6D62" w:rsidRDefault="00EA6D62" w:rsidP="00EA6D62">
      <w:r>
        <w:t>Not after what he’d done.</w:t>
      </w:r>
    </w:p>
    <w:p w14:paraId="7FF2D6D4" w14:textId="77777777" w:rsidR="00EA6D62" w:rsidRDefault="00EA6D62" w:rsidP="00EA6D62">
      <w:r>
        <w:t>His throat burned as he stared at the grain of the wood table. His voice cracked in the stillness.</w:t>
      </w:r>
    </w:p>
    <w:p w14:paraId="22287B34" w14:textId="77777777" w:rsidR="00EA6D62" w:rsidRDefault="00EA6D62" w:rsidP="00EA6D62">
      <w:r>
        <w:t>“Lord, I don’t deserve to be forgiven.”</w:t>
      </w:r>
    </w:p>
    <w:p w14:paraId="060B3ADB" w14:textId="77777777" w:rsidR="00EA6D62" w:rsidRDefault="00EA6D62" w:rsidP="00EA6D62">
      <w:r>
        <w:t>He wiped at his eyes roughly and sat back, empty.</w:t>
      </w:r>
    </w:p>
    <w:p w14:paraId="77DDA98A" w14:textId="77777777" w:rsidR="00EA6D62" w:rsidRDefault="00EA6D62" w:rsidP="00EA6D62">
      <w:r>
        <w:t>No one else knew the truth yet. Not Jonas. Not the town.</w:t>
      </w:r>
    </w:p>
    <w:p w14:paraId="0DBE0600" w14:textId="77777777" w:rsidR="00EA6D62" w:rsidRDefault="00EA6D62" w:rsidP="00EA6D62">
      <w:r>
        <w:t>But God did.</w:t>
      </w:r>
    </w:p>
    <w:p w14:paraId="4DF8F302" w14:textId="77777777" w:rsidR="00EA6D62" w:rsidRDefault="00EA6D62" w:rsidP="00EA6D62">
      <w:r>
        <w:t>And so did he.</w:t>
      </w:r>
    </w:p>
    <w:p w14:paraId="628F78BA" w14:textId="77777777" w:rsidR="00EA6D62" w:rsidRDefault="00EA6D62" w:rsidP="00EA6D62">
      <w:r>
        <w:t>***</w:t>
      </w:r>
    </w:p>
    <w:p w14:paraId="35177214" w14:textId="77777777" w:rsidR="00EA6D62" w:rsidRDefault="00EA6D62" w:rsidP="00EA6D62">
      <w:r>
        <w:t>The sun had crested high by the time Jonas rode back into town, the quiet rhythm of hoofbeats matching the dull throb behind his eyes. The wind had picked up, carrying the scent of cedar and dust, but it didn’t touch him.</w:t>
      </w:r>
    </w:p>
    <w:p w14:paraId="5F80426E" w14:textId="77777777" w:rsidR="00EA6D62" w:rsidRDefault="00EA6D62" w:rsidP="00EA6D62">
      <w:r>
        <w:lastRenderedPageBreak/>
        <w:t>His face was set like stone.</w:t>
      </w:r>
    </w:p>
    <w:p w14:paraId="568155A5" w14:textId="77777777" w:rsidR="00EA6D62" w:rsidRDefault="00EA6D62" w:rsidP="00EA6D62">
      <w:r>
        <w:t>The streets of Grafton were unusually still. A few curtains shifted as he passed. A dog barked once, then fell silent. He didn’t look up at the jail. Didn’t look toward Butler’s house. Just kept riding.</w:t>
      </w:r>
    </w:p>
    <w:p w14:paraId="3ABF730F" w14:textId="77777777" w:rsidR="00EA6D62" w:rsidRDefault="00EA6D62" w:rsidP="00EA6D62">
      <w:r>
        <w:t>He dismounted in front of the church, tying the reins loosely to the hitch post. The front doors were shut, but the lock wasn’t latched. He stepped inside.</w:t>
      </w:r>
    </w:p>
    <w:p w14:paraId="5DADD14D" w14:textId="77777777" w:rsidR="00EA6D62" w:rsidRDefault="00EA6D62" w:rsidP="00EA6D62">
      <w:r>
        <w:t>The stillness inside struck him different than usual—thicker somehow, more final. He took a step forward, then stopped.</w:t>
      </w:r>
    </w:p>
    <w:p w14:paraId="7043626B" w14:textId="77777777" w:rsidR="00EA6D62" w:rsidRDefault="00EA6D62" w:rsidP="00EA6D62">
      <w:r>
        <w:t>There on the front pew sat a small basket. Linen folded inside. A bit of cornbread. A jar of preserves. Emily's handwriting on a note tucked against the handle. It was quiet kindness. A sign they hadn’t forgotten him. A reminder he wasn't alone, even if he felt like he was.</w:t>
      </w:r>
    </w:p>
    <w:p w14:paraId="64238ED7" w14:textId="77777777" w:rsidR="00EA6D62" w:rsidRDefault="00EA6D62" w:rsidP="00EA6D62">
      <w:r>
        <w:t>He looked at it for a moment—no longer than a breath—then turned away.</w:t>
      </w:r>
    </w:p>
    <w:p w14:paraId="432BC491" w14:textId="77777777" w:rsidR="00EA6D62" w:rsidRDefault="00EA6D62" w:rsidP="00EA6D62">
      <w:r>
        <w:t>His boots echoed on the floorboards as he made his way toward the back room, where the old tools were kept.</w:t>
      </w:r>
    </w:p>
    <w:p w14:paraId="0120CF30" w14:textId="77777777" w:rsidR="00EA6D62" w:rsidRDefault="00EA6D62" w:rsidP="00EA6D62">
      <w:r>
        <w:t>He grabbed a shovel.</w:t>
      </w:r>
    </w:p>
    <w:p w14:paraId="62B9161D" w14:textId="77777777" w:rsidR="00EA6D62" w:rsidRDefault="00EA6D62" w:rsidP="00EA6D62">
      <w:r>
        <w:t>Not gently.</w:t>
      </w:r>
    </w:p>
    <w:p w14:paraId="719240C8" w14:textId="77777777" w:rsidR="00EA6D62" w:rsidRDefault="00EA6D62" w:rsidP="00EA6D62">
      <w:r>
        <w:t>Then turned and walked out the side door, down the narrow path behind the building to the small cemetery, just beyond the grove of oaks. It was quiet here, away from the watching eyes.</w:t>
      </w:r>
    </w:p>
    <w:p w14:paraId="12CC33B1" w14:textId="77777777" w:rsidR="00EA6D62" w:rsidRDefault="00EA6D62" w:rsidP="00EA6D62">
      <w:r>
        <w:t>Jonas stopped at the edge of the cemetery and looked over the stones. He didn’t need to think about where to dig. He just knew.</w:t>
      </w:r>
    </w:p>
    <w:p w14:paraId="3EE7CAAB" w14:textId="77777777" w:rsidR="00EA6D62" w:rsidRDefault="00EA6D62" w:rsidP="00EA6D62">
      <w:r>
        <w:t>He drove the shovel into the earth.</w:t>
      </w:r>
    </w:p>
    <w:p w14:paraId="5D56D2E4" w14:textId="77777777" w:rsidR="00EA6D62" w:rsidRDefault="00EA6D62" w:rsidP="00EA6D62">
      <w:r>
        <w:t>Hard.</w:t>
      </w:r>
    </w:p>
    <w:p w14:paraId="66E56DAF" w14:textId="77777777" w:rsidR="00EA6D62" w:rsidRDefault="00EA6D62" w:rsidP="00EA6D62">
      <w:r>
        <w:t>Again.</w:t>
      </w:r>
    </w:p>
    <w:p w14:paraId="0AADD241" w14:textId="77777777" w:rsidR="00EA6D62" w:rsidRDefault="00EA6D62" w:rsidP="00EA6D62">
      <w:r>
        <w:t>And again.</w:t>
      </w:r>
    </w:p>
    <w:p w14:paraId="4967CEDF" w14:textId="77777777" w:rsidR="00EA6D62" w:rsidRDefault="00EA6D62" w:rsidP="00EA6D62">
      <w:r>
        <w:t>The dirt was dry near the top, but deeper down it turned heavier, clinging to the blade. The sun bore down on his shoulders. Sweat ran into his eyes. He didn’t stop.</w:t>
      </w:r>
    </w:p>
    <w:p w14:paraId="2E7810E3" w14:textId="77777777" w:rsidR="00EA6D62" w:rsidRDefault="00EA6D62" w:rsidP="00EA6D62">
      <w:r>
        <w:t>His thoughts were loud. Crowding. Swarming.</w:t>
      </w:r>
    </w:p>
    <w:p w14:paraId="4F2CA011" w14:textId="77777777" w:rsidR="00EA6D62" w:rsidRDefault="00EA6D62" w:rsidP="00EA6D62">
      <w:r>
        <w:t>He should’ve gone with Elijah.</w:t>
      </w:r>
    </w:p>
    <w:p w14:paraId="7E059094" w14:textId="77777777" w:rsidR="00EA6D62" w:rsidRDefault="00EA6D62" w:rsidP="00EA6D62">
      <w:r>
        <w:t>He should’ve forced him to wait.</w:t>
      </w:r>
    </w:p>
    <w:p w14:paraId="368866E4" w14:textId="77777777" w:rsidR="00EA6D62" w:rsidRDefault="00EA6D62" w:rsidP="00EA6D62">
      <w:r>
        <w:t>He should’ve seen it coming.</w:t>
      </w:r>
    </w:p>
    <w:p w14:paraId="29E00CAD" w14:textId="77777777" w:rsidR="00EA6D62" w:rsidRDefault="00EA6D62" w:rsidP="00EA6D62">
      <w:r>
        <w:lastRenderedPageBreak/>
        <w:t>The guilt clawed at him, but underneath it, something darker stirred. The old anger. The old voice. The one that told him faith was weakness. That justice was what a man made with his own hands. That if you let your guard down, people died.</w:t>
      </w:r>
    </w:p>
    <w:p w14:paraId="13530624" w14:textId="77777777" w:rsidR="00EA6D62" w:rsidRDefault="00EA6D62" w:rsidP="00EA6D62">
      <w:r>
        <w:t>He drove the shovel deeper.</w:t>
      </w:r>
    </w:p>
    <w:p w14:paraId="731F5CE1" w14:textId="77777777" w:rsidR="00EA6D62" w:rsidRDefault="00EA6D62" w:rsidP="00EA6D62">
      <w:r>
        <w:t>He thought of Elijah’s words. His voice. His Bible. The hymns.</w:t>
      </w:r>
    </w:p>
    <w:p w14:paraId="153B20B9" w14:textId="77777777" w:rsidR="00EA6D62" w:rsidRDefault="00EA6D62" w:rsidP="00EA6D62">
      <w:r>
        <w:t>He thought of Anna.</w:t>
      </w:r>
    </w:p>
    <w:p w14:paraId="18630BC9" w14:textId="77777777" w:rsidR="00EA6D62" w:rsidRDefault="00EA6D62" w:rsidP="00EA6D62">
      <w:r>
        <w:t>He thought of Daniel and Grace.</w:t>
      </w:r>
    </w:p>
    <w:p w14:paraId="2AC7E8CD" w14:textId="77777777" w:rsidR="00EA6D62" w:rsidRDefault="00EA6D62" w:rsidP="00EA6D62">
      <w:r>
        <w:t>Bitterness crept in like a slow poison, whispering things he’d buried under Elijah’s teaching and quiet prayers.</w:t>
      </w:r>
    </w:p>
    <w:p w14:paraId="523ABE96" w14:textId="77777777" w:rsidR="00EA6D62" w:rsidRDefault="00EA6D62" w:rsidP="00EA6D62">
      <w:r>
        <w:t>You keep failing the people you love.</w:t>
      </w:r>
    </w:p>
    <w:p w14:paraId="32AE7096" w14:textId="77777777" w:rsidR="00EA6D62" w:rsidRDefault="00EA6D62" w:rsidP="00EA6D62">
      <w:r>
        <w:t>What good is peace if it just gets people killed?</w:t>
      </w:r>
    </w:p>
    <w:p w14:paraId="6921FA24" w14:textId="77777777" w:rsidR="00EA6D62" w:rsidRDefault="00EA6D62" w:rsidP="00EA6D62">
      <w:r>
        <w:t>He stopped, leaned on the handle, chest heaving. His arms burned. His throat ached.</w:t>
      </w:r>
    </w:p>
    <w:p w14:paraId="57861423" w14:textId="77777777" w:rsidR="00EA6D62" w:rsidRDefault="00EA6D62" w:rsidP="00EA6D62">
      <w:r>
        <w:t>He stared down into the grave.</w:t>
      </w:r>
    </w:p>
    <w:p w14:paraId="4DBF737B" w14:textId="77777777" w:rsidR="00EA6D62" w:rsidRDefault="00EA6D62" w:rsidP="00EA6D62">
      <w:r>
        <w:t>And for a long moment, he didn’t feel anything at all.</w:t>
      </w:r>
    </w:p>
    <w:p w14:paraId="44BE1DAF" w14:textId="77777777" w:rsidR="00EA6D62" w:rsidRDefault="00EA6D62" w:rsidP="00EA6D62">
      <w:r>
        <w:t>Just the silence.</w:t>
      </w:r>
    </w:p>
    <w:p w14:paraId="4C85A0E9" w14:textId="77777777" w:rsidR="00EA6D62" w:rsidRDefault="00EA6D62" w:rsidP="00EA6D62">
      <w:r>
        <w:t>Just the hollow wind moving through the trees.</w:t>
      </w:r>
    </w:p>
    <w:p w14:paraId="3D7AD86C" w14:textId="77777777" w:rsidR="00EA6D62" w:rsidRDefault="00EA6D62" w:rsidP="00EA6D62">
      <w:r>
        <w:t>Then he bent down, cleared the last edge of earth with his hands, and sat back on his heels.</w:t>
      </w:r>
    </w:p>
    <w:p w14:paraId="2CCD6F8B" w14:textId="77777777" w:rsidR="00EA6D62" w:rsidRDefault="00EA6D62" w:rsidP="00EA6D62">
      <w:r>
        <w:t>“Not like this,” he murmured, to no one.</w:t>
      </w:r>
    </w:p>
    <w:p w14:paraId="603CE5D6" w14:textId="77777777" w:rsidR="00EA6D62" w:rsidRDefault="00EA6D62" w:rsidP="00EA6D62">
      <w:r>
        <w:t>But something inside him wasn’t listening.</w:t>
      </w:r>
    </w:p>
    <w:p w14:paraId="1B4A2161" w14:textId="77777777" w:rsidR="00EA6D62" w:rsidRDefault="00EA6D62" w:rsidP="00EA6D62">
      <w:r>
        <w:t>Not yet.</w:t>
      </w:r>
    </w:p>
    <w:p w14:paraId="6A72EA20" w14:textId="5060DFDB" w:rsidR="00CB67E1" w:rsidRDefault="00EA6D62" w:rsidP="00EA6D62">
      <w:r>
        <w:br/>
      </w:r>
    </w:p>
    <w:p w14:paraId="2F78B358" w14:textId="77777777" w:rsidR="00CB67E1" w:rsidRDefault="00CB67E1">
      <w:pPr>
        <w:spacing w:after="160" w:line="278" w:lineRule="auto"/>
      </w:pPr>
      <w:r>
        <w:br w:type="page"/>
      </w:r>
    </w:p>
    <w:p w14:paraId="06313940" w14:textId="77777777" w:rsidR="003C09D9" w:rsidRDefault="003C09D9" w:rsidP="003C09D9">
      <w:r>
        <w:lastRenderedPageBreak/>
        <w:t>Chapter Twenty-One</w:t>
      </w:r>
    </w:p>
    <w:p w14:paraId="296DED38" w14:textId="77777777" w:rsidR="003C09D9" w:rsidRDefault="003C09D9" w:rsidP="003C09D9">
      <w:r>
        <w:t>The sun had barely cleared the ridgeline when the town began to gather.</w:t>
      </w:r>
    </w:p>
    <w:p w14:paraId="7932542F" w14:textId="77777777" w:rsidR="003C09D9" w:rsidRDefault="003C09D9" w:rsidP="003C09D9">
      <w:r>
        <w:t>They came quiet, boots scuffing the earth, voices hushed. The open grave waited behind the church beneath the same oak where Elijah had once preached a Sunday morning sermon with fire in his voice and dust on his coat. Now the only sound was the breeze rustling through the grass and a few mourning doves perched in the branches overhead.</w:t>
      </w:r>
    </w:p>
    <w:p w14:paraId="1AD47CEC" w14:textId="77777777" w:rsidR="003C09D9" w:rsidRDefault="003C09D9" w:rsidP="003C09D9">
      <w:r>
        <w:t>Jonas stood near the pine box, one hand resting on the lid, the other holding Anna’s Bible. His sleeves were rolled, his face worn. No coat, no tie. Just the same trail-worn clothes he always wore when burying something that mattered.</w:t>
      </w:r>
    </w:p>
    <w:p w14:paraId="64C9284C" w14:textId="77777777" w:rsidR="003C09D9" w:rsidRDefault="003C09D9" w:rsidP="003C09D9">
      <w:r>
        <w:t>The grave was his work—every stone turned and root cut, every spadeful thrown with the ache of a man who had too many goodbyes behind him and too little left to say.</w:t>
      </w:r>
    </w:p>
    <w:p w14:paraId="141BDF27" w14:textId="77777777" w:rsidR="003C09D9" w:rsidRDefault="003C09D9" w:rsidP="003C09D9">
      <w:r>
        <w:t>Most of Grafton had come—ranchers, shopkeepers, the old German families from along the river. Even a few who hadn’t set foot in a church since before the war. Sheriff Munson and John Butler were nowhere in sight. Ezra Galloway sat alone in the very back, stiff as timber, eyes fixed on the ground.</w:t>
      </w:r>
    </w:p>
    <w:p w14:paraId="0C4C9218" w14:textId="77777777" w:rsidR="003C09D9" w:rsidRDefault="003C09D9" w:rsidP="003C09D9">
      <w:r>
        <w:t>Jonas looked out over the crowd, then down to the coffin. His voice, when it came, was low but steady.</w:t>
      </w:r>
    </w:p>
    <w:p w14:paraId="708D5BA9" w14:textId="77777777" w:rsidR="003C09D9" w:rsidRDefault="003C09D9" w:rsidP="003C09D9">
      <w:r>
        <w:t>“I ain’t no preacher. Never have been. But Elijah was.”</w:t>
      </w:r>
    </w:p>
    <w:p w14:paraId="7A026464" w14:textId="77777777" w:rsidR="003C09D9" w:rsidRDefault="003C09D9" w:rsidP="003C09D9">
      <w:r>
        <w:t>He looked up again, the weight behind his eyes sharper than usual.</w:t>
      </w:r>
    </w:p>
    <w:p w14:paraId="48D2563A" w14:textId="77777777" w:rsidR="003C09D9" w:rsidRDefault="003C09D9" w:rsidP="003C09D9">
      <w:r>
        <w:t>“We met in Whitmore. I’d just rode into town, not plannin’ on stayin’ not goin’ anywhere really. I stepped into a saloon after breakin’ up a fight out front. Wasn’t lookin’ for company. Elijah came walkin’ in like he belonged there—wore that old coat, dust on his boots, Bible in hand. Introduced himself to me right there, like it was the most natural thing in the world. Said he was holding a revival that evenin’ and I oughtta to come.”</w:t>
      </w:r>
    </w:p>
    <w:p w14:paraId="4842B953" w14:textId="77777777" w:rsidR="003C09D9" w:rsidRDefault="003C09D9" w:rsidP="003C09D9">
      <w:r>
        <w:t>He paused, eyes distant, voice roughening slightly.</w:t>
      </w:r>
    </w:p>
    <w:p w14:paraId="42CC7F37" w14:textId="77777777" w:rsidR="003C09D9" w:rsidRDefault="003C09D9" w:rsidP="003C09D9">
      <w:r>
        <w:t>“I didn’t. Not at first. But I lingered nearby. Heard the hymn-singin’ through the open windows. Somethin’ about it… it cut through the noise in my head. Drew me in.”</w:t>
      </w:r>
    </w:p>
    <w:p w14:paraId="3A39478F" w14:textId="77777777" w:rsidR="003C09D9" w:rsidRDefault="003C09D9" w:rsidP="003C09D9">
      <w:r>
        <w:t>A dry swallow. He shifts slightly, fingers brushing the Bible on the casket.</w:t>
      </w:r>
    </w:p>
    <w:p w14:paraId="427B05FA" w14:textId="77777777" w:rsidR="003C09D9" w:rsidRDefault="003C09D9" w:rsidP="003C09D9">
      <w:r>
        <w:t>“I went the next night. And the next. That revival didn’t save me—but it started somethin’. Put my feet on the trail back to peace.”</w:t>
      </w:r>
    </w:p>
    <w:p w14:paraId="04A1172C" w14:textId="77777777" w:rsidR="003C09D9" w:rsidRDefault="003C09D9" w:rsidP="003C09D9">
      <w:r>
        <w:t>He looked down at Elijah’s coffin with something like reverence.</w:t>
      </w:r>
    </w:p>
    <w:p w14:paraId="3302B42C" w14:textId="77777777" w:rsidR="003C09D9" w:rsidRDefault="003C09D9" w:rsidP="003C09D9">
      <w:r>
        <w:t>“By the end of that week, Elijah asked if I’d ride with him. I said yes. Best decision I ever made. After I lost Anna and the kids, Elijah became the only family I had.”</w:t>
      </w:r>
    </w:p>
    <w:p w14:paraId="09C6D6E0" w14:textId="77777777" w:rsidR="003C09D9" w:rsidRDefault="003C09D9" w:rsidP="003C09D9">
      <w:r>
        <w:lastRenderedPageBreak/>
        <w:t>A dry breath. A faint twitch at the corner of his mouth.</w:t>
      </w:r>
    </w:p>
    <w:p w14:paraId="2C2E0F84" w14:textId="77777777" w:rsidR="003C09D9" w:rsidRDefault="003C09D9" w:rsidP="003C09D9">
      <w:r>
        <w:t>Jonas stepped closer to the coffin.</w:t>
      </w:r>
    </w:p>
    <w:p w14:paraId="7E160102" w14:textId="77777777" w:rsidR="003C09D9" w:rsidRDefault="003C09D9" w:rsidP="003C09D9">
      <w:r>
        <w:t>“Elijah was stubborn in the best kind of way. Didn’t let go. Didn’t walk away from lost causes. Lord knows I gave him plenty of reason to.”</w:t>
      </w:r>
    </w:p>
    <w:p w14:paraId="2D31A390" w14:textId="77777777" w:rsidR="003C09D9" w:rsidRDefault="003C09D9" w:rsidP="003C09D9">
      <w:r>
        <w:t>His fingers traced the worn edge of the Bible.</w:t>
      </w:r>
    </w:p>
    <w:p w14:paraId="645C8C46" w14:textId="77777777" w:rsidR="003C09D9" w:rsidRDefault="003C09D9" w:rsidP="003C09D9">
      <w:r>
        <w:t>“He was my teacher. My pastor. My friend. He taught me how to ride the circuit, how to speak the truth and still show mercy. He carried more pain than most men could survive, but he didn’t turn bitter. He just kept going. Kept preaching. Kept believing.”</w:t>
      </w:r>
    </w:p>
    <w:p w14:paraId="4D7E45C7" w14:textId="77777777" w:rsidR="003C09D9" w:rsidRDefault="003C09D9" w:rsidP="003C09D9">
      <w:r>
        <w:t>The wind stirred, lifting the edge of his shirt sleeve.</w:t>
      </w:r>
    </w:p>
    <w:p w14:paraId="0047AFCD" w14:textId="77777777" w:rsidR="003C09D9" w:rsidRDefault="003C09D9" w:rsidP="003C09D9">
      <w:r>
        <w:t>“This world didn’t deserve a man like him. But we were blessed to have him for a while. And make no mistake—he wasn’t just passin’ through Grafton. He was your shepherd too. This church, this town… whether you knew it or not, he was standin’ in the gap for all of us.”</w:t>
      </w:r>
    </w:p>
    <w:p w14:paraId="592FEA0B" w14:textId="77777777" w:rsidR="003C09D9" w:rsidRDefault="003C09D9" w:rsidP="003C09D9">
      <w:r>
        <w:t>Jonas looked out at the crowd—some nodding through tears, some clutching hands, others simply staring.</w:t>
      </w:r>
    </w:p>
    <w:p w14:paraId="1E328609" w14:textId="77777777" w:rsidR="003C09D9" w:rsidRDefault="003C09D9" w:rsidP="003C09D9">
      <w:r>
        <w:t>“There’s justice coming. I don’t know how or when, but I believe the Lord will not let this pass unanswered.”</w:t>
      </w:r>
    </w:p>
    <w:p w14:paraId="134CC790" w14:textId="77777777" w:rsidR="003C09D9" w:rsidRDefault="003C09D9" w:rsidP="003C09D9">
      <w:r>
        <w:t>He let the words settle. Let the silence do its work.</w:t>
      </w:r>
    </w:p>
    <w:p w14:paraId="03908CF3" w14:textId="77777777" w:rsidR="003C09D9" w:rsidRDefault="003C09D9" w:rsidP="003C09D9">
      <w:r>
        <w:t>“I loved him like an older brother. I don’t know if I ever told him that. But I did.”</w:t>
      </w:r>
    </w:p>
    <w:p w14:paraId="5B7BEB24" w14:textId="77777777" w:rsidR="003C09D9" w:rsidRDefault="003C09D9" w:rsidP="003C09D9">
      <w:r>
        <w:t>He stepped back, placed the Bible on the coffin with care, and bowed his head.</w:t>
      </w:r>
    </w:p>
    <w:p w14:paraId="3BF8AC01" w14:textId="77777777" w:rsidR="003C09D9" w:rsidRDefault="003C09D9" w:rsidP="003C09D9">
      <w:r>
        <w:t>There were no more words.</w:t>
      </w:r>
    </w:p>
    <w:p w14:paraId="4DEB79BB" w14:textId="77777777" w:rsidR="003C09D9" w:rsidRDefault="003C09D9" w:rsidP="003C09D9">
      <w:r>
        <w:t>Sister June’s voice broke the silence, humming the first soft notes of “Abide with Me.” Emily joined her, then a few others. Slowly the hymn grew—not loud, but full of something deeper than volume.</w:t>
      </w:r>
    </w:p>
    <w:p w14:paraId="5DA9CCD4" w14:textId="77777777" w:rsidR="003C09D9" w:rsidRDefault="003C09D9" w:rsidP="003C09D9">
      <w:r>
        <w:t>Back row, Ezra sat motionless. His hands were clenched tight in his lap, knuckles pale. He didn’t sing. He didn’t look up.</w:t>
      </w:r>
    </w:p>
    <w:p w14:paraId="5623CF4F" w14:textId="77777777" w:rsidR="003C09D9" w:rsidRDefault="003C09D9" w:rsidP="003C09D9">
      <w:r>
        <w:t>When the final verse faded into wind, the crowd lingered. No one wanted to be first to leave.</w:t>
      </w:r>
    </w:p>
    <w:p w14:paraId="36D4F1ED" w14:textId="77777777" w:rsidR="003C09D9" w:rsidRDefault="003C09D9" w:rsidP="003C09D9">
      <w:r>
        <w:t>But Jonas turned, and the weight of his grief moved with him.</w:t>
      </w:r>
    </w:p>
    <w:p w14:paraId="2251DDFA" w14:textId="77777777" w:rsidR="003C09D9" w:rsidRDefault="003C09D9" w:rsidP="003C09D9">
      <w:r>
        <w:t>***</w:t>
      </w:r>
    </w:p>
    <w:p w14:paraId="39BD813C" w14:textId="77777777" w:rsidR="003C09D9" w:rsidRDefault="003C09D9" w:rsidP="003C09D9">
      <w:r>
        <w:t>The heavy curtains were drawn, muting the sunlight that tried to push through the dust-streaked panes. Inside, the air was still. Sheriff Munson stood near the doorway, arms folded, hat in hand. John Butler leaned against his desk, a half-empty glass of whiskey in his hand, untouched.</w:t>
      </w:r>
    </w:p>
    <w:p w14:paraId="3613A43A" w14:textId="77777777" w:rsidR="003C09D9" w:rsidRDefault="003C09D9" w:rsidP="003C09D9">
      <w:r>
        <w:lastRenderedPageBreak/>
        <w:t>“You hear how many showed up?” Munson asked, voice low.</w:t>
      </w:r>
    </w:p>
    <w:p w14:paraId="2A901F36" w14:textId="77777777" w:rsidR="003C09D9" w:rsidRDefault="003C09D9" w:rsidP="003C09D9">
      <w:r>
        <w:t>Butler looked over his shoulder, eyes narrowing. “What are you talking about?”</w:t>
      </w:r>
    </w:p>
    <w:p w14:paraId="760A21CC" w14:textId="77777777" w:rsidR="003C09D9" w:rsidRDefault="003C09D9" w:rsidP="003C09D9">
      <w:r>
        <w:t>“The funeral,” Munson replied. “Half the town was there. Some from outlying farms too. Wasn’t no quiet thing, either. Folks grievin’. Mournin’ like he was one of their own.”</w:t>
      </w:r>
    </w:p>
    <w:p w14:paraId="7DBF7E60" w14:textId="77777777" w:rsidR="003C09D9" w:rsidRDefault="003C09D9" w:rsidP="003C09D9">
      <w:r>
        <w:t>Butler took a sip of his drink, scowling. “He was trouble. Stirring people up. Preachin’ against everything we built here.”</w:t>
      </w:r>
    </w:p>
    <w:p w14:paraId="36601F0A" w14:textId="77777777" w:rsidR="003C09D9" w:rsidRDefault="003C09D9" w:rsidP="003C09D9">
      <w:r>
        <w:t>Munson nodded, but his jaw was tight. “Yeah, maybe. But killin’ him... might’ve turned him into a martyr or somethin’.”</w:t>
      </w:r>
    </w:p>
    <w:p w14:paraId="20938758" w14:textId="77777777" w:rsidR="003C09D9" w:rsidRDefault="003C09D9" w:rsidP="003C09D9">
      <w:r>
        <w:t>Butler turned fully now, eyes sharp. “Don’t go soft on me, Garrett.”</w:t>
      </w:r>
    </w:p>
    <w:p w14:paraId="56BC0419" w14:textId="77777777" w:rsidR="003C09D9" w:rsidRDefault="003C09D9" w:rsidP="003C09D9">
      <w:r>
        <w:t>“I ain’t,” Munson said. “But I know people. They’re scared, sure—but this preacher? He gave ‘em hope. Now they’re lookin’ to that other one. Walker.”</w:t>
      </w:r>
    </w:p>
    <w:p w14:paraId="05F617B7" w14:textId="77777777" w:rsidR="003C09D9" w:rsidRDefault="003C09D9" w:rsidP="003C09D9">
      <w:r>
        <w:t>Butler scoffed dismissively, “Walker’s broken. He’s no threat.”</w:t>
      </w:r>
    </w:p>
    <w:p w14:paraId="4CF878C8" w14:textId="77777777" w:rsidR="003C09D9" w:rsidRDefault="003C09D9" w:rsidP="003C09D9">
      <w:r>
        <w:t>Munson stared at the floor a moment, then looked back up. “Maybe. Or maybe he’s just quiet before the storm.”</w:t>
      </w:r>
    </w:p>
    <w:p w14:paraId="733E7E6C" w14:textId="77777777" w:rsidR="003C09D9" w:rsidRDefault="003C09D9" w:rsidP="003C09D9">
      <w:r>
        <w:t>Butler said nothing. The only sound was the faint clink of ice in his glass.</w:t>
      </w:r>
    </w:p>
    <w:p w14:paraId="3F84F969" w14:textId="77777777" w:rsidR="003C09D9" w:rsidRDefault="003C09D9" w:rsidP="003C09D9">
      <w:r>
        <w:t>Munson glanced at the clock on the wall, then put his hat back on. “Just thought you should know.”</w:t>
      </w:r>
    </w:p>
    <w:p w14:paraId="6B60F481" w14:textId="77777777" w:rsidR="003C09D9" w:rsidRDefault="003C09D9" w:rsidP="003C09D9">
      <w:r>
        <w:t>He stepped outside, leaving Butler alone in the dim room, staring out through the slit in the curtain toward the steeple rising over the rooftops.</w:t>
      </w:r>
    </w:p>
    <w:p w14:paraId="0190DE05" w14:textId="77777777" w:rsidR="003C09D9" w:rsidRDefault="003C09D9" w:rsidP="003C09D9">
      <w:r>
        <w:t>***</w:t>
      </w:r>
    </w:p>
    <w:p w14:paraId="2DA221B0" w14:textId="77777777" w:rsidR="003C09D9" w:rsidRDefault="003C09D9" w:rsidP="003C09D9">
      <w:r>
        <w:t>The light filtering through the church windows had softened into gold. Dust floated in the stillness like suspended prayer.</w:t>
      </w:r>
    </w:p>
    <w:p w14:paraId="3FF3156F" w14:textId="77777777" w:rsidR="003C09D9" w:rsidRDefault="003C09D9" w:rsidP="003C09D9">
      <w:r>
        <w:t>Sister June stood near the front, sleeves rolled up, her Bible tucked under one arm. Emily was at her side, folding a worn quilt that someone had brought in for the widow Jenkins earlier that morning.</w:t>
      </w:r>
    </w:p>
    <w:p w14:paraId="6B8A2704" w14:textId="77777777" w:rsidR="003C09D9" w:rsidRDefault="003C09D9" w:rsidP="003C09D9">
      <w:r>
        <w:t>“Should we wait for Jonas?” Emily asked quietly, glancing toward the door.</w:t>
      </w:r>
    </w:p>
    <w:p w14:paraId="2E07A4F6" w14:textId="77777777" w:rsidR="003C09D9" w:rsidRDefault="003C09D9" w:rsidP="003C09D9">
      <w:r>
        <w:t>Sister June shook her head. “He needs time. The Lord’s still workin’ on his heart. In the meantime, we’ve got a church to tend to.”</w:t>
      </w:r>
    </w:p>
    <w:p w14:paraId="76504968" w14:textId="77777777" w:rsidR="003C09D9" w:rsidRDefault="003C09D9" w:rsidP="003C09D9">
      <w:r>
        <w:t>Several women had already arrived—young mothers with their children in tow, a few older widows from the edge of town. They sat quietly at first, unsure of what to do now that the shepherd was gone.</w:t>
      </w:r>
    </w:p>
    <w:p w14:paraId="011D0509" w14:textId="77777777" w:rsidR="003C09D9" w:rsidRDefault="003C09D9" w:rsidP="003C09D9">
      <w:r>
        <w:t>June clapped her hands gently. “All right, ladies. Just because we lost our pastor doesn’t mean we lost our purpose. We’re still the church. And the church don’t fold just ‘cause a storm came through.”</w:t>
      </w:r>
    </w:p>
    <w:p w14:paraId="5156CD43" w14:textId="77777777" w:rsidR="003C09D9" w:rsidRDefault="003C09D9" w:rsidP="003C09D9">
      <w:r>
        <w:lastRenderedPageBreak/>
        <w:t>Emily nodded, stepping forward. “We can help with meals for the families who came in for the funeral. Maybe set up a rotation?”</w:t>
      </w:r>
    </w:p>
    <w:p w14:paraId="0A0D5684" w14:textId="77777777" w:rsidR="003C09D9" w:rsidRDefault="003C09D9" w:rsidP="003C09D9">
      <w:r>
        <w:t>There were murmurs of agreement, some relief in having something—anything—to do.</w:t>
      </w:r>
    </w:p>
    <w:p w14:paraId="3CBCB65B" w14:textId="77777777" w:rsidR="003C09D9" w:rsidRDefault="003C09D9" w:rsidP="003C09D9">
      <w:r>
        <w:t>A small girl sitting near the front sniffled. June knelt down beside her, brushing a hand over the girl’s tangled hair. “It’s all right, sweet pea. God saw Elijah’s work here. He ain’t forgotten this town.”</w:t>
      </w:r>
    </w:p>
    <w:p w14:paraId="2EACA7F0" w14:textId="77777777" w:rsidR="003C09D9" w:rsidRDefault="003C09D9" w:rsidP="003C09D9">
      <w:r>
        <w:t>The girl nodded slowly. Emily watched the scene, her eyes damp. Then she turned toward the others. “Let’s keep the candles lit tonight. If Jonas comes back, I want him to see that light from the ridge.”</w:t>
      </w:r>
    </w:p>
    <w:p w14:paraId="30B364BA" w14:textId="77777777" w:rsidR="003C09D9" w:rsidRDefault="003C09D9" w:rsidP="003C09D9">
      <w:r>
        <w:t>That caught the attention of a few, and a couple of women nodded.</w:t>
      </w:r>
    </w:p>
    <w:p w14:paraId="6D2BF26F" w14:textId="77777777" w:rsidR="003C09D9" w:rsidRDefault="003C09D9" w:rsidP="003C09D9">
      <w:r>
        <w:t>“He thinks he’s alone right now,” June said quietly, straightening. “But he’s not. And we’re gonna make sure he remembers that.”</w:t>
      </w:r>
    </w:p>
    <w:p w14:paraId="4A007560" w14:textId="77777777" w:rsidR="003C09D9" w:rsidRDefault="003C09D9" w:rsidP="003C09D9">
      <w:r>
        <w:t>Outside, the sun was beginning to set, casting long shadows across the gravestones behind the church. A single candle flickered in the window as the women moved with quiet purpose—setting chairs, sorting baskets, cleaning up the space where Elijah’s voice had once thundered with holy fire.</w:t>
      </w:r>
    </w:p>
    <w:p w14:paraId="0EA3B0D4" w14:textId="77777777" w:rsidR="003C09D9" w:rsidRDefault="003C09D9" w:rsidP="003C09D9">
      <w:r>
        <w:t>The church was quieter now, but not empty. Not broken. Just waiting.</w:t>
      </w:r>
    </w:p>
    <w:p w14:paraId="38C37D66" w14:textId="77777777" w:rsidR="003C09D9" w:rsidRDefault="003C09D9" w:rsidP="003C09D9">
      <w:r>
        <w:t>***</w:t>
      </w:r>
    </w:p>
    <w:p w14:paraId="3EAE775D" w14:textId="77777777" w:rsidR="003C09D9" w:rsidRDefault="003C09D9" w:rsidP="003C09D9">
      <w:r>
        <w:t>Lightning split the sky, followed by a crack of thunder that shook the windows. Rain lashed against the panes in waves, steady and punishing. Inside the grand parlor of John Butler’s home, a fire hissed in the hearth, fed by the damp air and flickering shadows.</w:t>
      </w:r>
    </w:p>
    <w:p w14:paraId="4626054C" w14:textId="77777777" w:rsidR="003C09D9" w:rsidRDefault="003C09D9" w:rsidP="003C09D9">
      <w:r>
        <w:t>Twelve men sat or stood around the room—landowners, shopkeepers, the bank manager, and two cattlemen from outside town. Sheriff Munson stood by the fireplace, arms crossed, his hat dripping rainwater onto the rug.</w:t>
      </w:r>
    </w:p>
    <w:p w14:paraId="3BA61EA2" w14:textId="77777777" w:rsidR="003C09D9" w:rsidRDefault="003C09D9" w:rsidP="003C09D9">
      <w:r>
        <w:t>Butler, ever composed, stood near the window, one hand resting on a globe, the other holding a snifter of brandy. He waited until the thunder faded, then turned slowly toward the room.</w:t>
      </w:r>
    </w:p>
    <w:p w14:paraId="6EF20783" w14:textId="77777777" w:rsidR="003C09D9" w:rsidRDefault="003C09D9" w:rsidP="003C09D9">
      <w:r>
        <w:t>"Gentlemen," he began, voice smooth as the velvet drapes behind him. "Grafton’s at a crossroads. We all know it."</w:t>
      </w:r>
    </w:p>
    <w:p w14:paraId="5617248D" w14:textId="77777777" w:rsidR="003C09D9" w:rsidRDefault="003C09D9" w:rsidP="003C09D9">
      <w:r>
        <w:t>No one spoke. Only the storm answered.</w:t>
      </w:r>
    </w:p>
    <w:p w14:paraId="50E207B8" w14:textId="77777777" w:rsidR="003C09D9" w:rsidRDefault="003C09D9" w:rsidP="003C09D9">
      <w:r>
        <w:t>Butler paced a slow circle, the firelight glinting off his cufflinks. “The preacher's gone, God rest him. A shame, truly. And the mayor?” He gave a small, dismissive shake of the head. “Packed up and run off east like a coward, leaving this town to fend for itself.”</w:t>
      </w:r>
    </w:p>
    <w:p w14:paraId="0A4EF729" w14:textId="77777777" w:rsidR="003C09D9" w:rsidRDefault="003C09D9" w:rsidP="003C09D9">
      <w:r>
        <w:t>He let that hang in the air, then continued, voice steady. “Someone has to step in. Until a proper election can be held, I’ll do what’s necessary to keep things in order. Not for power—but for peace.”</w:t>
      </w:r>
    </w:p>
    <w:p w14:paraId="126CA728" w14:textId="77777777" w:rsidR="003C09D9" w:rsidRDefault="003C09D9" w:rsidP="003C09D9">
      <w:r>
        <w:lastRenderedPageBreak/>
        <w:t>He turned to look each man in the eye. “Grafton needs leadership now more than ever. The kind that doesn’t blink when things get rough.”</w:t>
      </w:r>
    </w:p>
    <w:p w14:paraId="6D55530A" w14:textId="77777777" w:rsidR="003C09D9" w:rsidRDefault="003C09D9" w:rsidP="003C09D9">
      <w:r>
        <w:t>A merchant near the front shifted. “You think there's trouble coming?”</w:t>
      </w:r>
    </w:p>
    <w:p w14:paraId="7D5F9898" w14:textId="77777777" w:rsidR="003C09D9" w:rsidRDefault="003C09D9" w:rsidP="003C09D9">
      <w:r>
        <w:t>Butler gave a thin smile. “Trouble’s already here. In silence. In suspicion. In waiting for someone to do something.”</w:t>
      </w:r>
    </w:p>
    <w:p w14:paraId="576E0A0F" w14:textId="77777777" w:rsidR="003C09D9" w:rsidRDefault="003C09D9" w:rsidP="003C09D9">
      <w:r>
        <w:t>He stopped walking, let the moment stretch.</w:t>
      </w:r>
    </w:p>
    <w:p w14:paraId="3384D19E" w14:textId="77777777" w:rsidR="003C09D9" w:rsidRDefault="003C09D9" w:rsidP="003C09D9">
      <w:r>
        <w:t>“We can keep this town strong,” he said, voice lowering. “Safe. But it takes men willing to act. To keep order. To give people what they need—stability.”</w:t>
      </w:r>
    </w:p>
    <w:p w14:paraId="096A7105" w14:textId="77777777" w:rsidR="003C09D9" w:rsidRDefault="003C09D9" w:rsidP="003C09D9">
      <w:r>
        <w:t>A landowner cleared his throat. “You mean guns in the street?”</w:t>
      </w:r>
    </w:p>
    <w:p w14:paraId="537E7F64" w14:textId="77777777" w:rsidR="003C09D9" w:rsidRDefault="003C09D9" w:rsidP="003C09D9">
      <w:r>
        <w:t>Butler shook his head slowly. “No. I mean presence. Leadership. Reassurance. The kind that keeps wagons moving, cash flowing, and families sleeping through the night.”</w:t>
      </w:r>
    </w:p>
    <w:p w14:paraId="36EA1079" w14:textId="77777777" w:rsidR="003C09D9" w:rsidRDefault="003C09D9" w:rsidP="003C09D9">
      <w:r>
        <w:t>Another thunderclap rolled through the town.</w:t>
      </w:r>
    </w:p>
    <w:p w14:paraId="4C86B012" w14:textId="77777777" w:rsidR="003C09D9" w:rsidRDefault="003C09D9" w:rsidP="003C09D9">
      <w:r>
        <w:t>“Some folks may resist,” Butler continued. “Grief makes people foolish. They get ideas. But that’s why men like us must keep our heads. Grafton’s future is tied to progress. And progress always favors the bold.”</w:t>
      </w:r>
    </w:p>
    <w:p w14:paraId="661D92A1" w14:textId="77777777" w:rsidR="003C09D9" w:rsidRDefault="003C09D9" w:rsidP="003C09D9">
      <w:r>
        <w:t>Munson’s gaze shifted to Butler. The sheriff remained quiet, but his jaw flexed.</w:t>
      </w:r>
    </w:p>
    <w:p w14:paraId="178F2081" w14:textId="77777777" w:rsidR="003C09D9" w:rsidRDefault="003C09D9" w:rsidP="003C09D9">
      <w:r>
        <w:t>“But those who stand with us?” Butler raised his glass slightly, “They’ll prosper. Guaranteed. And when the railroad comes through and this becomes a hub...we’ll all be glad we held the line.”</w:t>
      </w:r>
    </w:p>
    <w:p w14:paraId="68DEAB8F" w14:textId="77777777" w:rsidR="003C09D9" w:rsidRDefault="003C09D9" w:rsidP="003C09D9">
      <w:r>
        <w:t>Silence settled again.</w:t>
      </w:r>
    </w:p>
    <w:p w14:paraId="41687DB7" w14:textId="77777777" w:rsidR="003C09D9" w:rsidRDefault="003C09D9" w:rsidP="003C09D9">
      <w:r>
        <w:t>Then a gruff voice from the back: “And those that don’t?”</w:t>
      </w:r>
    </w:p>
    <w:p w14:paraId="60ABBD7B" w14:textId="77777777" w:rsidR="003C09D9" w:rsidRDefault="003C09D9" w:rsidP="003C09D9">
      <w:r>
        <w:t>Butler didn’t flinch. “They’ll make their choice. Like everyone must.”</w:t>
      </w:r>
    </w:p>
    <w:p w14:paraId="3790F605" w14:textId="77777777" w:rsidR="003C09D9" w:rsidRDefault="003C09D9" w:rsidP="003C09D9">
      <w:r>
        <w:t>Another flash of lightning lit the room. The storm raged on.</w:t>
      </w:r>
    </w:p>
    <w:p w14:paraId="4F3AEB97" w14:textId="77777777" w:rsidR="003C09D9" w:rsidRDefault="003C09D9" w:rsidP="003C09D9">
      <w:r>
        <w:t>The men didn’t clap, or cheer—but a few nodded, and no one objected. That was enough.</w:t>
      </w:r>
    </w:p>
    <w:p w14:paraId="226CEE87" w14:textId="77777777" w:rsidR="003C09D9" w:rsidRDefault="003C09D9" w:rsidP="003C09D9">
      <w:r>
        <w:t>Butler turned back to the window, watching the rain roll down the glass.</w:t>
      </w:r>
    </w:p>
    <w:p w14:paraId="48076F62" w14:textId="77777777" w:rsidR="003C09D9" w:rsidRDefault="003C09D9" w:rsidP="003C09D9">
      <w:r>
        <w:t>“The storm’s here, gentlemen. Best we ride it out together.”</w:t>
      </w:r>
    </w:p>
    <w:p w14:paraId="6048E13C" w14:textId="77777777" w:rsidR="003C09D9" w:rsidRDefault="003C09D9" w:rsidP="003C09D9">
      <w:r>
        <w:t>***</w:t>
      </w:r>
    </w:p>
    <w:p w14:paraId="66F5A472" w14:textId="77777777" w:rsidR="003C09D9" w:rsidRDefault="003C09D9" w:rsidP="003C09D9">
      <w:r>
        <w:t>The church was empty, hollow as a shell.</w:t>
      </w:r>
    </w:p>
    <w:p w14:paraId="78B28799" w14:textId="77777777" w:rsidR="003C09D9" w:rsidRDefault="003C09D9" w:rsidP="003C09D9">
      <w:r>
        <w:lastRenderedPageBreak/>
        <w:t>Jonas sat in the front pew, just off-center, coat draped over the bench beside him. On top of it rested Anna’s Bible. He hadn’t touched it since the day Elijah died. He didn’t dare open it. Not now. Not with the thoughts running through his mind.</w:t>
      </w:r>
    </w:p>
    <w:p w14:paraId="7408DEC8" w14:textId="77777777" w:rsidR="003C09D9" w:rsidRDefault="003C09D9" w:rsidP="003C09D9">
      <w:r>
        <w:t>He’d tried. Once or twice. Reached for the leather cover, let his fingers trace its edge. But the guilt was louder than the silence. And so it remained closed. Waiting.</w:t>
      </w:r>
    </w:p>
    <w:p w14:paraId="13579592" w14:textId="77777777" w:rsidR="003C09D9" w:rsidRDefault="003C09D9" w:rsidP="003C09D9">
      <w:r>
        <w:t>Outside, rain tapped steady against the windows—soft and mournful. The kind of rain that soaked into the bones of a town and made everything feel heavier.</w:t>
      </w:r>
    </w:p>
    <w:p w14:paraId="2211BFB5" w14:textId="77777777" w:rsidR="003C09D9" w:rsidRDefault="003C09D9" w:rsidP="003C09D9">
      <w:r>
        <w:t>Across the aisle, the pulpit stood empty.</w:t>
      </w:r>
    </w:p>
    <w:p w14:paraId="1DF4490A" w14:textId="77777777" w:rsidR="003C09D9" w:rsidRDefault="003C09D9" w:rsidP="003C09D9">
      <w:r>
        <w:t>He glanced toward it and looked away just as fast.</w:t>
      </w:r>
    </w:p>
    <w:p w14:paraId="3FA2C6A5" w14:textId="77777777" w:rsidR="003C09D9" w:rsidRDefault="003C09D9" w:rsidP="003C09D9">
      <w:r>
        <w:t>He wasn’t going up there.</w:t>
      </w:r>
    </w:p>
    <w:p w14:paraId="62AB82C1" w14:textId="77777777" w:rsidR="003C09D9" w:rsidRDefault="003C09D9" w:rsidP="003C09D9">
      <w:r>
        <w:t>He wasn’t Elijah.</w:t>
      </w:r>
    </w:p>
    <w:p w14:paraId="68C405A5" w14:textId="77777777" w:rsidR="003C09D9" w:rsidRDefault="003C09D9" w:rsidP="003C09D9">
      <w:r>
        <w:t>Elijah was a man of grace. A shepherd with a strong voice and an open heart. Jonas—he was something else entirely. Something he’d buried deep, but never far enough.</w:t>
      </w:r>
    </w:p>
    <w:p w14:paraId="43197B7C" w14:textId="77777777" w:rsidR="003C09D9" w:rsidRDefault="003C09D9" w:rsidP="003C09D9">
      <w:r>
        <w:t>That something had begun to stir again.</w:t>
      </w:r>
    </w:p>
    <w:p w14:paraId="43A31724" w14:textId="77777777" w:rsidR="003C09D9" w:rsidRDefault="003C09D9" w:rsidP="003C09D9">
      <w:r>
        <w:t>Jonas leaned back against the pew, eyes tired but hardening. The ache in his chest hadn’t dulled since they lowered Elijah into the ground. Now, all he felt now was weight. And the old familiar pull toward something dark.</w:t>
      </w:r>
    </w:p>
    <w:p w14:paraId="62BBAAC6" w14:textId="77777777" w:rsidR="003C09D9" w:rsidRDefault="003C09D9" w:rsidP="003C09D9">
      <w:r>
        <w:t>They’d killed his teacher. His shepherd. His friend.  His brother.</w:t>
      </w:r>
    </w:p>
    <w:p w14:paraId="549360F2" w14:textId="77777777" w:rsidR="003C09D9" w:rsidRDefault="003C09D9" w:rsidP="003C09D9">
      <w:r>
        <w:t>And the ones who did it still walked free.</w:t>
      </w:r>
    </w:p>
    <w:p w14:paraId="34FAF6C9" w14:textId="77777777" w:rsidR="003C09D9" w:rsidRDefault="003C09D9" w:rsidP="003C09D9">
      <w:r>
        <w:t>He rose slowly and crossed the sanctuary to the back room where Elijah used to keep spare candles and folded hymnals. Jonas didn’t need any of those.</w:t>
      </w:r>
    </w:p>
    <w:p w14:paraId="1ADA52D1" w14:textId="77777777" w:rsidR="003C09D9" w:rsidRDefault="003C09D9" w:rsidP="003C09D9">
      <w:r>
        <w:t>He opened his saddlebag on the bench, pulled out a cloth, and unwrapped the Colt revolvers he’d carried across war and wilderness. One was older, the bluing worn down. The other newer, but well-used. Both had stories. He began disassembling them in silence.</w:t>
      </w:r>
    </w:p>
    <w:p w14:paraId="44A7CE94" w14:textId="77777777" w:rsidR="003C09D9" w:rsidRDefault="003C09D9" w:rsidP="003C09D9">
      <w:r>
        <w:t>One piece at a time.</w:t>
      </w:r>
    </w:p>
    <w:p w14:paraId="74ACD582" w14:textId="77777777" w:rsidR="003C09D9" w:rsidRDefault="003C09D9" w:rsidP="003C09D9">
      <w:r>
        <w:t>His fingers moved without thought—steady, practiced, deliberate. A man didn’t forget the tools of violence, no matter how long he’d gone without them.</w:t>
      </w:r>
    </w:p>
    <w:p w14:paraId="2587E2F3" w14:textId="77777777" w:rsidR="003C09D9" w:rsidRDefault="003C09D9" w:rsidP="003C09D9">
      <w:r>
        <w:t>He checked every chamber. Oiled every spring. Not with haste. With care.</w:t>
      </w:r>
    </w:p>
    <w:p w14:paraId="691A4E87" w14:textId="77777777" w:rsidR="003C09D9" w:rsidRDefault="003C09D9" w:rsidP="003C09D9">
      <w:r>
        <w:t>This wasn’t a fit of rage.</w:t>
      </w:r>
    </w:p>
    <w:p w14:paraId="31439179" w14:textId="77777777" w:rsidR="003C09D9" w:rsidRDefault="003C09D9" w:rsidP="003C09D9">
      <w:r>
        <w:t>This was a reckoning long delayed.</w:t>
      </w:r>
    </w:p>
    <w:p w14:paraId="08308F2D" w14:textId="77777777" w:rsidR="003C09D9" w:rsidRDefault="003C09D9" w:rsidP="003C09D9">
      <w:r>
        <w:lastRenderedPageBreak/>
        <w:t>When the guns were clean, he loaded them. One bullet at a time. Like he was counting. Like he was making a list.</w:t>
      </w:r>
    </w:p>
    <w:p w14:paraId="49F15803" w14:textId="77777777" w:rsidR="003C09D9" w:rsidRDefault="003C09D9" w:rsidP="003C09D9">
      <w:r>
        <w:t>He laid them on the table, side by side, and looked at them.</w:t>
      </w:r>
    </w:p>
    <w:p w14:paraId="4ACA3A70" w14:textId="77777777" w:rsidR="003C09D9" w:rsidRDefault="003C09D9" w:rsidP="003C09D9">
      <w:r>
        <w:t>Then back toward the sanctuary.</w:t>
      </w:r>
    </w:p>
    <w:p w14:paraId="4B30C23D" w14:textId="77777777" w:rsidR="003C09D9" w:rsidRDefault="003C09D9" w:rsidP="003C09D9">
      <w:r>
        <w:t>Back toward the cross.</w:t>
      </w:r>
    </w:p>
    <w:p w14:paraId="2898790D" w14:textId="77777777" w:rsidR="003C09D9" w:rsidRDefault="003C09D9" w:rsidP="003C09D9">
      <w:r>
        <w:t>He didn’t pray.</w:t>
      </w:r>
    </w:p>
    <w:p w14:paraId="7C68A7DC" w14:textId="77777777" w:rsidR="003C09D9" w:rsidRDefault="003C09D9" w:rsidP="003C09D9">
      <w:r>
        <w:t>Not yet.</w:t>
      </w:r>
    </w:p>
    <w:p w14:paraId="55FC8F58" w14:textId="77777777" w:rsidR="003C09D9" w:rsidRDefault="003C09D9" w:rsidP="003C09D9">
      <w:r>
        <w:t>Just sat down, elbows on his knees, eyes fixed on nothing, while the rain kept falling and the darkness inside him kept growing roots.</w:t>
      </w:r>
    </w:p>
    <w:p w14:paraId="5513F683" w14:textId="77777777" w:rsidR="003C09D9" w:rsidRDefault="003C09D9" w:rsidP="003C09D9">
      <w:r>
        <w:t>Then he picked up his rifle.</w:t>
      </w:r>
    </w:p>
    <w:p w14:paraId="79E4EDBB" w14:textId="77777777" w:rsidR="003C09D9" w:rsidRDefault="003C09D9" w:rsidP="003C09D9">
      <w:r>
        <w:br/>
      </w:r>
    </w:p>
    <w:p w14:paraId="5E811F95" w14:textId="77777777" w:rsidR="003C09D9" w:rsidRDefault="003C09D9" w:rsidP="003C09D9">
      <w:r>
        <w:t>Chapter Twenty-Two</w:t>
      </w:r>
    </w:p>
    <w:p w14:paraId="1AA592B0" w14:textId="77777777" w:rsidR="003C09D9" w:rsidRDefault="003C09D9" w:rsidP="003C09D9">
      <w:r>
        <w:t>The fire had burned low. Only a few stubborn coals pulsed in the dark like half-dead hearts, casting no real heat and even less light. Jonas Walker sat cross-legged beside it, boots caked in dried mud, coat hanging off his shoulders like a burden too heavy to shrug off. His hat lay beside him, damp with sweat and dew.</w:t>
      </w:r>
    </w:p>
    <w:p w14:paraId="5CF93191" w14:textId="77777777" w:rsidR="003C09D9" w:rsidRDefault="003C09D9" w:rsidP="003C09D9">
      <w:r>
        <w:t>The wind crawled in through the trees, rustling leaves like whispers from another world. Jonas didn’t move.</w:t>
      </w:r>
    </w:p>
    <w:p w14:paraId="5EEF7A64" w14:textId="77777777" w:rsidR="003C09D9" w:rsidRDefault="003C09D9" w:rsidP="003C09D9">
      <w:r>
        <w:t>His rifle leaned against a nearby log, untouched. A pistol lay in his lap, the cylinder open, shells scattered across his thigh like a gambler’s last hand. He hadn’t loaded it yet. Not quite. But he hadn’t put it away either.</w:t>
      </w:r>
    </w:p>
    <w:p w14:paraId="24372BB1" w14:textId="77777777" w:rsidR="003C09D9" w:rsidRDefault="003C09D9" w:rsidP="003C09D9">
      <w:r>
        <w:t>In the shadows just beyond the fire, Elijah’s face still floated. A righteous man silenced. Another grave Jonas hadn’t been able to prevent.</w:t>
      </w:r>
    </w:p>
    <w:p w14:paraId="7393E536" w14:textId="77777777" w:rsidR="003C09D9" w:rsidRDefault="003C09D9" w:rsidP="003C09D9">
      <w:r>
        <w:t>He clenched his jaw until it ached.</w:t>
      </w:r>
    </w:p>
    <w:p w14:paraId="0BCD4680" w14:textId="77777777" w:rsidR="003C09D9" w:rsidRDefault="003C09D9" w:rsidP="003C09D9">
      <w:r>
        <w:t>First his wife. Then his children. Then that boy. And now Elijah.</w:t>
      </w:r>
    </w:p>
    <w:p w14:paraId="5D1655F8" w14:textId="77777777" w:rsidR="003C09D9" w:rsidRDefault="003C09D9" w:rsidP="003C09D9">
      <w:r>
        <w:t>Everyone he let close seemed to die.</w:t>
      </w:r>
    </w:p>
    <w:p w14:paraId="3CECF126" w14:textId="77777777" w:rsidR="003C09D9" w:rsidRDefault="003C09D9" w:rsidP="003C09D9">
      <w:r>
        <w:t>He blinked hard, dragging the back of his hand across his face. It came back wet. Thought he’d run out of tears. But the loss was different this time—deeper, sharper. Elijah wasn’t just a friend. He’d been the one man who saw something worth saving in Jonas when even God seemed silent.</w:t>
      </w:r>
    </w:p>
    <w:p w14:paraId="68EC016A" w14:textId="77777777" w:rsidR="003C09D9" w:rsidRDefault="003C09D9" w:rsidP="003C09D9">
      <w:r>
        <w:lastRenderedPageBreak/>
        <w:t>Now, that silence had come roaring back.</w:t>
      </w:r>
    </w:p>
    <w:p w14:paraId="40FF2BB4" w14:textId="77777777" w:rsidR="003C09D9" w:rsidRDefault="003C09D9" w:rsidP="003C09D9">
      <w:r>
        <w:t xml:space="preserve">He glanced at the bottle sitting just past the fire. Still sealed. Temptation in amber glass. He could feel it calling to him like it used to. That old voice, slow and sweet: One sip to numb it all. </w:t>
      </w:r>
    </w:p>
    <w:p w14:paraId="183C7D52" w14:textId="77777777" w:rsidR="003C09D9" w:rsidRDefault="003C09D9" w:rsidP="003C09D9">
      <w:r>
        <w:t>Jonas stared at it a long time. Then looked away.</w:t>
      </w:r>
    </w:p>
    <w:p w14:paraId="63A07FF7" w14:textId="77777777" w:rsidR="003C09D9" w:rsidRDefault="003C09D9" w:rsidP="003C09D9">
      <w:r>
        <w:t>He reached into his coat and pulled out Anna’s Bible, the leather cracked along the spine. He hadn’t opened it since Elijah gave it back. Couldn’t bear to.</w:t>
      </w:r>
    </w:p>
    <w:p w14:paraId="1F5A0405" w14:textId="77777777" w:rsidR="003C09D9" w:rsidRDefault="003C09D9" w:rsidP="003C09D9">
      <w:r>
        <w:t>His thumb rubbed the cover like a man tracing the face of a ghost. He thought of her hands, small and sure, turning those pages. Thought of her voice, reading softly by candlelight while the kids lay curled against her.</w:t>
      </w:r>
    </w:p>
    <w:p w14:paraId="5B58ECC3" w14:textId="77777777" w:rsidR="003C09D9" w:rsidRDefault="003C09D9" w:rsidP="003C09D9">
      <w:r>
        <w:t>His fingers tightened on the book—and then suddenly, he flung it. Not toward the fire, but into the darkness. It struck a tree trunk with a flat, hollow thud, then dropped out of sight.</w:t>
      </w:r>
    </w:p>
    <w:p w14:paraId="7D7FD079" w14:textId="77777777" w:rsidR="003C09D9" w:rsidRDefault="003C09D9" w:rsidP="003C09D9">
      <w:r>
        <w:t>He stood abruptly, fists clenched, chest heaving. For a moment, he didn’t look like a preacher at all. He looked like the soldier he used to be—wild-eyed, shaking with fury, desperate for something to break.</w:t>
      </w:r>
    </w:p>
    <w:p w14:paraId="2B6DB7C8" w14:textId="77777777" w:rsidR="003C09D9" w:rsidRDefault="003C09D9" w:rsidP="003C09D9">
      <w:r>
        <w:t>He shouted into the woods.</w:t>
      </w:r>
    </w:p>
    <w:p w14:paraId="2B303705" w14:textId="77777777" w:rsidR="003C09D9" w:rsidRDefault="003C09D9" w:rsidP="003C09D9">
      <w:r>
        <w:t>“I told You I didn’t want this!”</w:t>
      </w:r>
      <w:r>
        <w:br/>
        <w:t>His voice cracked.</w:t>
      </w:r>
      <w:r>
        <w:br/>
        <w:t>“I told You!”</w:t>
      </w:r>
    </w:p>
    <w:p w14:paraId="73BB799A" w14:textId="77777777" w:rsidR="003C09D9" w:rsidRDefault="003C09D9" w:rsidP="003C09D9">
      <w:r>
        <w:t>The trees answered only with wind.</w:t>
      </w:r>
    </w:p>
    <w:p w14:paraId="7A351163" w14:textId="77777777" w:rsidR="003C09D9" w:rsidRDefault="003C09D9" w:rsidP="003C09D9"/>
    <w:p w14:paraId="60E8FA53" w14:textId="77777777" w:rsidR="003C09D9" w:rsidRDefault="003C09D9" w:rsidP="003C09D9">
      <w:r>
        <w:t>The trees faded.</w:t>
      </w:r>
    </w:p>
    <w:p w14:paraId="64D829A0" w14:textId="77777777" w:rsidR="003C09D9" w:rsidRDefault="003C09D9" w:rsidP="003C09D9">
      <w:r>
        <w:t>The firelight vanished.</w:t>
      </w:r>
    </w:p>
    <w:p w14:paraId="53C1D968" w14:textId="77777777" w:rsidR="003C09D9" w:rsidRDefault="003C09D9" w:rsidP="003C09D9">
      <w:r>
        <w:t>And in its place came the sound of cicadas and wind sweeping through tall, brittle grass. A different night. A different fire, long dead. The hill rose up like a scar beneath the stars—lonely, windswept, marked only by three crooked crosses made from fence wood and nails.</w:t>
      </w:r>
    </w:p>
    <w:p w14:paraId="4EBE5567" w14:textId="77777777" w:rsidR="003C09D9" w:rsidRDefault="003C09D9" w:rsidP="003C09D9">
      <w:r>
        <w:t>Jonas stood alone at the crest.</w:t>
      </w:r>
    </w:p>
    <w:p w14:paraId="76DF3C76" w14:textId="77777777" w:rsidR="003C09D9" w:rsidRDefault="003C09D9" w:rsidP="003C09D9">
      <w:r>
        <w:t>His coat hung loose on his shoulders, threadbare from the trail. His boots were cracked, soles coming loose. A pistol hung from his hand, limp. His other hand clutched a half-empty bottle, fingers white around the glass.</w:t>
      </w:r>
    </w:p>
    <w:p w14:paraId="6D1F7838" w14:textId="77777777" w:rsidR="003C09D9" w:rsidRDefault="003C09D9" w:rsidP="003C09D9">
      <w:r>
        <w:t>Before him, the three graves lay in a row—freshly mounded months ago, but already weathering in the wind. Weeds curled along the edges. The wood of the crosses had split in the sun.</w:t>
      </w:r>
    </w:p>
    <w:p w14:paraId="6B53F833" w14:textId="77777777" w:rsidR="003C09D9" w:rsidRDefault="003C09D9" w:rsidP="003C09D9">
      <w:r>
        <w:t>He hadn’t spoken their names out loud in weeks.</w:t>
      </w:r>
    </w:p>
    <w:p w14:paraId="0F65A01C" w14:textId="77777777" w:rsidR="003C09D9" w:rsidRDefault="003C09D9" w:rsidP="003C09D9">
      <w:r>
        <w:lastRenderedPageBreak/>
        <w:t>“Anna.”</w:t>
      </w:r>
      <w:r>
        <w:br/>
        <w:t>His voice barely stirred the grass.</w:t>
      </w:r>
      <w:r>
        <w:br/>
        <w:t>“Daniel. Grace.”</w:t>
      </w:r>
    </w:p>
    <w:p w14:paraId="48BC1515" w14:textId="77777777" w:rsidR="003C09D9" w:rsidRDefault="003C09D9" w:rsidP="003C09D9">
      <w:r>
        <w:t>He swallowed hard. His throat burned like he hadn’t had water in days, only whiskey. His knees buckled and he dropped into the dirt, sitting cross-legged like a man in prayer. But he wasn’t praying.</w:t>
      </w:r>
    </w:p>
    <w:p w14:paraId="7281A855" w14:textId="77777777" w:rsidR="003C09D9" w:rsidRDefault="003C09D9" w:rsidP="003C09D9">
      <w:r>
        <w:t>“I came back,” he muttered. “I came back too late.”</w:t>
      </w:r>
    </w:p>
    <w:p w14:paraId="7323BFAF" w14:textId="77777777" w:rsidR="003C09D9" w:rsidRDefault="003C09D9" w:rsidP="003C09D9">
      <w:r>
        <w:t>He set the bottle down between his feet and stared at it. Then back at the graves.</w:t>
      </w:r>
    </w:p>
    <w:p w14:paraId="3D7D91B0" w14:textId="77777777" w:rsidR="003C09D9" w:rsidRDefault="003C09D9" w:rsidP="003C09D9">
      <w:r>
        <w:t>“I killed for them. I fought for Texas. I thought I was doin’ what was right.”</w:t>
      </w:r>
      <w:r>
        <w:br/>
        <w:t>His jaw clenched.</w:t>
      </w:r>
      <w:r>
        <w:br/>
        <w:t>“I didn’t ask to live when they died. I didn’t want this.”</w:t>
      </w:r>
    </w:p>
    <w:p w14:paraId="154AE32F" w14:textId="77777777" w:rsidR="003C09D9" w:rsidRDefault="003C09D9" w:rsidP="003C09D9">
      <w:r>
        <w:t>The wind carried nothing back.</w:t>
      </w:r>
    </w:p>
    <w:p w14:paraId="74FA382B" w14:textId="77777777" w:rsidR="003C09D9" w:rsidRDefault="003C09D9" w:rsidP="003C09D9">
      <w:r>
        <w:t>He looked at the smallest cross—Grace’s. There was a little ribbon tied around it. Faded blue. She used to wear it in her hair, like her mama taught her. He reached out but stopped short. Couldn’t touch it. Couldn’t touch any of it.</w:t>
      </w:r>
    </w:p>
    <w:p w14:paraId="3E49CF5E" w14:textId="77777777" w:rsidR="003C09D9" w:rsidRDefault="003C09D9" w:rsidP="003C09D9">
      <w:r>
        <w:t>He picked up the pistol. Cocked the hammer.</w:t>
      </w:r>
    </w:p>
    <w:p w14:paraId="30A52BD5" w14:textId="77777777" w:rsidR="003C09D9" w:rsidRDefault="003C09D9" w:rsidP="003C09D9">
      <w:r>
        <w:t>Held it against his temple.</w:t>
      </w:r>
    </w:p>
    <w:p w14:paraId="4B8F4652" w14:textId="77777777" w:rsidR="003C09D9" w:rsidRDefault="003C09D9" w:rsidP="003C09D9">
      <w:r>
        <w:t>The weight of it was familiar. Comfortable, even. Like an old glove.</w:t>
      </w:r>
    </w:p>
    <w:p w14:paraId="52899D9E" w14:textId="77777777" w:rsidR="003C09D9" w:rsidRDefault="003C09D9" w:rsidP="003C09D9">
      <w:r>
        <w:t>His hands didn’t shake.</w:t>
      </w:r>
    </w:p>
    <w:p w14:paraId="04708A79" w14:textId="77777777" w:rsidR="003C09D9" w:rsidRDefault="003C09D9" w:rsidP="003C09D9">
      <w:r>
        <w:t>For a long time, he didn’t move. Just sat there with the steel against his head, breathing like a dying man. Waiting.</w:t>
      </w:r>
    </w:p>
    <w:p w14:paraId="6C7CEFCA" w14:textId="77777777" w:rsidR="003C09D9" w:rsidRDefault="003C09D9" w:rsidP="003C09D9">
      <w:r>
        <w:t>“I got nothin’ left,” he whispered.</w:t>
      </w:r>
    </w:p>
    <w:p w14:paraId="1007FC31" w14:textId="77777777" w:rsidR="003C09D9" w:rsidRDefault="003C09D9" w:rsidP="003C09D9">
      <w:r>
        <w:t>But something held him there—some invisible hand between the trigger and the breaking point. A whisper that wasn’t wind. A presence he couldn’t name, but couldn’t deny.</w:t>
      </w:r>
    </w:p>
    <w:p w14:paraId="1D62952E" w14:textId="77777777" w:rsidR="003C09D9" w:rsidRDefault="003C09D9" w:rsidP="003C09D9">
      <w:r>
        <w:t>His eyes filled again. His hand dropped. The pistol hit the dirt.</w:t>
      </w:r>
    </w:p>
    <w:p w14:paraId="6A01D415" w14:textId="77777777" w:rsidR="003C09D9" w:rsidRDefault="003C09D9" w:rsidP="003C09D9">
      <w:r>
        <w:t>He slumped forward, forearms in the grass, forehead resting against the earth between the graves.</w:t>
      </w:r>
    </w:p>
    <w:p w14:paraId="633229AE" w14:textId="77777777" w:rsidR="003C09D9" w:rsidRDefault="003C09D9" w:rsidP="003C09D9">
      <w:r>
        <w:t>“I’m sorry,” he whispered. “God help me... I’m sorry.”</w:t>
      </w:r>
    </w:p>
    <w:p w14:paraId="1675E250" w14:textId="77777777" w:rsidR="003C09D9" w:rsidRDefault="003C09D9" w:rsidP="003C09D9">
      <w:r>
        <w:t>The stars blurred overhead.</w:t>
      </w:r>
    </w:p>
    <w:p w14:paraId="4377D255" w14:textId="77777777" w:rsidR="003C09D9" w:rsidRDefault="003C09D9" w:rsidP="003C09D9">
      <w:r>
        <w:t>Dawn was coming.</w:t>
      </w:r>
    </w:p>
    <w:p w14:paraId="66CCD45A" w14:textId="77777777" w:rsidR="003C09D9" w:rsidRDefault="003C09D9" w:rsidP="003C09D9"/>
    <w:p w14:paraId="5AFB79DA" w14:textId="77777777" w:rsidR="003C09D9" w:rsidRDefault="003C09D9" w:rsidP="003C09D9">
      <w:r>
        <w:lastRenderedPageBreak/>
        <w:t>Jonas opened his eyes.</w:t>
      </w:r>
    </w:p>
    <w:p w14:paraId="7C7E9561" w14:textId="77777777" w:rsidR="003C09D9" w:rsidRDefault="003C09D9" w:rsidP="003C09D9">
      <w:r>
        <w:t>The memory faded like smoke on the breeze, but the weight in his chest stayed heavy. His body was stiff from sitting too long, legs folded on a patch of dry earth surrounded by scattered rocks and low brush. A lone mesquite tree twisted above him, casting broken shadows under the pale dawn sky.</w:t>
      </w:r>
    </w:p>
    <w:p w14:paraId="1F35ADBD" w14:textId="77777777" w:rsidR="003C09D9" w:rsidRDefault="003C09D9" w:rsidP="003C09D9">
      <w:r>
        <w:t>He looked down.</w:t>
      </w:r>
    </w:p>
    <w:p w14:paraId="6956FD1B" w14:textId="77777777" w:rsidR="003C09D9" w:rsidRDefault="003C09D9" w:rsidP="003C09D9">
      <w:r>
        <w:t>The pistol lay in his lap, his fingers still curled near the trigger. The same one he’d held all those years ago on the hilltop. The same one he nearly used.</w:t>
      </w:r>
    </w:p>
    <w:p w14:paraId="4938DFA8" w14:textId="77777777" w:rsidR="003C09D9" w:rsidRDefault="003C09D9" w:rsidP="003C09D9">
      <w:r>
        <w:t>He drew a breath through his nose. Cold, dry air. Dusty. The scent of mesquite bark and distant cattle. Somewhere far off, a coyote yipped, then went quiet.</w:t>
      </w:r>
    </w:p>
    <w:p w14:paraId="25E90A9F" w14:textId="77777777" w:rsidR="003C09D9" w:rsidRDefault="003C09D9" w:rsidP="003C09D9">
      <w:r>
        <w:t>I should’ve died up there.</w:t>
      </w:r>
    </w:p>
    <w:p w14:paraId="78494063" w14:textId="77777777" w:rsidR="003C09D9" w:rsidRDefault="003C09D9" w:rsidP="003C09D9">
      <w:r>
        <w:t>But he hadn’t.</w:t>
      </w:r>
    </w:p>
    <w:p w14:paraId="2D3812DF" w14:textId="77777777" w:rsidR="003C09D9" w:rsidRDefault="003C09D9" w:rsidP="003C09D9">
      <w:r>
        <w:t>And now Elijah was dead.</w:t>
      </w:r>
    </w:p>
    <w:p w14:paraId="5B38C70F" w14:textId="77777777" w:rsidR="003C09D9" w:rsidRDefault="003C09D9" w:rsidP="003C09D9">
      <w:r>
        <w:t>Jonas gritted his teeth as a new fire kindled inside him—not the consuming grief of before, but the cold, deliberate heat of rage. Not senseless anymore. Focused.</w:t>
      </w:r>
    </w:p>
    <w:p w14:paraId="2C396052" w14:textId="77777777" w:rsidR="003C09D9" w:rsidRDefault="003C09D9" w:rsidP="003C09D9">
      <w:r>
        <w:t>His thoughts narrowed like a rifle sight. Butler’s smug face. Munson's steady stare and coward’s silence. The mayor slithering off into the night. Grafton hadn’t just lost a preacher—it had lost the last man brave enough to tell the truth aloud.</w:t>
      </w:r>
    </w:p>
    <w:p w14:paraId="3030E369" w14:textId="77777777" w:rsidR="003C09D9" w:rsidRDefault="003C09D9" w:rsidP="003C09D9">
      <w:r>
        <w:t>Jonas stood. Slowly. Purposefully.</w:t>
      </w:r>
    </w:p>
    <w:p w14:paraId="5E9100C5" w14:textId="77777777" w:rsidR="003C09D9" w:rsidRDefault="003C09D9" w:rsidP="003C09D9">
      <w:r>
        <w:t>The bottle sat untouched beside a patch of sun-bleached stone. He knelt, scooped out a hole with his hands, and buried it. No ceremony. Just dirt on glass.</w:t>
      </w:r>
    </w:p>
    <w:p w14:paraId="7BD7664C" w14:textId="77777777" w:rsidR="003C09D9" w:rsidRDefault="003C09D9" w:rsidP="003C09D9">
      <w:r>
        <w:t>That part of him was over.</w:t>
      </w:r>
    </w:p>
    <w:p w14:paraId="117C5E8F" w14:textId="77777777" w:rsidR="003C09D9" w:rsidRDefault="003C09D9" w:rsidP="003C09D9">
      <w:r>
        <w:t>But something else wasn’t.</w:t>
      </w:r>
    </w:p>
    <w:p w14:paraId="6B444B9E" w14:textId="77777777" w:rsidR="003C09D9" w:rsidRDefault="003C09D9" w:rsidP="003C09D9">
      <w:r>
        <w:t>He rolled his shoulders and crossed to his gear, laid out on a flat rock. Rifle. Knife. Two  revolvers. Powder and caps. All clean. All ready. He checked each item with a soldier’s rhythm, a hunter’s eye.</w:t>
      </w:r>
    </w:p>
    <w:p w14:paraId="3615EB07" w14:textId="77777777" w:rsidR="003C09D9" w:rsidRDefault="003C09D9" w:rsidP="003C09D9">
      <w:r>
        <w:t>He slid the knife into his boot.</w:t>
      </w:r>
    </w:p>
    <w:p w14:paraId="01E6447D" w14:textId="77777777" w:rsidR="003C09D9" w:rsidRDefault="003C09D9" w:rsidP="003C09D9">
      <w:r>
        <w:t>Belted the revolvers at his side.</w:t>
      </w:r>
    </w:p>
    <w:p w14:paraId="79DE13D2" w14:textId="77777777" w:rsidR="003C09D9" w:rsidRDefault="003C09D9" w:rsidP="003C09D9">
      <w:r>
        <w:t>Slung the rifle on his back and pulled his coat tight.</w:t>
      </w:r>
    </w:p>
    <w:p w14:paraId="57AB6A22" w14:textId="77777777" w:rsidR="003C09D9" w:rsidRDefault="003C09D9" w:rsidP="003C09D9">
      <w:r>
        <w:t>Then he spotted it—tucked just inside Anna’s Bible, which lay open where he’d thrown it under the edge of the tree.</w:t>
      </w:r>
    </w:p>
    <w:p w14:paraId="66137B15" w14:textId="77777777" w:rsidR="003C09D9" w:rsidRDefault="003C09D9" w:rsidP="003C09D9">
      <w:r>
        <w:lastRenderedPageBreak/>
        <w:t>A note.</w:t>
      </w:r>
    </w:p>
    <w:p w14:paraId="1465C194" w14:textId="77777777" w:rsidR="003C09D9" w:rsidRDefault="003C09D9" w:rsidP="003C09D9">
      <w:r>
        <w:t>Old, folded, worn soft by time. He opened it with care.</w:t>
      </w:r>
    </w:p>
    <w:p w14:paraId="1EC0024A" w14:textId="77777777" w:rsidR="003C09D9" w:rsidRDefault="003C09D9" w:rsidP="003C09D9">
      <w:r>
        <w:t>Elijah’s handwriting, careful and certain:</w:t>
      </w:r>
    </w:p>
    <w:p w14:paraId="47249B36" w14:textId="77777777" w:rsidR="003C09D9" w:rsidRDefault="003C09D9" w:rsidP="003C09D9">
      <w:r>
        <w:t>“Stand firm, even if you stand alone.”</w:t>
      </w:r>
    </w:p>
    <w:p w14:paraId="626347A6" w14:textId="77777777" w:rsidR="003C09D9" w:rsidRDefault="003C09D9" w:rsidP="003C09D9">
      <w:r>
        <w:t>Jonas stared at the words. They didn’t feel like advice.</w:t>
      </w:r>
    </w:p>
    <w:p w14:paraId="15C08DC3" w14:textId="77777777" w:rsidR="003C09D9" w:rsidRDefault="003C09D9" w:rsidP="003C09D9">
      <w:r>
        <w:t>They felt like a challenge.</w:t>
      </w:r>
    </w:p>
    <w:p w14:paraId="170B3F3E" w14:textId="77777777" w:rsidR="003C09D9" w:rsidRDefault="003C09D9" w:rsidP="003C09D9">
      <w:r>
        <w:t>He folded the note and slipped it into his coat. Tightened the straps on his saddlebag. Glanced once more at the horizon where Grafton lay, hidden beyond the hills and cedar breaks.</w:t>
      </w:r>
    </w:p>
    <w:p w14:paraId="2585F95A" w14:textId="77777777" w:rsidR="003C09D9" w:rsidRDefault="003C09D9" w:rsidP="003C09D9">
      <w:r>
        <w:t>Then he walked—down the dusty trail, past limestone boulders and clumps of yucca—back toward the town that had taken everything from him.</w:t>
      </w:r>
    </w:p>
    <w:p w14:paraId="1FBBC4A5" w14:textId="77777777" w:rsidR="003C09D9" w:rsidRDefault="003C09D9" w:rsidP="003C09D9">
      <w:r>
        <w:t>And this time, he wasn’t coming to preach.</w:t>
      </w:r>
    </w:p>
    <w:p w14:paraId="0173A458" w14:textId="77777777" w:rsidR="003C09D9" w:rsidRDefault="003C09D9" w:rsidP="003C09D9">
      <w:r>
        <w:t>***</w:t>
      </w:r>
    </w:p>
    <w:p w14:paraId="4C747280" w14:textId="77777777" w:rsidR="003C09D9" w:rsidRDefault="003C09D9" w:rsidP="003C09D9">
      <w:r>
        <w:t>The early chill of autumn clung to the Hill Country morning, dry and sharp on the wind.</w:t>
      </w:r>
    </w:p>
    <w:p w14:paraId="2A596AA0" w14:textId="77777777" w:rsidR="003C09D9" w:rsidRDefault="003C09D9" w:rsidP="003C09D9">
      <w:r>
        <w:t>Emily was shaking out a quilt on the line behind her small home beside the schoolhouse when she saw him ride past. The light was just breaking over the limestone hills, catching the edges of the town in a golden hush.</w:t>
      </w:r>
    </w:p>
    <w:p w14:paraId="435C3E10" w14:textId="77777777" w:rsidR="003C09D9" w:rsidRDefault="003C09D9" w:rsidP="003C09D9">
      <w:r>
        <w:t>Jonas Walker, astride that lean chestnut gelding of his, rode slow but steady down the narrow trail behind the school.</w:t>
      </w:r>
    </w:p>
    <w:p w14:paraId="44C5BFA8" w14:textId="77777777" w:rsidR="003C09D9" w:rsidRDefault="003C09D9" w:rsidP="003C09D9">
      <w:r>
        <w:t>He didn’t look at her.</w:t>
      </w:r>
    </w:p>
    <w:p w14:paraId="715673AF" w14:textId="77777777" w:rsidR="003C09D9" w:rsidRDefault="003C09D9" w:rsidP="003C09D9">
      <w:r>
        <w:t>There was a hardness in his jaw, his hat pulled low, rifle tucked behind his leg. Dust on his coat. A man riding with purpose—and pain.</w:t>
      </w:r>
    </w:p>
    <w:p w14:paraId="1CA0F0BF" w14:textId="77777777" w:rsidR="003C09D9" w:rsidRDefault="003C09D9" w:rsidP="003C09D9">
      <w:r>
        <w:t>Emily stepped away from the laundry and called out, “Jonas.”</w:t>
      </w:r>
    </w:p>
    <w:p w14:paraId="65407FB7" w14:textId="77777777" w:rsidR="003C09D9" w:rsidRDefault="003C09D9" w:rsidP="003C09D9">
      <w:r>
        <w:t>He reined in, the horse snorting as it stopped near the gate. He didn’t dismount. Just turned in the saddle and looked at her.</w:t>
      </w:r>
    </w:p>
    <w:p w14:paraId="76706F63" w14:textId="77777777" w:rsidR="003C09D9" w:rsidRDefault="003C09D9" w:rsidP="003C09D9">
      <w:r>
        <w:t>“Didn’t expect to see you up so early,” she said, voice light but edged with concern.</w:t>
      </w:r>
    </w:p>
    <w:p w14:paraId="526E15FC" w14:textId="77777777" w:rsidR="003C09D9" w:rsidRDefault="003C09D9" w:rsidP="003C09D9">
      <w:r>
        <w:t>“Didn’t expect to be seen,” he replied. His voice was low, almost hoarse.</w:t>
      </w:r>
    </w:p>
    <w:p w14:paraId="644E4979" w14:textId="77777777" w:rsidR="003C09D9" w:rsidRDefault="003C09D9" w:rsidP="003C09D9">
      <w:r>
        <w:t>The wind picked up slightly, lifting the hem of her skirt and carrying the scent of cedar across the yard.</w:t>
      </w:r>
    </w:p>
    <w:p w14:paraId="2A659A80" w14:textId="77777777" w:rsidR="003C09D9" w:rsidRDefault="003C09D9" w:rsidP="003C09D9">
      <w:r>
        <w:t>“You heading into town?” she asked.</w:t>
      </w:r>
    </w:p>
    <w:p w14:paraId="16E4D76D" w14:textId="77777777" w:rsidR="003C09D9" w:rsidRDefault="003C09D9" w:rsidP="003C09D9">
      <w:r>
        <w:lastRenderedPageBreak/>
        <w:t>He nodded.</w:t>
      </w:r>
    </w:p>
    <w:p w14:paraId="6429298B" w14:textId="77777777" w:rsidR="003C09D9" w:rsidRDefault="003C09D9" w:rsidP="003C09D9">
      <w:r>
        <w:t>She hesitated. “With that look on your face, I’d wager you’re not going in for coffee.”</w:t>
      </w:r>
    </w:p>
    <w:p w14:paraId="1A2B9523" w14:textId="77777777" w:rsidR="003C09D9" w:rsidRDefault="003C09D9" w:rsidP="003C09D9">
      <w:r>
        <w:t>Jonas didn’t respond. His eyes drifted away, out toward the rooftops and the church steeple barely visible in the growing light.</w:t>
      </w:r>
    </w:p>
    <w:p w14:paraId="150518D0" w14:textId="77777777" w:rsidR="003C09D9" w:rsidRDefault="003C09D9" w:rsidP="003C09D9">
      <w:r>
        <w:t>“I know about your family,” she said softly. “Elijah told me—not all of it, just enough for me to understand why you don’t smile much.”</w:t>
      </w:r>
    </w:p>
    <w:p w14:paraId="7F95A6C5" w14:textId="77777777" w:rsidR="003C09D9" w:rsidRDefault="003C09D9" w:rsidP="003C09D9">
      <w:r>
        <w:t>That brought his eyes back to her.</w:t>
      </w:r>
    </w:p>
    <w:p w14:paraId="2B2BD126" w14:textId="77777777" w:rsidR="003C09D9" w:rsidRDefault="003C09D9" w:rsidP="003C09D9">
      <w:r>
        <w:t>“I lost my mother in the fever,” she added. “My brother to a raiding party west of here. I know what grief can do when it takes root and grows wild.”</w:t>
      </w:r>
    </w:p>
    <w:p w14:paraId="4B0362C4" w14:textId="77777777" w:rsidR="003C09D9" w:rsidRDefault="003C09D9" w:rsidP="003C09D9">
      <w:r>
        <w:t>Jonas’s grip tightened on the reins. He said nothing.</w:t>
      </w:r>
    </w:p>
    <w:p w14:paraId="5BF0C960" w14:textId="77777777" w:rsidR="003C09D9" w:rsidRDefault="003C09D9" w:rsidP="003C09D9">
      <w:r>
        <w:t>Emily glanced toward her porch. “Wait here.”</w:t>
      </w:r>
    </w:p>
    <w:p w14:paraId="3F6A4F5A" w14:textId="77777777" w:rsidR="003C09D9" w:rsidRDefault="003C09D9" w:rsidP="003C09D9">
      <w:r>
        <w:t>She slipped inside, boots clicking softly on the wood, and returned a moment later holding something wrapped in a piece of linen.</w:t>
      </w:r>
    </w:p>
    <w:p w14:paraId="6C73039D" w14:textId="77777777" w:rsidR="003C09D9" w:rsidRDefault="003C09D9" w:rsidP="003C09D9">
      <w:r>
        <w:t>“I found this cleaning the church,” she said, offering it up to him. “Behind the pulpit, tucked under a floorboard. I think Elijah would want you to have it.”</w:t>
      </w:r>
    </w:p>
    <w:p w14:paraId="135E88A9" w14:textId="77777777" w:rsidR="003C09D9" w:rsidRDefault="003C09D9" w:rsidP="003C09D9">
      <w:r>
        <w:t>Jonas reached down and took the bundle. Unwrapped it.</w:t>
      </w:r>
    </w:p>
    <w:p w14:paraId="2CAD8127" w14:textId="77777777" w:rsidR="003C09D9" w:rsidRDefault="003C09D9" w:rsidP="003C09D9">
      <w:r>
        <w:t>Elijah’s journal.</w:t>
      </w:r>
    </w:p>
    <w:p w14:paraId="17409321" w14:textId="77777777" w:rsidR="003C09D9" w:rsidRDefault="003C09D9" w:rsidP="003C09D9">
      <w:r>
        <w:t>The cover was worn and cracked at the edges. He opened it, flipping past notes scrawled in that familiar hand—Scripture verses, thoughts, prayers. On the inside of the back cover, one line stood alone:</w:t>
      </w:r>
    </w:p>
    <w:p w14:paraId="23592A4A" w14:textId="77777777" w:rsidR="003C09D9" w:rsidRDefault="003C09D9" w:rsidP="003C09D9">
      <w:r>
        <w:t>Stand firm, even if alone.</w:t>
      </w:r>
    </w:p>
    <w:p w14:paraId="2EB80F6F" w14:textId="77777777" w:rsidR="003C09D9" w:rsidRDefault="003C09D9" w:rsidP="003C09D9">
      <w:r>
        <w:t>Jonas’s jaw tightened. He swallowed hard and closed the book.</w:t>
      </w:r>
    </w:p>
    <w:p w14:paraId="6634D1CA" w14:textId="77777777" w:rsidR="003C09D9" w:rsidRDefault="003C09D9" w:rsidP="003C09D9">
      <w:r>
        <w:t>Emily looked up at him. “I don’t know what you're planning to do, Jonas. But whatever it is, don’t do it as the man grief tried to make you. Do it as the man Elijah believed you could be.”</w:t>
      </w:r>
    </w:p>
    <w:p w14:paraId="136122A1" w14:textId="77777777" w:rsidR="003C09D9" w:rsidRDefault="003C09D9" w:rsidP="003C09D9">
      <w:r>
        <w:t>His gaze lingered on her, the wind stirring between them.</w:t>
      </w:r>
    </w:p>
    <w:p w14:paraId="107A31B7" w14:textId="77777777" w:rsidR="003C09D9" w:rsidRDefault="003C09D9" w:rsidP="003C09D9">
      <w:r>
        <w:t>Finally, he nodded—just once.</w:t>
      </w:r>
    </w:p>
    <w:p w14:paraId="3AD1E7F0" w14:textId="77777777" w:rsidR="003C09D9" w:rsidRDefault="003C09D9" w:rsidP="003C09D9">
      <w:r>
        <w:t>Then he turned his horse toward town and rode on, Elijah’s journal tucked against his side, the cold morning air at his back and something new flickering in his eyes.</w:t>
      </w:r>
    </w:p>
    <w:p w14:paraId="21BBAD58" w14:textId="77777777" w:rsidR="003C09D9" w:rsidRDefault="003C09D9" w:rsidP="003C09D9">
      <w:r>
        <w:t>Not vengeance.</w:t>
      </w:r>
    </w:p>
    <w:p w14:paraId="37F5C390" w14:textId="77777777" w:rsidR="003C09D9" w:rsidRDefault="003C09D9" w:rsidP="003C09D9">
      <w:r>
        <w:t>Conviction.</w:t>
      </w:r>
    </w:p>
    <w:p w14:paraId="6A5C46CC" w14:textId="77777777" w:rsidR="003C09D9" w:rsidRDefault="003C09D9" w:rsidP="003C09D9"/>
    <w:p w14:paraId="7114F7FE" w14:textId="77777777" w:rsidR="003C09D9" w:rsidRDefault="003C09D9" w:rsidP="003C09D9">
      <w:r>
        <w:t>The sun was up now, warm gold spilling across the roofs of Grafton as the town slowly stirred.</w:t>
      </w:r>
    </w:p>
    <w:p w14:paraId="4C7ABD17" w14:textId="77777777" w:rsidR="003C09D9" w:rsidRDefault="003C09D9" w:rsidP="003C09D9">
      <w:r>
        <w:t>Jonas tied off his horse behind the boarding house and stepped through the doors of the church, unnoticed.</w:t>
      </w:r>
    </w:p>
    <w:p w14:paraId="1BB4F1E6" w14:textId="77777777" w:rsidR="003C09D9" w:rsidRDefault="003C09D9" w:rsidP="003C09D9">
      <w:r>
        <w:t>Inside, the sanctuary lay quiet—just the sound of floorboards creaking beneath his boots and the distant cry of a hawk somewhere above the town. Light pierced through the dusty windows, catching on the pulpit where Elijah had once stood, voice steady, heart full.</w:t>
      </w:r>
    </w:p>
    <w:p w14:paraId="07B0D688" w14:textId="77777777" w:rsidR="003C09D9" w:rsidRDefault="003C09D9" w:rsidP="003C09D9">
      <w:r>
        <w:t>Jonas walked slowly down the center aisle.</w:t>
      </w:r>
    </w:p>
    <w:p w14:paraId="2622C7F2" w14:textId="77777777" w:rsidR="003C09D9" w:rsidRDefault="003C09D9" w:rsidP="003C09D9">
      <w:r>
        <w:t>He carried Elijah’s journal in one hand. The other trailed briefly along the tops of the pews as he passed, fingertips brushing worn wood and memories.</w:t>
      </w:r>
    </w:p>
    <w:p w14:paraId="1F5D4CA8" w14:textId="77777777" w:rsidR="003C09D9" w:rsidRDefault="003C09D9" w:rsidP="003C09D9">
      <w:r>
        <w:t>He stepped behind the pulpit, set the journal down.</w:t>
      </w:r>
    </w:p>
    <w:p w14:paraId="59529648" w14:textId="77777777" w:rsidR="003C09D9" w:rsidRDefault="003C09D9" w:rsidP="003C09D9">
      <w:r>
        <w:t>Something caught his eye—folded into the back pages was a single envelope. The paper was yellowed slightly, the edges soft. His name was written on the front in Elijah’s unmistakable script.</w:t>
      </w:r>
    </w:p>
    <w:p w14:paraId="505C2C69" w14:textId="77777777" w:rsidR="003C09D9" w:rsidRDefault="003C09D9" w:rsidP="003C09D9">
      <w:r>
        <w:t>Jonas hesitated.</w:t>
      </w:r>
    </w:p>
    <w:p w14:paraId="7B209354" w14:textId="77777777" w:rsidR="003C09D9" w:rsidRDefault="003C09D9" w:rsidP="003C09D9">
      <w:r>
        <w:t>Then he opened it.</w:t>
      </w:r>
    </w:p>
    <w:p w14:paraId="2BC0FFE4" w14:textId="77777777" w:rsidR="003C09D9" w:rsidRDefault="003C09D9" w:rsidP="003C09D9">
      <w:r>
        <w:t>Jonas,</w:t>
      </w:r>
    </w:p>
    <w:p w14:paraId="2625A9C4" w14:textId="77777777" w:rsidR="003C09D9" w:rsidRDefault="003C09D9" w:rsidP="003C09D9">
      <w:r>
        <w:t>If you’re reading this, then the Lord has called me home.</w:t>
      </w:r>
    </w:p>
    <w:p w14:paraId="0DEE992D" w14:textId="77777777" w:rsidR="003C09D9" w:rsidRDefault="003C09D9" w:rsidP="003C09D9">
      <w:r>
        <w:t>I don’t know what shape you’re in when you find this. Maybe you’re angry. Maybe you’re broken. Maybe you're both. But I’ve seen enough to believe you’ll survive it.</w:t>
      </w:r>
    </w:p>
    <w:p w14:paraId="15770614" w14:textId="77777777" w:rsidR="003C09D9" w:rsidRDefault="003C09D9" w:rsidP="003C09D9">
      <w:r>
        <w:t>The Lord doesn’t call men because they’re whole. He calls them because He plans to make them whole.</w:t>
      </w:r>
    </w:p>
    <w:p w14:paraId="1230DF9F" w14:textId="77777777" w:rsidR="003C09D9" w:rsidRDefault="003C09D9" w:rsidP="003C09D9">
      <w:r>
        <w:t>I’ve long believed you’d take up the work I started, whether you ever planned to or not. Not because you want to carry on the ministry—but because you’ve got the kind of fire that burns clean once it catches.</w:t>
      </w:r>
    </w:p>
    <w:p w14:paraId="77FF8CA2" w14:textId="77777777" w:rsidR="003C09D9" w:rsidRDefault="003C09D9" w:rsidP="003C09D9">
      <w:r>
        <w:t>Don’t run from it.</w:t>
      </w:r>
    </w:p>
    <w:p w14:paraId="21C313B2" w14:textId="77777777" w:rsidR="003C09D9" w:rsidRDefault="003C09D9" w:rsidP="003C09D9">
      <w:r>
        <w:t>Stand firm, even if you stand alone.</w:t>
      </w:r>
    </w:p>
    <w:p w14:paraId="53D75C6B" w14:textId="77777777" w:rsidR="003C09D9" w:rsidRDefault="003C09D9" w:rsidP="003C09D9">
      <w:r>
        <w:t>— Elijah</w:t>
      </w:r>
    </w:p>
    <w:p w14:paraId="08015D06" w14:textId="77777777" w:rsidR="003C09D9" w:rsidRDefault="003C09D9" w:rsidP="003C09D9">
      <w:r>
        <w:t>Jonas swallowed hard, blinking against the sting in his eyes.</w:t>
      </w:r>
    </w:p>
    <w:p w14:paraId="375A7517" w14:textId="77777777" w:rsidR="003C09D9" w:rsidRDefault="003C09D9" w:rsidP="003C09D9">
      <w:r>
        <w:t>He folded the letter carefully and slipped it into his coat pocket, then turned away from the pulpit and crossed to the small trunk along the wall.</w:t>
      </w:r>
    </w:p>
    <w:p w14:paraId="244AB8E4" w14:textId="77777777" w:rsidR="003C09D9" w:rsidRDefault="003C09D9" w:rsidP="003C09D9">
      <w:r>
        <w:lastRenderedPageBreak/>
        <w:t>Inside, he found a basin, a bar of soap, a rough towel, and a pair of shears. He brought them out behind the church to the well.</w:t>
      </w:r>
    </w:p>
    <w:p w14:paraId="61A3CBE2" w14:textId="77777777" w:rsidR="003C09D9" w:rsidRDefault="003C09D9" w:rsidP="003C09D9">
      <w:r>
        <w:t>The water was cold and sharp. He splashed it on his face, hands trembling slightly. Then he wiped his beard, dampened it, and took up the shears.</w:t>
      </w:r>
    </w:p>
    <w:p w14:paraId="63D17AC3" w14:textId="77777777" w:rsidR="003C09D9" w:rsidRDefault="003C09D9" w:rsidP="003C09D9">
      <w:r>
        <w:t>Not to remove it.</w:t>
      </w:r>
    </w:p>
    <w:p w14:paraId="765F66A0" w14:textId="77777777" w:rsidR="003C09D9" w:rsidRDefault="003C09D9" w:rsidP="003C09D9">
      <w:r>
        <w:t>Just to trim it clean—straight lines along the jaw, short around the mouth, neat as a man who intended to be seen.</w:t>
      </w:r>
    </w:p>
    <w:p w14:paraId="44F0F585" w14:textId="77777777" w:rsidR="003C09D9" w:rsidRDefault="003C09D9" w:rsidP="003C09D9">
      <w:r>
        <w:t>Back inside, he pulled on a clean shirt from the trunk—simple white linen—and strapped on his gunbelt last, worn leather fitted snug at his hips. His revolvers sat holstered at his side like they belonged there, not for intimidation, but readiness.</w:t>
      </w:r>
    </w:p>
    <w:p w14:paraId="6B07D0A5" w14:textId="77777777" w:rsidR="003C09D9" w:rsidRDefault="003C09D9" w:rsidP="003C09D9">
      <w:r>
        <w:t>He stood for a long moment in the quiet of the sanctuary.</w:t>
      </w:r>
    </w:p>
    <w:p w14:paraId="25DC4846" w14:textId="77777777" w:rsidR="003C09D9" w:rsidRDefault="003C09D9" w:rsidP="003C09D9">
      <w:r>
        <w:t>Then he picked up Elijah’s journal, tucked it under his arm, and walked out the front doors into the rising day.</w:t>
      </w:r>
    </w:p>
    <w:p w14:paraId="0ECD6280" w14:textId="77777777" w:rsidR="003C09D9" w:rsidRDefault="003C09D9" w:rsidP="003C09D9">
      <w:r>
        <w:t>The air still held a trace of autumn’s chill. Wind tugged gently at his coat as he stepped off the porch and began the walk down the hill into Grafton.</w:t>
      </w:r>
    </w:p>
    <w:p w14:paraId="78487D65" w14:textId="77777777" w:rsidR="003C09D9" w:rsidRDefault="003C09D9" w:rsidP="003C09D9">
      <w:r>
        <w:t>Not a preacher yet.</w:t>
      </w:r>
    </w:p>
    <w:p w14:paraId="0FFF950A" w14:textId="77777777" w:rsidR="003C09D9" w:rsidRDefault="003C09D9" w:rsidP="003C09D9">
      <w:r>
        <w:t>But something close.</w:t>
      </w:r>
    </w:p>
    <w:p w14:paraId="5B055229" w14:textId="77777777" w:rsidR="003C09D9" w:rsidRDefault="003C09D9" w:rsidP="003C09D9">
      <w:r>
        <w:t>Something steadier than the rage.</w:t>
      </w:r>
    </w:p>
    <w:p w14:paraId="762DCB34" w14:textId="77777777" w:rsidR="003C09D9" w:rsidRDefault="003C09D9" w:rsidP="003C09D9">
      <w:r>
        <w:t>Something stronger than the grief.</w:t>
      </w:r>
    </w:p>
    <w:p w14:paraId="55D981B3" w14:textId="77777777" w:rsidR="003C09D9" w:rsidRDefault="003C09D9" w:rsidP="003C09D9">
      <w:r>
        <w:t>***</w:t>
      </w:r>
    </w:p>
    <w:p w14:paraId="14519AF4" w14:textId="77777777" w:rsidR="003C09D9" w:rsidRDefault="003C09D9" w:rsidP="003C09D9">
      <w:r>
        <w:t>Jonas came down the hill slow, boots thudding softly in the dirt, his figure casting a long shadow in the morning light. The wind moved quiet over the town, lifting dust along the street and rattling the awning of the general store.</w:t>
      </w:r>
    </w:p>
    <w:p w14:paraId="19B23DD6" w14:textId="77777777" w:rsidR="003C09D9" w:rsidRDefault="003C09D9" w:rsidP="003C09D9">
      <w:r>
        <w:t>Folks were beginning to stir—windows opened, a broom swept off a porch, a stable boy led a mule toward the livery. Grafton was waking up.</w:t>
      </w:r>
    </w:p>
    <w:p w14:paraId="65FB013F" w14:textId="77777777" w:rsidR="003C09D9" w:rsidRDefault="003C09D9" w:rsidP="003C09D9">
      <w:r>
        <w:t>Near the edge of town, he passed the small schoolhouse. A figure stood on the porch—Emily, hands wrapped around a cup of coffee, her shawl pulled tight against the chill.</w:t>
      </w:r>
    </w:p>
    <w:p w14:paraId="696BCB2A" w14:textId="77777777" w:rsidR="003C09D9" w:rsidRDefault="003C09D9" w:rsidP="003C09D9">
      <w:r>
        <w:t>She watched him approach, eyebrows slightly raised.</w:t>
      </w:r>
    </w:p>
    <w:p w14:paraId="675DFF12" w14:textId="77777777" w:rsidR="003C09D9" w:rsidRDefault="003C09D9" w:rsidP="003C09D9">
      <w:r>
        <w:t>“Morning,” she called gently.</w:t>
      </w:r>
    </w:p>
    <w:p w14:paraId="1C0F3633" w14:textId="77777777" w:rsidR="003C09D9" w:rsidRDefault="003C09D9" w:rsidP="003C09D9">
      <w:r>
        <w:t>Jonas slowed. He met her eyes, and for the first time in weeks, he didn’t look away.</w:t>
      </w:r>
    </w:p>
    <w:p w14:paraId="0E9F0225" w14:textId="77777777" w:rsidR="003C09D9" w:rsidRDefault="003C09D9" w:rsidP="003C09D9">
      <w:r>
        <w:lastRenderedPageBreak/>
        <w:t>“Morning,” he answered. His voice was low but steady, grounded.</w:t>
      </w:r>
    </w:p>
    <w:p w14:paraId="05220117" w14:textId="77777777" w:rsidR="003C09D9" w:rsidRDefault="003C09D9" w:rsidP="003C09D9">
      <w:r>
        <w:t>Emily nodded once, studying him. “You look better,” she said simply.</w:t>
      </w:r>
    </w:p>
    <w:p w14:paraId="049072F3" w14:textId="77777777" w:rsidR="003C09D9" w:rsidRDefault="003C09D9" w:rsidP="003C09D9">
      <w:r>
        <w:t>He didn’t smile, but there was something like a thank you in the way he tipped his hat.</w:t>
      </w:r>
    </w:p>
    <w:p w14:paraId="34969278" w14:textId="77777777" w:rsidR="003C09D9" w:rsidRDefault="003C09D9" w:rsidP="003C09D9">
      <w:r>
        <w:t>Jonas turned to walk away, but he stopped and turned back toward her, “Thank you.”</w:t>
      </w:r>
    </w:p>
    <w:p w14:paraId="0F7DD64B" w14:textId="77777777" w:rsidR="003C09D9" w:rsidRDefault="003C09D9" w:rsidP="003C09D9">
      <w:r>
        <w:t>As he moved on, Emily stood quietly and watched. Something had shifted in him. She could feel it. He walked with the kind of weight a man only carried when he’d decided not to run anymore.</w:t>
      </w:r>
    </w:p>
    <w:p w14:paraId="6992C6C6" w14:textId="77777777" w:rsidR="003C09D9" w:rsidRDefault="003C09D9" w:rsidP="003C09D9">
      <w:r>
        <w:t>And though she didn’t know what he intended—or if he even knew—she felt something stir in her chest.</w:t>
      </w:r>
    </w:p>
    <w:p w14:paraId="3EE0775E" w14:textId="77777777" w:rsidR="003C09D9" w:rsidRDefault="003C09D9" w:rsidP="003C09D9">
      <w:r>
        <w:t>Hope.</w:t>
      </w:r>
    </w:p>
    <w:p w14:paraId="44501808" w14:textId="77777777" w:rsidR="003C09D9" w:rsidRDefault="003C09D9" w:rsidP="003C09D9">
      <w:r>
        <w:t>Jonas reached the town square and paused beneath the old cottonwood near the well. He looked up at the church steeple, then out toward the sheriff’s office, the saloon, the storefronts that lined the street like judgmental witnesses.</w:t>
      </w:r>
    </w:p>
    <w:p w14:paraId="4FB6BE4D" w14:textId="77777777" w:rsidR="003C09D9" w:rsidRDefault="003C09D9" w:rsidP="003C09D9">
      <w:r>
        <w:t>He took a breath, Elijah’s words echoing in his mind.</w:t>
      </w:r>
    </w:p>
    <w:p w14:paraId="30AF702F" w14:textId="77777777" w:rsidR="003C09D9" w:rsidRDefault="003C09D9" w:rsidP="003C09D9">
      <w:r>
        <w:t>Stand firm, even if you stand alone.</w:t>
      </w:r>
    </w:p>
    <w:p w14:paraId="556F773E" w14:textId="77777777" w:rsidR="003C09D9" w:rsidRDefault="003C09D9" w:rsidP="003C09D9">
      <w:r>
        <w:t>He nodded once to himself.</w:t>
      </w:r>
    </w:p>
    <w:p w14:paraId="303E59E5" w14:textId="77777777" w:rsidR="003C09D9" w:rsidRDefault="003C09D9" w:rsidP="003C09D9">
      <w:r>
        <w:t>And then he kept walking.</w:t>
      </w:r>
    </w:p>
    <w:p w14:paraId="630B6DE5" w14:textId="77777777" w:rsidR="003C09D9" w:rsidRDefault="003C09D9" w:rsidP="003C09D9">
      <w:r>
        <w:br/>
      </w:r>
    </w:p>
    <w:p w14:paraId="4883E3E0" w14:textId="77777777" w:rsidR="003C09D9" w:rsidRDefault="003C09D9" w:rsidP="003C09D9">
      <w:r>
        <w:t>Chapter Twenty-Three</w:t>
      </w:r>
    </w:p>
    <w:p w14:paraId="06C9E19E" w14:textId="77777777" w:rsidR="003C09D9" w:rsidRDefault="003C09D9" w:rsidP="003C09D9">
      <w:r>
        <w:t>The sun hung low but bright, casting long gold lines over the rooftops of Grafton. The air held a crispness that hinted at the coming of autumn—cool on the skin, but softened by the warmth of a clear, beautiful morning.</w:t>
      </w:r>
    </w:p>
    <w:p w14:paraId="09E12AB1" w14:textId="77777777" w:rsidR="003C09D9" w:rsidRDefault="003C09D9" w:rsidP="003C09D9">
      <w:r>
        <w:t>Jonas walked with steady steps, boots scuffing dust as he left the edge of town behind him. Behind him lay the schoolhouse, and Emily—who’d stood on her porch and watched him go with something like hope in her eyes.</w:t>
      </w:r>
    </w:p>
    <w:p w14:paraId="1E2F75EF" w14:textId="77777777" w:rsidR="003C09D9" w:rsidRDefault="003C09D9" w:rsidP="003C09D9">
      <w:r>
        <w:t>He didn’t turn back.</w:t>
      </w:r>
    </w:p>
    <w:p w14:paraId="1DCC1D0E" w14:textId="77777777" w:rsidR="003C09D9" w:rsidRDefault="003C09D9" w:rsidP="003C09D9">
      <w:r>
        <w:t>He had something else weighing on him.</w:t>
      </w:r>
    </w:p>
    <w:p w14:paraId="3A8363A6" w14:textId="77777777" w:rsidR="003C09D9" w:rsidRDefault="003C09D9" w:rsidP="003C09D9">
      <w:r>
        <w:t>Ezra Galloway.</w:t>
      </w:r>
    </w:p>
    <w:p w14:paraId="5D92AEAB" w14:textId="77777777" w:rsidR="003C09D9" w:rsidRDefault="003C09D9" w:rsidP="003C09D9">
      <w:r>
        <w:t>The man had kept to himself since Elijah’s death. Slipping in and out of church. Not speaking much to anyone. Just enough to raise a question Jonas couldn’t ignore anymore.</w:t>
      </w:r>
    </w:p>
    <w:p w14:paraId="5F43CE61" w14:textId="77777777" w:rsidR="003C09D9" w:rsidRDefault="003C09D9" w:rsidP="003C09D9">
      <w:r>
        <w:lastRenderedPageBreak/>
        <w:t>And if Jonas was going to step forward—to do what Elijah no longer could—then he couldn’t leave things like this.</w:t>
      </w:r>
    </w:p>
    <w:p w14:paraId="47514D88" w14:textId="77777777" w:rsidR="003C09D9" w:rsidRDefault="003C09D9" w:rsidP="003C09D9">
      <w:r>
        <w:t>Ezra’s house sat at the edge of town, slumped between the livery and a half-burned feed store. Jonas climbed the creaking steps and knocked twice.</w:t>
      </w:r>
    </w:p>
    <w:p w14:paraId="151842A2" w14:textId="77777777" w:rsidR="003C09D9" w:rsidRDefault="003C09D9" w:rsidP="003C09D9">
      <w:r>
        <w:t>A long pause, then the door eased open. Ezra blinked back at him—eyes rimmed red, face hollow, beard overgrown.</w:t>
      </w:r>
    </w:p>
    <w:p w14:paraId="5EC10DBA" w14:textId="77777777" w:rsidR="003C09D9" w:rsidRDefault="003C09D9" w:rsidP="003C09D9">
      <w:r>
        <w:t>“Jonas,” he said flatly.</w:t>
      </w:r>
    </w:p>
    <w:p w14:paraId="2F388059" w14:textId="77777777" w:rsidR="003C09D9" w:rsidRDefault="003C09D9" w:rsidP="003C09D9">
      <w:r>
        <w:t>“Mornin’, Ezra,” Jonas replied. “Mind if I come in?”</w:t>
      </w:r>
    </w:p>
    <w:p w14:paraId="25A09FC4" w14:textId="77777777" w:rsidR="003C09D9" w:rsidRDefault="003C09D9" w:rsidP="003C09D9">
      <w:r>
        <w:t>Ezra hesitated, then stepped back.</w:t>
      </w:r>
    </w:p>
    <w:p w14:paraId="1E1DD5FB" w14:textId="77777777" w:rsidR="003C09D9" w:rsidRDefault="003C09D9" w:rsidP="003C09D9">
      <w:r>
        <w:t>The room was dim and stale. Coffee sat cold in the pot. A Bible lay on a table near the window, untouched.</w:t>
      </w:r>
    </w:p>
    <w:p w14:paraId="79A6C55D" w14:textId="77777777" w:rsidR="003C09D9" w:rsidRDefault="003C09D9" w:rsidP="003C09D9">
      <w:r>
        <w:t>Jonas stayed standing, looking around the room. “You been all right?”</w:t>
      </w:r>
    </w:p>
    <w:p w14:paraId="0DEE700F" w14:textId="77777777" w:rsidR="003C09D9" w:rsidRDefault="003C09D9" w:rsidP="003C09D9">
      <w:r>
        <w:t>Ezra scratched at his jaw, avoiding his eyes. “I’ve been... getting by.”</w:t>
      </w:r>
    </w:p>
    <w:p w14:paraId="0F4D98E3" w14:textId="77777777" w:rsidR="003C09D9" w:rsidRDefault="003C09D9" w:rsidP="003C09D9">
      <w:r>
        <w:t>“You haven’t really been around.” Jonas’s voice was even, not accusing. “Folks noticed. I noticed.”</w:t>
      </w:r>
    </w:p>
    <w:p w14:paraId="2EEF011A" w14:textId="77777777" w:rsidR="003C09D9" w:rsidRDefault="003C09D9" w:rsidP="003C09D9">
      <w:r>
        <w:t>Ezra gave a slow nod. “Didn’t figure I was welcome much these days.”</w:t>
      </w:r>
    </w:p>
    <w:p w14:paraId="220A049C" w14:textId="77777777" w:rsidR="003C09D9" w:rsidRDefault="003C09D9" w:rsidP="003C09D9">
      <w:r>
        <w:t>Jonas stepped closer, voice quiet. “Why wouldn’t you be?”</w:t>
      </w:r>
    </w:p>
    <w:p w14:paraId="755F970E" w14:textId="77777777" w:rsidR="003C09D9" w:rsidRDefault="003C09D9" w:rsidP="003C09D9">
      <w:r>
        <w:t>Ezra stared at the floor, silent for a beat. Then—“Because it’s my fault.”</w:t>
      </w:r>
    </w:p>
    <w:p w14:paraId="6F32F1BD" w14:textId="77777777" w:rsidR="003C09D9" w:rsidRDefault="003C09D9" w:rsidP="003C09D9">
      <w:r>
        <w:t>Jonas frowned. “What is?”</w:t>
      </w:r>
    </w:p>
    <w:p w14:paraId="1070D108" w14:textId="77777777" w:rsidR="003C09D9" w:rsidRDefault="003C09D9" w:rsidP="003C09D9">
      <w:r>
        <w:t>Ezra’s voice came hoarse, broken. “Elijah. What happened to him. I didn’t mean for it to... but it’s my fault.”</w:t>
      </w:r>
    </w:p>
    <w:p w14:paraId="530FCCA3" w14:textId="77777777" w:rsidR="003C09D9" w:rsidRDefault="003C09D9" w:rsidP="003C09D9">
      <w:r>
        <w:t>The words hit like a blow.</w:t>
      </w:r>
    </w:p>
    <w:p w14:paraId="202A73EA" w14:textId="77777777" w:rsidR="003C09D9" w:rsidRDefault="003C09D9" w:rsidP="003C09D9">
      <w:r>
        <w:t>Jonas didn’t move.</w:t>
      </w:r>
    </w:p>
    <w:p w14:paraId="17ADA4AA" w14:textId="77777777" w:rsidR="003C09D9" w:rsidRDefault="003C09D9" w:rsidP="003C09D9">
      <w:r>
        <w:t>Ezra gripped the back of a chair to steady himself. His voice dropped low, barely above a whisper.</w:t>
      </w:r>
    </w:p>
    <w:p w14:paraId="7B92BA43" w14:textId="77777777" w:rsidR="003C09D9" w:rsidRDefault="003C09D9" w:rsidP="003C09D9">
      <w:r>
        <w:t>“I went to Mr. Butler.”</w:t>
      </w:r>
    </w:p>
    <w:p w14:paraId="4700987F" w14:textId="77777777" w:rsidR="003C09D9" w:rsidRDefault="003C09D9" w:rsidP="003C09D9">
      <w:r>
        <w:t>Jonas narrowed his eyes.</w:t>
      </w:r>
    </w:p>
    <w:p w14:paraId="7CE71939" w14:textId="77777777" w:rsidR="003C09D9" w:rsidRDefault="003C09D9" w:rsidP="003C09D9">
      <w:r>
        <w:t>Ezra continued, shame choking the words. “Couple weeks back... I told him about the letter Elijah had written.”</w:t>
      </w:r>
    </w:p>
    <w:p w14:paraId="48BF9EC9" w14:textId="77777777" w:rsidR="003C09D9" w:rsidRDefault="003C09D9" w:rsidP="003C09D9">
      <w:r>
        <w:t>“What letter?” Jonas asked.</w:t>
      </w:r>
    </w:p>
    <w:p w14:paraId="7A3B6141" w14:textId="77777777" w:rsidR="003C09D9" w:rsidRDefault="003C09D9" w:rsidP="003C09D9">
      <w:r>
        <w:lastRenderedPageBreak/>
        <w:t>“Elijah wrote a letter to the Provost Marshal in Austin, asking him to look into the corruption here in Grafton,” Ezra answered.</w:t>
      </w:r>
    </w:p>
    <w:p w14:paraId="530EEB74" w14:textId="77777777" w:rsidR="003C09D9" w:rsidRDefault="003C09D9" w:rsidP="003C09D9">
      <w:r>
        <w:t>Jonas’s breath left him slow.</w:t>
      </w:r>
    </w:p>
    <w:p w14:paraId="7E6BB041" w14:textId="77777777" w:rsidR="003C09D9" w:rsidRDefault="003C09D9" w:rsidP="003C09D9">
      <w:r>
        <w:t>“He never told me,” he murmured. “About the letter.”</w:t>
      </w:r>
    </w:p>
    <w:p w14:paraId="0455BC22" w14:textId="77777777" w:rsidR="003C09D9" w:rsidRDefault="003C09D9" w:rsidP="003C09D9">
      <w:r>
        <w:t>Ezra shook his head slowly, eyes glossing. “I was drowning in debt. The freight business dried up after the sheriff started siding with Butler’s men. I thought—stupidly—I thought Butler might pay me for the information. Figured if I gave him something useful, he’d let up. Maybe help me out.”</w:t>
      </w:r>
    </w:p>
    <w:p w14:paraId="681F040B" w14:textId="77777777" w:rsidR="003C09D9" w:rsidRDefault="003C09D9" w:rsidP="003C09D9">
      <w:r>
        <w:t>He swallowed hard. “And Elijah’s dead because of me.”</w:t>
      </w:r>
    </w:p>
    <w:p w14:paraId="08EB13D5" w14:textId="77777777" w:rsidR="003C09D9" w:rsidRDefault="003C09D9" w:rsidP="003C09D9">
      <w:r>
        <w:t>Jonas’s fists clenched. Rage surged hot in his chest. He stared at Ezra, trembling.</w:t>
      </w:r>
    </w:p>
    <w:p w14:paraId="3D649331" w14:textId="77777777" w:rsidR="003C09D9" w:rsidRDefault="003C09D9" w:rsidP="003C09D9">
      <w:r>
        <w:t>For a brief moment, he saw what it would feel like to strike him. To make him pay.</w:t>
      </w:r>
    </w:p>
    <w:p w14:paraId="566F9D36" w14:textId="77777777" w:rsidR="003C09D9" w:rsidRDefault="003C09D9" w:rsidP="003C09D9">
      <w:r>
        <w:t>But then—just as quickly—he saw Elijah.</w:t>
      </w:r>
    </w:p>
    <w:p w14:paraId="12EEF55D" w14:textId="77777777" w:rsidR="003C09D9" w:rsidRDefault="003C09D9" w:rsidP="003C09D9">
      <w:r>
        <w:t>Saw him in the pulpit. In prayer. Saw him forgiving enemies even in war.</w:t>
      </w:r>
    </w:p>
    <w:p w14:paraId="7447B4F8" w14:textId="77777777" w:rsidR="003C09D9" w:rsidRDefault="003C09D9" w:rsidP="003C09D9">
      <w:r>
        <w:t>Jonas let out a breath like letting go of a loaded gun.</w:t>
      </w:r>
    </w:p>
    <w:p w14:paraId="7DF6732B" w14:textId="77777777" w:rsidR="003C09D9" w:rsidRDefault="003C09D9" w:rsidP="003C09D9">
      <w:r>
        <w:t>“You made a terrible mistake,” he said quietly.</w:t>
      </w:r>
    </w:p>
    <w:p w14:paraId="72AD3A2B" w14:textId="77777777" w:rsidR="003C09D9" w:rsidRDefault="003C09D9" w:rsidP="003C09D9">
      <w:r>
        <w:t>Ezra nodded, eyes wet.</w:t>
      </w:r>
    </w:p>
    <w:p w14:paraId="7A9D8611" w14:textId="77777777" w:rsidR="003C09D9" w:rsidRDefault="003C09D9" w:rsidP="003C09D9">
      <w:r>
        <w:t>“And I’ve made worse,” Jonas added.</w:t>
      </w:r>
    </w:p>
    <w:p w14:paraId="082D4386" w14:textId="77777777" w:rsidR="003C09D9" w:rsidRDefault="003C09D9" w:rsidP="003C09D9">
      <w:r>
        <w:t>Ezra looked up.</w:t>
      </w:r>
    </w:p>
    <w:p w14:paraId="4B841D35" w14:textId="77777777" w:rsidR="003C09D9" w:rsidRDefault="003C09D9" w:rsidP="003C09D9">
      <w:r>
        <w:t>“I wanted to kill you just now.” Jonas’s voice didn’t shake. “But that’s not the kind of man Elijah believed I could be. Not anymore.”</w:t>
      </w:r>
    </w:p>
    <w:p w14:paraId="26615691" w14:textId="77777777" w:rsidR="003C09D9" w:rsidRDefault="003C09D9" w:rsidP="003C09D9">
      <w:r>
        <w:t>Silence settled between them.</w:t>
      </w:r>
    </w:p>
    <w:p w14:paraId="7F42CA1F" w14:textId="77777777" w:rsidR="003C09D9" w:rsidRDefault="003C09D9" w:rsidP="003C09D9">
      <w:r>
        <w:t>Jonas took a step closer. “You want to make it right?”</w:t>
      </w:r>
    </w:p>
    <w:p w14:paraId="4050F21C" w14:textId="77777777" w:rsidR="003C09D9" w:rsidRDefault="003C09D9" w:rsidP="003C09D9">
      <w:r>
        <w:t>Ezra nodded once, desperate. “I do.”</w:t>
      </w:r>
    </w:p>
    <w:p w14:paraId="7C64F6E8" w14:textId="77777777" w:rsidR="003C09D9" w:rsidRDefault="003C09D9" w:rsidP="003C09D9">
      <w:r>
        <w:t>“Then show up,” Jonas said. “I’m calling a meeting. At the church. I’m going to tell folks the truth—about Butler, about Elijah, about what’s coming. I don’t know who’ll stand with me, but I’m not hiding anymore.”</w:t>
      </w:r>
    </w:p>
    <w:p w14:paraId="48612136" w14:textId="77777777" w:rsidR="003C09D9" w:rsidRDefault="003C09D9" w:rsidP="003C09D9">
      <w:r>
        <w:t>Ezra blinked. “You... preaching?”</w:t>
      </w:r>
    </w:p>
    <w:p w14:paraId="5143E311" w14:textId="77777777" w:rsidR="003C09D9" w:rsidRDefault="003C09D9" w:rsidP="003C09D9">
      <w:r>
        <w:t>“No,” Jonas said. “Just speaking.”</w:t>
      </w:r>
    </w:p>
    <w:p w14:paraId="346AE3D6" w14:textId="77777777" w:rsidR="003C09D9" w:rsidRDefault="003C09D9" w:rsidP="003C09D9">
      <w:r>
        <w:lastRenderedPageBreak/>
        <w:t>He turned toward the door. Then paused. “Tell who you can. I’ll do the same. There is something I must take care of first.”</w:t>
      </w:r>
    </w:p>
    <w:p w14:paraId="03B3485C" w14:textId="77777777" w:rsidR="003C09D9" w:rsidRDefault="003C09D9" w:rsidP="003C09D9">
      <w:r>
        <w:t>And then Jonas walked back into the sunlight, the chill of the morning easing just a little.</w:t>
      </w:r>
    </w:p>
    <w:p w14:paraId="0FEBAD11" w14:textId="77777777" w:rsidR="003C09D9" w:rsidRDefault="003C09D9" w:rsidP="003C09D9">
      <w:r>
        <w:t>***</w:t>
      </w:r>
    </w:p>
    <w:p w14:paraId="5F5B2F21" w14:textId="77777777" w:rsidR="003C09D9" w:rsidRDefault="003C09D9" w:rsidP="003C09D9">
      <w:r>
        <w:t>The room was quiet, save for the faint creak of the floorboards and the wind whispering outside the window. Jonas sat at a small wooden table near the corner of the boarding house he and Elijah had been staying in—just a room and a bed above Miss Cartwright’s kitchen, beside the church. The walls were thin, the mattress sagged, but it had been his home for a while now.</w:t>
      </w:r>
    </w:p>
    <w:p w14:paraId="482BE98B" w14:textId="77777777" w:rsidR="003C09D9" w:rsidRDefault="003C09D9" w:rsidP="003C09D9">
      <w:r>
        <w:t>Soft daylight filtered through the lace-curtained window, casting a pale, steady glow across the page in front of him. Elijah’s Bible lay nearby, the old leather cover cracked and worn, the ribbon still marking the last passage they’d read together. Jonas glanced at it.</w:t>
      </w:r>
    </w:p>
    <w:p w14:paraId="57AB4A31" w14:textId="77777777" w:rsidR="003C09D9" w:rsidRDefault="003C09D9" w:rsidP="003C09D9">
      <w:r>
        <w:t>He dipped the pen into the inkwell and began writing. The first letter came easy, the words shaped by duty, not heartache.</w:t>
      </w:r>
    </w:p>
    <w:p w14:paraId="614A2BB1" w14:textId="77777777" w:rsidR="003C09D9" w:rsidRDefault="003C09D9" w:rsidP="003C09D9">
      <w:r>
        <w:t>To the Brothers of the Baptist General Association,</w:t>
      </w:r>
    </w:p>
    <w:p w14:paraId="757B02BC" w14:textId="77777777" w:rsidR="003C09D9" w:rsidRDefault="003C09D9" w:rsidP="003C09D9">
      <w:r>
        <w:t>I write with a heavy heart to inform you of the passing of Reverend Elijah Stone. He was killed outside the town of Grafton while in service to the Lord. His death was not in vain.</w:t>
      </w:r>
    </w:p>
    <w:p w14:paraId="0B24D38C" w14:textId="77777777" w:rsidR="003C09D9" w:rsidRDefault="003C09D9" w:rsidP="003C09D9">
      <w:r>
        <w:t>He is buried near an oak tree in the cemetery behind the church here. A stone has been placed, marked simply with his name and the date. The people of this town were not ready to receive him, but they needed him all the same. Many still do.</w:t>
      </w:r>
    </w:p>
    <w:p w14:paraId="1ED44F0B" w14:textId="77777777" w:rsidR="003C09D9" w:rsidRDefault="003C09D9" w:rsidP="003C09D9">
      <w:r>
        <w:t>I would ask that you send a new shepherd to this place. Grafton is in need of truth, justice, and light. If no man comes, I will do what I can until one does.</w:t>
      </w:r>
    </w:p>
    <w:p w14:paraId="51E920C7" w14:textId="77777777" w:rsidR="003C09D9" w:rsidRDefault="003C09D9" w:rsidP="003C09D9">
      <w:r>
        <w:t>May God guide your decision.</w:t>
      </w:r>
    </w:p>
    <w:p w14:paraId="779B4C94" w14:textId="77777777" w:rsidR="003C09D9" w:rsidRDefault="003C09D9" w:rsidP="003C09D9">
      <w:r>
        <w:t>In Christ,</w:t>
      </w:r>
      <w:r>
        <w:br/>
        <w:t>Jonas Walker</w:t>
      </w:r>
    </w:p>
    <w:p w14:paraId="1BD5C540" w14:textId="77777777" w:rsidR="003C09D9" w:rsidRDefault="003C09D9" w:rsidP="003C09D9">
      <w:r>
        <w:t>He laid the letter aside and stared at the second blank page for a long while. The wind rattled the glass pane, and from somewhere outside came the faint bray of a mule. He blinked, swallowed, and finally bent forward again.</w:t>
      </w:r>
    </w:p>
    <w:p w14:paraId="72FCE8E9" w14:textId="77777777" w:rsidR="003C09D9" w:rsidRDefault="003C09D9" w:rsidP="003C09D9">
      <w:r>
        <w:t>Dear Mrs. Rachel Callahan,</w:t>
      </w:r>
    </w:p>
    <w:p w14:paraId="6B80297A" w14:textId="77777777" w:rsidR="003C09D9" w:rsidRDefault="003C09D9" w:rsidP="003C09D9">
      <w:r>
        <w:t>I write to you with sorrow I can scarcely put into words. Your father, Reverend Elijah Stone, passed from this life just over a week ago. He was killed while defending the innocent and standing for what was right. I was with him in the end.</w:t>
      </w:r>
    </w:p>
    <w:p w14:paraId="2EC430D2" w14:textId="77777777" w:rsidR="003C09D9" w:rsidRDefault="003C09D9" w:rsidP="003C09D9">
      <w:r>
        <w:lastRenderedPageBreak/>
        <w:t>I don’t know what stories you’ve heard of your father. I imagine many are true. But what I can tell you is this: he was the bravest, most stubborn man I ever met. He feared God and no man. He carried the Word like a sword and bore others’ burdens like they were his own. He was kind when he didn’t have to be, patient when no one else was, and firm when the world wanted him to bend.</w:t>
      </w:r>
    </w:p>
    <w:p w14:paraId="3791B9BD" w14:textId="77777777" w:rsidR="003C09D9" w:rsidRDefault="003C09D9" w:rsidP="003C09D9">
      <w:r>
        <w:t>He sang hymns as he rode. He quoted Scripture around the fire. He prayed for me even when I cursed his presence. And in the end, he gave me something no man ever had: a reason to believe again.</w:t>
      </w:r>
    </w:p>
    <w:p w14:paraId="6C8F4C24" w14:textId="77777777" w:rsidR="003C09D9" w:rsidRDefault="003C09D9" w:rsidP="003C09D9">
      <w:r>
        <w:t>He loved you deeply. Spoke of you often. Kept a letter from you folded in his coat. It was worn soft from how many times he read it. I imagine he did so each night before he slept.</w:t>
      </w:r>
    </w:p>
    <w:p w14:paraId="50690207" w14:textId="77777777" w:rsidR="003C09D9" w:rsidRDefault="003C09D9" w:rsidP="003C09D9">
      <w:r>
        <w:t>He died with peace on his face. I buried him with care, beneath the trees, in the cemetery behind the church in Grafton, Texas where he served his final days. I marked the place, and I said a prayer. I think he would’ve liked it there.</w:t>
      </w:r>
    </w:p>
    <w:p w14:paraId="677FB79C" w14:textId="77777777" w:rsidR="003C09D9" w:rsidRDefault="003C09D9" w:rsidP="003C09D9">
      <w:r>
        <w:t>I am sorry for your loss. I grieve it with you. He was a father to me in ways I never expected.</w:t>
      </w:r>
    </w:p>
    <w:p w14:paraId="29B3B92F" w14:textId="77777777" w:rsidR="003C09D9" w:rsidRDefault="003C09D9" w:rsidP="003C09D9">
      <w:r>
        <w:t>May the Lord be your comfort, as He has become mine.</w:t>
      </w:r>
    </w:p>
    <w:p w14:paraId="6ED40DEC" w14:textId="77777777" w:rsidR="003C09D9" w:rsidRDefault="003C09D9" w:rsidP="003C09D9">
      <w:r>
        <w:t>Sincerely,</w:t>
      </w:r>
      <w:r>
        <w:br/>
        <w:t>Jonas Walker</w:t>
      </w:r>
    </w:p>
    <w:p w14:paraId="58270C5F" w14:textId="77777777" w:rsidR="003C09D9" w:rsidRDefault="003C09D9" w:rsidP="003C09D9">
      <w:r>
        <w:t>He set the pen down and leaned back in the chair, rubbing a hand across his face. The ink on the second page hadn’t yet dried—he’d pressed harder with each line, until the words had cut the paper like wounds.</w:t>
      </w:r>
    </w:p>
    <w:p w14:paraId="6D12793E" w14:textId="77777777" w:rsidR="003C09D9" w:rsidRDefault="003C09D9" w:rsidP="003C09D9">
      <w:r>
        <w:t>He folded both letters, sealing them carefully, and placed them in the saddlebag beside the door. They’d go out first thing in the morning.</w:t>
      </w:r>
    </w:p>
    <w:p w14:paraId="78C22C77" w14:textId="77777777" w:rsidR="003C09D9" w:rsidRDefault="003C09D9" w:rsidP="003C09D9">
      <w:r>
        <w:t>Jonas looked over at the Bible once more. After a moment, he stood, closed it gently, and tucked it beneath his arm.</w:t>
      </w:r>
    </w:p>
    <w:p w14:paraId="4C30D5A1" w14:textId="77777777" w:rsidR="003C09D9" w:rsidRDefault="003C09D9" w:rsidP="003C09D9">
      <w:r>
        <w:t>It was time.</w:t>
      </w:r>
    </w:p>
    <w:p w14:paraId="088059D5" w14:textId="77777777" w:rsidR="003C09D9" w:rsidRDefault="003C09D9" w:rsidP="003C09D9">
      <w:r>
        <w:t>He stepped out into the light, headed for the church.</w:t>
      </w:r>
    </w:p>
    <w:p w14:paraId="3F02F9C6" w14:textId="77777777" w:rsidR="003C09D9" w:rsidRDefault="003C09D9" w:rsidP="003C09D9">
      <w:r>
        <w:t>***</w:t>
      </w:r>
    </w:p>
    <w:p w14:paraId="70350003" w14:textId="77777777" w:rsidR="003C09D9" w:rsidRDefault="003C09D9" w:rsidP="003C09D9">
      <w:r>
        <w:t>Jonas stood at the top of the church steps, wind brushing through his coat, eyes on the crowd. He hadn’t planned what to say—only what needed to be said.</w:t>
      </w:r>
    </w:p>
    <w:p w14:paraId="3C4E6030" w14:textId="77777777" w:rsidR="003C09D9" w:rsidRDefault="003C09D9" w:rsidP="003C09D9">
      <w:r>
        <w:t>“You all knew Elijah Stone,” he began. “Some better than others. He didn’t have much in this world—no wife, no children, no land—but he had something that most men spend their whole lives chasing and still never find.”</w:t>
      </w:r>
    </w:p>
    <w:p w14:paraId="25CCD6E6" w14:textId="77777777" w:rsidR="003C09D9" w:rsidRDefault="003C09D9" w:rsidP="003C09D9">
      <w:r>
        <w:t>He paused. No one moved.</w:t>
      </w:r>
    </w:p>
    <w:p w14:paraId="3E5CF7A4" w14:textId="77777777" w:rsidR="003C09D9" w:rsidRDefault="003C09D9" w:rsidP="003C09D9">
      <w:r>
        <w:lastRenderedPageBreak/>
        <w:t>“He had peace. Not the quiet kind that comes from silence, but the deep kind—the kind you earn after walking through hell and still coming out believing in grace.”</w:t>
      </w:r>
    </w:p>
    <w:p w14:paraId="0F95305D" w14:textId="77777777" w:rsidR="003C09D9" w:rsidRDefault="003C09D9" w:rsidP="003C09D9">
      <w:r>
        <w:t>Jonas glanced at Emily, then Sister June. “Elijah stood in this town when it would’ve been easier to ride on past. He stood when the sheriff looked the other way, when Butler bought silence with silver, when decent folks started keeping their heads down. He stood even when it cost him.”</w:t>
      </w:r>
    </w:p>
    <w:p w14:paraId="696D14D5" w14:textId="77777777" w:rsidR="003C09D9" w:rsidRDefault="003C09D9" w:rsidP="003C09D9">
      <w:r>
        <w:t>His voice hardened. “And it did cost him.”</w:t>
      </w:r>
    </w:p>
    <w:p w14:paraId="18C5204C" w14:textId="77777777" w:rsidR="003C09D9" w:rsidRDefault="003C09D9" w:rsidP="003C09D9">
      <w:r>
        <w:t>A murmur rippled through the crowd.</w:t>
      </w:r>
    </w:p>
    <w:p w14:paraId="5D74D32F" w14:textId="77777777" w:rsidR="003C09D9" w:rsidRDefault="003C09D9" w:rsidP="003C09D9">
      <w:r>
        <w:t>Jonas took a step forward. “Some of you know what kind of man Butler is. Some of you only suspect. So let me speak plain: John Butler runs half this town from behind a curtain of money and fear. Sheriff Munson does his bidding. So did the mayor, before he disappeared. They’ve stolen land, silenced voices, and brought bloodshed to the door of the Lord’s house.”</w:t>
      </w:r>
    </w:p>
    <w:p w14:paraId="65D6882A" w14:textId="77777777" w:rsidR="003C09D9" w:rsidRDefault="003C09D9" w:rsidP="003C09D9">
      <w:r>
        <w:t>More than one head turned toward the saloon and its shuttered windows down the street.</w:t>
      </w:r>
    </w:p>
    <w:p w14:paraId="7232A825" w14:textId="77777777" w:rsidR="003C09D9" w:rsidRDefault="003C09D9" w:rsidP="003C09D9">
      <w:r>
        <w:t>“Elijah wrote to the authorities about it. He hoped to see justice done. He was killed before they could answer.”</w:t>
      </w:r>
    </w:p>
    <w:p w14:paraId="1C697B12" w14:textId="77777777" w:rsidR="003C09D9" w:rsidRDefault="003C09D9" w:rsidP="003C09D9">
      <w:r>
        <w:t>The breeze quieted. Not even the horses tied nearby made a sound.</w:t>
      </w:r>
    </w:p>
    <w:p w14:paraId="15A31D1C" w14:textId="77777777" w:rsidR="003C09D9" w:rsidRDefault="003C09D9" w:rsidP="003C09D9">
      <w:r>
        <w:t>“I’ve asked myself—more than once—if standing here is worth the trouble it might bring. If maybe silence would be easier.” He let the weight of those words sit on the crowd.</w:t>
      </w:r>
    </w:p>
    <w:p w14:paraId="2DA07E29" w14:textId="77777777" w:rsidR="003C09D9" w:rsidRDefault="003C09D9" w:rsidP="003C09D9">
      <w:r>
        <w:t>“But I remember a passage Elijah used to quote to me, ‘And having done all to stand, Stand therefore,’ this lines up with something he wrote to me before he was killed: ‘Stand firm… even if you stand alone.’”</w:t>
      </w:r>
    </w:p>
    <w:p w14:paraId="0114AD36" w14:textId="77777777" w:rsidR="003C09D9" w:rsidRDefault="003C09D9" w:rsidP="003C09D9">
      <w:r>
        <w:t>Jonas’s voice lifted, not loud, but full. “We ain’t called to win every fight. We’re called to stand for what’s right, even when it costs us. Even when it’s dangerous. Even when it hurts.”</w:t>
      </w:r>
    </w:p>
    <w:p w14:paraId="11459A95" w14:textId="77777777" w:rsidR="003C09D9" w:rsidRDefault="003C09D9" w:rsidP="003C09D9">
      <w:r>
        <w:t>He looked out over the faces again. “Some of you are scared. I am too. But fear’s not a good enough reason to let wicked men run this town.”</w:t>
      </w:r>
    </w:p>
    <w:p w14:paraId="3647EED1" w14:textId="77777777" w:rsidR="003C09D9" w:rsidRDefault="003C09D9" w:rsidP="003C09D9">
      <w:r>
        <w:t>A pause.</w:t>
      </w:r>
    </w:p>
    <w:p w14:paraId="00A19F1C" w14:textId="77777777" w:rsidR="003C09D9" w:rsidRDefault="003C09D9" w:rsidP="003C09D9">
      <w:r>
        <w:t>“So I’m drawing a line. Right here. Right now. You don’t have to cross it with me. But you do have to decide.”</w:t>
      </w:r>
    </w:p>
    <w:p w14:paraId="5361A26D" w14:textId="77777777" w:rsidR="003C09D9" w:rsidRDefault="003C09D9" w:rsidP="003C09D9">
      <w:r>
        <w:t>Silence. Then a shuffle of boots.</w:t>
      </w:r>
    </w:p>
    <w:p w14:paraId="63A124B6" w14:textId="77777777" w:rsidR="003C09D9" w:rsidRDefault="003C09D9" w:rsidP="003C09D9">
      <w:r>
        <w:t>Sister June stepped forward first, standing tall despite the cane.</w:t>
      </w:r>
    </w:p>
    <w:p w14:paraId="380A3BC0" w14:textId="77777777" w:rsidR="003C09D9" w:rsidRDefault="003C09D9" w:rsidP="003C09D9">
      <w:r>
        <w:t>“I’m with you, Jonas,” she said.</w:t>
      </w:r>
    </w:p>
    <w:p w14:paraId="7BA30239" w14:textId="77777777" w:rsidR="003C09D9" w:rsidRDefault="003C09D9" w:rsidP="003C09D9">
      <w:r>
        <w:t>Emily moved next. “So am I.”</w:t>
      </w:r>
    </w:p>
    <w:p w14:paraId="37993DDE" w14:textId="77777777" w:rsidR="003C09D9" w:rsidRDefault="003C09D9" w:rsidP="003C09D9">
      <w:r>
        <w:lastRenderedPageBreak/>
        <w:t>Mrs. Abernathy nodded. “This town’s worth saving.”</w:t>
      </w:r>
    </w:p>
    <w:p w14:paraId="0CE73C8D" w14:textId="77777777" w:rsidR="003C09D9" w:rsidRDefault="003C09D9" w:rsidP="003C09D9">
      <w:r>
        <w:t>Micah took a breath and raised his good arm. “I’ll stand.”</w:t>
      </w:r>
    </w:p>
    <w:p w14:paraId="1E0AAAF7" w14:textId="77777777" w:rsidR="003C09D9" w:rsidRDefault="003C09D9" w:rsidP="003C09D9">
      <w:r>
        <w:t>One by one, others stepped forward. A handful at first. Then more.</w:t>
      </w:r>
    </w:p>
    <w:p w14:paraId="1A4D92FC" w14:textId="77777777" w:rsidR="003C09D9" w:rsidRDefault="003C09D9" w:rsidP="003C09D9">
      <w:r>
        <w:t>And for the first time since Elijah’s death, Jonas felt something stir—deep, steady, unshakable.</w:t>
      </w:r>
    </w:p>
    <w:p w14:paraId="2D0C8B70" w14:textId="77777777" w:rsidR="003C09D9" w:rsidRDefault="003C09D9" w:rsidP="003C09D9">
      <w:r>
        <w:t>Hope.</w:t>
      </w:r>
    </w:p>
    <w:p w14:paraId="554E22E0" w14:textId="77777777" w:rsidR="003C09D9" w:rsidRDefault="003C09D9" w:rsidP="003C09D9">
      <w:r>
        <w:t>***</w:t>
      </w:r>
    </w:p>
    <w:p w14:paraId="319CC763" w14:textId="77777777" w:rsidR="003C09D9" w:rsidRDefault="003C09D9" w:rsidP="003C09D9">
      <w:r>
        <w:t>The shutters were half-closed against the late afternoon sun, casting striped shadows across the mahogany desk in John Butler’s study. Shelves of ledgers and leather-bound law books lined the walls. The room smelled faintly of cigar smoke and dried ink—comfort, order, power.</w:t>
      </w:r>
    </w:p>
    <w:p w14:paraId="6699FCE6" w14:textId="77777777" w:rsidR="003C09D9" w:rsidRDefault="003C09D9" w:rsidP="003C09D9">
      <w:r>
        <w:t>Butler sat behind the desk, waistcoat off, sleeves crisp, a tumbler of amber bourbon untouched beside his open ledger.</w:t>
      </w:r>
    </w:p>
    <w:p w14:paraId="3C87FEE3" w14:textId="77777777" w:rsidR="003C09D9" w:rsidRDefault="003C09D9" w:rsidP="003C09D9">
      <w:r>
        <w:t>The front door opened and closed without ceremony. A moment later, Sheriff Munson appeared in the doorway. His boots tracked dust on the rug, his face flushed and sour.</w:t>
      </w:r>
    </w:p>
    <w:p w14:paraId="484A238E" w14:textId="77777777" w:rsidR="003C09D9" w:rsidRDefault="003C09D9" w:rsidP="003C09D9">
      <w:r>
        <w:t>Butler didn’t look up. “I assume you’re not here for a drink.”</w:t>
      </w:r>
    </w:p>
    <w:p w14:paraId="5F42D74D" w14:textId="77777777" w:rsidR="003C09D9" w:rsidRDefault="003C09D9" w:rsidP="003C09D9">
      <w:r>
        <w:t>Munson stayed standing. “You need to hear this.”</w:t>
      </w:r>
    </w:p>
    <w:p w14:paraId="224A8136" w14:textId="77777777" w:rsidR="003C09D9" w:rsidRDefault="003C09D9" w:rsidP="003C09D9">
      <w:r>
        <w:t>Butler kept his pen moving. “I’m listening.”</w:t>
      </w:r>
    </w:p>
    <w:p w14:paraId="1F4BBF19" w14:textId="77777777" w:rsidR="003C09D9" w:rsidRDefault="003C09D9" w:rsidP="003C09D9">
      <w:r>
        <w:t>“There was a gathering this morning. In front of the church.”</w:t>
      </w:r>
    </w:p>
    <w:p w14:paraId="37EEEAB0" w14:textId="77777777" w:rsidR="003C09D9" w:rsidRDefault="003C09D9" w:rsidP="003C09D9">
      <w:r>
        <w:t>“Church service?”</w:t>
      </w:r>
    </w:p>
    <w:p w14:paraId="63AE3C26" w14:textId="77777777" w:rsidR="003C09D9" w:rsidRDefault="003C09D9" w:rsidP="003C09D9">
      <w:r>
        <w:t>“No. Not a service. A meeting.” Munson’s voice was clipped. “Jonas Walker called it. Spoke to the crowd from the front steps.”</w:t>
      </w:r>
    </w:p>
    <w:p w14:paraId="2E467252" w14:textId="77777777" w:rsidR="003C09D9" w:rsidRDefault="003C09D9" w:rsidP="003C09D9">
      <w:r>
        <w:t>Now Butler looked up.</w:t>
      </w:r>
    </w:p>
    <w:p w14:paraId="5F9C7892" w14:textId="77777777" w:rsidR="003C09D9" w:rsidRDefault="003C09D9" w:rsidP="003C09D9">
      <w:r>
        <w:t>Munson continued, “Said it wasn’t about the church—just the truth. Talked about Elijah. About you. Me. Said the town needs to choose a side.”</w:t>
      </w:r>
    </w:p>
    <w:p w14:paraId="10CA6F81" w14:textId="77777777" w:rsidR="003C09D9" w:rsidRDefault="003C09D9" w:rsidP="003C09D9">
      <w:r>
        <w:t>Butler studied him. “And how many people decided to listen?”</w:t>
      </w:r>
    </w:p>
    <w:p w14:paraId="41246202" w14:textId="77777777" w:rsidR="003C09D9" w:rsidRDefault="003C09D9" w:rsidP="003C09D9">
      <w:r>
        <w:t>“Forty, maybe forty-five. Some faces I expected. Some I didn’t. Ezra was helping spread word this morning.”</w:t>
      </w:r>
    </w:p>
    <w:p w14:paraId="2BD0BEC5" w14:textId="77777777" w:rsidR="003C09D9" w:rsidRDefault="003C09D9" w:rsidP="003C09D9">
      <w:r>
        <w:t>Butler leaned back slightly in his chair. “So. It begins.”</w:t>
      </w:r>
    </w:p>
    <w:p w14:paraId="02334F75" w14:textId="77777777" w:rsidR="003C09D9" w:rsidRDefault="003C09D9" w:rsidP="003C09D9">
      <w:r>
        <w:t>Munson stepped forward. “This isn’t just mourning Elijah. He’s making this a fight.”</w:t>
      </w:r>
    </w:p>
    <w:p w14:paraId="057BDE59" w14:textId="77777777" w:rsidR="003C09D9" w:rsidRDefault="003C09D9" w:rsidP="003C09D9">
      <w:r>
        <w:lastRenderedPageBreak/>
        <w:t>Butler’s voice remained calm. “He thinks it’s a fight. But this isn’t a battlefield. This is politics. Economics. The illusion of order. Men can rally around a speech, but they don’t stay for a cause unless it feeds their families.”</w:t>
      </w:r>
    </w:p>
    <w:p w14:paraId="7C0DC191" w14:textId="77777777" w:rsidR="003C09D9" w:rsidRDefault="003C09D9" w:rsidP="003C09D9">
      <w:r>
        <w:t>Munson didn’t look convinced. “He’s different. You said it yourself—he’s a man with nothing to lose. That kind don’t scare easy.”</w:t>
      </w:r>
    </w:p>
    <w:p w14:paraId="36C7C237" w14:textId="77777777" w:rsidR="003C09D9" w:rsidRDefault="003C09D9" w:rsidP="003C09D9">
      <w:r>
        <w:t>Butler took a slow breath, fingers tapping the glass beside him. “Which is why fear won’t work—not yet.”</w:t>
      </w:r>
    </w:p>
    <w:p w14:paraId="28728DED" w14:textId="77777777" w:rsidR="003C09D9" w:rsidRDefault="003C09D9" w:rsidP="003C09D9">
      <w:r>
        <w:t>He stood, moved to the window, gazing out over his manicured yard. Children’s laughter echoed faintly from a nearby homestead. His voice was soft. “You know what makes dangerous men walk away, Garrett?”</w:t>
      </w:r>
    </w:p>
    <w:p w14:paraId="4DBB7DAF" w14:textId="77777777" w:rsidR="003C09D9" w:rsidRDefault="003C09D9" w:rsidP="003C09D9">
      <w:r>
        <w:t>Munson stayed silent.</w:t>
      </w:r>
    </w:p>
    <w:p w14:paraId="2CD19272" w14:textId="77777777" w:rsidR="003C09D9" w:rsidRDefault="003C09D9" w:rsidP="003C09D9">
      <w:r>
        <w:t>“Hope,” Butler answered for him. “A fresh start. A reason to believe there’s still something better waiting out there.”</w:t>
      </w:r>
    </w:p>
    <w:p w14:paraId="7EEBDA28" w14:textId="77777777" w:rsidR="003C09D9" w:rsidRDefault="003C09D9" w:rsidP="003C09D9">
      <w:r>
        <w:t>He turned from the window and walked to the desk, pulling out a drawer and retrieving a thick envelope sealed with a red ribbon.</w:t>
      </w:r>
    </w:p>
    <w:p w14:paraId="391D19F5" w14:textId="77777777" w:rsidR="003C09D9" w:rsidRDefault="003C09D9" w:rsidP="003C09D9">
      <w:r>
        <w:t>“Land. Money. A ticket south or west. Give him an exit, and he might take it.”</w:t>
      </w:r>
    </w:p>
    <w:p w14:paraId="2C79955C" w14:textId="77777777" w:rsidR="003C09D9" w:rsidRDefault="003C09D9" w:rsidP="003C09D9">
      <w:r>
        <w:t>Munson stared. “You’re serious.”</w:t>
      </w:r>
    </w:p>
    <w:p w14:paraId="4F63BD97" w14:textId="77777777" w:rsidR="003C09D9" w:rsidRDefault="003C09D9" w:rsidP="003C09D9">
      <w:r>
        <w:t>Butler’s expression was mild. “We don't need blood. That’s bad business. Let’s offer the man an out. One he won’t expect. Let him believe he's done his duty, stirred the pot, told the truth. Then let him ride off thinking he made a difference.”</w:t>
      </w:r>
    </w:p>
    <w:p w14:paraId="406D3B86" w14:textId="77777777" w:rsidR="003C09D9" w:rsidRDefault="003C09D9" w:rsidP="003C09D9">
      <w:r>
        <w:t>Munson folded his arms. “And if he doesn’t take the bait?”</w:t>
      </w:r>
    </w:p>
    <w:p w14:paraId="39914C36" w14:textId="77777777" w:rsidR="003C09D9" w:rsidRDefault="003C09D9" w:rsidP="003C09D9">
      <w:r>
        <w:t>Butler’s jaw tightened slightly. “Then he’ll have made his choice. And so will we.”</w:t>
      </w:r>
    </w:p>
    <w:p w14:paraId="162586DE" w14:textId="77777777" w:rsidR="003C09D9" w:rsidRDefault="003C09D9" w:rsidP="003C09D9">
      <w:r>
        <w:t>There was a beat of silence. Munson glanced at the envelope, then back up.</w:t>
      </w:r>
    </w:p>
    <w:p w14:paraId="38B39E8F" w14:textId="77777777" w:rsidR="003C09D9" w:rsidRDefault="003C09D9" w:rsidP="003C09D9">
      <w:r>
        <w:t>“Ezra’s been talking more, like I said. Trying to be useful again. Guess guilt’s eating at him.”</w:t>
      </w:r>
    </w:p>
    <w:p w14:paraId="5DD6985B" w14:textId="77777777" w:rsidR="003C09D9" w:rsidRDefault="003C09D9" w:rsidP="003C09D9">
      <w:r>
        <w:t>Butler’s tone didn’t change. “Let him speak. The man’s a leaf in the wind. He’ll land where it’s safe.”</w:t>
      </w:r>
    </w:p>
    <w:p w14:paraId="0C9FD50C" w14:textId="77777777" w:rsidR="003C09D9" w:rsidRDefault="003C09D9" w:rsidP="003C09D9">
      <w:r>
        <w:t>Butler handed Munson the envelope and Munson turned to leave.</w:t>
      </w:r>
    </w:p>
    <w:p w14:paraId="6ABCD5BE" w14:textId="77777777" w:rsidR="003C09D9" w:rsidRDefault="003C09D9" w:rsidP="003C09D9">
      <w:r>
        <w:t>“One more thing,” Butler added, voice low. “Don’t get jumpy. Don’t go setting fires or breaking windows. The town’s watching. Right now, we need to keep the illusion that we’re still the side of peace.”</w:t>
      </w:r>
    </w:p>
    <w:p w14:paraId="6960D68D" w14:textId="77777777" w:rsidR="003C09D9" w:rsidRDefault="003C09D9" w:rsidP="003C09D9">
      <w:r>
        <w:t>Munson didn’t respond. He opened the door, then stopped.</w:t>
      </w:r>
    </w:p>
    <w:p w14:paraId="4313DB14" w14:textId="77777777" w:rsidR="003C09D9" w:rsidRDefault="003C09D9" w:rsidP="003C09D9">
      <w:r>
        <w:lastRenderedPageBreak/>
        <w:t>“You sure you want to play this that quiet?”</w:t>
      </w:r>
    </w:p>
    <w:p w14:paraId="6BC871C5" w14:textId="77777777" w:rsidR="003C09D9" w:rsidRDefault="003C09D9" w:rsidP="003C09D9">
      <w:r>
        <w:t>Butler’s reply was smooth. “Louder moves will come in time. For now, we offer kindness. It’s much harder to refuse.”</w:t>
      </w:r>
    </w:p>
    <w:p w14:paraId="03C174CD" w14:textId="77777777" w:rsidR="003C09D9" w:rsidRDefault="003C09D9" w:rsidP="003C09D9">
      <w:r>
        <w:t>The door clicked shut behind him.</w:t>
      </w:r>
    </w:p>
    <w:p w14:paraId="2FAA950B" w14:textId="77777777" w:rsidR="003C09D9" w:rsidRDefault="003C09D9" w:rsidP="003C09D9">
      <w:r>
        <w:t>Butler stared out of the window, then sat back down at his desk and extinguished the lamp.</w:t>
      </w:r>
    </w:p>
    <w:p w14:paraId="3E24A628" w14:textId="77777777" w:rsidR="003C09D9" w:rsidRDefault="003C09D9" w:rsidP="003C09D9">
      <w:r>
        <w:t>The study went dim.</w:t>
      </w:r>
    </w:p>
    <w:p w14:paraId="1F071A3C" w14:textId="77777777" w:rsidR="003C09D9" w:rsidRDefault="003C09D9" w:rsidP="003C09D9">
      <w:r>
        <w:t>***</w:t>
      </w:r>
    </w:p>
    <w:p w14:paraId="6E863122" w14:textId="77777777" w:rsidR="003C09D9" w:rsidRDefault="003C09D9" w:rsidP="003C09D9">
      <w:r>
        <w:t>The church was dark, save for a single lantern flickered on the pulpit, casting long shadows through the dark sanctuary. The wooden pews stretched like silent sentinels across the sanctuary. Jonas sat alone near the front, elbows on his knees, Elijah’s worn Bible resting beside him, his mind racing.</w:t>
      </w:r>
    </w:p>
    <w:p w14:paraId="2D17CE2D" w14:textId="77777777" w:rsidR="003C09D9" w:rsidRDefault="003C09D9" w:rsidP="003C09D9">
      <w:r>
        <w:t>He hadn’t touched it in a while. He’d tried to pray, but the words kept tangling in his throat.</w:t>
      </w:r>
    </w:p>
    <w:p w14:paraId="054D72B0" w14:textId="77777777" w:rsidR="003C09D9" w:rsidRDefault="003C09D9" w:rsidP="003C09D9">
      <w:r>
        <w:t>The creak of the church door broke the stillness.</w:t>
      </w:r>
    </w:p>
    <w:p w14:paraId="0735715B" w14:textId="77777777" w:rsidR="003C09D9" w:rsidRDefault="003C09D9" w:rsidP="003C09D9">
      <w:r>
        <w:t>Jonas didn’t move, not at first. He just listened as the heavy boots crossed the threshold and echoed down the center aisle. He already knew the gait. Knew the weight behind it.</w:t>
      </w:r>
    </w:p>
    <w:p w14:paraId="284A5201" w14:textId="77777777" w:rsidR="003C09D9" w:rsidRDefault="003C09D9" w:rsidP="003C09D9">
      <w:r>
        <w:t>Munson.</w:t>
      </w:r>
    </w:p>
    <w:p w14:paraId="4638AEB4" w14:textId="77777777" w:rsidR="003C09D9" w:rsidRDefault="003C09D9" w:rsidP="003C09D9">
      <w:r>
        <w:t>Jonas rose, turning to face him.</w:t>
      </w:r>
    </w:p>
    <w:p w14:paraId="07930E07" w14:textId="77777777" w:rsidR="003C09D9" w:rsidRDefault="003C09D9" w:rsidP="003C09D9">
      <w:r>
        <w:t>The sheriff stood a dozen feet away in the aisle, a shadowed figure against the pale light. His hat was off, coat hanging open, eyes unreadable.</w:t>
      </w:r>
    </w:p>
    <w:p w14:paraId="2F8DE5D4" w14:textId="77777777" w:rsidR="003C09D9" w:rsidRDefault="003C09D9" w:rsidP="003C09D9">
      <w:r>
        <w:t>“Didn’t come to draw,” Munson said, voice low. “Just came to talk.”</w:t>
      </w:r>
    </w:p>
    <w:p w14:paraId="71B6D433" w14:textId="77777777" w:rsidR="003C09D9" w:rsidRDefault="003C09D9" w:rsidP="003C09D9">
      <w:r>
        <w:t>He reached into his coat.</w:t>
      </w:r>
    </w:p>
    <w:p w14:paraId="0DF78EBC" w14:textId="77777777" w:rsidR="003C09D9" w:rsidRDefault="003C09D9" w:rsidP="003C09D9">
      <w:r>
        <w:t>Jonas didn’t hesitate—both hands dropped to the grips of his pistols.</w:t>
      </w:r>
    </w:p>
    <w:p w14:paraId="6D2B6C7B" w14:textId="77777777" w:rsidR="003C09D9" w:rsidRDefault="003C09D9" w:rsidP="003C09D9">
      <w:r>
        <w:t>Munson froze.</w:t>
      </w:r>
    </w:p>
    <w:p w14:paraId="35ED8EA4" w14:textId="77777777" w:rsidR="003C09D9" w:rsidRDefault="003C09D9" w:rsidP="003C09D9">
      <w:r>
        <w:t>“It ain’t iron,” he said quietly, moving slower now. “See for yourself.”</w:t>
      </w:r>
    </w:p>
    <w:p w14:paraId="7585E90A" w14:textId="77777777" w:rsidR="003C09D9" w:rsidRDefault="003C09D9" w:rsidP="003C09D9">
      <w:r>
        <w:t>He pulled out a thick envelope and laid it gently on the armrest of a pew.</w:t>
      </w:r>
    </w:p>
    <w:p w14:paraId="2D4A1F11" w14:textId="77777777" w:rsidR="003C09D9" w:rsidRDefault="003C09D9" w:rsidP="003C09D9">
      <w:r>
        <w:t>Jonas didn’t move his hands from his guns.</w:t>
      </w:r>
    </w:p>
    <w:p w14:paraId="0F96A186" w14:textId="77777777" w:rsidR="003C09D9" w:rsidRDefault="003C09D9" w:rsidP="003C09D9">
      <w:r>
        <w:t>“What’s that?” he asked.</w:t>
      </w:r>
    </w:p>
    <w:p w14:paraId="20BF5D0F" w14:textId="77777777" w:rsidR="003C09D9" w:rsidRDefault="003C09D9" w:rsidP="003C09D9">
      <w:r>
        <w:t>Munson shrugged. “A new start. Somewhere the air ain’t so heavy.”</w:t>
      </w:r>
    </w:p>
    <w:p w14:paraId="6861D7F2" w14:textId="77777777" w:rsidR="003C09D9" w:rsidRDefault="003C09D9" w:rsidP="003C09D9">
      <w:r>
        <w:lastRenderedPageBreak/>
        <w:t>Jonas glanced at the envelope, then back at him. “Tell him, I’m not for sale.”</w:t>
      </w:r>
    </w:p>
    <w:p w14:paraId="0CA65468" w14:textId="77777777" w:rsidR="003C09D9" w:rsidRDefault="003C09D9" w:rsidP="003C09D9">
      <w:r>
        <w:t>Munson let out a breath, shaking his head knowingly. “Didn’t think you were. Men like him, figures everyone’s got a price.”</w:t>
      </w:r>
    </w:p>
    <w:p w14:paraId="6400C610" w14:textId="77777777" w:rsidR="003C09D9" w:rsidRDefault="003C09D9" w:rsidP="003C09D9">
      <w:r>
        <w:t>“He’s wrong.”</w:t>
      </w:r>
    </w:p>
    <w:p w14:paraId="0CBB3B11" w14:textId="77777777" w:rsidR="003C09D9" w:rsidRDefault="003C09D9" w:rsidP="003C09D9">
      <w:r>
        <w:t>“Maybe.” Munson stepped closer, hands at his sides. “But if you stay, it ain’t just your blood soaks the ground.”</w:t>
      </w:r>
    </w:p>
    <w:p w14:paraId="05D5BA32" w14:textId="77777777" w:rsidR="003C09D9" w:rsidRDefault="003C09D9" w:rsidP="003C09D9">
      <w:r>
        <w:t>They stood locked in silence, the tension sharp and unspoken.</w:t>
      </w:r>
    </w:p>
    <w:p w14:paraId="7354BA6C" w14:textId="77777777" w:rsidR="003C09D9" w:rsidRDefault="003C09D9" w:rsidP="003C09D9">
      <w:r>
        <w:t>“These folks,” Munson went on, tilting his head toward the door, “they ain’t seen war. Not like we have. They ain’t seen what men do to each other when the shooting starts. War don’t make heroes—it turns men to animals. You think they’ll stand? When lead starts flyin’? Or will they scatter, leave you standin’ alone?”</w:t>
      </w:r>
    </w:p>
    <w:p w14:paraId="1480AC29" w14:textId="77777777" w:rsidR="003C09D9" w:rsidRDefault="003C09D9" w:rsidP="003C09D9">
      <w:r>
        <w:t>Jonas didn’t answer.</w:t>
      </w:r>
    </w:p>
    <w:p w14:paraId="27595C2A" w14:textId="77777777" w:rsidR="003C09D9" w:rsidRDefault="003C09D9" w:rsidP="003C09D9">
      <w:r>
        <w:t>Munson nodded, reading the silence. “You’ve already thought about that, haven’t you?”</w:t>
      </w:r>
    </w:p>
    <w:p w14:paraId="2A3184BC" w14:textId="77777777" w:rsidR="003C09D9" w:rsidRDefault="003C09D9" w:rsidP="003C09D9">
      <w:r>
        <w:t>The sheriff’s voice dropped, more tired than cruel. “You think you’re helpin’ ‘em. But maybe what you’re really doin’... gets ‘em killed.”</w:t>
      </w:r>
    </w:p>
    <w:p w14:paraId="48BDF318" w14:textId="77777777" w:rsidR="003C09D9" w:rsidRDefault="003C09D9" w:rsidP="003C09D9">
      <w:r>
        <w:t>Jonas looked at the Bible beside him, then back up at Munson. His voice was calm, but there was flint behind it.</w:t>
      </w:r>
    </w:p>
    <w:p w14:paraId="3A23AE8B" w14:textId="77777777" w:rsidR="003C09D9" w:rsidRDefault="003C09D9" w:rsidP="003C09D9">
      <w:r>
        <w:t>“I’ve already run from my past once. I’m done runnin’.”</w:t>
      </w:r>
    </w:p>
    <w:p w14:paraId="05EBE7A3" w14:textId="77777777" w:rsidR="003C09D9" w:rsidRDefault="003C09D9" w:rsidP="003C09D9">
      <w:r>
        <w:t>Munson looked at him for a long beat. Then reached out, picked the envelope back up, and tucked it away.</w:t>
      </w:r>
    </w:p>
    <w:p w14:paraId="46220339" w14:textId="77777777" w:rsidR="003C09D9" w:rsidRDefault="003C09D9" w:rsidP="003C09D9">
      <w:r>
        <w:t>He turned toward the door. Paused.</w:t>
      </w:r>
    </w:p>
    <w:p w14:paraId="21E28597" w14:textId="77777777" w:rsidR="003C09D9" w:rsidRDefault="003C09D9" w:rsidP="003C09D9">
      <w:r>
        <w:t>“This is comin’, Walker. Their blood will be on your hands.”</w:t>
      </w:r>
    </w:p>
    <w:p w14:paraId="0A2BAA35" w14:textId="77777777" w:rsidR="003C09D9" w:rsidRDefault="003C09D9" w:rsidP="003C09D9">
      <w:r>
        <w:t>The door creaked open. The night swallowed him whole.</w:t>
      </w:r>
    </w:p>
    <w:p w14:paraId="482D5725" w14:textId="77777777" w:rsidR="003C09D9" w:rsidRDefault="003C09D9" w:rsidP="003C09D9">
      <w:r>
        <w:t>Jonas stood in the stillness again, the weight heavier than ever.</w:t>
      </w:r>
    </w:p>
    <w:p w14:paraId="0E750082" w14:textId="77777777" w:rsidR="003C09D9" w:rsidRDefault="003C09D9" w:rsidP="003C09D9"/>
    <w:p w14:paraId="39A13B71" w14:textId="77777777" w:rsidR="003C09D9" w:rsidRDefault="003C09D9" w:rsidP="003C09D9">
      <w:r>
        <w:br/>
      </w:r>
    </w:p>
    <w:p w14:paraId="79722B13" w14:textId="77777777" w:rsidR="003C09D9" w:rsidRDefault="003C09D9" w:rsidP="003C09D9">
      <w:r>
        <w:t>Chapter Twenty-Four</w:t>
      </w:r>
    </w:p>
    <w:p w14:paraId="2BEB6D9E" w14:textId="77777777" w:rsidR="003C09D9" w:rsidRDefault="003C09D9" w:rsidP="003C09D9">
      <w:r>
        <w:lastRenderedPageBreak/>
        <w:t>The fire had burned low, and the lamp on John Butler’s desk flickered with every gust that slipped through the window sash. He didn’t move to fix it. Just sat there behind the desk, elbows on the arms of his chair, fingers steepled under his chin. The door opened without a knock. Robert Carson stepped in, one of the men involved in Elijah’s murder, hat slung low over his brow, boots carrying trail dust and the scent of cigar smoke. His eyes tracked everything, never hurried.</w:t>
      </w:r>
    </w:p>
    <w:p w14:paraId="01D907AA" w14:textId="77777777" w:rsidR="003C09D9" w:rsidRDefault="003C09D9" w:rsidP="003C09D9">
      <w:r>
        <w:t>Butler didn’t look up as he spoke. “Devlin still keep company with the same rough lot?”</w:t>
      </w:r>
    </w:p>
    <w:p w14:paraId="7E07C03F" w14:textId="77777777" w:rsidR="003C09D9" w:rsidRDefault="003C09D9" w:rsidP="003C09D9">
      <w:r>
        <w:t>Carson nodded once. “Last I saw. Keeps a room above the gambling hall. Runs his boys like a pack of dogs.”</w:t>
      </w:r>
    </w:p>
    <w:p w14:paraId="0A6739A3" w14:textId="77777777" w:rsidR="003C09D9" w:rsidRDefault="003C09D9" w:rsidP="003C09D9">
      <w:r>
        <w:t>“Good,” said Butler pulling a piece of paper from the center drawer of his desk.  Butler dipped his pen, letting the ink settle thick against the nib. The flame in the lamp beside him quivered, casting long shadows across the room. He didn’t rush the words—every one of them mattered.</w:t>
      </w:r>
    </w:p>
    <w:p w14:paraId="351AD94A" w14:textId="77777777" w:rsidR="003C09D9" w:rsidRDefault="003C09D9" w:rsidP="003C09D9">
      <w:r>
        <w:t>To Mr. Albert Devlin,</w:t>
      </w:r>
      <w:r>
        <w:br/>
        <w:t>Send fifteen men. Reliable, seasoned, and not afraid to do what’s needed. I’ll pay double the usual rate. They must ride at once. There’s trouble in Grafton, and I aim to see it settled before outside eyes show up. I’ll expect them within two days. Make sure they understand: this is no longer about property. It’s about control.</w:t>
      </w:r>
      <w:r>
        <w:br/>
        <w:t>– J. Butler</w:t>
      </w:r>
    </w:p>
    <w:p w14:paraId="620EB2C3" w14:textId="77777777" w:rsidR="003C09D9" w:rsidRDefault="003C09D9" w:rsidP="003C09D9">
      <w:r>
        <w:t>He let the ink dry a moment, then folded the paper crisp and deliberate, sliding it into an envelope.</w:t>
      </w:r>
    </w:p>
    <w:p w14:paraId="68ECDC99" w14:textId="77777777" w:rsidR="003C09D9" w:rsidRDefault="003C09D9" w:rsidP="003C09D9">
      <w:r>
        <w:t>Butler sealed the letter with wax. “Good. Then he’ll understand what this is.”</w:t>
      </w:r>
    </w:p>
    <w:p w14:paraId="61D7B9CA" w14:textId="77777777" w:rsidR="003C09D9" w:rsidRDefault="003C09D9" w:rsidP="003C09D9">
      <w:r>
        <w:t>He stood and crossed the room, handing Carson the letter.</w:t>
      </w:r>
    </w:p>
    <w:p w14:paraId="2BFF5CEA" w14:textId="77777777" w:rsidR="003C09D9" w:rsidRDefault="003C09D9" w:rsidP="003C09D9">
      <w:r>
        <w:t xml:space="preserve">“I want ‘em here before anyone else shows. I aim to have this place quiet again. Like it used to be.” </w:t>
      </w:r>
    </w:p>
    <w:p w14:paraId="7E9C5160" w14:textId="77777777" w:rsidR="003C09D9" w:rsidRDefault="003C09D9" w:rsidP="003C09D9">
      <w:r>
        <w:t>Carson slid the letter into the inside pocket of his coat. “How loud you reckon it’s gonna get before then?”</w:t>
      </w:r>
    </w:p>
    <w:p w14:paraId="4DEABDF2" w14:textId="77777777" w:rsidR="003C09D9" w:rsidRDefault="003C09D9" w:rsidP="003C09D9">
      <w:r>
        <w:t>Butler looked past him, out the window toward the darkened rooftops of Grafton. “The Preacher’s dead, but he lit a fire before he went. Now his side kick is carryin’ it—don’t wear a collar, but these fools are lookin’ to him all the same.”</w:t>
      </w:r>
    </w:p>
    <w:p w14:paraId="4185C04F" w14:textId="77777777" w:rsidR="003C09D9" w:rsidRDefault="003C09D9" w:rsidP="003C09D9">
      <w:r>
        <w:t>He turned back, his voice low. “I gave him a chance to walk away. He wouldn’t take it. That makes him a problem. And problems don’t get ignored.”</w:t>
      </w:r>
    </w:p>
    <w:p w14:paraId="432F76E8" w14:textId="77777777" w:rsidR="003C09D9" w:rsidRDefault="003C09D9" w:rsidP="003C09D9">
      <w:r>
        <w:t>Carson nodded, calm as ever. “Devlin’s men won’t ask questions.”</w:t>
      </w:r>
    </w:p>
    <w:p w14:paraId="0EF184D1" w14:textId="77777777" w:rsidR="003C09D9" w:rsidRDefault="003C09D9" w:rsidP="003C09D9">
      <w:r>
        <w:t>“Make sure of it.”</w:t>
      </w:r>
    </w:p>
    <w:p w14:paraId="6280F3EE" w14:textId="77777777" w:rsidR="003C09D9" w:rsidRDefault="003C09D9" w:rsidP="003C09D9">
      <w:r>
        <w:t>Carson tipped his hat, then turned and slipped out the door without another word.</w:t>
      </w:r>
    </w:p>
    <w:p w14:paraId="081ADF89" w14:textId="77777777" w:rsidR="003C09D9" w:rsidRDefault="003C09D9" w:rsidP="003C09D9">
      <w:r>
        <w:lastRenderedPageBreak/>
        <w:t>Butler stood for a moment longer, the wind humming in the chimney, the lamplight flickering like a bad omen. He walked back to his desk and poured a small measure of bourbon into a glass, but he didn’t drink it.</w:t>
      </w:r>
    </w:p>
    <w:p w14:paraId="09FE37BB" w14:textId="77777777" w:rsidR="003C09D9" w:rsidRDefault="003C09D9" w:rsidP="003C09D9">
      <w:r>
        <w:t>He just stared at the flame, listening to the storm gather.</w:t>
      </w:r>
    </w:p>
    <w:p w14:paraId="78ACB3CF" w14:textId="77777777" w:rsidR="003C09D9" w:rsidRDefault="003C09D9" w:rsidP="003C09D9">
      <w:r>
        <w:t>***</w:t>
      </w:r>
    </w:p>
    <w:p w14:paraId="147AF2DB" w14:textId="77777777" w:rsidR="003C09D9" w:rsidRDefault="003C09D9" w:rsidP="003C09D9">
      <w:r>
        <w:t>Jonas came awake to the crack of a rifle.</w:t>
      </w:r>
    </w:p>
    <w:p w14:paraId="4BC36957" w14:textId="77777777" w:rsidR="003C09D9" w:rsidRDefault="003C09D9" w:rsidP="003C09D9">
      <w:r>
        <w:t>He jerked upright in the narrow bed, heart pounding, sweat slick on his neck. The room was cold, the air too still. Another crack—closer this time.</w:t>
      </w:r>
    </w:p>
    <w:p w14:paraId="22AD07C6" w14:textId="77777777" w:rsidR="003C09D9" w:rsidRDefault="003C09D9" w:rsidP="003C09D9">
      <w:r>
        <w:t>Boots. He needed his boots.</w:t>
      </w:r>
    </w:p>
    <w:p w14:paraId="630FF03F" w14:textId="77777777" w:rsidR="003C09D9" w:rsidRDefault="003C09D9" w:rsidP="003C09D9">
      <w:r>
        <w:t>He found them by feel, yanked them on without socks. A third shot echoed off the buildings of Grafton, then the unmistakable roar of fire. Voices—shouting, panicked—rose up under it.</w:t>
      </w:r>
    </w:p>
    <w:p w14:paraId="75809F5D" w14:textId="77777777" w:rsidR="003C09D9" w:rsidRDefault="003C09D9" w:rsidP="003C09D9">
      <w:r>
        <w:t>He was out the door of the boarding house a moment later, pistol in hand, coat unfastened and flapping behind him. Smoke curled above the rooftops, orange light dancing in the distance—west side, near the livery. He heard horses—hooves pounding hard over packed dirt.</w:t>
      </w:r>
    </w:p>
    <w:p w14:paraId="626EA400" w14:textId="77777777" w:rsidR="003C09D9" w:rsidRDefault="003C09D9" w:rsidP="003C09D9">
      <w:r>
        <w:t>He ran toward the main street, scanning.</w:t>
      </w:r>
    </w:p>
    <w:p w14:paraId="49967F86" w14:textId="77777777" w:rsidR="003C09D9" w:rsidRDefault="003C09D9" w:rsidP="003C09D9">
      <w:r>
        <w:t>Two riders tore away from town, heading north. Faces covered, rifles slung. Jonas lifted his pistol, taking aim while stepping into the middle of the road, leading one in his sights.</w:t>
      </w:r>
    </w:p>
    <w:p w14:paraId="2DA70442" w14:textId="77777777" w:rsidR="003C09D9" w:rsidRDefault="003C09D9" w:rsidP="003C09D9">
      <w:r>
        <w:t>Then came the scream.</w:t>
      </w:r>
    </w:p>
    <w:p w14:paraId="7B5B23E0" w14:textId="77777777" w:rsidR="003C09D9" w:rsidRDefault="003C09D9" w:rsidP="003C09D9">
      <w:r>
        <w:t>It cut sharp through the smoke—high, terrified, familiar. Emily!</w:t>
      </w:r>
    </w:p>
    <w:p w14:paraId="727C48A6" w14:textId="77777777" w:rsidR="003C09D9" w:rsidRDefault="003C09D9" w:rsidP="003C09D9">
      <w:r>
        <w:t>Jonas lowered the pistol without a second thought. The riders vanished into the night as Jonas started toward the direction of the schoolhouse.</w:t>
      </w:r>
    </w:p>
    <w:p w14:paraId="24FC074F" w14:textId="77777777" w:rsidR="003C09D9" w:rsidRDefault="003C09D9" w:rsidP="003C09D9">
      <w:r>
        <w:t>A torch had arced from one rider’s hand, flaming through the dark. It struck the roof of the schoolhouse and rolled onto the ground between it and Emily’s home, bouncing once before it began to catch on dry grass and scattered debris.</w:t>
      </w:r>
    </w:p>
    <w:p w14:paraId="73B1370A" w14:textId="77777777" w:rsidR="003C09D9" w:rsidRDefault="003C09D9" w:rsidP="003C09D9">
      <w:r>
        <w:t>Emily stood frozen on her porch, white nightgown lit by the firelight, eyes wide. “Jonas!” she cried, voice breaking.</w:t>
      </w:r>
    </w:p>
    <w:p w14:paraId="70997690" w14:textId="77777777" w:rsidR="003C09D9" w:rsidRDefault="003C09D9" w:rsidP="003C09D9">
      <w:r>
        <w:t>He sprinted, boots pounded hard over gravel. He reached the torch, grabbed it barehanded, teeth clenched against the heat, and hurled it into the street. It landed in the dust and rolled to a stop, smoldering but harmless. He turned and stomped out what was catching.</w:t>
      </w:r>
    </w:p>
    <w:p w14:paraId="4A665CEF" w14:textId="77777777" w:rsidR="003C09D9" w:rsidRDefault="003C09D9" w:rsidP="003C09D9">
      <w:r>
        <w:t>Behind him, doors opened and voices spilled into the street. A dog barked. Somewhere a bell rang out—a single clang from the church tower. Firelight glowed across the rooftops.</w:t>
      </w:r>
    </w:p>
    <w:p w14:paraId="540828F2" w14:textId="77777777" w:rsidR="003C09D9" w:rsidRDefault="003C09D9" w:rsidP="003C09D9">
      <w:r>
        <w:lastRenderedPageBreak/>
        <w:t>Ezra arrived with a lantern swinging in one hand, belt half-fastened. “Livery’s gone,” he panted. “So’s Widow Kinney’s mule. They tried for the store too—broke windows, tossed in kerosene.”</w:t>
      </w:r>
    </w:p>
    <w:p w14:paraId="5817A9DF" w14:textId="77777777" w:rsidR="003C09D9" w:rsidRDefault="003C09D9" w:rsidP="003C09D9">
      <w:r>
        <w:t>“We’ll need water,” Jonas said, breath ragged. “Buckets. Form lines. Move.”</w:t>
      </w:r>
    </w:p>
    <w:p w14:paraId="1EDCC7AD" w14:textId="77777777" w:rsidR="003C09D9" w:rsidRDefault="003C09D9" w:rsidP="003C09D9">
      <w:r>
        <w:t>They spent the next hour fighting fire and panic.</w:t>
      </w:r>
    </w:p>
    <w:p w14:paraId="16E4EE66" w14:textId="77777777" w:rsidR="003C09D9" w:rsidRDefault="003C09D9" w:rsidP="003C09D9">
      <w:r>
        <w:t>Two barns lost. Livestock missing. Fenceposts along the east stretch cut and kicked over. No one dead—but fear hung thick as smoke in the street.</w:t>
      </w:r>
    </w:p>
    <w:p w14:paraId="679A7B85" w14:textId="77777777" w:rsidR="003C09D9" w:rsidRDefault="003C09D9" w:rsidP="003C09D9">
      <w:r>
        <w:t>By the time the smoke thinned and the flames died, half the town stood in the street: barefoot, breathless, scared. Watching Jonas.</w:t>
      </w:r>
    </w:p>
    <w:p w14:paraId="2C818D8F" w14:textId="77777777" w:rsidR="003C09D9" w:rsidRDefault="003C09D9" w:rsidP="003C09D9">
      <w:r>
        <w:t>Micah approached, rifle slung, sweat streaking the soot on his face. “Followed where they went. Cut across the Maxwell pasture, toward the north ridge. Didn’t even bother to cover their trail.”</w:t>
      </w:r>
    </w:p>
    <w:p w14:paraId="0120848A" w14:textId="77777777" w:rsidR="003C09D9" w:rsidRDefault="003C09D9" w:rsidP="003C09D9">
      <w:r>
        <w:t>Jonas’s jaw flexed. His burned hand throbbed where he’d picked up the torch.</w:t>
      </w:r>
    </w:p>
    <w:p w14:paraId="57895096" w14:textId="77777777" w:rsidR="003C09D9" w:rsidRDefault="003C09D9" w:rsidP="003C09D9">
      <w:r>
        <w:t>“Wake Levi,” he said quietly. “Tell him bring rope.”</w:t>
      </w:r>
    </w:p>
    <w:p w14:paraId="49E57C02" w14:textId="77777777" w:rsidR="003C09D9" w:rsidRDefault="003C09D9" w:rsidP="003C09D9">
      <w:r>
        <w:t>Micah blinked. “You goin’ after ‘em?”</w:t>
      </w:r>
    </w:p>
    <w:p w14:paraId="03D34527" w14:textId="77777777" w:rsidR="003C09D9" w:rsidRDefault="003C09D9" w:rsidP="003C09D9">
      <w:r>
        <w:t>“I’m fixin’ to end this.”</w:t>
      </w:r>
    </w:p>
    <w:p w14:paraId="5B109646" w14:textId="77777777" w:rsidR="003C09D9" w:rsidRDefault="003C09D9" w:rsidP="003C09D9">
      <w:r>
        <w:t>Ezra stepped forward, voice low. “If you go out there tonight—”</w:t>
      </w:r>
    </w:p>
    <w:p w14:paraId="2661E29C" w14:textId="77777777" w:rsidR="003C09D9" w:rsidRDefault="003C09D9" w:rsidP="003C09D9">
      <w:r>
        <w:t>“They’re not just burnin’ barns, Ezra.” Jonas turned to face the gathered townsfolk. His voice was quiet but carried. “They’re tryin’ to break us. To scare us back into silence.”</w:t>
      </w:r>
    </w:p>
    <w:p w14:paraId="143F32B9" w14:textId="77777777" w:rsidR="003C09D9" w:rsidRDefault="003C09D9" w:rsidP="003C09D9">
      <w:r>
        <w:t>He looked across the crowd, smoke still curling in the air like a warning.</w:t>
      </w:r>
    </w:p>
    <w:p w14:paraId="57899196" w14:textId="77777777" w:rsidR="003C09D9" w:rsidRDefault="003C09D9" w:rsidP="003C09D9">
      <w:r>
        <w:t>“Elijah didn’t die so we could run scared. And I didn’t come this far to watch this town burn.”</w:t>
      </w:r>
    </w:p>
    <w:p w14:paraId="53A3120A" w14:textId="77777777" w:rsidR="003C09D9" w:rsidRDefault="003C09D9" w:rsidP="003C09D9">
      <w:r>
        <w:t>He slung his rifle across his back.</w:t>
      </w:r>
    </w:p>
    <w:p w14:paraId="31F7EEB6" w14:textId="77777777" w:rsidR="003C09D9" w:rsidRDefault="003C09D9" w:rsidP="003C09D9">
      <w:r>
        <w:t>“Don’t give ‘em what they want.”</w:t>
      </w:r>
    </w:p>
    <w:p w14:paraId="0F8D973C" w14:textId="77777777" w:rsidR="003C09D9" w:rsidRDefault="003C09D9" w:rsidP="003C09D9">
      <w:r>
        <w:t>The crowd was quiet, cowed but listening. Slowly, they began to move—toward their homes, toward buckets and tools and ash to clean. Ezra gave Jonas a long look, then turned to help.</w:t>
      </w:r>
    </w:p>
    <w:p w14:paraId="45EF877A" w14:textId="77777777" w:rsidR="003C09D9" w:rsidRDefault="003C09D9" w:rsidP="003C09D9">
      <w:r>
        <w:t>Jonas stepped off the boardwalk, heading for the north end of town.</w:t>
      </w:r>
    </w:p>
    <w:p w14:paraId="112D3362" w14:textId="77777777" w:rsidR="003C09D9" w:rsidRDefault="003C09D9" w:rsidP="003C09D9">
      <w:r>
        <w:t>“Jonas?”</w:t>
      </w:r>
    </w:p>
    <w:p w14:paraId="0E18E4D6" w14:textId="77777777" w:rsidR="003C09D9" w:rsidRDefault="003C09D9" w:rsidP="003C09D9">
      <w:r>
        <w:t>He turned at the sound of her voice.</w:t>
      </w:r>
    </w:p>
    <w:p w14:paraId="6C0F9BFD" w14:textId="77777777" w:rsidR="003C09D9" w:rsidRDefault="003C09D9" w:rsidP="003C09D9">
      <w:r>
        <w:t>Emily stood near the steps of the schoolhouse, arms wrapped around herself. Her shawl was scorched at the edge, her eyes red from smoke—and something else. She took a hesitant step forward.</w:t>
      </w:r>
    </w:p>
    <w:p w14:paraId="2DE0263B" w14:textId="77777777" w:rsidR="003C09D9" w:rsidRDefault="003C09D9" w:rsidP="003C09D9">
      <w:r>
        <w:lastRenderedPageBreak/>
        <w:t>“I saw what you did,” she said quietly. “If that torch had caught…” Her voice faltered. “You saved the school. And my home.”</w:t>
      </w:r>
    </w:p>
    <w:p w14:paraId="0B277FE0" w14:textId="77777777" w:rsidR="003C09D9" w:rsidRDefault="003C09D9" w:rsidP="003C09D9">
      <w:r>
        <w:t>He looked at her, eyes soft despite the tension winding through his frame. “Wasn’t gonna let ‘em take any more from this town.”</w:t>
      </w:r>
    </w:p>
    <w:p w14:paraId="05617112" w14:textId="77777777" w:rsidR="003C09D9" w:rsidRDefault="003C09D9" w:rsidP="003C09D9">
      <w:r>
        <w:t>“I know,” she whispered.</w:t>
      </w:r>
    </w:p>
    <w:p w14:paraId="063B77F7" w14:textId="77777777" w:rsidR="003C09D9" w:rsidRDefault="003C09D9" w:rsidP="003C09D9">
      <w:r>
        <w:t>For a moment, neither of them spoke. Her eyes searched his face as if looking for something she might never find.</w:t>
      </w:r>
    </w:p>
    <w:p w14:paraId="3275E997" w14:textId="77777777" w:rsidR="003C09D9" w:rsidRDefault="003C09D9" w:rsidP="003C09D9">
      <w:r>
        <w:t>“I just…” she started, then stopped. The words wouldn’t come.</w:t>
      </w:r>
    </w:p>
    <w:p w14:paraId="708F1BCC" w14:textId="77777777" w:rsidR="003C09D9" w:rsidRDefault="003C09D9" w:rsidP="003C09D9">
      <w:r>
        <w:t>Jonas glanced away, jaw tight, then back at her. He nodded once, a small, grateful gesture, as if to say he heard—and he cared—but he couldn’t give more.</w:t>
      </w:r>
    </w:p>
    <w:p w14:paraId="3D2A4810" w14:textId="77777777" w:rsidR="003C09D9" w:rsidRDefault="003C09D9" w:rsidP="003C09D9">
      <w:r>
        <w:t>Not yet.</w:t>
      </w:r>
    </w:p>
    <w:p w14:paraId="1A1B5778" w14:textId="77777777" w:rsidR="003C09D9" w:rsidRDefault="003C09D9" w:rsidP="003C09D9">
      <w:r>
        <w:t>Then he turned, rifle slung, boots crunching gravel as he disappeared into the dark.</w:t>
      </w:r>
    </w:p>
    <w:p w14:paraId="25F75F47" w14:textId="77777777" w:rsidR="003C09D9" w:rsidRDefault="003C09D9" w:rsidP="003C09D9">
      <w:r>
        <w:t>Emily stood alone, fingers clutching the edges of her shawl, watching him vanish into the smoke.</w:t>
      </w:r>
    </w:p>
    <w:p w14:paraId="1E0EE19D" w14:textId="77777777" w:rsidR="003C09D9" w:rsidRDefault="003C09D9" w:rsidP="003C09D9">
      <w:r>
        <w:t>***</w:t>
      </w:r>
    </w:p>
    <w:p w14:paraId="3BF20E11" w14:textId="77777777" w:rsidR="003C09D9" w:rsidRDefault="003C09D9" w:rsidP="003C09D9">
      <w:r>
        <w:t>Jonas had followed the trail in silence. Broken branches, hoof prints, bits of charred cloth—no challenge for a man who’d hunted Union Cavalry and deserters in the Southern Appalachians. These weren’t scouts or soldiers. They were hired firebrands. And they’d made a mistake staying close.</w:t>
      </w:r>
    </w:p>
    <w:p w14:paraId="50126755" w14:textId="77777777" w:rsidR="003C09D9" w:rsidRDefault="003C09D9" w:rsidP="003C09D9">
      <w:r>
        <w:t>He spotted them from the ridge above—two bedrolls, one man tending to his business in the bushes, the other snoring by the fire. Perfect.</w:t>
      </w:r>
    </w:p>
    <w:p w14:paraId="6D131AD1" w14:textId="77777777" w:rsidR="003C09D9" w:rsidRDefault="003C09D9" w:rsidP="003C09D9">
      <w:r>
        <w:t>Jonas slung his rifle on his back, drew his knife, and slid down the slope like a ghost in moccasins.</w:t>
      </w:r>
    </w:p>
    <w:p w14:paraId="10F8B632" w14:textId="77777777" w:rsidR="003C09D9" w:rsidRDefault="003C09D9" w:rsidP="003C09D9">
      <w:r>
        <w:t>The man in the brush didn’t hear him until Jonas was behind him. A quick step, a strong arm wrapped under his throat, a knee in the back of the leg. The man struggled once. Then sagged.</w:t>
      </w:r>
    </w:p>
    <w:p w14:paraId="30724FCA" w14:textId="77777777" w:rsidR="003C09D9" w:rsidRDefault="003C09D9" w:rsidP="003C09D9">
      <w:r>
        <w:t>Jonas lowered him gently to the ground and tied his hands with rawhide.</w:t>
      </w:r>
    </w:p>
    <w:p w14:paraId="2C6BD7FE" w14:textId="77777777" w:rsidR="003C09D9" w:rsidRDefault="003C09D9" w:rsidP="003C09D9">
      <w:r>
        <w:t>“One down,” he thought to himself.</w:t>
      </w:r>
    </w:p>
    <w:p w14:paraId="4049FC6C" w14:textId="77777777" w:rsidR="003C09D9" w:rsidRDefault="003C09D9" w:rsidP="003C09D9">
      <w:r>
        <w:t>He crept into camp next. The second man lay on his back, rifle within reach, hat over his eyes.</w:t>
      </w:r>
    </w:p>
    <w:p w14:paraId="71658A35" w14:textId="77777777" w:rsidR="003C09D9" w:rsidRDefault="003C09D9" w:rsidP="003C09D9">
      <w:r>
        <w:t>Jonas didn’t touch him at first. He moved in, silent as death, and lifted the rifle from beside the bedroll. The man stirred but didn’t wake.</w:t>
      </w:r>
    </w:p>
    <w:p w14:paraId="5F73FE53" w14:textId="77777777" w:rsidR="003C09D9" w:rsidRDefault="003C09D9" w:rsidP="003C09D9">
      <w:r>
        <w:t>Then, softly, Jonas tapped his boot. “Psst.”</w:t>
      </w:r>
    </w:p>
    <w:p w14:paraId="7FF0A5B8" w14:textId="77777777" w:rsidR="003C09D9" w:rsidRDefault="003C09D9" w:rsidP="003C09D9">
      <w:r>
        <w:t>The man lifted his hat and his eyes snapped open to find a Colt’s barrel staring him in the face.</w:t>
      </w:r>
    </w:p>
    <w:p w14:paraId="4E126F71" w14:textId="77777777" w:rsidR="003C09D9" w:rsidRDefault="003C09D9" w:rsidP="003C09D9">
      <w:r>
        <w:lastRenderedPageBreak/>
        <w:t>“Mornin’,” Jonas said quietly. “You move wrong, this’ll be the last one.”</w:t>
      </w:r>
    </w:p>
    <w:p w14:paraId="344A1599" w14:textId="77777777" w:rsidR="003C09D9" w:rsidRDefault="003C09D9" w:rsidP="003C09D9">
      <w:r>
        <w:t>The man froze.</w:t>
      </w:r>
    </w:p>
    <w:p w14:paraId="192B565E" w14:textId="77777777" w:rsidR="003C09D9" w:rsidRDefault="003C09D9" w:rsidP="003C09D9">
      <w:r>
        <w:t>“Sit up slow,” Jonas ordered.</w:t>
      </w:r>
    </w:p>
    <w:p w14:paraId="2E9D0813" w14:textId="77777777" w:rsidR="003C09D9" w:rsidRDefault="003C09D9" w:rsidP="003C09D9">
      <w:r>
        <w:t>The man obeyed, squinting in the firelight, looking for his companion.</w:t>
      </w:r>
    </w:p>
    <w:p w14:paraId="594B9605" w14:textId="77777777" w:rsidR="003C09D9" w:rsidRDefault="003C09D9" w:rsidP="003C09D9">
      <w:r>
        <w:t>“He’s asleep. You the one threw fire at the school?”</w:t>
      </w:r>
    </w:p>
    <w:p w14:paraId="43C724D8" w14:textId="77777777" w:rsidR="003C09D9" w:rsidRDefault="003C09D9" w:rsidP="003C09D9">
      <w:r>
        <w:t>No answer. Just a glare.</w:t>
      </w:r>
    </w:p>
    <w:p w14:paraId="49DD42F1" w14:textId="77777777" w:rsidR="003C09D9" w:rsidRDefault="003C09D9" w:rsidP="003C09D9">
      <w:r>
        <w:t>Jonas crouched down, his tone calm as a preacher's prayer. “See, I didn’t always travel with a preacher. You don’t wanna talk? That’s fine, I got ways.”</w:t>
      </w:r>
    </w:p>
    <w:p w14:paraId="485DF489" w14:textId="77777777" w:rsidR="003C09D9" w:rsidRDefault="003C09D9" w:rsidP="003C09D9">
      <w:r>
        <w:t>“You ever been snakebit?” Jonas asked.</w:t>
      </w:r>
    </w:p>
    <w:p w14:paraId="577B1591" w14:textId="77777777" w:rsidR="003C09D9" w:rsidRDefault="003C09D9" w:rsidP="003C09D9">
      <w:r>
        <w:t xml:space="preserve">The man flinched. </w:t>
      </w:r>
    </w:p>
    <w:p w14:paraId="27F747CD" w14:textId="77777777" w:rsidR="003C09D9" w:rsidRDefault="003C09D9" w:rsidP="003C09D9">
      <w:r>
        <w:t>“Rattlesnake got my brother once. Swelled up so bad he begged Pa to take an axe to his leg.”</w:t>
      </w:r>
    </w:p>
    <w:p w14:paraId="548A3B12" w14:textId="77777777" w:rsidR="003C09D9" w:rsidRDefault="003C09D9" w:rsidP="003C09D9">
      <w:r>
        <w:t>He reached into his saddlebag, pulled out a burlap sack. It wriggled faintly in his hand.</w:t>
      </w:r>
    </w:p>
    <w:p w14:paraId="5608F2D6" w14:textId="77777777" w:rsidR="003C09D9" w:rsidRDefault="003C09D9" w:rsidP="003C09D9">
      <w:r>
        <w:t>The man’s eyes widened. “What’s that?”</w:t>
      </w:r>
    </w:p>
    <w:p w14:paraId="3058D8A8" w14:textId="77777777" w:rsidR="003C09D9" w:rsidRDefault="003C09D9" w:rsidP="003C09D9">
      <w:r>
        <w:t>Jonas set the sack down between them, untied the top just enough for a flicker of motion inside—scales, a tongue, a rattle of danger.</w:t>
      </w:r>
    </w:p>
    <w:p w14:paraId="5B7C617F" w14:textId="77777777" w:rsidR="003C09D9" w:rsidRDefault="003C09D9" w:rsidP="003C09D9">
      <w:r>
        <w:t>“Diamondback,” Jonas said evenly. “Caught her two nights back, out by the ridge overlooking town. She’s real mean when she’s cornered.”</w:t>
      </w:r>
    </w:p>
    <w:p w14:paraId="4DB53561" w14:textId="77777777" w:rsidR="003C09D9" w:rsidRDefault="003C09D9" w:rsidP="003C09D9">
      <w:r>
        <w:t>“You’re bluffin’.”</w:t>
      </w:r>
    </w:p>
    <w:p w14:paraId="3BCDA7D3" w14:textId="77777777" w:rsidR="003C09D9" w:rsidRDefault="003C09D9" w:rsidP="003C09D9">
      <w:r>
        <w:t>Jonas didn’t respond. He just pulled his knife, stuck it lightly in the dirt beside the sack. Then leaned forward.</w:t>
      </w:r>
    </w:p>
    <w:p w14:paraId="5BAC1E78" w14:textId="77777777" w:rsidR="003C09D9" w:rsidRDefault="003C09D9" w:rsidP="003C09D9">
      <w:r>
        <w:t>“See, she don’t care who you work for. You keep your mouth shut, she might get curious. Might wanna see what you taste like.”</w:t>
      </w:r>
    </w:p>
    <w:p w14:paraId="7519D31B" w14:textId="77777777" w:rsidR="003C09D9" w:rsidRDefault="003C09D9" w:rsidP="003C09D9">
      <w:r>
        <w:t>The man broke.</w:t>
      </w:r>
    </w:p>
    <w:p w14:paraId="7AC4BA20" w14:textId="77777777" w:rsidR="003C09D9" w:rsidRDefault="003C09D9" w:rsidP="003C09D9">
      <w:r>
        <w:t>“All right, all right! Just—get that thing away from me!”</w:t>
      </w:r>
    </w:p>
    <w:p w14:paraId="68255FA0" w14:textId="77777777" w:rsidR="003C09D9" w:rsidRDefault="003C09D9" w:rsidP="003C09D9">
      <w:r>
        <w:t>Jonas gave a faint smile and covered the sack again.</w:t>
      </w:r>
    </w:p>
    <w:p w14:paraId="7CD25CA8" w14:textId="77777777" w:rsidR="003C09D9" w:rsidRDefault="003C09D9" w:rsidP="003C09D9">
      <w:r>
        <w:t>“Start talkin’.”</w:t>
      </w:r>
    </w:p>
    <w:p w14:paraId="2D398993" w14:textId="77777777" w:rsidR="003C09D9" w:rsidRDefault="003C09D9" w:rsidP="003C09D9">
      <w:r>
        <w:t>“Munson sent us. Said Mr. Butler said to rough up the town. Set fires, scare folks. Make it look like they need him.”</w:t>
      </w:r>
    </w:p>
    <w:p w14:paraId="135F9FA7" w14:textId="77777777" w:rsidR="003C09D9" w:rsidRDefault="003C09D9" w:rsidP="003C09D9">
      <w:r>
        <w:lastRenderedPageBreak/>
        <w:t>“How many more’s comin’?”</w:t>
      </w:r>
    </w:p>
    <w:p w14:paraId="567C7593" w14:textId="77777777" w:rsidR="003C09D9" w:rsidRDefault="003C09D9" w:rsidP="003C09D9">
      <w:r>
        <w:t>“A dozen, maybe more. From Lampasas. Carson’s bringin’ ‘em in. Said Grafton needs to learn who’s in charge.”</w:t>
      </w:r>
    </w:p>
    <w:p w14:paraId="7FB7732C" w14:textId="77777777" w:rsidR="003C09D9" w:rsidRDefault="003C09D9" w:rsidP="003C09D9">
      <w:r>
        <w:t>Jonas’s voice dropped an octave. “And if we don’t learn?”</w:t>
      </w:r>
    </w:p>
    <w:p w14:paraId="3BCA58F8" w14:textId="77777777" w:rsidR="003C09D9" w:rsidRDefault="003C09D9" w:rsidP="003C09D9">
      <w:r>
        <w:t>The man swallowed. “Said you’d be the first to die.”</w:t>
      </w:r>
    </w:p>
    <w:p w14:paraId="5CC3F0D8" w14:textId="77777777" w:rsidR="003C09D9" w:rsidRDefault="003C09D9" w:rsidP="003C09D9">
      <w:r>
        <w:t>Jonas stared at him for a long moment. Then stood.</w:t>
      </w:r>
    </w:p>
    <w:p w14:paraId="63FB64A2" w14:textId="77777777" w:rsidR="003C09D9" w:rsidRDefault="003C09D9" w:rsidP="003C09D9">
      <w:r>
        <w:t>“You’re ridin’ back to town. You’ll tell ‘em what you told me.”</w:t>
      </w:r>
    </w:p>
    <w:p w14:paraId="3E5096B5" w14:textId="77777777" w:rsidR="003C09D9" w:rsidRDefault="003C09D9" w:rsidP="003C09D9">
      <w:r>
        <w:t>“And if I don’t?”</w:t>
      </w:r>
    </w:p>
    <w:p w14:paraId="34B28142" w14:textId="77777777" w:rsidR="003C09D9" w:rsidRDefault="003C09D9" w:rsidP="003C09D9">
      <w:r>
        <w:t>Jonas picked up the sack and held it in one hand.</w:t>
      </w:r>
    </w:p>
    <w:p w14:paraId="3F15A335" w14:textId="77777777" w:rsidR="003C09D9" w:rsidRDefault="003C09D9" w:rsidP="003C09D9">
      <w:r>
        <w:t>“Then I bring her with me. Next time, I won’t be so polite.”</w:t>
      </w:r>
    </w:p>
    <w:p w14:paraId="3C23071D" w14:textId="77777777" w:rsidR="003C09D9" w:rsidRDefault="003C09D9" w:rsidP="003C09D9">
      <w:r>
        <w:t>***</w:t>
      </w:r>
    </w:p>
    <w:p w14:paraId="26D4BBBA" w14:textId="77777777" w:rsidR="003C09D9" w:rsidRDefault="003C09D9" w:rsidP="003C09D9">
      <w:r>
        <w:t>The two prisoners rode ahead of Jonas, their wrists tied to the saddle horns, battered but breathing. Jonas trailed just behind, his rifle slung across his lap, Colt holstered, eyes fixed and unblinking. The desert chill was lifting, replaced by dust and dry heat.</w:t>
      </w:r>
    </w:p>
    <w:p w14:paraId="4A32A064" w14:textId="77777777" w:rsidR="003C09D9" w:rsidRDefault="003C09D9" w:rsidP="003C09D9">
      <w:r>
        <w:t>One of the men glanced back. “Ain’t you a preacher?”</w:t>
      </w:r>
    </w:p>
    <w:p w14:paraId="134003A8" w14:textId="77777777" w:rsidR="003C09D9" w:rsidRDefault="003C09D9" w:rsidP="003C09D9">
      <w:r>
        <w:t>Jonas didn’t answer right away.</w:t>
      </w:r>
    </w:p>
    <w:p w14:paraId="19D90A04" w14:textId="77777777" w:rsidR="003C09D9" w:rsidRDefault="003C09D9" w:rsidP="003C09D9">
      <w:r>
        <w:t>“You’re supposed to be about peace,” the other added, his voice scratchy with fatigue.</w:t>
      </w:r>
    </w:p>
    <w:p w14:paraId="366207F5" w14:textId="77777777" w:rsidR="003C09D9" w:rsidRDefault="003C09D9" w:rsidP="003C09D9">
      <w:r>
        <w:t>Jonas gave a small snort, low and grim. “I ain’t a preacher.”</w:t>
      </w:r>
    </w:p>
    <w:p w14:paraId="69D806F0" w14:textId="77777777" w:rsidR="003C09D9" w:rsidRDefault="003C09D9" w:rsidP="003C09D9">
      <w:r>
        <w:t>He paused, letting the words settle in the dust between them.</w:t>
      </w:r>
    </w:p>
    <w:p w14:paraId="1F8F033A" w14:textId="77777777" w:rsidR="003C09D9" w:rsidRDefault="003C09D9" w:rsidP="003C09D9">
      <w:r>
        <w:t>“But just ’cause a man serves God,” Jonas said, voice like slow-burning coals, “don’t mean he’s called to stand by while wolves tear through the fold.”</w:t>
      </w:r>
    </w:p>
    <w:p w14:paraId="4C7B79F9" w14:textId="77777777" w:rsidR="003C09D9" w:rsidRDefault="003C09D9" w:rsidP="003C09D9">
      <w:r>
        <w:t>The trail ahead turned golden with sun. A hawk cried high above.</w:t>
      </w:r>
    </w:p>
    <w:p w14:paraId="38031E3F" w14:textId="77777777" w:rsidR="003C09D9" w:rsidRDefault="003C09D9" w:rsidP="003C09D9">
      <w:r>
        <w:t>Jonas’s grip on the reins loosened slightly, and for a moment, his mind drifted.</w:t>
      </w:r>
    </w:p>
    <w:p w14:paraId="6AAC3A17" w14:textId="77777777" w:rsidR="003C09D9" w:rsidRDefault="003C09D9" w:rsidP="003C09D9"/>
    <w:p w14:paraId="6C3D7113" w14:textId="77777777" w:rsidR="003C09D9" w:rsidRDefault="003C09D9" w:rsidP="003C09D9">
      <w:r>
        <w:t>Jonas and Elijah were riding through mesquite scrub, the kind that cut at your boots and smelled like dust and sage in the evening wind. The sun sat low behind them, bleeding gold through the thorns. Elijah’s old Bible, worn soft as leather, was tied behind his saddle, pages still caked with grit from the last town.</w:t>
      </w:r>
    </w:p>
    <w:p w14:paraId="0C27D540" w14:textId="77777777" w:rsidR="003C09D9" w:rsidRDefault="003C09D9" w:rsidP="003C09D9">
      <w:r>
        <w:lastRenderedPageBreak/>
        <w:t>Jonas kept his eyes ahead, reins loose in one hand.</w:t>
      </w:r>
    </w:p>
    <w:p w14:paraId="6F2CA8BA" w14:textId="77777777" w:rsidR="003C09D9" w:rsidRDefault="003C09D9" w:rsidP="003C09D9">
      <w:r>
        <w:t>“Sometimes, I feel guilty…” he muttered. “For the fightin’. How can I reconcile what I did with God?”</w:t>
      </w:r>
    </w:p>
    <w:p w14:paraId="1F51D56B" w14:textId="77777777" w:rsidR="003C09D9" w:rsidRDefault="003C09D9" w:rsidP="003C09D9">
      <w:r>
        <w:t>Elijah didn’t answer right away. Just rode in silence, boots swaying with the rhythm of his horse, eyes far off.</w:t>
      </w:r>
    </w:p>
    <w:p w14:paraId="21752870" w14:textId="77777777" w:rsidR="003C09D9" w:rsidRDefault="003C09D9" w:rsidP="003C09D9">
      <w:r>
        <w:t>Finally, he spoke, voice low.</w:t>
      </w:r>
    </w:p>
    <w:p w14:paraId="269D1DDE" w14:textId="77777777" w:rsidR="003C09D9" w:rsidRDefault="003C09D9" w:rsidP="003C09D9">
      <w:r>
        <w:t>“Jonas... the commandment says, ‘Thou shalt not kill’—but in the Hebrew, that word is ratsach. It don’t mean kill. It means murder. Cold-blooded, unjust killing. Malice. Personal vengeance. That’s what God forbade at Mount Sinai.”</w:t>
      </w:r>
    </w:p>
    <w:p w14:paraId="748F8491" w14:textId="77777777" w:rsidR="003C09D9" w:rsidRDefault="003C09D9" w:rsidP="003C09D9">
      <w:r>
        <w:t>Jonas let that hang for a breath.</w:t>
      </w:r>
    </w:p>
    <w:p w14:paraId="40DDB459" w14:textId="77777777" w:rsidR="003C09D9" w:rsidRDefault="003C09D9" w:rsidP="003C09D9">
      <w:r>
        <w:t>“Feels like a mighty thin line from where I stood.”</w:t>
      </w:r>
    </w:p>
    <w:p w14:paraId="145C95F9" w14:textId="77777777" w:rsidR="003C09D9" w:rsidRDefault="003C09D9" w:rsidP="003C09D9">
      <w:r>
        <w:t>“It is,” Elijah said. “But it matters. God Himself sent Israel to war at times—to protect the weak, to execute justice. David fought Goliath. Joshua led armies. Even in the New Testament, when soldiers asked John the Baptist what to do, he didn’t tell ’em to quit. He said, ‘Do not extort money, don’t accuse falsely, and be content with your pay.’ He didn’t say soldierin’ was sin—just to do it honorably.”</w:t>
      </w:r>
    </w:p>
    <w:p w14:paraId="3EF22A8E" w14:textId="77777777" w:rsidR="003C09D9" w:rsidRDefault="003C09D9" w:rsidP="003C09D9">
      <w:r>
        <w:t>The wind shifted. Jonas looked off in the distance.</w:t>
      </w:r>
    </w:p>
    <w:p w14:paraId="6B574CCB" w14:textId="77777777" w:rsidR="003C09D9" w:rsidRDefault="003C09D9" w:rsidP="003C09D9">
      <w:r>
        <w:t>“I don’t know if I fought honorably,” he said, jaw tight. “I was scared. Angry. Felt like I had to fight or lose everything.”</w:t>
      </w:r>
    </w:p>
    <w:p w14:paraId="0F2A0554" w14:textId="77777777" w:rsidR="003C09D9" w:rsidRDefault="003C09D9" w:rsidP="003C09D9">
      <w:r>
        <w:t>“Then you were human,” Elijah said. “Not every soldier’s righteous, but not every soldier’s a murderer either. The Lord judges the heart, not just the blade. Did you fight for greed? For cruelty?”</w:t>
      </w:r>
    </w:p>
    <w:p w14:paraId="5A1B2B79" w14:textId="77777777" w:rsidR="003C09D9" w:rsidRDefault="003C09D9" w:rsidP="003C09D9">
      <w:r>
        <w:t>Jonas shook his head, quiet.</w:t>
      </w:r>
    </w:p>
    <w:p w14:paraId="5F5FB77E" w14:textId="77777777" w:rsidR="003C09D9" w:rsidRDefault="003C09D9" w:rsidP="003C09D9">
      <w:r>
        <w:t>Elijah turned toward him as they rode.</w:t>
      </w:r>
    </w:p>
    <w:p w14:paraId="760F443F" w14:textId="77777777" w:rsidR="003C09D9" w:rsidRDefault="003C09D9" w:rsidP="003C09D9">
      <w:r>
        <w:t>“Then the Lord knows. And even if we did wrong—His mercy’s wide enough to hold it. Jesus bled for soldiers, too. He bled for men with blood in their hands and guilt on their backs. That includes you.”</w:t>
      </w:r>
    </w:p>
    <w:p w14:paraId="42BA1F2B" w14:textId="77777777" w:rsidR="003C09D9" w:rsidRDefault="003C09D9" w:rsidP="003C09D9">
      <w:r>
        <w:t>Jonas swallowed. The words didn’t fix the past. Didn’t patch the broken parts. But they made space. He didn’t speak. Just nodded once, slow and heavy, and stared off at the barren landscape.</w:t>
      </w:r>
    </w:p>
    <w:p w14:paraId="794A9F3E" w14:textId="77777777" w:rsidR="003C09D9" w:rsidRDefault="003C09D9" w:rsidP="003C09D9"/>
    <w:p w14:paraId="3ECBF992" w14:textId="77777777" w:rsidR="003C09D9" w:rsidRDefault="003C09D9" w:rsidP="003C09D9">
      <w:r>
        <w:t>The town came into view, low roofs and cook smoke beginning to rise. The sun behind Jonas cast a long shadow in front of him.</w:t>
      </w:r>
    </w:p>
    <w:p w14:paraId="32322D2F" w14:textId="77777777" w:rsidR="003C09D9" w:rsidRDefault="003C09D9" w:rsidP="003C09D9">
      <w:r>
        <w:t>By the time they reached the first fencepost, word had spread.</w:t>
      </w:r>
    </w:p>
    <w:p w14:paraId="49FC2111" w14:textId="77777777" w:rsidR="003C09D9" w:rsidRDefault="003C09D9" w:rsidP="003C09D9">
      <w:r>
        <w:lastRenderedPageBreak/>
        <w:t>Doors opened. Boots thudded on porches. In twos and threes, townsfolk stepped out—farmers, ranch wives, store clerks. Emily stood with her hand shading her eyes, face pale and alert. The blacksmith crossed his arms, eyes narrowing.</w:t>
      </w:r>
    </w:p>
    <w:p w14:paraId="688D5D78" w14:textId="77777777" w:rsidR="003C09D9" w:rsidRDefault="003C09D9" w:rsidP="003C09D9">
      <w:r>
        <w:t>By the time Jonas reached the center of town, over half the town stood watching.</w:t>
      </w:r>
    </w:p>
    <w:p w14:paraId="1247ABB3" w14:textId="77777777" w:rsidR="003C09D9" w:rsidRDefault="003C09D9" w:rsidP="003C09D9">
      <w:r>
        <w:t>He brought the horses to a stop. The two prisoners kept their heads down.</w:t>
      </w:r>
    </w:p>
    <w:p w14:paraId="6292A31B" w14:textId="77777777" w:rsidR="003C09D9" w:rsidRDefault="003C09D9" w:rsidP="003C09D9">
      <w:r>
        <w:t>Jonas looked over the crowd. He didn’t raise his voice.</w:t>
      </w:r>
    </w:p>
    <w:p w14:paraId="2E881BAD" w14:textId="77777777" w:rsidR="003C09D9" w:rsidRDefault="003C09D9" w:rsidP="003C09D9">
      <w:r>
        <w:t>“Found these two not far from town,” he said. “They’re the ones lit your barns. Threw fire at the school.”</w:t>
      </w:r>
    </w:p>
    <w:p w14:paraId="369A7FA9" w14:textId="77777777" w:rsidR="003C09D9" w:rsidRDefault="003C09D9" w:rsidP="003C09D9">
      <w:r>
        <w:t>Murmurs spread.</w:t>
      </w:r>
    </w:p>
    <w:p w14:paraId="602038A1" w14:textId="77777777" w:rsidR="003C09D9" w:rsidRDefault="003C09D9" w:rsidP="003C09D9">
      <w:r>
        <w:t>“They said more are comin’. Men from Lampasas. Paid by Butler.”</w:t>
      </w:r>
    </w:p>
    <w:p w14:paraId="4F296835" w14:textId="77777777" w:rsidR="003C09D9" w:rsidRDefault="003C09D9" w:rsidP="003C09D9">
      <w:r>
        <w:t>Jonas’s voice didn’t waver.</w:t>
      </w:r>
    </w:p>
    <w:p w14:paraId="028F8C6E" w14:textId="77777777" w:rsidR="003C09D9" w:rsidRDefault="003C09D9" w:rsidP="003C09D9">
      <w:r>
        <w:t>“I ain’t askin’ you to fight. I ain’t leadin’ a war. But I’ll stand for what Elijah stood for. For what’s right. And I won’t run.”</w:t>
      </w:r>
    </w:p>
    <w:p w14:paraId="580AFCE6" w14:textId="77777777" w:rsidR="003C09D9" w:rsidRDefault="003C09D9" w:rsidP="003C09D9">
      <w:r>
        <w:t>Up in the window above Butler’s office, the curtains twitched.</w:t>
      </w:r>
    </w:p>
    <w:p w14:paraId="3894F274" w14:textId="77777777" w:rsidR="003C09D9" w:rsidRDefault="003C09D9" w:rsidP="003C09D9">
      <w:r>
        <w:t>Butler leaned forward, watching. His face had turned red at the sight of Jonas leading two prisoners like a lawman. A muscle worked in his jaw.</w:t>
      </w:r>
    </w:p>
    <w:p w14:paraId="45261007" w14:textId="77777777" w:rsidR="003C09D9" w:rsidRDefault="003C09D9" w:rsidP="003C09D9">
      <w:r>
        <w:t>“They're rallyin’ behind him,” Butler muttered.</w:t>
      </w:r>
    </w:p>
    <w:p w14:paraId="6041A5BF" w14:textId="77777777" w:rsidR="003C09D9" w:rsidRDefault="003C09D9" w:rsidP="003C09D9">
      <w:r>
        <w:t>Garrett Munson stood beside him, chewing his lip. “They ain't armed... but there’s more every time.”</w:t>
      </w:r>
    </w:p>
    <w:p w14:paraId="51807BFC" w14:textId="77777777" w:rsidR="003C09D9" w:rsidRDefault="003C09D9" w:rsidP="003C09D9">
      <w:r>
        <w:t>Butler slammed his hand on the sill. “Let 'em gather. Carson’ll be back by nightfall with men who don’t need persuadin’. This time, Jonas Walker dies.”</w:t>
      </w:r>
    </w:p>
    <w:p w14:paraId="49214617" w14:textId="77777777" w:rsidR="003C09D9" w:rsidRDefault="003C09D9" w:rsidP="003C09D9">
      <w:r>
        <w:t>Munson said nothing.</w:t>
      </w:r>
    </w:p>
    <w:p w14:paraId="1C8ACE81" w14:textId="77777777" w:rsidR="003C09D9" w:rsidRDefault="003C09D9" w:rsidP="003C09D9">
      <w:r>
        <w:t>But even as he spoke the words, a sharp sound pierced the morning. Faint at first. Then louder.</w:t>
      </w:r>
    </w:p>
    <w:p w14:paraId="1420DECB" w14:textId="77777777" w:rsidR="003C09D9" w:rsidRDefault="003C09D9" w:rsidP="003C09D9">
      <w:r>
        <w:t>A bugle.</w:t>
      </w:r>
    </w:p>
    <w:p w14:paraId="4C0FC080" w14:textId="77777777" w:rsidR="003C09D9" w:rsidRDefault="003C09D9" w:rsidP="003C09D9">
      <w:r>
        <w:t>From the south.</w:t>
      </w:r>
    </w:p>
    <w:p w14:paraId="1358D588" w14:textId="77777777" w:rsidR="003C09D9" w:rsidRDefault="003C09D9" w:rsidP="003C09D9">
      <w:r>
        <w:t>The crowd turned as one. Heads craned. Boots shifted on the dirt.</w:t>
      </w:r>
    </w:p>
    <w:p w14:paraId="52046C84" w14:textId="77777777" w:rsidR="003C09D9" w:rsidRDefault="003C09D9" w:rsidP="003C09D9">
      <w:r>
        <w:t>Then came the dust cloud, rising in the distance like a storm on the horizon. Hoofbeats followed, rhythmic and hard. Thirty Union cavalrymen broke over the ridge like steel on thunder—sabers glinting, blue coats stiff with morning dew.</w:t>
      </w:r>
    </w:p>
    <w:p w14:paraId="0EC3E0F1" w14:textId="77777777" w:rsidR="003C09D9" w:rsidRDefault="003C09D9" w:rsidP="003C09D9">
      <w:r>
        <w:lastRenderedPageBreak/>
        <w:t>At the lead, a man in a flat-brimmed hat and officer’s coat sat tall in the saddle, eyes cold and forward. His face was sun-weathered and hard, the kind of man who’d read your soul with a glance.</w:t>
      </w:r>
    </w:p>
    <w:p w14:paraId="0B9940FD" w14:textId="77777777" w:rsidR="003C09D9" w:rsidRDefault="003C09D9" w:rsidP="003C09D9">
      <w:r>
        <w:t>They rode straight down Main Street.</w:t>
      </w:r>
    </w:p>
    <w:p w14:paraId="115EEFAC" w14:textId="77777777" w:rsidR="003C09D9" w:rsidRDefault="003C09D9" w:rsidP="003C09D9">
      <w:r>
        <w:t>Jonas stood still, watching them come. His breath caught.</w:t>
      </w:r>
    </w:p>
    <w:p w14:paraId="021D5116" w14:textId="77777777" w:rsidR="003C09D9" w:rsidRDefault="003C09D9" w:rsidP="003C09D9">
      <w:r>
        <w:t>For a flicker of a second, the world fell away. He wasn’t in Grafton anymore. He was back in Alabama—mud on his hands, the smell of gunpowder in the air, his friend’s blood steaming in the grass. Union coats moving through smoke like wraiths. The sound of the bugle meant fight to the death then.</w:t>
      </w:r>
    </w:p>
    <w:p w14:paraId="39BC63ED" w14:textId="77777777" w:rsidR="003C09D9" w:rsidRDefault="003C09D9" w:rsidP="003C09D9">
      <w:r>
        <w:t>But this wasn’t war.</w:t>
      </w:r>
    </w:p>
    <w:p w14:paraId="0B525804" w14:textId="77777777" w:rsidR="003C09D9" w:rsidRDefault="003C09D9" w:rsidP="003C09D9">
      <w:r>
        <w:t>Not anymore.</w:t>
      </w:r>
    </w:p>
    <w:p w14:paraId="71073E8F" w14:textId="77777777" w:rsidR="003C09D9" w:rsidRDefault="003C09D9" w:rsidP="003C09D9">
      <w:r>
        <w:t>The lead officer reined up in front of him and dismounted in a smooth motion, boots crunching dry dirt. He looked Jonas over once.</w:t>
      </w:r>
    </w:p>
    <w:p w14:paraId="3DF7DB20" w14:textId="77777777" w:rsidR="003C09D9" w:rsidRDefault="003C09D9" w:rsidP="003C09D9">
      <w:r>
        <w:t>““I’m Provost Marshal Tilman, Fifth Military District, stationed out of Austin. I received a letter from Reverend Elijah Stone…”</w:t>
      </w:r>
    </w:p>
    <w:p w14:paraId="689E391C" w14:textId="77777777" w:rsidR="003C09D9" w:rsidRDefault="003C09D9" w:rsidP="003C09D9">
      <w:r>
        <w:t>Chapter Twenty-Five</w:t>
      </w:r>
    </w:p>
    <w:p w14:paraId="1901C2E3" w14:textId="77777777" w:rsidR="003C09D9" w:rsidRDefault="003C09D9" w:rsidP="003C09D9">
      <w:r>
        <w:t>Tilman’s eyes narrowed. “Gone where?”</w:t>
      </w:r>
    </w:p>
    <w:p w14:paraId="739E3E87" w14:textId="77777777" w:rsidR="003C09D9" w:rsidRDefault="003C09D9" w:rsidP="003C09D9">
      <w:r>
        <w:t>Jonas drew in a breath, jaw clenched. “He was murdered. About a week ago.”</w:t>
      </w:r>
    </w:p>
    <w:p w14:paraId="18D1A680" w14:textId="77777777" w:rsidR="003C09D9" w:rsidRDefault="003C09D9" w:rsidP="003C09D9">
      <w:r>
        <w:t>The words hung in the street like dust refusing to settle.</w:t>
      </w:r>
    </w:p>
    <w:p w14:paraId="3DED2DE1" w14:textId="77777777" w:rsidR="003C09D9" w:rsidRDefault="003C09D9" w:rsidP="003C09D9">
      <w:r>
        <w:t>“He’d gone out to visit the Schneiders,” Jonas continued. “They run a ranch about an hour west of here, along the Colorado. Good people. He was supposed to be back by nightfall—never was.”</w:t>
      </w:r>
    </w:p>
    <w:p w14:paraId="4F05DF1D" w14:textId="77777777" w:rsidR="003C09D9" w:rsidRDefault="003C09D9" w:rsidP="003C09D9">
      <w:r>
        <w:t>Tilman’s face darkened. “You found him?”</w:t>
      </w:r>
    </w:p>
    <w:p w14:paraId="2F4D353A" w14:textId="77777777" w:rsidR="003C09D9" w:rsidRDefault="003C09D9" w:rsidP="003C09D9">
      <w:r>
        <w:t>“Not at first. I rode out lookin’ for him the next morning. Matthias—he’s their second oldest boy—was already out checkin’ fences. He spotted Elijah first and called me over.”</w:t>
      </w:r>
    </w:p>
    <w:p w14:paraId="3FFFB5CE" w14:textId="77777777" w:rsidR="003C09D9" w:rsidRDefault="003C09D9" w:rsidP="003C09D9">
      <w:r>
        <w:t>Jonas paused, eyes far off now.</w:t>
      </w:r>
    </w:p>
    <w:p w14:paraId="4FEE8178" w14:textId="77777777" w:rsidR="003C09D9" w:rsidRDefault="003C09D9" w:rsidP="003C09D9">
      <w:r>
        <w:t>“He’d been shot. Twice in the chest. No sign of his horse. Looked like he was dragged twenty, maybe thirty feet from where it happened to where he was found. Like someone wanted to hide him, but not too well.”</w:t>
      </w:r>
    </w:p>
    <w:p w14:paraId="0BE9A613" w14:textId="77777777" w:rsidR="003C09D9" w:rsidRDefault="003C09D9" w:rsidP="003C09D9">
      <w:r>
        <w:t>The Marshal said nothing for a moment, letting the weight of it sink in. Then he gave a single nod—measured, grim.</w:t>
      </w:r>
    </w:p>
    <w:p w14:paraId="1D94D356" w14:textId="77777777" w:rsidR="003C09D9" w:rsidRDefault="003C09D9" w:rsidP="003C09D9">
      <w:r>
        <w:t>“Where is he now?”</w:t>
      </w:r>
    </w:p>
    <w:p w14:paraId="717C5910" w14:textId="77777777" w:rsidR="003C09D9" w:rsidRDefault="003C09D9" w:rsidP="003C09D9">
      <w:r>
        <w:lastRenderedPageBreak/>
        <w:t>“Buried behind the church. Under the oak.”</w:t>
      </w:r>
    </w:p>
    <w:p w14:paraId="4A71BE50" w14:textId="77777777" w:rsidR="003C09D9" w:rsidRDefault="003C09D9" w:rsidP="003C09D9">
      <w:r>
        <w:t>Tilman removed his hat, gaze flicking toward the distant steeple.</w:t>
      </w:r>
    </w:p>
    <w:p w14:paraId="089ED483" w14:textId="77777777" w:rsidR="003C09D9" w:rsidRDefault="003C09D9" w:rsidP="003C09D9">
      <w:r>
        <w:t>***</w:t>
      </w:r>
    </w:p>
    <w:p w14:paraId="504B6A13" w14:textId="77777777" w:rsidR="003C09D9" w:rsidRDefault="003C09D9" w:rsidP="003C09D9">
      <w:r>
        <w:t>From the second-story window of his mansion, John Butler stood leaning on one side of the window, eyes fixed on the street below. Dust curled around the cavalry’s hooves as soldiers dismounted with quiet efficiency. Tilman, tall and straight-backed in his uniform, was speaking with Jonas Walker in front of the saloon.</w:t>
      </w:r>
    </w:p>
    <w:p w14:paraId="7831357D" w14:textId="77777777" w:rsidR="003C09D9" w:rsidRDefault="003C09D9" w:rsidP="003C09D9">
      <w:r>
        <w:t>Behind him, Sheriff Garrett Munson shifted on his feet, arms crossed tight.</w:t>
      </w:r>
    </w:p>
    <w:p w14:paraId="12DDED68" w14:textId="77777777" w:rsidR="003C09D9" w:rsidRDefault="003C09D9" w:rsidP="003C09D9">
      <w:r>
        <w:t>“This ain’t good,” Munson said under his breath. “Cavalry shows up like they own the place, starts asking questions. You think they’ll believe him?”</w:t>
      </w:r>
    </w:p>
    <w:p w14:paraId="66E95EF5" w14:textId="77777777" w:rsidR="003C09D9" w:rsidRDefault="003C09D9" w:rsidP="003C09D9">
      <w:r>
        <w:t>Butler didn’t look away. “We knew Elijah sent a letter. Don’t act surprised.”</w:t>
      </w:r>
    </w:p>
    <w:p w14:paraId="21ECD557" w14:textId="77777777" w:rsidR="003C09D9" w:rsidRDefault="003C09D9" w:rsidP="003C09D9">
      <w:r>
        <w:t>Munson ran a hand through his hair. “Yeah, but we don’t know what he said in it. He could’ve written anything.”</w:t>
      </w:r>
    </w:p>
    <w:p w14:paraId="15C13982" w14:textId="77777777" w:rsidR="003C09D9" w:rsidRDefault="003C09D9" w:rsidP="003C09D9">
      <w:r>
        <w:t>“He asked for help. That much is obvious.” Butler’s voice was calm, even bored. “Elijah always fancied himself a prophet, crying foul where there wasn’t any. The Marshal’s here because some preacher begged him to come take a look.”</w:t>
      </w:r>
    </w:p>
    <w:p w14:paraId="30C7EDF8" w14:textId="77777777" w:rsidR="003C09D9" w:rsidRDefault="003C09D9" w:rsidP="003C09D9">
      <w:r>
        <w:t>Munson stepped closer to the window, eyes scanning the gathering crowd. “You think Walker told him everything?”</w:t>
      </w:r>
    </w:p>
    <w:p w14:paraId="01011059" w14:textId="77777777" w:rsidR="003C09D9" w:rsidRDefault="003C09D9" w:rsidP="003C09D9">
      <w:r>
        <w:t>Butler’s jaw shifted slightly, but his voice stayed level. “I expect he knows most of what Elijah did. Maybe more. But it doesn’t matter.”</w:t>
      </w:r>
    </w:p>
    <w:p w14:paraId="20DCE43A" w14:textId="77777777" w:rsidR="003C09D9" w:rsidRDefault="003C09D9" w:rsidP="003C09D9">
      <w:r>
        <w:t>“Doesn’t matter?” Munson shot him a glance. “John, we’ve got half the town watching from their porches and storefronts, and the rest’ll be here soon. You really think this won’t spiral?”</w:t>
      </w:r>
    </w:p>
    <w:p w14:paraId="552C39E5" w14:textId="77777777" w:rsidR="003C09D9" w:rsidRDefault="003C09D9" w:rsidP="003C09D9">
      <w:r>
        <w:t>Butler finally turned to face him, a slow, easy smile spreading across his face. “Listen to me. The Marshal doesn’t know this town. He doesn’t know these people. What he’ll see is what we show him—peaceful streets, steady leadership, and two men tied up thanks to Walker’s quick work. That plays to our advantage.”</w:t>
      </w:r>
    </w:p>
    <w:p w14:paraId="1CB5EDB5" w14:textId="77777777" w:rsidR="003C09D9" w:rsidRDefault="003C09D9" w:rsidP="003C09D9">
      <w:r>
        <w:t>Munson looked doubtful. “And if he starts asking real questions?”</w:t>
      </w:r>
    </w:p>
    <w:p w14:paraId="0A6CFCF1" w14:textId="77777777" w:rsidR="003C09D9" w:rsidRDefault="003C09D9" w:rsidP="003C09D9">
      <w:r>
        <w:t>“Then we give him real answers,” Butler said with a shrug. “Ones that point away from us. Walker may talk, but unless he’s got signatures and testimony and a miracle from heaven, it’s still his word against ours. And I’ve never lost that kind of hand.”</w:t>
      </w:r>
    </w:p>
    <w:p w14:paraId="12306845" w14:textId="77777777" w:rsidR="003C09D9" w:rsidRDefault="003C09D9" w:rsidP="003C09D9">
      <w:r>
        <w:t>He walked over to the cabinet and poured a glass of water, not liquor—he didn’t need the bite, only the gesture. Swirling the glass, he turned back toward the window.</w:t>
      </w:r>
    </w:p>
    <w:p w14:paraId="661CD3D0" w14:textId="77777777" w:rsidR="003C09D9" w:rsidRDefault="003C09D9" w:rsidP="003C09D9">
      <w:r>
        <w:lastRenderedPageBreak/>
        <w:t>“Besides,” he added, watching as two soldiers began escorting Jonas’s prisoners down the street, “Carson’ll be back soon—with friends. If things start to turn, we’ll be ready.”</w:t>
      </w:r>
    </w:p>
    <w:p w14:paraId="7AF6CDF7" w14:textId="77777777" w:rsidR="003C09D9" w:rsidRDefault="003C09D9" w:rsidP="003C09D9">
      <w:r>
        <w:t>Munson exhaled slowly, gaze lingering on the crowd below. “I hope you’re right.”</w:t>
      </w:r>
    </w:p>
    <w:p w14:paraId="69488326" w14:textId="77777777" w:rsidR="003C09D9" w:rsidRDefault="003C09D9" w:rsidP="003C09D9">
      <w:r>
        <w:t>Butler’s smile didn’t reach his eyes. “I usually am.”</w:t>
      </w:r>
    </w:p>
    <w:p w14:paraId="1DDC43EA" w14:textId="77777777" w:rsidR="003C09D9" w:rsidRDefault="003C09D9" w:rsidP="003C09D9">
      <w:r>
        <w:t>***</w:t>
      </w:r>
    </w:p>
    <w:p w14:paraId="26262C32" w14:textId="77777777" w:rsidR="003C09D9" w:rsidRDefault="003C09D9" w:rsidP="003C09D9">
      <w:r>
        <w:t>Tilman adjusted his gloves as he turned back to Jonas, the stir of the growing crowd behind them not escaping his notice.</w:t>
      </w:r>
    </w:p>
    <w:p w14:paraId="217A38E2" w14:textId="77777777" w:rsidR="003C09D9" w:rsidRDefault="003C09D9" w:rsidP="003C09D9">
      <w:r>
        <w:t>“I’ll be setting up my headquarters at the church,” he said plainly. “From what you've told me—and what Stone hinted at in his letter—it’s the only place in this town not touched by Butler’s hand.”</w:t>
      </w:r>
    </w:p>
    <w:p w14:paraId="68E4EAD9" w14:textId="77777777" w:rsidR="003C09D9" w:rsidRDefault="003C09D9" w:rsidP="003C09D9">
      <w:r>
        <w:t>Jonas nodded once, jaw tight. “It’ll be quiet enough. Town’s scared, but there’s a few who’ll talk if they feel safe.”</w:t>
      </w:r>
    </w:p>
    <w:p w14:paraId="3112823D" w14:textId="77777777" w:rsidR="003C09D9" w:rsidRDefault="003C09D9" w:rsidP="003C09D9">
      <w:r>
        <w:t>“Good,” Tilman said. “That’s what I’m counting on.”</w:t>
      </w:r>
    </w:p>
    <w:p w14:paraId="2E1B3E38" w14:textId="77777777" w:rsidR="003C09D9" w:rsidRDefault="003C09D9" w:rsidP="003C09D9">
      <w:r>
        <w:t>He looked past Jonas toward the church steeple rising just over the rooftops, white paint faded by sun and time. “That place still hold service?”</w:t>
      </w:r>
    </w:p>
    <w:p w14:paraId="662EBEF0" w14:textId="77777777" w:rsidR="003C09D9" w:rsidRDefault="003C09D9" w:rsidP="003C09D9">
      <w:r>
        <w:t>Jonas’s eyes shifted. “It did. Not since Elijah passed. Folks came once after—to pray and cry. Been mostly empty since.”</w:t>
      </w:r>
    </w:p>
    <w:p w14:paraId="2A5FD9CD" w14:textId="77777777" w:rsidR="003C09D9" w:rsidRDefault="003C09D9" w:rsidP="003C09D9">
      <w:r>
        <w:t>“Well,” Tilman said, turning back, “it’ll serve another kind of purpose now. I want to hear everything—names, dates, what the boy saw when he found Stone, what Walker saw. And I want to hear it from the townsfolk too.”</w:t>
      </w:r>
    </w:p>
    <w:p w14:paraId="3A33546E" w14:textId="77777777" w:rsidR="003C09D9" w:rsidRDefault="003C09D9" w:rsidP="003C09D9">
      <w:r>
        <w:t>He paused. “I won’t be staying at Butler’s hotel, and I’m not accepting any of his hospitality. I’ve dealt with men like him before.”</w:t>
      </w:r>
    </w:p>
    <w:p w14:paraId="5E3ADA53" w14:textId="77777777" w:rsidR="003C09D9" w:rsidRDefault="003C09D9" w:rsidP="003C09D9">
      <w:r>
        <w:t>Jonas gave a short breath of agreement. “That’ll be a first for Grafton.”</w:t>
      </w:r>
    </w:p>
    <w:p w14:paraId="12D67E3E" w14:textId="77777777" w:rsidR="003C09D9" w:rsidRDefault="003C09D9" w:rsidP="003C09D9">
      <w:r>
        <w:t>Tilman’s face was unreadable. “Well, maybe it’s time for a few more firsts.”</w:t>
      </w:r>
    </w:p>
    <w:p w14:paraId="49B5CD11" w14:textId="77777777" w:rsidR="003C09D9" w:rsidRDefault="003C09D9" w:rsidP="003C09D9">
      <w:r>
        <w:t>***</w:t>
      </w:r>
    </w:p>
    <w:p w14:paraId="5E88D606" w14:textId="77777777" w:rsidR="003C09D9" w:rsidRDefault="003C09D9" w:rsidP="003C09D9">
      <w:r>
        <w:t>Jonas stood on the church steps as Marshal Tilman gave instructions to his men. The town square buzzed with rising voices—half the town had gathered by now, whispering and watching, unsure whether to feel relief or dread.</w:t>
      </w:r>
    </w:p>
    <w:p w14:paraId="42877DA5" w14:textId="77777777" w:rsidR="003C09D9" w:rsidRDefault="003C09D9" w:rsidP="003C09D9">
      <w:r>
        <w:t>Tilman turned back toward Jonas. “You mentioned the Schneiders' boy was the one who found Reverend Stone?”</w:t>
      </w:r>
    </w:p>
    <w:p w14:paraId="62EBF822" w14:textId="77777777" w:rsidR="003C09D9" w:rsidRDefault="003C09D9" w:rsidP="003C09D9">
      <w:r>
        <w:t>Jonas nodded. “Matthias. Seventeen. Level-headed, works the land like he’s thirty. Good boy.”</w:t>
      </w:r>
    </w:p>
    <w:p w14:paraId="119B1E59" w14:textId="77777777" w:rsidR="003C09D9" w:rsidRDefault="003C09D9" w:rsidP="003C09D9">
      <w:r>
        <w:lastRenderedPageBreak/>
        <w:t>“I’ll need to speak with him.”</w:t>
      </w:r>
    </w:p>
    <w:p w14:paraId="06E808B0" w14:textId="77777777" w:rsidR="003C09D9" w:rsidRDefault="003C09D9" w:rsidP="003C09D9">
      <w:r>
        <w:t>“I can take you,” Jonas offered without thinking.</w:t>
      </w:r>
    </w:p>
    <w:p w14:paraId="0EA1FEF0" w14:textId="77777777" w:rsidR="003C09D9" w:rsidRDefault="003C09D9" w:rsidP="003C09D9">
      <w:r>
        <w:t>Tilman’s eyes flicked toward him—calm, unreadable. “That’d be half a day lost. I’ll send two of my men. Is there someone here who knows the way?”</w:t>
      </w:r>
    </w:p>
    <w:p w14:paraId="77BDFD19" w14:textId="77777777" w:rsidR="003C09D9" w:rsidRDefault="003C09D9" w:rsidP="003C09D9">
      <w:r>
        <w:t>Micah stepped forward before Jonas could answer. “I do, Marshal. Worked fence lines out there with Johann Schneider last spring. Know the trail well.”</w:t>
      </w:r>
    </w:p>
    <w:p w14:paraId="4EA3A5F6" w14:textId="77777777" w:rsidR="003C09D9" w:rsidRDefault="003C09D9" w:rsidP="003C09D9">
      <w:r>
        <w:t>Tilman gave a single nod. “Fine. You’ll ride escort with Sergeant Hale and Corporal Davis. Tell the Schneiders I’ll want them both—father and son—for formal statements by morning.”</w:t>
      </w:r>
    </w:p>
    <w:p w14:paraId="7722AE33" w14:textId="77777777" w:rsidR="003C09D9" w:rsidRDefault="003C09D9" w:rsidP="003C09D9">
      <w:r>
        <w:t>Micah dipped his head and went to saddle his horse.</w:t>
      </w:r>
    </w:p>
    <w:p w14:paraId="0881C095" w14:textId="77777777" w:rsidR="003C09D9" w:rsidRDefault="003C09D9" w:rsidP="003C09D9">
      <w:r>
        <w:t>Jonas shifted his weight, a dry knot settling in his stomach. He didn't like being sidelined, especially not by a man in a blue coat, no matter how calm his voice was. But he held his tongue.</w:t>
      </w:r>
    </w:p>
    <w:p w14:paraId="74C5D6E3" w14:textId="77777777" w:rsidR="003C09D9" w:rsidRDefault="003C09D9" w:rsidP="003C09D9">
      <w:r>
        <w:t>Tilman’s gaze lingered on him for a breath. “I knew Elijah. Rode with him down the Rio Grande years ago. But I don’t know you.”</w:t>
      </w:r>
    </w:p>
    <w:p w14:paraId="64D1BC99" w14:textId="77777777" w:rsidR="003C09D9" w:rsidRDefault="003C09D9" w:rsidP="003C09D9">
      <w:r>
        <w:t xml:space="preserve">“I didn’t expect you to,” Jonas said, voice steady, looking at Marshal Tilman. </w:t>
      </w:r>
    </w:p>
    <w:p w14:paraId="5D3D166B" w14:textId="77777777" w:rsidR="003C09D9" w:rsidRDefault="003C09D9" w:rsidP="003C09D9">
      <w:r>
        <w:t xml:space="preserve">The Marshal studied him a moment longer. </w:t>
      </w:r>
    </w:p>
    <w:p w14:paraId="0B91E2BD" w14:textId="77777777" w:rsidR="003C09D9" w:rsidRDefault="003C09D9" w:rsidP="003C09D9">
      <w:r>
        <w:t>A voice called from behind. “Marshal?”</w:t>
      </w:r>
    </w:p>
    <w:p w14:paraId="76B4144B" w14:textId="77777777" w:rsidR="003C09D9" w:rsidRDefault="003C09D9" w:rsidP="003C09D9">
      <w:r>
        <w:t>Emily Hartley stepped from the church doorway, her hands clasped in front of her apron. She looked thinner than usual, tired. But her voice held firm.</w:t>
      </w:r>
    </w:p>
    <w:p w14:paraId="757B84D1" w14:textId="77777777" w:rsidR="003C09D9" w:rsidRDefault="003C09D9" w:rsidP="003C09D9">
      <w:r>
        <w:t>“I’d like to speak with you first. If that’s alright.”</w:t>
      </w:r>
    </w:p>
    <w:p w14:paraId="1EA344A2" w14:textId="77777777" w:rsidR="003C09D9" w:rsidRDefault="003C09D9" w:rsidP="003C09D9">
      <w:r>
        <w:t>Tilman turned toward her and gave the faintest trace of a smile. “That’s more than alright, ma’am. Please.”</w:t>
      </w:r>
    </w:p>
    <w:p w14:paraId="788CB452" w14:textId="77777777" w:rsidR="003C09D9" w:rsidRDefault="003C09D9" w:rsidP="003C09D9">
      <w:r>
        <w:t>He stepped aside, gesturing for her to lead the way. As she passed, Jonas caught her eye and gave a small nod. She returned it without hesitation.</w:t>
      </w:r>
    </w:p>
    <w:p w14:paraId="48EE93D7" w14:textId="77777777" w:rsidR="003C09D9" w:rsidRDefault="003C09D9" w:rsidP="003C09D9">
      <w:r>
        <w:t>Tilman looked back once more at Jonas. “When I need you, I’ll call you.”</w:t>
      </w:r>
    </w:p>
    <w:p w14:paraId="03AA883C" w14:textId="77777777" w:rsidR="003C09D9" w:rsidRDefault="003C09D9" w:rsidP="003C09D9">
      <w:r>
        <w:t>Jonas tipped his hat, but the old weight in his chest lingered as the Marshal stepped inside.</w:t>
      </w:r>
    </w:p>
    <w:p w14:paraId="40391334" w14:textId="77777777" w:rsidR="003C09D9" w:rsidRDefault="003C09D9" w:rsidP="003C09D9"/>
    <w:p w14:paraId="68A28E93" w14:textId="77777777" w:rsidR="003C09D9" w:rsidRDefault="003C09D9" w:rsidP="003C09D9">
      <w:r>
        <w:t>Emily Hartley sat on a chair on the platform where the pulpit normally stood, hands folded tightly in her lap. Her hair was pinned up but loose strands framed her pale face. She wore a simple gray dress, the kind she taught in. Across from her, Marshal Tilman stood beside a small table where one of his men was ready with a ledger and ink.</w:t>
      </w:r>
      <w:r>
        <w:br/>
      </w:r>
      <w:r>
        <w:lastRenderedPageBreak/>
        <w:t>“Miss Hartley,” Tilman began, voice even. “I appreciate you volunteering. I’d like to ask you about the events leading up to Reverend Stone’s death.”</w:t>
      </w:r>
    </w:p>
    <w:p w14:paraId="3F4491B1" w14:textId="77777777" w:rsidR="003C09D9" w:rsidRDefault="003C09D9" w:rsidP="003C09D9">
      <w:r>
        <w:t>She answered plainly, careful not to speculate. She hadn’t seen the threats, hadn’t been there when Elijah died—but she had seen the fear in his eyes after one tense conversation with Mayor Fraser. She spoke softly of her concern for the church and of the pressure she’d sensed building in town. When Tilman dismissed her, the silence that followed was laced with unease.</w:t>
      </w:r>
    </w:p>
    <w:p w14:paraId="4496098B" w14:textId="77777777" w:rsidR="003C09D9" w:rsidRDefault="003C09D9" w:rsidP="003C09D9">
      <w:r>
        <w:t>Several more citizens stepped forward—some hesitant, others eager—each offering a sliver of the truth. No single account revealed the full picture, but together, they painted a town on the edge.</w:t>
      </w:r>
    </w:p>
    <w:p w14:paraId="4AF8F5F5" w14:textId="77777777" w:rsidR="003C09D9" w:rsidRDefault="003C09D9" w:rsidP="003C09D9">
      <w:r>
        <w:t>By the time Tilman called Jonas forward, the pews had settled into a taut stillness. Jonas Walker stood and made his way to the front.</w:t>
      </w:r>
    </w:p>
    <w:p w14:paraId="4C009763" w14:textId="77777777" w:rsidR="003C09D9" w:rsidRDefault="003C09D9" w:rsidP="003C09D9">
      <w:r>
        <w:t>***</w:t>
      </w:r>
    </w:p>
    <w:p w14:paraId="4DBC9392" w14:textId="77777777" w:rsidR="003C09D9" w:rsidRDefault="003C09D9" w:rsidP="003C09D9">
      <w:r>
        <w:t>Jonas Walker stood before the gathered townsfolk, eyes sweeping briefly across familiar and unfamiliar faces before settling on the man in blue. He removed his hat and held it in front of him, his stance straight but reserved.</w:t>
      </w:r>
    </w:p>
    <w:p w14:paraId="56762360" w14:textId="77777777" w:rsidR="003C09D9" w:rsidRDefault="003C09D9" w:rsidP="003C09D9">
      <w:r>
        <w:t>Marshal Tilman gestured to the chair, but Jonas remained standing. The clerk nearby dipped his quill in ink.</w:t>
      </w:r>
    </w:p>
    <w:p w14:paraId="0D3803D4" w14:textId="77777777" w:rsidR="003C09D9" w:rsidRDefault="003C09D9" w:rsidP="003C09D9">
      <w:r>
        <w:t>Tilman spoke in the same even tone he’d used all morning. “State your full name for the record.”</w:t>
      </w:r>
    </w:p>
    <w:p w14:paraId="38F78959" w14:textId="77777777" w:rsidR="003C09D9" w:rsidRDefault="003C09D9" w:rsidP="003C09D9">
      <w:r>
        <w:t>“Jonas Benjamin Walker.”</w:t>
      </w:r>
    </w:p>
    <w:p w14:paraId="0B5CF10E" w14:textId="77777777" w:rsidR="003C09D9" w:rsidRDefault="003C09D9" w:rsidP="003C09D9">
      <w:r>
        <w:t>“You’ve been ministering here at the church?”</w:t>
      </w:r>
    </w:p>
    <w:p w14:paraId="079851C6" w14:textId="77777777" w:rsidR="003C09D9" w:rsidRDefault="003C09D9" w:rsidP="003C09D9">
      <w:r>
        <w:t>“I have. But I ain’t a preacher.” Jonas’s voice was low but firm. “Just tryin’ to carry what Elijah started. Nothin’ more.”</w:t>
      </w:r>
    </w:p>
    <w:p w14:paraId="7985C86E" w14:textId="77777777" w:rsidR="003C09D9" w:rsidRDefault="003C09D9" w:rsidP="003C09D9">
      <w:r>
        <w:t>“You knew Reverend Stone well?”</w:t>
      </w:r>
    </w:p>
    <w:p w14:paraId="1C672A4F" w14:textId="77777777" w:rsidR="003C09D9" w:rsidRDefault="003C09D9" w:rsidP="003C09D9">
      <w:r>
        <w:t>Jonas nodded, eyes drifting for a moment to the cross above the pulpit. “Met him after the war. I was… lost. Drinkin’, fightin’. Elijah found me somewhere I wouldn’t’ve expected God to send anyone. He didn’t preach at me. Just walked alongside for a spell. Spoke truth when I wouldn’t hear it. Prayed when I wouldn’t listen. Eventually, I did.”</w:t>
      </w:r>
    </w:p>
    <w:p w14:paraId="3CCEE666" w14:textId="77777777" w:rsidR="003C09D9" w:rsidRDefault="003C09D9" w:rsidP="003C09D9">
      <w:r>
        <w:t>He paused. “We started ridin’ together after that. Helping towns that had no preacher, no voice. He called it circuit ridin’. Said the Lord needed riders more than buildings.”</w:t>
      </w:r>
    </w:p>
    <w:p w14:paraId="6869BEC1" w14:textId="77777777" w:rsidR="003C09D9" w:rsidRDefault="003C09D9" w:rsidP="003C09D9">
      <w:r>
        <w:t>“And that brought you here?”</w:t>
      </w:r>
    </w:p>
    <w:p w14:paraId="3BC7DAF0" w14:textId="77777777" w:rsidR="003C09D9" w:rsidRDefault="003C09D9" w:rsidP="003C09D9">
      <w:r>
        <w:t>“Yes, about a month ago. Elijah was asked to fill in temporary-like. Grafton didn’t have a pastor. Church was fallin’ apart—inside and out. He wanted me to come with him.”</w:t>
      </w:r>
    </w:p>
    <w:p w14:paraId="7D270772" w14:textId="77777777" w:rsidR="003C09D9" w:rsidRDefault="003C09D9" w:rsidP="003C09D9">
      <w:r>
        <w:lastRenderedPageBreak/>
        <w:t>Tilman gave a small nod. “Let’s talk about the day you found him.”</w:t>
      </w:r>
    </w:p>
    <w:p w14:paraId="5D558D95" w14:textId="77777777" w:rsidR="003C09D9" w:rsidRDefault="003C09D9" w:rsidP="003C09D9">
      <w:r>
        <w:t>Jonas’s jaw tightened. “It was a week ago. Elijah said he was headin’ out to visit the Schneiders—German ranching family west of town. Good folks. Said he’d be back early afternoon.”</w:t>
      </w:r>
    </w:p>
    <w:p w14:paraId="36257FFF" w14:textId="77777777" w:rsidR="003C09D9" w:rsidRDefault="003C09D9" w:rsidP="003C09D9">
      <w:r>
        <w:t>He paused, voice quieter now.</w:t>
      </w:r>
    </w:p>
    <w:p w14:paraId="57AC1E92" w14:textId="77777777" w:rsidR="003C09D9" w:rsidRDefault="003C09D9" w:rsidP="003C09D9">
      <w:r>
        <w:t>“When it was near supper time and he wasn’t back, I saddled up and rode out. It’s about an hour out there. I was on my way when I spotted Matthias Schneider hollerin’ and flaggin’ me down near the fence line. Boy was shook. Led me to Elijah’s body.”</w:t>
      </w:r>
    </w:p>
    <w:p w14:paraId="011DA514" w14:textId="77777777" w:rsidR="003C09D9" w:rsidRDefault="003C09D9" w:rsidP="003C09D9">
      <w:r>
        <w:t>Jonas looked down, eyes clouded.</w:t>
      </w:r>
    </w:p>
    <w:p w14:paraId="6952A22A" w14:textId="77777777" w:rsidR="003C09D9" w:rsidRDefault="003C09D9" w:rsidP="003C09D9">
      <w:r>
        <w:t>“He was layin’ near the base of a cedar. Shot twice in the chest. Looked like he’d been dragged off the trail. His pocket watch and money he had were still with him. Horse was missing at first—we found it caught in some brush, downriver about a hundred yards.”</w:t>
      </w:r>
    </w:p>
    <w:p w14:paraId="2224246A" w14:textId="77777777" w:rsidR="003C09D9" w:rsidRDefault="003C09D9" w:rsidP="003C09D9">
      <w:r>
        <w:t>“Did you see any signs of a struggle?”</w:t>
      </w:r>
    </w:p>
    <w:p w14:paraId="5F95BED0" w14:textId="77777777" w:rsidR="003C09D9" w:rsidRDefault="003C09D9" w:rsidP="003C09D9">
      <w:r>
        <w:t>Jonas shook his head. “No. But whoever did it knew what they were doing.”</w:t>
      </w:r>
    </w:p>
    <w:p w14:paraId="0EC61645" w14:textId="77777777" w:rsidR="003C09D9" w:rsidRDefault="003C09D9" w:rsidP="003C09D9">
      <w:r>
        <w:t>“And the two men you apprehended the last night?”</w:t>
      </w:r>
    </w:p>
    <w:p w14:paraId="60510D56" w14:textId="77777777" w:rsidR="003C09D9" w:rsidRDefault="003C09D9" w:rsidP="003C09D9">
      <w:r>
        <w:t>“They were settin’ fires in town.  Burned the livery, the granary, a few homes, tried to burn the schoolhouse. Tracked ‘em north, cornered ‘em by a dry creek bed just before sunup. They’ve said nothin’ about Elijah. One of ‘em looked nervous when I brought up the name, but neither’s confessed.”</w:t>
      </w:r>
    </w:p>
    <w:p w14:paraId="207985E5" w14:textId="77777777" w:rsidR="003C09D9" w:rsidRDefault="003C09D9" w:rsidP="003C09D9">
      <w:r>
        <w:t>Tilman folded his arms. “Reverend Stone mentioned you in a letter sent to my office.”</w:t>
      </w:r>
    </w:p>
    <w:p w14:paraId="71125A03" w14:textId="77777777" w:rsidR="003C09D9" w:rsidRDefault="003C09D9" w:rsidP="003C09D9">
      <w:r>
        <w:t>Jonas looked up sharply. “That so?”</w:t>
      </w:r>
    </w:p>
    <w:p w14:paraId="68140B4A" w14:textId="77777777" w:rsidR="003C09D9" w:rsidRDefault="003C09D9" w:rsidP="003C09D9">
      <w:r>
        <w:t>“You weren’t aware of it?”</w:t>
      </w:r>
    </w:p>
    <w:p w14:paraId="64020CCB" w14:textId="77777777" w:rsidR="003C09D9" w:rsidRDefault="003C09D9" w:rsidP="003C09D9">
      <w:r>
        <w:t>Jonas shook his head. “Elijah never told me. I only found out a couple days ago—from Ezra. Said he’d told Mr. Butler about it.” He exhaled slowly. “Figured Elijah didn’t want to burden me with more than we were already carryin’.”</w:t>
      </w:r>
    </w:p>
    <w:p w14:paraId="3DB1ABB3" w14:textId="77777777" w:rsidR="003C09D9" w:rsidRDefault="003C09D9" w:rsidP="003C09D9">
      <w:r>
        <w:t>The marshal nodded slowly. “He referred to you as a minister.”</w:t>
      </w:r>
    </w:p>
    <w:p w14:paraId="6414D7B4" w14:textId="77777777" w:rsidR="003C09D9" w:rsidRDefault="003C09D9" w:rsidP="003C09D9">
      <w:r>
        <w:t>Jonas’s lips pressed into a thin line. “That sounds like him. Always saw more in people than they saw in themselves.”</w:t>
      </w:r>
    </w:p>
    <w:p w14:paraId="0EA400E4" w14:textId="77777777" w:rsidR="003C09D9" w:rsidRDefault="003C09D9" w:rsidP="003C09D9">
      <w:r>
        <w:t>“Do you consider yourself a minister?”</w:t>
      </w:r>
    </w:p>
    <w:p w14:paraId="44C2DEE7" w14:textId="77777777" w:rsidR="003C09D9" w:rsidRDefault="003C09D9" w:rsidP="003C09D9">
      <w:r>
        <w:t>Jonas hesitated, then spoke quietly. “I consider myself a man tryin’ to stay outta the dark. But I’m no preacher. I’m no Elijah.”</w:t>
      </w:r>
    </w:p>
    <w:p w14:paraId="02EE26FA" w14:textId="77777777" w:rsidR="003C09D9" w:rsidRDefault="003C09D9" w:rsidP="003C09D9">
      <w:r>
        <w:t>There was a long pause. Tilman’s eyes remained steady.</w:t>
      </w:r>
    </w:p>
    <w:p w14:paraId="0559FD3F" w14:textId="77777777" w:rsidR="003C09D9" w:rsidRDefault="003C09D9" w:rsidP="003C09D9">
      <w:r>
        <w:lastRenderedPageBreak/>
        <w:t>“That’ll be all, Mr. Walker.”</w:t>
      </w:r>
    </w:p>
    <w:p w14:paraId="685504BF" w14:textId="77777777" w:rsidR="003C09D9" w:rsidRDefault="003C09D9" w:rsidP="003C09D9">
      <w:r>
        <w:t>Jonas gave a faint nod and stepped back, the floor creaking beneath his boots. As he returned to his seat, several in the congregation avoided his gaze. Others met it, quietly.</w:t>
      </w:r>
    </w:p>
    <w:p w14:paraId="20A40053" w14:textId="77777777" w:rsidR="003C09D9" w:rsidRDefault="003C09D9" w:rsidP="003C09D9">
      <w:r>
        <w:t>Outside, the wind shifted. The door opened again.</w:t>
      </w:r>
    </w:p>
    <w:p w14:paraId="4EAD3EC0" w14:textId="77777777" w:rsidR="003C09D9" w:rsidRDefault="003C09D9" w:rsidP="003C09D9">
      <w:r>
        <w:t>“Ezra Galloway,” Tilman called. “You’re next.”</w:t>
      </w:r>
    </w:p>
    <w:p w14:paraId="674D3A58" w14:textId="77777777" w:rsidR="003C09D9" w:rsidRDefault="003C09D9" w:rsidP="003C09D9">
      <w:r>
        <w:t>***</w:t>
      </w:r>
    </w:p>
    <w:p w14:paraId="18C41FB5" w14:textId="77777777" w:rsidR="003C09D9" w:rsidRDefault="003C09D9" w:rsidP="003C09D9">
      <w:r>
        <w:t>Ezra Galloway was already seated in the back pew, shoulders rigid, hat clutched in both hands. When Jonas stepped away from the front, Ezra rose gradually, like the weight he bore resisted the motion. His eyes stayed low, jaw set hard—not with pride, but with the burden of guilt that had grown too heavy to carry in silence. He walked forward slowly, like a man carrying something heavier than shame.</w:t>
      </w:r>
    </w:p>
    <w:p w14:paraId="37011F26" w14:textId="77777777" w:rsidR="003C09D9" w:rsidRDefault="003C09D9" w:rsidP="003C09D9">
      <w:r>
        <w:t>“Please, have a seat, Mr. Galloway,” Tilman said.</w:t>
      </w:r>
    </w:p>
    <w:p w14:paraId="4114B7B7" w14:textId="77777777" w:rsidR="003C09D9" w:rsidRDefault="003C09D9" w:rsidP="003C09D9">
      <w:r>
        <w:t>Ezra nodded once and sat stiffly in the wooden chair across from the marshal. The clerk dipped his pen in ink, ready.</w:t>
      </w:r>
    </w:p>
    <w:p w14:paraId="52D8C930" w14:textId="77777777" w:rsidR="003C09D9" w:rsidRDefault="003C09D9" w:rsidP="003C09D9">
      <w:r>
        <w:t>Tilman spoke first. “State your name and how long you’ve lived in Grafton.”</w:t>
      </w:r>
    </w:p>
    <w:p w14:paraId="61AB0AE1" w14:textId="77777777" w:rsidR="003C09D9" w:rsidRDefault="003C09D9" w:rsidP="003C09D9">
      <w:r>
        <w:t>“Ezra Galloway,” he said quietly. “Been here ten years. Been a member of this church nearly as long.”</w:t>
      </w:r>
    </w:p>
    <w:p w14:paraId="79CD4EC6" w14:textId="77777777" w:rsidR="003C09D9" w:rsidRDefault="003C09D9" w:rsidP="003C09D9">
      <w:r>
        <w:t>“Did you witness any threats made against Elijah Stone or Jonas Walker?”</w:t>
      </w:r>
    </w:p>
    <w:p w14:paraId="5453F77E" w14:textId="77777777" w:rsidR="003C09D9" w:rsidRDefault="003C09D9" w:rsidP="003C09D9">
      <w:r>
        <w:t>Ezra shook his head. “No, sir. Not directly.”</w:t>
      </w:r>
    </w:p>
    <w:p w14:paraId="344A7677" w14:textId="77777777" w:rsidR="003C09D9" w:rsidRDefault="003C09D9" w:rsidP="003C09D9">
      <w:r>
        <w:t>Tilman studied him a moment. “Then what can you offer this investigation?”</w:t>
      </w:r>
    </w:p>
    <w:p w14:paraId="27AF76F8" w14:textId="77777777" w:rsidR="003C09D9" w:rsidRDefault="003C09D9" w:rsidP="003C09D9">
      <w:r>
        <w:t>Ezra’s fingers gripped the brim of his hat so tight it trembled. He glanced down, drew a breath through his nose, and finally met the marshal’s eyes.</w:t>
      </w:r>
    </w:p>
    <w:p w14:paraId="1173C35D" w14:textId="77777777" w:rsidR="003C09D9" w:rsidRDefault="003C09D9" w:rsidP="003C09D9">
      <w:r>
        <w:t>“I need to say somethin’. It won’t make anything right, but... I reckon it needs to be said.”</w:t>
      </w:r>
    </w:p>
    <w:p w14:paraId="211A9443" w14:textId="77777777" w:rsidR="003C09D9" w:rsidRDefault="003C09D9" w:rsidP="003C09D9">
      <w:r>
        <w:t>“Go on,” Tilman replied evenly.</w:t>
      </w:r>
    </w:p>
    <w:p w14:paraId="13B6A123" w14:textId="77777777" w:rsidR="003C09D9" w:rsidRDefault="003C09D9" w:rsidP="003C09D9">
      <w:r>
        <w:t>Ezra’s voice wavered. “A week before Elijah was killed, I told Mr. Butler and Sheriff Munson that he’d sent a letter to the Provost Marshal’s office. I didn’t know exactly what was in it, but I figured it was about what’s been goin’ on here—how the law ain’t workin’, how folks are afraid. I thought... I thought they would want to know what was coming.”</w:t>
      </w:r>
    </w:p>
    <w:p w14:paraId="60508A8A" w14:textId="77777777" w:rsidR="003C09D9" w:rsidRDefault="003C09D9" w:rsidP="003C09D9">
      <w:r>
        <w:t>“Why would you tell them that?” Tilman asked.</w:t>
      </w:r>
    </w:p>
    <w:p w14:paraId="0CDFAD46" w14:textId="77777777" w:rsidR="003C09D9" w:rsidRDefault="003C09D9" w:rsidP="003C09D9">
      <w:r>
        <w:t>Ezra’s eyes filled with unshed tears. “Because I owe money. A lot. My shop’s barely hangin’ on. He’s been tryin’ to buy me out for months—offered to clear the debt if I sold. I said no, but I was desperate.”</w:t>
      </w:r>
    </w:p>
    <w:p w14:paraId="7C07016F" w14:textId="77777777" w:rsidR="003C09D9" w:rsidRDefault="003C09D9" w:rsidP="003C09D9">
      <w:r>
        <w:lastRenderedPageBreak/>
        <w:t>He looked away, ashamed.</w:t>
      </w:r>
    </w:p>
    <w:p w14:paraId="33CF0991" w14:textId="77777777" w:rsidR="003C09D9" w:rsidRDefault="003C09D9" w:rsidP="003C09D9">
      <w:r>
        <w:t>“So I took a different offer. Told him about the letter in exchange for a partial payment to make on my debt. Thought it’d buy me some time without sellin’ my land.”</w:t>
      </w:r>
    </w:p>
    <w:p w14:paraId="28AEDE76" w14:textId="77777777" w:rsidR="003C09D9" w:rsidRDefault="003C09D9" w:rsidP="003C09D9">
      <w:r>
        <w:t>“And you believe this information led to Elijah Stone’s death?” Tilman asked.</w:t>
      </w:r>
    </w:p>
    <w:p w14:paraId="57992617" w14:textId="77777777" w:rsidR="003C09D9" w:rsidRDefault="003C09D9" w:rsidP="003C09D9">
      <w:r>
        <w:t>Ezra swallowed hard. “I don’t know for certain. But I believe it. I believe tellin’ Butler set things in motion. And I’ve got to live with that.”</w:t>
      </w:r>
    </w:p>
    <w:p w14:paraId="2957164D" w14:textId="77777777" w:rsidR="003C09D9" w:rsidRDefault="003C09D9" w:rsidP="003C09D9">
      <w:r>
        <w:t>The church was quiet except for the scratching of the clerk’s pen. Ezra didn’t look up again.</w:t>
      </w:r>
    </w:p>
    <w:p w14:paraId="0CFF4890" w14:textId="77777777" w:rsidR="003C09D9" w:rsidRDefault="003C09D9" w:rsidP="003C09D9">
      <w:r>
        <w:t>“I’m sorry,” he whispered, more to Elijah than to anyone in the room.</w:t>
      </w:r>
    </w:p>
    <w:p w14:paraId="388F85D1" w14:textId="77777777" w:rsidR="003C09D9" w:rsidRDefault="003C09D9" w:rsidP="003C09D9">
      <w:r>
        <w:t>Tilman waited a moment, then nodded to the clerk. “That’ll be all for now, Mr. Galloway. You may return to your seat.”</w:t>
      </w:r>
    </w:p>
    <w:p w14:paraId="750D8408" w14:textId="77777777" w:rsidR="003C09D9" w:rsidRDefault="003C09D9" w:rsidP="003C09D9">
      <w:r>
        <w:t>Ezra rose, his shoulders slumped beneath the weight of what he'd done, and turned to step down, the church remained silent. No one met his gaze—no townsman, no soldier, not even the clerk scratching notes into the ledger. Heads dipped or turned away, as if his guilt might leap off him and stain them, too. Only Jonas looked up, his eyes steady, not judging, just seeing. Ezra gave a slight nod, barely more than a twitch, before returning to the back pew, where the burden of his confession settled heavier than before.</w:t>
      </w:r>
    </w:p>
    <w:p w14:paraId="228F1055" w14:textId="77777777" w:rsidR="003C09D9" w:rsidRDefault="003C09D9" w:rsidP="003C09D9">
      <w:r>
        <w:br/>
      </w:r>
    </w:p>
    <w:p w14:paraId="6572563B" w14:textId="77777777" w:rsidR="003C09D9" w:rsidRDefault="003C09D9" w:rsidP="003C09D9">
      <w:r>
        <w:t>Chapter Twenty-Six</w:t>
      </w:r>
    </w:p>
    <w:p w14:paraId="6E630EF7" w14:textId="77777777" w:rsidR="003C09D9" w:rsidRDefault="003C09D9" w:rsidP="003C09D9">
      <w:r>
        <w:t>The crunch of hooves came before the figures emerged—a cloud of dust drifting like smoke over the rise. Sheriff Garrett Munson pulled his horse off the road and into the shade of a twisted live oak, watching from a distance as the riders approached. Fifteen in total. Hard-eyed men, armed and travel-worn, their faces streaked with grit from the trail.</w:t>
      </w:r>
    </w:p>
    <w:p w14:paraId="69420B65" w14:textId="77777777" w:rsidR="003C09D9" w:rsidRDefault="003C09D9" w:rsidP="003C09D9">
      <w:r>
        <w:t>Carson rode at the front, lean and sharp as a jackal. He raised a hand when he spotted Munson, signaling the others to halt a ways back while he rode ahead alone.</w:t>
      </w:r>
    </w:p>
    <w:p w14:paraId="25BC10AA" w14:textId="77777777" w:rsidR="003C09D9" w:rsidRDefault="003C09D9" w:rsidP="003C09D9">
      <w:r>
        <w:t>“Sheriff,” Carson called, swinging down from the saddle, boots hitting the ground with a dull thud. “We made good time.”</w:t>
      </w:r>
    </w:p>
    <w:p w14:paraId="3AD7FD9C" w14:textId="77777777" w:rsidR="003C09D9" w:rsidRDefault="003C09D9" w:rsidP="003C09D9">
      <w:r>
        <w:t>Munson nodded once. “You bring the boys I asked for?”</w:t>
      </w:r>
    </w:p>
    <w:p w14:paraId="0B2917D3" w14:textId="77777777" w:rsidR="003C09D9" w:rsidRDefault="003C09D9" w:rsidP="003C09D9">
      <w:r>
        <w:t>“They’re waiting just back there, half a mile. Fifteen of ’em. Some I know, some I wouldn’t trust with a Bible, but they’re the kind who don’t ask questions.”</w:t>
      </w:r>
    </w:p>
    <w:p w14:paraId="4283BE70" w14:textId="77777777" w:rsidR="003C09D9" w:rsidRDefault="003C09D9" w:rsidP="003C09D9">
      <w:r>
        <w:t>Munson gave a tight-lipped grunt. “Good. You’re gonna need worse.”</w:t>
      </w:r>
    </w:p>
    <w:p w14:paraId="532D9EC9" w14:textId="77777777" w:rsidR="003C09D9" w:rsidRDefault="003C09D9" w:rsidP="003C09D9">
      <w:r>
        <w:lastRenderedPageBreak/>
        <w:t>Carson cocked his head. “What’s happened?”</w:t>
      </w:r>
    </w:p>
    <w:p w14:paraId="18316588" w14:textId="77777777" w:rsidR="003C09D9" w:rsidRDefault="003C09D9" w:rsidP="003C09D9">
      <w:r>
        <w:t>Munson leaned forward in the saddle, voice low and tense. “The Army’s here. Thirty men, maybe more. Union bluecoats. Came from the Provost Marshal’s office out of Belton.”</w:t>
      </w:r>
    </w:p>
    <w:p w14:paraId="3A10C416" w14:textId="77777777" w:rsidR="003C09D9" w:rsidRDefault="003C09D9" w:rsidP="003C09D9">
      <w:r>
        <w:t>Carson’s expression soured. “The Marshal himself?”</w:t>
      </w:r>
    </w:p>
    <w:p w14:paraId="303F43E1" w14:textId="77777777" w:rsidR="003C09D9" w:rsidRDefault="003C09D9" w:rsidP="003C09D9">
      <w:r>
        <w:t>“Tilman,” Munson confirmed. “Posted up outside the church. Brought a ledger, a clerk, the whole dog-and-pony show. Already taking testimony.”</w:t>
      </w:r>
    </w:p>
    <w:p w14:paraId="061BD7F2" w14:textId="77777777" w:rsidR="003C09D9" w:rsidRDefault="003C09D9" w:rsidP="003C09D9">
      <w:r>
        <w:t>“Testimony?” Carson scoffed, glancing back at the others. “From who?”</w:t>
      </w:r>
    </w:p>
    <w:p w14:paraId="75382425" w14:textId="77777777" w:rsidR="003C09D9" w:rsidRDefault="003C09D9" w:rsidP="003C09D9">
      <w:r>
        <w:t>“Townfolk. Miss Hartley, that old widow June, a few others. But it was Elijah Stone who started it. Sent a letter off before he died. Named Butler, named me. Might’ve named you too, I don’t know.”</w:t>
      </w:r>
    </w:p>
    <w:p w14:paraId="05CF995B" w14:textId="77777777" w:rsidR="003C09D9" w:rsidRDefault="003C09D9" w:rsidP="003C09D9">
      <w:r>
        <w:t xml:space="preserve">Carson swore under his breath and paced a few steps. </w:t>
      </w:r>
    </w:p>
    <w:p w14:paraId="083AD98E" w14:textId="77777777" w:rsidR="003C09D9" w:rsidRDefault="003C09D9" w:rsidP="003C09D9">
      <w:r>
        <w:t>“So what now?”</w:t>
      </w:r>
    </w:p>
    <w:p w14:paraId="54B8D77B" w14:textId="77777777" w:rsidR="003C09D9" w:rsidRDefault="003C09D9" w:rsidP="003C09D9">
      <w:r>
        <w:t>“You get those men and move them east—about an hour out. Northeast ridge near the old salt flats. Keep ’em quiet, out of sight. And then you ride straight for Bluffton.”</w:t>
      </w:r>
    </w:p>
    <w:p w14:paraId="522F5AAE" w14:textId="77777777" w:rsidR="003C09D9" w:rsidRDefault="003C09D9" w:rsidP="003C09D9">
      <w:r>
        <w:t>“More men?”</w:t>
      </w:r>
    </w:p>
    <w:p w14:paraId="7DB6AC9C" w14:textId="77777777" w:rsidR="003C09D9" w:rsidRDefault="003C09D9" w:rsidP="003C09D9">
      <w:r>
        <w:t>Munson nodded. “The worst kind. Men with nothing to lose. Drifters, mercs, the kind who’ll shoot first and never ask. If this thing turns, we’ll need a wall of guns fast.”</w:t>
      </w:r>
    </w:p>
    <w:p w14:paraId="6408CFFC" w14:textId="77777777" w:rsidR="003C09D9" w:rsidRDefault="003C09D9" w:rsidP="003C09D9">
      <w:r>
        <w:t>Carson looked at him, long and hard. “That what Butler wants?”</w:t>
      </w:r>
    </w:p>
    <w:p w14:paraId="411FE55E" w14:textId="77777777" w:rsidR="003C09D9" w:rsidRDefault="003C09D9" w:rsidP="003C09D9">
      <w:r>
        <w:t>“That’s what he wants,” Munson said, eyes hard. “This town either bends, or it breaks. And we’re not the ones who are gonna break.”</w:t>
      </w:r>
    </w:p>
    <w:p w14:paraId="7FAF136C" w14:textId="77777777" w:rsidR="003C09D9" w:rsidRDefault="003C09D9" w:rsidP="003C09D9">
      <w:r>
        <w:t>Carson gave a sharp nod, mounted again, and turned to shout quiet orders to the men down the road. The hired guns wheeled their horses, guiding them away toward the northwest horizon.</w:t>
      </w:r>
    </w:p>
    <w:p w14:paraId="7A8912FD" w14:textId="77777777" w:rsidR="003C09D9" w:rsidRDefault="003C09D9" w:rsidP="003C09D9">
      <w:r>
        <w:t>Munson watched until the dust swallowed them. Then he turned his horse back toward Grafton, heart heavy with the cost of what they were about to do.</w:t>
      </w:r>
    </w:p>
    <w:p w14:paraId="77AA5E61" w14:textId="77777777" w:rsidR="003C09D9" w:rsidRDefault="003C09D9" w:rsidP="003C09D9">
      <w:r>
        <w:t>***</w:t>
      </w:r>
    </w:p>
    <w:p w14:paraId="5DF3B3C9" w14:textId="77777777" w:rsidR="003C09D9" w:rsidRDefault="003C09D9" w:rsidP="003C09D9">
      <w:r>
        <w:t>The midday sun threw bright slats of light through the high windows of Grafton’s church. The pews were nearly full now—townsfolk sitting still as stones, whispering only when Marshal Tilman turned his back. Outside, the sound of Union soldiers moving about was a constant reminder that Grafton was no longer in its own hands.</w:t>
      </w:r>
    </w:p>
    <w:p w14:paraId="69450C4B" w14:textId="77777777" w:rsidR="003C09D9" w:rsidRDefault="003C09D9" w:rsidP="003C09D9">
      <w:r>
        <w:t>At the front, Marshal Tilman stood beside the same table where his clerk continued to scratch ink into the ledger. Tilman’s uniform coat was off, sleeves rolled up, but his expression remained coldly professional.</w:t>
      </w:r>
    </w:p>
    <w:p w14:paraId="18F59721" w14:textId="77777777" w:rsidR="003C09D9" w:rsidRDefault="003C09D9" w:rsidP="003C09D9">
      <w:r>
        <w:lastRenderedPageBreak/>
        <w:t>Marshal Tilman stood at the front of the sanctuary like a judge about to open court. His voice carried firm but calm.</w:t>
      </w:r>
      <w:r>
        <w:br/>
        <w:t>“Bring in the first prisoner.”</w:t>
      </w:r>
    </w:p>
    <w:p w14:paraId="20B38676" w14:textId="77777777" w:rsidR="003C09D9" w:rsidRDefault="003C09D9" w:rsidP="003C09D9">
      <w:r>
        <w:t>Two Union soldiers led him down the aisle, his wrists bound with rope. He squinted at the light, chewing the inside of his cheek as he was seated before the pulpit.</w:t>
      </w:r>
    </w:p>
    <w:p w14:paraId="223A1C8F" w14:textId="77777777" w:rsidR="003C09D9" w:rsidRDefault="003C09D9" w:rsidP="003C09D9">
      <w:r>
        <w:t>Tilman stepped forward. “Name?”</w:t>
      </w:r>
    </w:p>
    <w:p w14:paraId="2A665C90" w14:textId="77777777" w:rsidR="003C09D9" w:rsidRDefault="003C09D9" w:rsidP="003C09D9">
      <w:r>
        <w:t>“Silas Grady.”</w:t>
      </w:r>
    </w:p>
    <w:p w14:paraId="33F9C626" w14:textId="77777777" w:rsidR="003C09D9" w:rsidRDefault="003C09D9" w:rsidP="003C09D9">
      <w:r>
        <w:t>“Where were you the night Reverend Elijah Stone was killed?”</w:t>
      </w:r>
    </w:p>
    <w:p w14:paraId="10335E60" w14:textId="77777777" w:rsidR="003C09D9" w:rsidRDefault="003C09D9" w:rsidP="003C09D9">
      <w:r>
        <w:t>Grady straightened slightly. “I was with Duke. We was over by Kinney Crossing—hunting pigs, trying to make a few dollars sellin’ meat.”</w:t>
      </w:r>
    </w:p>
    <w:p w14:paraId="1DB82FB1" w14:textId="77777777" w:rsidR="003C09D9" w:rsidRDefault="003C09D9" w:rsidP="003C09D9">
      <w:r>
        <w:t>“Anyone else see you?”</w:t>
      </w:r>
    </w:p>
    <w:p w14:paraId="3E0A5039" w14:textId="77777777" w:rsidR="003C09D9" w:rsidRDefault="003C09D9" w:rsidP="003C09D9">
      <w:r>
        <w:t>“No,” Grady admitted. “Just us.”</w:t>
      </w:r>
    </w:p>
    <w:p w14:paraId="2CB47A04" w14:textId="77777777" w:rsidR="003C09D9" w:rsidRDefault="003C09D9" w:rsidP="003C09D9">
      <w:r>
        <w:t>Tilman let the moment stretch. “What about the night of the fires?”</w:t>
      </w:r>
    </w:p>
    <w:p w14:paraId="22B9C718" w14:textId="77777777" w:rsidR="003C09D9" w:rsidRDefault="003C09D9" w:rsidP="003C09D9">
      <w:r>
        <w:t>Grady glanced toward Jonas, then Ezra near the side wall, before answering.</w:t>
      </w:r>
      <w:r>
        <w:br/>
        <w:t>“We were just west of town, near the old burned barn. We had bandanas up, figured nobody’d see us clear. Thought we’d cause a ruckus—didn’t plan to hurt no one.”</w:t>
      </w:r>
    </w:p>
    <w:p w14:paraId="4C179CD0" w14:textId="77777777" w:rsidR="003C09D9" w:rsidRDefault="003C09D9" w:rsidP="003C09D9">
      <w:r>
        <w:t>Tilman’s eyes narrowed. “What did you throw at the schoolhouse?”</w:t>
      </w:r>
    </w:p>
    <w:p w14:paraId="40E7C123" w14:textId="77777777" w:rsidR="003C09D9" w:rsidRDefault="003C09D9" w:rsidP="003C09D9">
      <w:r>
        <w:t>“Wasn’t nothin’ like that planned. But Duke panicked. Threw a torch when he saw folks comin’. I told him not to.”</w:t>
      </w:r>
    </w:p>
    <w:p w14:paraId="15E932EF" w14:textId="77777777" w:rsidR="003C09D9" w:rsidRDefault="003C09D9" w:rsidP="003C09D9">
      <w:r>
        <w:t>“Who hired you?”</w:t>
      </w:r>
    </w:p>
    <w:p w14:paraId="2E53BEC9" w14:textId="77777777" w:rsidR="003C09D9" w:rsidRDefault="003C09D9" w:rsidP="003C09D9">
      <w:r>
        <w:t>Grady shook his head. “Carson Palmer. I think he works for Mr. Butler. Paid in coin. Just said Grafton needed a reminder to stay in line.”</w:t>
      </w:r>
    </w:p>
    <w:p w14:paraId="5DCAF531" w14:textId="77777777" w:rsidR="003C09D9" w:rsidRDefault="003C09D9" w:rsidP="003C09D9">
      <w:r>
        <w:t>A murmur passed through the congregation. Tilman gave a sharp glance, silencing them.</w:t>
      </w:r>
    </w:p>
    <w:p w14:paraId="4E2D4047" w14:textId="77777777" w:rsidR="003C09D9" w:rsidRDefault="003C09D9" w:rsidP="003C09D9">
      <w:r>
        <w:t>“Take him out,” he said. “Bring in the next.”</w:t>
      </w:r>
    </w:p>
    <w:p w14:paraId="3907B7B7" w14:textId="77777777" w:rsidR="003C09D9" w:rsidRDefault="003C09D9" w:rsidP="003C09D9"/>
    <w:p w14:paraId="781FABBD" w14:textId="77777777" w:rsidR="003C09D9" w:rsidRDefault="003C09D9" w:rsidP="003C09D9">
      <w:r>
        <w:t>A moment later, the other prisoner was brought forward. He looked more defiant than his partner—less resigned.</w:t>
      </w:r>
    </w:p>
    <w:p w14:paraId="720C5DB4" w14:textId="77777777" w:rsidR="003C09D9" w:rsidRDefault="003C09D9" w:rsidP="003C09D9">
      <w:r>
        <w:t>“State your name.”</w:t>
      </w:r>
    </w:p>
    <w:p w14:paraId="5F73BFE5" w14:textId="77777777" w:rsidR="003C09D9" w:rsidRDefault="003C09D9" w:rsidP="003C09D9">
      <w:r>
        <w:t>“Andrew Duke.”</w:t>
      </w:r>
    </w:p>
    <w:p w14:paraId="7695979E" w14:textId="77777777" w:rsidR="003C09D9" w:rsidRDefault="003C09D9" w:rsidP="003C09D9">
      <w:r>
        <w:lastRenderedPageBreak/>
        <w:t>“Where were you the night Reverend Stone was killed?”</w:t>
      </w:r>
    </w:p>
    <w:p w14:paraId="63E68A06" w14:textId="77777777" w:rsidR="003C09D9" w:rsidRDefault="003C09D9" w:rsidP="003C09D9">
      <w:r>
        <w:t>He didn’t hesitate. “With Grady. We were over by Clearwater Pond—fishing and camping. Never came near town.”</w:t>
      </w:r>
    </w:p>
    <w:p w14:paraId="1E49EB50" w14:textId="77777777" w:rsidR="003C09D9" w:rsidRDefault="003C09D9" w:rsidP="003C09D9">
      <w:r>
        <w:t>Tilman blinked once. “Clearwater Pond is nearly ten miles east of Kinney Crossing.”</w:t>
      </w:r>
    </w:p>
    <w:p w14:paraId="14D51B74" w14:textId="77777777" w:rsidR="003C09D9" w:rsidRDefault="003C09D9" w:rsidP="003C09D9">
      <w:r>
        <w:t>Duke stiffened slightly. “We moved camp. Couple different places.”</w:t>
      </w:r>
    </w:p>
    <w:p w14:paraId="4E8AFE3E" w14:textId="77777777" w:rsidR="003C09D9" w:rsidRDefault="003C09D9" w:rsidP="003C09D9">
      <w:r>
        <w:t>“No one saw you?”</w:t>
      </w:r>
    </w:p>
    <w:p w14:paraId="454866D7" w14:textId="77777777" w:rsidR="003C09D9" w:rsidRDefault="003C09D9" w:rsidP="003C09D9">
      <w:r>
        <w:t>“No, sir.”</w:t>
      </w:r>
    </w:p>
    <w:p w14:paraId="059E298A" w14:textId="77777777" w:rsidR="003C09D9" w:rsidRDefault="003C09D9" w:rsidP="003C09D9">
      <w:r>
        <w:t>Tilman kept his voice even. “What about the fires?”</w:t>
      </w:r>
    </w:p>
    <w:p w14:paraId="1FAC4809" w14:textId="77777777" w:rsidR="003C09D9" w:rsidRDefault="003C09D9" w:rsidP="003C09D9">
      <w:r>
        <w:t>Duke leaned back slightly, shrugging. “We were west of town like Grady said. Just tryin’ to stir folks up. That’s all. Thought it’d be a warning.”</w:t>
      </w:r>
    </w:p>
    <w:p w14:paraId="2F543DE3" w14:textId="77777777" w:rsidR="003C09D9" w:rsidRDefault="003C09D9" w:rsidP="003C09D9">
      <w:r>
        <w:t>“You threw the torch?”</w:t>
      </w:r>
    </w:p>
    <w:p w14:paraId="4DD70548" w14:textId="77777777" w:rsidR="003C09D9" w:rsidRDefault="003C09D9" w:rsidP="003C09D9">
      <w:r>
        <w:t>His mouth twitched. “Didn’t mean to throw it near the school. It was dark. Horse spooked.”</w:t>
      </w:r>
    </w:p>
    <w:p w14:paraId="4CF27080" w14:textId="77777777" w:rsidR="003C09D9" w:rsidRDefault="003C09D9" w:rsidP="003C09D9">
      <w:r>
        <w:t>Tilman stared at him for a long beat. “Same question: who hired you?”</w:t>
      </w:r>
    </w:p>
    <w:p w14:paraId="0BD2B412" w14:textId="77777777" w:rsidR="003C09D9" w:rsidRDefault="003C09D9" w:rsidP="003C09D9">
      <w:r>
        <w:t>“Guy’s name is Carson Palmer, works for Mr. Butler. Said we’d get more after the job was done.”</w:t>
      </w:r>
    </w:p>
    <w:p w14:paraId="2D52DAA6" w14:textId="77777777" w:rsidR="003C09D9" w:rsidRDefault="003C09D9" w:rsidP="003C09D9">
      <w:r>
        <w:t>“And what was the job?”</w:t>
      </w:r>
    </w:p>
    <w:p w14:paraId="5E9AF06A" w14:textId="77777777" w:rsidR="003C09D9" w:rsidRDefault="003C09D9" w:rsidP="003C09D9">
      <w:r>
        <w:t>“Make folks scared. Break the spell that preacher had ‘em under. That’s all.”</w:t>
      </w:r>
    </w:p>
    <w:p w14:paraId="7905F1BD" w14:textId="77777777" w:rsidR="003C09D9" w:rsidRDefault="003C09D9" w:rsidP="003C09D9"/>
    <w:p w14:paraId="7417DAB1" w14:textId="77777777" w:rsidR="003C09D9" w:rsidRDefault="003C09D9" w:rsidP="003C09D9">
      <w:r>
        <w:t>As Duke was escorted out, a heavy silence fell again. Tilman looked out over the congregation, jaw tight.</w:t>
      </w:r>
    </w:p>
    <w:p w14:paraId="522D9C08" w14:textId="77777777" w:rsidR="003C09D9" w:rsidRDefault="003C09D9" w:rsidP="003C09D9">
      <w:r>
        <w:t>“No further questions for them,” he said. “They’ll be held for arson, conspiracy, and obstruction of justice pending further evidence in the murder investigation.”</w:t>
      </w:r>
    </w:p>
    <w:p w14:paraId="3AC7AFC1" w14:textId="77777777" w:rsidR="003C09D9" w:rsidRDefault="003C09D9" w:rsidP="003C09D9">
      <w:r>
        <w:t>***</w:t>
      </w:r>
    </w:p>
    <w:p w14:paraId="19AE5895" w14:textId="77777777" w:rsidR="003C09D9" w:rsidRDefault="003C09D9" w:rsidP="003C09D9">
      <w:r>
        <w:t>The sun was higher in the sky now. The congregation watches in near silence. Tilman’s posture remained rigid. Jonas standing off to the side, arms crossed, jaw set.</w:t>
      </w:r>
    </w:p>
    <w:p w14:paraId="5088FAF5" w14:textId="77777777" w:rsidR="003C09D9" w:rsidRDefault="003C09D9" w:rsidP="003C09D9">
      <w:r>
        <w:t>Marshal Tilman stood tall behind on the platform. “Bring in Mr. John Butler.”</w:t>
      </w:r>
    </w:p>
    <w:p w14:paraId="32107700" w14:textId="77777777" w:rsidR="003C09D9" w:rsidRDefault="003C09D9" w:rsidP="003C09D9">
      <w:r>
        <w:t>The double doors creaked open. John Butler strolled in unescorted, flanked by two Union soldiers out of formality, not force. He was freshly shaved, dressed in a tailored coat that didn’t suit the dust of Grafton. He smiled as he walked, as if entering a boardroom.</w:t>
      </w:r>
    </w:p>
    <w:p w14:paraId="3CB2075A" w14:textId="77777777" w:rsidR="003C09D9" w:rsidRDefault="003C09D9" w:rsidP="003C09D9">
      <w:r>
        <w:lastRenderedPageBreak/>
        <w:t>“I must say,” Butler drawled, his boots echoing on the church floor, “this is a mighty unusual place for a business meeting.”</w:t>
      </w:r>
    </w:p>
    <w:p w14:paraId="14D0E50F" w14:textId="77777777" w:rsidR="003C09D9" w:rsidRDefault="003C09D9" w:rsidP="003C09D9">
      <w:r>
        <w:t>“You’re not here for business,” Tilman said flatly. “You’re here for a sworn statement.”</w:t>
      </w:r>
    </w:p>
    <w:p w14:paraId="2CF0305D" w14:textId="77777777" w:rsidR="003C09D9" w:rsidRDefault="003C09D9" w:rsidP="003C09D9">
      <w:r>
        <w:t>Butler gave a chuckle, glancing at the crowd like it was all a joke they were in on. “Ah. Of course. Forgive me, Marshal—old habits. Shall we begin?”</w:t>
      </w:r>
    </w:p>
    <w:p w14:paraId="157C374E" w14:textId="77777777" w:rsidR="003C09D9" w:rsidRDefault="003C09D9" w:rsidP="003C09D9">
      <w:r>
        <w:t>Tilman gave a slight nod. “State your name for the record.”</w:t>
      </w:r>
    </w:p>
    <w:p w14:paraId="596264CE" w14:textId="77777777" w:rsidR="003C09D9" w:rsidRDefault="003C09D9" w:rsidP="003C09D9">
      <w:r>
        <w:t>“John Alton Butler. Owner of Butler Mercantile &amp; Land Co., Butler Hardware &amp; Lumber Co., The Butler Hotel, interim mayor and current chair of the Grafton Town Council, and a proud citizen of these United States.” He gave a small bow. “Though I must say, recent events have given me pause.”</w:t>
      </w:r>
    </w:p>
    <w:p w14:paraId="2EC218E4" w14:textId="77777777" w:rsidR="003C09D9" w:rsidRDefault="003C09D9" w:rsidP="003C09D9">
      <w:r>
        <w:t>Tilman didn’t react. “Where were you on the afternoon of Reverend Elijah Stone’s death?”</w:t>
      </w:r>
    </w:p>
    <w:p w14:paraId="6741A570" w14:textId="77777777" w:rsidR="003C09D9" w:rsidRDefault="003C09D9" w:rsidP="003C09D9">
      <w:r>
        <w:t>Butler gave a wounded sigh. “Now that was a tragedy. Terrible thing, truly. I was in my office—working on council records. Councilman Hoyt can confirm.”</w:t>
      </w:r>
    </w:p>
    <w:p w14:paraId="5C74A5E2" w14:textId="77777777" w:rsidR="003C09D9" w:rsidRDefault="003C09D9" w:rsidP="003C09D9">
      <w:r>
        <w:t>“You remained in town?”</w:t>
      </w:r>
    </w:p>
    <w:p w14:paraId="020CB409" w14:textId="77777777" w:rsidR="003C09D9" w:rsidRDefault="003C09D9" w:rsidP="003C09D9">
      <w:r>
        <w:t>“Indeed I did. All day. All night. I had no reason to wander the countryside.”</w:t>
      </w:r>
    </w:p>
    <w:p w14:paraId="3C636415" w14:textId="77777777" w:rsidR="003C09D9" w:rsidRDefault="003C09D9" w:rsidP="003C09D9">
      <w:r>
        <w:t>Tilman stepped closer. “Did you know Reverend Stone?”</w:t>
      </w:r>
    </w:p>
    <w:p w14:paraId="4C0356EB" w14:textId="77777777" w:rsidR="003C09D9" w:rsidRDefault="003C09D9" w:rsidP="003C09D9">
      <w:r>
        <w:t>“We spoke, from time to time,” Butler said smoothly. “Man had convictions, I’ll give him that. Passionate. Misguided, but passionate.”</w:t>
      </w:r>
    </w:p>
    <w:p w14:paraId="372A4552" w14:textId="77777777" w:rsidR="003C09D9" w:rsidRDefault="003C09D9" w:rsidP="003C09D9">
      <w:r>
        <w:t>“Did you ever threaten him?”</w:t>
      </w:r>
    </w:p>
    <w:p w14:paraId="6BB22D5C" w14:textId="77777777" w:rsidR="003C09D9" w:rsidRDefault="003C09D9" w:rsidP="003C09D9">
      <w:r>
        <w:t>Butler tilted his head, a smile playing at his lips. “Marshal, I’ve been accused of many things—ambition, hard bargains, even arrogance—but threats? That’s not my style. I persuade. With coin, or opportunity.”</w:t>
      </w:r>
    </w:p>
    <w:p w14:paraId="2D8302B5" w14:textId="77777777" w:rsidR="003C09D9" w:rsidRDefault="003C09D9" w:rsidP="003C09D9">
      <w:r>
        <w:t>“And if persuasion fails?”</w:t>
      </w:r>
    </w:p>
    <w:p w14:paraId="160B9CF8" w14:textId="77777777" w:rsidR="003C09D9" w:rsidRDefault="003C09D9" w:rsidP="003C09D9">
      <w:r>
        <w:t>“Then I walk away. There’s always someone else willing to make a deal.”</w:t>
      </w:r>
    </w:p>
    <w:p w14:paraId="569186F2" w14:textId="77777777" w:rsidR="003C09D9" w:rsidRDefault="003C09D9" w:rsidP="003C09D9">
      <w:r>
        <w:t>Tilman’s voice hardened. “Reverend Stone sent a letter to the Provost Marshal’s office naming you, Mayor Fraser, and Sheriff Munson as conspirators in a campaign of intimidation. He feared for the town.”</w:t>
      </w:r>
    </w:p>
    <w:p w14:paraId="27F2DC3D" w14:textId="77777777" w:rsidR="003C09D9" w:rsidRDefault="003C09D9" w:rsidP="003C09D9">
      <w:r>
        <w:t>A flicker of surprise passed across Butler’s eyes—just for a moment—but he recovered quickly.</w:t>
      </w:r>
    </w:p>
    <w:p w14:paraId="2AF7E056" w14:textId="77777777" w:rsidR="003C09D9" w:rsidRDefault="003C09D9" w:rsidP="003C09D9">
      <w:r>
        <w:t>“Well,” he said lightly, “we can’t control what a man writes in the dark, now can we? Especially if he’s under stress. War does strange things to men.”</w:t>
      </w:r>
    </w:p>
    <w:p w14:paraId="0266045C" w14:textId="77777777" w:rsidR="003C09D9" w:rsidRDefault="003C09D9" w:rsidP="003C09D9">
      <w:r>
        <w:t>“You deny involvement in his death?”</w:t>
      </w:r>
    </w:p>
    <w:p w14:paraId="1EC1EAFB" w14:textId="77777777" w:rsidR="003C09D9" w:rsidRDefault="003C09D9" w:rsidP="003C09D9">
      <w:r>
        <w:lastRenderedPageBreak/>
        <w:t>“Vehemently,” Butler said, lifting both hands as if it were beneath him. “I’ve built this town. Helped it grow. If someone killed the good reverend, I assure you, it wasn’t by my hand—or my order.”</w:t>
      </w:r>
    </w:p>
    <w:p w14:paraId="10606373" w14:textId="77777777" w:rsidR="003C09D9" w:rsidRDefault="003C09D9" w:rsidP="003C09D9">
      <w:r>
        <w:t>Tilman’s eyes narrowed. “Did you pay Silas Grady and Andrew Duke to set fire to the livery, granary, homes, and the schoolhouse?”</w:t>
      </w:r>
    </w:p>
    <w:p w14:paraId="5CD3E919" w14:textId="77777777" w:rsidR="003C09D9" w:rsidRDefault="003C09D9" w:rsidP="003C09D9">
      <w:r>
        <w:t>Butler laughed. “Those boys? Please. They’d rob their own mothers for whiskey and blame the wind. You think I’d trust them with kindling?”</w:t>
      </w:r>
    </w:p>
    <w:p w14:paraId="48A2585F" w14:textId="77777777" w:rsidR="003C09D9" w:rsidRDefault="003C09D9" w:rsidP="003C09D9">
      <w:r>
        <w:t>“They say you did, through a Mr. Carson Palmer.”</w:t>
      </w:r>
    </w:p>
    <w:p w14:paraId="17250AC2" w14:textId="77777777" w:rsidR="003C09D9" w:rsidRDefault="003C09D9" w:rsidP="003C09D9">
      <w:r>
        <w:t>“They also say they don’t remember where they were last week.” He turned to the crowd. “Folks, this is what happens when you let drifters stir up dust. Men like Jonas Walker and Elijah Stone come in, waving Bibles and rifles, and suddenly the whole town’s burning.”</w:t>
      </w:r>
    </w:p>
    <w:p w14:paraId="031A6A94" w14:textId="77777777" w:rsidR="003C09D9" w:rsidRDefault="003C09D9" w:rsidP="003C09D9">
      <w:r>
        <w:t>Jonas took a step forward at that, but Tilman raised a hand to keep him back.</w:t>
      </w:r>
    </w:p>
    <w:p w14:paraId="277768CA" w14:textId="77777777" w:rsidR="003C09D9" w:rsidRDefault="003C09D9" w:rsidP="003C09D9">
      <w:r>
        <w:t>Butler noticed. His smile deepened.</w:t>
      </w:r>
    </w:p>
    <w:p w14:paraId="2AFBC9A1" w14:textId="77777777" w:rsidR="003C09D9" w:rsidRDefault="003C09D9" w:rsidP="003C09D9">
      <w:r>
        <w:t>“Look, Marshal. I understand your position. You’ve got men to answer to. Reports to file. But let’s be honest: you’re not here to find truth. You’re here to restore calm. That’s what I’ve done for years. Quiet things down. Keep the wheels turning.”</w:t>
      </w:r>
    </w:p>
    <w:p w14:paraId="1872F178" w14:textId="77777777" w:rsidR="003C09D9" w:rsidRDefault="003C09D9" w:rsidP="003C09D9">
      <w:r>
        <w:t>“You think that makes you untouchable?”</w:t>
      </w:r>
    </w:p>
    <w:p w14:paraId="0CA6431E" w14:textId="77777777" w:rsidR="003C09D9" w:rsidRDefault="003C09D9" w:rsidP="003C09D9">
      <w:r>
        <w:t>Butler shrugged. “It makes me… essential. And essential men don’t get locked away. They get consulted.”</w:t>
      </w:r>
    </w:p>
    <w:p w14:paraId="6169840D" w14:textId="77777777" w:rsidR="003C09D9" w:rsidRDefault="003C09D9" w:rsidP="003C09D9">
      <w:r>
        <w:t>Tilman leaned forward, voice like steel. “You’re not essential. You’re under oath. And you’re under suspicion.”</w:t>
      </w:r>
    </w:p>
    <w:p w14:paraId="27FBE2BB" w14:textId="77777777" w:rsidR="003C09D9" w:rsidRDefault="003C09D9" w:rsidP="003C09D9">
      <w:r>
        <w:t>Butler’s jaw tensed—just slightly. But he smiled again. “Then I hope you find what you’re looking for, Marshal. I truly do.”</w:t>
      </w:r>
    </w:p>
    <w:p w14:paraId="0535EB04" w14:textId="77777777" w:rsidR="003C09D9" w:rsidRDefault="003C09D9" w:rsidP="003C09D9">
      <w:r>
        <w:t>Tilman gave a short nod. “We’re done here.”</w:t>
      </w:r>
    </w:p>
    <w:p w14:paraId="0085AC15" w14:textId="77777777" w:rsidR="003C09D9" w:rsidRDefault="003C09D9" w:rsidP="003C09D9">
      <w:r>
        <w:t>***</w:t>
      </w:r>
    </w:p>
    <w:p w14:paraId="23275AE0" w14:textId="77777777" w:rsidR="003C09D9" w:rsidRDefault="003C09D9" w:rsidP="003C09D9">
      <w:r>
        <w:t>Tilman turned to the crowd.  “Send in Sheriff Munson.”</w:t>
      </w:r>
    </w:p>
    <w:p w14:paraId="37D61486" w14:textId="77777777" w:rsidR="003C09D9" w:rsidRDefault="003C09D9" w:rsidP="003C09D9">
      <w:r>
        <w:t>The wooden floor creaked under bootheels as the sheriff strode in. He carried his hat in one hand, eyes sweeping the room with the slow caution of a man who knew when the air had changed.</w:t>
      </w:r>
    </w:p>
    <w:p w14:paraId="2ADE3328" w14:textId="77777777" w:rsidR="003C09D9" w:rsidRDefault="003C09D9" w:rsidP="003C09D9">
      <w:r>
        <w:t>He nodded to Tilman, then to the crowd—almost a challenge. He stopped in the center aisle, spine straight.</w:t>
      </w:r>
    </w:p>
    <w:p w14:paraId="295D58DA" w14:textId="77777777" w:rsidR="003C09D9" w:rsidRDefault="003C09D9" w:rsidP="003C09D9">
      <w:r>
        <w:t>“Sheriff Garrett Munson,” Tilman said. “You’re under oath. Do you understand?”</w:t>
      </w:r>
    </w:p>
    <w:p w14:paraId="7D267C6E" w14:textId="77777777" w:rsidR="003C09D9" w:rsidRDefault="003C09D9" w:rsidP="003C09D9">
      <w:r>
        <w:lastRenderedPageBreak/>
        <w:t>“I do.”</w:t>
      </w:r>
    </w:p>
    <w:p w14:paraId="488094FA" w14:textId="77777777" w:rsidR="003C09D9" w:rsidRDefault="003C09D9" w:rsidP="003C09D9">
      <w:r>
        <w:t>Tilman didn’t sit. He leaned one hand against the pulpit, the other holding Elijah’s letter. “Where were you on the afternoon Reverend Stone was murdered?”</w:t>
      </w:r>
    </w:p>
    <w:p w14:paraId="07E00EF8" w14:textId="77777777" w:rsidR="003C09D9" w:rsidRDefault="003C09D9" w:rsidP="003C09D9">
      <w:r>
        <w:t>Munson took his time. “Ridin’ fence east of town. Maxwell pasture. There’d been some boys cuttin’ wire and runnin’ cattle through. I went to have a look.”</w:t>
      </w:r>
    </w:p>
    <w:p w14:paraId="39AAF2E5" w14:textId="77777777" w:rsidR="003C09D9" w:rsidRDefault="003C09D9" w:rsidP="003C09D9">
      <w:r>
        <w:t>“Alone?”</w:t>
      </w:r>
    </w:p>
    <w:p w14:paraId="6E351ADF" w14:textId="77777777" w:rsidR="003C09D9" w:rsidRDefault="003C09D9" w:rsidP="003C09D9">
      <w:r>
        <w:t xml:space="preserve">“Yes, alone,” Munson said flatly. </w:t>
      </w:r>
    </w:p>
    <w:p w14:paraId="0654DB7F" w14:textId="77777777" w:rsidR="003C09D9" w:rsidRDefault="003C09D9" w:rsidP="003C09D9">
      <w:r>
        <w:t>“Convenient.” Tilman’s tone was neutral. “No one to confirm your story.”</w:t>
      </w:r>
    </w:p>
    <w:p w14:paraId="00753BA2" w14:textId="77777777" w:rsidR="003C09D9" w:rsidRDefault="003C09D9" w:rsidP="003C09D9">
      <w:r>
        <w:t>Munson gave a thin smile. “Didn’t need company that day to do my job.”</w:t>
      </w:r>
    </w:p>
    <w:p w14:paraId="2C7D5493" w14:textId="77777777" w:rsidR="003C09D9" w:rsidRDefault="003C09D9" w:rsidP="003C09D9">
      <w:r>
        <w:t>Tilman held his stare for a beat. “Did you see Reverend Stone that day?”</w:t>
      </w:r>
    </w:p>
    <w:p w14:paraId="5F225103" w14:textId="77777777" w:rsidR="003C09D9" w:rsidRDefault="003C09D9" w:rsidP="003C09D9">
      <w:r>
        <w:t>“No, sir.”</w:t>
      </w:r>
    </w:p>
    <w:p w14:paraId="428ABB9D" w14:textId="77777777" w:rsidR="003C09D9" w:rsidRDefault="003C09D9" w:rsidP="003C09D9">
      <w:r>
        <w:t>“Did you have any contact with him the week before?”</w:t>
      </w:r>
    </w:p>
    <w:p w14:paraId="5F4C5E2F" w14:textId="77777777" w:rsidR="003C09D9" w:rsidRDefault="003C09D9" w:rsidP="003C09D9">
      <w:r>
        <w:t>Munson shrugged. “He gave me grief, like usual. Complained about the saloon, the card house, noise on Sunday mornings. Said I wasn’t ‘upholding righteousness.’ He talked a lot about righteousness.”</w:t>
      </w:r>
    </w:p>
    <w:p w14:paraId="0FC61D59" w14:textId="77777777" w:rsidR="003C09D9" w:rsidRDefault="003C09D9" w:rsidP="003C09D9">
      <w:r>
        <w:t>“Did you threaten him?”</w:t>
      </w:r>
    </w:p>
    <w:p w14:paraId="3E60A4DE" w14:textId="77777777" w:rsidR="003C09D9" w:rsidRDefault="003C09D9" w:rsidP="003C09D9">
      <w:r>
        <w:t>“I told him to stay in his lane.” His voice tightened. “He wasn’t elected to anything.”</w:t>
      </w:r>
    </w:p>
    <w:p w14:paraId="1CA1A1B5" w14:textId="77777777" w:rsidR="003C09D9" w:rsidRDefault="003C09D9" w:rsidP="003C09D9">
      <w:r>
        <w:t>A murmur stirred in the pews.</w:t>
      </w:r>
    </w:p>
    <w:p w14:paraId="7FC5540C" w14:textId="77777777" w:rsidR="003C09D9" w:rsidRDefault="003C09D9" w:rsidP="003C09D9">
      <w:r>
        <w:t>“You sound like a man who didn’t appreciate his presence.”</w:t>
      </w:r>
    </w:p>
    <w:p w14:paraId="50365282" w14:textId="77777777" w:rsidR="003C09D9" w:rsidRDefault="003C09D9" w:rsidP="003C09D9">
      <w:r>
        <w:t>Munson turned his head slowly toward Jonas, then back to Tilman. “I don’t appreciate folks stirring the pot and pretending it’s a blessing.”</w:t>
      </w:r>
    </w:p>
    <w:p w14:paraId="4F0832B2" w14:textId="77777777" w:rsidR="003C09D9" w:rsidRDefault="003C09D9" w:rsidP="003C09D9">
      <w:r>
        <w:t>Tilman let the silence stretch. Then: “Do you know where Mayor Fraser is?”</w:t>
      </w:r>
    </w:p>
    <w:p w14:paraId="088DBEF8" w14:textId="77777777" w:rsidR="003C09D9" w:rsidRDefault="003C09D9" w:rsidP="003C09D9">
      <w:r>
        <w:t>Munson blinked. “No. Man up and vanished.”</w:t>
      </w:r>
    </w:p>
    <w:p w14:paraId="40E3DD93" w14:textId="77777777" w:rsidR="003C09D9" w:rsidRDefault="003C09D9" w:rsidP="003C09D9">
      <w:r>
        <w:t>“When?”</w:t>
      </w:r>
    </w:p>
    <w:p w14:paraId="00B83410" w14:textId="77777777" w:rsidR="003C09D9" w:rsidRDefault="003C09D9" w:rsidP="003C09D9">
      <w:r>
        <w:t>“Week ago. Maybe more. One night he was here, next he wasn’t. House locked. Took his horse, left most everything else.”</w:t>
      </w:r>
    </w:p>
    <w:p w14:paraId="35B1ED41" w14:textId="77777777" w:rsidR="003C09D9" w:rsidRDefault="003C09D9" w:rsidP="003C09D9">
      <w:r>
        <w:t>“You investigate?”</w:t>
      </w:r>
    </w:p>
    <w:p w14:paraId="05E7AD3C" w14:textId="77777777" w:rsidR="003C09D9" w:rsidRDefault="003C09D9" w:rsidP="003C09D9">
      <w:r>
        <w:t>Munson’s jaw twitched. “Didn’t seem urgent. He comes and goes.”</w:t>
      </w:r>
    </w:p>
    <w:p w14:paraId="23ED94D7" w14:textId="77777777" w:rsidR="003C09D9" w:rsidRDefault="003C09D9" w:rsidP="003C09D9">
      <w:r>
        <w:lastRenderedPageBreak/>
        <w:t>“Not lately.”</w:t>
      </w:r>
    </w:p>
    <w:p w14:paraId="6C73BEDD" w14:textId="77777777" w:rsidR="003C09D9" w:rsidRDefault="003C09D9" w:rsidP="003C09D9">
      <w:r>
        <w:t>Munson didn’t answer.</w:t>
      </w:r>
    </w:p>
    <w:p w14:paraId="2F6E1E6B" w14:textId="77777777" w:rsidR="003C09D9" w:rsidRDefault="003C09D9" w:rsidP="003C09D9">
      <w:r>
        <w:t>Tilman changed tack. “Were you involved in the arson attack on the night Jonas Walker detained Grady and Duke?”</w:t>
      </w:r>
    </w:p>
    <w:p w14:paraId="2E91CBB5" w14:textId="77777777" w:rsidR="003C09D9" w:rsidRDefault="003C09D9" w:rsidP="003C09D9">
      <w:r>
        <w:t>“No.”</w:t>
      </w:r>
    </w:p>
    <w:p w14:paraId="2A40BA9E" w14:textId="77777777" w:rsidR="003C09D9" w:rsidRDefault="003C09D9" w:rsidP="003C09D9">
      <w:r>
        <w:t>“Where were you?”</w:t>
      </w:r>
    </w:p>
    <w:p w14:paraId="10440D67" w14:textId="77777777" w:rsidR="003C09D9" w:rsidRDefault="003C09D9" w:rsidP="003C09D9">
      <w:r>
        <w:t>“My house. Heard the gunshots, came out with the rest.”</w:t>
      </w:r>
    </w:p>
    <w:p w14:paraId="1DC2DF45" w14:textId="77777777" w:rsidR="003C09D9" w:rsidRDefault="003C09D9" w:rsidP="003C09D9">
      <w:r>
        <w:t>“Did you attempt to assist in securing the town?”</w:t>
      </w:r>
    </w:p>
    <w:p w14:paraId="57FC0C0B" w14:textId="77777777" w:rsidR="003C09D9" w:rsidRDefault="003C09D9" w:rsidP="003C09D9">
      <w:r>
        <w:t>“I tried. But Walker already had it in hand. Man moves fast when he wants to.”</w:t>
      </w:r>
    </w:p>
    <w:p w14:paraId="7B66E1C0" w14:textId="77777777" w:rsidR="003C09D9" w:rsidRDefault="003C09D9" w:rsidP="003C09D9">
      <w:r>
        <w:t>“Did you question the prisoners?”</w:t>
      </w:r>
    </w:p>
    <w:p w14:paraId="34EF8833" w14:textId="77777777" w:rsidR="003C09D9" w:rsidRDefault="003C09D9" w:rsidP="003C09D9">
      <w:r>
        <w:t>“They weren’t mine to question. Folks were still throwin’ water on the livery. And—” he looked toward Jonas “—he didn’t seem keen on sharing.”</w:t>
      </w:r>
    </w:p>
    <w:p w14:paraId="6448D355" w14:textId="77777777" w:rsidR="003C09D9" w:rsidRDefault="003C09D9" w:rsidP="003C09D9">
      <w:r>
        <w:t>Tilman frowned. “You’re the sheriff. This was a major criminal act.”</w:t>
      </w:r>
    </w:p>
    <w:p w14:paraId="58E056AB" w14:textId="77777777" w:rsidR="003C09D9" w:rsidRDefault="003C09D9" w:rsidP="003C09D9">
      <w:r>
        <w:t>Munson’s voice dropped slightly. “Yeah. And yet no one looked to me. Funny how fast they stopped when someone else gave the orders.”</w:t>
      </w:r>
    </w:p>
    <w:p w14:paraId="3169C274" w14:textId="77777777" w:rsidR="003C09D9" w:rsidRDefault="003C09D9" w:rsidP="003C09D9">
      <w:r>
        <w:t>Jonas stirred, but said nothing.</w:t>
      </w:r>
    </w:p>
    <w:p w14:paraId="415597EF" w14:textId="77777777" w:rsidR="003C09D9" w:rsidRDefault="003C09D9" w:rsidP="003C09D9">
      <w:r>
        <w:t>Tilman’s expression hardened. “You feel your authority’s been undermined?”</w:t>
      </w:r>
    </w:p>
    <w:p w14:paraId="0BB283B8" w14:textId="77777777" w:rsidR="003C09D9" w:rsidRDefault="003C09D9" w:rsidP="003C09D9">
      <w:r>
        <w:t>“I feel this town’s gotten confused,” Munson said. “Used to be, folks knew who kept the peace. These days they’re lookin’ to men with Bibles and rifles and talk about judgment.”</w:t>
      </w:r>
    </w:p>
    <w:p w14:paraId="5A73DFCA" w14:textId="77777777" w:rsidR="003C09D9" w:rsidRDefault="003C09D9" w:rsidP="003C09D9">
      <w:r>
        <w:t>“Was Reverend Stone a threat to your peace?”</w:t>
      </w:r>
    </w:p>
    <w:p w14:paraId="2A5D4032" w14:textId="77777777" w:rsidR="003C09D9" w:rsidRDefault="003C09D9" w:rsidP="003C09D9">
      <w:r>
        <w:t>Munson’s eyes narrowed. “He believed he was called to clean things up. Maybe he was. But sometimes, folks like that... they don’t leave room for anyone else to do their job.”</w:t>
      </w:r>
    </w:p>
    <w:p w14:paraId="567482A6" w14:textId="77777777" w:rsidR="003C09D9" w:rsidRDefault="003C09D9" w:rsidP="003C09D9">
      <w:r>
        <w:t>“Did you believe he needed to be removed?”</w:t>
      </w:r>
    </w:p>
    <w:p w14:paraId="4EC4F4E4" w14:textId="77777777" w:rsidR="003C09D9" w:rsidRDefault="003C09D9" w:rsidP="003C09D9">
      <w:r>
        <w:t>“No.” Munson’s voice was even. “But I knew he wasn’t long for this place. Grafton’s never taken well to folks tellin’ it how to live.”</w:t>
      </w:r>
    </w:p>
    <w:p w14:paraId="74F3BFD1" w14:textId="77777777" w:rsidR="003C09D9" w:rsidRDefault="003C09D9" w:rsidP="003C09D9">
      <w:r>
        <w:t>Tilman nodded slowly. “Last question. You and John Butler—what’s your relationship?”</w:t>
      </w:r>
    </w:p>
    <w:p w14:paraId="4612B1D5" w14:textId="77777777" w:rsidR="003C09D9" w:rsidRDefault="003C09D9" w:rsidP="003C09D9">
      <w:r>
        <w:t>Munson smirked. “He’s a businessman. I’m the sheriff. We see each other when we have to.”</w:t>
      </w:r>
    </w:p>
    <w:p w14:paraId="563D0A6D" w14:textId="77777777" w:rsidR="003C09D9" w:rsidRDefault="003C09D9" w:rsidP="003C09D9">
      <w:r>
        <w:t>“Is he honest?”</w:t>
      </w:r>
    </w:p>
    <w:p w14:paraId="7EC5CD76" w14:textId="77777777" w:rsidR="003C09D9" w:rsidRDefault="003C09D9" w:rsidP="003C09D9">
      <w:r>
        <w:lastRenderedPageBreak/>
        <w:t>A pause.</w:t>
      </w:r>
    </w:p>
    <w:p w14:paraId="05682E38" w14:textId="77777777" w:rsidR="003C09D9" w:rsidRDefault="003C09D9" w:rsidP="003C09D9">
      <w:r>
        <w:t>“Honest? What business man is? He’s effective.”</w:t>
      </w:r>
    </w:p>
    <w:p w14:paraId="08C1C1AF" w14:textId="77777777" w:rsidR="003C09D9" w:rsidRDefault="003C09D9" w:rsidP="003C09D9">
      <w:r>
        <w:t>Tilman straightened. “That’ll be all.”</w:t>
      </w:r>
    </w:p>
    <w:p w14:paraId="0C3017EA" w14:textId="77777777" w:rsidR="003C09D9" w:rsidRDefault="003C09D9" w:rsidP="003C09D9">
      <w:r>
        <w:t>Munson turned to leave but paused halfway down the aisle. He looked at Jonas without blinking. There was no malice in it—only weariness.</w:t>
      </w:r>
    </w:p>
    <w:p w14:paraId="2C122E79" w14:textId="77777777" w:rsidR="003C09D9" w:rsidRDefault="003C09D9" w:rsidP="003C09D9">
      <w:r>
        <w:t>“You think you’re fixin’ something,” he said quietly. “But you pull too hard on old wood, whole house comes down.”</w:t>
      </w:r>
    </w:p>
    <w:p w14:paraId="508D8FDA" w14:textId="77777777" w:rsidR="003C09D9" w:rsidRDefault="003C09D9" w:rsidP="003C09D9">
      <w:r>
        <w:t>Jonas didn’t respond.</w:t>
      </w:r>
    </w:p>
    <w:p w14:paraId="61D48B5D" w14:textId="77777777" w:rsidR="003C09D9" w:rsidRDefault="003C09D9" w:rsidP="003C09D9">
      <w:r>
        <w:t>Munson tipped his hat once and walked out.</w:t>
      </w:r>
    </w:p>
    <w:p w14:paraId="31F36194" w14:textId="77777777" w:rsidR="003C09D9" w:rsidRDefault="003C09D9" w:rsidP="003C09D9"/>
    <w:p w14:paraId="60F328BB" w14:textId="77777777" w:rsidR="003C09D9" w:rsidRDefault="003C09D9" w:rsidP="003C09D9">
      <w:r>
        <w:t>Marshal Tilman stepped forward as the last witness exited. He rested both hands on the table, surveying the silent room. The air was heavy with tension—uncertainty, fear, and the first glimmer of hope.</w:t>
      </w:r>
    </w:p>
    <w:p w14:paraId="6B6E7016" w14:textId="77777777" w:rsidR="003C09D9" w:rsidRDefault="003C09D9" w:rsidP="003C09D9">
      <w:r>
        <w:t>"I appreciate the testimony given here today," Tilman said, voice calm but firm. “This isn’t a trial, but it may lead to one. I’ve heard enough to make preliminary decisions. The individuals currently in custody will remain so until I’ve completed my report.”</w:t>
      </w:r>
    </w:p>
    <w:p w14:paraId="06CEFA40" w14:textId="77777777" w:rsidR="003C09D9" w:rsidRDefault="003C09D9" w:rsidP="003C09D9">
      <w:r>
        <w:t>He let his eyes drift across the pews.</w:t>
      </w:r>
    </w:p>
    <w:p w14:paraId="4D631F46" w14:textId="77777777" w:rsidR="003C09D9" w:rsidRDefault="003C09D9" w:rsidP="003C09D9">
      <w:r>
        <w:t>"Let me be clear: no man in this town—no matter how rich, position, or long-standing—stands above the law of these United States. Grafton may have lost its pastor, but it hasn't lost its conscience."</w:t>
      </w:r>
    </w:p>
    <w:p w14:paraId="6EB398D8" w14:textId="77777777" w:rsidR="003C09D9" w:rsidRDefault="003C09D9" w:rsidP="003C09D9">
      <w:r>
        <w:t>He stepped away from the table. “That’s all for now.”</w:t>
      </w:r>
    </w:p>
    <w:p w14:paraId="7AFB7D31" w14:textId="77777777" w:rsidR="003C09D9" w:rsidRDefault="003C09D9" w:rsidP="003C09D9">
      <w:r>
        <w:t>People slowly rose and filtered out, whispering in low tones. Tilman turned to Jonas and nodded once.</w:t>
      </w:r>
    </w:p>
    <w:p w14:paraId="1CFEC234" w14:textId="77777777" w:rsidR="003C09D9" w:rsidRDefault="003C09D9" w:rsidP="003C09D9"/>
    <w:p w14:paraId="746D130A" w14:textId="77777777" w:rsidR="003C09D9" w:rsidRDefault="003C09D9" w:rsidP="003C09D9">
      <w:r>
        <w:t>The small side room was lit by a single oil lamp and light from the setting sun, shadows dancing on the plain wood walls. Tilman shut the door behind them. Jonas leaned against the far wall, arms folded. Emily stood near the window, hands clasped. Ezra sat stiffly in a wooden chair, hat in his lap.</w:t>
      </w:r>
    </w:p>
    <w:p w14:paraId="178051C8" w14:textId="77777777" w:rsidR="003C09D9" w:rsidRDefault="003C09D9" w:rsidP="003C09D9">
      <w:r>
        <w:t>Tilman didn’t sit.</w:t>
      </w:r>
    </w:p>
    <w:p w14:paraId="30CE35E8" w14:textId="77777777" w:rsidR="003C09D9" w:rsidRDefault="003C09D9" w:rsidP="003C09D9">
      <w:r>
        <w:t>“I need to know,” he said plainly. “Where’s Malcolm Fraser?”</w:t>
      </w:r>
    </w:p>
    <w:p w14:paraId="71F6CD5C" w14:textId="77777777" w:rsidR="003C09D9" w:rsidRDefault="003C09D9" w:rsidP="003C09D9">
      <w:r>
        <w:t>Jonas exchanged a glance with Emily, then Ezra. He spoke first. “Far as we know, he just disappeared.”</w:t>
      </w:r>
    </w:p>
    <w:p w14:paraId="24313896" w14:textId="77777777" w:rsidR="003C09D9" w:rsidRDefault="003C09D9" w:rsidP="003C09D9">
      <w:r>
        <w:t>“Left one night,” Ezra added. “Didn’t say a word to anyone. Horse was gone in the morning. House locked up.”</w:t>
      </w:r>
    </w:p>
    <w:p w14:paraId="0F549734" w14:textId="77777777" w:rsidR="003C09D9" w:rsidRDefault="003C09D9" w:rsidP="003C09D9">
      <w:r>
        <w:lastRenderedPageBreak/>
        <w:t>Tilman’s brow furrowed. “No note? No message? No one seen him leave?”</w:t>
      </w:r>
    </w:p>
    <w:p w14:paraId="3B396F05" w14:textId="77777777" w:rsidR="003C09D9" w:rsidRDefault="003C09D9" w:rsidP="003C09D9">
      <w:r>
        <w:t>“No sir,” Emily said. “It was… strange. Quiet. Like he vanished in the dark.”</w:t>
      </w:r>
    </w:p>
    <w:p w14:paraId="2564F772" w14:textId="77777777" w:rsidR="003C09D9" w:rsidRDefault="003C09D9" w:rsidP="003C09D9">
      <w:r>
        <w:t>Tilman folded his arms, expression unreadable. “And John Butler—he stepped into the mayor’s shoes without being appointed?”</w:t>
      </w:r>
    </w:p>
    <w:p w14:paraId="2D75A815" w14:textId="77777777" w:rsidR="003C09D9" w:rsidRDefault="003C09D9" w:rsidP="003C09D9">
      <w:r>
        <w:t>Jonas gave a dry nod. “Started callin’ himself acting mayor. Town council didn’t argue.”</w:t>
      </w:r>
    </w:p>
    <w:p w14:paraId="15BDF50A" w14:textId="77777777" w:rsidR="003C09D9" w:rsidRDefault="003C09D9" w:rsidP="003C09D9">
      <w:r>
        <w:t>Ezra snorted softly. “Half the council’s been in his pocket for years. Other half learned to keep their heads down.”</w:t>
      </w:r>
    </w:p>
    <w:p w14:paraId="336E3815" w14:textId="77777777" w:rsidR="003C09D9" w:rsidRDefault="003C09D9" w:rsidP="003C09D9">
      <w:r>
        <w:t>“Fraser ever have dealings with Butler that you know of?” Tilman asked.</w:t>
      </w:r>
    </w:p>
    <w:p w14:paraId="266A40FE" w14:textId="77777777" w:rsidR="003C09D9" w:rsidRDefault="003C09D9" w:rsidP="003C09D9">
      <w:r>
        <w:t>“They were close,” Jonas said. “Too close in my opinion. But whatever arrangement they had—something changed. Fraser seemed uneasy the last week or two. Avoided Butler. Then he was gone.”</w:t>
      </w:r>
    </w:p>
    <w:p w14:paraId="554C0F10" w14:textId="77777777" w:rsidR="003C09D9" w:rsidRDefault="003C09D9" w:rsidP="003C09D9">
      <w:r>
        <w:t>Tilman took that in silently. He tapped a finger lightly against his holster.</w:t>
      </w:r>
    </w:p>
    <w:p w14:paraId="61EABAE4" w14:textId="77777777" w:rsidR="003C09D9" w:rsidRDefault="003C09D9" w:rsidP="003C09D9">
      <w:r>
        <w:t>“I’ve seen power shift in frontier towns before,” he said. “It always comes with missing people and men rising who never earned it.”</w:t>
      </w:r>
    </w:p>
    <w:p w14:paraId="0510B41E" w14:textId="77777777" w:rsidR="003C09D9" w:rsidRDefault="003C09D9" w:rsidP="003C09D9">
      <w:r>
        <w:t>He looked at Jonas, then to Emily.</w:t>
      </w:r>
    </w:p>
    <w:p w14:paraId="6CDA9CF7" w14:textId="77777777" w:rsidR="003C09D9" w:rsidRDefault="003C09D9" w:rsidP="003C09D9">
      <w:r>
        <w:t>“If Fraser’s still alive, I need to find him. If he’s not, I need to know who wanted him gone.”</w:t>
      </w:r>
    </w:p>
    <w:p w14:paraId="19C4A72B" w14:textId="77777777" w:rsidR="003C09D9" w:rsidRDefault="003C09D9" w:rsidP="003C09D9">
      <w:r>
        <w:t>Jonas nodded once. “You think Butler had something to do with it?”</w:t>
      </w:r>
    </w:p>
    <w:p w14:paraId="284DE4C7" w14:textId="77777777" w:rsidR="003C09D9" w:rsidRDefault="003C09D9" w:rsidP="003C09D9">
      <w:r>
        <w:t>Tilman didn’t answer. Not directly.</w:t>
      </w:r>
    </w:p>
    <w:p w14:paraId="4F4E7D0F" w14:textId="77777777" w:rsidR="003C09D9" w:rsidRDefault="003C09D9" w:rsidP="003C09D9">
      <w:r>
        <w:t>“I think when you shine a lantern on a snake nest, some start slithering. Others go still.”</w:t>
      </w:r>
    </w:p>
    <w:p w14:paraId="11208F54" w14:textId="77777777" w:rsidR="003C09D9" w:rsidRDefault="003C09D9" w:rsidP="003C09D9">
      <w:r>
        <w:t>He stepped toward the door, then paused.</w:t>
      </w:r>
    </w:p>
    <w:p w14:paraId="29274C0E" w14:textId="77777777" w:rsidR="003C09D9" w:rsidRDefault="003C09D9" w:rsidP="003C09D9">
      <w:r>
        <w:t>“Keep your eyes open. And if you hear Fraser’s name whispered, I want to know.”</w:t>
      </w:r>
    </w:p>
    <w:p w14:paraId="639D73F3" w14:textId="77777777" w:rsidR="003C09D9" w:rsidRDefault="003C09D9" w:rsidP="003C09D9">
      <w:r>
        <w:t>With that, he slipped out, boots thudding softly against the wooden floor.</w:t>
      </w:r>
    </w:p>
    <w:p w14:paraId="2A761A54" w14:textId="77777777" w:rsidR="003C09D9" w:rsidRDefault="003C09D9" w:rsidP="003C09D9"/>
    <w:p w14:paraId="0FDCD552" w14:textId="77777777" w:rsidR="003C09D9" w:rsidRDefault="003C09D9" w:rsidP="003C09D9">
      <w:r>
        <w:br/>
      </w:r>
    </w:p>
    <w:p w14:paraId="25F0653C" w14:textId="77777777" w:rsidR="003C09D9" w:rsidRDefault="003C09D9" w:rsidP="003C09D9">
      <w:r>
        <w:t>Chapter Twenty-Seven</w:t>
      </w:r>
    </w:p>
    <w:p w14:paraId="12687C5A" w14:textId="77777777" w:rsidR="003C09D9" w:rsidRDefault="003C09D9" w:rsidP="003C09D9">
      <w:r>
        <w:t>The last of the sun bled out across the stained-glass windows of the church, casting red and gold streaks over the worn pews. Dust floated in the still air like ash. Ezra sat hunched forward on the front bench, elbows on his knees, head in his hands. He hadn’t moved since the Marshal walked out.</w:t>
      </w:r>
    </w:p>
    <w:p w14:paraId="4D773C18" w14:textId="77777777" w:rsidR="003C09D9" w:rsidRDefault="003C09D9" w:rsidP="003C09D9">
      <w:r>
        <w:lastRenderedPageBreak/>
        <w:t>Jonas stood beside Emily near the back of the sanctuary. Neither of them spoke.</w:t>
      </w:r>
    </w:p>
    <w:p w14:paraId="724955C8" w14:textId="77777777" w:rsidR="003C09D9" w:rsidRDefault="003C09D9" w:rsidP="003C09D9">
      <w:r>
        <w:t>Emily’s arms were wrapped tightly around her waist, her eyes fixed on the door like she was trying to hold back whatever came through it. Jonas glanced at her, caught the tremble in her jaw, the stubborn way she stood her ground.</w:t>
      </w:r>
    </w:p>
    <w:p w14:paraId="026CDD89" w14:textId="77777777" w:rsidR="003C09D9" w:rsidRDefault="003C09D9" w:rsidP="003C09D9">
      <w:r>
        <w:t>Then he turned and walked down the center aisle, boots echoing against the boards. The church door creaked as he opened it.</w:t>
      </w:r>
    </w:p>
    <w:p w14:paraId="257B7842" w14:textId="77777777" w:rsidR="003C09D9" w:rsidRDefault="003C09D9" w:rsidP="003C09D9">
      <w:r>
        <w:t>Outside, dusk had deepened. A purple sky stretched above the rooftops, shadows gathering thick along the empty street. A breeze stirred the dust, carrying the dry scent of mesquite smoke and horse sweat—and something else, faint but familiar. The scent of war.</w:t>
      </w:r>
    </w:p>
    <w:p w14:paraId="0CC14B42" w14:textId="77777777" w:rsidR="003C09D9" w:rsidRDefault="003C09D9" w:rsidP="003C09D9">
      <w:r>
        <w:t>Marshal Tilman stood just beyond the porch, one hand resting on the butt of his sidearm, his eyes scanning the town square and the Army encampment glowing faintly in the near distance.</w:t>
      </w:r>
    </w:p>
    <w:p w14:paraId="6E70CDD5" w14:textId="77777777" w:rsidR="003C09D9" w:rsidRDefault="003C09D9" w:rsidP="003C09D9">
      <w:r>
        <w:t>He didn’t look at Jonas when he spoke.</w:t>
      </w:r>
    </w:p>
    <w:p w14:paraId="789560AF" w14:textId="77777777" w:rsidR="003C09D9" w:rsidRDefault="003C09D9" w:rsidP="003C09D9">
      <w:r>
        <w:t>“You feel that?”</w:t>
      </w:r>
    </w:p>
    <w:p w14:paraId="15AB009B" w14:textId="77777777" w:rsidR="003C09D9" w:rsidRDefault="003C09D9" w:rsidP="003C09D9">
      <w:r>
        <w:t>Jonas stepped beside him, gaze sweeping the rooftops, the alleys, the unnatural stillness pressing in on every side.</w:t>
      </w:r>
    </w:p>
    <w:p w14:paraId="5C42E47E" w14:textId="77777777" w:rsidR="003C09D9" w:rsidRDefault="003C09D9" w:rsidP="003C09D9">
      <w:r>
        <w:t>“Yeah,” he said quietly. “I feel it.”</w:t>
      </w:r>
    </w:p>
    <w:p w14:paraId="0D4499BB" w14:textId="77777777" w:rsidR="003C09D9" w:rsidRDefault="003C09D9" w:rsidP="003C09D9">
      <w:r>
        <w:t>Tilman nodded slowly. “Always comes before it breaks loose.”</w:t>
      </w:r>
    </w:p>
    <w:p w14:paraId="1BCA5A40" w14:textId="77777777" w:rsidR="003C09D9" w:rsidRDefault="003C09D9" w:rsidP="003C09D9">
      <w:r>
        <w:t>The church door creaked again as Ezra stepped out, hands shoved into his coat pockets. He stopped beside them, eyes scanning the street like he expected something to crawl out of the shadows.</w:t>
      </w:r>
    </w:p>
    <w:p w14:paraId="3CF50F62" w14:textId="77777777" w:rsidR="003C09D9" w:rsidRDefault="003C09D9" w:rsidP="003C09D9">
      <w:r>
        <w:t>Jonas turned, looked from Ezra to Tilman. None of them needed to say it aloud.</w:t>
      </w:r>
    </w:p>
    <w:p w14:paraId="205BFD0B" w14:textId="77777777" w:rsidR="003C09D9" w:rsidRDefault="003C09D9" w:rsidP="003C09D9">
      <w:r>
        <w:t>Tilman walked off toward the camp.  Ezra stepped up next to Jonas.</w:t>
      </w:r>
    </w:p>
    <w:p w14:paraId="04074BB1" w14:textId="77777777" w:rsidR="003C09D9" w:rsidRDefault="003C09D9" w:rsidP="003C09D9">
      <w:r>
        <w:t>“I’m sorry, Jonas. For everything. For...”</w:t>
      </w:r>
    </w:p>
    <w:p w14:paraId="26EF7DB9" w14:textId="77777777" w:rsidR="003C09D9" w:rsidRDefault="003C09D9" w:rsidP="003C09D9">
      <w:r>
        <w:t>Jonas didn’t look at him. “I know.”</w:t>
      </w:r>
    </w:p>
    <w:p w14:paraId="4CB6F36E" w14:textId="77777777" w:rsidR="003C09D9" w:rsidRDefault="003C09D9" w:rsidP="003C09D9">
      <w:r>
        <w:t>He turned, starting toward the edge of town.</w:t>
      </w:r>
    </w:p>
    <w:p w14:paraId="21A598E8" w14:textId="77777777" w:rsidR="003C09D9" w:rsidRDefault="003C09D9" w:rsidP="003C09D9">
      <w:r>
        <w:t>“Where are you going?” Ezra asked.</w:t>
      </w:r>
    </w:p>
    <w:p w14:paraId="68E7BCDE" w14:textId="77777777" w:rsidR="003C09D9" w:rsidRDefault="003C09D9" w:rsidP="003C09D9">
      <w:r>
        <w:t>“Jailhouse.”</w:t>
      </w:r>
    </w:p>
    <w:p w14:paraId="1D458085" w14:textId="77777777" w:rsidR="003C09D9" w:rsidRDefault="003C09D9" w:rsidP="003C09D9">
      <w:r>
        <w:t>Ezra blinked. “You think they’ll come for the prisoners?”</w:t>
      </w:r>
    </w:p>
    <w:p w14:paraId="0E602910" w14:textId="77777777" w:rsidR="003C09D9" w:rsidRDefault="003C09D9" w:rsidP="003C09D9">
      <w:r>
        <w:t>“I don’t know what they’ll do. That’s the problem.” He stopped. “Stay here. Watch the church.”</w:t>
      </w:r>
    </w:p>
    <w:p w14:paraId="1A140DE0" w14:textId="77777777" w:rsidR="003C09D9" w:rsidRDefault="003C09D9" w:rsidP="003C09D9">
      <w:r>
        <w:t>Before Ezra could answer, the church door opened again.</w:t>
      </w:r>
    </w:p>
    <w:p w14:paraId="0E6513A9" w14:textId="77777777" w:rsidR="003C09D9" w:rsidRDefault="003C09D9" w:rsidP="003C09D9">
      <w:r>
        <w:lastRenderedPageBreak/>
        <w:t>“Jonas!”</w:t>
      </w:r>
    </w:p>
    <w:p w14:paraId="56AFE03B" w14:textId="77777777" w:rsidR="003C09D9" w:rsidRDefault="003C09D9" w:rsidP="003C09D9">
      <w:r>
        <w:t>Emily’s voice.</w:t>
      </w:r>
    </w:p>
    <w:p w14:paraId="343A2D39" w14:textId="77777777" w:rsidR="003C09D9" w:rsidRDefault="003C09D9" w:rsidP="003C09D9">
      <w:r>
        <w:t>He turned. She was breathless, her shawl barely clinging to her shoulders.</w:t>
      </w:r>
    </w:p>
    <w:p w14:paraId="36E5ABDD" w14:textId="77777777" w:rsidR="003C09D9" w:rsidRDefault="003C09D9" w:rsidP="003C09D9">
      <w:r>
        <w:t>“Don’t go chasing shadows again,” she pleaded. “Not tonight. Please.”</w:t>
      </w:r>
    </w:p>
    <w:p w14:paraId="23FF140E" w14:textId="77777777" w:rsidR="003C09D9" w:rsidRDefault="003C09D9" w:rsidP="003C09D9">
      <w:r>
        <w:t>He looked at her—really looked—and saw the fear behind her eyes. The kind that came from too much loss, too fast.</w:t>
      </w:r>
    </w:p>
    <w:p w14:paraId="0BB11D9A" w14:textId="77777777" w:rsidR="003C09D9" w:rsidRDefault="003C09D9" w:rsidP="003C09D9">
      <w:r>
        <w:t>He wanted to say something gentle. He didn’t.</w:t>
      </w:r>
    </w:p>
    <w:p w14:paraId="24C95F7C" w14:textId="77777777" w:rsidR="003C09D9" w:rsidRDefault="003C09D9" w:rsidP="003C09D9">
      <w:r>
        <w:t>“Can’t afford to ignore shadows anymore,” he said.</w:t>
      </w:r>
    </w:p>
    <w:p w14:paraId="5C60D6E9" w14:textId="77777777" w:rsidR="003C09D9" w:rsidRDefault="003C09D9" w:rsidP="003C09D9">
      <w:r>
        <w:t>He turned and walked toward the jail as she watched him go.</w:t>
      </w:r>
    </w:p>
    <w:p w14:paraId="0A2191B3" w14:textId="77777777" w:rsidR="003C09D9" w:rsidRDefault="003C09D9" w:rsidP="003C09D9">
      <w:r>
        <w:t>***</w:t>
      </w:r>
    </w:p>
    <w:p w14:paraId="44DF2677" w14:textId="77777777" w:rsidR="003C09D9" w:rsidRDefault="003C09D9" w:rsidP="003C09D9">
      <w:r>
        <w:t>The lamp on Butler’s desk guttered in the still air, throwing warped shadows across the walls. A nearly empty glass of whiskey sat untouched beside a crumpled land deed, the seal broken, the ink smudged from sweat.</w:t>
      </w:r>
    </w:p>
    <w:p w14:paraId="3FD3840A" w14:textId="77777777" w:rsidR="003C09D9" w:rsidRDefault="003C09D9" w:rsidP="003C09D9">
      <w:r>
        <w:t>Butler stood over the desk, his jaw clenched so tight a vein bulged at his temple. He stared down at the paper like he could will it to disappear. Then, with a sudden snarl, he grabbed the deed and crushed it in one fist.</w:t>
      </w:r>
    </w:p>
    <w:p w14:paraId="307D412F" w14:textId="77777777" w:rsidR="003C09D9" w:rsidRDefault="003C09D9" w:rsidP="003C09D9">
      <w:r>
        <w:t>“They’re going to send reinforcements,” he muttered.</w:t>
      </w:r>
    </w:p>
    <w:p w14:paraId="503A81D6" w14:textId="77777777" w:rsidR="003C09D9" w:rsidRDefault="003C09D9" w:rsidP="003C09D9">
      <w:r>
        <w:t>Carson leaned against the far wall, arms folded, his hat pulled low over his brow. The lantern light flickered off the scar that ran down the left side of his jaw.</w:t>
      </w:r>
    </w:p>
    <w:p w14:paraId="6F93DFCE" w14:textId="77777777" w:rsidR="003C09D9" w:rsidRDefault="003C09D9" w:rsidP="003C09D9">
      <w:r>
        <w:t>“You sure?” he asked.</w:t>
      </w:r>
    </w:p>
    <w:p w14:paraId="16FDE5B6" w14:textId="77777777" w:rsidR="003C09D9" w:rsidRDefault="003C09D9" w:rsidP="003C09D9">
      <w:r>
        <w:t>“I got word an hour ago.” Butler turned, pacing. “Tilman’s not just sniffing around anymore. He’s already written New Orleans. Once that cavalry rolls in, it’s over. Land, power, everything—we lose it all.”</w:t>
      </w:r>
    </w:p>
    <w:p w14:paraId="256244F8" w14:textId="77777777" w:rsidR="003C09D9" w:rsidRDefault="003C09D9" w:rsidP="003C09D9">
      <w:r>
        <w:t>Carson’s eyes narrowed. “We could still buy time.”</w:t>
      </w:r>
    </w:p>
    <w:p w14:paraId="45FCAD5E" w14:textId="77777777" w:rsidR="003C09D9" w:rsidRDefault="003C09D9" w:rsidP="003C09D9">
      <w:r>
        <w:t>“There is no time!” Butler snapped. “You think they’ll wait for another council meeting? You think they’ll let me keep anything once they dig into the records?”</w:t>
      </w:r>
    </w:p>
    <w:p w14:paraId="0993CFBC" w14:textId="77777777" w:rsidR="003C09D9" w:rsidRDefault="003C09D9" w:rsidP="003C09D9">
      <w:r>
        <w:t>He stopped at the window, pulled back the curtain, and peered out toward the town.</w:t>
      </w:r>
    </w:p>
    <w:p w14:paraId="069517F2" w14:textId="77777777" w:rsidR="003C09D9" w:rsidRDefault="003C09D9" w:rsidP="003C09D9">
      <w:r>
        <w:t>“They’ll take the land. The money. The railroad contracts. And hang what’s left of us.”</w:t>
      </w:r>
    </w:p>
    <w:p w14:paraId="20C45EAE" w14:textId="77777777" w:rsidR="003C09D9" w:rsidRDefault="003C09D9" w:rsidP="003C09D9">
      <w:r>
        <w:t>Carson pushed off the wall, stepping closer. “So, what do you want to do?”</w:t>
      </w:r>
    </w:p>
    <w:p w14:paraId="287102CB" w14:textId="77777777" w:rsidR="003C09D9" w:rsidRDefault="003C09D9" w:rsidP="003C09D9">
      <w:r>
        <w:t>Butler turned, face grim, voice low and cold.</w:t>
      </w:r>
    </w:p>
    <w:p w14:paraId="1284E776" w14:textId="77777777" w:rsidR="003C09D9" w:rsidRDefault="003C09D9" w:rsidP="003C09D9">
      <w:r>
        <w:lastRenderedPageBreak/>
        <w:t>“Tonight, we take the fight to them.”</w:t>
      </w:r>
    </w:p>
    <w:p w14:paraId="0FB058CF" w14:textId="77777777" w:rsidR="003C09D9" w:rsidRDefault="003C09D9" w:rsidP="003C09D9">
      <w:r>
        <w:t>“To the Marshal?”</w:t>
      </w:r>
    </w:p>
    <w:p w14:paraId="7B4BC6DA" w14:textId="77777777" w:rsidR="003C09D9" w:rsidRDefault="003C09D9" w:rsidP="003C09D9">
      <w:r>
        <w:t>“To all of them. The soldiers. The church rats. Anyone that stands with them. I’ll burn this town to the ground and start over!”</w:t>
      </w:r>
    </w:p>
    <w:p w14:paraId="2518883E" w14:textId="77777777" w:rsidR="003C09D9" w:rsidRDefault="003C09D9" w:rsidP="003C09D9">
      <w:r>
        <w:t>Carson grinned, a slow, ugly thing. “About time.”</w:t>
      </w:r>
    </w:p>
    <w:p w14:paraId="392F6D7E" w14:textId="77777777" w:rsidR="003C09D9" w:rsidRDefault="003C09D9" w:rsidP="003C09D9">
      <w:r>
        <w:t>“The men?”</w:t>
      </w:r>
    </w:p>
    <w:p w14:paraId="6B8852BD" w14:textId="77777777" w:rsidR="003C09D9" w:rsidRDefault="003C09D9" w:rsidP="003C09D9">
      <w:r>
        <w:t>“They’re ready. Armed, mounted, mean and ready to fight.”</w:t>
      </w:r>
    </w:p>
    <w:p w14:paraId="67DAFFF0" w14:textId="77777777" w:rsidR="003C09D9" w:rsidRDefault="003C09D9" w:rsidP="003C09D9">
      <w:r>
        <w:t>Butler poured the last of the whiskey into his glass but didn’t drink it. He stared into it like it might hold the future.</w:t>
      </w:r>
    </w:p>
    <w:p w14:paraId="57998DF3" w14:textId="77777777" w:rsidR="003C09D9" w:rsidRDefault="003C09D9" w:rsidP="003C09D9">
      <w:r>
        <w:t>“Then ride. Hit the Army camp first. Break their line before sun-up. Make it loud. Make it fast.”</w:t>
      </w:r>
    </w:p>
    <w:p w14:paraId="38E79578" w14:textId="77777777" w:rsidR="003C09D9" w:rsidRDefault="003C09D9" w:rsidP="003C09D9">
      <w:r>
        <w:t>Carson tipped his hat and turned for the door. “Oh, it’ll be loud.”</w:t>
      </w:r>
    </w:p>
    <w:p w14:paraId="275DEF8B" w14:textId="77777777" w:rsidR="003C09D9" w:rsidRDefault="003C09D9" w:rsidP="003C09D9">
      <w:r>
        <w:t>“Find Munson, send him to me.”</w:t>
      </w:r>
    </w:p>
    <w:p w14:paraId="59BB5DE5" w14:textId="77777777" w:rsidR="003C09D9" w:rsidRDefault="003C09D9" w:rsidP="003C09D9">
      <w:r>
        <w:t>Butler didn’t watch him go. He just stood there in the dim light, glass in hand, the weight of empire crumbling on his shoulders—and blood already on his mind.</w:t>
      </w:r>
    </w:p>
    <w:p w14:paraId="040DEF17" w14:textId="77777777" w:rsidR="003C09D9" w:rsidRDefault="003C09D9" w:rsidP="003C09D9">
      <w:r>
        <w:t>***</w:t>
      </w:r>
    </w:p>
    <w:p w14:paraId="2599F11E" w14:textId="77777777" w:rsidR="003C09D9" w:rsidRDefault="003C09D9" w:rsidP="003C09D9">
      <w:r>
        <w:t>Jonas rode the ridge trail with his shoulders tight and jaw clenched. Something in the air wasn’t right—he could feel it crawling across his skin like the static before a lightning strike. The moon hung low and orange behind a veil of clouds, casting the land in strange, flickering hues. Down below, the mesquite and cedar gave way to the long-shadowed flats east of Grafton.</w:t>
      </w:r>
    </w:p>
    <w:p w14:paraId="1DC3C260" w14:textId="77777777" w:rsidR="003C09D9" w:rsidRDefault="003C09D9" w:rsidP="003C09D9">
      <w:r>
        <w:t>That’s when he saw them.</w:t>
      </w:r>
    </w:p>
    <w:p w14:paraId="7A04925F" w14:textId="77777777" w:rsidR="003C09D9" w:rsidRDefault="003C09D9" w:rsidP="003C09D9">
      <w:r>
        <w:t>A line of riders, moving fast and quiet across the dry wash.</w:t>
      </w:r>
    </w:p>
    <w:p w14:paraId="1C703AE1" w14:textId="77777777" w:rsidR="003C09D9" w:rsidRDefault="003C09D9" w:rsidP="003C09D9">
      <w:r>
        <w:t>He dismounted and crouched beside a scrub oak, raising his spyglass. The moonlight caught flashes of movement—guns, vests, broad shoulders, too many hats to count. Forty, maybe fifty men, riding in staggered formation.</w:t>
      </w:r>
    </w:p>
    <w:p w14:paraId="188F80AA" w14:textId="77777777" w:rsidR="003C09D9" w:rsidRDefault="003C09D9" w:rsidP="003C09D9">
      <w:r>
        <w:t>Not bandits.</w:t>
      </w:r>
    </w:p>
    <w:p w14:paraId="5447B2B4" w14:textId="77777777" w:rsidR="003C09D9" w:rsidRDefault="003C09D9" w:rsidP="003C09D9">
      <w:r>
        <w:t>Organized.</w:t>
      </w:r>
    </w:p>
    <w:p w14:paraId="5D9F7F07" w14:textId="77777777" w:rsidR="003C09D9" w:rsidRDefault="003C09D9" w:rsidP="003C09D9">
      <w:r>
        <w:t>He spotted Carson at the head of the line, grim and focused, one hand signaling to the riders behind. Not toward the Army encampment like he'd expected—but toward the town.</w:t>
      </w:r>
    </w:p>
    <w:p w14:paraId="4AD90F00" w14:textId="77777777" w:rsidR="003C09D9" w:rsidRDefault="003C09D9" w:rsidP="003C09D9">
      <w:r>
        <w:t>Jonas felt his stomach turn to iron. They're coming for everyone.</w:t>
      </w:r>
    </w:p>
    <w:p w14:paraId="04215C94" w14:textId="77777777" w:rsidR="003C09D9" w:rsidRDefault="003C09D9" w:rsidP="003C09D9">
      <w:r>
        <w:lastRenderedPageBreak/>
        <w:t>He turned, grabbed his reins, and swung into the saddle.</w:t>
      </w:r>
    </w:p>
    <w:p w14:paraId="0EE94A9F" w14:textId="77777777" w:rsidR="003C09D9" w:rsidRDefault="003C09D9" w:rsidP="003C09D9"/>
    <w:p w14:paraId="26E079B9" w14:textId="77777777" w:rsidR="003C09D9" w:rsidRDefault="003C09D9" w:rsidP="003C09D9">
      <w:r>
        <w:t>The shortcut behind the ridge cut the ride to the Army camp by half. Jonas thundered down the path, branches whipping his coat, his horse lunging with each step. By the time he reached the edge of the tents, his lungs burned and sweat pasted his shirt to his back.</w:t>
      </w:r>
    </w:p>
    <w:p w14:paraId="0CAA7E62" w14:textId="77777777" w:rsidR="003C09D9" w:rsidRDefault="003C09D9" w:rsidP="003C09D9">
      <w:r>
        <w:t>Tilman was already outside, dressed and alert, speaking low to a sentry. His head snapped up as Jonas galloped in.</w:t>
      </w:r>
    </w:p>
    <w:p w14:paraId="03BF36B8" w14:textId="77777777" w:rsidR="003C09D9" w:rsidRDefault="003C09D9" w:rsidP="003C09D9">
      <w:r>
        <w:t>“They’re coming,” Jonas said, swinging down from the saddle. “From the east. Carson’s with them. Forty, maybe fifty. Ten minutes out.”</w:t>
      </w:r>
    </w:p>
    <w:p w14:paraId="59A2DE66" w14:textId="77777777" w:rsidR="003C09D9" w:rsidRDefault="003C09D9" w:rsidP="003C09D9">
      <w:r>
        <w:t>Tilman didn’t blink. “Grafton?”</w:t>
      </w:r>
    </w:p>
    <w:p w14:paraId="583AD9AD" w14:textId="77777777" w:rsidR="003C09D9" w:rsidRDefault="003C09D9" w:rsidP="003C09D9">
      <w:r>
        <w:t>Jonas nodded. “Not just the camp. The town.”</w:t>
      </w:r>
    </w:p>
    <w:p w14:paraId="64BDADE4" w14:textId="77777777" w:rsidR="003C09D9" w:rsidRDefault="003C09D9" w:rsidP="003C09D9">
      <w:r>
        <w:t>Tilman swore, then barked orders to his men. “Get up the line. Wake everyone. Load everything.”</w:t>
      </w:r>
    </w:p>
    <w:p w14:paraId="5BC5012F" w14:textId="77777777" w:rsidR="003C09D9" w:rsidRDefault="003C09D9" w:rsidP="003C09D9">
      <w:r>
        <w:t>He turned back to Jonas. “You in this?”</w:t>
      </w:r>
    </w:p>
    <w:p w14:paraId="2FCB3D7E" w14:textId="77777777" w:rsidR="003C09D9" w:rsidRDefault="003C09D9" w:rsidP="003C09D9">
      <w:r>
        <w:t>Jonas met his gaze, and without answering, took off running toward the boarding house.</w:t>
      </w:r>
    </w:p>
    <w:p w14:paraId="2302E750" w14:textId="77777777" w:rsidR="003C09D9" w:rsidRDefault="003C09D9" w:rsidP="003C09D9"/>
    <w:p w14:paraId="4170A80D" w14:textId="77777777" w:rsidR="003C09D9" w:rsidRDefault="003C09D9" w:rsidP="003C09D9">
      <w:r>
        <w:t>The door banged open beneath his boot. The rifle was still under the bed, wrapped in oilcloth. His fingers found it like greeting an old friend. A few boxes of pistol cartridges sat in the trunk. He grabbed two, shoved them into his coat pocket, and checked both Colts at his sides.</w:t>
      </w:r>
    </w:p>
    <w:p w14:paraId="19EBD936" w14:textId="77777777" w:rsidR="003C09D9" w:rsidRDefault="003C09D9" w:rsidP="003C09D9">
      <w:r>
        <w:t>When he stepped back outside, the first light of dawn had begun to peel across the horizon. The sky glowed the color of blood behind black clouds.</w:t>
      </w:r>
    </w:p>
    <w:p w14:paraId="07F8A1F8" w14:textId="77777777" w:rsidR="003C09D9" w:rsidRDefault="003C09D9" w:rsidP="003C09D9">
      <w:r>
        <w:t>Emily was standing just outside the church, arms wrapped tightly around herself. Her eyes widened as she saw Jonas striding out, rifle in hand.</w:t>
      </w:r>
    </w:p>
    <w:p w14:paraId="686A6728" w14:textId="77777777" w:rsidR="003C09D9" w:rsidRDefault="003C09D9" w:rsidP="003C09D9">
      <w:r>
        <w:t>“Jonas!” she called, stepping toward him.</w:t>
      </w:r>
    </w:p>
    <w:p w14:paraId="55044EFC" w14:textId="77777777" w:rsidR="003C09D9" w:rsidRDefault="003C09D9" w:rsidP="003C09D9">
      <w:r>
        <w:t>“You don’t have to do this.” Her voice cracked. “Please. You’re not a soldier anymore.”</w:t>
      </w:r>
    </w:p>
    <w:p w14:paraId="2156F124" w14:textId="77777777" w:rsidR="003C09D9" w:rsidRDefault="003C09D9" w:rsidP="003C09D9">
      <w:r>
        <w:t>He stopped, looking her in the eyes. Dirt streaked his boots. Powder dusted his sleeves. The look in his eyes was a far cry from the man she’d first met—colder, yes. But clearer, too.</w:t>
      </w:r>
    </w:p>
    <w:p w14:paraId="1F6DB285" w14:textId="77777777" w:rsidR="003C09D9" w:rsidRDefault="003C09D9" w:rsidP="003C09D9">
      <w:r>
        <w:t>“I know,” he said, pausing just a beat. “I’m a man trying to keep people from dying.”</w:t>
      </w:r>
    </w:p>
    <w:p w14:paraId="4E6653E2" w14:textId="77777777" w:rsidR="003C09D9" w:rsidRDefault="003C09D9" w:rsidP="003C09D9">
      <w:r>
        <w:t>Emily’s lips parted, words caught in her throat. He could see it—everything she wanted to say but didn’t know how. The ache behind her eyes. The fear.</w:t>
      </w:r>
    </w:p>
    <w:p w14:paraId="46ACEE73" w14:textId="77777777" w:rsidR="003C09D9" w:rsidRDefault="003C09D9" w:rsidP="003C09D9">
      <w:r>
        <w:lastRenderedPageBreak/>
        <w:t>He didn’t wait for a reply.</w:t>
      </w:r>
    </w:p>
    <w:p w14:paraId="73449A73" w14:textId="77777777" w:rsidR="003C09D9" w:rsidRDefault="003C09D9" w:rsidP="003C09D9">
      <w:r>
        <w:t>He turned and ran back toward the rising dust and clatter of preparation. Toward the ridge. Toward war.</w:t>
      </w:r>
    </w:p>
    <w:p w14:paraId="29E62477" w14:textId="77777777" w:rsidR="003C09D9" w:rsidRDefault="003C09D9" w:rsidP="003C09D9">
      <w:r>
        <w:t>Again.</w:t>
      </w:r>
    </w:p>
    <w:p w14:paraId="7D11B847" w14:textId="77777777" w:rsidR="003C09D9" w:rsidRDefault="003C09D9" w:rsidP="003C09D9">
      <w:r>
        <w:t>***</w:t>
      </w:r>
    </w:p>
    <w:p w14:paraId="2BD76DD6" w14:textId="77777777" w:rsidR="003C09D9" w:rsidRDefault="003C09D9" w:rsidP="003C09D9">
      <w:r>
        <w:t>Tilman barked orders beneath the canvas flap of the command tent, his voice sharp over the sound of clanking gear and frightened whispers. He spun when he heard boots crunching behind him.</w:t>
      </w:r>
    </w:p>
    <w:p w14:paraId="029D6FE8" w14:textId="77777777" w:rsidR="003C09D9" w:rsidRDefault="003C09D9" w:rsidP="003C09D9">
      <w:r>
        <w:t>Jonas stepped up out of the half-light, his rifle across his chest, revolvers holstered at his hips. His coat flapped open in the rising wind. The hard-set look in his eyes made the corporal beside Tilman flinch.</w:t>
      </w:r>
    </w:p>
    <w:p w14:paraId="6CDABD7E" w14:textId="77777777" w:rsidR="003C09D9" w:rsidRDefault="003C09D9" w:rsidP="003C09D9">
      <w:r>
        <w:t>Tilman narrowed his eyes slightly, studying him. “You’ve done this before.”</w:t>
      </w:r>
    </w:p>
    <w:p w14:paraId="1EA47D0B" w14:textId="77777777" w:rsidR="003C09D9" w:rsidRDefault="003C09D9" w:rsidP="003C09D9">
      <w:r>
        <w:t>Jonas said nothing. He just scanned the horizon behind the tent, jaw tight.</w:t>
      </w:r>
    </w:p>
    <w:p w14:paraId="275DD98D" w14:textId="77777777" w:rsidR="003C09D9" w:rsidRDefault="003C09D9" w:rsidP="003C09D9">
      <w:r>
        <w:t>Tilman looked again—really looked—and recognized it. That look. The one men wore before a storm of lead and blood. He’d seen it in winter tents outside Chattanooga. In shattered trenches at Cold Harbor. But not in Jonas. Not until now.</w:t>
      </w:r>
    </w:p>
    <w:p w14:paraId="566FC5CC" w14:textId="77777777" w:rsidR="003C09D9" w:rsidRDefault="003C09D9" w:rsidP="003C09D9">
      <w:r>
        <w:t>Ezra approached, breathless but resolute, leading a handful of townsmen behind him—Schneider’s eldest, a wiry kid with a rusted pistol, and a farmer with a scattergun that looked older than the Republic.</w:t>
      </w:r>
    </w:p>
    <w:p w14:paraId="1903F934" w14:textId="77777777" w:rsidR="003C09D9" w:rsidRDefault="003C09D9" w:rsidP="003C09D9">
      <w:r>
        <w:t>Jonas turned. “Ezra, I need you at the church.”</w:t>
      </w:r>
    </w:p>
    <w:p w14:paraId="487C0E6A" w14:textId="77777777" w:rsidR="003C09D9" w:rsidRDefault="003C09D9" w:rsidP="003C09D9">
      <w:r>
        <w:t>Ezra blinked. “What?”</w:t>
      </w:r>
    </w:p>
    <w:p w14:paraId="5A41E022" w14:textId="77777777" w:rsidR="003C09D9" w:rsidRDefault="003C09D9" w:rsidP="003C09D9">
      <w:r>
        <w:t>“Sister June and Miss Hartley’ll be there. I need someone steady to watch over them. You know that place better than anyone. Lock the doors if you have to.”</w:t>
      </w:r>
    </w:p>
    <w:p w14:paraId="2C405A36" w14:textId="77777777" w:rsidR="003C09D9" w:rsidRDefault="003C09D9" w:rsidP="003C09D9">
      <w:r>
        <w:t>Ezra looked like he wanted to argue. But then his eyes shifted—back to that rifle slung across Jonas’s shoulder. The pistols. The war-beaten stance.</w:t>
      </w:r>
    </w:p>
    <w:p w14:paraId="3BD185A3" w14:textId="77777777" w:rsidR="003C09D9" w:rsidRDefault="003C09D9" w:rsidP="003C09D9">
      <w:r>
        <w:t>“All right,” he said quietly. “But you better come back.”</w:t>
      </w:r>
    </w:p>
    <w:p w14:paraId="700084A5" w14:textId="77777777" w:rsidR="003C09D9" w:rsidRDefault="003C09D9" w:rsidP="003C09D9">
      <w:r>
        <w:t>Jonas gave a faint nod. Ezra turned and led his group back toward the chapel, weapons in hand.</w:t>
      </w:r>
    </w:p>
    <w:p w14:paraId="5EEDA440" w14:textId="77777777" w:rsidR="003C09D9" w:rsidRDefault="003C09D9" w:rsidP="003C09D9">
      <w:r>
        <w:t>Tilman exhaled, glanced toward the line. “Even with them, we’re still outnumbered.”</w:t>
      </w:r>
    </w:p>
    <w:p w14:paraId="5DC32442" w14:textId="77777777" w:rsidR="003C09D9" w:rsidRDefault="003C09D9" w:rsidP="003C09D9">
      <w:r>
        <w:t>Jonas didn’t disagree. He just checked his ammo.</w:t>
      </w:r>
    </w:p>
    <w:p w14:paraId="2252DF3B" w14:textId="77777777" w:rsidR="003C09D9" w:rsidRDefault="003C09D9" w:rsidP="003C09D9">
      <w:r>
        <w:t>Tilman wiped sweat from his brow. “Where’d you serve?”</w:t>
      </w:r>
    </w:p>
    <w:p w14:paraId="604A9972" w14:textId="77777777" w:rsidR="003C09D9" w:rsidRDefault="003C09D9" w:rsidP="003C09D9">
      <w:r>
        <w:t>“Ninth Texas Cavalry,” Jonas said, without looking up.</w:t>
      </w:r>
    </w:p>
    <w:p w14:paraId="28EDA167" w14:textId="77777777" w:rsidR="003C09D9" w:rsidRDefault="003C09D9" w:rsidP="003C09D9">
      <w:r>
        <w:t>Tilman raised a brow. “Confederate horse. Fought in Indian Territory, didn’t you?”</w:t>
      </w:r>
    </w:p>
    <w:p w14:paraId="3F55B0FA" w14:textId="77777777" w:rsidR="003C09D9" w:rsidRDefault="003C09D9" w:rsidP="003C09D9">
      <w:r>
        <w:lastRenderedPageBreak/>
        <w:t>Jonas nodded slowly. “Pea Ridge. Corinth. Thompson’s Station. Hell across a dozen counties. And you?”</w:t>
      </w:r>
    </w:p>
    <w:p w14:paraId="55734860" w14:textId="77777777" w:rsidR="003C09D9" w:rsidRDefault="003C09D9" w:rsidP="003C09D9">
      <w:r>
        <w:t>Tilman straightened. “Second Corps. Served under Rawlins, on Grant’s staff. Shiloh. Vicksburg. Cold Harbor.”</w:t>
      </w:r>
    </w:p>
    <w:p w14:paraId="42AC77BF" w14:textId="77777777" w:rsidR="003C09D9" w:rsidRDefault="003C09D9" w:rsidP="003C09D9">
      <w:r>
        <w:t>They shared a silent glance. Not enemies now. Just veterans of the same fire.</w:t>
      </w:r>
    </w:p>
    <w:p w14:paraId="6D7AB14D" w14:textId="77777777" w:rsidR="003C09D9" w:rsidRDefault="003C09D9" w:rsidP="003C09D9">
      <w:r>
        <w:t>A scout called from the edge of the field. “Riders! Coming fast!”</w:t>
      </w:r>
    </w:p>
    <w:p w14:paraId="16F0CBCA" w14:textId="77777777" w:rsidR="003C09D9" w:rsidRDefault="003C09D9" w:rsidP="003C09D9">
      <w:r>
        <w:t>Jonas slung his rifle into place and jogged low toward the nearest fencepost. The ground trembled beneath the gallop of forty hooves. Dust spiraled in the morning wind.</w:t>
      </w:r>
    </w:p>
    <w:p w14:paraId="2EC6BEC1" w14:textId="77777777" w:rsidR="003C09D9" w:rsidRDefault="003C09D9" w:rsidP="003C09D9">
      <w:r>
        <w:t>Then the tree line broke open.</w:t>
      </w:r>
    </w:p>
    <w:p w14:paraId="1990B8B3" w14:textId="77777777" w:rsidR="003C09D9" w:rsidRDefault="003C09D9" w:rsidP="003C09D9">
      <w:r>
        <w:t>The attackers came hard and loud—Carson at the lead, shotgun in hand, a red bandana across his face. Behind him, wild-eyed men leaned into their saddles, shouting.</w:t>
      </w:r>
    </w:p>
    <w:p w14:paraId="600A628C" w14:textId="77777777" w:rsidR="003C09D9" w:rsidRDefault="003C09D9" w:rsidP="003C09D9">
      <w:r>
        <w:t>Jonas took a knee behind a splintered trough, raised his rifle, exhaled once, and fired.</w:t>
      </w:r>
    </w:p>
    <w:p w14:paraId="0973858E" w14:textId="77777777" w:rsidR="003C09D9" w:rsidRDefault="003C09D9" w:rsidP="003C09D9">
      <w:r>
        <w:t>The first man off his saddle.</w:t>
      </w:r>
    </w:p>
    <w:p w14:paraId="2FD75342" w14:textId="77777777" w:rsidR="003C09D9" w:rsidRDefault="003C09D9" w:rsidP="003C09D9">
      <w:r>
        <w:t>A second bullet cracked through the chest of another, who collapsed against his horse before falling limp into the dust.</w:t>
      </w:r>
    </w:p>
    <w:p w14:paraId="72A1C711" w14:textId="77777777" w:rsidR="003C09D9" w:rsidRDefault="003C09D9" w:rsidP="003C09D9">
      <w:r>
        <w:t>Jonas moved smoothly to another post, firing again. Calm. Precise. Like he was born to it.</w:t>
      </w:r>
    </w:p>
    <w:p w14:paraId="435ECAF1" w14:textId="77777777" w:rsidR="003C09D9" w:rsidRDefault="003C09D9" w:rsidP="003C09D9">
      <w:r>
        <w:t>Gunfire erupted all along the line. Two townsmen dropped screaming. One Army private clutched his shoulder, spun backward, and crawled into the grass.</w:t>
      </w:r>
    </w:p>
    <w:p w14:paraId="269C4B74" w14:textId="77777777" w:rsidR="003C09D9" w:rsidRDefault="003C09D9" w:rsidP="003C09D9">
      <w:r>
        <w:t>“Hold your ground!” Tilman shouted. “Dress the line!”</w:t>
      </w:r>
    </w:p>
    <w:p w14:paraId="55077B0E" w14:textId="77777777" w:rsidR="003C09D9" w:rsidRDefault="003C09D9" w:rsidP="003C09D9">
      <w:r>
        <w:t>Five riders peeled off the main group, galloping toward the town. Jonas saw them cut across the field toward the side road.</w:t>
      </w:r>
    </w:p>
    <w:p w14:paraId="1B08A0BB" w14:textId="77777777" w:rsidR="003C09D9" w:rsidRDefault="003C09D9" w:rsidP="003C09D9">
      <w:r>
        <w:t>“Five breaking off!” he called. “Two toward the church!”</w:t>
      </w:r>
    </w:p>
    <w:p w14:paraId="350AD4D7" w14:textId="77777777" w:rsidR="003C09D9" w:rsidRDefault="003C09D9" w:rsidP="003C09D9">
      <w:r>
        <w:t>He broke cover and sprinted across the wagon path, reloading as he ran.</w:t>
      </w:r>
    </w:p>
    <w:p w14:paraId="7B940AB4" w14:textId="77777777" w:rsidR="003C09D9" w:rsidRDefault="003C09D9" w:rsidP="003C09D9">
      <w:r>
        <w:t>—</w:t>
      </w:r>
    </w:p>
    <w:p w14:paraId="796B89FB" w14:textId="77777777" w:rsidR="003C09D9" w:rsidRDefault="003C09D9" w:rsidP="003C09D9">
      <w:r>
        <w:t>Ezra had just reached the church steps when he saw them—two riders galloping in, weapons raised.</w:t>
      </w:r>
    </w:p>
    <w:p w14:paraId="2D996649" w14:textId="77777777" w:rsidR="003C09D9" w:rsidRDefault="003C09D9" w:rsidP="003C09D9">
      <w:r>
        <w:t>Emily stood in front of the chapel, fumbling with the latch. She turned at the sound, saw the men, and froze.</w:t>
      </w:r>
    </w:p>
    <w:p w14:paraId="70F5BAFC" w14:textId="77777777" w:rsidR="003C09D9" w:rsidRDefault="003C09D9" w:rsidP="003C09D9">
      <w:r>
        <w:t>“Emily! Go inside!” Ezra shouted.</w:t>
      </w:r>
    </w:p>
    <w:p w14:paraId="1E1345CB" w14:textId="77777777" w:rsidR="003C09D9" w:rsidRDefault="003C09D9" w:rsidP="003C09D9">
      <w:r>
        <w:t>She ran, skirts bunched in one hand, reaching the door just as one of the riders lifted a carbine to his shoulder.</w:t>
      </w:r>
    </w:p>
    <w:p w14:paraId="6469341E" w14:textId="77777777" w:rsidR="003C09D9" w:rsidRDefault="003C09D9" w:rsidP="003C09D9">
      <w:r>
        <w:lastRenderedPageBreak/>
        <w:t>Ezra stepped between them and fired.</w:t>
      </w:r>
    </w:p>
    <w:p w14:paraId="330145A8" w14:textId="77777777" w:rsidR="003C09D9" w:rsidRDefault="003C09D9" w:rsidP="003C09D9">
      <w:r>
        <w:t>The first rider screamed and tumbled from his saddle.</w:t>
      </w:r>
    </w:p>
    <w:p w14:paraId="52DA00F1" w14:textId="77777777" w:rsidR="003C09D9" w:rsidRDefault="003C09D9" w:rsidP="003C09D9">
      <w:r>
        <w:t>The second took aim.</w:t>
      </w:r>
    </w:p>
    <w:p w14:paraId="1062FF43" w14:textId="77777777" w:rsidR="003C09D9" w:rsidRDefault="003C09D9" w:rsidP="003C09D9">
      <w:r>
        <w:t>Ezra turned, threw himself toward Emily just as she pushed the church door open.</w:t>
      </w:r>
    </w:p>
    <w:p w14:paraId="40E75B6C" w14:textId="77777777" w:rsidR="003C09D9" w:rsidRDefault="003C09D9" w:rsidP="003C09D9">
      <w:r>
        <w:t>The shot cracked.</w:t>
      </w:r>
    </w:p>
    <w:p w14:paraId="06AB0CEA" w14:textId="77777777" w:rsidR="003C09D9" w:rsidRDefault="003C09D9" w:rsidP="003C09D9">
      <w:r>
        <w:t>Ezra’s body jerked mid-step—but he kept moving, shielding her as she slipped inside. She turned in panic, saw the blood on his side, the grimace across his face.</w:t>
      </w:r>
    </w:p>
    <w:p w14:paraId="6B1B15D7" w14:textId="77777777" w:rsidR="003C09D9" w:rsidRDefault="003C09D9" w:rsidP="003C09D9">
      <w:r>
        <w:t>“Ezra!”</w:t>
      </w:r>
    </w:p>
    <w:p w14:paraId="0921D916" w14:textId="77777777" w:rsidR="003C09D9" w:rsidRDefault="003C09D9" w:rsidP="003C09D9">
      <w:r>
        <w:t>“Inside!” he grunted, teeth clenched. “Lock it!”</w:t>
      </w:r>
    </w:p>
    <w:p w14:paraId="7291DDC2" w14:textId="77777777" w:rsidR="003C09D9" w:rsidRDefault="003C09D9" w:rsidP="003C09D9">
      <w:r>
        <w:t>She hesitated—but he shoved the door closed behind her.</w:t>
      </w:r>
    </w:p>
    <w:p w14:paraId="60F5413A" w14:textId="77777777" w:rsidR="003C09D9" w:rsidRDefault="003C09D9" w:rsidP="003C09D9">
      <w:r>
        <w:t>Inside, Sister June pulled Emily down behind a pew, both of them crouching low as shouts echoed outside.</w:t>
      </w:r>
    </w:p>
    <w:p w14:paraId="3BD441AF" w14:textId="77777777" w:rsidR="003C09D9" w:rsidRDefault="003C09D9" w:rsidP="003C09D9">
      <w:r>
        <w:t>“Is he hit?” June whispered.</w:t>
      </w:r>
    </w:p>
    <w:p w14:paraId="58E8BAD4" w14:textId="77777777" w:rsidR="003C09D9" w:rsidRDefault="003C09D9" w:rsidP="003C09D9">
      <w:r>
        <w:t>Emily didn’t answer. Her hand shook as she pressed it over her mouth.</w:t>
      </w:r>
    </w:p>
    <w:p w14:paraId="73543233" w14:textId="77777777" w:rsidR="003C09D9" w:rsidRDefault="003C09D9" w:rsidP="003C09D9">
      <w:r>
        <w:t>—</w:t>
      </w:r>
    </w:p>
    <w:p w14:paraId="0016D0E8" w14:textId="77777777" w:rsidR="003C09D9" w:rsidRDefault="003C09D9" w:rsidP="003C09D9">
      <w:r>
        <w:t>Back at the line, the attackers began to falter. Too many dead. Too much fire. One rider shouted something and wheeled around, fleeing.</w:t>
      </w:r>
    </w:p>
    <w:p w14:paraId="065909DC" w14:textId="77777777" w:rsidR="003C09D9" w:rsidRDefault="003C09D9" w:rsidP="003C09D9">
      <w:r>
        <w:t>“Fall back!” Carson roared. “Fall back!”</w:t>
      </w:r>
    </w:p>
    <w:p w14:paraId="20DBEB88" w14:textId="77777777" w:rsidR="003C09D9" w:rsidRDefault="003C09D9" w:rsidP="003C09D9">
      <w:r>
        <w:t>A ragged cheer went up from the Union line as the remaining raiders broke and ran, trailing dust behind them.</w:t>
      </w:r>
    </w:p>
    <w:p w14:paraId="2FE780CA" w14:textId="77777777" w:rsidR="003C09D9" w:rsidRDefault="003C09D9" w:rsidP="003C09D9">
      <w:r>
        <w:t>Tilman stood from behind a barrel, wiping powder from his cheek. He turned to the nearest corporal.</w:t>
      </w:r>
    </w:p>
    <w:p w14:paraId="5F44987A" w14:textId="77777777" w:rsidR="003C09D9" w:rsidRDefault="003C09D9" w:rsidP="003C09D9">
      <w:r>
        <w:t>“Give me a situation report—now.”</w:t>
      </w:r>
    </w:p>
    <w:p w14:paraId="659A6B04" w14:textId="77777777" w:rsidR="003C09D9" w:rsidRDefault="003C09D9" w:rsidP="003C09D9">
      <w:r>
        <w:t>“Three dead, sir. Five wounded. Most of the citizens seem okay—checking now.”</w:t>
      </w:r>
    </w:p>
    <w:p w14:paraId="70086B77" w14:textId="77777777" w:rsidR="003C09D9" w:rsidRDefault="003C09D9" w:rsidP="003C09D9">
      <w:r>
        <w:t>Tilman nodded, lips drawn into a hard line.</w:t>
      </w:r>
    </w:p>
    <w:p w14:paraId="0E0FAD78" w14:textId="77777777" w:rsidR="003C09D9" w:rsidRDefault="003C09D9" w:rsidP="003C09D9"/>
    <w:p w14:paraId="0A7E842D" w14:textId="77777777" w:rsidR="003C09D9" w:rsidRDefault="003C09D9" w:rsidP="003C09D9">
      <w:r>
        <w:t>Jonas moved through the haze of gunpowder and smoke, past broken crates and splintered wagons, past bloodied uniforms and still hands reaching skyward.</w:t>
      </w:r>
    </w:p>
    <w:p w14:paraId="32A172F0" w14:textId="77777777" w:rsidR="003C09D9" w:rsidRDefault="003C09D9" w:rsidP="003C09D9">
      <w:r>
        <w:lastRenderedPageBreak/>
        <w:t>He knelt beside the boy with the rusted pistol—no more than sixteen, maybe seventeen. His shirt was torn at the shoulder, eyes open to the gray morning sky. A bullet had found him clean, just below the collarbone.</w:t>
      </w:r>
    </w:p>
    <w:p w14:paraId="76C32AB0" w14:textId="77777777" w:rsidR="003C09D9" w:rsidRDefault="003C09D9" w:rsidP="003C09D9">
      <w:r>
        <w:t>The pistol still sat loosely in his hand.</w:t>
      </w:r>
    </w:p>
    <w:p w14:paraId="3849A969" w14:textId="77777777" w:rsidR="003C09D9" w:rsidRDefault="003C09D9" w:rsidP="003C09D9">
      <w:r>
        <w:t>Jonas reached out and closed the boy’s eyes with two fingers, slow and reverent. His jaw clenched.</w:t>
      </w:r>
    </w:p>
    <w:p w14:paraId="7CF4E434" w14:textId="77777777" w:rsidR="003C09D9" w:rsidRDefault="003C09D9" w:rsidP="003C09D9">
      <w:r>
        <w:t>He didn’t know the boy’s name.</w:t>
      </w:r>
    </w:p>
    <w:p w14:paraId="59E38E88" w14:textId="77777777" w:rsidR="003C09D9" w:rsidRDefault="003C09D9" w:rsidP="003C09D9">
      <w:r>
        <w:t>Didn’t know if he’d ever fired that pistol.</w:t>
      </w:r>
    </w:p>
    <w:p w14:paraId="09DFEA20" w14:textId="77777777" w:rsidR="003C09D9" w:rsidRDefault="003C09D9" w:rsidP="003C09D9">
      <w:r>
        <w:t>But he’d stood his ground. And he’d died for it.</w:t>
      </w:r>
    </w:p>
    <w:p w14:paraId="6E25849F" w14:textId="77777777" w:rsidR="003C09D9" w:rsidRDefault="003C09D9" w:rsidP="003C09D9">
      <w:r>
        <w:t>Jonas stayed there for a long moment, crouched low in the dirt. His rifle hung slack at his side. His eyes, glassy now, fixed on the face of the dead.</w:t>
      </w:r>
    </w:p>
    <w:p w14:paraId="305DAE0A" w14:textId="77777777" w:rsidR="003C09D9" w:rsidRDefault="003C09D9" w:rsidP="003C09D9">
      <w:r>
        <w:t>Tilman’s voice came faintly from behind him—orders being given, positions checked.</w:t>
      </w:r>
    </w:p>
    <w:p w14:paraId="14EA8D3A" w14:textId="77777777" w:rsidR="003C09D9" w:rsidRDefault="003C09D9" w:rsidP="003C09D9">
      <w:r>
        <w:t>But Jonas heard none of it.</w:t>
      </w:r>
    </w:p>
    <w:p w14:paraId="0538AA83" w14:textId="77777777" w:rsidR="003C09D9" w:rsidRDefault="003C09D9" w:rsidP="003C09D9">
      <w:r>
        <w:t>He just knelt there, lips barely moving, like he was whispering something to the boy—or to God.</w:t>
      </w:r>
    </w:p>
    <w:p w14:paraId="69F21F28" w14:textId="77777777" w:rsidR="003C09D9" w:rsidRDefault="003C09D9" w:rsidP="003C09D9">
      <w:r>
        <w:t>Then he stood, slow and heavy, and turned his eyes toward the town.</w:t>
      </w:r>
    </w:p>
    <w:p w14:paraId="08A22AE2" w14:textId="77777777" w:rsidR="003C09D9" w:rsidRDefault="003C09D9" w:rsidP="003C09D9">
      <w:r>
        <w:t>***</w:t>
      </w:r>
    </w:p>
    <w:p w14:paraId="5053E26A" w14:textId="77777777" w:rsidR="003C09D9" w:rsidRDefault="003C09D9" w:rsidP="003C09D9">
      <w:r>
        <w:t>Jonas stepped into the rutted center of Grafton’s main street, the rising sun casting long shadows across the smoking remnants of the morning’s battle. Dust hung thick in the air. The smell of gunpowder and scorched canvas clung to everything.</w:t>
      </w:r>
    </w:p>
    <w:p w14:paraId="3D21CCD5" w14:textId="77777777" w:rsidR="003C09D9" w:rsidRDefault="003C09D9" w:rsidP="003C09D9">
      <w:r>
        <w:t>He started at the north end, near the smithy, where a pair of older men leaned against a water trough, one with a bloodied bandage around his arm.</w:t>
      </w:r>
    </w:p>
    <w:p w14:paraId="54BBD66D" w14:textId="77777777" w:rsidR="003C09D9" w:rsidRDefault="003C09D9" w:rsidP="003C09D9">
      <w:r>
        <w:t>“You two all right?” Jonas asked.</w:t>
      </w:r>
    </w:p>
    <w:p w14:paraId="451E05A3" w14:textId="77777777" w:rsidR="003C09D9" w:rsidRDefault="003C09D9" w:rsidP="003C09D9">
      <w:r>
        <w:t>“Yeah,” one of them grunted, wincing. “Ricochet caught me, but I’ll live.”</w:t>
      </w:r>
    </w:p>
    <w:p w14:paraId="2BCB2997" w14:textId="77777777" w:rsidR="003C09D9" w:rsidRDefault="003C09D9" w:rsidP="003C09D9">
      <w:r>
        <w:t>Jonas gave a nod, clapped the man’s shoulder gently, and kept walking. He moved between buildings, asking the same question again and again.</w:t>
      </w:r>
    </w:p>
    <w:p w14:paraId="2C07447F" w14:textId="77777777" w:rsidR="003C09D9" w:rsidRDefault="003C09D9" w:rsidP="003C09D9">
      <w:r>
        <w:t>“You hurt?”</w:t>
      </w:r>
    </w:p>
    <w:p w14:paraId="2DDB9048" w14:textId="77777777" w:rsidR="003C09D9" w:rsidRDefault="003C09D9" w:rsidP="003C09D9">
      <w:r>
        <w:t>“Anyone seen to the wounded?”</w:t>
      </w:r>
    </w:p>
    <w:p w14:paraId="5B3AF352" w14:textId="77777777" w:rsidR="003C09D9" w:rsidRDefault="003C09D9" w:rsidP="003C09D9">
      <w:r>
        <w:t>“Help’s comin’. Hang on.”</w:t>
      </w:r>
    </w:p>
    <w:p w14:paraId="7F957078" w14:textId="77777777" w:rsidR="003C09D9" w:rsidRDefault="003C09D9" w:rsidP="003C09D9">
      <w:r>
        <w:lastRenderedPageBreak/>
        <w:t>It was quick and efficient, not unlike scouting through a field after a skirmish. It brought back too many memories—the kind with smoke and screams and silence. But this was different. This was his town now. His people.</w:t>
      </w:r>
    </w:p>
    <w:p w14:paraId="2308AA13" w14:textId="77777777" w:rsidR="003C09D9" w:rsidRDefault="003C09D9" w:rsidP="003C09D9">
      <w:r>
        <w:t>No one was dead inside the town. A miracle, given the numbers. A few wounded, some houses and shops damaged, but nothing beyond repair.</w:t>
      </w:r>
    </w:p>
    <w:p w14:paraId="1E7165C2" w14:textId="77777777" w:rsidR="003C09D9" w:rsidRDefault="003C09D9" w:rsidP="003C09D9">
      <w:r>
        <w:t>Jonas turned toward the church at the edge of the square. The whitewashed boards were scorched in spots, bullet holes peppering the side. The front door stood slightly ajar, swaying with the breeze. His boots picked up pace as he crossed the street and mounted the steps.</w:t>
      </w:r>
    </w:p>
    <w:p w14:paraId="7F59888F" w14:textId="77777777" w:rsidR="003C09D9" w:rsidRDefault="003C09D9" w:rsidP="003C09D9">
      <w:r>
        <w:t>That’s when he saw the body.</w:t>
      </w:r>
    </w:p>
    <w:p w14:paraId="28D8C1EC" w14:textId="77777777" w:rsidR="003C09D9" w:rsidRDefault="003C09D9" w:rsidP="003C09D9">
      <w:r>
        <w:t>Ezra lay face-down on the church porch, just beside the entryway, his legs crooked awkwardly beneath him. Sister June knelt beside him, her apron streaked with blood, one hand resting gently on his back as if still praying over him.</w:t>
      </w:r>
    </w:p>
    <w:p w14:paraId="1E944AD6" w14:textId="77777777" w:rsidR="003C09D9" w:rsidRDefault="003C09D9" w:rsidP="003C09D9">
      <w:r>
        <w:t>Jonas’s breath caught. He ran.</w:t>
      </w:r>
    </w:p>
    <w:p w14:paraId="3A07ADE3" w14:textId="77777777" w:rsidR="003C09D9" w:rsidRDefault="003C09D9" w:rsidP="003C09D9">
      <w:r>
        <w:t xml:space="preserve">“No,” he muttered to himself. </w:t>
      </w:r>
    </w:p>
    <w:p w14:paraId="53A6B581" w14:textId="77777777" w:rsidR="003C09D9" w:rsidRDefault="003C09D9" w:rsidP="003C09D9">
      <w:r>
        <w:t>He dropped beside the older man, heart pounding. The blood beneath Ezra was dark now, nearly dry. His gray-streaked hair fluttered slightly in the breeze.</w:t>
      </w:r>
    </w:p>
    <w:p w14:paraId="3D8E001D" w14:textId="77777777" w:rsidR="003C09D9" w:rsidRDefault="003C09D9" w:rsidP="003C09D9">
      <w:r>
        <w:t>June looked up, eyes red but composed. “He saved us, Jonas.”</w:t>
      </w:r>
    </w:p>
    <w:p w14:paraId="0BA721BE" w14:textId="77777777" w:rsidR="003C09D9" w:rsidRDefault="003C09D9" w:rsidP="003C09D9">
      <w:r>
        <w:t>Jonas stared at her, then to Ezra, struggling to take in the scene.</w:t>
      </w:r>
    </w:p>
    <w:p w14:paraId="25C63B42" w14:textId="77777777" w:rsidR="003C09D9" w:rsidRDefault="003C09D9" w:rsidP="003C09D9">
      <w:r>
        <w:t>“He was up, firing steady, just like you taught him,” she continued, voice trembling. “Then he saw Emily running for the doors. Threw himself in front of her. Took the bullet meant for her.”</w:t>
      </w:r>
    </w:p>
    <w:p w14:paraId="40DC2686" w14:textId="77777777" w:rsidR="003C09D9" w:rsidRDefault="003C09D9" w:rsidP="003C09D9">
      <w:r>
        <w:t>Jonas clenched his jaw, resting a hand on Ezra’s shoulder. “He was a good man…”</w:t>
      </w:r>
    </w:p>
    <w:p w14:paraId="58BEAA76" w14:textId="77777777" w:rsidR="003C09D9" w:rsidRDefault="003C09D9" w:rsidP="003C09D9">
      <w:r>
        <w:t>“He was,” June whispered. “He didn’t hesitate.”</w:t>
      </w:r>
    </w:p>
    <w:p w14:paraId="259E4B28" w14:textId="77777777" w:rsidR="003C09D9" w:rsidRDefault="003C09D9" w:rsidP="003C09D9">
      <w:r>
        <w:t>Jonas bowed his head, jaw tight, grief thick in his throat.</w:t>
      </w:r>
    </w:p>
    <w:p w14:paraId="44B612A6" w14:textId="77777777" w:rsidR="003C09D9" w:rsidRDefault="003C09D9" w:rsidP="003C09D9">
      <w:r>
        <w:t>Footsteps crunched softly in the grass behind the church.</w:t>
      </w:r>
    </w:p>
    <w:p w14:paraId="17F65155" w14:textId="77777777" w:rsidR="003C09D9" w:rsidRDefault="003C09D9" w:rsidP="003C09D9">
      <w:r>
        <w:t>Jonas looked up.</w:t>
      </w:r>
    </w:p>
    <w:p w14:paraId="5F9AFA5A" w14:textId="77777777" w:rsidR="003C09D9" w:rsidRDefault="003C09D9" w:rsidP="003C09D9">
      <w:r>
        <w:t>Emily stood near the back corner of the church, halfway hidden in the long shadows of the building. Her hands hung limp at her sides. She stared at nothing, eyes wide and unfocused, her dress torn and dirt-streaked. A thin cut marked her cheek.</w:t>
      </w:r>
    </w:p>
    <w:p w14:paraId="57832BAE" w14:textId="77777777" w:rsidR="003C09D9" w:rsidRDefault="003C09D9" w:rsidP="003C09D9">
      <w:r>
        <w:t>Jonas stood and crossed the side yard slowly.</w:t>
      </w:r>
    </w:p>
    <w:p w14:paraId="5E2F9C02" w14:textId="77777777" w:rsidR="003C09D9" w:rsidRDefault="003C09D9" w:rsidP="003C09D9">
      <w:r>
        <w:t>“Emily?” he called gently.</w:t>
      </w:r>
    </w:p>
    <w:p w14:paraId="6380E4D9" w14:textId="77777777" w:rsidR="003C09D9" w:rsidRDefault="003C09D9" w:rsidP="003C09D9">
      <w:r>
        <w:lastRenderedPageBreak/>
        <w:t>She blinked, then turned toward the sound of his voice.</w:t>
      </w:r>
    </w:p>
    <w:p w14:paraId="62D836CA" w14:textId="77777777" w:rsidR="003C09D9" w:rsidRDefault="003C09D9" w:rsidP="003C09D9">
      <w:r>
        <w:t>“He pushed me,” she said faintly, like the memory had just come back to her. “I didn’t even see him coming. I heard the shot, and then he—he was just there. I—I don’t remember anything after that.”</w:t>
      </w:r>
    </w:p>
    <w:p w14:paraId="1BBADB0C" w14:textId="77777777" w:rsidR="003C09D9" w:rsidRDefault="003C09D9" w:rsidP="003C09D9">
      <w:r>
        <w:t>Jonas nodded, stepping closer. “It’s all right. You’re safe now.”</w:t>
      </w:r>
    </w:p>
    <w:p w14:paraId="6A7211E8" w14:textId="77777777" w:rsidR="003C09D9" w:rsidRDefault="003C09D9" w:rsidP="003C09D9">
      <w:r>
        <w:t>Emily gave a shaky nod, but her legs buckled. Jonas caught her as she collapsed into him, arms wrapping instinctively around her shoulders.</w:t>
      </w:r>
    </w:p>
    <w:p w14:paraId="3525D41D" w14:textId="77777777" w:rsidR="003C09D9" w:rsidRDefault="003C09D9" w:rsidP="003C09D9">
      <w:r>
        <w:t>Behind them, the soft sound of Sister June’s hymn floated from the porch—'I Am Bound for the Promised Land’—low and broken.</w:t>
      </w:r>
    </w:p>
    <w:p w14:paraId="0747266B" w14:textId="77777777" w:rsidR="003C09D9" w:rsidRDefault="003C09D9" w:rsidP="003C09D9">
      <w:r>
        <w:t>Jonas held Emily in silence, eyes drifting back to the church steps where Ezra still lay.</w:t>
      </w:r>
    </w:p>
    <w:p w14:paraId="4F998E18" w14:textId="77777777" w:rsidR="003C09D9" w:rsidRDefault="003C09D9" w:rsidP="003C09D9">
      <w:r>
        <w:br/>
      </w:r>
    </w:p>
    <w:p w14:paraId="50ED0389" w14:textId="77777777" w:rsidR="003C09D9" w:rsidRDefault="003C09D9" w:rsidP="003C09D9">
      <w:r>
        <w:t>Chapter Twenty-Eight</w:t>
      </w:r>
    </w:p>
    <w:p w14:paraId="2FAD904A" w14:textId="77777777" w:rsidR="003C09D9" w:rsidRDefault="003C09D9" w:rsidP="003C09D9">
      <w:r>
        <w:t>The morning sun glinted off broken windows. Smoke still lingered in the crisp air above Grafton, curling up from smoldering fires doused hours earlier. Jonas stood near the edge of the town square, boots planted, hat in his hand as Tilman walked toward him from the temporary camp.</w:t>
      </w:r>
    </w:p>
    <w:p w14:paraId="3085217A" w14:textId="77777777" w:rsidR="003C09D9" w:rsidRDefault="003C09D9" w:rsidP="003C09D9">
      <w:r>
        <w:t>“Where’s Sheriff Munson?” Tilman asked flatly. “Wasn’t in the jail. Wasn’t with Butler’s men, either.”</w:t>
      </w:r>
    </w:p>
    <w:p w14:paraId="7E6220CE" w14:textId="77777777" w:rsidR="003C09D9" w:rsidRDefault="003C09D9" w:rsidP="003C09D9">
      <w:r>
        <w:t>Jonas’s jaw clenched. “Then he probably ran. Must’ve known Butler’s game was coming to an end.”</w:t>
      </w:r>
    </w:p>
    <w:p w14:paraId="159176B9" w14:textId="77777777" w:rsidR="003C09D9" w:rsidRDefault="003C09D9" w:rsidP="003C09D9">
      <w:r>
        <w:t>“He left before the bullets started flying,” Tilman said. “A man like that don’t mind letting others bleed while he disappears into the brush.”</w:t>
      </w:r>
    </w:p>
    <w:p w14:paraId="088462AA" w14:textId="77777777" w:rsidR="003C09D9" w:rsidRDefault="003C09D9" w:rsidP="003C09D9">
      <w:r>
        <w:t>They stood in silence for a moment, watching townsfolk move about with stiff limbs and bandaged arms. Life was clawing its way back into Grafton, but it was slow, and uncertain.</w:t>
      </w:r>
    </w:p>
    <w:p w14:paraId="59C9C3DC" w14:textId="77777777" w:rsidR="003C09D9" w:rsidRDefault="003C09D9" w:rsidP="003C09D9">
      <w:r>
        <w:t>“You have any idea where might’ve gone?” Tilman asked.</w:t>
      </w:r>
    </w:p>
    <w:p w14:paraId="2C6BC04A" w14:textId="77777777" w:rsidR="003C09D9" w:rsidRDefault="003C09D9" w:rsidP="003C09D9">
      <w:r>
        <w:t>A quiet voice broke in from behind. “Beggin’ your pardon, sirs.”</w:t>
      </w:r>
    </w:p>
    <w:p w14:paraId="3CBCA9E7" w14:textId="77777777" w:rsidR="003C09D9" w:rsidRDefault="003C09D9" w:rsidP="003C09D9">
      <w:r>
        <w:t>Both men turned.</w:t>
      </w:r>
    </w:p>
    <w:p w14:paraId="2CCEE6A6" w14:textId="77777777" w:rsidR="003C09D9" w:rsidRDefault="003C09D9" w:rsidP="003C09D9">
      <w:r>
        <w:t>James, a freedman in his early thirties, stood just off the side of the street, cap in his hand, eyes steady. Jonas recognized him from around town—he worked odd jobs, mostly kept to himself. Respected. Reliable.</w:t>
      </w:r>
    </w:p>
    <w:p w14:paraId="18733F15" w14:textId="77777777" w:rsidR="003C09D9" w:rsidRDefault="003C09D9" w:rsidP="003C09D9">
      <w:r>
        <w:t>“I couldn’t help overhearing,” James said, stepping closer. “I saw Sheriff Munson leave town. Night before last. Rode out fast, nervous-like.”</w:t>
      </w:r>
    </w:p>
    <w:p w14:paraId="1847B4C4" w14:textId="77777777" w:rsidR="003C09D9" w:rsidRDefault="003C09D9" w:rsidP="003C09D9">
      <w:r>
        <w:t>Tilman straightened. “You sure about that?”</w:t>
      </w:r>
    </w:p>
    <w:p w14:paraId="11EE7628" w14:textId="77777777" w:rsidR="003C09D9" w:rsidRDefault="003C09D9" w:rsidP="003C09D9">
      <w:r>
        <w:lastRenderedPageBreak/>
        <w:t>James nodded. “Yes sir. I didn’t think much of it at the time, but now… I believe he was headed toward the river country. I used to cut cedar out that way, near the Llano and Colorado where they meet. There’s a cabin up in those bluffs. Real out-of-the-way. Hunters used it. Ain’t been anyone regular out there in years.”</w:t>
      </w:r>
    </w:p>
    <w:p w14:paraId="0437A3CB" w14:textId="77777777" w:rsidR="003C09D9" w:rsidRDefault="003C09D9" w:rsidP="003C09D9">
      <w:r>
        <w:t>Jonas’s eyes sharpened. “You know how to find it?”</w:t>
      </w:r>
    </w:p>
    <w:p w14:paraId="65934C41" w14:textId="77777777" w:rsidR="003C09D9" w:rsidRDefault="003C09D9" w:rsidP="003C09D9">
      <w:r>
        <w:t>“I can draw it on a map,” James said. “Or ride you part of the way.”</w:t>
      </w:r>
    </w:p>
    <w:p w14:paraId="5EE14B94" w14:textId="77777777" w:rsidR="003C09D9" w:rsidRDefault="003C09D9" w:rsidP="003C09D9">
      <w:r>
        <w:t>Tilman looked to Jonas. Jonas gave a tight nod. “That must be where he went. He won’t risk Grafton again.”</w:t>
      </w:r>
    </w:p>
    <w:p w14:paraId="041D512C" w14:textId="77777777" w:rsidR="003C09D9" w:rsidRDefault="003C09D9" w:rsidP="003C09D9">
      <w:r>
        <w:t>James pulled a folded scrap of paper from his pocket and began to sketch with a bit of charcoal he kept in a pouch on his belt.</w:t>
      </w:r>
    </w:p>
    <w:p w14:paraId="73BFC7BE" w14:textId="77777777" w:rsidR="003C09D9" w:rsidRDefault="003C09D9" w:rsidP="003C09D9">
      <w:r>
        <w:t>As he worked, Tilman glanced at Jonas. “You still willing to see this through?”</w:t>
      </w:r>
    </w:p>
    <w:p w14:paraId="1F5EBE29" w14:textId="77777777" w:rsidR="003C09D9" w:rsidRDefault="003C09D9" w:rsidP="003C09D9">
      <w:r>
        <w:t>Jonas looked out over the town—Emily sweeping broken glass from the church steps, children chasing chickens through the dirt, Sister June wiping blood from the porch. The scars would fade, but only if justice held.</w:t>
      </w:r>
    </w:p>
    <w:p w14:paraId="10B1E15F" w14:textId="77777777" w:rsidR="003C09D9" w:rsidRDefault="003C09D9" w:rsidP="003C09D9">
      <w:r>
        <w:t>“I’ll see it through,” Jonas said quietly. “That man doesn’t get to disappear into the hills after what he’s done.”</w:t>
      </w:r>
    </w:p>
    <w:p w14:paraId="131FAF03" w14:textId="77777777" w:rsidR="003C09D9" w:rsidRDefault="003C09D9" w:rsidP="003C09D9">
      <w:r>
        <w:t>Tilman nodded once. “Then we ride in an hour.”</w:t>
      </w:r>
    </w:p>
    <w:p w14:paraId="4189D417" w14:textId="77777777" w:rsidR="003C09D9" w:rsidRDefault="003C09D9" w:rsidP="003C09D9">
      <w:r>
        <w:t>***</w:t>
      </w:r>
    </w:p>
    <w:p w14:paraId="5F9A5391" w14:textId="77777777" w:rsidR="003C09D9" w:rsidRDefault="003C09D9" w:rsidP="003C09D9">
      <w:r>
        <w:t>The horses moved at a steady pace, hooves thudding over dry earth and granite river banks as the hills around them grew steeper. Morning haze burned away under the growing heat, the rugged terrain unfolding like scars across the land. Red rock and twisted cedar lined the path, the Llano River glinting below them like a winding ribbon of silver.</w:t>
      </w:r>
    </w:p>
    <w:p w14:paraId="3E84BA04" w14:textId="77777777" w:rsidR="003C09D9" w:rsidRDefault="003C09D9" w:rsidP="003C09D9">
      <w:r>
        <w:t>Jonas rode up front, eyes scanning every ridge and bend ahead. He wore his trail-worn coat again, the same one he'd carried through war and out west. Across his saddle was the sharps rifle he'd recovered from the boarding house. The weight of it was familiar—like an old truth returned to his hands.</w:t>
      </w:r>
    </w:p>
    <w:p w14:paraId="04E10B37" w14:textId="77777777" w:rsidR="003C09D9" w:rsidRDefault="003C09D9" w:rsidP="003C09D9">
      <w:r>
        <w:t>Tilman rode beside him, stone-faced and quiet. A column of blue-uniformed soldiers trailed behind, six in total, lean from travel but disciplined. Their coats were dusty, rifles slung across their shoulders, and eyes alert.</w:t>
      </w:r>
    </w:p>
    <w:p w14:paraId="4877F5B3" w14:textId="77777777" w:rsidR="003C09D9" w:rsidRDefault="003C09D9" w:rsidP="003C09D9">
      <w:r>
        <w:t>James had guided them as far as the old cedar trail before turning back, giving Jonas a final nod and saying, “You’ll find that cabin up near the second ridge. It backs against a rise—hard to see till you’re right on it.”</w:t>
      </w:r>
    </w:p>
    <w:p w14:paraId="3D19C120" w14:textId="77777777" w:rsidR="003C09D9" w:rsidRDefault="003C09D9" w:rsidP="003C09D9">
      <w:r>
        <w:t>Now Jonas studied every fold of the hill ahead, every shadowed brush thicket and deer path. Munson was a coward, but not a fool. If he’d made it this far, he’d dig in and prepared for the worst.</w:t>
      </w:r>
    </w:p>
    <w:p w14:paraId="2012AE16" w14:textId="77777777" w:rsidR="003C09D9" w:rsidRDefault="003C09D9" w:rsidP="003C09D9">
      <w:r>
        <w:lastRenderedPageBreak/>
        <w:t>As they crested a rise, Jonas raised a hand to slow the group. The trail narrowed between two boulders, brush creeping in around the edges.</w:t>
      </w:r>
    </w:p>
    <w:p w14:paraId="07AD4415" w14:textId="77777777" w:rsidR="003C09D9" w:rsidRDefault="003C09D9" w:rsidP="003C09D9">
      <w:r>
        <w:t>He dismounted, tying his horse to a stunted oak, and crept forward with rifle in hand. Tilman gave a signal to his men, who spread out quietly along the ridge.</w:t>
      </w:r>
    </w:p>
    <w:p w14:paraId="1D19950D" w14:textId="77777777" w:rsidR="003C09D9" w:rsidRDefault="003C09D9" w:rsidP="003C09D9">
      <w:r>
        <w:t>Jonas crouched behind a low limestone outcropping, raising the spyglass he carried in his saddlebag.</w:t>
      </w:r>
    </w:p>
    <w:p w14:paraId="7977C8C5" w14:textId="77777777" w:rsidR="003C09D9" w:rsidRDefault="003C09D9" w:rsidP="003C09D9">
      <w:r>
        <w:t>There it was—tucked low beneath a bluff, barely visible through the cedars.</w:t>
      </w:r>
    </w:p>
    <w:p w14:paraId="035E1E7D" w14:textId="77777777" w:rsidR="003C09D9" w:rsidRDefault="003C09D9" w:rsidP="003C09D9">
      <w:r>
        <w:t>A single wisp of smoke curled from a stovepipe chimney.</w:t>
      </w:r>
    </w:p>
    <w:p w14:paraId="4CC44AB2" w14:textId="77777777" w:rsidR="003C09D9" w:rsidRDefault="003C09D9" w:rsidP="003C09D9">
      <w:r>
        <w:t>Somone was there.</w:t>
      </w:r>
    </w:p>
    <w:p w14:paraId="21726BBA" w14:textId="77777777" w:rsidR="003C09D9" w:rsidRDefault="003C09D9" w:rsidP="003C09D9">
      <w:r>
        <w:t>Jonas closed the spyglass and motioned for Tilman to join him.</w:t>
      </w:r>
    </w:p>
    <w:p w14:paraId="3D9B88F9" w14:textId="77777777" w:rsidR="003C09D9" w:rsidRDefault="003C09D9" w:rsidP="003C09D9">
      <w:r>
        <w:t>“We’ll circle wide,” Jonas said in a low voice. “Come in quiet from the west. Wind’s with us. He won’t hear until we’re close.”</w:t>
      </w:r>
    </w:p>
    <w:p w14:paraId="12E2A076" w14:textId="77777777" w:rsidR="003C09D9" w:rsidRDefault="003C09D9" w:rsidP="003C09D9">
      <w:r>
        <w:t>Tilman gave a grim nod. “No more running.”</w:t>
      </w:r>
    </w:p>
    <w:p w14:paraId="1B3286D7" w14:textId="77777777" w:rsidR="003C09D9" w:rsidRDefault="003C09D9" w:rsidP="003C09D9">
      <w:r>
        <w:t>“No,” Jonas said, his voice flat. “This ends today.”</w:t>
      </w:r>
    </w:p>
    <w:p w14:paraId="7C6BB3E1" w14:textId="77777777" w:rsidR="003C09D9" w:rsidRDefault="003C09D9" w:rsidP="003C09D9"/>
    <w:p w14:paraId="4AE0AD68" w14:textId="77777777" w:rsidR="003C09D9" w:rsidRDefault="003C09D9" w:rsidP="003C09D9">
      <w:r>
        <w:t>The cabin stood weathered and silent among the trees, its rough timbers at odds with the beauty of the hill country landscape. Dry October wind kicked dust into spirals across the clearing. Jonas stared forward, eyes locked on the rough-hewn door ahead. He heard nothing—no birdsong, no movement—but he knew Munson was in there. He could feel it.</w:t>
      </w:r>
    </w:p>
    <w:p w14:paraId="28695390" w14:textId="77777777" w:rsidR="003C09D9" w:rsidRDefault="003C09D9" w:rsidP="003C09D9">
      <w:r>
        <w:t>Jonas and Tilman reined in their horses just beyond a bend in the trail. The early afternoon sun slanted high, casting short shadows through the brush. The air was sharp with the smell of cedar.</w:t>
      </w:r>
    </w:p>
    <w:p w14:paraId="6BB77A8D" w14:textId="77777777" w:rsidR="003C09D9" w:rsidRDefault="003C09D9" w:rsidP="003C09D9">
      <w:r>
        <w:t>“He’s here,” Jonas said quietly, scanning the ground. Fresh tracks. No attempt to cover the trail.</w:t>
      </w:r>
    </w:p>
    <w:p w14:paraId="78E558BF" w14:textId="77777777" w:rsidR="003C09D9" w:rsidRDefault="003C09D9" w:rsidP="003C09D9">
      <w:r>
        <w:t>Tilman nodded, his eyes narrowing. “He’s cornered himself.”</w:t>
      </w:r>
    </w:p>
    <w:p w14:paraId="118A9C63" w14:textId="77777777" w:rsidR="003C09D9" w:rsidRDefault="003C09D9" w:rsidP="003C09D9">
      <w:r>
        <w:t>They dismounted, moving silently. Jonas brought the rifle to his shoulder, stock snug against his cheek, eyes open wide and steady as he looked down the barrel—calm.</w:t>
      </w:r>
    </w:p>
    <w:p w14:paraId="0D9E4554" w14:textId="77777777" w:rsidR="003C09D9" w:rsidRDefault="003C09D9" w:rsidP="003C09D9">
      <w:r>
        <w:t>Behind Jonas, concealed by the tree line, Marshal Tilman and six men moved into position. Tilman directed three to flank the cabin’s front with him, rifles trained on the door, while the other three moved to cover the rear, ensuring no way out. Jonas refused cover. Maybe it was foolishness. Maybe it was faith. Or maybe he just didn’t care anymore if or when the bullet came.</w:t>
      </w:r>
    </w:p>
    <w:p w14:paraId="0BD6664F" w14:textId="77777777" w:rsidR="003C09D9" w:rsidRDefault="003C09D9" w:rsidP="003C09D9">
      <w:r>
        <w:t>He raised his voice, even, clear. “Garrett Munson. You’re surrounded. Come out with your hands up.”</w:t>
      </w:r>
    </w:p>
    <w:p w14:paraId="3B1FA06B" w14:textId="77777777" w:rsidR="003C09D9" w:rsidRDefault="003C09D9" w:rsidP="003C09D9">
      <w:r>
        <w:t>A beat passed.</w:t>
      </w:r>
    </w:p>
    <w:p w14:paraId="4759F9CB" w14:textId="77777777" w:rsidR="003C09D9" w:rsidRDefault="003C09D9" w:rsidP="003C09D9">
      <w:r>
        <w:lastRenderedPageBreak/>
        <w:t>Then another.</w:t>
      </w:r>
    </w:p>
    <w:p w14:paraId="61D0C12D" w14:textId="77777777" w:rsidR="003C09D9" w:rsidRDefault="003C09D9" w:rsidP="003C09D9">
      <w:r>
        <w:t>A voice called back, sharp but controlled. “I’m coming out!”</w:t>
      </w:r>
    </w:p>
    <w:p w14:paraId="208FD2C9" w14:textId="77777777" w:rsidR="003C09D9" w:rsidRDefault="003C09D9" w:rsidP="003C09D9">
      <w:r>
        <w:t>Jonas steadied his feet in the dirt, rifle up, finger straight along the trigger guard. His heart was calm. His breathing steady.</w:t>
      </w:r>
    </w:p>
    <w:p w14:paraId="48963107" w14:textId="77777777" w:rsidR="003C09D9" w:rsidRDefault="003C09D9" w:rsidP="003C09D9">
      <w:r>
        <w:t>The door flew open.</w:t>
      </w:r>
    </w:p>
    <w:p w14:paraId="44E3A260" w14:textId="77777777" w:rsidR="003C09D9" w:rsidRDefault="003C09D9" w:rsidP="003C09D9">
      <w:r>
        <w:t>Munson burst through, revolver raised, eyes locked on Jonas.</w:t>
      </w:r>
    </w:p>
    <w:p w14:paraId="6BD905A1" w14:textId="77777777" w:rsidR="003C09D9" w:rsidRDefault="003C09D9" w:rsidP="003C09D9">
      <w:r>
        <w:t>The shot came fast—but not fast enough.</w:t>
      </w:r>
    </w:p>
    <w:p w14:paraId="7FB9D9A3" w14:textId="77777777" w:rsidR="003C09D9" w:rsidRDefault="003C09D9" w:rsidP="003C09D9">
      <w:r>
        <w:t>Jonas dropped to one knee and fired. His round tore into Munson’s right arm. The pistol clattered to the ground as Munson cried out and spun sideways, crashing hard onto the step with a sickening thud.</w:t>
      </w:r>
    </w:p>
    <w:p w14:paraId="17DF2EA4" w14:textId="77777777" w:rsidR="003C09D9" w:rsidRDefault="003C09D9" w:rsidP="003C09D9">
      <w:r>
        <w:t>Tilman and the others broke cover at the sound of gunfire, rushing forward with weapons pointed at Munson.</w:t>
      </w:r>
    </w:p>
    <w:p w14:paraId="680CF6C2" w14:textId="77777777" w:rsidR="003C09D9" w:rsidRDefault="003C09D9" w:rsidP="003C09D9">
      <w:r>
        <w:t>Jonas was already on his feet, closing the distance.</w:t>
      </w:r>
    </w:p>
    <w:p w14:paraId="54635E9F" w14:textId="77777777" w:rsidR="003C09D9" w:rsidRDefault="003C09D9" w:rsidP="003C09D9">
      <w:r>
        <w:t>Munson writhed in the dust, clutching his bleeding arm. “I’ve got evidence!” he shouted hoarsely. “Proof! I’ve got the ledger—the deeds! Everything Butler’s done—I’ve got it!”</w:t>
      </w:r>
    </w:p>
    <w:p w14:paraId="0331D40E" w14:textId="77777777" w:rsidR="003C09D9" w:rsidRDefault="003C09D9" w:rsidP="003C09D9">
      <w:r>
        <w:t>Tilman moved next to Jonas. “Inside?”</w:t>
      </w:r>
    </w:p>
    <w:p w14:paraId="29A0CBD8" w14:textId="77777777" w:rsidR="003C09D9" w:rsidRDefault="003C09D9" w:rsidP="003C09D9">
      <w:r>
        <w:t>Munson nodded frantically, his face pale and slick with sweat. “Inside. In my satchel by the stove.”</w:t>
      </w:r>
    </w:p>
    <w:p w14:paraId="18B8DE23" w14:textId="77777777" w:rsidR="003C09D9" w:rsidRDefault="003C09D9" w:rsidP="003C09D9">
      <w:r>
        <w:t>Jonas kept his weapon trained on Munson as Tilman moved through the open door and disappeared into the cabin. Seconds passed.</w:t>
      </w:r>
    </w:p>
    <w:p w14:paraId="072EA5D5" w14:textId="77777777" w:rsidR="003C09D9" w:rsidRDefault="003C09D9" w:rsidP="003C09D9">
      <w:r>
        <w:t>Then Tilman reemerged, face grim, holding a leather-bound ledger in one hand and a bundle of yellowed papers in the other.</w:t>
      </w:r>
    </w:p>
    <w:p w14:paraId="239C89F0" w14:textId="77777777" w:rsidR="003C09D9" w:rsidRDefault="003C09D9" w:rsidP="003C09D9">
      <w:r>
        <w:t>“Well,” he muttered, glancing down at Munson, “looks like you finally did something right—too bad it was a mile too late.”</w:t>
      </w:r>
    </w:p>
    <w:p w14:paraId="47648072" w14:textId="77777777" w:rsidR="003C09D9" w:rsidRDefault="003C09D9" w:rsidP="003C09D9">
      <w:r>
        <w:t>Munson slumped back, breath ragged, grimacing. “I want a deal.”</w:t>
      </w:r>
    </w:p>
    <w:p w14:paraId="75A08175" w14:textId="77777777" w:rsidR="003C09D9" w:rsidRDefault="003C09D9" w:rsidP="003C09D9">
      <w:r>
        <w:t>Jonas knelt beside him, eyes hard. “You’ll get a trial. That’s more than you gave others.”</w:t>
      </w:r>
    </w:p>
    <w:p w14:paraId="299362DC" w14:textId="77777777" w:rsidR="003C09D9" w:rsidRDefault="003C09D9" w:rsidP="003C09D9">
      <w:r>
        <w:t>Tilman motioned to his men. “Get him on a horse. Tie him if you have to.”</w:t>
      </w:r>
    </w:p>
    <w:p w14:paraId="1644676B" w14:textId="77777777" w:rsidR="003C09D9" w:rsidRDefault="003C09D9" w:rsidP="003C09D9">
      <w:r>
        <w:t>The men obeyed, lifting Munson to his feet with rough hands. Jonas remained quiet, holstering his pistol as he watched the law wrap itself around the fallen sheriff like a noose of his own making.</w:t>
      </w:r>
    </w:p>
    <w:p w14:paraId="59403103" w14:textId="77777777" w:rsidR="003C09D9" w:rsidRDefault="003C09D9" w:rsidP="003C09D9">
      <w:r>
        <w:t>A few minutes later, they mounted up. Tilman tucked the evidence into his saddlebag and gave Jonas a nod.</w:t>
      </w:r>
    </w:p>
    <w:p w14:paraId="0EA52253" w14:textId="77777777" w:rsidR="003C09D9" w:rsidRDefault="003C09D9" w:rsidP="003C09D9">
      <w:r>
        <w:lastRenderedPageBreak/>
        <w:t>The party turned east, riding through golden grass and long afternoon shadows, back toward Grafton—and the reckoning still waiting there.</w:t>
      </w:r>
    </w:p>
    <w:p w14:paraId="702282A5" w14:textId="77777777" w:rsidR="003C09D9" w:rsidRDefault="003C09D9" w:rsidP="003C09D9">
      <w:r>
        <w:t>***</w:t>
      </w:r>
    </w:p>
    <w:p w14:paraId="76FAF27E" w14:textId="77777777" w:rsidR="003C09D9" w:rsidRDefault="003C09D9" w:rsidP="003C09D9">
      <w:r>
        <w:t>The mansion stood like a monument to power—two stories of white-painted lumber and dark green shutters overlooking the widest stretch of Grafton’s main road. Directly across from the jail, it loomed above the town like a sentinel, the upper balcony draped in shadow despite the midafternoon sun.</w:t>
      </w:r>
    </w:p>
    <w:p w14:paraId="1435C409" w14:textId="77777777" w:rsidR="003C09D9" w:rsidRDefault="003C09D9" w:rsidP="003C09D9">
      <w:r>
        <w:t xml:space="preserve">Inside, John Butler poured himself a drink with an unsteady hand. The October wind rattled the windowpanes. From here, he could see most of the town—but for the first time in years, it didn’t give him comfort. </w:t>
      </w:r>
    </w:p>
    <w:p w14:paraId="6DAE5546" w14:textId="77777777" w:rsidR="003C09D9" w:rsidRDefault="003C09D9" w:rsidP="003C09D9">
      <w:r>
        <w:t>“Might be wise to let the dust settle… no sense going down with the ship.  I’ll just come back and rebuild.”</w:t>
      </w:r>
    </w:p>
    <w:p w14:paraId="540A4D9F" w14:textId="77777777" w:rsidR="003C09D9" w:rsidRDefault="003C09D9" w:rsidP="003C09D9">
      <w:r>
        <w:t>He turned toward the painting behind his desk and slid it aside. The wall safe clicked open.</w:t>
      </w:r>
    </w:p>
    <w:p w14:paraId="2A50BBE2" w14:textId="77777777" w:rsidR="003C09D9" w:rsidRDefault="003C09D9" w:rsidP="003C09D9">
      <w:r>
        <w:t>Empty.</w:t>
      </w:r>
    </w:p>
    <w:p w14:paraId="76448EE3" w14:textId="77777777" w:rsidR="003C09D9" w:rsidRDefault="003C09D9" w:rsidP="003C09D9">
      <w:r>
        <w:t>Butler pulled back slowly, staring into the empty compartment like it had betrayed him. Then his mind spun back—Munson. He’d told him to send Munson up the night before. But Munson had never showed.</w:t>
      </w:r>
    </w:p>
    <w:p w14:paraId="3F2A86BD" w14:textId="77777777" w:rsidR="003C09D9" w:rsidRDefault="003C09D9" w:rsidP="003C09D9">
      <w:r>
        <w:t>His mind started racing. A chill crept up his spine.</w:t>
      </w:r>
    </w:p>
    <w:p w14:paraId="5D7FC644" w14:textId="77777777" w:rsidR="003C09D9" w:rsidRDefault="003C09D9" w:rsidP="003C09D9">
      <w:r>
        <w:t>Carson? Where was Carson?</w:t>
      </w:r>
    </w:p>
    <w:p w14:paraId="09E61518" w14:textId="77777777" w:rsidR="003C09D9" w:rsidRDefault="003C09D9" w:rsidP="003C09D9">
      <w:r>
        <w:t>He turned to the window just as the rhythmic thunder of hooves rose in the distance. Slowly, he stepped out onto the porch.</w:t>
      </w:r>
    </w:p>
    <w:p w14:paraId="5AC3ECE5" w14:textId="77777777" w:rsidR="003C09D9" w:rsidRDefault="003C09D9" w:rsidP="003C09D9">
      <w:r>
        <w:t>A line of riders crested the hill at the edge of town. Marshal Tilman at the front. Jonas Walker at his side.</w:t>
      </w:r>
    </w:p>
    <w:p w14:paraId="2963E95B" w14:textId="77777777" w:rsidR="003C09D9" w:rsidRDefault="003C09D9" w:rsidP="003C09D9">
      <w:r>
        <w:t>And behind them—Munson.</w:t>
      </w:r>
    </w:p>
    <w:p w14:paraId="78FC0B91" w14:textId="77777777" w:rsidR="003C09D9" w:rsidRDefault="003C09D9" w:rsidP="003C09D9">
      <w:r>
        <w:t>His arm was bandaged, face pale, jaw clenched against pain. Roped to his saddle like any other prisoner. A small leather satchel was slung over Tilman’s shoulder, a large book protruding from the opening.</w:t>
      </w:r>
    </w:p>
    <w:p w14:paraId="7854ACC3" w14:textId="77777777" w:rsidR="003C09D9" w:rsidRDefault="003C09D9" w:rsidP="003C09D9">
      <w:r>
        <w:t>Even from a distance, Butler knew what it was.</w:t>
      </w:r>
    </w:p>
    <w:p w14:paraId="6374B50A" w14:textId="77777777" w:rsidR="003C09D9" w:rsidRDefault="003C09D9" w:rsidP="003C09D9">
      <w:r>
        <w:t>The ledger.</w:t>
      </w:r>
    </w:p>
    <w:p w14:paraId="0F5238BF" w14:textId="77777777" w:rsidR="003C09D9" w:rsidRDefault="003C09D9" w:rsidP="003C09D9">
      <w:r>
        <w:t>The deeds.</w:t>
      </w:r>
    </w:p>
    <w:p w14:paraId="6057B161" w14:textId="77777777" w:rsidR="003C09D9" w:rsidRDefault="003C09D9" w:rsidP="003C09D9">
      <w:r>
        <w:t>His end.</w:t>
      </w:r>
    </w:p>
    <w:p w14:paraId="1F3CC6B5" w14:textId="77777777" w:rsidR="003C09D9" w:rsidRDefault="003C09D9" w:rsidP="003C09D9">
      <w:r>
        <w:t>Jonas looked up, meeting his eyes across the space. There was no satisfaction in it—no smile, no scowl. Just something calm and terrible in its stillness. A man who’d walked through fire and come out colder.</w:t>
      </w:r>
    </w:p>
    <w:p w14:paraId="799FD9E1" w14:textId="77777777" w:rsidR="003C09D9" w:rsidRDefault="003C09D9" w:rsidP="003C09D9">
      <w:r>
        <w:lastRenderedPageBreak/>
        <w:t>Butler stepped back into the room like he’d been struck. His hand trembled, and the glass slipped from his fingers, shattering on the floor.</w:t>
      </w:r>
    </w:p>
    <w:p w14:paraId="04767B90" w14:textId="77777777" w:rsidR="003C09D9" w:rsidRDefault="003C09D9" w:rsidP="003C09D9"/>
    <w:p w14:paraId="506EE94D" w14:textId="77777777" w:rsidR="003C09D9" w:rsidRDefault="003C09D9" w:rsidP="003C09D9">
      <w:r>
        <w:t>They stepped up onto the wide porch of Butler’s mansion, the boards creaking beneath their boots. Jonas pushed open the tall, ornate double doors, their stained glass catching the late-day sun. The entryway yawned before them—polished floors, high ceilings, and silence thick as molasses.</w:t>
      </w:r>
    </w:p>
    <w:p w14:paraId="49F90C55" w14:textId="77777777" w:rsidR="003C09D9" w:rsidRDefault="003C09D9" w:rsidP="003C09D9">
      <w:r>
        <w:t>Without a word, they climbed the grand staircase, boots echoing against the wood. Every door along the hall stood open except one—the double doors at the far end. Jonas reached them first. He laid a hand on the latch, then threw the doors open.</w:t>
      </w:r>
    </w:p>
    <w:p w14:paraId="725AFF27" w14:textId="77777777" w:rsidR="003C09D9" w:rsidRDefault="003C09D9" w:rsidP="003C09D9">
      <w:r>
        <w:t>He stepped through, pistol drawn but resting by his side, eyes sharp. Tilman followed, hat low, two soldiers close behind. Dust rode their shoulders. Jonas paused just inside, shoulders squared, gaze sweeping the room like a stormcloud. He didn’t speak. He didn’t have to. He stood like judgment in worn leather and dusted boots—unflinching, inevitable.</w:t>
      </w:r>
    </w:p>
    <w:p w14:paraId="27FB790D" w14:textId="77777777" w:rsidR="003C09D9" w:rsidRDefault="003C09D9" w:rsidP="003C09D9">
      <w:r>
        <w:t>Butler was already standing near the desk, trying to appear collected. He straightened his vest and gave a thin smile, as if this were just another negotiation.</w:t>
      </w:r>
    </w:p>
    <w:p w14:paraId="755FA131" w14:textId="77777777" w:rsidR="003C09D9" w:rsidRDefault="003C09D9" w:rsidP="003C09D9">
      <w:r>
        <w:t>“Now, let’s not make a mess of things,” he said, voice oily-smooth. “I’ve got resources—property, gold, connections that reach farther than you know. Let’s talk like reasonable men. There’s no need to ruin reputations. Especially not yours.”</w:t>
      </w:r>
    </w:p>
    <w:p w14:paraId="70B7BADA" w14:textId="77777777" w:rsidR="003C09D9" w:rsidRDefault="003C09D9" w:rsidP="003C09D9">
      <w:r>
        <w:t>Tilman stepped forward, rifle at ease but voice firm. “You had your chance to talk, Mr. Butler. Now it’s time to listen.”</w:t>
      </w:r>
    </w:p>
    <w:p w14:paraId="53882652" w14:textId="77777777" w:rsidR="003C09D9" w:rsidRDefault="003C09D9" w:rsidP="003C09D9">
      <w:r>
        <w:t>“We have Sheriff Munson’s confession,” Tilman said matter of fact.</w:t>
      </w:r>
    </w:p>
    <w:p w14:paraId="2932EBA3" w14:textId="77777777" w:rsidR="003C09D9" w:rsidRDefault="003C09D9" w:rsidP="003C09D9">
      <w:r>
        <w:t>Tilman let the silence hang as Butler’s eyes flicked Tilman to Jonas, then back again.</w:t>
      </w:r>
    </w:p>
    <w:p w14:paraId="21868982" w14:textId="77777777" w:rsidR="003C09D9" w:rsidRDefault="003C09D9" w:rsidP="003C09D9">
      <w:r>
        <w:t>Butler’s lips tightened, the facade crumbling.</w:t>
      </w:r>
    </w:p>
    <w:p w14:paraId="41560A08" w14:textId="77777777" w:rsidR="003C09D9" w:rsidRDefault="003C09D9" w:rsidP="003C09D9">
      <w:r>
        <w:t>“This is all fabricated. You know how men like Munson get under pressure—he’d say anything to save his skin.”</w:t>
      </w:r>
    </w:p>
    <w:p w14:paraId="1CCBAB87" w14:textId="77777777" w:rsidR="003C09D9" w:rsidRDefault="003C09D9" w:rsidP="003C09D9">
      <w:r>
        <w:t>“He didn’t need to say anything,” Tilman said, pulling out the ledger. “The numbers speak just fine. The deeds too. Some of these people are still alive, Mr. Butler. I reckon they’ll be glad to testify they never sold you a thing or under duress.”</w:t>
      </w:r>
    </w:p>
    <w:p w14:paraId="4C800C9E" w14:textId="77777777" w:rsidR="003C09D9" w:rsidRDefault="003C09D9" w:rsidP="003C09D9">
      <w:r>
        <w:t>Jonas stepped forward then, slowly, not speaking. Just watching.</w:t>
      </w:r>
    </w:p>
    <w:p w14:paraId="6770FA8A" w14:textId="77777777" w:rsidR="003C09D9" w:rsidRDefault="003C09D9" w:rsidP="003C09D9">
      <w:r>
        <w:t>Butler flinched under the weight of that gaze, falling back into his chair.</w:t>
      </w:r>
    </w:p>
    <w:p w14:paraId="7448649C" w14:textId="77777777" w:rsidR="003C09D9" w:rsidRDefault="003C09D9" w:rsidP="003C09D9">
      <w:r>
        <w:t>“You set this town on fire,” Tilman said quietly. “Now you’ll answer for it.”</w:t>
      </w:r>
    </w:p>
    <w:p w14:paraId="1848A4C4" w14:textId="77777777" w:rsidR="003C09D9" w:rsidRDefault="003C09D9" w:rsidP="003C09D9">
      <w:r>
        <w:lastRenderedPageBreak/>
        <w:t>The Marshal nodded toward the door. The two soldiers stepped forward and took Butler by the arms. He didn’t resist. His boots thudded heavy on the floorboards as they led him out.</w:t>
      </w:r>
    </w:p>
    <w:p w14:paraId="35E5C2DA" w14:textId="77777777" w:rsidR="003C09D9" w:rsidRDefault="003C09D9" w:rsidP="003C09D9">
      <w:r>
        <w:t>Outside, townsfolk had gathered. No one cheered. No one moved. They just watched.</w:t>
      </w:r>
    </w:p>
    <w:p w14:paraId="4A710242" w14:textId="77777777" w:rsidR="003C09D9" w:rsidRDefault="003C09D9" w:rsidP="003C09D9">
      <w:r>
        <w:t>One man spit near Butler’s boots as he passed.</w:t>
      </w:r>
    </w:p>
    <w:p w14:paraId="6C706861" w14:textId="77777777" w:rsidR="003C09D9" w:rsidRDefault="003C09D9" w:rsidP="003C09D9">
      <w:r>
        <w:t>Jonas stayed behind a moment, looking around the office one last time. The place stank of power corrupted and promises broken.</w:t>
      </w:r>
    </w:p>
    <w:p w14:paraId="2F61393D" w14:textId="77777777" w:rsidR="003C09D9" w:rsidRDefault="003C09D9" w:rsidP="003C09D9">
      <w:r>
        <w:t>He stepped out into the October sun without a word.</w:t>
      </w:r>
    </w:p>
    <w:p w14:paraId="3FDDB77F" w14:textId="77777777" w:rsidR="003C09D9" w:rsidRDefault="003C09D9" w:rsidP="003C09D9">
      <w:r>
        <w:br/>
      </w:r>
    </w:p>
    <w:p w14:paraId="37D550EA" w14:textId="77777777" w:rsidR="003C09D9" w:rsidRDefault="003C09D9" w:rsidP="003C09D9">
      <w:r>
        <w:t>Chapter Twenty-Nine</w:t>
      </w:r>
    </w:p>
    <w:p w14:paraId="0D8DE951" w14:textId="77777777" w:rsidR="003C09D9" w:rsidRDefault="003C09D9" w:rsidP="003C09D9">
      <w:r>
        <w:t>The afternoon sun descended over the western ridge, spilling an orange hue across the town of Grafton. Smoke no longer clung to the rooftops. Instead, the sharp ring of hammers and the scrape of shovels echoed down the main street, weaving with the birdsong of a new day.</w:t>
      </w:r>
    </w:p>
    <w:p w14:paraId="183C86C5" w14:textId="77777777" w:rsidR="003C09D9" w:rsidRDefault="003C09D9" w:rsidP="003C09D9">
      <w:r>
        <w:t>Jonas walked slowly through town, boots crunching gravel, his hat pulled low against the setting sun. Men nodded as he passed, some tipping their hats, others offering quiet words—“Thank you, Mr. Walker.” “Glad you're with us.” “We’ll get through.”</w:t>
      </w:r>
    </w:p>
    <w:p w14:paraId="650AEBD6" w14:textId="77777777" w:rsidR="003C09D9" w:rsidRDefault="003C09D9" w:rsidP="003C09D9">
      <w:r>
        <w:t>He gave them all a slight nod in return. No speeches. No explanations. Just a man walking through the ashes, watching life return.</w:t>
      </w:r>
    </w:p>
    <w:p w14:paraId="6F065A63" w14:textId="77777777" w:rsidR="003C09D9" w:rsidRDefault="003C09D9" w:rsidP="003C09D9">
      <w:r>
        <w:t>Ahead, the church loomed—a little battered, but still standing. The front door had been cracked clean through, and a few windows shattered. But life stirred here, too.</w:t>
      </w:r>
    </w:p>
    <w:p w14:paraId="61C68C83" w14:textId="77777777" w:rsidR="003C09D9" w:rsidRDefault="003C09D9" w:rsidP="003C09D9">
      <w:r>
        <w:t>June McAllister was on her knees, hammering in a new hinge on the doorway. Emily stood nearby, sleeves rolled up, brushing sawdust from the frame. She glanced up as Jonas approached.</w:t>
      </w:r>
    </w:p>
    <w:p w14:paraId="190963DF" w14:textId="77777777" w:rsidR="003C09D9" w:rsidRDefault="003C09D9" w:rsidP="003C09D9">
      <w:r>
        <w:t>Their eyes met, and for the first time in a long time, Jonas smiled. A real one. Faint, uncertain—but true.</w:t>
      </w:r>
    </w:p>
    <w:p w14:paraId="1849132B" w14:textId="77777777" w:rsidR="003C09D9" w:rsidRDefault="003C09D9" w:rsidP="003C09D9">
      <w:r>
        <w:t>Emily returned it with one of her own. “Glad you’re back safe with us, Jonas.”</w:t>
      </w:r>
    </w:p>
    <w:p w14:paraId="46711217" w14:textId="77777777" w:rsidR="003C09D9" w:rsidRDefault="003C09D9" w:rsidP="003C09D9">
      <w:r>
        <w:t>He stopped a few feet away, taking in the work they’d done. “You’re making quick progress.”</w:t>
      </w:r>
    </w:p>
    <w:p w14:paraId="7ACFE268" w14:textId="77777777" w:rsidR="003C09D9" w:rsidRDefault="003C09D9" w:rsidP="003C09D9">
      <w:r>
        <w:t>June straightened with a grunt, wiping her hands on her apron. “The devil may have broken in for a night, but the Lord still has the keys.”</w:t>
      </w:r>
    </w:p>
    <w:p w14:paraId="142D98C2" w14:textId="77777777" w:rsidR="003C09D9" w:rsidRDefault="003C09D9" w:rsidP="003C09D9">
      <w:r>
        <w:t>Jonas raised his eye brows chuckling at the comment, then turned to toward the town, saying softly. “Glad to see folks picking up the pieces.”</w:t>
      </w:r>
    </w:p>
    <w:p w14:paraId="344A1063" w14:textId="77777777" w:rsidR="003C09D9" w:rsidRDefault="003C09D9" w:rsidP="003C09D9">
      <w:r>
        <w:t>Emily stepped down from the doorway. “They’re looking to you, you know.”</w:t>
      </w:r>
    </w:p>
    <w:p w14:paraId="18636B80" w14:textId="77777777" w:rsidR="003C09D9" w:rsidRDefault="003C09D9" w:rsidP="003C09D9">
      <w:r>
        <w:lastRenderedPageBreak/>
        <w:t>Jonas glanced away, uneasy. “I ain’t the one they should be looking to.”</w:t>
      </w:r>
    </w:p>
    <w:p w14:paraId="391FD68E" w14:textId="77777777" w:rsidR="003C09D9" w:rsidRDefault="003C09D9" w:rsidP="003C09D9">
      <w:r>
        <w:t>“You were the one who stayed,” she said gently. “That counts for more than you think.”</w:t>
      </w:r>
    </w:p>
    <w:p w14:paraId="1576E340" w14:textId="77777777" w:rsidR="003C09D9" w:rsidRDefault="003C09D9" w:rsidP="003C09D9">
      <w:r>
        <w:t>He nodded, but his gaze drifted past her, to the door Elijah had once stood in, to the pulpit inside. The air shifted, heavy with memory.</w:t>
      </w:r>
    </w:p>
    <w:p w14:paraId="0CF8C3AD" w14:textId="77777777" w:rsidR="003C09D9" w:rsidRDefault="003C09D9" w:rsidP="003C09D9">
      <w:r>
        <w:t>Then June spoke, her voice firmer. “You did what had to be done, Jonas. A shepherd defends his flock—no matter the means.”</w:t>
      </w:r>
    </w:p>
    <w:p w14:paraId="3E778AE1" w14:textId="77777777" w:rsidR="003C09D9" w:rsidRDefault="003C09D9" w:rsidP="003C09D9">
      <w:r>
        <w:t>The words landed like a blow. Jonas stilled. His breath caught.</w:t>
      </w:r>
    </w:p>
    <w:p w14:paraId="0B17BB13" w14:textId="77777777" w:rsidR="003C09D9" w:rsidRDefault="003C09D9" w:rsidP="003C09D9">
      <w:r>
        <w:t>A shepherd.</w:t>
      </w:r>
    </w:p>
    <w:p w14:paraId="28707982" w14:textId="77777777" w:rsidR="003C09D9" w:rsidRDefault="003C09D9" w:rsidP="003C09D9">
      <w:r>
        <w:t>The phrase echoed in his mind like a bell tolling far off. He saw Elijah—on horseback, on the trail, beside the firelight, Bible in hand. Always guiding, always watching, always teaching. Preparing.</w:t>
      </w:r>
    </w:p>
    <w:p w14:paraId="7DF22D24" w14:textId="77777777" w:rsidR="003C09D9" w:rsidRDefault="003C09D9" w:rsidP="003C09D9">
      <w:r>
        <w:t>Jonas stared down at his boots, jaw tight. Elijah had known. Even before he’d been gone, he’d seen it. Maybe even the calling Jonas had refused to hear.</w:t>
      </w:r>
    </w:p>
    <w:p w14:paraId="4EBAB1C4" w14:textId="77777777" w:rsidR="003C09D9" w:rsidRDefault="003C09D9" w:rsidP="003C09D9">
      <w:r>
        <w:t>The silence stretched a beat too long. Then Jonas looked up at the horizon, where the sky burned red and purple.</w:t>
      </w:r>
    </w:p>
    <w:p w14:paraId="6B42976C" w14:textId="77777777" w:rsidR="003C09D9" w:rsidRDefault="003C09D9" w:rsidP="003C09D9">
      <w:r>
        <w:t>His inner voice, quiet but clear:</w:t>
      </w:r>
      <w:r>
        <w:br/>
        <w:t>Justice is hard. But it’s better than vengeance. Vengeance burns fast. Justice builds slow—and lasts.</w:t>
      </w:r>
    </w:p>
    <w:p w14:paraId="74B807A9" w14:textId="77777777" w:rsidR="003C09D9" w:rsidRDefault="003C09D9" w:rsidP="003C09D9">
      <w:r>
        <w:t>He looked back at the church, at the new door rising from broken wood. Then turned toward the boarding house.</w:t>
      </w:r>
    </w:p>
    <w:p w14:paraId="530AE14B" w14:textId="77777777" w:rsidR="003C09D9" w:rsidRDefault="003C09D9" w:rsidP="003C09D9">
      <w:r>
        <w:t>“Evenin’, ladies,” he said with a nod.</w:t>
      </w:r>
    </w:p>
    <w:p w14:paraId="6371E0AC" w14:textId="77777777" w:rsidR="003C09D9" w:rsidRDefault="003C09D9" w:rsidP="003C09D9">
      <w:r>
        <w:t>“Jonas,” Emily replied, her voice soft.</w:t>
      </w:r>
    </w:p>
    <w:p w14:paraId="22C50BF0" w14:textId="77777777" w:rsidR="003C09D9" w:rsidRDefault="003C09D9" w:rsidP="003C09D9">
      <w:r>
        <w:t>He walked away, the sound of hammering picking up behind him. The wind carried with it the scent of cut wood, fresh hope, and something like peace.</w:t>
      </w:r>
    </w:p>
    <w:p w14:paraId="7C67CDC6" w14:textId="77777777" w:rsidR="003C09D9" w:rsidRDefault="003C09D9" w:rsidP="003C09D9">
      <w:r>
        <w:t>***</w:t>
      </w:r>
    </w:p>
    <w:p w14:paraId="354E3218" w14:textId="77777777" w:rsidR="003C09D9" w:rsidRDefault="003C09D9" w:rsidP="003C09D9">
      <w:r>
        <w:t>The door creaked as it opened, hinges stiff from age and weather. Jonas stepped out onto the front porch of the boarding house and squinted at the sunlit street. He had slept little. Not because of nightmares—but because his thoughts had been too full, too sharp, too loud.</w:t>
      </w:r>
    </w:p>
    <w:p w14:paraId="13E4A4A7" w14:textId="77777777" w:rsidR="003C09D9" w:rsidRDefault="003C09D9" w:rsidP="003C09D9">
      <w:r>
        <w:t>The morning was cool. Not cold yet, but the kind that hinted summer had only just loosened its grip. Across the street, a wagon creaked by, loaded with scrap lumber and tools. Someone called a greeting to someone else. Life, tentative and bruised, was moving on.</w:t>
      </w:r>
    </w:p>
    <w:p w14:paraId="458D5DA7" w14:textId="77777777" w:rsidR="003C09D9" w:rsidRDefault="003C09D9" w:rsidP="003C09D9">
      <w:r>
        <w:t>Jonas adjusted his hat and stepped down the stairs.</w:t>
      </w:r>
    </w:p>
    <w:p w14:paraId="5B4EB857" w14:textId="77777777" w:rsidR="003C09D9" w:rsidRDefault="003C09D9" w:rsidP="003C09D9">
      <w:r>
        <w:lastRenderedPageBreak/>
        <w:t>Emily Hartley stood beneath the oak tree at the edge of the walk, waiting.</w:t>
      </w:r>
    </w:p>
    <w:p w14:paraId="7602D84A" w14:textId="77777777" w:rsidR="003C09D9" w:rsidRDefault="003C09D9" w:rsidP="003C09D9">
      <w:r>
        <w:t>She looked up when she saw him, her hands clasped in front of her. There were dark circles beneath her eyes, but her expression was calm, resolute.</w:t>
      </w:r>
    </w:p>
    <w:p w14:paraId="6630844B" w14:textId="77777777" w:rsidR="003C09D9" w:rsidRDefault="003C09D9" w:rsidP="003C09D9">
      <w:r>
        <w:t>“Morning,” she said softly.</w:t>
      </w:r>
    </w:p>
    <w:p w14:paraId="6E50235C" w14:textId="77777777" w:rsidR="003C09D9" w:rsidRDefault="003C09D9" w:rsidP="003C09D9">
      <w:r>
        <w:t>Jonas nodded. “Mornin’.”</w:t>
      </w:r>
    </w:p>
    <w:p w14:paraId="136972C4" w14:textId="77777777" w:rsidR="003C09D9" w:rsidRDefault="003C09D9" w:rsidP="003C09D9">
      <w:r>
        <w:t>“I was hoping I’d catch you before you went off again.” She hesitated, then added, “We’ve been talking. We think we should hold a funeral.”</w:t>
      </w:r>
    </w:p>
    <w:p w14:paraId="4F6483DF" w14:textId="77777777" w:rsidR="003C09D9" w:rsidRDefault="003C09D9" w:rsidP="003C09D9">
      <w:r>
        <w:t>Jonas shifted his weight slightly as Emily met his eyes.</w:t>
      </w:r>
    </w:p>
    <w:p w14:paraId="5E23E477" w14:textId="77777777" w:rsidR="003C09D9" w:rsidRDefault="003C09D9" w:rsidP="003C09D9">
      <w:r>
        <w:t>“It’s for Ezra Galloway. Micah Dunn. Thomas Raley. Nate Burton,” she said.</w:t>
      </w:r>
      <w:r>
        <w:br/>
        <w:t>She let the names hang in the air. “We think it’s right.”</w:t>
      </w:r>
    </w:p>
    <w:p w14:paraId="22009CFF" w14:textId="77777777" w:rsidR="003C09D9" w:rsidRDefault="003C09D9" w:rsidP="003C09D9">
      <w:r>
        <w:t>Jonas nodded slowly. The names settled like stones. Good men. Simple men. Cut down because they stood in the way. “It is.”</w:t>
      </w:r>
    </w:p>
    <w:p w14:paraId="0C93AE78" w14:textId="77777777" w:rsidR="003C09D9" w:rsidRDefault="003C09D9" w:rsidP="003C09D9">
      <w:r>
        <w:t>“They deserve something,” Emily continued. “A word spoken. A prayer said. Their families... they need to mourn them proper.”</w:t>
      </w:r>
    </w:p>
    <w:p w14:paraId="1898DE2E" w14:textId="77777777" w:rsidR="003C09D9" w:rsidRDefault="003C09D9" w:rsidP="003C09D9">
      <w:r>
        <w:t>Jonas looked away, jaw tightening. “And you want me to say it?”</w:t>
      </w:r>
    </w:p>
    <w:p w14:paraId="3B90411C" w14:textId="77777777" w:rsidR="003C09D9" w:rsidRDefault="003C09D9" w:rsidP="003C09D9">
      <w:r>
        <w:t>She didn’t back off. “You stood with them. You fought beside them. They trusted you. So do the people.”</w:t>
      </w:r>
    </w:p>
    <w:p w14:paraId="281EA411" w14:textId="77777777" w:rsidR="003C09D9" w:rsidRDefault="003C09D9" w:rsidP="003C09D9">
      <w:r>
        <w:t>He shook his head. “I keep telling y’all, I’m not a preacher.”</w:t>
      </w:r>
    </w:p>
    <w:p w14:paraId="3A88F24C" w14:textId="77777777" w:rsidR="003C09D9" w:rsidRDefault="003C09D9" w:rsidP="003C09D9">
      <w:r>
        <w:t>“Maybe not,” Emily said, her voice quiet but steady. “But you knew one. Better than any of us.”</w:t>
      </w:r>
    </w:p>
    <w:p w14:paraId="32C42A72" w14:textId="77777777" w:rsidR="003C09D9" w:rsidRDefault="003C09D9" w:rsidP="003C09D9">
      <w:r>
        <w:t>Jonas exhaled through his nose, rubbing at the back of his neck.</w:t>
      </w:r>
    </w:p>
    <w:p w14:paraId="2A9D3347" w14:textId="77777777" w:rsidR="003C09D9" w:rsidRDefault="003C09D9" w:rsidP="003C09D9">
      <w:r>
        <w:t>“Just say what Elijah would’ve said,” she added. “Doesn’t have to be perfect. Just honest.”</w:t>
      </w:r>
    </w:p>
    <w:p w14:paraId="6BC4F8CA" w14:textId="77777777" w:rsidR="003C09D9" w:rsidRDefault="003C09D9" w:rsidP="003C09D9">
      <w:r>
        <w:t>He glanced at her. Her eyes didn’t waver.</w:t>
      </w:r>
    </w:p>
    <w:p w14:paraId="7E8960F4" w14:textId="77777777" w:rsidR="003C09D9" w:rsidRDefault="003C09D9" w:rsidP="003C09D9">
      <w:r>
        <w:t>He looked past her, toward the church still under repair. Toward the distant hill where Elijah now rested beneath the oak. His heart beat slow and steady—no longer angry, no longer hollow. Just tired. But not without strength.</w:t>
      </w:r>
    </w:p>
    <w:p w14:paraId="77596F57" w14:textId="77777777" w:rsidR="003C09D9" w:rsidRDefault="003C09D9" w:rsidP="003C09D9">
      <w:r>
        <w:t>“All right,” he said, the words rough but sincere. “I’ll do it.”</w:t>
      </w:r>
    </w:p>
    <w:p w14:paraId="3D1162CD" w14:textId="77777777" w:rsidR="003C09D9" w:rsidRDefault="003C09D9" w:rsidP="003C09D9">
      <w:r>
        <w:t>Emily offered a soft smile—not triumph, not relief. Just something close to peace.</w:t>
      </w:r>
    </w:p>
    <w:p w14:paraId="5F083899" w14:textId="77777777" w:rsidR="003C09D9" w:rsidRDefault="003C09D9" w:rsidP="003C09D9">
      <w:r>
        <w:t>“We’ll gather by the church an hour before sunset,” she said. “Gives everyone time to finish their work.”</w:t>
      </w:r>
    </w:p>
    <w:p w14:paraId="59703586" w14:textId="77777777" w:rsidR="003C09D9" w:rsidRDefault="003C09D9" w:rsidP="003C09D9">
      <w:r>
        <w:lastRenderedPageBreak/>
        <w:t>Jonas nodded again. Then added, almost to himself, “Reckon I better figure out what Elijah would’ve said.”</w:t>
      </w:r>
    </w:p>
    <w:p w14:paraId="40C23DC1" w14:textId="77777777" w:rsidR="003C09D9" w:rsidRDefault="003C09D9" w:rsidP="003C09D9">
      <w:r>
        <w:t>Emily’s smile lingered. “You already know.”</w:t>
      </w:r>
    </w:p>
    <w:p w14:paraId="76C7FA6A" w14:textId="77777777" w:rsidR="003C09D9" w:rsidRDefault="003C09D9" w:rsidP="003C09D9">
      <w:r>
        <w:t>Then she turned and walked down the dusty path, leaving Jonas alone with the wind, the town, and the weight he had chosen to carry.</w:t>
      </w:r>
    </w:p>
    <w:p w14:paraId="70DEA486" w14:textId="77777777" w:rsidR="003C09D9" w:rsidRDefault="003C09D9" w:rsidP="003C09D9">
      <w:r>
        <w:t>Jonas stood there for a moment after she left, watching dust swirl in the morning light. Then he turned and went back inside the boarding house.</w:t>
      </w:r>
    </w:p>
    <w:p w14:paraId="285A97CD" w14:textId="77777777" w:rsidR="003C09D9" w:rsidRDefault="003C09D9" w:rsidP="003C09D9">
      <w:r>
        <w:t>His boots sounded heavy on the wooden stairs. The hallway was quiet, save for the faint creak of the boards beneath his steps. He pushed open the door to his room and stepped inside.</w:t>
      </w:r>
    </w:p>
    <w:p w14:paraId="367E5556" w14:textId="77777777" w:rsidR="003C09D9" w:rsidRDefault="003C09D9" w:rsidP="003C09D9">
      <w:r>
        <w:t>He sat on the edge of the bed and picked up Elijah’s Bible, rough fingers brushing over the worn leather cover. The spine was cracked, the edges softened by years of use. It felt heavy. Not in his hands—in his soul.</w:t>
      </w:r>
    </w:p>
    <w:p w14:paraId="279C911F" w14:textId="77777777" w:rsidR="003C09D9" w:rsidRDefault="003C09D9" w:rsidP="003C09D9">
      <w:r>
        <w:t>He stared at it for a long moment, then slowly opened it. Pages rustled. Margins filled with notes in Elijah’s careful script. Underlines. Circles. Cross-references. Little arrows pointing to verses.</w:t>
      </w:r>
    </w:p>
    <w:p w14:paraId="3C7813AD" w14:textId="77777777" w:rsidR="003C09D9" w:rsidRDefault="003C09D9" w:rsidP="003C09D9">
      <w:r>
        <w:t>Jonas turned a few more pages. His eyes moved, but his thoughts wandered.</w:t>
      </w:r>
    </w:p>
    <w:p w14:paraId="65979D47" w14:textId="77777777" w:rsidR="003C09D9" w:rsidRDefault="003C09D9" w:rsidP="003C09D9">
      <w:r>
        <w:t>What would Elijah say?</w:t>
      </w:r>
    </w:p>
    <w:p w14:paraId="047986F0" w14:textId="77777777" w:rsidR="003C09D9" w:rsidRDefault="003C09D9" w:rsidP="003C09D9">
      <w:r>
        <w:t>He didn’t know the answer. Not yet.</w:t>
      </w:r>
    </w:p>
    <w:p w14:paraId="453A4602" w14:textId="77777777" w:rsidR="003C09D9" w:rsidRDefault="003C09D9" w:rsidP="003C09D9">
      <w:r>
        <w:t>But maybe it was somewhere in these pages.</w:t>
      </w:r>
    </w:p>
    <w:p w14:paraId="679C83A1" w14:textId="77777777" w:rsidR="003C09D9" w:rsidRDefault="003C09D9" w:rsidP="003C09D9">
      <w:r>
        <w:t>He kept flipping.</w:t>
      </w:r>
    </w:p>
    <w:p w14:paraId="7A72AD92" w14:textId="77777777" w:rsidR="003C09D9" w:rsidRDefault="003C09D9" w:rsidP="003C09D9">
      <w:r>
        <w:t>***</w:t>
      </w:r>
    </w:p>
    <w:p w14:paraId="1C79C46F" w14:textId="77777777" w:rsidR="003C09D9" w:rsidRDefault="003C09D9" w:rsidP="003C09D9">
      <w:r>
        <w:t>The church bell rang slow and steady.</w:t>
      </w:r>
    </w:p>
    <w:p w14:paraId="06719CB0" w14:textId="77777777" w:rsidR="003C09D9" w:rsidRDefault="003C09D9" w:rsidP="003C09D9">
      <w:r>
        <w:t>Townsfolk moved in quiet lines, gathering at the whitewashed building still bearing scars from the fight—a shattered window boarded up, the doorframe scraped and blackened. But someone had swept the steps. A few wildflowers sat in a mason jar near the entrance.</w:t>
      </w:r>
    </w:p>
    <w:p w14:paraId="4F94AE8E" w14:textId="77777777" w:rsidR="003C09D9" w:rsidRDefault="003C09D9" w:rsidP="003C09D9">
      <w:r>
        <w:t>Inside, the pews were full. Faces drawn tight. Hats in hands. The kind of silence that spoke louder than words.</w:t>
      </w:r>
    </w:p>
    <w:p w14:paraId="15F95448" w14:textId="77777777" w:rsidR="003C09D9" w:rsidRDefault="003C09D9" w:rsidP="003C09D9">
      <w:r>
        <w:t>Jonas stood at the front, Elijah’s Bible in his hands. He hadn’t meant to speak long. Just enough. Just what needed saying.</w:t>
      </w:r>
    </w:p>
    <w:p w14:paraId="192307B4" w14:textId="77777777" w:rsidR="003C09D9" w:rsidRDefault="003C09D9" w:rsidP="003C09D9">
      <w:r>
        <w:t>He cleared his throat, glanced down at the open page.</w:t>
      </w:r>
    </w:p>
    <w:p w14:paraId="6FEB4B0C" w14:textId="77777777" w:rsidR="003C09D9" w:rsidRDefault="003C09D9" w:rsidP="003C09D9">
      <w:r>
        <w:lastRenderedPageBreak/>
        <w:t>“Isaiah chapter sixty-one, verse four says, And they shall build the old wastes, they shall raise up the former desolations, and they shall repair the waste cities, the desolations of many generations.”</w:t>
      </w:r>
    </w:p>
    <w:p w14:paraId="30AAF037" w14:textId="77777777" w:rsidR="003C09D9" w:rsidRDefault="003C09D9" w:rsidP="003C09D9">
      <w:r>
        <w:t>His voice was steady, though it came from somewhere deep.</w:t>
      </w:r>
    </w:p>
    <w:p w14:paraId="28CE3457" w14:textId="77777777" w:rsidR="003C09D9" w:rsidRDefault="003C09D9" w:rsidP="003C09D9">
      <w:r>
        <w:t>“We lost good men. Ezra Galloway. Micah Dunn. Thomas Raley. Nate Burton. Each of them stood when it counted. Each of them gave what they could not keep to save what they could not lose.”</w:t>
      </w:r>
    </w:p>
    <w:p w14:paraId="09BAB697" w14:textId="77777777" w:rsidR="003C09D9" w:rsidRDefault="003C09D9" w:rsidP="003C09D9">
      <w:r>
        <w:t>He paused, letting the words breathe.</w:t>
      </w:r>
    </w:p>
    <w:p w14:paraId="5AFB6F2F" w14:textId="77777777" w:rsidR="003C09D9" w:rsidRDefault="003C09D9" w:rsidP="003C09D9">
      <w:r>
        <w:t>“I didn’t know them all well. But I know what they stood for. And I know what we owe them. We owe them more than graves and markers. We owe them lives lived right. Towns rebuilt in peace. Families safe again.”</w:t>
      </w:r>
    </w:p>
    <w:p w14:paraId="7AE53DFB" w14:textId="77777777" w:rsidR="003C09D9" w:rsidRDefault="003C09D9" w:rsidP="003C09D9">
      <w:r>
        <w:t>His eyes scanned the faces—Emily in the front pew the back, hands clasped. June sitting next to her. Mrs. Abernathy with her son. Marshal Tilman by the door, hat tucked beneath one arm. He also noticed the faces that weren’t there.</w:t>
      </w:r>
    </w:p>
    <w:p w14:paraId="4787B334" w14:textId="77777777" w:rsidR="003C09D9" w:rsidRDefault="003C09D9" w:rsidP="003C09D9">
      <w:r>
        <w:t>Jonas looked back down at the Bible. “Elijah used to say that peace isn’t the absence of trouble. It’s the presence of righteousness in the face of trouble. Peace costs something. Sacrifice.”</w:t>
      </w:r>
    </w:p>
    <w:p w14:paraId="3BF2B6D2" w14:textId="77777777" w:rsidR="003C09D9" w:rsidRDefault="003C09D9" w:rsidP="003C09D9">
      <w:r>
        <w:t>He closed the book gently.</w:t>
      </w:r>
    </w:p>
    <w:p w14:paraId="695C6377" w14:textId="77777777" w:rsidR="003C09D9" w:rsidRDefault="003C09D9" w:rsidP="003C09D9">
      <w:r>
        <w:t>“And they paid that cost. They sacrificed themselves, their futures, their dreams so this town might be safe. But they have a promised peace though.  A peace that passes all understanding because of our Saviour’s sacrifice on the cross.”</w:t>
      </w:r>
    </w:p>
    <w:p w14:paraId="1860A985" w14:textId="77777777" w:rsidR="003C09D9" w:rsidRDefault="003C09D9" w:rsidP="003C09D9">
      <w:r>
        <w:t>Outside, the wind rustled dry leaves across the steps as the town carried its dead to the hillside cemetery.</w:t>
      </w:r>
    </w:p>
    <w:p w14:paraId="4F540C43" w14:textId="77777777" w:rsidR="003C09D9" w:rsidRDefault="003C09D9" w:rsidP="003C09D9">
      <w:r>
        <w:t>The earth was fresh and brown. Four simple coffins, four holes in the ground, four solemn prayers. No songs. No long words. Just dirt, and tears, and a few calloused hands on shoulders.</w:t>
      </w:r>
    </w:p>
    <w:p w14:paraId="666741FA" w14:textId="77777777" w:rsidR="003C09D9" w:rsidRDefault="003C09D9" w:rsidP="003C09D9">
      <w:r>
        <w:t>As the last grave was filled and folks began to drift away, Jonas stood off to the side, hands folded over Elijah’s Bible. He hadn’t meant to linger, but his feet felt planted—like leaving too soon would undo something sacred.</w:t>
      </w:r>
    </w:p>
    <w:p w14:paraId="225AF348" w14:textId="77777777" w:rsidR="003C09D9" w:rsidRDefault="003C09D9" w:rsidP="003C09D9">
      <w:r>
        <w:t>Emily approached first, her skirt brushing the dry grass. She offered a quiet smile.</w:t>
      </w:r>
    </w:p>
    <w:p w14:paraId="1633D45F" w14:textId="77777777" w:rsidR="003C09D9" w:rsidRDefault="003C09D9" w:rsidP="003C09D9">
      <w:r>
        <w:t>“You did well,” she said.</w:t>
      </w:r>
    </w:p>
    <w:p w14:paraId="5D66F15D" w14:textId="77777777" w:rsidR="003C09D9" w:rsidRDefault="003C09D9" w:rsidP="003C09D9">
      <w:r>
        <w:t>Jonas looked down, uncertain. “Didn’t feel like much.”</w:t>
      </w:r>
    </w:p>
    <w:p w14:paraId="5146671C" w14:textId="77777777" w:rsidR="003C09D9" w:rsidRDefault="003C09D9" w:rsidP="003C09D9">
      <w:r>
        <w:t>June stepped up beside her, her young daughter tugging gently at her hand.</w:t>
      </w:r>
    </w:p>
    <w:p w14:paraId="14EE6D59" w14:textId="77777777" w:rsidR="003C09D9" w:rsidRDefault="003C09D9" w:rsidP="003C09D9">
      <w:r>
        <w:t>“It was enough,” June said. “Sometimes, saying the right words is harder than pulling a trigger. You said what needed saying.”</w:t>
      </w:r>
    </w:p>
    <w:p w14:paraId="19E5B073" w14:textId="77777777" w:rsidR="003C09D9" w:rsidRDefault="003C09D9" w:rsidP="003C09D9">
      <w:r>
        <w:lastRenderedPageBreak/>
        <w:t>Jonas gave a small nod, the weight in his chest lightening just a little.</w:t>
      </w:r>
    </w:p>
    <w:p w14:paraId="1BAED956" w14:textId="77777777" w:rsidR="003C09D9" w:rsidRDefault="003C09D9" w:rsidP="003C09D9">
      <w:r>
        <w:t>Emily’s voice softened. “Elijah would’ve been proud.”</w:t>
      </w:r>
    </w:p>
    <w:p w14:paraId="1DD47C81" w14:textId="77777777" w:rsidR="003C09D9" w:rsidRDefault="003C09D9" w:rsidP="003C09D9">
      <w:r>
        <w:t>That landed deeper than he expected. He met her eyes for just a beat, then looked back toward the graves.</w:t>
      </w:r>
    </w:p>
    <w:p w14:paraId="7BB9268B" w14:textId="77777777" w:rsidR="003C09D9" w:rsidRDefault="003C09D9" w:rsidP="003C09D9">
      <w:r>
        <w:t>“I hope so.”</w:t>
      </w:r>
    </w:p>
    <w:p w14:paraId="09089FDB" w14:textId="77777777" w:rsidR="003C09D9" w:rsidRDefault="003C09D9" w:rsidP="003C09D9">
      <w:r>
        <w:t>June squeezed his arm gently, then turned to guide her children back toward town.</w:t>
      </w:r>
    </w:p>
    <w:p w14:paraId="2AE943B1" w14:textId="77777777" w:rsidR="003C09D9" w:rsidRDefault="003C09D9" w:rsidP="003C09D9">
      <w:r>
        <w:t>Emily lingered a moment longer. “You’re helping more than you know.”</w:t>
      </w:r>
    </w:p>
    <w:p w14:paraId="51D69A71" w14:textId="77777777" w:rsidR="003C09D9" w:rsidRDefault="003C09D9" w:rsidP="003C09D9">
      <w:r>
        <w:t>Then she turned and followed, her figure soon lost among the slow-moving crowd.</w:t>
      </w:r>
    </w:p>
    <w:p w14:paraId="30EFC348" w14:textId="77777777" w:rsidR="003C09D9" w:rsidRDefault="003C09D9" w:rsidP="003C09D9">
      <w:r>
        <w:t>Jonas stood there alone for another minute, the wind brushing his coat and stirring the dust at his boots. He looked down at the worn leather cover in his hands, thumb grazing the faded spine.</w:t>
      </w:r>
    </w:p>
    <w:p w14:paraId="79238003" w14:textId="77777777" w:rsidR="003C09D9" w:rsidRDefault="003C09D9" w:rsidP="003C09D9">
      <w:r>
        <w:t>Then he turned toward the church, walking slow.</w:t>
      </w:r>
    </w:p>
    <w:p w14:paraId="61F2F1A4" w14:textId="77777777" w:rsidR="003C09D9" w:rsidRDefault="003C09D9" w:rsidP="003C09D9">
      <w:r>
        <w:t>Not a preacher. Not yet.</w:t>
      </w:r>
    </w:p>
    <w:p w14:paraId="402D18D7" w14:textId="77777777" w:rsidR="003C09D9" w:rsidRDefault="003C09D9" w:rsidP="003C09D9"/>
    <w:p w14:paraId="1D1EB80A" w14:textId="77777777" w:rsidR="003C09D9" w:rsidRDefault="003C09D9" w:rsidP="003C09D9">
      <w:r>
        <w:t>The crowd had thinned. Folks drifted off in twos and threes, boots soft on dirt roads, conversations hushed. A few lingered by the graves, hats over hearts. Jonas stood beneath the oak by the church steps, watching dust curl in the breeze.</w:t>
      </w:r>
    </w:p>
    <w:p w14:paraId="3E87197F" w14:textId="77777777" w:rsidR="003C09D9" w:rsidRDefault="003C09D9" w:rsidP="003C09D9">
      <w:r>
        <w:t>Marshal Tilman approached with slow, deliberate steps. His cavalry coat was neatly buttoned, the star pinned just above the heart. A soldier to the bone—but no swagger, no arrogance. Just duty in his eyes.</w:t>
      </w:r>
    </w:p>
    <w:p w14:paraId="5FE9EA03" w14:textId="77777777" w:rsidR="003C09D9" w:rsidRDefault="003C09D9" w:rsidP="003C09D9">
      <w:r>
        <w:t>“Mr. Walker,” he said.</w:t>
      </w:r>
    </w:p>
    <w:p w14:paraId="2BC35CDE" w14:textId="77777777" w:rsidR="003C09D9" w:rsidRDefault="003C09D9" w:rsidP="003C09D9">
      <w:r>
        <w:t>Jonas gave a small nod. “Marshal.”</w:t>
      </w:r>
    </w:p>
    <w:p w14:paraId="00CE7A15" w14:textId="77777777" w:rsidR="003C09D9" w:rsidRDefault="003C09D9" w:rsidP="003C09D9">
      <w:r>
        <w:t>Tilman glanced toward the fresh graves, then back. “You spoke well.”</w:t>
      </w:r>
    </w:p>
    <w:p w14:paraId="0C2E2B68" w14:textId="77777777" w:rsidR="003C09D9" w:rsidRDefault="003C09D9" w:rsidP="003C09D9">
      <w:r>
        <w:t>Jonas shrugged. “I just said what Elijah might’ve.”</w:t>
      </w:r>
    </w:p>
    <w:p w14:paraId="6243FBF6" w14:textId="77777777" w:rsidR="003C09D9" w:rsidRDefault="003C09D9" w:rsidP="003C09D9">
      <w:r>
        <w:t>“That’s more than most men could’ve done.” Tilman paused. “You’ve got a way about you. People listen when you speak.”</w:t>
      </w:r>
    </w:p>
    <w:p w14:paraId="65260723" w14:textId="77777777" w:rsidR="003C09D9" w:rsidRDefault="003C09D9" w:rsidP="003C09D9">
      <w:r>
        <w:t>Jonas said nothing, waiting.</w:t>
      </w:r>
    </w:p>
    <w:p w14:paraId="7EECA81F" w14:textId="77777777" w:rsidR="003C09D9" w:rsidRDefault="003C09D9" w:rsidP="003C09D9">
      <w:r>
        <w:t>Tilman’s voice lowered slightly. “Town needs a lawman. Someone they trust. Someone who will look after the town and uphold the law. We’d like you to wear the badge.”</w:t>
      </w:r>
    </w:p>
    <w:p w14:paraId="57FAA85E" w14:textId="77777777" w:rsidR="003C09D9" w:rsidRDefault="003C09D9" w:rsidP="003C09D9">
      <w:r>
        <w:t>Jonas looked down, thumb absently brushing the edge of Elijah’s Bible still tucked under his arm. He was quiet for a long moment.</w:t>
      </w:r>
    </w:p>
    <w:p w14:paraId="461A08C5" w14:textId="77777777" w:rsidR="003C09D9" w:rsidRDefault="003C09D9" w:rsidP="003C09D9">
      <w:r>
        <w:lastRenderedPageBreak/>
        <w:t>“Appreciate the offer,” he said finally. “But that ain’t who I am. Not anymore.”</w:t>
      </w:r>
    </w:p>
    <w:p w14:paraId="6FCF599C" w14:textId="77777777" w:rsidR="003C09D9" w:rsidRDefault="003C09D9" w:rsidP="003C09D9">
      <w:r>
        <w:t>Tilman studied him. “You sure?”</w:t>
      </w:r>
    </w:p>
    <w:p w14:paraId="00ADB308" w14:textId="77777777" w:rsidR="003C09D9" w:rsidRDefault="003C09D9" w:rsidP="003C09D9">
      <w:r>
        <w:t>“I’ve had enough of bullets and badges.” Jonas looked toward the cemetery. “Trying something different now. Maybe something better.”</w:t>
      </w:r>
    </w:p>
    <w:p w14:paraId="22B9E90A" w14:textId="77777777" w:rsidR="003C09D9" w:rsidRDefault="003C09D9" w:rsidP="003C09D9">
      <w:r>
        <w:t>A trace of a smile touched Tilman’s face. He nodded slowly. “All right. Can’t say I blame you.”</w:t>
      </w:r>
    </w:p>
    <w:p w14:paraId="512DE1C6" w14:textId="77777777" w:rsidR="003C09D9" w:rsidRDefault="003C09D9" w:rsidP="003C09D9">
      <w:r>
        <w:t>He stepped back, adjusting his gloves. “Austin’s sending a new man. Should be here in a day or two. Temporary, but he’s competent. Honest.”</w:t>
      </w:r>
    </w:p>
    <w:p w14:paraId="683B56A9" w14:textId="77777777" w:rsidR="003C09D9" w:rsidRDefault="003C09D9" w:rsidP="003C09D9">
      <w:r>
        <w:t>“I hope so,” Jonas said.</w:t>
      </w:r>
    </w:p>
    <w:p w14:paraId="47787EF1" w14:textId="77777777" w:rsidR="003C09D9" w:rsidRDefault="003C09D9" w:rsidP="003C09D9">
      <w:r>
        <w:t>Tilman held out his hand. Jonas took it.</w:t>
      </w:r>
    </w:p>
    <w:p w14:paraId="74AAAC74" w14:textId="77777777" w:rsidR="003C09D9" w:rsidRDefault="003C09D9" w:rsidP="003C09D9">
      <w:r>
        <w:t>“You know,” Tilman said as they shook, “I’m glad we never faced off during the war.”</w:t>
      </w:r>
    </w:p>
    <w:p w14:paraId="52A6D43A" w14:textId="77777777" w:rsidR="003C09D9" w:rsidRDefault="003C09D9" w:rsidP="003C09D9">
      <w:r>
        <w:t>Jonas gave a dry smile. “Me too.”</w:t>
      </w:r>
    </w:p>
    <w:p w14:paraId="65289919" w14:textId="77777777" w:rsidR="003C09D9" w:rsidRDefault="003C09D9" w:rsidP="003C09D9">
      <w:r>
        <w:t>They parted without another word. The wind picked up, carrying the scent of dust and mesquite across the quiet town.</w:t>
      </w:r>
    </w:p>
    <w:p w14:paraId="618640BA" w14:textId="77777777" w:rsidR="003C09D9" w:rsidRDefault="003C09D9" w:rsidP="003C09D9">
      <w:r>
        <w:t>Jonas turned toward the church, heart steady. The path ahead wasn’t marked by a badge.</w:t>
      </w:r>
    </w:p>
    <w:p w14:paraId="766E07F1" w14:textId="77777777" w:rsidR="003C09D9" w:rsidRDefault="003C09D9" w:rsidP="003C09D9">
      <w:r>
        <w:t>But it was clear.</w:t>
      </w:r>
    </w:p>
    <w:p w14:paraId="7633A9B9" w14:textId="77777777" w:rsidR="003C09D9" w:rsidRDefault="003C09D9" w:rsidP="003C09D9">
      <w:r>
        <w:t>***</w:t>
      </w:r>
    </w:p>
    <w:p w14:paraId="3703241B" w14:textId="77777777" w:rsidR="003C09D9" w:rsidRDefault="003C09D9" w:rsidP="003C09D9">
      <w:r>
        <w:t>The cavalry rolled in just after midday—two wagons, eight mounted men in Union blue, and a lean, watchful lieutenant at the front. They came with little fanfare, but every eye in Grafton followed them down the main street. Windows lifted. Doors cracked open.</w:t>
      </w:r>
    </w:p>
    <w:p w14:paraId="0E8CEA11" w14:textId="77777777" w:rsidR="003C09D9" w:rsidRDefault="003C09D9" w:rsidP="003C09D9">
      <w:r>
        <w:t>Jonas watched from the shade of the church steps as Marshal Tilman met them in front of the town hall. There was a short exchange—papers, salutes, nods—and then the lieutenant dismounted and shook Tilman’s hand firmly.</w:t>
      </w:r>
    </w:p>
    <w:p w14:paraId="4EFC41E0" w14:textId="77777777" w:rsidR="003C09D9" w:rsidRDefault="003C09D9" w:rsidP="003C09D9">
      <w:r>
        <w:t>A few minutes later, Tilman motioned to a man standing behind the column of soldiers. He was tall, with gray at his temples and a calm, unreadable expression. The new sheriff. No one said it, but everyone knew.</w:t>
      </w:r>
    </w:p>
    <w:p w14:paraId="3E7814F4" w14:textId="77777777" w:rsidR="003C09D9" w:rsidRDefault="003C09D9" w:rsidP="003C09D9">
      <w:r>
        <w:t>Jonas stepped down and crossed the street as Tilman turned to face the gathered crowd.</w:t>
      </w:r>
    </w:p>
    <w:p w14:paraId="1FC8A1AB" w14:textId="77777777" w:rsidR="003C09D9" w:rsidRDefault="003C09D9" w:rsidP="003C09D9">
      <w:r>
        <w:t>“This is Deputy Marshal Frank Withers,” Tilman announced. “He’ll serve as acting sheriff of Grafton until further notice. He comes with the backing of the U.S. Army and the Provost’s office in Austin.”</w:t>
      </w:r>
    </w:p>
    <w:p w14:paraId="6EEEEC78" w14:textId="77777777" w:rsidR="003C09D9" w:rsidRDefault="003C09D9" w:rsidP="003C09D9">
      <w:r>
        <w:t>There were a few murmurs. A couple skeptical looks. But no protests.</w:t>
      </w:r>
    </w:p>
    <w:p w14:paraId="5EF29F25" w14:textId="77777777" w:rsidR="003C09D9" w:rsidRDefault="003C09D9" w:rsidP="003C09D9">
      <w:r>
        <w:lastRenderedPageBreak/>
        <w:t>Withers nodded once. “I’m not here to play politics. I’m here to keep the peace. And I won’t tolerate trouble.”</w:t>
      </w:r>
    </w:p>
    <w:p w14:paraId="1CD0297B" w14:textId="77777777" w:rsidR="003C09D9" w:rsidRDefault="003C09D9" w:rsidP="003C09D9">
      <w:r>
        <w:t>His voice was even, no bluff in it.</w:t>
      </w:r>
    </w:p>
    <w:p w14:paraId="78D421C1" w14:textId="77777777" w:rsidR="003C09D9" w:rsidRDefault="003C09D9" w:rsidP="003C09D9">
      <w:r>
        <w:t>Jonas studied him. The man didn’t carry himself like a bully. Just steady. A war veteran, maybe. One of the quiet kind who’d seen too much to posture.</w:t>
      </w:r>
    </w:p>
    <w:p w14:paraId="7D1FF3A7" w14:textId="77777777" w:rsidR="003C09D9" w:rsidRDefault="003C09D9" w:rsidP="003C09D9">
      <w:r>
        <w:t>Satisfied, Jonas stepped back toward the edge of the square as Tilman dismissed the crowd and handed off a small bundle of arrest warrants to one of the soldiers.</w:t>
      </w:r>
    </w:p>
    <w:p w14:paraId="4DD34853" w14:textId="77777777" w:rsidR="003C09D9" w:rsidRDefault="003C09D9" w:rsidP="003C09D9">
      <w:r>
        <w:t>Soon after, the two prisoners Jonas had captured—bound and bitter—were loaded into a wagon.  John Butler and Garrett Munson as well; and a third man, caught by the cavalry near Lampasas, was already there, face bruised and silent. Tilman climbed up to ride with them.</w:t>
      </w:r>
    </w:p>
    <w:p w14:paraId="3D8A7F54" w14:textId="77777777" w:rsidR="003C09D9" w:rsidRDefault="003C09D9" w:rsidP="003C09D9">
      <w:r>
        <w:t>Jonas stepped closer, meeting the marshal’s eye.</w:t>
      </w:r>
    </w:p>
    <w:p w14:paraId="054397EE" w14:textId="77777777" w:rsidR="003C09D9" w:rsidRDefault="003C09D9" w:rsidP="003C09D9">
      <w:r>
        <w:t>Tilman extended his hand. “They’ll stand trial in Austin. Testimonies have been filed. Letters from Stone, your statements, and affidavits from townsfolk. It’ll hold.”</w:t>
      </w:r>
    </w:p>
    <w:p w14:paraId="0D2833D8" w14:textId="77777777" w:rsidR="003C09D9" w:rsidRDefault="003C09D9" w:rsidP="003C09D9">
      <w:r>
        <w:t>Jonas nodded, clasping the man’s hand. “Appreciate it.”</w:t>
      </w:r>
    </w:p>
    <w:p w14:paraId="5A59A9A7" w14:textId="77777777" w:rsidR="003C09D9" w:rsidRDefault="003C09D9" w:rsidP="003C09D9">
      <w:r>
        <w:t>Tilman studied him one last time, something like respect flickering behind his eyes. “Town’s lucky to have you. Even if you didn’t take the badge.”</w:t>
      </w:r>
    </w:p>
    <w:p w14:paraId="3CCE50BF" w14:textId="77777777" w:rsidR="003C09D9" w:rsidRDefault="003C09D9" w:rsidP="003C09D9">
      <w:r>
        <w:t>Jonas gave a half-smile. “Didn’t need one.”</w:t>
      </w:r>
    </w:p>
    <w:p w14:paraId="51FC8A80" w14:textId="77777777" w:rsidR="003C09D9" w:rsidRDefault="003C09D9" w:rsidP="003C09D9">
      <w:r>
        <w:t>The wagon creaked forward. Horses snorted. And just like that, the marshal and his prisoners rolled east, leaving dust and silence behind them.</w:t>
      </w:r>
    </w:p>
    <w:p w14:paraId="605A258B" w14:textId="77777777" w:rsidR="003C09D9" w:rsidRDefault="003C09D9" w:rsidP="003C09D9">
      <w:r>
        <w:t>Jonas stood in the street for a moment longer. Watching. Thinking.</w:t>
      </w:r>
    </w:p>
    <w:p w14:paraId="7D5F258D" w14:textId="77777777" w:rsidR="003C09D9" w:rsidRDefault="003C09D9" w:rsidP="003C09D9">
      <w:r>
        <w:t>It wasn’t finished. Not really.</w:t>
      </w:r>
    </w:p>
    <w:p w14:paraId="46308D2E" w14:textId="77777777" w:rsidR="003C09D9" w:rsidRDefault="003C09D9" w:rsidP="003C09D9">
      <w:r>
        <w:t>But it was beginning.</w:t>
      </w:r>
    </w:p>
    <w:p w14:paraId="4FA4FA66" w14:textId="77777777" w:rsidR="003C09D9" w:rsidRDefault="003C09D9" w:rsidP="003C09D9">
      <w:r>
        <w:br/>
      </w:r>
    </w:p>
    <w:p w14:paraId="0726E8FC" w14:textId="77777777" w:rsidR="003C09D9" w:rsidRDefault="003C09D9" w:rsidP="003C09D9">
      <w:r>
        <w:t>Chapter Thirty</w:t>
      </w:r>
    </w:p>
    <w:p w14:paraId="7AC4BB6C" w14:textId="77777777" w:rsidR="003C09D9" w:rsidRDefault="003C09D9" w:rsidP="003C09D9">
      <w:r>
        <w:t>Frost rimmed the chapel roof like lace, delicate and fleeting beneath the pale November sun. Smoke curled from stone chimneys along Grafton’s main street, and bare-limbed oaks stood sentry over the quiet lanes, their leaves long since fallen. The air carried the sharp scent of woodsmoke and the first edge of winter. Somewhere a hammer rang out—slow, steady—like the ticking of a new clock marking time in a town learning to breathe again.</w:t>
      </w:r>
    </w:p>
    <w:p w14:paraId="6857210F" w14:textId="77777777" w:rsidR="003C09D9" w:rsidRDefault="003C09D9" w:rsidP="003C09D9">
      <w:r>
        <w:lastRenderedPageBreak/>
        <w:t>Jonas sat on the front steps of the church, watching the town come to life, hands cradling a tin cup of coffee gone cold. His coat hung open, breath curling in the morning air. He watched as Matthias Schneider led a mule-cart down the road, nodding a silent greeting. A wagon clattered somewhere beyond the ridge. Life, stubborn and slow, was moving forward.</w:t>
      </w:r>
    </w:p>
    <w:p w14:paraId="719C1BFB" w14:textId="77777777" w:rsidR="003C09D9" w:rsidRDefault="003C09D9" w:rsidP="003C09D9">
      <w:r>
        <w:t>He glanced toward the cemetery hill, where the oak tree stood black against the pale sky. He thought of Elijah, heard his voice in his mind—“Good mornin’!”—always too cheerful, too full of joy before coffee.</w:t>
      </w:r>
    </w:p>
    <w:p w14:paraId="0CEA5CBB" w14:textId="77777777" w:rsidR="003C09D9" w:rsidRDefault="003C09D9" w:rsidP="003C09D9">
      <w:r>
        <w:t>It has been nearly a month since the last gunshots faded. A month since we buried Elijah under that tree, and two men beneath unmarked stones. The town is quieter now. Not healed, not whole—but quieter. The fear is gone from the streets. Folks are speaking to each other again. Some are even singing.</w:t>
      </w:r>
    </w:p>
    <w:p w14:paraId="15F41ED2" w14:textId="77777777" w:rsidR="003C09D9" w:rsidRDefault="003C09D9" w:rsidP="003C09D9">
      <w:r>
        <w:t>I can feel something changing in me, too. Like the hard edge is starting to wear down. It has not broken, but it is softer somehow. The kind of peace that comes slow, after a storm.</w:t>
      </w:r>
    </w:p>
    <w:p w14:paraId="514F0A32" w14:textId="77777777" w:rsidR="003C09D9" w:rsidRDefault="003C09D9" w:rsidP="003C09D9">
      <w:r>
        <w:t>He rubbed a hand along his jaw, eyes drifting to the schoolhouse down the street. Emily stood outside, greeting the children as they arrived. She knelt to tie a boy’s scarf, tousled another’s hair, and laughed at something one of the girls said. Jonas watched for a moment, a faint smile tugging at the corner of his mouth.</w:t>
      </w:r>
    </w:p>
    <w:p w14:paraId="60470AEF" w14:textId="77777777" w:rsidR="003C09D9" w:rsidRDefault="003C09D9" w:rsidP="003C09D9">
      <w:r>
        <w:t>Then the guilt crept in.</w:t>
      </w:r>
    </w:p>
    <w:p w14:paraId="207B6CCF" w14:textId="77777777" w:rsidR="003C09D9" w:rsidRDefault="003C09D9" w:rsidP="003C09D9">
      <w:r>
        <w:t>I think about her more than I should. Emily has been kind to me. Strong in her way. She carries herself like someone who knows the Lord and does not feel the need to prove it. And she listens—really listens—in a way that makes a man feel steady again.</w:t>
      </w:r>
    </w:p>
    <w:p w14:paraId="3A0A0FF3" w14:textId="77777777" w:rsidR="003C09D9" w:rsidRDefault="003C09D9" w:rsidP="003C09D9">
      <w:r>
        <w:t>But when I think of her, I feel like I am betraying my Anna. I know she is gone. I know the Lord took her home. But I still wear that ring, and some part of me is afraid to take it off. Afraid I would be letting go of the last piece of her I have left.</w:t>
      </w:r>
    </w:p>
    <w:p w14:paraId="2F12B372" w14:textId="77777777" w:rsidR="003C09D9" w:rsidRDefault="003C09D9" w:rsidP="003C09D9">
      <w:r>
        <w:t>I care for Emily. I will not lie about that. But I do not believe I am ready. Not yet.</w:t>
      </w:r>
    </w:p>
    <w:p w14:paraId="7B7AF1E7" w14:textId="77777777" w:rsidR="003C09D9" w:rsidRDefault="003C09D9" w:rsidP="003C09D9">
      <w:r>
        <w:t>He stood and drained the last of the cold coffee, then stepped off the porch toward the hitching post where his saddlebag waited. The sun was climbing, and the road was calling. There were still people to see, fences to mend, prayers to offer; trying to carry on what Elijah started here.</w:t>
      </w:r>
    </w:p>
    <w:p w14:paraId="369F34C9" w14:textId="77777777" w:rsidR="003C09D9" w:rsidRDefault="003C09D9" w:rsidP="003C09D9">
      <w:r>
        <w:t>And until someone else came, this flock needed tending to.</w:t>
      </w:r>
    </w:p>
    <w:p w14:paraId="14B8E541" w14:textId="77777777" w:rsidR="003C09D9" w:rsidRDefault="003C09D9" w:rsidP="003C09D9"/>
    <w:p w14:paraId="143FA71D" w14:textId="77777777" w:rsidR="003C09D9" w:rsidRDefault="003C09D9" w:rsidP="003C09D9">
      <w:r>
        <w:t>She stood outside the schoolhouse, still greeting the children as they arrived. Jonas watched as he rode his horse slowly on, then nudged his horse to pick up the pace.</w:t>
      </w:r>
    </w:p>
    <w:p w14:paraId="68FAB55C" w14:textId="77777777" w:rsidR="003C09D9" w:rsidRDefault="003C09D9" w:rsidP="003C09D9">
      <w:r>
        <w:t>He tipped his hat as he passed.</w:t>
      </w:r>
      <w:r>
        <w:br/>
        <w:t>“Mornin’, Miss Hartley.”</w:t>
      </w:r>
    </w:p>
    <w:p w14:paraId="750C829B" w14:textId="77777777" w:rsidR="003C09D9" w:rsidRDefault="003C09D9" w:rsidP="003C09D9">
      <w:r>
        <w:lastRenderedPageBreak/>
        <w:t>She looked up and smiled. “Good morning, Mr. Walker.”</w:t>
      </w:r>
      <w:r>
        <w:br/>
        <w:t>The way she said it made the cold feel less biting.</w:t>
      </w:r>
    </w:p>
    <w:p w14:paraId="7BFB5BA2" w14:textId="77777777" w:rsidR="003C09D9" w:rsidRDefault="003C09D9" w:rsidP="003C09D9">
      <w:r>
        <w:t>He rode on.</w:t>
      </w:r>
    </w:p>
    <w:p w14:paraId="74F74245" w14:textId="77777777" w:rsidR="003C09D9" w:rsidRDefault="003C09D9" w:rsidP="003C09D9">
      <w:r>
        <w:t>The Wilkins place was first, a mile out past the old oak line. Jonas found Mr. Wilkins sitting on a stool in the yard, soaking what little sun he could. He was wrapped in a quilt and talking to himself about cattle prices. Inside, Mrs. Wilkins was brewing chicory and worried over the coming winter. Jonas brought in wood, stacked it by the stove, and read a few verses before praying with them both. They bowed their heads without being asked.</w:t>
      </w:r>
    </w:p>
    <w:p w14:paraId="4CB64AF9" w14:textId="77777777" w:rsidR="003C09D9" w:rsidRDefault="003C09D9" w:rsidP="003C09D9">
      <w:r>
        <w:t>From there, he rode out to the Schneiders’. At the Schneider ranch, the gate was already open, and Katarina waved from the porch before Jonas even dismounted. Johann met him with a smile and a firm handshake, clapping him on the shoulder like an old friend. Inside, the kitchen smelled of bread and onions, and the warmth of the stove pushed back the chill. They talked over coffee, then bowed their heads together as Jonas prayed for their home, the church, and the land.</w:t>
      </w:r>
    </w:p>
    <w:p w14:paraId="086720AE" w14:textId="77777777" w:rsidR="003C09D9" w:rsidRDefault="003C09D9" w:rsidP="003C09D9">
      <w:r>
        <w:t>Before he left, he stepped out to check on the ranch hand who had taken a beating a few months back. The bruises had faded, but Jonas could tell the man still carried it. He said little—just nodded when Jonas asked how he was doing. Jonas left it at that.</w:t>
      </w:r>
    </w:p>
    <w:p w14:paraId="775D6E1A" w14:textId="77777777" w:rsidR="003C09D9" w:rsidRDefault="003C09D9" w:rsidP="003C09D9">
      <w:r>
        <w:t>From there, he rode north out to the Thompson place. The Mr. Thompson and his boys were already out in the field, sleeves rolled up, boots in the mud. The fence line stretched a quarter mile, half of it leaning or down. Jonas tied his horse to a post and got to work, driving nails, hauling posts, trading quiet jokes and hand signals with the Thompson boys like they had done it a dozen times before.</w:t>
      </w:r>
    </w:p>
    <w:p w14:paraId="5655D2CE" w14:textId="77777777" w:rsidR="003C09D9" w:rsidRDefault="003C09D9" w:rsidP="003C09D9">
      <w:r>
        <w:t>By the time he returned to the boarding house beside the chapel, the sun had sunk low behind the hills, casting long shadows across the yard. He dismounted slow, arms aching, and looked up at the cross on the chapel roof. This kind of work—this kind of life—was never what he imagined for himself. And yet somehow, it fit.</w:t>
      </w:r>
    </w:p>
    <w:p w14:paraId="35851050" w14:textId="77777777" w:rsidR="003C09D9" w:rsidRDefault="003C09D9" w:rsidP="003C09D9">
      <w:r>
        <w:t>***</w:t>
      </w:r>
    </w:p>
    <w:p w14:paraId="4CCFA0FB" w14:textId="77777777" w:rsidR="003C09D9" w:rsidRDefault="003C09D9" w:rsidP="003C09D9">
      <w:r>
        <w:t>Sunday morning came with a brittle wind and a sky the color of pewter. Inside the chapel, the woodstove glowed, and the pews filled slowly. Emily played the hymns soft and steady on an upright piano a family recently donated to the church, and the congregation sang with that low warmth that only comes after a hard season of loss.</w:t>
      </w:r>
    </w:p>
    <w:p w14:paraId="545FA7CE" w14:textId="77777777" w:rsidR="003C09D9" w:rsidRDefault="003C09D9" w:rsidP="003C09D9">
      <w:r>
        <w:t>Jonas stood behind the pulpit, Bible open, boots planted.</w:t>
      </w:r>
    </w:p>
    <w:p w14:paraId="74B575E1" w14:textId="77777777" w:rsidR="003C09D9" w:rsidRDefault="003C09D9" w:rsidP="003C09D9">
      <w:r>
        <w:t>He was still learning the ins and outs of the work—still saying what he figured Elijah might have said, still listening for that voice in his head. But the words were beginning to settle in his chest like they belonged there. He had been in the Scriptures more lately, not because he felt qualified, but because he did not want to let these people down. He was learning, slow and steady, to lean harder on the Lord.</w:t>
      </w:r>
    </w:p>
    <w:p w14:paraId="70783617" w14:textId="77777777" w:rsidR="003C09D9" w:rsidRDefault="003C09D9" w:rsidP="003C09D9">
      <w:r>
        <w:lastRenderedPageBreak/>
        <w:t>That morning, he preached from the Gospel of John. Talked about light shining in darkness. About grace that does not run out. About holding fast when it would be easier to quit. He stumbled once or twice, searched for the right phrase here and there, misspoke a few times, but no one seemed to mind.</w:t>
      </w:r>
    </w:p>
    <w:p w14:paraId="4EC00C36" w14:textId="77777777" w:rsidR="003C09D9" w:rsidRDefault="003C09D9" w:rsidP="003C09D9">
      <w:r>
        <w:t>After the closing prayer, a few folks lingered. Most of the congregation headed out into the cold, but others remained near the front: Johann and Katarina Schneider, Emily, Mrs. Abernathy, and Sister June bundled in her shawl and tapping her cane against the floor.</w:t>
      </w:r>
    </w:p>
    <w:p w14:paraId="38A15733" w14:textId="77777777" w:rsidR="003C09D9" w:rsidRDefault="003C09D9" w:rsidP="003C09D9">
      <w:r>
        <w:t>Jonas walked from the front of the church, greeting folks as they filed out. “I wonder if the Association will be sending answering my petition soon.”</w:t>
      </w:r>
    </w:p>
    <w:p w14:paraId="209B025E" w14:textId="77777777" w:rsidR="003C09D9" w:rsidRDefault="003C09D9" w:rsidP="003C09D9">
      <w:r>
        <w:t>There was a pause.</w:t>
      </w:r>
    </w:p>
    <w:p w14:paraId="75B68485" w14:textId="77777777" w:rsidR="003C09D9" w:rsidRDefault="003C09D9" w:rsidP="003C09D9">
      <w:r>
        <w:t>Emily glanced down at her hands.</w:t>
      </w:r>
    </w:p>
    <w:p w14:paraId="7606E13E" w14:textId="77777777" w:rsidR="003C09D9" w:rsidRDefault="003C09D9" w:rsidP="003C09D9">
      <w:r>
        <w:t>Mrs. Abernathy was the first to speak. “You asking because you’re hoping they will? Or hoping they won’t?”</w:t>
      </w:r>
    </w:p>
    <w:p w14:paraId="00FBFC57" w14:textId="77777777" w:rsidR="003C09D9" w:rsidRDefault="003C09D9" w:rsidP="003C09D9">
      <w:r>
        <w:t>Jonas gave a soft chuckle. “Maybe both.”</w:t>
      </w:r>
    </w:p>
    <w:p w14:paraId="5E0C4FF9" w14:textId="77777777" w:rsidR="003C09D9" w:rsidRDefault="003C09D9" w:rsidP="003C09D9">
      <w:r>
        <w:t>Johann crossed his arms, studying him. “Would you ever consider staying on?”</w:t>
      </w:r>
    </w:p>
    <w:p w14:paraId="1964F068" w14:textId="77777777" w:rsidR="003C09D9" w:rsidRDefault="003C09D9" w:rsidP="003C09D9">
      <w:r>
        <w:t>“I have thought about it,” Jonas said honestly. “Prayed about it, too. But truth be told... I keep thinking about Elijah. About the work he did riding from town to town. Preaching where no one else would. I wonder if maybe I am supposed to carry on what he started.”</w:t>
      </w:r>
    </w:p>
    <w:p w14:paraId="506788C4" w14:textId="77777777" w:rsidR="003C09D9" w:rsidRDefault="003C09D9" w:rsidP="003C09D9">
      <w:r>
        <w:t>The group was quiet. Emily didn’t look up.</w:t>
      </w:r>
    </w:p>
    <w:p w14:paraId="2EF6AFE1" w14:textId="77777777" w:rsidR="003C09D9" w:rsidRDefault="003C09D9" w:rsidP="003C09D9">
      <w:r>
        <w:t>Sister June gave a small nod. “The Lord does not waste a man’s journey.”</w:t>
      </w:r>
    </w:p>
    <w:p w14:paraId="48C61B10" w14:textId="77777777" w:rsidR="003C09D9" w:rsidRDefault="003C09D9" w:rsidP="003C09D9">
      <w:r>
        <w:t>“No,” Jonas said. “He surely does not.”</w:t>
      </w:r>
    </w:p>
    <w:p w14:paraId="730903DC" w14:textId="77777777" w:rsidR="003C09D9" w:rsidRDefault="003C09D9" w:rsidP="003C09D9">
      <w:r>
        <w:t>***</w:t>
      </w:r>
    </w:p>
    <w:p w14:paraId="3BE600F7" w14:textId="77777777" w:rsidR="003C09D9" w:rsidRDefault="003C09D9" w:rsidP="003C09D9">
      <w:r>
        <w:t>The afternoon sun slanted through the trees, casting long shadows across the yard beside the church. Jonas was bent over a crooked hinge on the chapel door, working a stubborn screw into place, when he heard the creak of wagon wheels coming up the road.</w:t>
      </w:r>
    </w:p>
    <w:p w14:paraId="01BFC8E5" w14:textId="77777777" w:rsidR="003C09D9" w:rsidRDefault="003C09D9" w:rsidP="003C09D9">
      <w:r>
        <w:t>He straightened, wiped his hands on a rag, and stepped out into the light.</w:t>
      </w:r>
    </w:p>
    <w:p w14:paraId="358A9F68" w14:textId="77777777" w:rsidR="003C09D9" w:rsidRDefault="003C09D9" w:rsidP="003C09D9">
      <w:r>
        <w:t>A wagon rolled to a stop in front of the chapel, the team snorting and stamping as they settled. A man climbed down from the seat—tall and lean, with streaks of gray in his beard and a quiet confidence in his step. A woman soon followed, her eyes scanning the town with cautious curiosity. Then came two children: a boy of about ten and a girl half his age, clinging to a cloth doll.</w:t>
      </w:r>
    </w:p>
    <w:p w14:paraId="221224B0" w14:textId="77777777" w:rsidR="003C09D9" w:rsidRDefault="003C09D9" w:rsidP="003C09D9">
      <w:r>
        <w:t>“Can I help you?” Jonas asked, walking toward them.</w:t>
      </w:r>
    </w:p>
    <w:p w14:paraId="2D163E7E" w14:textId="77777777" w:rsidR="003C09D9" w:rsidRDefault="003C09D9" w:rsidP="003C09D9">
      <w:r>
        <w:lastRenderedPageBreak/>
        <w:t>The man turned, offering a hand. “I hope so. Name’s Aaron Hargrove. My wife Miriam, and our two young ones—Caleb and Ruth. We’ve come from Independence.”</w:t>
      </w:r>
    </w:p>
    <w:p w14:paraId="49683759" w14:textId="77777777" w:rsidR="003C09D9" w:rsidRDefault="003C09D9" w:rsidP="003C09D9">
      <w:r>
        <w:t>Jonas blinked, then smiled. “Well. It is good to meet you. I reckon you’re the answer to more prayers than I can count.”</w:t>
      </w:r>
    </w:p>
    <w:p w14:paraId="3E20276D" w14:textId="77777777" w:rsidR="003C09D9" w:rsidRDefault="003C09D9" w:rsidP="003C09D9">
      <w:r>
        <w:t>“You must be Jonas Walker,” Aaron said.</w:t>
      </w:r>
    </w:p>
    <w:p w14:paraId="72954F1F" w14:textId="77777777" w:rsidR="003C09D9" w:rsidRDefault="003C09D9" w:rsidP="003C09D9">
      <w:r>
        <w:t>“I am.”</w:t>
      </w:r>
    </w:p>
    <w:p w14:paraId="65093FE3" w14:textId="77777777" w:rsidR="003C09D9" w:rsidRDefault="003C09D9" w:rsidP="003C09D9">
      <w:r>
        <w:t>Aaron glanced up at the chapel. “We were told this place could use a shepherd. Figured we’d come see.”</w:t>
      </w:r>
    </w:p>
    <w:p w14:paraId="2EE4C966" w14:textId="77777777" w:rsidR="003C09D9" w:rsidRDefault="003C09D9" w:rsidP="003C09D9">
      <w:r>
        <w:t>Jonas nodded, still smiling. “Well, come on. Let me show you around.”</w:t>
      </w:r>
    </w:p>
    <w:p w14:paraId="1A0F110B" w14:textId="77777777" w:rsidR="003C09D9" w:rsidRDefault="003C09D9" w:rsidP="003C09D9">
      <w:r>
        <w:t>He gave them a quiet tour—the chapel, freshly patched from bullet holes and vandalism; the garden plot Sister June and the children had replanted behind it; the boarding house next door where he’d been staying since Elijah’s death. Miriam admired the garden, and the children ran ahead, wide-eyed and whispering.</w:t>
      </w:r>
    </w:p>
    <w:p w14:paraId="4F0D954F" w14:textId="77777777" w:rsidR="003C09D9" w:rsidRDefault="003C09D9" w:rsidP="003C09D9">
      <w:r>
        <w:t>Jonas led the family next door to the white-painted house beside the chapel. The boarding house had been patched up over the summer, thanks to some volunteer work and stubborn faith.</w:t>
      </w:r>
    </w:p>
    <w:p w14:paraId="5725C805" w14:textId="77777777" w:rsidR="003C09D9" w:rsidRDefault="003C09D9" w:rsidP="003C09D9">
      <w:r>
        <w:t>Mrs. Abernathy opened the door before they reached it, her dark brown hair pinned up and her apron dusted with flour. Her six-year-old son, Thomas, peeked out from behind her skirts.</w:t>
      </w:r>
    </w:p>
    <w:p w14:paraId="5F775D3A" w14:textId="77777777" w:rsidR="003C09D9" w:rsidRDefault="003C09D9" w:rsidP="003C09D9">
      <w:r>
        <w:t>“Mrs. Sarah Abernathy,” Jonas said, “this is Pastor Aaron Hargrove and his wife Miriam. They’ll be staying here a while.”</w:t>
      </w:r>
    </w:p>
    <w:p w14:paraId="01406C1E" w14:textId="77777777" w:rsidR="003C09D9" w:rsidRDefault="003C09D9" w:rsidP="003C09D9">
      <w:r>
        <w:t>The young widow offered a gracious smile. “You’re both welcome here. I’ve got two rooms made up, and supper will be ready before long. Come in and get warm.”</w:t>
      </w:r>
    </w:p>
    <w:p w14:paraId="1F80598C" w14:textId="77777777" w:rsidR="003C09D9" w:rsidRDefault="003C09D9" w:rsidP="003C09D9">
      <w:r>
        <w:t>“Thank you kindly,” Miriam said, glancing at her children. “That sounds like heaven.”</w:t>
      </w:r>
    </w:p>
    <w:p w14:paraId="19F80E81" w14:textId="77777777" w:rsidR="003C09D9" w:rsidRDefault="003C09D9" w:rsidP="003C09D9">
      <w:r>
        <w:t>Back at the wagon, as Jonas helped unload a few belongings, Aaron spoke again.</w:t>
      </w:r>
    </w:p>
    <w:p w14:paraId="5C512425" w14:textId="77777777" w:rsidR="003C09D9" w:rsidRDefault="003C09D9" w:rsidP="003C09D9">
      <w:r>
        <w:t>“I know a little about what happened here. The Association told me what they could, but I would appreciate hearing it from the man who lived it.”</w:t>
      </w:r>
    </w:p>
    <w:p w14:paraId="2FE48741" w14:textId="77777777" w:rsidR="003C09D9" w:rsidRDefault="003C09D9" w:rsidP="003C09D9">
      <w:r>
        <w:t>Jonas paused, looking toward the chapel steps. “You’ll hear it. Once you and your family get settled in, I’ll tell you everything.”</w:t>
      </w:r>
    </w:p>
    <w:p w14:paraId="6D25A8AB" w14:textId="77777777" w:rsidR="003C09D9" w:rsidRDefault="003C09D9" w:rsidP="003C09D9">
      <w:r>
        <w:t>Aaron nodded slowly, resting a hand on the wagon rail. “All right then.”</w:t>
      </w:r>
    </w:p>
    <w:p w14:paraId="58C4A314" w14:textId="77777777" w:rsidR="003C09D9" w:rsidRDefault="003C09D9" w:rsidP="003C09D9">
      <w:r>
        <w:t>Jonas picked up a trunk and started toward the door. “Come on. Let’s get you home.”</w:t>
      </w:r>
    </w:p>
    <w:p w14:paraId="0AB112F5" w14:textId="77777777" w:rsidR="003C09D9" w:rsidRDefault="003C09D9" w:rsidP="003C09D9"/>
    <w:p w14:paraId="4630E891" w14:textId="77777777" w:rsidR="003C09D9" w:rsidRDefault="003C09D9" w:rsidP="003C09D9">
      <w:r>
        <w:lastRenderedPageBreak/>
        <w:t>The wind was cooler up on the ridge, carrying the scent of cedar and chimney smoke from the valley below. The town of Grafton spread out beneath them—still worn in places, still healing, but alive.</w:t>
      </w:r>
    </w:p>
    <w:p w14:paraId="5D56D8EB" w14:textId="77777777" w:rsidR="003C09D9" w:rsidRDefault="003C09D9" w:rsidP="003C09D9">
      <w:r>
        <w:t>Jonas stood with Aaron just beyond the cemetery fence, where the trees opened to a clear view of the church steeple and the rooftops beyond. The sun hung low behind them, casting long shadows across the hill.</w:t>
      </w:r>
    </w:p>
    <w:p w14:paraId="67CC8BD5" w14:textId="77777777" w:rsidR="003C09D9" w:rsidRDefault="003C09D9" w:rsidP="003C09D9">
      <w:r>
        <w:t>Jonas finished the last of it with a quiet breath. “Then, Marshal Tilman took Mr. Butler, Sheriff Munson, and the two prisoners to Austin. Said the courts will sort the rest.”</w:t>
      </w:r>
    </w:p>
    <w:p w14:paraId="2D1D49C4" w14:textId="77777777" w:rsidR="003C09D9" w:rsidRDefault="003C09D9" w:rsidP="003C09D9">
      <w:r>
        <w:t>Aaron said nothing for a moment, just let it settle in the air between them. Then he nodded. “You held this place together, Jonas. Maybe not perfect. Certainly not easy. But God used you.”</w:t>
      </w:r>
    </w:p>
    <w:p w14:paraId="57A3A072" w14:textId="77777777" w:rsidR="003C09D9" w:rsidRDefault="003C09D9" w:rsidP="003C09D9">
      <w:r>
        <w:t>Jonas’s eyes remained on the town. He took a beat, then gave a small, almost tired smile. “Elijah would say the same thing. That it was not me. Just a vessel.”</w:t>
      </w:r>
    </w:p>
    <w:p w14:paraId="3B4F10C1" w14:textId="77777777" w:rsidR="003C09D9" w:rsidRDefault="003C09D9" w:rsidP="003C09D9">
      <w:r>
        <w:t>Aaron looked at him. “So, what now?”</w:t>
      </w:r>
    </w:p>
    <w:p w14:paraId="63427FB2" w14:textId="77777777" w:rsidR="003C09D9" w:rsidRDefault="003C09D9" w:rsidP="003C09D9">
      <w:r>
        <w:t>“I have been prayin’ on that,” Jonas said, voice steady. “I believe I am meant to carry on Elijah’s work. Take the saddle, ride where the Lord leads. There are folks out there need ministerin’ to… need remindin’ they ain’t alone.”</w:t>
      </w:r>
    </w:p>
    <w:p w14:paraId="0929C9BA" w14:textId="77777777" w:rsidR="003C09D9" w:rsidRDefault="003C09D9" w:rsidP="003C09D9">
      <w:r>
        <w:t>Aaron considered it, then nodded slowly. “Then let me ask a favor. One more sermon. This Sunday. Your final word here.”</w:t>
      </w:r>
    </w:p>
    <w:p w14:paraId="232C93ED" w14:textId="77777777" w:rsidR="003C09D9" w:rsidRDefault="003C09D9" w:rsidP="003C09D9">
      <w:r>
        <w:t>Jonas looked at him, the corners of his mouth lifting. “I would be honored.”</w:t>
      </w:r>
    </w:p>
    <w:p w14:paraId="0033BD26" w14:textId="77777777" w:rsidR="003C09D9" w:rsidRDefault="003C09D9" w:rsidP="003C09D9">
      <w:r>
        <w:t>They stood together a moment longer, the wind whispering through dry grass</w:t>
      </w:r>
    </w:p>
    <w:p w14:paraId="5BEC0A4F" w14:textId="77777777" w:rsidR="003C09D9" w:rsidRDefault="003C09D9" w:rsidP="003C09D9">
      <w:r>
        <w:t>***</w:t>
      </w:r>
    </w:p>
    <w:p w14:paraId="095458B0" w14:textId="77777777" w:rsidR="003C09D9" w:rsidRDefault="003C09D9" w:rsidP="003C09D9">
      <w:r>
        <w:t>The church was full that early, cool, December Sunday morning. Not just in numbers, but in spirit. Sunlight slanted through the repaired windows, casting gold across the pews. Children fidgeted on their parents’ laps. Familiar faces filled every row—Schneiders, Mrs. Abernathy, Sister June, the Thompsons—all watching the man who had helped carry them through the fire.</w:t>
      </w:r>
    </w:p>
    <w:p w14:paraId="03DB0D97" w14:textId="77777777" w:rsidR="003C09D9" w:rsidRDefault="003C09D9" w:rsidP="003C09D9">
      <w:r>
        <w:t>Jonas stepped up to the pulpit slowly. No notes, no pages. Just Elijah’s Bible…his Bible, worn and weathered. His hand rested on it a moment before he opened to Philippians.</w:t>
      </w:r>
    </w:p>
    <w:p w14:paraId="05A50F6F" w14:textId="77777777" w:rsidR="003C09D9" w:rsidRDefault="003C09D9" w:rsidP="003C09D9">
      <w:r>
        <w:t>“Brethren,” he read, voice steady, “I count not myself to have apprehended: but this one thing I do, forgetting those things which are behind, and reachin’ forth unto those things which are before, I press toward the mark for the prize of the high callin’ of God in Christ Jesus.”</w:t>
      </w:r>
    </w:p>
    <w:p w14:paraId="284DC3EE" w14:textId="77777777" w:rsidR="003C09D9" w:rsidRDefault="003C09D9" w:rsidP="003C09D9">
      <w:r>
        <w:t>He looked up, meeting their eyes.</w:t>
      </w:r>
    </w:p>
    <w:p w14:paraId="4A625A8D" w14:textId="77777777" w:rsidR="003C09D9" w:rsidRDefault="003C09D9" w:rsidP="003C09D9">
      <w:r>
        <w:t>“I reckon we all have somethin’ behind us we would rather forget. Scars we carry, wrongs we done or had done to us. But the Word tells us not to live back there—not to sit in the ashes.”</w:t>
      </w:r>
    </w:p>
    <w:p w14:paraId="3A38ABF0" w14:textId="77777777" w:rsidR="003C09D9" w:rsidRDefault="003C09D9" w:rsidP="003C09D9">
      <w:r>
        <w:lastRenderedPageBreak/>
        <w:t>He paused, letting it settle.</w:t>
      </w:r>
    </w:p>
    <w:p w14:paraId="2B28F26D" w14:textId="77777777" w:rsidR="003C09D9" w:rsidRDefault="003C09D9" w:rsidP="003C09D9">
      <w:r>
        <w:t>“The Lord’s called me to keep ridin’. To take the Word to the places my dear friend and mentor, Elijah, never made it. To be His voice on lonely trails and dusty crossroads. I do not know where that road will lead… but I trust the One who laid it out.”</w:t>
      </w:r>
    </w:p>
    <w:p w14:paraId="5CE90A13" w14:textId="77777777" w:rsidR="003C09D9" w:rsidRDefault="003C09D9" w:rsidP="003C09D9">
      <w:r>
        <w:t>His gaze swept across the congregation—faces he had come to care for.</w:t>
      </w:r>
    </w:p>
    <w:p w14:paraId="733469DE" w14:textId="77777777" w:rsidR="003C09D9" w:rsidRDefault="003C09D9" w:rsidP="003C09D9">
      <w:r>
        <w:t>“And I believe He has called each of you, too. To keep witnessin’, to rebuild this town, to love one another, to forgive, to keep pressin’ toward that mark. Even when it is hard. Especially when it is.”</w:t>
      </w:r>
    </w:p>
    <w:p w14:paraId="3CCE6A3A" w14:textId="77777777" w:rsidR="003C09D9" w:rsidRDefault="003C09D9" w:rsidP="003C09D9">
      <w:r>
        <w:t>He closed the Bible gently.</w:t>
      </w:r>
    </w:p>
    <w:p w14:paraId="55CE0138" w14:textId="77777777" w:rsidR="003C09D9" w:rsidRDefault="003C09D9" w:rsidP="003C09D9">
      <w:r>
        <w:t>“You have been my family in a time I did not know I still had one. I thank God for each of you. I carry you with me.”</w:t>
      </w:r>
    </w:p>
    <w:p w14:paraId="5B11AC7D" w14:textId="77777777" w:rsidR="003C09D9" w:rsidRDefault="003C09D9" w:rsidP="003C09D9">
      <w:r>
        <w:t>The sanctuary was silent for a long moment, save for the rustle of someone wiping away a tear.</w:t>
      </w:r>
    </w:p>
    <w:p w14:paraId="50132DDF" w14:textId="77777777" w:rsidR="003C09D9" w:rsidRDefault="003C09D9" w:rsidP="003C09D9"/>
    <w:p w14:paraId="0AD3A486" w14:textId="77777777" w:rsidR="003C09D9" w:rsidRDefault="003C09D9" w:rsidP="003C09D9">
      <w:r>
        <w:t>The celebration was simple—homemade pies, fried chicken, laughter, and stories retold for the tenth time. Mrs. Abernathy kept refilling plates. Children chased each other through the grass. Someone started a hymn on a fiddle, and soon it spread like a breeze across the yard.</w:t>
      </w:r>
    </w:p>
    <w:p w14:paraId="745B5A5B" w14:textId="77777777" w:rsidR="003C09D9" w:rsidRDefault="003C09D9" w:rsidP="003C09D9">
      <w:r>
        <w:t>Jonas stood off to one side, speaking quietly with Sister June and the Thompsons. A few handshakes turned into hugs. The Schneiders promised to write. Aaron Hargrove prayed for Jonas, safe travels and that God would bless his ministry as well as the church there in Grafton.</w:t>
      </w:r>
    </w:p>
    <w:p w14:paraId="6FA63F4E" w14:textId="77777777" w:rsidR="003C09D9" w:rsidRDefault="003C09D9" w:rsidP="003C09D9">
      <w:r>
        <w:t>Then, as the sun dipped behind the trees, Emily approached.</w:t>
      </w:r>
    </w:p>
    <w:p w14:paraId="57D7830E" w14:textId="77777777" w:rsidR="003C09D9" w:rsidRDefault="003C09D9" w:rsidP="003C09D9">
      <w:r>
        <w:t>She stood there a moment, hands clasped in front of her, a faint smile tugging at her lips.</w:t>
      </w:r>
    </w:p>
    <w:p w14:paraId="01CB8356" w14:textId="77777777" w:rsidR="003C09D9" w:rsidRDefault="003C09D9" w:rsidP="003C09D9">
      <w:r>
        <w:t>“I wish you would stay,” she said, not whispering, not loud—just plain and true.</w:t>
      </w:r>
    </w:p>
    <w:p w14:paraId="777A2626" w14:textId="77777777" w:rsidR="003C09D9" w:rsidRDefault="003C09D9" w:rsidP="003C09D9">
      <w:r>
        <w:t>Jonas looked at her for a long beat. “I have thought about it,” he said. “Truth is, there is no place I would rather be. But this call… ain’t one I can ignore. I think God’s got work for me yet. Same kind Elijah did.”</w:t>
      </w:r>
    </w:p>
    <w:p w14:paraId="24166A95" w14:textId="77777777" w:rsidR="003C09D9" w:rsidRDefault="003C09D9" w:rsidP="003C09D9">
      <w:r>
        <w:t>She nodded, blinking back the weight in her eyes. “I understand.”</w:t>
      </w:r>
    </w:p>
    <w:p w14:paraId="0B039A64" w14:textId="77777777" w:rsidR="003C09D9" w:rsidRDefault="003C09D9" w:rsidP="003C09D9">
      <w:r>
        <w:t>He reached for her hand, held it gently.</w:t>
      </w:r>
    </w:p>
    <w:p w14:paraId="2446B403" w14:textId="77777777" w:rsidR="003C09D9" w:rsidRDefault="003C09D9" w:rsidP="003C09D9">
      <w:r>
        <w:t>“I will come back,” he said. “Not sure when. But I will. If the Lord wills.”</w:t>
      </w:r>
    </w:p>
    <w:p w14:paraId="4774AE15" w14:textId="77777777" w:rsidR="003C09D9" w:rsidRDefault="003C09D9" w:rsidP="003C09D9">
      <w:r>
        <w:t>She managed a smile, though her heart was in her throat. “I’ll hold you to that, Jonas Walker.”</w:t>
      </w:r>
    </w:p>
    <w:p w14:paraId="6247310C" w14:textId="77777777" w:rsidR="003C09D9" w:rsidRDefault="003C09D9" w:rsidP="003C09D9">
      <w:r>
        <w:t xml:space="preserve">Jonas swung up into the saddle, reins in hand. He turned for one last look—the little white church with its mended windows, the townsfolk gathered in clusters, children laughing near the steps, smoke curling from the boarding house chimney. Grafton bathed in late sunlight. He nodded once, a silent farewell, </w:t>
      </w:r>
      <w:r>
        <w:lastRenderedPageBreak/>
        <w:t>then nudged his horse forward and rode on, the road stretching wide before him.</w:t>
      </w:r>
      <w:r>
        <w:br/>
      </w:r>
    </w:p>
    <w:p w14:paraId="603175E5" w14:textId="77777777" w:rsidR="003C09D9" w:rsidRDefault="003C09D9" w:rsidP="003C09D9">
      <w:r>
        <w:t>Epilogue</w:t>
      </w:r>
    </w:p>
    <w:p w14:paraId="6484B88B" w14:textId="77777777" w:rsidR="003C09D9" w:rsidRDefault="003C09D9" w:rsidP="003C09D9">
      <w:r>
        <w:t>December 1869, Independence, Texas</w:t>
      </w:r>
    </w:p>
    <w:p w14:paraId="52A88AFB" w14:textId="77777777" w:rsidR="003C09D9" w:rsidRDefault="003C09D9" w:rsidP="003C09D9">
      <w:r>
        <w:t>The wind cut low across the hill country as Jonas rode south, the air colder with each passing mile. He traveled alone, wrapped in his coat and memories, Elijah’s old hymns drifting through his mind like distant voices. The road wound through dry creekbeds and tall oak groves, quiet and watchful. He had not been this far east in years, not since the war.</w:t>
      </w:r>
    </w:p>
    <w:p w14:paraId="26E89AE6" w14:textId="77777777" w:rsidR="003C09D9" w:rsidRDefault="003C09D9" w:rsidP="003C09D9">
      <w:r>
        <w:t>Independence stood small but proud—whitewashed fences, the steeple of Baylor’s chapel reaching heavenward, and the wide front steps of the Baptist Association’s Hall where elders waited inside.</w:t>
      </w:r>
    </w:p>
    <w:p w14:paraId="448B299E" w14:textId="77777777" w:rsidR="003C09D9" w:rsidRDefault="003C09D9" w:rsidP="003C09D9">
      <w:r>
        <w:t>He tied his horse, brushed the dust from his coat, and stepped into the warm light.</w:t>
      </w:r>
    </w:p>
    <w:p w14:paraId="29C877DA" w14:textId="77777777" w:rsidR="003C09D9" w:rsidRDefault="003C09D9" w:rsidP="003C09D9">
      <w:r>
        <w:t>The men inside greeted him with solemn warmth. Most were gray-bearded, some weathered like old timber. A few younger faces held pens instead of calluses. They asked him to sit and tell his story.</w:t>
      </w:r>
    </w:p>
    <w:p w14:paraId="0AAABDCA" w14:textId="77777777" w:rsidR="003C09D9" w:rsidRDefault="003C09D9" w:rsidP="003C09D9">
      <w:r>
        <w:t>He spoke of Elijah Stone—how they’d met, how he’d learned to ride and read Scripture again under the old preacher’s shadow. He told them about Grafton: the corruption, the fear, the violence, and the people who chose to stand anyway. He spoke plainly, not sparing himself. Not just what he had done, but why.</w:t>
      </w:r>
    </w:p>
    <w:p w14:paraId="533FAED2" w14:textId="77777777" w:rsidR="003C09D9" w:rsidRDefault="003C09D9" w:rsidP="003C09D9">
      <w:r>
        <w:t>Some shifted uneasily when he admitted to killing in defense of the innocent. A younger man asked, gently, “How do you reconcile that with Christ’s command to turn the other cheek?”</w:t>
      </w:r>
    </w:p>
    <w:p w14:paraId="4D229038" w14:textId="77777777" w:rsidR="003C09D9" w:rsidRDefault="003C09D9" w:rsidP="003C09D9">
      <w:r>
        <w:t>An older minister answered before Jonas could. “Turning the other cheek is for the man slapped for his faith. It is not for the man standing between a killer and a child.”</w:t>
      </w:r>
    </w:p>
    <w:p w14:paraId="42039DB1" w14:textId="77777777" w:rsidR="003C09D9" w:rsidRDefault="003C09D9" w:rsidP="003C09D9">
      <w:r>
        <w:t>There were nods. One man said, “You are not a perfect man, Brother Walker. None of us are. But you were faithful with what God gave you, when it counted.”</w:t>
      </w:r>
    </w:p>
    <w:p w14:paraId="1FC577FA" w14:textId="77777777" w:rsidR="003C09D9" w:rsidRDefault="003C09D9" w:rsidP="003C09D9">
      <w:r>
        <w:t>They asked more questions—about Elijah’s death, the marshal’s role, and the trials still pending in Austin. About how a town nearly swallowed by greed and blood found its footing again through Scripture and hard choices.</w:t>
      </w:r>
    </w:p>
    <w:p w14:paraId="75988224" w14:textId="77777777" w:rsidR="003C09D9" w:rsidRDefault="003C09D9" w:rsidP="003C09D9">
      <w:r>
        <w:t>Jonas didn’t pretend he had all the answers. He only said what he knew: that sin is real, and it spreads like fire when left alone. That hope sometimes comes wearing dust and carrying scars. That God still uses broken men to do His work.</w:t>
      </w:r>
    </w:p>
    <w:p w14:paraId="76C5947D" w14:textId="77777777" w:rsidR="003C09D9" w:rsidRDefault="003C09D9" w:rsidP="003C09D9">
      <w:r>
        <w:t>By the time the sun lowered behind the chapel, Jonas Walker stood, head bowed, as the gathered men prayed over him and laid hands on his shoulders. When he rose, it was with a new name: Reverend Jonas Walker, ordained circuit-riding minister of the Baptist Association of Texas.</w:t>
      </w:r>
    </w:p>
    <w:p w14:paraId="14DE7187" w14:textId="77777777" w:rsidR="003C09D9" w:rsidRDefault="003C09D9" w:rsidP="003C09D9">
      <w:r>
        <w:lastRenderedPageBreak/>
        <w:t>That night, he sat by lamplight in the room they'd given him. The Association had offered to place him in a small but growing church near Bastrop—a safer choice, closer to towns with families and schools. A more predictable life. But Jonas knew, deep down, what he had to do.</w:t>
      </w:r>
    </w:p>
    <w:p w14:paraId="34B61419" w14:textId="77777777" w:rsidR="003C09D9" w:rsidRDefault="003C09D9" w:rsidP="003C09D9">
      <w:r>
        <w:t>He thumbed open the worn Bible Elijah had returned to him—the one that had once belonged to Anna. His finger brushed the margin where Elijah had scrawled a note in faded ink: “He that putteth his hand to the plow, and looketh back, is not fit for the kingdom of God.”</w:t>
      </w:r>
    </w:p>
    <w:p w14:paraId="482DC492" w14:textId="77777777" w:rsidR="003C09D9" w:rsidRDefault="003C09D9" w:rsidP="003C09D9">
      <w:r>
        <w:t>Jonas smiled faintly, then closed the Bible.</w:t>
      </w:r>
    </w:p>
    <w:p w14:paraId="1EDAE571" w14:textId="77777777" w:rsidR="003C09D9" w:rsidRDefault="003C09D9" w:rsidP="003C09D9">
      <w:r>
        <w:t>At sunrise, he saddled his horse. A stable boy handed him a map marked with remote settlements and churches that hadn’t seen a preacher in months. He tucked it into his coat, mounted up, and turned west.</w:t>
      </w:r>
    </w:p>
    <w:p w14:paraId="4EA0CFB4" w14:textId="77777777" w:rsidR="003C09D9" w:rsidRDefault="003C09D9" w:rsidP="003C09D9">
      <w:r>
        <w:t>At the edge of town, he paused. He looked back once—at the quiet buildings, the chapel steeple, the place where one road ended and another began.</w:t>
      </w:r>
    </w:p>
    <w:p w14:paraId="0A4D1A50" w14:textId="77777777" w:rsidR="003C09D9" w:rsidRDefault="003C09D9" w:rsidP="003C09D9">
      <w:r>
        <w:t>Then he turned forward again, touched his hat brim to the morning sky, and rode toward the horizon.</w:t>
      </w:r>
    </w:p>
    <w:p w14:paraId="4AF73472" w14:textId="77777777" w:rsidR="003C09D9" w:rsidRDefault="003C09D9" w:rsidP="003C09D9"/>
    <w:p w14:paraId="31CAE932" w14:textId="77777777" w:rsidR="00A019D5" w:rsidRDefault="00A019D5" w:rsidP="00EA6D62"/>
    <w:sectPr w:rsidR="00A019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05446626">
    <w:abstractNumId w:val="8"/>
  </w:num>
  <w:num w:numId="2" w16cid:durableId="391124377">
    <w:abstractNumId w:val="6"/>
  </w:num>
  <w:num w:numId="3" w16cid:durableId="719981212">
    <w:abstractNumId w:val="5"/>
  </w:num>
  <w:num w:numId="4" w16cid:durableId="596603097">
    <w:abstractNumId w:val="4"/>
  </w:num>
  <w:num w:numId="5" w16cid:durableId="1760061946">
    <w:abstractNumId w:val="7"/>
  </w:num>
  <w:num w:numId="6" w16cid:durableId="156649818">
    <w:abstractNumId w:val="3"/>
  </w:num>
  <w:num w:numId="7" w16cid:durableId="2004889948">
    <w:abstractNumId w:val="2"/>
  </w:num>
  <w:num w:numId="8" w16cid:durableId="1308819592">
    <w:abstractNumId w:val="1"/>
  </w:num>
  <w:num w:numId="9" w16cid:durableId="1062564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453"/>
    <w:rsid w:val="002E35B6"/>
    <w:rsid w:val="002F745A"/>
    <w:rsid w:val="003C09D9"/>
    <w:rsid w:val="004534A5"/>
    <w:rsid w:val="005872D3"/>
    <w:rsid w:val="006F0B18"/>
    <w:rsid w:val="00A019D5"/>
    <w:rsid w:val="00A96AEB"/>
    <w:rsid w:val="00AC5453"/>
    <w:rsid w:val="00C82539"/>
    <w:rsid w:val="00CB67E1"/>
    <w:rsid w:val="00D2589E"/>
    <w:rsid w:val="00DB12D0"/>
    <w:rsid w:val="00EA6D62"/>
    <w:rsid w:val="00EE6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AD262"/>
  <w15:chartTrackingRefBased/>
  <w15:docId w15:val="{0220C3E2-C97F-43FD-B31B-B4A7FB9BE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AEB"/>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AC5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C5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C54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4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54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4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C54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C54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54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54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5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453"/>
    <w:rPr>
      <w:rFonts w:eastAsiaTheme="majorEastAsia" w:cstheme="majorBidi"/>
      <w:color w:val="272727" w:themeColor="text1" w:themeTint="D8"/>
    </w:rPr>
  </w:style>
  <w:style w:type="paragraph" w:styleId="Title">
    <w:name w:val="Title"/>
    <w:basedOn w:val="Normal"/>
    <w:next w:val="Normal"/>
    <w:link w:val="TitleChar"/>
    <w:uiPriority w:val="10"/>
    <w:qFormat/>
    <w:rsid w:val="00AC5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453"/>
    <w:pPr>
      <w:spacing w:before="160"/>
      <w:jc w:val="center"/>
    </w:pPr>
    <w:rPr>
      <w:i/>
      <w:iCs/>
      <w:color w:val="404040" w:themeColor="text1" w:themeTint="BF"/>
    </w:rPr>
  </w:style>
  <w:style w:type="character" w:customStyle="1" w:styleId="QuoteChar">
    <w:name w:val="Quote Char"/>
    <w:basedOn w:val="DefaultParagraphFont"/>
    <w:link w:val="Quote"/>
    <w:uiPriority w:val="29"/>
    <w:rsid w:val="00AC5453"/>
    <w:rPr>
      <w:i/>
      <w:iCs/>
      <w:color w:val="404040" w:themeColor="text1" w:themeTint="BF"/>
    </w:rPr>
  </w:style>
  <w:style w:type="paragraph" w:styleId="ListParagraph">
    <w:name w:val="List Paragraph"/>
    <w:basedOn w:val="Normal"/>
    <w:uiPriority w:val="34"/>
    <w:qFormat/>
    <w:rsid w:val="00AC5453"/>
    <w:pPr>
      <w:ind w:left="720"/>
      <w:contextualSpacing/>
    </w:pPr>
  </w:style>
  <w:style w:type="character" w:styleId="IntenseEmphasis">
    <w:name w:val="Intense Emphasis"/>
    <w:basedOn w:val="DefaultParagraphFont"/>
    <w:uiPriority w:val="21"/>
    <w:qFormat/>
    <w:rsid w:val="00AC5453"/>
    <w:rPr>
      <w:i/>
      <w:iCs/>
      <w:color w:val="2F5496" w:themeColor="accent1" w:themeShade="BF"/>
    </w:rPr>
  </w:style>
  <w:style w:type="paragraph" w:styleId="IntenseQuote">
    <w:name w:val="Intense Quote"/>
    <w:basedOn w:val="Normal"/>
    <w:next w:val="Normal"/>
    <w:link w:val="IntenseQuoteChar"/>
    <w:uiPriority w:val="30"/>
    <w:qFormat/>
    <w:rsid w:val="00AC5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453"/>
    <w:rPr>
      <w:i/>
      <w:iCs/>
      <w:color w:val="2F5496" w:themeColor="accent1" w:themeShade="BF"/>
    </w:rPr>
  </w:style>
  <w:style w:type="character" w:styleId="IntenseReference">
    <w:name w:val="Intense Reference"/>
    <w:basedOn w:val="DefaultParagraphFont"/>
    <w:uiPriority w:val="32"/>
    <w:qFormat/>
    <w:rsid w:val="00AC5453"/>
    <w:rPr>
      <w:b/>
      <w:bCs/>
      <w:smallCaps/>
      <w:color w:val="2F5496" w:themeColor="accent1" w:themeShade="BF"/>
      <w:spacing w:val="5"/>
    </w:rPr>
  </w:style>
  <w:style w:type="paragraph" w:styleId="Header">
    <w:name w:val="header"/>
    <w:basedOn w:val="Normal"/>
    <w:link w:val="HeaderChar"/>
    <w:uiPriority w:val="99"/>
    <w:unhideWhenUsed/>
    <w:rsid w:val="003C0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9D9"/>
    <w:rPr>
      <w:rFonts w:eastAsiaTheme="minorEastAsia"/>
      <w:kern w:val="0"/>
      <w:sz w:val="22"/>
      <w:szCs w:val="22"/>
      <w14:ligatures w14:val="none"/>
    </w:rPr>
  </w:style>
  <w:style w:type="paragraph" w:styleId="Footer">
    <w:name w:val="footer"/>
    <w:basedOn w:val="Normal"/>
    <w:link w:val="FooterChar"/>
    <w:uiPriority w:val="99"/>
    <w:unhideWhenUsed/>
    <w:rsid w:val="003C0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9D9"/>
    <w:rPr>
      <w:rFonts w:eastAsiaTheme="minorEastAsia"/>
      <w:kern w:val="0"/>
      <w:sz w:val="22"/>
      <w:szCs w:val="22"/>
      <w14:ligatures w14:val="none"/>
    </w:rPr>
  </w:style>
  <w:style w:type="paragraph" w:styleId="NoSpacing">
    <w:name w:val="No Spacing"/>
    <w:uiPriority w:val="1"/>
    <w:qFormat/>
    <w:rsid w:val="003C09D9"/>
    <w:pPr>
      <w:spacing w:after="0" w:line="240" w:lineRule="auto"/>
    </w:pPr>
    <w:rPr>
      <w:rFonts w:eastAsiaTheme="minorEastAsia"/>
      <w:kern w:val="0"/>
      <w:sz w:val="22"/>
      <w:szCs w:val="22"/>
      <w14:ligatures w14:val="none"/>
    </w:rPr>
  </w:style>
  <w:style w:type="paragraph" w:styleId="BodyText">
    <w:name w:val="Body Text"/>
    <w:basedOn w:val="Normal"/>
    <w:link w:val="BodyTextChar"/>
    <w:uiPriority w:val="99"/>
    <w:unhideWhenUsed/>
    <w:rsid w:val="003C09D9"/>
    <w:pPr>
      <w:spacing w:after="120"/>
    </w:pPr>
  </w:style>
  <w:style w:type="character" w:customStyle="1" w:styleId="BodyTextChar">
    <w:name w:val="Body Text Char"/>
    <w:basedOn w:val="DefaultParagraphFont"/>
    <w:link w:val="BodyText"/>
    <w:uiPriority w:val="99"/>
    <w:rsid w:val="003C09D9"/>
    <w:rPr>
      <w:rFonts w:eastAsiaTheme="minorEastAsia"/>
      <w:kern w:val="0"/>
      <w:sz w:val="22"/>
      <w:szCs w:val="22"/>
      <w14:ligatures w14:val="none"/>
    </w:rPr>
  </w:style>
  <w:style w:type="paragraph" w:styleId="BodyText2">
    <w:name w:val="Body Text 2"/>
    <w:basedOn w:val="Normal"/>
    <w:link w:val="BodyText2Char"/>
    <w:uiPriority w:val="99"/>
    <w:unhideWhenUsed/>
    <w:rsid w:val="003C09D9"/>
    <w:pPr>
      <w:spacing w:after="120" w:line="480" w:lineRule="auto"/>
    </w:pPr>
  </w:style>
  <w:style w:type="character" w:customStyle="1" w:styleId="BodyText2Char">
    <w:name w:val="Body Text 2 Char"/>
    <w:basedOn w:val="DefaultParagraphFont"/>
    <w:link w:val="BodyText2"/>
    <w:uiPriority w:val="99"/>
    <w:rsid w:val="003C09D9"/>
    <w:rPr>
      <w:rFonts w:eastAsiaTheme="minorEastAsia"/>
      <w:kern w:val="0"/>
      <w:sz w:val="22"/>
      <w:szCs w:val="22"/>
      <w14:ligatures w14:val="none"/>
    </w:rPr>
  </w:style>
  <w:style w:type="paragraph" w:styleId="BodyText3">
    <w:name w:val="Body Text 3"/>
    <w:basedOn w:val="Normal"/>
    <w:link w:val="BodyText3Char"/>
    <w:uiPriority w:val="99"/>
    <w:unhideWhenUsed/>
    <w:rsid w:val="003C09D9"/>
    <w:pPr>
      <w:spacing w:after="120"/>
    </w:pPr>
    <w:rPr>
      <w:sz w:val="16"/>
      <w:szCs w:val="16"/>
    </w:rPr>
  </w:style>
  <w:style w:type="character" w:customStyle="1" w:styleId="BodyText3Char">
    <w:name w:val="Body Text 3 Char"/>
    <w:basedOn w:val="DefaultParagraphFont"/>
    <w:link w:val="BodyText3"/>
    <w:uiPriority w:val="99"/>
    <w:rsid w:val="003C09D9"/>
    <w:rPr>
      <w:rFonts w:eastAsiaTheme="minorEastAsia"/>
      <w:kern w:val="0"/>
      <w:sz w:val="16"/>
      <w:szCs w:val="16"/>
      <w14:ligatures w14:val="none"/>
    </w:rPr>
  </w:style>
  <w:style w:type="paragraph" w:styleId="List">
    <w:name w:val="List"/>
    <w:basedOn w:val="Normal"/>
    <w:uiPriority w:val="99"/>
    <w:unhideWhenUsed/>
    <w:rsid w:val="003C09D9"/>
    <w:pPr>
      <w:ind w:left="360" w:hanging="360"/>
      <w:contextualSpacing/>
    </w:pPr>
  </w:style>
  <w:style w:type="paragraph" w:styleId="List2">
    <w:name w:val="List 2"/>
    <w:basedOn w:val="Normal"/>
    <w:uiPriority w:val="99"/>
    <w:unhideWhenUsed/>
    <w:rsid w:val="003C09D9"/>
    <w:pPr>
      <w:ind w:left="720" w:hanging="360"/>
      <w:contextualSpacing/>
    </w:pPr>
  </w:style>
  <w:style w:type="paragraph" w:styleId="List3">
    <w:name w:val="List 3"/>
    <w:basedOn w:val="Normal"/>
    <w:uiPriority w:val="99"/>
    <w:unhideWhenUsed/>
    <w:rsid w:val="003C09D9"/>
    <w:pPr>
      <w:ind w:left="1080" w:hanging="360"/>
      <w:contextualSpacing/>
    </w:pPr>
  </w:style>
  <w:style w:type="paragraph" w:styleId="ListBullet">
    <w:name w:val="List Bullet"/>
    <w:basedOn w:val="Normal"/>
    <w:uiPriority w:val="99"/>
    <w:unhideWhenUsed/>
    <w:rsid w:val="003C09D9"/>
    <w:pPr>
      <w:numPr>
        <w:numId w:val="1"/>
      </w:numPr>
      <w:contextualSpacing/>
    </w:pPr>
  </w:style>
  <w:style w:type="paragraph" w:styleId="ListBullet2">
    <w:name w:val="List Bullet 2"/>
    <w:basedOn w:val="Normal"/>
    <w:uiPriority w:val="99"/>
    <w:unhideWhenUsed/>
    <w:rsid w:val="003C09D9"/>
    <w:pPr>
      <w:numPr>
        <w:numId w:val="2"/>
      </w:numPr>
      <w:contextualSpacing/>
    </w:pPr>
  </w:style>
  <w:style w:type="paragraph" w:styleId="ListBullet3">
    <w:name w:val="List Bullet 3"/>
    <w:basedOn w:val="Normal"/>
    <w:uiPriority w:val="99"/>
    <w:unhideWhenUsed/>
    <w:rsid w:val="003C09D9"/>
    <w:pPr>
      <w:numPr>
        <w:numId w:val="3"/>
      </w:numPr>
      <w:contextualSpacing/>
    </w:pPr>
  </w:style>
  <w:style w:type="paragraph" w:styleId="ListNumber">
    <w:name w:val="List Number"/>
    <w:basedOn w:val="Normal"/>
    <w:uiPriority w:val="99"/>
    <w:unhideWhenUsed/>
    <w:rsid w:val="003C09D9"/>
    <w:pPr>
      <w:numPr>
        <w:numId w:val="5"/>
      </w:numPr>
      <w:contextualSpacing/>
    </w:pPr>
  </w:style>
  <w:style w:type="paragraph" w:styleId="ListNumber2">
    <w:name w:val="List Number 2"/>
    <w:basedOn w:val="Normal"/>
    <w:uiPriority w:val="99"/>
    <w:unhideWhenUsed/>
    <w:rsid w:val="003C09D9"/>
    <w:pPr>
      <w:numPr>
        <w:numId w:val="6"/>
      </w:numPr>
      <w:contextualSpacing/>
    </w:pPr>
  </w:style>
  <w:style w:type="paragraph" w:styleId="ListNumber3">
    <w:name w:val="List Number 3"/>
    <w:basedOn w:val="Normal"/>
    <w:uiPriority w:val="99"/>
    <w:unhideWhenUsed/>
    <w:rsid w:val="003C09D9"/>
    <w:pPr>
      <w:numPr>
        <w:numId w:val="7"/>
      </w:numPr>
      <w:contextualSpacing/>
    </w:pPr>
  </w:style>
  <w:style w:type="paragraph" w:styleId="ListContinue">
    <w:name w:val="List Continue"/>
    <w:basedOn w:val="Normal"/>
    <w:uiPriority w:val="99"/>
    <w:unhideWhenUsed/>
    <w:rsid w:val="003C09D9"/>
    <w:pPr>
      <w:spacing w:after="120"/>
      <w:ind w:left="360"/>
      <w:contextualSpacing/>
    </w:pPr>
  </w:style>
  <w:style w:type="paragraph" w:styleId="ListContinue2">
    <w:name w:val="List Continue 2"/>
    <w:basedOn w:val="Normal"/>
    <w:uiPriority w:val="99"/>
    <w:unhideWhenUsed/>
    <w:rsid w:val="003C09D9"/>
    <w:pPr>
      <w:spacing w:after="120"/>
      <w:ind w:left="720"/>
      <w:contextualSpacing/>
    </w:pPr>
  </w:style>
  <w:style w:type="paragraph" w:styleId="ListContinue3">
    <w:name w:val="List Continue 3"/>
    <w:basedOn w:val="Normal"/>
    <w:uiPriority w:val="99"/>
    <w:unhideWhenUsed/>
    <w:rsid w:val="003C09D9"/>
    <w:pPr>
      <w:spacing w:after="120"/>
      <w:ind w:left="1080"/>
      <w:contextualSpacing/>
    </w:pPr>
  </w:style>
  <w:style w:type="paragraph" w:styleId="MacroText">
    <w:name w:val="macro"/>
    <w:link w:val="MacroTextChar"/>
    <w:uiPriority w:val="99"/>
    <w:unhideWhenUsed/>
    <w:rsid w:val="003C09D9"/>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3C09D9"/>
    <w:rPr>
      <w:rFonts w:ascii="Courier" w:eastAsiaTheme="minorEastAsia" w:hAnsi="Courier"/>
      <w:kern w:val="0"/>
      <w:sz w:val="20"/>
      <w:szCs w:val="20"/>
      <w14:ligatures w14:val="none"/>
    </w:rPr>
  </w:style>
  <w:style w:type="paragraph" w:styleId="Caption">
    <w:name w:val="caption"/>
    <w:basedOn w:val="Normal"/>
    <w:next w:val="Normal"/>
    <w:uiPriority w:val="35"/>
    <w:semiHidden/>
    <w:unhideWhenUsed/>
    <w:qFormat/>
    <w:rsid w:val="003C09D9"/>
    <w:pPr>
      <w:spacing w:line="240" w:lineRule="auto"/>
    </w:pPr>
    <w:rPr>
      <w:b/>
      <w:bCs/>
      <w:color w:val="4472C4" w:themeColor="accent1"/>
      <w:sz w:val="18"/>
      <w:szCs w:val="18"/>
    </w:rPr>
  </w:style>
  <w:style w:type="character" w:styleId="Strong">
    <w:name w:val="Strong"/>
    <w:basedOn w:val="DefaultParagraphFont"/>
    <w:uiPriority w:val="22"/>
    <w:qFormat/>
    <w:rsid w:val="003C09D9"/>
    <w:rPr>
      <w:b/>
      <w:bCs/>
    </w:rPr>
  </w:style>
  <w:style w:type="character" w:styleId="Emphasis">
    <w:name w:val="Emphasis"/>
    <w:basedOn w:val="DefaultParagraphFont"/>
    <w:uiPriority w:val="20"/>
    <w:qFormat/>
    <w:rsid w:val="003C09D9"/>
    <w:rPr>
      <w:i/>
      <w:iCs/>
    </w:rPr>
  </w:style>
  <w:style w:type="character" w:styleId="SubtleEmphasis">
    <w:name w:val="Subtle Emphasis"/>
    <w:basedOn w:val="DefaultParagraphFont"/>
    <w:uiPriority w:val="19"/>
    <w:qFormat/>
    <w:rsid w:val="003C09D9"/>
    <w:rPr>
      <w:i/>
      <w:iCs/>
      <w:color w:val="808080" w:themeColor="text1" w:themeTint="7F"/>
    </w:rPr>
  </w:style>
  <w:style w:type="character" w:styleId="SubtleReference">
    <w:name w:val="Subtle Reference"/>
    <w:basedOn w:val="DefaultParagraphFont"/>
    <w:uiPriority w:val="31"/>
    <w:qFormat/>
    <w:rsid w:val="003C09D9"/>
    <w:rPr>
      <w:smallCaps/>
      <w:color w:val="ED7D31" w:themeColor="accent2"/>
      <w:u w:val="single"/>
    </w:rPr>
  </w:style>
  <w:style w:type="character" w:styleId="BookTitle">
    <w:name w:val="Book Title"/>
    <w:basedOn w:val="DefaultParagraphFont"/>
    <w:uiPriority w:val="33"/>
    <w:qFormat/>
    <w:rsid w:val="003C09D9"/>
    <w:rPr>
      <w:b/>
      <w:bCs/>
      <w:smallCaps/>
      <w:spacing w:val="5"/>
    </w:rPr>
  </w:style>
  <w:style w:type="paragraph" w:styleId="TOCHeading">
    <w:name w:val="TOC Heading"/>
    <w:basedOn w:val="Heading1"/>
    <w:next w:val="Normal"/>
    <w:uiPriority w:val="39"/>
    <w:semiHidden/>
    <w:unhideWhenUsed/>
    <w:qFormat/>
    <w:rsid w:val="003C09D9"/>
    <w:pPr>
      <w:spacing w:before="480" w:after="0"/>
      <w:outlineLvl w:val="9"/>
    </w:pPr>
    <w:rPr>
      <w:b/>
      <w:bCs/>
      <w:sz w:val="28"/>
      <w:szCs w:val="28"/>
    </w:rPr>
  </w:style>
  <w:style w:type="table" w:styleId="TableGrid">
    <w:name w:val="Table Grid"/>
    <w:basedOn w:val="TableNormal"/>
    <w:uiPriority w:val="59"/>
    <w:rsid w:val="003C09D9"/>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3C09D9"/>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C09D9"/>
    <w:pPr>
      <w:spacing w:after="0" w:line="240" w:lineRule="auto"/>
    </w:pPr>
    <w:rPr>
      <w:rFonts w:eastAsiaTheme="minorEastAsia"/>
      <w:color w:val="2F5496" w:themeColor="accent1" w:themeShade="BF"/>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3C09D9"/>
    <w:pPr>
      <w:spacing w:after="0" w:line="240" w:lineRule="auto"/>
    </w:pPr>
    <w:rPr>
      <w:rFonts w:eastAsiaTheme="minorEastAsia"/>
      <w:color w:val="C45911" w:themeColor="accent2" w:themeShade="BF"/>
      <w:kern w:val="0"/>
      <w:sz w:val="22"/>
      <w:szCs w:val="22"/>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3C09D9"/>
    <w:pPr>
      <w:spacing w:after="0" w:line="240" w:lineRule="auto"/>
    </w:pPr>
    <w:rPr>
      <w:rFonts w:eastAsiaTheme="minorEastAsia"/>
      <w:color w:val="7B7B7B" w:themeColor="accent3" w:themeShade="BF"/>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3C09D9"/>
    <w:pPr>
      <w:spacing w:after="0" w:line="240" w:lineRule="auto"/>
    </w:pPr>
    <w:rPr>
      <w:rFonts w:eastAsiaTheme="minorEastAsia"/>
      <w:color w:val="BF8F00" w:themeColor="accent4" w:themeShade="BF"/>
      <w:kern w:val="0"/>
      <w:sz w:val="22"/>
      <w:szCs w:val="22"/>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3C09D9"/>
    <w:pPr>
      <w:spacing w:after="0" w:line="240" w:lineRule="auto"/>
    </w:pPr>
    <w:rPr>
      <w:rFonts w:eastAsiaTheme="minorEastAsia"/>
      <w:color w:val="2E74B5" w:themeColor="accent5" w:themeShade="BF"/>
      <w:kern w:val="0"/>
      <w:sz w:val="22"/>
      <w:szCs w:val="22"/>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3C09D9"/>
    <w:pPr>
      <w:spacing w:after="0" w:line="240" w:lineRule="auto"/>
    </w:pPr>
    <w:rPr>
      <w:rFonts w:eastAsiaTheme="minorEastAsia"/>
      <w:color w:val="538135" w:themeColor="accent6" w:themeShade="BF"/>
      <w:kern w:val="0"/>
      <w:sz w:val="22"/>
      <w:szCs w:val="22"/>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3C09D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C09D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C09D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C09D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C09D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C09D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C09D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C09D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3C09D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3C09D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C09D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3C09D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3C09D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3C09D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3C09D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3C09D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3C09D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C09D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3C09D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3C09D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3C09D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3C09D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3C09D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3C09D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232</Pages>
  <Words>70566</Words>
  <Characters>402227</Characters>
  <Application>Microsoft Office Word</Application>
  <DocSecurity>0</DocSecurity>
  <Lines>3351</Lines>
  <Paragraphs>943</Paragraphs>
  <ScaleCrop>false</ScaleCrop>
  <Company/>
  <LinksUpToDate>false</LinksUpToDate>
  <CharactersWithSpaces>471850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Minter</dc:creator>
  <cp:keywords/>
  <dc:description/>
  <cp:lastModifiedBy>Brian Minter</cp:lastModifiedBy>
  <cp:revision>10</cp:revision>
  <dcterms:created xsi:type="dcterms:W3CDTF">2025-06-16T15:52:00Z</dcterms:created>
  <dcterms:modified xsi:type="dcterms:W3CDTF">2025-06-16T16:42:00Z</dcterms:modified>
</cp:coreProperties>
</file>