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C6C5C" w14:textId="77777777" w:rsidR="00351B3C" w:rsidRPr="00124F84" w:rsidRDefault="00351B3C" w:rsidP="00124F84">
      <w:pPr>
        <w:spacing w:line="240" w:lineRule="auto"/>
        <w:rPr>
          <w:rFonts w:ascii="Times New Roman" w:hAnsi="Times New Roman" w:cs="Times New Roman"/>
          <w:sz w:val="24"/>
          <w:szCs w:val="24"/>
        </w:rPr>
      </w:pPr>
    </w:p>
    <w:bookmarkStart w:id="0" w:name="_MON_1811327268"/>
    <w:bookmarkEnd w:id="0"/>
    <w:p w14:paraId="2BC5B8F9" w14:textId="09F3D93C" w:rsidR="00351B3C" w:rsidRPr="00124F84" w:rsidRDefault="00CA359B" w:rsidP="00124F84">
      <w:pPr>
        <w:spacing w:line="240" w:lineRule="auto"/>
        <w:rPr>
          <w:rFonts w:ascii="Times New Roman" w:hAnsi="Times New Roman" w:cs="Times New Roman"/>
          <w:sz w:val="24"/>
          <w:szCs w:val="24"/>
        </w:rPr>
      </w:pPr>
      <w:r w:rsidRPr="00CA359B">
        <w:rPr>
          <w:rFonts w:ascii="Times New Roman" w:hAnsi="Times New Roman" w:cs="Times New Roman"/>
          <w:noProof/>
          <w:sz w:val="24"/>
          <w:szCs w:val="24"/>
          <w14:ligatures w14:val="standardContextual"/>
        </w:rPr>
        <w:object w:dxaOrig="8640" w:dyaOrig="2160" w14:anchorId="25BE8F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6in;height:108pt;mso-width-percent:0;mso-height-percent:0;mso-width-percent:0;mso-height-percent:0" o:ole="">
            <v:imagedata r:id="rId5" o:title=""/>
          </v:shape>
          <o:OLEObject Type="Embed" ProgID="Word.Document.12" ShapeID="_x0000_i1026" DrawAspect="Content" ObjectID="_1811764914" r:id="rId6">
            <o:FieldCodes>\s</o:FieldCodes>
          </o:OLEObject>
        </w:object>
      </w:r>
    </w:p>
    <w:p w14:paraId="682F84F9" w14:textId="77777777" w:rsidR="00C041BE" w:rsidRPr="00124F84" w:rsidRDefault="00C041BE" w:rsidP="00124F84">
      <w:pPr>
        <w:pStyle w:val="Heading1"/>
        <w:spacing w:line="240" w:lineRule="auto"/>
        <w:rPr>
          <w:rFonts w:ascii="Times New Roman" w:hAnsi="Times New Roman" w:cs="Times New Roman"/>
          <w:sz w:val="24"/>
          <w:szCs w:val="24"/>
        </w:rPr>
      </w:pPr>
    </w:p>
    <w:p w14:paraId="00D41655" w14:textId="77777777" w:rsidR="00C041BE" w:rsidRPr="00124F84" w:rsidRDefault="00C041BE" w:rsidP="00124F84">
      <w:pPr>
        <w:pStyle w:val="Heading1"/>
        <w:spacing w:line="240" w:lineRule="auto"/>
        <w:rPr>
          <w:rFonts w:ascii="Times New Roman" w:hAnsi="Times New Roman" w:cs="Times New Roman"/>
          <w:sz w:val="24"/>
          <w:szCs w:val="24"/>
        </w:rPr>
      </w:pPr>
    </w:p>
    <w:p w14:paraId="18DB24D1" w14:textId="77777777" w:rsidR="00004739" w:rsidRPr="00124F84" w:rsidRDefault="00004739" w:rsidP="00124F84">
      <w:pPr>
        <w:pStyle w:val="Heading1"/>
        <w:spacing w:line="240" w:lineRule="auto"/>
        <w:rPr>
          <w:rFonts w:ascii="Times New Roman" w:hAnsi="Times New Roman" w:cs="Times New Roman"/>
          <w:sz w:val="24"/>
          <w:szCs w:val="24"/>
        </w:rPr>
      </w:pPr>
    </w:p>
    <w:p w14:paraId="2E4181A8" w14:textId="5F7411E1" w:rsidR="00004739" w:rsidRPr="00124F84" w:rsidRDefault="00004739" w:rsidP="00124F84">
      <w:pPr>
        <w:spacing w:after="160" w:line="240" w:lineRule="auto"/>
        <w:rPr>
          <w:rFonts w:ascii="Times New Roman" w:eastAsiaTheme="majorEastAsia" w:hAnsi="Times New Roman" w:cs="Times New Roman"/>
          <w:color w:val="0F4761" w:themeColor="accent1" w:themeShade="BF"/>
          <w:sz w:val="24"/>
          <w:szCs w:val="24"/>
        </w:rPr>
      </w:pPr>
      <w:r w:rsidRPr="00124F84">
        <w:rPr>
          <w:rFonts w:ascii="Times New Roman" w:hAnsi="Times New Roman" w:cs="Times New Roman"/>
          <w:sz w:val="24"/>
          <w:szCs w:val="24"/>
        </w:rPr>
        <w:br w:type="page"/>
      </w:r>
    </w:p>
    <w:p w14:paraId="02DEBF55" w14:textId="1EAB8C35" w:rsidR="00004739" w:rsidRPr="00124F84" w:rsidRDefault="00004739" w:rsidP="00124F84">
      <w:pPr>
        <w:pStyle w:val="Heading1"/>
        <w:spacing w:line="240" w:lineRule="auto"/>
        <w:rPr>
          <w:rFonts w:ascii="Times New Roman" w:hAnsi="Times New Roman" w:cs="Times New Roman"/>
          <w:sz w:val="24"/>
          <w:szCs w:val="24"/>
        </w:rPr>
      </w:pPr>
    </w:p>
    <w:p w14:paraId="362E86E0" w14:textId="56FD2C48" w:rsidR="00004739" w:rsidRPr="00124F84" w:rsidRDefault="00CA359B" w:rsidP="00124F84">
      <w:pPr>
        <w:spacing w:after="160" w:line="240" w:lineRule="auto"/>
        <w:rPr>
          <w:rFonts w:ascii="Times New Roman" w:eastAsiaTheme="majorEastAsia" w:hAnsi="Times New Roman" w:cs="Times New Roman"/>
          <w:color w:val="0F4761" w:themeColor="accent1" w:themeShade="BF"/>
          <w:sz w:val="24"/>
          <w:szCs w:val="24"/>
        </w:rPr>
      </w:pPr>
      <w:r w:rsidRPr="00CA359B">
        <w:rPr>
          <w:rFonts w:ascii="Times New Roman" w:hAnsi="Times New Roman" w:cs="Times New Roman"/>
          <w:noProof/>
          <w:sz w:val="24"/>
          <w:szCs w:val="24"/>
          <w14:ligatures w14:val="standardContextual"/>
        </w:rPr>
        <w:object w:dxaOrig="9360" w:dyaOrig="7320" w14:anchorId="0676B6C2">
          <v:shape id="_x0000_i1025" type="#_x0000_t75" alt="" style="width:468pt;height:365.8pt;mso-width-percent:0;mso-height-percent:0;mso-width-percent:0;mso-height-percent:0" o:ole="">
            <v:imagedata r:id="rId7" o:title=""/>
          </v:shape>
          <o:OLEObject Type="Embed" ProgID="Word.Document.12" ShapeID="_x0000_i1025" DrawAspect="Content" ObjectID="_1811764915" r:id="rId8">
            <o:FieldCodes>\s</o:FieldCodes>
          </o:OLEObject>
        </w:object>
      </w:r>
    </w:p>
    <w:p w14:paraId="7AB8CD5E" w14:textId="77777777" w:rsidR="00004739" w:rsidRPr="00124F84" w:rsidRDefault="00004739" w:rsidP="00124F84">
      <w:pPr>
        <w:pStyle w:val="Heading1"/>
        <w:spacing w:line="240" w:lineRule="auto"/>
        <w:rPr>
          <w:rFonts w:ascii="Times New Roman" w:hAnsi="Times New Roman" w:cs="Times New Roman"/>
          <w:sz w:val="24"/>
          <w:szCs w:val="24"/>
        </w:rPr>
      </w:pPr>
    </w:p>
    <w:p w14:paraId="09A4B2A7" w14:textId="77777777" w:rsidR="00004739" w:rsidRPr="00124F84" w:rsidRDefault="00004739" w:rsidP="00124F84">
      <w:pPr>
        <w:pStyle w:val="Heading1"/>
        <w:spacing w:line="240" w:lineRule="auto"/>
        <w:rPr>
          <w:rFonts w:ascii="Times New Roman" w:hAnsi="Times New Roman" w:cs="Times New Roman"/>
          <w:sz w:val="24"/>
          <w:szCs w:val="24"/>
        </w:rPr>
      </w:pPr>
    </w:p>
    <w:p w14:paraId="09DA6895" w14:textId="77777777" w:rsidR="00004739" w:rsidRPr="00124F84" w:rsidRDefault="00004739" w:rsidP="00124F84">
      <w:pPr>
        <w:pStyle w:val="Heading1"/>
        <w:spacing w:line="240" w:lineRule="auto"/>
        <w:rPr>
          <w:rFonts w:ascii="Times New Roman" w:hAnsi="Times New Roman" w:cs="Times New Roman"/>
          <w:sz w:val="24"/>
          <w:szCs w:val="24"/>
        </w:rPr>
      </w:pPr>
    </w:p>
    <w:p w14:paraId="3C95C5B5" w14:textId="74EE399D" w:rsidR="009B69AC" w:rsidRDefault="009B69AC">
      <w:pPr>
        <w:spacing w:after="160" w:line="278" w:lineRule="auto"/>
        <w:rPr>
          <w:rFonts w:ascii="Times New Roman" w:eastAsiaTheme="majorEastAsia" w:hAnsi="Times New Roman" w:cs="Times New Roman"/>
          <w:color w:val="0F4761" w:themeColor="accent1" w:themeShade="BF"/>
          <w:sz w:val="24"/>
          <w:szCs w:val="24"/>
        </w:rPr>
      </w:pPr>
      <w:r>
        <w:rPr>
          <w:rFonts w:ascii="Times New Roman" w:hAnsi="Times New Roman" w:cs="Times New Roman"/>
          <w:sz w:val="24"/>
          <w:szCs w:val="24"/>
        </w:rPr>
        <w:br w:type="page"/>
      </w:r>
    </w:p>
    <w:p w14:paraId="7225266E" w14:textId="77777777" w:rsidR="00004739" w:rsidRPr="00124F84" w:rsidRDefault="00004739" w:rsidP="00124F84">
      <w:pPr>
        <w:pStyle w:val="Heading1"/>
        <w:spacing w:line="240" w:lineRule="auto"/>
        <w:rPr>
          <w:rFonts w:ascii="Times New Roman" w:hAnsi="Times New Roman" w:cs="Times New Roman"/>
          <w:sz w:val="24"/>
          <w:szCs w:val="24"/>
        </w:rPr>
      </w:pPr>
    </w:p>
    <w:p w14:paraId="04351716" w14:textId="77777777" w:rsidR="00004739" w:rsidRPr="00124F84" w:rsidRDefault="00004739" w:rsidP="00124F84">
      <w:pPr>
        <w:pStyle w:val="Heading1"/>
        <w:spacing w:line="240" w:lineRule="auto"/>
        <w:rPr>
          <w:rFonts w:ascii="Times New Roman" w:hAnsi="Times New Roman" w:cs="Times New Roman"/>
          <w:sz w:val="24"/>
          <w:szCs w:val="24"/>
        </w:rPr>
      </w:pPr>
    </w:p>
    <w:p w14:paraId="5B560119" w14:textId="58CE7A42"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t>Chapter One</w:t>
      </w:r>
    </w:p>
    <w:p w14:paraId="0D75085B" w14:textId="77777777" w:rsidR="00351B3C" w:rsidRPr="00124F84" w:rsidRDefault="00351B3C" w:rsidP="00124F84">
      <w:pPr>
        <w:spacing w:line="240" w:lineRule="auto"/>
        <w:rPr>
          <w:rFonts w:ascii="Times New Roman" w:hAnsi="Times New Roman" w:cs="Times New Roman"/>
          <w:sz w:val="24"/>
          <w:szCs w:val="24"/>
        </w:rPr>
      </w:pPr>
    </w:p>
    <w:p w14:paraId="5DCE50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4EF6A0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 fake anything…smiles, laughter, orgasms…but tonight, the mask is suffocating.</w:t>
      </w:r>
    </w:p>
    <w:p w14:paraId="666F7B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Langford smells like wealth so new it’s still sharp, like ink drying on freshly signed checks and the clean edge of crystal never touched by anything but white-gloved hands. It caters shamelessly to a certain clientele, those who can afford to buy class, but not enough to hide the receipt. Everything here is a carefully crafted illusion, the marble floors buffed until you could slip on your own reflection, chandeliers like frozen waterfalls, staff that drift through ballrooms as seamlessly as whispers of scandal.</w:t>
      </w:r>
    </w:p>
    <w:p w14:paraId="5DD1FD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all so polished it hurts.</w:t>
      </w:r>
    </w:p>
    <w:p w14:paraId="5BE93B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father loves it here. Sinclair Media events are a monthly circus of subtle bragging rights disguised as charity, and The Langford is his newest stage. Tonight’s gala is exactly as scripted as the last, only now the silk wallpaper is more vibrant, the music louder, and the guest list trimmed just enough to feel exclusive.</w:t>
      </w:r>
    </w:p>
    <w:p w14:paraId="1D9B72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shift slightly in my chair, feeling the slide of silk against bare skin, dark, slippery, and cold like a secret you can’t speak out loud. The dress is meant to suggest but never surrender. A Sinclair woman’s first lesson: show enough skin to remind men of what they could have, but never enough to let them forget their place.</w:t>
      </w:r>
    </w:p>
    <w:p w14:paraId="6F7C58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“Intrigue, Camille. Not indulgence.” My mother’s voice echoes in my head, always polished, always calm, always strangling me softly. Sinclair daughters know their role, smile politely, speak softly, and never, ever crave anything beyond the carefully mapped boundaries drawn for them.</w:t>
      </w:r>
    </w:p>
    <w:p w14:paraId="106960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champagne in my glass sparkles beneath the chandeliers, bubbles rising softly to vanish at the surface. I sip because it’s required, feeling the fizz disappear on my tongue, brief, empty, meaningless.</w:t>
      </w:r>
    </w:p>
    <w:p w14:paraId="359905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Exactly like me.</w:t>
      </w:r>
    </w:p>
    <w:p w14:paraId="4A8594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Across the ballroom, Clara’s laugh floats gently, a perfect imitation of genuine joy. Nathan Ashby’s hand rests possessively over hers, already treating her like property he’s proud to display. My younger sister wears the practiced grace of a woman who knows exactly how to be owned without ever admitting it.</w:t>
      </w:r>
    </w:p>
    <w:p w14:paraId="018C30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mother’s gaze slices across the room, pinning me in place like a butterfly she’s been meaning to frame. Her command is silent, but unmistakable.</w:t>
      </w:r>
    </w:p>
    <w:p w14:paraId="7A2995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Smile.</w:t>
      </w:r>
    </w:p>
    <w:p w14:paraId="286547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obey without hesitation, curving my lips into a smile so perfect it hurts my cheeks. It’s smooth, empty, flawless, the exact shade of happiness my parents have trained me to paint on my face since birth.</w:t>
      </w:r>
    </w:p>
    <w:p w14:paraId="508121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Caldwell slides into my line of sight, and something sharp twists deep inside my chest. Future senator, future husband. My father’s perfectly crafted dream. Handsome, rich, composed and utterly empty. He sends roses like apologies but keeps his distance from their thorns.</w:t>
      </w:r>
    </w:p>
    <w:p w14:paraId="04DCC5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“You’ll be well taken care of, Camille,” my father had said, his tone dripping with an authority that left no room for dissent. “You’ll be a senator’s wife.”</w:t>
      </w:r>
    </w:p>
    <w:p w14:paraId="24A24B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 should be grateful. Like that title could make breathing easier.</w:t>
      </w:r>
    </w:p>
    <w:p w14:paraId="0127DF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Around me, the gala is alive with manufactured laughter, expensive perfume, and the delicate pluck of violin strings, beautiful on the surface, hollow at the core. It suffocates. Every perfectly orchestrated moment, every choreographed smile, every word of meaningless conversation squeezes tighter, pressing against my ribs until my lungs ache for freedom.</w:t>
      </w:r>
    </w:p>
    <w:p w14:paraId="71C11C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Without thinking, I rise abruptly. My chair scrapes harshly against polished marble, the sound sharp and discordant, slicing through the quiet hum of genteel chatter.</w:t>
      </w:r>
    </w:p>
    <w:p w14:paraId="187BBF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Heads snap in my direction.</w:t>
      </w:r>
    </w:p>
    <w:p w14:paraId="5E75C4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mother’s glare burns hotter, promising a lecture later about decorum and dignity and the disappointment I’ve become.</w:t>
      </w:r>
    </w:p>
    <w:p w14:paraId="66EE8C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care.</w:t>
      </w:r>
    </w:p>
    <w:p w14:paraId="68854E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leave and snatch other full glass from a passing waiter. </w:t>
      </w:r>
    </w:p>
    <w:p w14:paraId="5D2DED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lounge is quieter, darker, a deliberate hush after the shrill brightness of the ballroom. Deep leather chairs, dark velvet drapes, air thick with secrets and expensive regrets. It smells of whiskey and quiet rebellion. For the first time tonight, my spine relaxes, shoulders sinking into a curve that would scandalize my mother.</w:t>
      </w:r>
    </w:p>
    <w:p w14:paraId="460633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don’t give a fuck right now. </w:t>
      </w:r>
    </w:p>
    <w:p w14:paraId="76F330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drain the champagne in one defiant swallow. This time, the bubbles sting going down, sharp and bitter like truth finally admitted.</w:t>
      </w:r>
    </w:p>
    <w:p w14:paraId="6A8D58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One more drink, and maybe I can forget who Camille Sinclair is supposed to be.</w:t>
      </w:r>
    </w:p>
    <w:p w14:paraId="4B8D6683" w14:textId="77777777" w:rsidR="00351B3C" w:rsidRPr="00124F84" w:rsidRDefault="00351B3C" w:rsidP="00124F84">
      <w:pPr>
        <w:pStyle w:val="NormalWeb"/>
        <w:rPr>
          <w:color w:val="000000"/>
        </w:rPr>
      </w:pPr>
      <w:r w:rsidRPr="00124F84">
        <w:rPr>
          <w:color w:val="000000"/>
        </w:rPr>
        <w:t>I lean back, letting the stem of the empty glass dangle loosely between my fingers, my head tipping against the high back of the chair. The dim lighting licks at the edges of the room, soft and sleepy, like a hush drawn thick across the world. For once, I let myself stop performing. The gala hum is muted now just a distant throb of violin and hollow laughter bleeding through the heavy velvet drapes.</w:t>
      </w:r>
    </w:p>
    <w:p w14:paraId="0AA28383" w14:textId="77777777" w:rsidR="00351B3C" w:rsidRPr="00124F84" w:rsidRDefault="00351B3C" w:rsidP="00124F84">
      <w:pPr>
        <w:pStyle w:val="NormalWeb"/>
        <w:rPr>
          <w:color w:val="000000"/>
        </w:rPr>
      </w:pPr>
      <w:r w:rsidRPr="00124F84">
        <w:rPr>
          <w:color w:val="000000"/>
        </w:rPr>
        <w:lastRenderedPageBreak/>
        <w:t>My lashes flutter closed. Just for a second.</w:t>
      </w:r>
    </w:p>
    <w:p w14:paraId="179BFCDA" w14:textId="77777777" w:rsidR="00351B3C" w:rsidRPr="00124F84" w:rsidRDefault="00351B3C" w:rsidP="00124F84">
      <w:pPr>
        <w:pStyle w:val="NormalWeb"/>
        <w:rPr>
          <w:color w:val="000000"/>
        </w:rPr>
      </w:pPr>
      <w:r w:rsidRPr="00124F84">
        <w:rPr>
          <w:color w:val="000000"/>
        </w:rPr>
        <w:t>And that’s when I feel it.</w:t>
      </w:r>
    </w:p>
    <w:p w14:paraId="563FFCE1" w14:textId="77777777" w:rsidR="00351B3C" w:rsidRPr="00124F84" w:rsidRDefault="00351B3C" w:rsidP="00124F84">
      <w:pPr>
        <w:pStyle w:val="NormalWeb"/>
        <w:rPr>
          <w:color w:val="000000"/>
        </w:rPr>
      </w:pPr>
      <w:r w:rsidRPr="00124F84">
        <w:rPr>
          <w:color w:val="000000"/>
        </w:rPr>
        <w:t>Heat.</w:t>
      </w:r>
    </w:p>
    <w:p w14:paraId="6FD51ABA" w14:textId="77777777" w:rsidR="00351B3C" w:rsidRPr="00124F84" w:rsidRDefault="00351B3C" w:rsidP="00124F84">
      <w:pPr>
        <w:pStyle w:val="NormalWeb"/>
        <w:rPr>
          <w:color w:val="000000"/>
        </w:rPr>
      </w:pPr>
      <w:r w:rsidRPr="00124F84">
        <w:rPr>
          <w:color w:val="000000"/>
        </w:rPr>
        <w:t>Not the kind that warms. The kind that warns.</w:t>
      </w:r>
    </w:p>
    <w:p w14:paraId="5D6F4D5A" w14:textId="77777777" w:rsidR="00351B3C" w:rsidRPr="00124F84" w:rsidRDefault="00351B3C" w:rsidP="00124F84">
      <w:pPr>
        <w:pStyle w:val="NormalWeb"/>
        <w:rPr>
          <w:color w:val="000000"/>
        </w:rPr>
      </w:pPr>
      <w:r w:rsidRPr="00124F84">
        <w:rPr>
          <w:color w:val="000000"/>
        </w:rPr>
        <w:t>That coiling, pricking sensation, like being watched. Not admired.</w:t>
      </w:r>
      <w:r w:rsidRPr="00124F84">
        <w:rPr>
          <w:rStyle w:val="apple-converted-space"/>
          <w:color w:val="000000"/>
        </w:rPr>
        <w:t> </w:t>
      </w:r>
      <w:r w:rsidRPr="00124F84">
        <w:rPr>
          <w:rStyle w:val="Emphasis"/>
          <w:i w:val="0"/>
          <w:iCs w:val="0"/>
          <w:color w:val="000000"/>
        </w:rPr>
        <w:t>Observed.</w:t>
      </w:r>
      <w:r w:rsidRPr="00124F84">
        <w:rPr>
          <w:rStyle w:val="apple-converted-space"/>
          <w:color w:val="000000"/>
        </w:rPr>
        <w:t> </w:t>
      </w:r>
      <w:r w:rsidRPr="00124F84">
        <w:rPr>
          <w:color w:val="000000"/>
        </w:rPr>
        <w:t>Not the gaze of someone curious.</w:t>
      </w:r>
      <w:r w:rsidRPr="00124F84">
        <w:rPr>
          <w:rStyle w:val="apple-converted-space"/>
          <w:color w:val="000000"/>
        </w:rPr>
        <w:t> </w:t>
      </w:r>
      <w:r w:rsidRPr="00124F84">
        <w:rPr>
          <w:rStyle w:val="Emphasis"/>
          <w:i w:val="0"/>
          <w:iCs w:val="0"/>
          <w:color w:val="000000"/>
        </w:rPr>
        <w:t>Studied.</w:t>
      </w:r>
      <w:r w:rsidRPr="00124F84">
        <w:rPr>
          <w:rStyle w:val="apple-converted-space"/>
          <w:color w:val="000000"/>
        </w:rPr>
        <w:t> </w:t>
      </w:r>
      <w:r w:rsidRPr="00124F84">
        <w:rPr>
          <w:color w:val="000000"/>
        </w:rPr>
        <w:t>Undressed, dissected,</w:t>
      </w:r>
      <w:r w:rsidRPr="00124F84">
        <w:rPr>
          <w:rStyle w:val="apple-converted-space"/>
          <w:color w:val="000000"/>
        </w:rPr>
        <w:t> </w:t>
      </w:r>
      <w:r w:rsidRPr="00124F84">
        <w:rPr>
          <w:rStyle w:val="Emphasis"/>
          <w:i w:val="0"/>
          <w:iCs w:val="0"/>
          <w:color w:val="000000"/>
        </w:rPr>
        <w:t>chosen.</w:t>
      </w:r>
    </w:p>
    <w:p w14:paraId="11F7523C" w14:textId="77777777" w:rsidR="00351B3C" w:rsidRPr="00124F84" w:rsidRDefault="00351B3C" w:rsidP="00124F84">
      <w:pPr>
        <w:pStyle w:val="NormalWeb"/>
        <w:rPr>
          <w:color w:val="000000"/>
        </w:rPr>
      </w:pPr>
      <w:r w:rsidRPr="00124F84">
        <w:rPr>
          <w:color w:val="000000"/>
        </w:rPr>
        <w:t>I should be used to it by now. I’ve been looked at my entire life, evaluated, rated, complimented like I’m a showroom model instead of a person with blood and breath and boundaries.</w:t>
      </w:r>
    </w:p>
    <w:p w14:paraId="581A87C9" w14:textId="77777777" w:rsidR="00351B3C" w:rsidRPr="00124F84" w:rsidRDefault="00351B3C" w:rsidP="00124F84">
      <w:pPr>
        <w:pStyle w:val="NormalWeb"/>
        <w:rPr>
          <w:color w:val="000000"/>
        </w:rPr>
      </w:pPr>
      <w:r w:rsidRPr="00124F84">
        <w:rPr>
          <w:color w:val="000000"/>
        </w:rPr>
        <w:t>But this? This is different.</w:t>
      </w:r>
    </w:p>
    <w:p w14:paraId="0CD80882" w14:textId="77777777" w:rsidR="00351B3C" w:rsidRPr="00124F84" w:rsidRDefault="00351B3C" w:rsidP="00124F84">
      <w:pPr>
        <w:pStyle w:val="NormalWeb"/>
        <w:rPr>
          <w:color w:val="000000"/>
        </w:rPr>
      </w:pPr>
      <w:r w:rsidRPr="00124F84">
        <w:rPr>
          <w:color w:val="000000"/>
        </w:rPr>
        <w:t>This heat doesn’t skim. It</w:t>
      </w:r>
      <w:r w:rsidRPr="00124F84">
        <w:rPr>
          <w:rStyle w:val="apple-converted-space"/>
          <w:color w:val="000000"/>
        </w:rPr>
        <w:t> </w:t>
      </w:r>
      <w:r w:rsidRPr="00124F84">
        <w:rPr>
          <w:rStyle w:val="Emphasis"/>
          <w:i w:val="0"/>
          <w:iCs w:val="0"/>
          <w:color w:val="000000"/>
        </w:rPr>
        <w:t>claws.</w:t>
      </w:r>
    </w:p>
    <w:p w14:paraId="56CB1893" w14:textId="77777777" w:rsidR="00351B3C" w:rsidRPr="00124F84" w:rsidRDefault="00351B3C" w:rsidP="00124F84">
      <w:pPr>
        <w:pStyle w:val="NormalWeb"/>
        <w:rPr>
          <w:color w:val="000000"/>
        </w:rPr>
      </w:pPr>
      <w:r w:rsidRPr="00124F84">
        <w:rPr>
          <w:color w:val="000000"/>
        </w:rPr>
        <w:t>I open my eyes, a small frown tugging at the corners of my lips as I glance around.</w:t>
      </w:r>
    </w:p>
    <w:p w14:paraId="487AA5D4" w14:textId="77777777" w:rsidR="00351B3C" w:rsidRPr="00124F84" w:rsidRDefault="00351B3C" w:rsidP="00124F84">
      <w:pPr>
        <w:pStyle w:val="NormalWeb"/>
        <w:rPr>
          <w:color w:val="000000"/>
        </w:rPr>
      </w:pPr>
      <w:r w:rsidRPr="00124F84">
        <w:rPr>
          <w:color w:val="000000"/>
        </w:rPr>
        <w:t>And then I freeze.</w:t>
      </w:r>
    </w:p>
    <w:p w14:paraId="24389B78" w14:textId="77777777" w:rsidR="00351B3C" w:rsidRPr="00124F84" w:rsidRDefault="00351B3C" w:rsidP="00124F84">
      <w:pPr>
        <w:pStyle w:val="NormalWeb"/>
        <w:rPr>
          <w:color w:val="000000"/>
        </w:rPr>
      </w:pPr>
      <w:r w:rsidRPr="00124F84">
        <w:rPr>
          <w:color w:val="000000"/>
        </w:rPr>
        <w:t>He’s sitting directly across from me, legs spread, elbows resting on the arms of the chair like he owns the entire goddamn lounge. I don’t know how I missed him. Maybe because he blends in with the shadows so well, like they’re</w:t>
      </w:r>
      <w:r w:rsidRPr="00124F84">
        <w:rPr>
          <w:rStyle w:val="apple-converted-space"/>
          <w:color w:val="000000"/>
        </w:rPr>
        <w:t> </w:t>
      </w:r>
      <w:r w:rsidRPr="00124F84">
        <w:rPr>
          <w:rStyle w:val="Emphasis"/>
          <w:i w:val="0"/>
          <w:iCs w:val="0"/>
          <w:color w:val="000000"/>
        </w:rPr>
        <w:t>his</w:t>
      </w:r>
      <w:r w:rsidRPr="00124F84">
        <w:rPr>
          <w:color w:val="000000"/>
        </w:rPr>
        <w:t>. Like the darkness made room for him and then swallowed the key.</w:t>
      </w:r>
    </w:p>
    <w:p w14:paraId="2AB12230" w14:textId="77777777" w:rsidR="00351B3C" w:rsidRPr="00124F84" w:rsidRDefault="00351B3C" w:rsidP="00124F84">
      <w:pPr>
        <w:pStyle w:val="NormalWeb"/>
        <w:rPr>
          <w:color w:val="000000"/>
        </w:rPr>
      </w:pPr>
      <w:r w:rsidRPr="00124F84">
        <w:rPr>
          <w:color w:val="000000"/>
        </w:rPr>
        <w:t>A stranger. But not really.</w:t>
      </w:r>
    </w:p>
    <w:p w14:paraId="68794BE0" w14:textId="77777777" w:rsidR="00351B3C" w:rsidRPr="00124F84" w:rsidRDefault="00351B3C" w:rsidP="00124F84">
      <w:pPr>
        <w:pStyle w:val="NormalWeb"/>
        <w:rPr>
          <w:color w:val="000000"/>
        </w:rPr>
      </w:pPr>
      <w:r w:rsidRPr="00124F84">
        <w:rPr>
          <w:color w:val="000000"/>
        </w:rPr>
        <w:t>He doesn’t look like someone you</w:t>
      </w:r>
      <w:r w:rsidRPr="00124F84">
        <w:rPr>
          <w:rStyle w:val="apple-converted-space"/>
          <w:color w:val="000000"/>
        </w:rPr>
        <w:t> </w:t>
      </w:r>
      <w:r w:rsidRPr="00124F84">
        <w:rPr>
          <w:rStyle w:val="Emphasis"/>
          <w:i w:val="0"/>
          <w:iCs w:val="0"/>
          <w:color w:val="000000"/>
        </w:rPr>
        <w:t>meet.</w:t>
      </w:r>
      <w:r w:rsidRPr="00124F84">
        <w:rPr>
          <w:color w:val="000000"/>
        </w:rPr>
        <w:br/>
        <w:t>He looks like someone you survive.</w:t>
      </w:r>
    </w:p>
    <w:p w14:paraId="1060B24F" w14:textId="77777777" w:rsidR="00351B3C" w:rsidRPr="00124F84" w:rsidRDefault="00351B3C" w:rsidP="00124F84">
      <w:pPr>
        <w:pStyle w:val="NormalWeb"/>
        <w:rPr>
          <w:color w:val="000000"/>
        </w:rPr>
      </w:pPr>
      <w:r w:rsidRPr="00124F84">
        <w:rPr>
          <w:color w:val="000000"/>
        </w:rPr>
        <w:t>Tall. Still. Striking in a way that steals logic, rough edges carved into beauty so violently, it almost hurts to look at him. His shirt is black. His slacks are black. His eyes… are….</w:t>
      </w:r>
    </w:p>
    <w:p w14:paraId="68A543AF" w14:textId="77777777" w:rsidR="00351B3C" w:rsidRPr="00124F84" w:rsidRDefault="00351B3C" w:rsidP="00124F84">
      <w:pPr>
        <w:pStyle w:val="NormalWeb"/>
        <w:rPr>
          <w:color w:val="000000"/>
        </w:rPr>
      </w:pPr>
      <w:r w:rsidRPr="00124F84">
        <w:rPr>
          <w:rStyle w:val="Emphasis"/>
          <w:i w:val="0"/>
          <w:iCs w:val="0"/>
          <w:color w:val="000000"/>
        </w:rPr>
        <w:t>God.</w:t>
      </w:r>
    </w:p>
    <w:p w14:paraId="27227940" w14:textId="77777777" w:rsidR="00351B3C" w:rsidRPr="00124F84" w:rsidRDefault="00351B3C" w:rsidP="00124F84">
      <w:pPr>
        <w:pStyle w:val="NormalWeb"/>
        <w:rPr>
          <w:color w:val="000000"/>
        </w:rPr>
      </w:pPr>
      <w:r w:rsidRPr="00124F84">
        <w:rPr>
          <w:color w:val="000000"/>
        </w:rPr>
        <w:t>His eyes are the color of oceans at night…inky and endless, like they’ve pulled bodies down before and didn’t blink while doing it. There’s no bottom to them. No mercy. Just depth. Just</w:t>
      </w:r>
      <w:r w:rsidRPr="00124F84">
        <w:rPr>
          <w:rStyle w:val="apple-converted-space"/>
          <w:color w:val="000000"/>
        </w:rPr>
        <w:t> </w:t>
      </w:r>
      <w:r w:rsidRPr="00124F84">
        <w:rPr>
          <w:rStyle w:val="Emphasis"/>
          <w:i w:val="0"/>
          <w:iCs w:val="0"/>
          <w:color w:val="000000"/>
        </w:rPr>
        <w:t>danger.</w:t>
      </w:r>
    </w:p>
    <w:p w14:paraId="70925C92" w14:textId="77777777" w:rsidR="00351B3C" w:rsidRPr="00124F84" w:rsidRDefault="00351B3C" w:rsidP="00124F84">
      <w:pPr>
        <w:pStyle w:val="NormalWeb"/>
        <w:rPr>
          <w:color w:val="000000"/>
        </w:rPr>
      </w:pPr>
      <w:r w:rsidRPr="00124F84">
        <w:rPr>
          <w:color w:val="000000"/>
        </w:rPr>
        <w:t>And he’s staring at me.</w:t>
      </w:r>
    </w:p>
    <w:p w14:paraId="39F64274" w14:textId="77777777" w:rsidR="00351B3C" w:rsidRPr="00124F84" w:rsidRDefault="00351B3C" w:rsidP="00124F84">
      <w:pPr>
        <w:pStyle w:val="NormalWeb"/>
        <w:rPr>
          <w:color w:val="000000"/>
        </w:rPr>
      </w:pPr>
      <w:r w:rsidRPr="00124F84">
        <w:rPr>
          <w:color w:val="000000"/>
        </w:rPr>
        <w:t>Openly. Rudely.</w:t>
      </w:r>
      <w:r w:rsidRPr="00124F84">
        <w:rPr>
          <w:rStyle w:val="apple-converted-space"/>
          <w:color w:val="000000"/>
        </w:rPr>
        <w:t> </w:t>
      </w:r>
      <w:r w:rsidRPr="00124F84">
        <w:rPr>
          <w:rStyle w:val="Emphasis"/>
          <w:i w:val="0"/>
          <w:iCs w:val="0"/>
          <w:color w:val="000000"/>
        </w:rPr>
        <w:t>Vulgar</w:t>
      </w:r>
      <w:r w:rsidRPr="00124F84">
        <w:rPr>
          <w:rStyle w:val="apple-converted-space"/>
          <w:color w:val="000000"/>
        </w:rPr>
        <w:t> </w:t>
      </w:r>
      <w:r w:rsidRPr="00124F84">
        <w:rPr>
          <w:color w:val="000000"/>
        </w:rPr>
        <w:t>in the way he makes no attempt to look away.</w:t>
      </w:r>
    </w:p>
    <w:p w14:paraId="376027E5" w14:textId="77777777" w:rsidR="00351B3C" w:rsidRPr="00124F84" w:rsidRDefault="00351B3C" w:rsidP="00124F84">
      <w:pPr>
        <w:pStyle w:val="NormalWeb"/>
        <w:rPr>
          <w:color w:val="000000"/>
        </w:rPr>
      </w:pPr>
      <w:r w:rsidRPr="00124F84">
        <w:rPr>
          <w:color w:val="000000"/>
        </w:rPr>
        <w:t>Like he’s daring me to be uncomfortable.</w:t>
      </w:r>
    </w:p>
    <w:p w14:paraId="7EE7482A" w14:textId="77777777" w:rsidR="00351B3C" w:rsidRPr="00124F84" w:rsidRDefault="00351B3C" w:rsidP="00124F84">
      <w:pPr>
        <w:pStyle w:val="NormalWeb"/>
        <w:rPr>
          <w:color w:val="000000"/>
        </w:rPr>
      </w:pPr>
      <w:r w:rsidRPr="00124F84">
        <w:rPr>
          <w:color w:val="000000"/>
        </w:rPr>
        <w:lastRenderedPageBreak/>
        <w:t>Tattooed hands rest on the armrests, fingers flexing slightly. Not trendy tattoos. Not delicate scripts or Pinterest-ready symbols. These are thick, raw, brutal. Marks that weren’t made to be beautiful, they were made to</w:t>
      </w:r>
      <w:r w:rsidRPr="00124F84">
        <w:rPr>
          <w:rStyle w:val="apple-converted-space"/>
          <w:color w:val="000000"/>
        </w:rPr>
        <w:t> </w:t>
      </w:r>
      <w:r w:rsidRPr="00124F84">
        <w:rPr>
          <w:rStyle w:val="Emphasis"/>
          <w:i w:val="0"/>
          <w:iCs w:val="0"/>
          <w:color w:val="000000"/>
        </w:rPr>
        <w:t xml:space="preserve">mean something. </w:t>
      </w:r>
      <w:r w:rsidRPr="00124F84">
        <w:rPr>
          <w:color w:val="000000"/>
        </w:rPr>
        <w:t>Stories inked into skin like warnings.</w:t>
      </w:r>
    </w:p>
    <w:p w14:paraId="09C87A82" w14:textId="77777777" w:rsidR="00351B3C" w:rsidRPr="00124F84" w:rsidRDefault="00351B3C" w:rsidP="00124F84">
      <w:pPr>
        <w:pStyle w:val="NormalWeb"/>
        <w:rPr>
          <w:color w:val="000000"/>
        </w:rPr>
      </w:pPr>
      <w:r w:rsidRPr="00124F84">
        <w:rPr>
          <w:color w:val="000000"/>
        </w:rPr>
        <w:t>My breath catches.</w:t>
      </w:r>
      <w:r w:rsidRPr="00124F84">
        <w:rPr>
          <w:color w:val="000000"/>
        </w:rPr>
        <w:br/>
        <w:t>He still hasn’t looked away.</w:t>
      </w:r>
    </w:p>
    <w:p w14:paraId="6B107B74" w14:textId="77777777" w:rsidR="00351B3C" w:rsidRPr="00124F84" w:rsidRDefault="00351B3C" w:rsidP="00124F84">
      <w:pPr>
        <w:pStyle w:val="NormalWeb"/>
        <w:rPr>
          <w:color w:val="000000"/>
        </w:rPr>
      </w:pPr>
      <w:r w:rsidRPr="00124F84">
        <w:rPr>
          <w:color w:val="000000"/>
        </w:rPr>
        <w:t>Neither have I.</w:t>
      </w:r>
    </w:p>
    <w:p w14:paraId="725D141D" w14:textId="77777777" w:rsidR="00351B3C" w:rsidRPr="00124F84" w:rsidRDefault="00351B3C" w:rsidP="00124F84">
      <w:pPr>
        <w:pStyle w:val="NormalWeb"/>
        <w:rPr>
          <w:color w:val="000000"/>
        </w:rPr>
      </w:pPr>
      <w:r w:rsidRPr="00124F84">
        <w:rPr>
          <w:color w:val="000000"/>
        </w:rPr>
        <w:t>The moment stretches. Sharp. Heavy. Intimate in a way that makes my skin burn.</w:t>
      </w:r>
    </w:p>
    <w:p w14:paraId="77D989DA" w14:textId="77777777" w:rsidR="00351B3C" w:rsidRPr="00124F84" w:rsidRDefault="00351B3C" w:rsidP="00124F84">
      <w:pPr>
        <w:pStyle w:val="NormalWeb"/>
        <w:rPr>
          <w:color w:val="000000"/>
        </w:rPr>
      </w:pPr>
      <w:r w:rsidRPr="00124F84">
        <w:rPr>
          <w:color w:val="000000"/>
        </w:rPr>
        <w:t>Something in me twists. Tightens. Like my instincts recognize him before my mind can catch up.</w:t>
      </w:r>
    </w:p>
    <w:p w14:paraId="6F8A70FF" w14:textId="77777777" w:rsidR="00351B3C" w:rsidRPr="00124F84" w:rsidRDefault="00351B3C" w:rsidP="00124F84">
      <w:pPr>
        <w:pStyle w:val="NormalWeb"/>
        <w:rPr>
          <w:color w:val="000000"/>
        </w:rPr>
      </w:pPr>
      <w:r w:rsidRPr="00124F84">
        <w:rPr>
          <w:rStyle w:val="Emphasis"/>
          <w:i w:val="0"/>
          <w:iCs w:val="0"/>
          <w:color w:val="000000"/>
        </w:rPr>
        <w:t>Danger.</w:t>
      </w:r>
      <w:r w:rsidRPr="00124F84">
        <w:rPr>
          <w:color w:val="000000"/>
        </w:rPr>
        <w:br/>
        <w:t>Every woman knows the feel of it. But this isn’t fear exactly.</w:t>
      </w:r>
    </w:p>
    <w:p w14:paraId="2D1DC9C5" w14:textId="77777777" w:rsidR="00351B3C" w:rsidRPr="00124F84" w:rsidRDefault="00351B3C" w:rsidP="00124F84">
      <w:pPr>
        <w:pStyle w:val="NormalWeb"/>
        <w:rPr>
          <w:color w:val="000000"/>
        </w:rPr>
      </w:pPr>
      <w:r w:rsidRPr="00124F84">
        <w:rPr>
          <w:color w:val="000000"/>
        </w:rPr>
        <w:t>It’s fascination.</w:t>
      </w:r>
      <w:r w:rsidRPr="00124F84">
        <w:rPr>
          <w:color w:val="000000"/>
        </w:rPr>
        <w:br/>
        <w:t>It’s heat.</w:t>
      </w:r>
    </w:p>
    <w:p w14:paraId="6AD24A07" w14:textId="77777777" w:rsidR="00351B3C" w:rsidRPr="00124F84" w:rsidRDefault="00351B3C" w:rsidP="00124F84">
      <w:pPr>
        <w:pStyle w:val="NormalWeb"/>
        <w:rPr>
          <w:color w:val="000000"/>
        </w:rPr>
      </w:pPr>
      <w:r w:rsidRPr="00124F84">
        <w:rPr>
          <w:color w:val="000000"/>
        </w:rPr>
        <w:t>It’s that quiet little voice whispering:</w:t>
      </w:r>
      <w:r w:rsidRPr="00124F84">
        <w:rPr>
          <w:rStyle w:val="apple-converted-space"/>
          <w:color w:val="000000"/>
        </w:rPr>
        <w:t> </w:t>
      </w:r>
      <w:r w:rsidRPr="00124F84">
        <w:rPr>
          <w:rStyle w:val="Emphasis"/>
          <w:i w:val="0"/>
          <w:iCs w:val="0"/>
          <w:color w:val="000000"/>
        </w:rPr>
        <w:t>Run.</w:t>
      </w:r>
    </w:p>
    <w:p w14:paraId="206EE8FA" w14:textId="77777777" w:rsidR="00351B3C" w:rsidRPr="00124F84" w:rsidRDefault="00351B3C" w:rsidP="00124F84">
      <w:pPr>
        <w:pStyle w:val="NormalWeb"/>
        <w:rPr>
          <w:color w:val="000000"/>
        </w:rPr>
      </w:pPr>
      <w:r w:rsidRPr="00124F84">
        <w:rPr>
          <w:color w:val="000000"/>
        </w:rPr>
        <w:t>And the darker one that answers:</w:t>
      </w:r>
      <w:r w:rsidRPr="00124F84">
        <w:rPr>
          <w:rStyle w:val="apple-converted-space"/>
          <w:color w:val="000000"/>
        </w:rPr>
        <w:t> </w:t>
      </w:r>
      <w:r w:rsidRPr="00124F84">
        <w:rPr>
          <w:rStyle w:val="Emphasis"/>
          <w:i w:val="0"/>
          <w:iCs w:val="0"/>
          <w:color w:val="000000"/>
        </w:rPr>
        <w:t>What if I don’t?</w:t>
      </w:r>
    </w:p>
    <w:p w14:paraId="59EC912A" w14:textId="77777777" w:rsidR="00351B3C" w:rsidRPr="00124F84" w:rsidRDefault="00351B3C" w:rsidP="00124F84">
      <w:pPr>
        <w:pStyle w:val="NormalWeb"/>
        <w:rPr>
          <w:color w:val="000000"/>
        </w:rPr>
      </w:pPr>
      <w:r w:rsidRPr="00124F84">
        <w:rPr>
          <w:color w:val="000000"/>
        </w:rPr>
        <w:t>His gaze drops, slow, deliberate. My bare shoulders. My neckline. My legs crossed with Sinclair-approved grace. He doesn’t leer. That would be too human. He</w:t>
      </w:r>
      <w:r w:rsidRPr="00124F84">
        <w:rPr>
          <w:rStyle w:val="apple-converted-space"/>
          <w:color w:val="000000"/>
        </w:rPr>
        <w:t> </w:t>
      </w:r>
      <w:r w:rsidRPr="00124F84">
        <w:rPr>
          <w:rStyle w:val="Emphasis"/>
          <w:i w:val="0"/>
          <w:iCs w:val="0"/>
          <w:color w:val="000000"/>
        </w:rPr>
        <w:t>assesses.</w:t>
      </w:r>
      <w:r w:rsidRPr="00124F84">
        <w:rPr>
          <w:rStyle w:val="apple-converted-space"/>
          <w:color w:val="000000"/>
        </w:rPr>
        <w:t> </w:t>
      </w:r>
      <w:r w:rsidRPr="00124F84">
        <w:rPr>
          <w:color w:val="000000"/>
        </w:rPr>
        <w:t>Like a predator reading weakness.</w:t>
      </w:r>
    </w:p>
    <w:p w14:paraId="6389E9FF" w14:textId="77777777" w:rsidR="00351B3C" w:rsidRPr="00124F84" w:rsidRDefault="00351B3C" w:rsidP="00124F84">
      <w:pPr>
        <w:pStyle w:val="NormalWeb"/>
        <w:rPr>
          <w:color w:val="000000"/>
        </w:rPr>
      </w:pPr>
      <w:r w:rsidRPr="00124F84">
        <w:rPr>
          <w:color w:val="000000"/>
        </w:rPr>
        <w:t>My fingers curl around the stem of the glass. I square my shoulders. I raise my chin. I give him the same polished, polite look I give every man who forgets that women aren’t theirs to consume.</w:t>
      </w:r>
    </w:p>
    <w:p w14:paraId="3CE2D180" w14:textId="77777777" w:rsidR="00351B3C" w:rsidRPr="00124F84" w:rsidRDefault="00351B3C" w:rsidP="00124F84">
      <w:pPr>
        <w:pStyle w:val="NormalWeb"/>
        <w:rPr>
          <w:color w:val="000000"/>
        </w:rPr>
      </w:pPr>
      <w:r w:rsidRPr="00124F84">
        <w:rPr>
          <w:color w:val="000000"/>
        </w:rPr>
        <w:t>But then his mouth curves.</w:t>
      </w:r>
    </w:p>
    <w:p w14:paraId="648BEA9F" w14:textId="77777777" w:rsidR="00351B3C" w:rsidRPr="00124F84" w:rsidRDefault="00351B3C" w:rsidP="00124F84">
      <w:pPr>
        <w:pStyle w:val="NormalWeb"/>
        <w:rPr>
          <w:color w:val="000000"/>
        </w:rPr>
      </w:pPr>
      <w:r w:rsidRPr="00124F84">
        <w:rPr>
          <w:color w:val="000000"/>
        </w:rPr>
        <w:t>Not a smile.</w:t>
      </w:r>
      <w:r w:rsidRPr="00124F84">
        <w:rPr>
          <w:color w:val="000000"/>
        </w:rPr>
        <w:br/>
        <w:t>A threat dressed as one.</w:t>
      </w:r>
    </w:p>
    <w:p w14:paraId="66B4CEC5" w14:textId="77777777" w:rsidR="00351B3C" w:rsidRPr="00124F84" w:rsidRDefault="00351B3C" w:rsidP="00124F84">
      <w:pPr>
        <w:pStyle w:val="NormalWeb"/>
        <w:rPr>
          <w:color w:val="000000"/>
        </w:rPr>
      </w:pPr>
      <w:r w:rsidRPr="00124F84">
        <w:rPr>
          <w:color w:val="000000"/>
        </w:rPr>
        <w:t>And I know…like instinct, that I’ve already lost whatever game this is.</w:t>
      </w:r>
    </w:p>
    <w:p w14:paraId="416D42D1" w14:textId="77777777" w:rsidR="00351B3C" w:rsidRPr="00124F84" w:rsidRDefault="00351B3C" w:rsidP="00124F84">
      <w:pPr>
        <w:spacing w:line="240" w:lineRule="auto"/>
        <w:rPr>
          <w:rFonts w:ascii="Times New Roman" w:hAnsi="Times New Roman" w:cs="Times New Roman"/>
          <w:sz w:val="24"/>
          <w:szCs w:val="24"/>
        </w:rPr>
      </w:pPr>
    </w:p>
    <w:p w14:paraId="17A931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50D54DF5" w14:textId="77777777" w:rsidR="00351B3C" w:rsidRPr="00124F84" w:rsidRDefault="00351B3C" w:rsidP="00124F84">
      <w:pPr>
        <w:spacing w:line="240" w:lineRule="auto"/>
        <w:rPr>
          <w:rFonts w:ascii="Times New Roman" w:hAnsi="Times New Roman" w:cs="Times New Roman"/>
          <w:sz w:val="24"/>
          <w:szCs w:val="24"/>
        </w:rPr>
      </w:pPr>
    </w:p>
    <w:p w14:paraId="221C9A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3E7057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call it luxury.</w:t>
      </w:r>
    </w:p>
    <w:p w14:paraId="76DF8E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call it hunting grounds.</w:t>
      </w:r>
    </w:p>
    <w:p w14:paraId="796C1B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Langford was built for men who confuse cash with class and mistresses with validation. Men whose greatest achievement is stitching their daddy issues into Brioni suits and calling it style. They swagger in, flashing Patek Philippes, whispering dirty promises to women whose faces change faster than their tax brackets. Perfect teeth. Empty eyes. Loud jewelry drowning out the quiet desperation of wives stuck at home, swallowing Xanax with Chardonnay for breakfast.</w:t>
      </w:r>
    </w:p>
    <w:p w14:paraId="435690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Twenty-five grand a night buys these men the illusion of control. A fantasy served up in polished crystal and silk sheets.</w:t>
      </w:r>
    </w:p>
    <w:p w14:paraId="6AE5C8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Idiots.</w:t>
      </w:r>
    </w:p>
    <w:p w14:paraId="0C5201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them play dress-up, let them toast their worthless deals, smile blandly as they swap wives, swap stocks, swap dignity for a corner office and a few minutes feeling untouchable.</w:t>
      </w:r>
    </w:p>
    <w:p w14:paraId="410D90A2" w14:textId="77F317B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the while, I’m the one writing the checks they cash, quietly pulling the strings until their egos choke them like silk ties tightened just a little too far. They pay me to feel powerful</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not realizing I’ve already picked their bones clean.</w:t>
      </w:r>
    </w:p>
    <w:p w14:paraId="40726F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Power doesn’t belong to the man with the loudest voice.</w:t>
      </w:r>
    </w:p>
    <w:p w14:paraId="011DAA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belongs to the one with the deepest pockets.</w:t>
      </w:r>
    </w:p>
    <w:p w14:paraId="6A2A05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mine have no bottom.</w:t>
      </w:r>
    </w:p>
    <w:p w14:paraId="691422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barely glance my way when I pass. They probably think I’m hired muscle or an ex-employee who couldn't cut it in their miserable little shark tank.</w:t>
      </w:r>
    </w:p>
    <w:p w14:paraId="4487E6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the fun part.</w:t>
      </w:r>
    </w:p>
    <w:p w14:paraId="2CB294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them ignore the devil…so long as he’s wearing cufflinks.</w:t>
      </w:r>
    </w:p>
    <w:p w14:paraId="59E65F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elevator doors open with a whisper.</w:t>
      </w:r>
    </w:p>
    <w:p w14:paraId="75ECCA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Penthouse level.</w:t>
      </w:r>
    </w:p>
    <w:p w14:paraId="1823D9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adjust mine, Tom Ford, black on black. No tie. Never a tie. Chokehold fashion for men who don’t know they’re already leashed.</w:t>
      </w:r>
    </w:p>
    <w:p w14:paraId="3259A9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into the storm.</w:t>
      </w:r>
    </w:p>
    <w:p w14:paraId="34D6F0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Another fucking gala. Same glass cage, new set of gilded bars. Crystal and chatter. Strings in the corner playing some dead composer no one here actually gives a shit about. It all blurs together, money dressed up like class. Power diluted in champagne.</w:t>
      </w:r>
    </w:p>
    <w:p w14:paraId="34E107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belong here.</w:t>
      </w:r>
    </w:p>
    <w:p w14:paraId="37E591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own it.</w:t>
      </w:r>
    </w:p>
    <w:p w14:paraId="7D0B8C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don’t know that.</w:t>
      </w:r>
    </w:p>
    <w:p w14:paraId="3F2862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Langford was mine the second I ripped it from the Ashby estate portfolio five years ago. Silent acquisition. Five shell companies deep. Cash funneled through South American mining interests and a holding group in Zurich. No one questions the name on the deed because I made sure they can’t trace it.</w:t>
      </w:r>
    </w:p>
    <w:p w14:paraId="0B48CC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like it better this way.</w:t>
      </w:r>
    </w:p>
    <w:p w14:paraId="02D550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call this a playground for the elite.</w:t>
      </w:r>
    </w:p>
    <w:p w14:paraId="4C7FE4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don’t realize the devil built the sandbox.</w:t>
      </w:r>
    </w:p>
    <w:p w14:paraId="616439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At the bar, my drink’s already waiting. Macallan 18. No garnish. No ice. Just the bite. </w:t>
      </w:r>
      <w:proofErr w:type="gramStart"/>
      <w:r w:rsidRPr="00124F84">
        <w:rPr>
          <w:rFonts w:ascii="Times New Roman" w:hAnsi="Times New Roman" w:cs="Times New Roman"/>
          <w:sz w:val="24"/>
          <w:szCs w:val="24"/>
        </w:rPr>
        <w:t>The bartender nods,</w:t>
      </w:r>
      <w:proofErr w:type="gramEnd"/>
      <w:r w:rsidRPr="00124F84">
        <w:rPr>
          <w:rFonts w:ascii="Times New Roman" w:hAnsi="Times New Roman" w:cs="Times New Roman"/>
          <w:sz w:val="24"/>
          <w:szCs w:val="24"/>
        </w:rPr>
        <w:t xml:space="preserve"> doesn’t speak. Smart.</w:t>
      </w:r>
    </w:p>
    <w:p w14:paraId="5CFDE0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cut through the crowd, and they part, not because they know me, but because some part of them feels me. That static. The storm just before the sky </w:t>
      </w:r>
      <w:proofErr w:type="gramStart"/>
      <w:r w:rsidRPr="00124F84">
        <w:rPr>
          <w:rFonts w:ascii="Times New Roman" w:hAnsi="Times New Roman" w:cs="Times New Roman"/>
          <w:sz w:val="24"/>
          <w:szCs w:val="24"/>
        </w:rPr>
        <w:t>opens up</w:t>
      </w:r>
      <w:proofErr w:type="gramEnd"/>
      <w:r w:rsidRPr="00124F84">
        <w:rPr>
          <w:rFonts w:ascii="Times New Roman" w:hAnsi="Times New Roman" w:cs="Times New Roman"/>
          <w:sz w:val="24"/>
          <w:szCs w:val="24"/>
        </w:rPr>
        <w:t xml:space="preserve"> and everything drowns.</w:t>
      </w:r>
    </w:p>
    <w:p w14:paraId="128A22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don’t know what I am, but their bodies do.</w:t>
      </w:r>
    </w:p>
    <w:p w14:paraId="584DFA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take my place in the lounge. Shadowed corner. Leather chair. Eyes on the exit. Walls at my back. It's the only way I sit.</w:t>
      </w:r>
    </w:p>
    <w:p w14:paraId="427EBF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Drag a hand down my face like I’m wiping off the last week.</w:t>
      </w:r>
    </w:p>
    <w:p w14:paraId="138693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Miami was a mess.</w:t>
      </w:r>
    </w:p>
    <w:p w14:paraId="2CC55B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Always is. But this time?</w:t>
      </w:r>
    </w:p>
    <w:p w14:paraId="2A60AD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time, it nearly cracked.</w:t>
      </w:r>
    </w:p>
    <w:p w14:paraId="59F1DC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Álvaro dropped the ball. Or someone did. A shipment I personally signed off on disappeared before I even landed. Gone.</w:t>
      </w:r>
    </w:p>
    <w:p w14:paraId="2EA97F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in my world?</w:t>
      </w:r>
    </w:p>
    <w:p w14:paraId="377FC8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doesn’t fucking happen.</w:t>
      </w:r>
    </w:p>
    <w:p w14:paraId="3C32D5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with that much product.</w:t>
      </w:r>
    </w:p>
    <w:p w14:paraId="0530F4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with my name stamped across the manifest.</w:t>
      </w:r>
    </w:p>
    <w:p w14:paraId="420EB2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when blood is currency and silence is law.</w:t>
      </w:r>
    </w:p>
    <w:p w14:paraId="48D5FE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New York is mine. The Langford is mine. Every account, every ghost company, every penny washed clean through ten layers of shell corporations, I built it here. I buried the past here.</w:t>
      </w:r>
    </w:p>
    <w:p w14:paraId="549531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Miami?</w:t>
      </w:r>
    </w:p>
    <w:p w14:paraId="7AA2DB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Miami is the heartbeat of my empire.</w:t>
      </w:r>
    </w:p>
    <w:p w14:paraId="54BF6F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where the product moves.</w:t>
      </w:r>
    </w:p>
    <w:p w14:paraId="4F2AD1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where the bodies work.</w:t>
      </w:r>
    </w:p>
    <w:p w14:paraId="38A87D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That’s where the blood stays fresh.</w:t>
      </w:r>
    </w:p>
    <w:p w14:paraId="32E647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when something threatens that? When someone thinks they can steal from me?</w:t>
      </w:r>
    </w:p>
    <w:p w14:paraId="474DC3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delegate.</w:t>
      </w:r>
    </w:p>
    <w:p w14:paraId="0D42E5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warn.</w:t>
      </w:r>
    </w:p>
    <w:p w14:paraId="5A7337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negotiate.</w:t>
      </w:r>
    </w:p>
    <w:p w14:paraId="1115E5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kill.</w:t>
      </w:r>
    </w:p>
    <w:p w14:paraId="100A49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back in New York before my enemies even know I left.</w:t>
      </w:r>
    </w:p>
    <w:p w14:paraId="75C422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Miami? That fire’s still burning.</w:t>
      </w:r>
    </w:p>
    <w:p w14:paraId="0069BB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Álvaro says it was the feds. I say it was a leak.</w:t>
      </w:r>
    </w:p>
    <w:p w14:paraId="7347A9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Someone whispered in the wrong ear. Someone who thought I wouldn’t notice.</w:t>
      </w:r>
    </w:p>
    <w:p w14:paraId="1F34CA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were wrong.</w:t>
      </w:r>
    </w:p>
    <w:p w14:paraId="474E44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Trust is like breath in my world, precious, fleeting, and once it’s gone, you’re already dead. Álvaro’s been with me seven years. Loyal. Solid. Swears he didn’t fold.</w:t>
      </w:r>
    </w:p>
    <w:p w14:paraId="209B3D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he’s telling the truth.</w:t>
      </w:r>
    </w:p>
    <w:p w14:paraId="7E9FDE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he’s already made peace with dying.</w:t>
      </w:r>
    </w:p>
    <w:p w14:paraId="5615C7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Either way, I’ll find out.</w:t>
      </w:r>
    </w:p>
    <w:p w14:paraId="1CA496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when I do?</w:t>
      </w:r>
    </w:p>
    <w:p w14:paraId="7132B6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won’t be a clean ending.</w:t>
      </w:r>
    </w:p>
    <w:p w14:paraId="41956E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still nursing that first glass when Camille Elouise Sinclair walks in and incinerates every coherent thought in my head.</w:t>
      </w:r>
    </w:p>
    <w:p w14:paraId="1CBCCB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not the dress that seizes me; it’s her. Royal blue silk cascades down her body like spilled secrets, the backless cut dipping low enough to shatter morality. She moves with an innate sensuality, effortless grace wrapped around polished rebellion. Her legs flash beneath the high slit, smooth and sculpted, weapons perfectly crafted to destroy men lesser me.</w:t>
      </w:r>
    </w:p>
    <w:p w14:paraId="11D938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bloodline alone is intoxicating, an explosive mix of East Coast aristocracy and deep Louisiana Creole heritage. A decadent lineage woven from Bourbon Street mystique, Spanish moss-draped oaks, and whispered secrets passed down through generations of scandal and voodoo queens. The Sinclair name may shine from Manhattan's glittering towers, but her soul pulses with the fire of New Orleans' darkest nights. She's sugarcane sweet beneath a refined facade, Creole fire simmering just below her cultivated poise.</w:t>
      </w:r>
    </w:p>
    <w:p w14:paraId="556B08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hasn’t seen me yet. Her mask slips, the carefully curated Sinclair heiress performance cracking, revealing a vulnerability that begs to be exploited. Away from the gala’s relentless eyes, she finally allows herself the luxury of breathing.</w:t>
      </w:r>
    </w:p>
    <w:p w14:paraId="062AC1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Mistake number one.</w:t>
      </w:r>
    </w:p>
    <w:p w14:paraId="315A90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don’t want her breathing…I want her gasping. Crying. Begging. Screaming.</w:t>
      </w:r>
    </w:p>
    <w:p w14:paraId="7A681C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her on her knees, desperate and trembling beneath every filthy fantasy I've harbored since I first tasted her name.</w:t>
      </w:r>
    </w:p>
    <w:p w14:paraId="072CA6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sinks into a velvet chair, unaware of my gaze, and empties her champagne flute with quiet fury. Her throat arches, a flawless column of bronzed silk begging for the scrape of teeth, the cruelty of my mouth. I imagine my fingers wrapped around her skin, hot, fragile, bruised from holding her exactly how I please.</w:t>
      </w:r>
    </w:p>
    <w:p w14:paraId="56E9E9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Under the dim lounge lights, she glows golden, precious metal forged from tragedy and privilege, wealth clinging to every lush curve, trauma haunting the depths of those dark eyes.</w:t>
      </w:r>
    </w:p>
    <w:p w14:paraId="66B966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want it all.</w:t>
      </w:r>
    </w:p>
    <w:p w14:paraId="718E0C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isn’t beautiful. She’s devastating. Weaponized elegance. Bourbon Street bravado wrapped in Fifth Avenue polish. A Creole princess whose veins thrum with defiance, whose lineage drips scandal, secrets, and sorcery. Money might armor her body, but heartbreak colors her soul, and I will strip her of both.</w:t>
      </w:r>
    </w:p>
    <w:p w14:paraId="718AC7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just want to fuck her.</w:t>
      </w:r>
    </w:p>
    <w:p w14:paraId="741695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to own her.</w:t>
      </w:r>
    </w:p>
    <w:p w14:paraId="21661C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plunge my hands into her lush curls, force her head back, and make her meet my gaze while I take her apart. I want to erase every refined lie she was raised with, until all that remains is raw, shaking desire utterly dependent on me. Until her perfect pedigree means nothing, reduced to begging whispers and desperate pleas.</w:t>
      </w:r>
    </w:p>
    <w:p w14:paraId="65730B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tenderness. No mercy. Just violence dressed as worship, obsession masquerading as pleasure.</w:t>
      </w:r>
    </w:p>
    <w:p w14:paraId="099D39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She'll become my favorite possession, a prize handled roughly but guarded fiercely. I’ll ruin her so completely that Preston fucking Caldwell’s touch will become meaningless, his kisses pale shadows against the marks I leave behind.</w:t>
      </w:r>
    </w:p>
    <w:p w14:paraId="6FBF11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trace the line of her thigh again, picturing those legs locked tight around my waist, feeling her shudder and plead as I teach her that power isn’t inherited, it’s conquered. She was bred to be untouchable, trained in perfect restraint.</w:t>
      </w:r>
    </w:p>
    <w:p w14:paraId="100FB6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teach her the thrill of losing control.</w:t>
      </w:r>
    </w:p>
    <w:p w14:paraId="45DC9D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How sweet falling can taste.</w:t>
      </w:r>
    </w:p>
    <w:p w14:paraId="3B872E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shifts restlessly, oblivious until…</w:t>
      </w:r>
    </w:p>
    <w:p w14:paraId="4C12AC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There it is.</w:t>
      </w:r>
    </w:p>
    <w:p w14:paraId="036013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tiny ripple of awareness, primal and involuntary. Her elegant spine stiffens, shoulders tightening in subtle alarm.</w:t>
      </w:r>
    </w:p>
    <w:p w14:paraId="17CF10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feels me.</w:t>
      </w:r>
    </w:p>
    <w:p w14:paraId="7DABB8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gently. Not poetically. Viscerally…like a wire stripped bare, sparking at the first threat of contact.</w:t>
      </w:r>
    </w:p>
    <w:p w14:paraId="3FC59A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jerk or gasp, doesn’t lose her careful composure. Instead, she turns slowly, deliberately, graceful as a predator disguised as prey.</w:t>
      </w:r>
    </w:p>
    <w:p w14:paraId="1AD429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those dark eyes lock onto mine.</w:t>
      </w:r>
    </w:p>
    <w:p w14:paraId="5847B8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w:t>
      </w:r>
    </w:p>
    <w:p w14:paraId="526EEA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pupils shrink sharply, suspicion sharpening every feature. Breath catches, a soft tremble she quickly buries, but I caught it. Felt it. The heat beneath the fear, recognition darkening into challenge.</w:t>
      </w:r>
    </w:p>
    <w:p w14:paraId="04140E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finally knows exactly who’s hunting her.</w:t>
      </w:r>
    </w:p>
    <w:p w14:paraId="1079E1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w:t>
      </w:r>
    </w:p>
    <w:p w14:paraId="2ECC17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mask snaps into place. Fast. Practiced. The heiress in her standing up tall, dragging the curtains closed behind those eyes like I haven’t already seen through the window.</w:t>
      </w:r>
    </w:p>
    <w:p w14:paraId="66BCF7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she’s too late.</w:t>
      </w:r>
    </w:p>
    <w:p w14:paraId="7A7628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saw the truth in the flicker. That unfiltered, naked pulse of want tangled with instinct.</w:t>
      </w:r>
    </w:p>
    <w:p w14:paraId="21F4C8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intrigued.</w:t>
      </w:r>
    </w:p>
    <w:p w14:paraId="46CBD8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terrified.</w:t>
      </w:r>
    </w:p>
    <w:p w14:paraId="154062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she’s tempted as fuck.</w:t>
      </w:r>
    </w:p>
    <w:p w14:paraId="61FCC2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instincts whisper run. But her body? That traitor leans forward, just a breath, just enough. The raw, feral part of her, the part her family tried to breed out, wants to know what it would feel like to burn.</w:t>
      </w:r>
    </w:p>
    <w:p w14:paraId="38ADC9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tilt my head.</w:t>
      </w:r>
    </w:p>
    <w:p w14:paraId="7E2211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slightly.</w:t>
      </w:r>
    </w:p>
    <w:p w14:paraId="7C078A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nod to the seat beside me. No smile. No words. Just cold authority wrapped in suggestion. A dare shaped like a throne. The kind of gesture that doesn’t say join me.</w:t>
      </w:r>
    </w:p>
    <w:p w14:paraId="4858AF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says test me.</w:t>
      </w:r>
    </w:p>
    <w:p w14:paraId="0D4FF1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falters.</w:t>
      </w:r>
    </w:p>
    <w:p w14:paraId="4EEE89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Just a fraction of a heartbeat, barely there, but I catch it. That tiny slip in her rhythm, the breath she takes without knowing I’m counting.</w:t>
      </w:r>
    </w:p>
    <w:p w14:paraId="3018A4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 that single, silent second, she tells me everything.</w:t>
      </w:r>
    </w:p>
    <w:p w14:paraId="3C717B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exactly where the crack is.</w:t>
      </w:r>
    </w:p>
    <w:p w14:paraId="68A644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Exactly where to press.</w:t>
      </w:r>
    </w:p>
    <w:p w14:paraId="4D9920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lifts her chin, defiance carved from marble and silk, smoothing her blue dress like </w:t>
      </w:r>
      <w:proofErr w:type="gramStart"/>
      <w:r w:rsidRPr="00124F84">
        <w:rPr>
          <w:rFonts w:ascii="Times New Roman" w:hAnsi="Times New Roman" w:cs="Times New Roman"/>
          <w:sz w:val="24"/>
          <w:szCs w:val="24"/>
        </w:rPr>
        <w:t>it's</w:t>
      </w:r>
      <w:proofErr w:type="gramEnd"/>
      <w:r w:rsidRPr="00124F84">
        <w:rPr>
          <w:rFonts w:ascii="Times New Roman" w:hAnsi="Times New Roman" w:cs="Times New Roman"/>
          <w:sz w:val="24"/>
          <w:szCs w:val="24"/>
        </w:rPr>
        <w:t xml:space="preserve"> armor rather than the bait she knows damn well it is. Her shoulders square, elegant and defensive, Creole royalty daring the world to touch what they can't afford.</w:t>
      </w:r>
    </w:p>
    <w:p w14:paraId="067A75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moves.</w:t>
      </w:r>
      <w:r w:rsidRPr="00124F84">
        <w:rPr>
          <w:rFonts w:ascii="Times New Roman" w:hAnsi="Times New Roman" w:cs="Times New Roman"/>
          <w:sz w:val="24"/>
          <w:szCs w:val="24"/>
        </w:rPr>
        <w:br/>
        <w:t>Straight toward me.</w:t>
      </w:r>
    </w:p>
    <w:p w14:paraId="230655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Measured. Calculated. Graceful as a ballerina crossing a stage rather than a queen approaching the executioner. But that’s exactly what she’s doing.</w:t>
      </w:r>
    </w:p>
    <w:p w14:paraId="450FA3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back. Arms draped lazily over velvet, gaze dragging slowly up her body, stripping silk and secrets alike. I stare openly, shamelessly, like a predator savoring the twitch of wounded prey limping willingly into the open.</w:t>
      </w:r>
    </w:p>
    <w:p w14:paraId="03F7D7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mouth curves slightly just enough for her to notice.</w:t>
      </w:r>
      <w:r w:rsidRPr="00124F84">
        <w:rPr>
          <w:rFonts w:ascii="Times New Roman" w:hAnsi="Times New Roman" w:cs="Times New Roman"/>
          <w:sz w:val="24"/>
          <w:szCs w:val="24"/>
        </w:rPr>
        <w:br/>
        <w:t>It’s not a smile.</w:t>
      </w:r>
      <w:r w:rsidRPr="00124F84">
        <w:rPr>
          <w:rFonts w:ascii="Times New Roman" w:hAnsi="Times New Roman" w:cs="Times New Roman"/>
          <w:sz w:val="24"/>
          <w:szCs w:val="24"/>
        </w:rPr>
        <w:br/>
        <w:t>It’s a fucking warning.</w:t>
      </w:r>
    </w:p>
    <w:p w14:paraId="56235F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isn’t a conversation…it’s arson.</w:t>
      </w:r>
      <w:r w:rsidRPr="00124F84">
        <w:rPr>
          <w:rFonts w:ascii="Times New Roman" w:hAnsi="Times New Roman" w:cs="Times New Roman"/>
          <w:sz w:val="24"/>
          <w:szCs w:val="24"/>
        </w:rPr>
        <w:br/>
        <w:t>And I just lit the match.</w:t>
      </w:r>
    </w:p>
    <w:p w14:paraId="2617CC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hesitates briefly, recalibrating, debating if this is her moment of power or mistake.</w:t>
      </w:r>
    </w:p>
    <w:p w14:paraId="7A0FE2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both, sweetheart.</w:t>
      </w:r>
    </w:p>
    <w:p w14:paraId="4E6833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sits carefully, back straight as steel, chin tilted in practiced arrogance. Her lips press into a perfect line of composure, hiding the moans I plan to rip from her throat. She smells like neroli and liquid sugar, wealth dripping from every pore, privilege wrapped around her like a silken noose.</w:t>
      </w:r>
    </w:p>
    <w:p w14:paraId="0E9640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to tighten it until she bleeds for me.</w:t>
      </w:r>
    </w:p>
    <w:p w14:paraId="352494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speak first. Smart. But those eyes flicker, tracing my tattoos, my whiskey glass, calculating if I’m below her or dangerously out of reach.</w:t>
      </w:r>
    </w:p>
    <w:p w14:paraId="5763F742"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help her choose.</w:t>
      </w:r>
    </w:p>
    <w:p w14:paraId="311179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lean forward. Slow, intentional, shifting gravity just enough to make her feel off-balance. To make her ache for stability only I can provide. Her shoulders tighten, sensing the danger before I even speak. That’s how you get under the skin of a woman like Camille Sinclair. You don’t compliment </w:t>
      </w:r>
      <w:proofErr w:type="gramStart"/>
      <w:r w:rsidRPr="00124F84">
        <w:rPr>
          <w:rFonts w:ascii="Times New Roman" w:hAnsi="Times New Roman" w:cs="Times New Roman"/>
          <w:sz w:val="24"/>
          <w:szCs w:val="24"/>
        </w:rPr>
        <w:t>her,</w:t>
      </w:r>
      <w:proofErr w:type="gramEnd"/>
      <w:r w:rsidRPr="00124F84">
        <w:rPr>
          <w:rFonts w:ascii="Times New Roman" w:hAnsi="Times New Roman" w:cs="Times New Roman"/>
          <w:sz w:val="24"/>
          <w:szCs w:val="24"/>
        </w:rPr>
        <w:t xml:space="preserve"> you make her world tilt until she reaches out blindly.</w:t>
      </w:r>
    </w:p>
    <w:p w14:paraId="066E9A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Then you watch her fall.</w:t>
      </w:r>
    </w:p>
    <w:p w14:paraId="5C276E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“What’s your price?”</w:t>
      </w:r>
    </w:p>
    <w:p w14:paraId="6FD9B1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words slice through the quiet lounge like a surgeon’s knife. Precise. Ruthless. Designed to leave a scar.</w:t>
      </w:r>
    </w:p>
    <w:p w14:paraId="0D7B9A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lashes flicker…microsecond response…but it’s enough. First confusion, then fury, then ice-cold offense sliding smoothly into those dark eyes.</w:t>
      </w:r>
    </w:p>
    <w:p w14:paraId="59E8A4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what?” Her voice is precise, crisp as frost, inspecting my words like they’re poisoned blades.</w:t>
      </w:r>
    </w:p>
    <w:p w14:paraId="4D0166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already bracing.</w:t>
      </w:r>
    </w:p>
    <w:p w14:paraId="49B4A9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closer, elbows resting on my knees, gaze locked onto hers like a bullet in the chamber.</w:t>
      </w:r>
    </w:p>
    <w:p w14:paraId="32E52C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taste you.”</w:t>
      </w:r>
    </w:p>
    <w:p w14:paraId="1CD79B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lands exactly where I aim it. Lips parting involuntarily, breath hitching. I don’t wait for her recovery.</w:t>
      </w:r>
    </w:p>
    <w:p w14:paraId="16625C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have you. Bent. Stripped. Ruined. Just once.”</w:t>
      </w:r>
    </w:p>
    <w:p w14:paraId="5687D8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Dead silence.</w:t>
      </w:r>
    </w:p>
    <w:p w14:paraId="34862B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she blinks, recovering, mouth snapping shut, composure icing over. But her body hasn’t caught up. It never does. Her mind is skilled at deception, but her body whispers secrets louder than screams.</w:t>
      </w:r>
    </w:p>
    <w:p w14:paraId="1A317B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slap. No shocked gasp. No outraged exit.</w:t>
      </w:r>
    </w:p>
    <w:p w14:paraId="776B7B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quiet recalibration, searching for an exit she’ll never find.</w:t>
      </w:r>
    </w:p>
    <w:p w14:paraId="716240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slowly, mercilessly, savoring her panic. “You walked in here like you wanted to be hunted,” I murmur, voice velvet-wrapped poison. “I’m just delivering the ending you’ve been aching for.”</w:t>
      </w:r>
    </w:p>
    <w:p w14:paraId="614D60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still doesn’t move.</w:t>
      </w:r>
      <w:r w:rsidRPr="00124F84">
        <w:rPr>
          <w:rFonts w:ascii="Times New Roman" w:hAnsi="Times New Roman" w:cs="Times New Roman"/>
          <w:sz w:val="24"/>
          <w:szCs w:val="24"/>
        </w:rPr>
        <w:br/>
        <w:t>But her thighs do.</w:t>
      </w:r>
    </w:p>
    <w:p w14:paraId="706A81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subtle shift, barely noticeable, unless you’re fluent in the silent language of restraint and desperation.</w:t>
      </w:r>
      <w:r w:rsidRPr="00124F84">
        <w:rPr>
          <w:rFonts w:ascii="Times New Roman" w:hAnsi="Times New Roman" w:cs="Times New Roman"/>
          <w:sz w:val="24"/>
          <w:szCs w:val="24"/>
        </w:rPr>
        <w:br/>
        <w:t>And me? I’m goddamn native.</w:t>
      </w:r>
    </w:p>
    <w:p w14:paraId="41046B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think I’m an escort?” Her chin rises, every inch a Sinclair, sharp and proud.</w:t>
      </w:r>
    </w:p>
    <w:p w14:paraId="61A494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tilt my head, studying her like she’s a queen sliding blindly toward checkmate.</w:t>
      </w:r>
    </w:p>
    <w:p w14:paraId="01D886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tell me,” I say softly, deliberately cruel. “You came here wrapped in temptation, silk, slit, and mystery. It begs a man to wonder exactly how much it’d cost to unwrap you.”</w:t>
      </w:r>
    </w:p>
    <w:p w14:paraId="6AB997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Her jaw tenses, that perfect mouth straining around unspoken curses, pride glittering dangerously in her eyes.</w:t>
      </w:r>
    </w:p>
    <w:p w14:paraId="6D067D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twist deeper.</w:t>
      </w:r>
    </w:p>
    <w:p w14:paraId="2D0F21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“Don’t play offended,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Everyone sells something. I just want your rate.”</w:t>
      </w:r>
    </w:p>
    <w:p w14:paraId="387C37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nostrils flare. Beautiful rage. A first.</w:t>
      </w:r>
    </w:p>
    <w:p w14:paraId="1069DE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press my tongue against my teeth, letting her believe I’m calculating her worth down to the penny.</w:t>
      </w:r>
    </w:p>
    <w:p w14:paraId="4885D2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want a number?” My voice lowers, dripping dark honey. “Fifty grand.”</w:t>
      </w:r>
    </w:p>
    <w:p w14:paraId="50D77B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brows lift, slightly. Just enough.</w:t>
      </w:r>
    </w:p>
    <w:p w14:paraId="7599D0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“Cash,” I say slowly, voice edged like a blade as my fingertips drum the armrest, lazy, lethal. “Upfront. No sweet talk, no fucking fairy tales. I’m not here to hear your life story or pretend your carefully rehearsed personality impresses me. One night. You, on your knees, that perfect mouth stretched around my cock, finally tasting something worth your pride.”</w:t>
      </w:r>
    </w:p>
    <w:p w14:paraId="28DA48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catches hard, quick, like I’ve just sunk a knife between her ribs. She recovers fast, but not fast enough.</w:t>
      </w:r>
    </w:p>
    <w:p w14:paraId="592817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before you start clutching pearls about respect,” I continue, tone cold, clipped, razor-sharp, “don’t get confused. I respect the hustle. You want to parade around in that dress like a high-priced sugar baby? Fine. </w:t>
      </w:r>
      <w:bookmarkStart w:id="1" w:name="OLE_LINK1"/>
      <w:r w:rsidRPr="00124F84">
        <w:rPr>
          <w:rFonts w:ascii="Times New Roman" w:hAnsi="Times New Roman" w:cs="Times New Roman"/>
          <w:sz w:val="24"/>
          <w:szCs w:val="24"/>
        </w:rPr>
        <w:t>I’m happy to play daddy, make your throat raw</w:t>
      </w:r>
      <w:bookmarkEnd w:id="1"/>
      <w:r w:rsidRPr="00124F84">
        <w:rPr>
          <w:rFonts w:ascii="Times New Roman" w:hAnsi="Times New Roman" w:cs="Times New Roman"/>
          <w:sz w:val="24"/>
          <w:szCs w:val="24"/>
        </w:rPr>
        <w:t>, ruin your mascara, and leave your account flush.”</w:t>
      </w:r>
    </w:p>
    <w:p w14:paraId="7226BF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back deliberately, all predator, inviting her gaze to roam. Let her look. Let her see exactly what kind of monster she’s dealing with.</w:t>
      </w:r>
    </w:p>
    <w:p w14:paraId="53871D3C" w14:textId="77777777" w:rsidR="00351B3C" w:rsidRPr="00124F84" w:rsidRDefault="00351B3C" w:rsidP="00124F84">
      <w:pPr>
        <w:spacing w:line="240" w:lineRule="auto"/>
        <w:rPr>
          <w:rFonts w:ascii="Times New Roman" w:hAnsi="Times New Roman" w:cs="Times New Roman"/>
          <w:sz w:val="24"/>
          <w:szCs w:val="24"/>
        </w:rPr>
      </w:pPr>
    </w:p>
    <w:p w14:paraId="01795C4B" w14:textId="77777777" w:rsidR="00351B3C" w:rsidRPr="00124F84" w:rsidRDefault="00351B3C" w:rsidP="00124F84">
      <w:pPr>
        <w:spacing w:line="240" w:lineRule="auto"/>
        <w:rPr>
          <w:rFonts w:ascii="Times New Roman" w:hAnsi="Times New Roman" w:cs="Times New Roman"/>
          <w:sz w:val="24"/>
          <w:szCs w:val="24"/>
        </w:rPr>
      </w:pPr>
    </w:p>
    <w:p w14:paraId="27D66664"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6722C6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at him, my pulse a vicious drumbeat, my breath choking on a scream I’ll never let him hear. This asshole of a man who’s somehow both infuriatingly reckless and dangerously controlled, lounging opposite me like he’s just offered up the universe and expects gratitude for his charity.</w:t>
      </w:r>
    </w:p>
    <w:p w14:paraId="3C1A56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Fifty grand.</w:t>
      </w:r>
    </w:p>
    <w:p w14:paraId="597639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Dropped casually, insultingly easy. Like tipping the valet. Like sliding bills beneath a stripper’s waistband. Like my pride is just another thing he can buy and discard without a second thought.</w:t>
      </w:r>
    </w:p>
    <w:p w14:paraId="278805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watches me, eyes calm, cruel, endlessly patient. Waiting for the first tremor, the smallest flinch.</w:t>
      </w:r>
    </w:p>
    <w:p w14:paraId="284C41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No, this isn't some clumsy gossip columnist trying to bait an easy headline. He’s something else entirely…dangerous, deliberate. Calculated violence hiding beneath tailored shirts and an arrogant smirk. The kind of man who treats power like currency, and everyone around him as either pawn or prey.</w:t>
      </w:r>
    </w:p>
    <w:p w14:paraId="107535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gaze sharpens, dissecting him piece by brutal piece. Everything about him screams ruthless control, from the expensive watch glinting at his wrist, to the practiced ease of how he sprawls in that chair, occupying space like he owns it. Tattoos snake around his forearms, dark and hypnotic, whispering stories I suddenly find myself wanting to read.</w:t>
      </w:r>
    </w:p>
    <w:p w14:paraId="7B89B5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tilts his head slightly, amused by my silence. "Trying to figure me out, princess? I'll save you the trouble. I'm exactly as bad as you think, probably worse."</w:t>
      </w:r>
    </w:p>
    <w:p w14:paraId="6CF60E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flatter yourself," I say coldly, resisting the urge to dig my nails into my palm. "I was just deciding if your arrogance is compensation for something."</w:t>
      </w:r>
    </w:p>
    <w:p w14:paraId="36A84C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smile grows sharper, eyes darkening, a predator tasting first blood. He leans forward, elbows resting on his knees, fingers loosely intertwined. Closer now, close enough that his scent, rich and maddening, fills my senses.</w:t>
      </w:r>
    </w:p>
    <w:p w14:paraId="71799A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"Careful," he warns softly, my name a deliberate caress dripping with menace and temptation. "You're staring a little too long to pretend you're uninterested."</w:t>
      </w:r>
    </w:p>
    <w:p w14:paraId="613A90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at train wrecks, too," I retort evenly, ignoring the tightening sensation deep in my stomach. "Doesn't mean I want to climb aboard."</w:t>
      </w:r>
    </w:p>
    <w:p w14:paraId="1ED3F2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ride’s worth the crash, Camille.” He drawls, voice pitched low, dripping with wicked humor.</w:t>
      </w:r>
    </w:p>
    <w:p w14:paraId="2FDDF385" w14:textId="576940A4"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still. “You know my name.”</w:t>
      </w:r>
    </w:p>
    <w:p w14:paraId="70D3FB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smile deepens, slow and predatory. “I know a lot more than your name,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w:t>
      </w:r>
    </w:p>
    <w:p w14:paraId="0F6245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cold crawls down my spine, followed by heat, dark, delicious heat, coiling tight between my thighs.</w:t>
      </w:r>
    </w:p>
    <w:p w14:paraId="480632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man is trouble, raw and unfiltered.</w:t>
      </w:r>
    </w:p>
    <w:p w14:paraId="30BD41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I’m sitting here, letting him slowly peel away every careful layer I’ve spent my life building.</w:t>
      </w:r>
    </w:p>
    <w:p w14:paraId="6796EE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“Fifty thousand,” I repeat softly, tilting my head. “For one night?”</w:t>
      </w:r>
    </w:p>
    <w:p w14:paraId="243CF0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even blink. “One night.”</w:t>
      </w:r>
    </w:p>
    <w:p w14:paraId="50F071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lips twitch slightly. A smirk I let him see. “Insultingly low.”</w:t>
      </w:r>
    </w:p>
    <w:p w14:paraId="334E5F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Surprise flickers in his eyes, brief, bright, gone in a heartbeat, and then he smiles. Really smiles, slow and wicked and utterly lethal.</w:t>
      </w:r>
    </w:p>
    <w:p w14:paraId="60BEB7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 she is,” he whispers, leaning forward once more. “Now give me your real price.”</w:t>
      </w:r>
    </w:p>
    <w:p w14:paraId="0FA217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hold his stare, blood racing beneath the skin. Something reckless rises inside me. Something wild, buried beneath my breeding and good manners, clawing its way out. “More than you can afford.”</w:t>
      </w:r>
    </w:p>
    <w:p w14:paraId="585CEF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gleam, savage and hungry. “Try me.”</w:t>
      </w:r>
    </w:p>
    <w:p w14:paraId="0059FE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 walk away.</w:t>
      </w:r>
    </w:p>
    <w:p w14:paraId="17787B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That’s what a Sinclair woman would do. What my mother would expect. What my </w:t>
      </w:r>
      <w:proofErr w:type="spellStart"/>
      <w:proofErr w:type="gramStart"/>
      <w:r w:rsidRPr="00124F84">
        <w:rPr>
          <w:rFonts w:ascii="Times New Roman" w:hAnsi="Times New Roman" w:cs="Times New Roman"/>
          <w:sz w:val="24"/>
          <w:szCs w:val="24"/>
        </w:rPr>
        <w:t>father..</w:t>
      </w:r>
      <w:proofErr w:type="gramEnd"/>
      <w:r w:rsidRPr="00124F84">
        <w:rPr>
          <w:rFonts w:ascii="Times New Roman" w:hAnsi="Times New Roman" w:cs="Times New Roman"/>
          <w:sz w:val="24"/>
          <w:szCs w:val="24"/>
        </w:rPr>
        <w:t>Preston</w:t>
      </w:r>
      <w:proofErr w:type="spellEnd"/>
      <w:r w:rsidRPr="00124F84">
        <w:rPr>
          <w:rFonts w:ascii="Times New Roman" w:hAnsi="Times New Roman" w:cs="Times New Roman"/>
          <w:sz w:val="24"/>
          <w:szCs w:val="24"/>
        </w:rPr>
        <w:t xml:space="preserve"> would demand.</w:t>
      </w:r>
    </w:p>
    <w:p w14:paraId="042F93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I’m not built like them.</w:t>
      </w:r>
    </w:p>
    <w:p w14:paraId="3028FA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tonight.</w:t>
      </w:r>
    </w:p>
    <w:p w14:paraId="2F2297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with his voice still staining the air like smoke, like sin. Not with my thighs tight, my spine rigid, my skin prickling with the kind of awareness no amount of pedigree can suffocate.</w:t>
      </w:r>
    </w:p>
    <w:p w14:paraId="5D1361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said fifty thousand.</w:t>
      </w:r>
    </w:p>
    <w:p w14:paraId="6C205B74" w14:textId="7BE1B80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I’m for sale.</w:t>
      </w:r>
    </w:p>
    <w:p w14:paraId="306153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he could buy a night and own me forever in his memory.</w:t>
      </w:r>
    </w:p>
    <w:p w14:paraId="20D6A1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Fine.</w:t>
      </w:r>
    </w:p>
    <w:p w14:paraId="650720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Let’s see how deep his pockets really go.</w:t>
      </w:r>
    </w:p>
    <w:p w14:paraId="5D6972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forward, slow and smooth, resting my elbows on the table, mirroring his earlier pose. My eyes lock to his, and I let him see it, the spark. The shift. The wicked thing uncoiling inside me that’s sick of being good.</w:t>
      </w:r>
    </w:p>
    <w:p w14:paraId="314FF0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“One hundred thousand,” I say, voice like satin and shards. “Half up front. Cash only.”</w:t>
      </w:r>
    </w:p>
    <w:p w14:paraId="62D547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jaw ticks, barely. But I see it. The quiet thrill beneath his calm. The flash of hunger he doesn’t bother to hide.</w:t>
      </w:r>
    </w:p>
    <w:p w14:paraId="2B221C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for that,” I go on, lips curving slightly, “you get exactly one night. One room. No names. No small talk. Just your hands on my skin and your mouth shut.”</w:t>
      </w:r>
    </w:p>
    <w:p w14:paraId="56B8D0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lets out a low breath, something between a growl and a chuckle. “That’s cute.”</w:t>
      </w:r>
    </w:p>
    <w:p w14:paraId="0B36BA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say, leaning closer. “That’s the cost of fucking a Sinclair.”</w:t>
      </w:r>
    </w:p>
    <w:p w14:paraId="4DA26C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blaze now, dark and bottomless, storm-wrecked seas with no horizon. He tilts his head like he’s trying to decide whether to kiss me or rip my throat out.</w:t>
      </w:r>
    </w:p>
    <w:p w14:paraId="6B36FA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“Tell me something,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he murmurs, voice rough now, hoarse like the edge of something undone. “Is that the real price? Or are you just trying to see how far I’ll bend to prove I want you?”</w:t>
      </w:r>
    </w:p>
    <w:p w14:paraId="373504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Not sweetly.</w:t>
      </w:r>
    </w:p>
    <w:p w14:paraId="080404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This one’s all teeth.</w:t>
      </w:r>
    </w:p>
    <w:p w14:paraId="1D2034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the one who made an offer,” I whisper, low enough for only him to hear. “I’m just raising the stakes.”</w:t>
      </w:r>
    </w:p>
    <w:p w14:paraId="777E33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leans in, so close now I can smell him, something dark and expensive, leather and danger and the kind of man who burns better women than me for sport.</w:t>
      </w:r>
    </w:p>
    <w:p w14:paraId="3F9C0B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here’s my counter,” he says, his tone dropping, deadly-soft. “Two hundred thousand.”</w:t>
      </w:r>
    </w:p>
    <w:p w14:paraId="607CC0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catches, barely.</w:t>
      </w:r>
    </w:p>
    <w:p w14:paraId="2CE2E4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sees it.</w:t>
      </w:r>
    </w:p>
    <w:p w14:paraId="5ECCDC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“Cash. Tonight. And I don’t shut my mouth, Camille.” His gaze drops to my lips. “You beg with that mouth.”</w:t>
      </w:r>
    </w:p>
    <w:p w14:paraId="742242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table between us feels like a joke now. A flimsy barrier trying to contain something inevitable.</w:t>
      </w:r>
    </w:p>
    <w:p w14:paraId="616889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pounds so hard it almost drowns out the strings from the ballroom beyond.</w:t>
      </w:r>
    </w:p>
    <w:p w14:paraId="026789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really think you can afford me?” I whisper.</w:t>
      </w:r>
    </w:p>
    <w:p w14:paraId="592497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smirk turns cruel.</w:t>
      </w:r>
    </w:p>
    <w:p w14:paraId="6BD13F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“Oh, baby. I already paid in full. You just haven’t figured out the currency yet.”</w:t>
      </w:r>
    </w:p>
    <w:p w14:paraId="559070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skips, then slams.</w:t>
      </w:r>
    </w:p>
    <w:p w14:paraId="214442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Hard.</w:t>
      </w:r>
    </w:p>
    <w:p w14:paraId="52BC48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Right in the base of my throat.</w:t>
      </w:r>
    </w:p>
    <w:p w14:paraId="1C2B55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should’ve stood. Should’ve rolled my eyes. Should’ve walked away in disgust, maybe with one last clever remark tossed over my shoulder just to make him ache.</w:t>
      </w:r>
    </w:p>
    <w:p w14:paraId="457247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don’t.</w:t>
      </w:r>
    </w:p>
    <w:p w14:paraId="4C3FFF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some sick, shadowed part of me, the part no one talks about at galas or bridal showers or champagne fundraisers, likes this.</w:t>
      </w:r>
    </w:p>
    <w:p w14:paraId="4E3924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part that’s starved.</w:t>
      </w:r>
    </w:p>
    <w:p w14:paraId="014182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That’s tired of polite hands and pearl-clutching kisses. Of silk sheets and emotionless I love </w:t>
      </w:r>
      <w:proofErr w:type="spellStart"/>
      <w:r w:rsidRPr="00124F84">
        <w:rPr>
          <w:rFonts w:ascii="Times New Roman" w:hAnsi="Times New Roman" w:cs="Times New Roman"/>
          <w:sz w:val="24"/>
          <w:szCs w:val="24"/>
        </w:rPr>
        <w:t>yous</w:t>
      </w:r>
      <w:proofErr w:type="spellEnd"/>
      <w:r w:rsidRPr="00124F84">
        <w:rPr>
          <w:rFonts w:ascii="Times New Roman" w:hAnsi="Times New Roman" w:cs="Times New Roman"/>
          <w:sz w:val="24"/>
          <w:szCs w:val="24"/>
        </w:rPr>
        <w:t xml:space="preserve"> from men who don't even make eye contact when they come.</w:t>
      </w:r>
    </w:p>
    <w:p w14:paraId="493F01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part of me that wants to be seen.</w:t>
      </w:r>
    </w:p>
    <w:p w14:paraId="112F8F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not the curated version. Not Sinclair PR.</w:t>
      </w:r>
    </w:p>
    <w:p w14:paraId="68B173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Me.</w:t>
      </w:r>
    </w:p>
    <w:p w14:paraId="7A999D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girl underneath the silk and etiquette.</w:t>
      </w:r>
    </w:p>
    <w:p w14:paraId="724AE7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one who’s been begging, silently screaming, for someone to rip this life open and ask nothing but everything in return.</w:t>
      </w:r>
    </w:p>
    <w:p w14:paraId="3E9E2C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sits there like he’s already done it. Like he reached inside me and yanked the thread no one else knew was loose.</w:t>
      </w:r>
    </w:p>
    <w:p w14:paraId="552A72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let him.</w:t>
      </w:r>
    </w:p>
    <w:p w14:paraId="58849A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to.</w:t>
      </w:r>
    </w:p>
    <w:p w14:paraId="721FF0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see,” I say, voice light, honeyed, like I’m still deciding whether to kick him in the balls or straddle him. </w:t>
      </w:r>
    </w:p>
    <w:p w14:paraId="4E4F0D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watches me like he wants both.</w:t>
      </w:r>
    </w:p>
    <w:p w14:paraId="49C999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what happens if I say yes?”</w:t>
      </w:r>
    </w:p>
    <w:p w14:paraId="561655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you'd better mean it,” I say quietly. “I won’t take refunds.”</w:t>
      </w:r>
    </w:p>
    <w:p w14:paraId="31D918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lips curve into a lethal smirk. “I’m not exactly a return-to-sender type of girl.”</w:t>
      </w:r>
    </w:p>
    <w:p w14:paraId="709E61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gaze dips briefly, lingering deliberately on the body wrapped in expensive fabric…fabric I'd like to shred with my teeth. “Good, because I don’t exactly play nice with my toys.”</w:t>
      </w:r>
    </w:p>
    <w:p w14:paraId="071C46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catches sharply, but she doesn’t back down. Doesn’t flinch. Her chin lifts defiantly, eyes blazing. “I’m nobody’s toy.”</w:t>
      </w:r>
    </w:p>
    <w:p w14:paraId="62D6F9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somebody’s,” I say softly. “Otherwise, we wouldn’t be having this conversation.”</w:t>
      </w:r>
    </w:p>
    <w:p w14:paraId="6C3366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stare goes molten, anger, intrigue, pride battling for dominance. “And you think that somebody is you?”</w:t>
      </w:r>
    </w:p>
    <w:p w14:paraId="0AF26A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it is,” I say, leaning forward, voice low and edged in menace. “You’ve been desperate for someone who won’t apologize for the filthy things they want to do to you. You’re tired of being polished and presented on someone’s arm, smiling politely at people who can’t fucking handle you. You’re dying to know how it feels to have a man who’ll grip your hair and remind you exactly what it means to beg.”</w:t>
      </w:r>
    </w:p>
    <w:p w14:paraId="10E594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 her pulse hammering in her throat, but </w:t>
      </w:r>
      <w:proofErr w:type="gramStart"/>
      <w:r w:rsidRPr="00124F84">
        <w:rPr>
          <w:rFonts w:ascii="Times New Roman" w:hAnsi="Times New Roman" w:cs="Times New Roman"/>
          <w:sz w:val="24"/>
          <w:szCs w:val="24"/>
        </w:rPr>
        <w:t>still</w:t>
      </w:r>
      <w:proofErr w:type="gramEnd"/>
      <w:r w:rsidRPr="00124F84">
        <w:rPr>
          <w:rFonts w:ascii="Times New Roman" w:hAnsi="Times New Roman" w:cs="Times New Roman"/>
          <w:sz w:val="24"/>
          <w:szCs w:val="24"/>
        </w:rPr>
        <w:t xml:space="preserve"> she meets my stare, daring me to keep going.</w:t>
      </w:r>
    </w:p>
    <w:p w14:paraId="528640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know anything about me,” she whispers, her voice a breath away from cracking.</w:t>
      </w:r>
    </w:p>
    <w:p w14:paraId="3A6371EC" w14:textId="51C97478"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know you hate the taste of polite lies,” I counter, my tone lethal. “I know you’re tired of pretty, spineless fuckboys who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xml:space="preserve"> sign a consent form every time they touch you. Who touch you like they’re scared you’ll break. Men like your boyfriend, pretending their money can buy them spine. Men who fold at the first sign of a real fight. Men like Preston Caldwell, who’d apologize to you after they fuck you, not realizing that’s exactly why you’re still starving.”</w:t>
      </w:r>
    </w:p>
    <w:p w14:paraId="14162C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Her inhale is sharp, raw, but it isn’t protest I hear. It’s recognition. Desire.</w:t>
      </w:r>
    </w:p>
    <w:p w14:paraId="31BF7633" w14:textId="0754624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my boyfriend you’re insulting.”</w:t>
      </w:r>
    </w:p>
    <w:p w14:paraId="192662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back slowly, arms spread across the back of the chair, smiling lazily. “I wasn’t insulting him. I was insulting you for pretending he’s enough.”</w:t>
      </w:r>
    </w:p>
    <w:p w14:paraId="708CC9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bites her lower lip, fury warring with hunger behind those storm-dark eyes. “You’re so fucking arrogant.”</w:t>
      </w:r>
    </w:p>
    <w:p w14:paraId="642DE8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right.”</w:t>
      </w:r>
    </w:p>
    <w:p w14:paraId="503848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leans closer, eyes flashing. “And if I decide you’re wrong?”</w:t>
      </w:r>
    </w:p>
    <w:p w14:paraId="1A5259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smile grows cold, brutal, predatory. “Then I’ll prove it until you can’t lie to yourself anymore.”</w:t>
      </w:r>
    </w:p>
    <w:p w14:paraId="643AC6CE" w14:textId="02036E5F"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Heat pulses between us, tight, viciously electric. She’s ready to combust. One more spark, one more push</w:t>
      </w:r>
      <w:r w:rsidR="007A5F0A" w:rsidRPr="00124F84">
        <w:rPr>
          <w:rFonts w:ascii="Times New Roman" w:hAnsi="Times New Roman" w:cs="Times New Roman"/>
          <w:sz w:val="24"/>
          <w:szCs w:val="24"/>
        </w:rPr>
        <w:t>…</w:t>
      </w:r>
    </w:p>
    <w:p w14:paraId="3DE9C9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w:t>
      </w:r>
    </w:p>
    <w:p w14:paraId="4CDEF0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voice slices through our tension like ice.</w:t>
      </w:r>
    </w:p>
    <w:p w14:paraId="1FC2A7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stiffens instantly, mask falling back into place. Every raw, exposed nerve disappears behind practiced composure. She turns slowly, effortlessly, giving Preston fucking Caldwell the warm, empty smile of a woman trained to lie since birth.</w:t>
      </w:r>
    </w:p>
    <w:p w14:paraId="0990B2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she murmurs. "I didn't see you come in."</w:t>
      </w:r>
    </w:p>
    <w:p w14:paraId="0F2A80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glances from her to me, assessing me in less than a second. Another privileged asshole with clean hands and weak wrists. He smiles politely, eyes carefully blank, but there’s disdain lurking just behind the calculated indifference.</w:t>
      </w:r>
    </w:p>
    <w:p w14:paraId="6C9B50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Men like him see men like me as threats, short-term distractions for women they can’t truly keep. Men who’d never dirty their expensive suits or their precious family names.</w:t>
      </w:r>
    </w:p>
    <w:p w14:paraId="1D7966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takes her hand possessively, subtly staking his claim. "They're asking about you," he says quietly, the tone deceptively gentle, possessive beneath the polite sheen.</w:t>
      </w:r>
    </w:p>
    <w:p w14:paraId="77C72B9E" w14:textId="1D5EE12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hesitates, just for a fraction of a heartbeat, eyes darting back to mine. The hesitation screams louder than any words ever could. She’s not ready to go. Not ready to pretend she wasn’t seconds from falling.</w:t>
      </w:r>
    </w:p>
    <w:p w14:paraId="2EE13F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But she does </w:t>
      </w:r>
      <w:proofErr w:type="gramStart"/>
      <w:r w:rsidRPr="00124F84">
        <w:rPr>
          <w:rFonts w:ascii="Times New Roman" w:hAnsi="Times New Roman" w:cs="Times New Roman"/>
          <w:sz w:val="24"/>
          <w:szCs w:val="24"/>
        </w:rPr>
        <w:t>it</w:t>
      </w:r>
      <w:proofErr w:type="gramEnd"/>
      <w:r w:rsidRPr="00124F84">
        <w:rPr>
          <w:rFonts w:ascii="Times New Roman" w:hAnsi="Times New Roman" w:cs="Times New Roman"/>
          <w:sz w:val="24"/>
          <w:szCs w:val="24"/>
        </w:rPr>
        <w:t xml:space="preserve"> anyway, sliding back into her role like a perfectly choreographed dance. "Of course," she says softly. "I was just getting some air."</w:t>
      </w:r>
    </w:p>
    <w:p w14:paraId="1244D8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finally shifts his attention fully to me, arching a brow in cold inquiry. "I don’t believe we’ve met."</w:t>
      </w:r>
    </w:p>
    <w:p w14:paraId="763AA3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lift my glass slowly, letting silence drag, thick and suffocating. Letting him wonder if I’ll even bother responding.</w:t>
      </w:r>
    </w:p>
    <w:p w14:paraId="4290B0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haven’t.”</w:t>
      </w:r>
    </w:p>
    <w:p w14:paraId="43CC5F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air thickens. Preston’s jaw clenches briefly, entitled, irritated. A rich boy raised to believe the world belongs to him, and that men like me exist only as shadows in the corners of his polished empire.</w:t>
      </w:r>
    </w:p>
    <w:p w14:paraId="126629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forces a polite smile, hollow and perfectly rehearsed. “Well, enjoy your evening.”</w:t>
      </w:r>
    </w:p>
    <w:p w14:paraId="7451B4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gaze slides slowly back to Camille, deliberately tracing every delicate curve before settling on her eyes. Her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 just slightly, fury and desire warring openly behind that carefully perfected mask.</w:t>
      </w:r>
    </w:p>
    <w:p w14:paraId="7D89D0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“Oh, I intend to.”</w:t>
      </w:r>
    </w:p>
    <w:p w14:paraId="2B009D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stiffens, irritation flashing beneath the silk and privilege. “We should head back inside,” he says to Camille, voice sharpened by entitlement. “Your parents have been asking for you.”</w:t>
      </w:r>
    </w:p>
    <w:p w14:paraId="51A928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her carefully, seeing how her spine snaps taut at the subtle command in his tone. Anger ripples beneath her perfect façade, restrained but unmistakable. How often has she swallowed commands disguised as concern?</w:t>
      </w:r>
    </w:p>
    <w:p w14:paraId="61716D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 lifts her chin, defiant. “Go ahead. I’ll be in shortly.”</w:t>
      </w:r>
    </w:p>
    <w:p w14:paraId="577F18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Interesting.</w:t>
      </w:r>
    </w:p>
    <w:p w14:paraId="41ED31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flicks another suspicious glance my way, his voice tightening like a leash. “Camille, people are noticing your absence.”</w:t>
      </w:r>
    </w:p>
    <w:p w14:paraId="4386E0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knuckles flex, itching for violence. I don’t move, though. I don’t speak.</w:t>
      </w:r>
    </w:p>
    <w:p w14:paraId="286DEA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my fight.</w:t>
      </w:r>
    </w:p>
    <w:p w14:paraId="1BD9B7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yet.</w:t>
      </w:r>
    </w:p>
    <w:p w14:paraId="0A72AD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pauses. Just a heartbeat too long. I catch the subtle grind of her teeth, the split-second flash of rebellion quickly masked. She thinks she hides it </w:t>
      </w:r>
      <w:proofErr w:type="gramStart"/>
      <w:r w:rsidRPr="00124F84">
        <w:rPr>
          <w:rFonts w:ascii="Times New Roman" w:hAnsi="Times New Roman" w:cs="Times New Roman"/>
          <w:sz w:val="24"/>
          <w:szCs w:val="24"/>
        </w:rPr>
        <w:t>well</w:t>
      </w:r>
      <w:proofErr w:type="gramEnd"/>
      <w:r w:rsidRPr="00124F84">
        <w:rPr>
          <w:rFonts w:ascii="Times New Roman" w:hAnsi="Times New Roman" w:cs="Times New Roman"/>
          <w:sz w:val="24"/>
          <w:szCs w:val="24"/>
        </w:rPr>
        <w:t xml:space="preserve"> but I see everything. Every carefully concealed fracture, every hint of defiance simmering beneath her polished surface.</w:t>
      </w:r>
    </w:p>
    <w:p w14:paraId="6C82B1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woman is cracking open, one reckless thread at a time.</w:t>
      </w:r>
    </w:p>
    <w:p w14:paraId="6CDE34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fully intend to rip her wide apart.</w:t>
      </w:r>
    </w:p>
    <w:p w14:paraId="239808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releases a slow breath, carefully controlled. “Of course,” she finally whispers, surrender slicing through her voice. “I’ll be right behind you.”</w:t>
      </w:r>
    </w:p>
    <w:p w14:paraId="1A8AD1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nods sharply, smug and predictable, tossing me one final glance, a warning, a threat. Meaningless posturing from a man used to thinking himself untouchable. Then he’s gone, slipping back into the polished perfection of their ballroom.</w:t>
      </w:r>
    </w:p>
    <w:p w14:paraId="5A9E40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let the silence swell, heavy and dangerous. Then, softly, mockingly, I break it. “So that’s the future senator.”</w:t>
      </w:r>
    </w:p>
    <w:p w14:paraId="040BB8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turns slowly, eyes burning with a heat I’ve been dying to see, anger, humiliation, a hunger she hates herself for feeling.</w:t>
      </w:r>
    </w:p>
    <w:p w14:paraId="50BD12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“Careful,” she bites out, each syllable edged like broken glass. “He’s not someone you should underestimate.”</w:t>
      </w:r>
    </w:p>
    <w:p w14:paraId="007E48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lips curve into a slow, lazy smile as I step closer, invading her space until her perfume curls into my lungs, orange blossom, vanilla, something sweet and seductive that clings to my senses like a secret I haven't cracked yet. Expensive, delicate, addictive. "I don’t underestimate anyone, Camille. Least of all men who think they own something that’s already mine.”</w:t>
      </w:r>
    </w:p>
    <w:p w14:paraId="07A3B7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lifts her chin, jaw tight, eyes defiant despite the telltale flutter of her pulse against her throat. “And what exactly do you think you own?”</w:t>
      </w:r>
    </w:p>
    <w:p w14:paraId="2ECBF1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closer, until her breath is mine to steal, voice pitched dangerously low. “Tonight? You. Tomorrow?” I shrug slowly, deliberately cruel. “I’m a selfish fucker…I’ll decide later.”</w:t>
      </w:r>
    </w:p>
    <w:p w14:paraId="610530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flash, fire and fury barely restrained. “I don’t belong to you.”</w:t>
      </w:r>
    </w:p>
    <w:p w14:paraId="1F1F51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“Yet,” I whisper, quiet violence wrapped in a promise.</w:t>
      </w:r>
    </w:p>
    <w:p w14:paraId="0F90F3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catches sharply, pulse slamming wildly beneath her skin. Her anger is electric, a storm barely controlled, sparking deliciously behind her careful restraint.</w:t>
      </w:r>
    </w:p>
    <w:p w14:paraId="46D820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step aside, nodding toward the ballroom doors, my voice deceptively soft. “Better run along,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Your leash is tightening.”</w:t>
      </w:r>
    </w:p>
    <w:p w14:paraId="6C5353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fists clench, rage blazing openly for a split second. I brace myself, almost hoping she’ll slap me, give me the excuse to pin her to the wall, to teach her exactly what happens when good girls snap.</w:t>
      </w:r>
    </w:p>
    <w:p w14:paraId="53B9B3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 holds still, meeting my stare head-on. Furious, proud, and finally something darker, curiosity edged with surrender. The dangerous thrill of stepping toward a cliff and deciding falling might be worth it.</w:t>
      </w:r>
    </w:p>
    <w:p w14:paraId="161F56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smirk widens slowly, dangerously. “See you soon.”</w:t>
      </w:r>
    </w:p>
    <w:p w14:paraId="4B569B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hesitates, breath trapped between lips I fully intend to claim, before finally turning sharply, shoulders set in furious defiance. But I catch the hesitation in her step, the way she slows just slightly, tilting her head to hear if I’ll call her back. The hitch of her breath as she refuses to glance over her shoulder.</w:t>
      </w:r>
    </w:p>
    <w:p w14:paraId="5494F8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already knows she’s mine.</w:t>
      </w:r>
    </w:p>
    <w:p w14:paraId="72184713" w14:textId="2476746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tonight, I peeled back every careful lie, every rehearsed smile, every practiced denial</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and by morning, she’ll understand exactly how thoroughly I intend to dismantle her world.</w:t>
      </w:r>
    </w:p>
    <w:p w14:paraId="286B95DF" w14:textId="77777777" w:rsidR="00351B3C" w:rsidRPr="00124F84" w:rsidRDefault="00351B3C" w:rsidP="00124F84">
      <w:pPr>
        <w:spacing w:line="240" w:lineRule="auto"/>
        <w:rPr>
          <w:rFonts w:ascii="Times New Roman" w:eastAsiaTheme="majorEastAsia" w:hAnsi="Times New Roman" w:cs="Times New Roman"/>
          <w:color w:val="0F4761" w:themeColor="accent1" w:themeShade="BF"/>
          <w:sz w:val="24"/>
          <w:szCs w:val="24"/>
        </w:rPr>
      </w:pPr>
      <w:r w:rsidRPr="00124F84">
        <w:rPr>
          <w:rFonts w:ascii="Times New Roman" w:hAnsi="Times New Roman" w:cs="Times New Roman"/>
          <w:sz w:val="24"/>
          <w:szCs w:val="24"/>
        </w:rPr>
        <w:br w:type="page"/>
      </w:r>
    </w:p>
    <w:p w14:paraId="42614A21"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lastRenderedPageBreak/>
        <w:t>Chapter Two</w:t>
      </w:r>
    </w:p>
    <w:p w14:paraId="29659DB8" w14:textId="77777777" w:rsidR="00351B3C" w:rsidRPr="00124F84" w:rsidRDefault="00351B3C" w:rsidP="00124F84">
      <w:pPr>
        <w:spacing w:line="240" w:lineRule="auto"/>
        <w:rPr>
          <w:rFonts w:ascii="Times New Roman" w:hAnsi="Times New Roman" w:cs="Times New Roman"/>
          <w:sz w:val="24"/>
          <w:szCs w:val="24"/>
        </w:rPr>
      </w:pPr>
    </w:p>
    <w:p w14:paraId="3A606B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20089D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second Preston’s hand closes around mine the show begins again. The fake smiles. The flawless posture. The perfect fucking lie. I let him guide me back inside, my spine ramrod straight, head high. The gala pulses around us, champagne laughter, violins humming softly, flashes of expensive smiles captured by cameras like insects pinned to velvet.</w:t>
      </w:r>
    </w:p>
    <w:p w14:paraId="059BE5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Sinclair family in their natural habitat.</w:t>
      </w:r>
    </w:p>
    <w:p w14:paraId="48B2A4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spot my mother first.</w:t>
      </w:r>
    </w:p>
    <w:p w14:paraId="085B61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Celeste St. James. Queen of everything. Hair sleek, skin glowing, pearls dripping effortlessly around a neck that’s never bowed to anyone. She’s laughing at something Nathan Ashby whispers, her profile so perfectly sculpted it looks like an ad campaign. She wields grace like a blade, cutting deep and clean without ever breaking a sweat.</w:t>
      </w:r>
    </w:p>
    <w:p w14:paraId="34B3E0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Old Creole blood, born in mansions built by ancestors who survived history rather than bent to it. Black Southern aristocracy that owns rooms they were once forbidden to enter. She wears legacy like armor, diamonds on her throat, defiance in her bones.</w:t>
      </w:r>
    </w:p>
    <w:p w14:paraId="73C1A1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Next to her stands my father, Charles Sinclair. White, Ivy-League legacy. Cold as marble columns, calm as inherited wealth. Their marriage was a corporate merger, Black excellence and old white money, strategically woven together until it looked like harmony.</w:t>
      </w:r>
    </w:p>
    <w:p w14:paraId="6656F8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Clara stands beside them, exactly where she’s supposed to be, comfortably settled into the life mapped out for her. She’s perfectly content in her careful engagement, her soft laughter genuine, her posture relaxed as she lightly touches Nathan’s arm. She fits into this world effortlessly, a Sinclair who never questions her place.</w:t>
      </w:r>
    </w:p>
    <w:p w14:paraId="317D5A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she sees me.</w:t>
      </w:r>
    </w:p>
    <w:p w14:paraId="311812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smile widens instantly, polished but fragile, a practiced warmth masking the faint anxiety beneath. It’s genuine in its own way, Clara loves me fiercely, even if we don’t always understand each other, but it’s tempered by quiet caution, a gentle plea for me to continue to fit into the mold. Nathan looks up, his gaze cool, sharp, instantly taking in my face, then Preston’s possessive hand gripping my waist. His stare slides lower, slower, as if he can guess exactly how far I’ve stepped outside the lines tonight.</w:t>
      </w:r>
    </w:p>
    <w:p w14:paraId="038963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 if he can smell trouble still clinging to my skin.</w:t>
      </w:r>
    </w:p>
    <w:p w14:paraId="48C5AF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“Darling,” my mother’s voice cuts smoothly through the tension, each syllable honeyed poison. “Where exactly did you run off to?”</w:t>
      </w:r>
    </w:p>
    <w:p w14:paraId="62EA6B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“Needed some air,” I say lightly. Effortless. Empty.</w:t>
      </w:r>
    </w:p>
    <w:p w14:paraId="5631FC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She lifts an eyebrow slightly. Her gaze </w:t>
      </w:r>
      <w:proofErr w:type="gramStart"/>
      <w:r w:rsidRPr="00124F84">
        <w:rPr>
          <w:rFonts w:ascii="Times New Roman" w:hAnsi="Times New Roman" w:cs="Times New Roman"/>
          <w:sz w:val="24"/>
          <w:szCs w:val="24"/>
        </w:rPr>
        <w:t>sharpens,</w:t>
      </w:r>
      <w:proofErr w:type="gramEnd"/>
      <w:r w:rsidRPr="00124F84">
        <w:rPr>
          <w:rFonts w:ascii="Times New Roman" w:hAnsi="Times New Roman" w:cs="Times New Roman"/>
          <w:sz w:val="24"/>
          <w:szCs w:val="24"/>
        </w:rPr>
        <w:t xml:space="preserve"> curiosity mixed with suspicion. “Air. That explains your flushed cheeks, I suppose.”</w:t>
      </w:r>
    </w:p>
    <w:p w14:paraId="56B1AC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doesn’t even glance at me, his voice mild, but deliberately pointed. “She was talking to someone. In the lounge.”</w:t>
      </w:r>
    </w:p>
    <w:p w14:paraId="793BFB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words drop quietly, deliberately, like crystal hitting marble.</w:t>
      </w:r>
    </w:p>
    <w:p w14:paraId="0D2613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father turns fully toward me, his gaze snapping from bored to razor-sharp in an instant. “Who?”</w:t>
      </w:r>
    </w:p>
    <w:p w14:paraId="08B570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protective. Assessing risk.</w:t>
      </w:r>
    </w:p>
    <w:p w14:paraId="339B61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Calculating damage.</w:t>
      </w:r>
    </w:p>
    <w:p w14:paraId="6AF393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know,” I answer flatly. “He didn’t offer his name.”</w:t>
      </w:r>
    </w:p>
    <w:p w14:paraId="1D6846ED" w14:textId="7B5B4B7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mother’s smile stiffens like porcelain. “Camille. You know how important appearances are. You can’t simply</w:t>
      </w:r>
      <w:r w:rsidR="007A5F0A" w:rsidRPr="00124F84">
        <w:rPr>
          <w:rFonts w:ascii="Times New Roman" w:hAnsi="Times New Roman" w:cs="Times New Roman"/>
          <w:sz w:val="24"/>
          <w:szCs w:val="24"/>
        </w:rPr>
        <w:t>…</w:t>
      </w:r>
      <w:r w:rsidRPr="00124F84">
        <w:rPr>
          <w:rFonts w:ascii="Times New Roman" w:hAnsi="Times New Roman" w:cs="Times New Roman"/>
          <w:sz w:val="24"/>
          <w:szCs w:val="24"/>
        </w:rPr>
        <w:t>”</w:t>
      </w:r>
    </w:p>
    <w:p w14:paraId="4475AF2A" w14:textId="51F9C85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wasn’t seen,” I say, voice sharper now. “And I don’t recall needing permission to</w:t>
      </w:r>
      <w:r w:rsidR="00027863" w:rsidRPr="00124F84">
        <w:rPr>
          <w:rFonts w:ascii="Times New Roman" w:hAnsi="Times New Roman" w:cs="Times New Roman"/>
          <w:sz w:val="24"/>
          <w:szCs w:val="24"/>
        </w:rPr>
        <w:t xml:space="preserve"> speak</w:t>
      </w:r>
      <w:r w:rsidRPr="00124F84">
        <w:rPr>
          <w:rFonts w:ascii="Times New Roman" w:hAnsi="Times New Roman" w:cs="Times New Roman"/>
          <w:sz w:val="24"/>
          <w:szCs w:val="24"/>
        </w:rPr>
        <w:t>.”</w:t>
      </w:r>
    </w:p>
    <w:p w14:paraId="71CDB9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Charles exhales through his nose, clearly irritated. “This is not the time to test us.”</w:t>
      </w:r>
    </w:p>
    <w:p w14:paraId="7C5306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Test us.</w:t>
      </w:r>
    </w:p>
    <w:p w14:paraId="182569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 if I’m a product they’re trying to market.</w:t>
      </w:r>
    </w:p>
    <w:p w14:paraId="6E4D2F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 if my body, my choices, my future is all some campaign pitch I keep fucking up by breathing.</w:t>
      </w:r>
    </w:p>
    <w:p w14:paraId="2232EF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testing you,” I say. “I’m just existing.”</w:t>
      </w:r>
    </w:p>
    <w:p w14:paraId="17297178" w14:textId="2B3EA29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“Well, try to exist more quietly,” Celeste hisses, her smile never budging. “And for God’s sake, stop drawing attention to yourself especially with the campaign coming. And Preston’s name attached to yours</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w:t>
      </w:r>
    </w:p>
    <w:p w14:paraId="2BF2BD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“We’re not engaged,” I snap, too sharp, too fast.</w:t>
      </w:r>
    </w:p>
    <w:p w14:paraId="1A50EE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moment crackles.</w:t>
      </w:r>
    </w:p>
    <w:p w14:paraId="2DD1B5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Clara’s hand slips around my arm like a shackle disguised as affection.</w:t>
      </w:r>
    </w:p>
    <w:p w14:paraId="6127AA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make this a thing,” she whispers.</w:t>
      </w:r>
    </w:p>
    <w:p w14:paraId="49D7B5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Too late.</w:t>
      </w:r>
    </w:p>
    <w:p w14:paraId="736B35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molecule of my skin still remembers his voice.</w:t>
      </w:r>
    </w:p>
    <w:p w14:paraId="72E748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You’ve been desperate for someone who won’t apologize for the filthy things they want to do to you…</w:t>
      </w:r>
    </w:p>
    <w:p w14:paraId="2DCE4A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dying to know how it feels to have a man who’ll grip your hair and show you exactly what it means to beg.</w:t>
      </w:r>
    </w:p>
    <w:p w14:paraId="5E15B2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memory claws up my spine like a fever.</w:t>
      </w:r>
    </w:p>
    <w:p w14:paraId="0178B479" w14:textId="1D52E66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“Excuse me,” I murmur</w:t>
      </w:r>
      <w:r w:rsidR="009E2701" w:rsidRPr="00124F84">
        <w:rPr>
          <w:rFonts w:ascii="Times New Roman" w:hAnsi="Times New Roman" w:cs="Times New Roman"/>
          <w:sz w:val="24"/>
          <w:szCs w:val="24"/>
        </w:rPr>
        <w:t>,</w:t>
      </w:r>
      <w:r w:rsidRPr="00124F84">
        <w:rPr>
          <w:rFonts w:ascii="Times New Roman" w:hAnsi="Times New Roman" w:cs="Times New Roman"/>
          <w:sz w:val="24"/>
          <w:szCs w:val="24"/>
        </w:rPr>
        <w:t xml:space="preserve"> “I need to use the restroom.”</w:t>
      </w:r>
    </w:p>
    <w:p w14:paraId="0EB025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like I’m underwater again. Every word muffled. My skin too tight.</w:t>
      </w:r>
    </w:p>
    <w:p w14:paraId="16900B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away before they can stop me.</w:t>
      </w:r>
    </w:p>
    <w:p w14:paraId="2F25F5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calls my name, but it’s distant. Hollow. Background noise behind the thunder in my chest.</w:t>
      </w:r>
    </w:p>
    <w:p w14:paraId="5E36B8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know where I’m going…until I do.</w:t>
      </w:r>
    </w:p>
    <w:p w14:paraId="744433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Near the bar, a server intercepts me.</w:t>
      </w:r>
    </w:p>
    <w:p w14:paraId="77882B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Black suit. Polished. Discreet. The Langford’s crest gleams on his lapel.</w:t>
      </w:r>
    </w:p>
    <w:p w14:paraId="3DEDBD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speak.</w:t>
      </w:r>
    </w:p>
    <w:p w14:paraId="648A16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extends his hand.</w:t>
      </w:r>
    </w:p>
    <w:p w14:paraId="208B6D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keycard.</w:t>
      </w:r>
    </w:p>
    <w:p w14:paraId="1FF4A4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a folded piece of thick, matte stationery.</w:t>
      </w:r>
    </w:p>
    <w:p w14:paraId="076292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he’s gone.</w:t>
      </w:r>
    </w:p>
    <w:p w14:paraId="6B947C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Gone before I can breathe, before I can ask anything, before I can stop myself.</w:t>
      </w:r>
    </w:p>
    <w:p w14:paraId="3A6BC3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look down at the card first.</w:t>
      </w:r>
    </w:p>
    <w:p w14:paraId="533CBA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PH-1.</w:t>
      </w:r>
    </w:p>
    <w:p w14:paraId="5BD8FB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penthouse.</w:t>
      </w:r>
    </w:p>
    <w:p w14:paraId="2E47D4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unfold the note slowly, feeling the smooth, heavy paper between trembling fingertips.</w:t>
      </w:r>
    </w:p>
    <w:p w14:paraId="14B4F5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single line.</w:t>
      </w:r>
      <w:r w:rsidRPr="00124F84">
        <w:rPr>
          <w:rFonts w:ascii="Times New Roman" w:hAnsi="Times New Roman" w:cs="Times New Roman"/>
          <w:sz w:val="24"/>
          <w:szCs w:val="24"/>
        </w:rPr>
        <w:br/>
        <w:t>Clean, precise, devastatingly deliberate:</w:t>
      </w:r>
    </w:p>
    <w:p w14:paraId="7D379D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Stop pretending this isn’t exactly what you want.</w:t>
      </w:r>
    </w:p>
    <w:p w14:paraId="59A507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K.</w:t>
      </w:r>
    </w:p>
    <w:p w14:paraId="2B2A8B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snags in my throat, a vicious tug low in my belly.</w:t>
      </w:r>
    </w:p>
    <w:p w14:paraId="1A2D60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w:t>
      </w:r>
    </w:p>
    <w:p w14:paraId="59CCD2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One letter. Sharp, controlled, utterly certain it owns me already. My heartbeat pulses viciously in my ears, and suddenly, I’m breathing him in again. Dark eyes, whispered threats, promises dripping with sin and possession. I close my eyes for a heartbeat, feeling every sharp, dark word burrow beneath my skin, igniting every nerve, crawling down my spine like fingertips dipped in poison and honey.</w:t>
      </w:r>
    </w:p>
    <w:p w14:paraId="21BB6C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One night. You, on your knees, that perfect mouth stretched around my cock, finally tasting something worth your pride.</w:t>
      </w:r>
    </w:p>
    <w:p w14:paraId="2E3D43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voice is still inside me, rough and sinful and unbearably confident. I can feel the phantom heat of his breath grazing my ear, sliding lower, tracing promises down the curve of my throat, down my spine, straight between my thighs.</w:t>
      </w:r>
    </w:p>
    <w:p w14:paraId="7F474B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palm tightens around the penthouse keycard, the sleek black plastic digging into my skin like it weighs ten thousand secrets. Ten thousand sins.</w:t>
      </w:r>
    </w:p>
    <w:p w14:paraId="6D19D7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reckless.</w:t>
      </w:r>
      <w:r w:rsidRPr="00124F84">
        <w:rPr>
          <w:rFonts w:ascii="Times New Roman" w:hAnsi="Times New Roman" w:cs="Times New Roman"/>
          <w:sz w:val="24"/>
          <w:szCs w:val="24"/>
        </w:rPr>
        <w:br/>
        <w:t>Dangerous.</w:t>
      </w:r>
      <w:r w:rsidRPr="00124F84">
        <w:rPr>
          <w:rFonts w:ascii="Times New Roman" w:hAnsi="Times New Roman" w:cs="Times New Roman"/>
          <w:sz w:val="24"/>
          <w:szCs w:val="24"/>
        </w:rPr>
        <w:br/>
        <w:t>Everything I’m supposed to hate.</w:t>
      </w:r>
    </w:p>
    <w:p w14:paraId="136A51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God help me, it’s exactly what I crave.</w:t>
      </w:r>
    </w:p>
    <w:p w14:paraId="70C4B0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lift my head sharply, eyes scanning the ballroom, searching for him instinctively, urgently. My pulse races, chest squeezing as if he’s right here, watching from the shadows, savoring the way my composure splinters piece by carefully crafted piece.</w:t>
      </w:r>
    </w:p>
    <w:p w14:paraId="44AB70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he’s gone.</w:t>
      </w:r>
    </w:p>
    <w:p w14:paraId="00040C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Or hidden.</w:t>
      </w:r>
      <w:r w:rsidRPr="00124F84">
        <w:rPr>
          <w:rFonts w:ascii="Times New Roman" w:hAnsi="Times New Roman" w:cs="Times New Roman"/>
          <w:sz w:val="24"/>
          <w:szCs w:val="24"/>
        </w:rPr>
        <w:br/>
        <w:t>Or worse…watching from somewhere I can’t see.</w:t>
      </w:r>
    </w:p>
    <w:p w14:paraId="366989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Waiting to see if I’m brave enough or reckless enough to meet him in the dark.</w:t>
      </w:r>
    </w:p>
    <w:p w14:paraId="09BA87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w:t>
      </w:r>
    </w:p>
    <w:p w14:paraId="53E42C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voice slices through the thick fog of my spiraling thoughts, jarring me back into reality. I spin sharply, heart lodged in my throat, fingers clenching the keycard and note tighter, hidden behind my palm.</w:t>
      </w:r>
    </w:p>
    <w:p w14:paraId="738ADF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are narrowed slightly, brows drawn tight in a mild frown of annoyance. “Are you alright?”</w:t>
      </w:r>
    </w:p>
    <w:p w14:paraId="31B0A8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fine,” I lie smoothly, forcing a perfectly polished smile. Fake. Empty. A mask slipping back into place with practiced ease.</w:t>
      </w:r>
    </w:p>
    <w:p w14:paraId="613F1D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gaze flicks down briefly, landing on my clenched fist. Suspicion flickers behind his polite expression. “What’s that?”</w:t>
      </w:r>
    </w:p>
    <w:p w14:paraId="4D5920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“Nothing,” I reply instantly, effortlessly, every syllable a careful deception. “Just the valet ticket. I left something in the car.”</w:t>
      </w:r>
    </w:p>
    <w:p w14:paraId="6F525D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hesitates, clearly unconvinced, but he doesn’t push further. Instead, he simply nods, mouth pressed into a thin, impatient line. “Hurry back, Camille. I’ve humored you long enough tonight.”</w:t>
      </w:r>
    </w:p>
    <w:p w14:paraId="45EB12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stiffen at the sharp edge buried beneath Preston’s carefully chosen words.</w:t>
      </w:r>
      <w:r w:rsidRPr="00124F84">
        <w:rPr>
          <w:rFonts w:ascii="Times New Roman" w:hAnsi="Times New Roman" w:cs="Times New Roman"/>
          <w:sz w:val="24"/>
          <w:szCs w:val="24"/>
        </w:rPr>
        <w:br/>
        <w:t>Humored me.</w:t>
      </w:r>
      <w:r w:rsidRPr="00124F84">
        <w:rPr>
          <w:rFonts w:ascii="Times New Roman" w:hAnsi="Times New Roman" w:cs="Times New Roman"/>
          <w:sz w:val="24"/>
          <w:szCs w:val="24"/>
        </w:rPr>
        <w:br/>
        <w:t>Like a child testing boundary, not the woman he’s going to marry.</w:t>
      </w:r>
    </w:p>
    <w:p w14:paraId="662960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meet his gaze, jaw clenched tight beneath my practiced smile. “Of course. Wouldn't want to inconvenience you any further.”</w:t>
      </w:r>
    </w:p>
    <w:p w14:paraId="5C6D89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flicker, irritation tempered by mild surprise. Preston Caldwell isn’t used to me pushing back. He expects quiet, controlled obedience, he expects my silence.</w:t>
      </w:r>
    </w:p>
    <w:p w14:paraId="714F8B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wouldn’t dream of ruining the night, Preston.” My voice drips sugar, “After all, your image is everything, isn’t it?” </w:t>
      </w:r>
    </w:p>
    <w:p w14:paraId="139B22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stiffens slightly, irritation flashing behind that practiced calm. “Our image, Camille.” </w:t>
      </w:r>
    </w:p>
    <w:p w14:paraId="418D2A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“Of course,” I murmur. “How could I forget?” My heart pounds violently beneath my ribs, a trapped bird thrashing inside me, desperate for escape. Preston leans closer, voice dropping even lower, the threat beneath his polished exterior finally exposed. </w:t>
      </w:r>
    </w:p>
    <w:p w14:paraId="5F9D7A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push me tonight. I'm not in the mood for your games."</w:t>
      </w:r>
    </w:p>
    <w:p w14:paraId="377E1E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games.</w:t>
      </w:r>
    </w:p>
    <w:p w14:paraId="7C6744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I'm the one playing. Like I'm the one who smiles and schemes and stands here planning to use him as leverage for some political dynasty.</w:t>
      </w:r>
    </w:p>
    <w:p w14:paraId="20B5A9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Anger flares inside me, white-hot and swift, but I swallow it down, coating it with a smile so sweet I can almost taste the sugar turning to ash on my tongue.</w:t>
      </w:r>
    </w:p>
    <w:p w14:paraId="742623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"Funny," I whisper, holding his gaze unflinchingly. "You used to enjoy playing games."</w:t>
      </w:r>
    </w:p>
    <w:p w14:paraId="76321D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narrow. "Careful, Camille."</w:t>
      </w:r>
    </w:p>
    <w:p w14:paraId="7BA09A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"Or what?" I breathe softly, my pulse pounding harder, louder, defiant. "You'll report me to my parents?"</w:t>
      </w:r>
    </w:p>
    <w:p w14:paraId="5B5C6B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exhales sharply through his nose, visibly controlling himself. Always in control. Always perfectly poised, just like he expects me to be.</w:t>
      </w:r>
    </w:p>
    <w:p w14:paraId="03A31A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don't embarrass us," he mutters, straightening, smoothing his jacket as he steps back, mask slipping neatly back into place. "Not tonight."</w:t>
      </w:r>
    </w:p>
    <w:p w14:paraId="233EC3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turns abruptly, dismissing me. Expecting me to follow, to fall in line like I always do.</w:t>
      </w:r>
    </w:p>
    <w:p w14:paraId="39EE5A99"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Tonight</w:t>
      </w:r>
      <w:proofErr w:type="gramEnd"/>
      <w:r w:rsidRPr="00124F84">
        <w:rPr>
          <w:rFonts w:ascii="Times New Roman" w:hAnsi="Times New Roman" w:cs="Times New Roman"/>
          <w:sz w:val="24"/>
          <w:szCs w:val="24"/>
        </w:rPr>
        <w:t xml:space="preserve"> the note in my palm burns through my skin, the plastic edge of the keycard digging sharply into my flesh like a secret I can’t wait to keep. My breath comes fast and shallow, my pulse racing with the reckless thrill of finally stepping off the carefully drawn path I’ve always followed.</w:t>
      </w:r>
    </w:p>
    <w:p w14:paraId="28706674" w14:textId="77777777" w:rsidR="00C920EB"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Tonight, danger feels intoxicating.</w:t>
      </w:r>
      <w:r w:rsidRPr="00124F84">
        <w:rPr>
          <w:rFonts w:ascii="Times New Roman" w:hAnsi="Times New Roman" w:cs="Times New Roman"/>
          <w:sz w:val="24"/>
          <w:szCs w:val="24"/>
        </w:rPr>
        <w:br/>
        <w:t>Recklessness feels like rebellion.</w:t>
      </w:r>
      <w:r w:rsidRPr="00124F84">
        <w:rPr>
          <w:rFonts w:ascii="Times New Roman" w:hAnsi="Times New Roman" w:cs="Times New Roman"/>
          <w:sz w:val="24"/>
          <w:szCs w:val="24"/>
        </w:rPr>
        <w:br/>
        <w:t>Feels like the first genuine breath I’ve allowed myself in years.</w:t>
      </w:r>
    </w:p>
    <w:p w14:paraId="5E48F7EB" w14:textId="5896B37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briefly back at the ballroom, glittering lights and polished smiles, familiar yet unbearably suffocating, and take a slow, deliberate step backward.</w:t>
      </w:r>
    </w:p>
    <w:p w14:paraId="305BD5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pounds violently as I move toward the elevator doors. They slide open smoothly, soundlessly, like a whispered dare coaxing me into ruin.</w:t>
      </w:r>
    </w:p>
    <w:p w14:paraId="4E1795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inside without hesitation, turning slowly to watch the doors seal shut, cutting me off from the world I’ve always known.</w:t>
      </w:r>
    </w:p>
    <w:p w14:paraId="79CAA1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elevator rises swiftly, smoothly, pulling me away from practiced smiles and flawless façades, higher into the Langford, toward something forbidden, unknown, and dangerously irresistible.</w:t>
      </w:r>
    </w:p>
    <w:p w14:paraId="6DAEF1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down once more at the note, the stark black ink stark and vivid against the thick paper, each letter a silent threat and a sinful promise.</w:t>
      </w:r>
    </w:p>
    <w:p w14:paraId="6B773B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happy to play daddy, make your throat raw…</w:t>
      </w:r>
    </w:p>
    <w:p w14:paraId="5828B0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words pulse through me, electric and reckless, igniting something wild beneath my ribs. Each syllable hums in my veins, whispering promises sharper than fear, louder than caution.</w:t>
      </w:r>
    </w:p>
    <w:p w14:paraId="2C0576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madness.</w:t>
      </w:r>
      <w:r w:rsidRPr="00124F84">
        <w:rPr>
          <w:rFonts w:ascii="Times New Roman" w:hAnsi="Times New Roman" w:cs="Times New Roman"/>
          <w:sz w:val="24"/>
          <w:szCs w:val="24"/>
        </w:rPr>
        <w:br/>
        <w:t>This is reckless, irrational, irresponsible, exactly the sort of trouble I was raised to avoid at all costs.</w:t>
      </w:r>
    </w:p>
    <w:p w14:paraId="689A47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But </w:t>
      </w:r>
      <w:proofErr w:type="gramStart"/>
      <w:r w:rsidRPr="00124F84">
        <w:rPr>
          <w:rFonts w:ascii="Times New Roman" w:hAnsi="Times New Roman" w:cs="Times New Roman"/>
          <w:sz w:val="24"/>
          <w:szCs w:val="24"/>
        </w:rPr>
        <w:t>tonight</w:t>
      </w:r>
      <w:proofErr w:type="gramEnd"/>
      <w:r w:rsidRPr="00124F84">
        <w:rPr>
          <w:rFonts w:ascii="Times New Roman" w:hAnsi="Times New Roman" w:cs="Times New Roman"/>
          <w:sz w:val="24"/>
          <w:szCs w:val="24"/>
        </w:rPr>
        <w:t xml:space="preserve"> the ache outweighs reason. Tonight, careful feels like drowning, and danger feels like air.</w:t>
      </w:r>
    </w:p>
    <w:p w14:paraId="01AFBC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I’m done being careful.</w:t>
      </w:r>
      <w:r w:rsidRPr="00124F84">
        <w:rPr>
          <w:rFonts w:ascii="Times New Roman" w:hAnsi="Times New Roman" w:cs="Times New Roman"/>
          <w:sz w:val="24"/>
          <w:szCs w:val="24"/>
        </w:rPr>
        <w:br/>
        <w:t>Maybe I’m tired of running from the dark.</w:t>
      </w:r>
      <w:r w:rsidRPr="00124F84">
        <w:rPr>
          <w:rFonts w:ascii="Times New Roman" w:hAnsi="Times New Roman" w:cs="Times New Roman"/>
          <w:sz w:val="24"/>
          <w:szCs w:val="24"/>
        </w:rPr>
        <w:br/>
        <w:t>Maybe I want to run straight into it instead.</w:t>
      </w:r>
    </w:p>
    <w:p w14:paraId="4DF1C3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maybe, just maybe I've always been waiting for someone ruthless enough to force me onto my knees, strong enough to strip away every bit of pride, every pretense of perfection until I'm raw and trembling beneath his touch.</w:t>
      </w:r>
    </w:p>
    <w:p w14:paraId="4EF8ED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I've spent my whole life aching for someone who'll break me open, who'll make me submit…not politely, not gently, but violently, unapologetically, and absolutely.</w:t>
      </w:r>
    </w:p>
    <w:p w14:paraId="3EAF92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708745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elevator whispers to a stop.</w:t>
      </w:r>
    </w:p>
    <w:p w14:paraId="1087DC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Penthouse.</w:t>
      </w:r>
    </w:p>
    <w:p w14:paraId="472F7D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out, heels clicking softly against polished stone. The corridor stretches ahead quiet, dark, daring me to take another step forward.</w:t>
      </w:r>
    </w:p>
    <w:p w14:paraId="03F4DB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glance down.</w:t>
      </w:r>
    </w:p>
    <w:p w14:paraId="63A875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card trembles slightly in my hand, my fingers wrapped tight around the note like it holds the power to burn me.</w:t>
      </w:r>
    </w:p>
    <w:p w14:paraId="509FE6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I’m not turning back.</w:t>
      </w:r>
      <w:r w:rsidRPr="00124F84">
        <w:rPr>
          <w:rFonts w:ascii="Times New Roman" w:hAnsi="Times New Roman" w:cs="Times New Roman"/>
          <w:sz w:val="24"/>
          <w:szCs w:val="24"/>
        </w:rPr>
        <w:br/>
        <w:t>Not tonight.</w:t>
      </w:r>
    </w:p>
    <w:p w14:paraId="214EB7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move forward, the air thickening around me, pressing close like velvet, heavy and silent. At the end of the hall, the door looms ahead, PH-1, tall and imposing, dark polished wood framed in subtle gold, perfectly immaculate, perfectly intimidating. Like everything else in this place, it whispers wealth. Power.</w:t>
      </w:r>
    </w:p>
    <w:p w14:paraId="63E456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Control.</w:t>
      </w:r>
    </w:p>
    <w:p w14:paraId="49CC6C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beats wildly in my throat, my pulse a steady drumbeat echoing through every nerve.</w:t>
      </w:r>
    </w:p>
    <w:p w14:paraId="426943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Turn around, Camille, go back downstairs.</w:t>
      </w:r>
    </w:p>
    <w:p w14:paraId="5B5EE3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voice of reason, buried deep, tries one final protest.</w:t>
      </w:r>
    </w:p>
    <w:p w14:paraId="625395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 turn around.</w:t>
      </w:r>
    </w:p>
    <w:p w14:paraId="3BABEE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 run straight back to the polished cage below, slip neatly into the illusion they carved out for me, smile for Preston’s approval, pose for cameras until I forget what freedom tasted like. Forget that for one brief, breathless second, someone looked at me and saw truth instead of illusion.</w:t>
      </w:r>
    </w:p>
    <w:p w14:paraId="4DEC8E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don’t move. I don’t turn. I can’t.</w:t>
      </w:r>
    </w:p>
    <w:p w14:paraId="0716B8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keycard is warm now, pressed tight into my palm. The note, folded and softened from how fiercely I’ve clung to it.</w:t>
      </w:r>
    </w:p>
    <w:p w14:paraId="0DAD04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close my eyes, inhaling deeply, my breath shuddering past parted lips. The air here feels charged, pressurized. Scented faintly with sandalwood, leather, and something darker, something male and dangerous.</w:t>
      </w:r>
    </w:p>
    <w:p w14:paraId="418F04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fingers hover over the sleek scanner beside the door, hesitation suspended in the space between breath and action.</w:t>
      </w:r>
    </w:p>
    <w:p w14:paraId="26AA23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it.</w:t>
      </w:r>
    </w:p>
    <w:p w14:paraId="682BD3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fracture.</w:t>
      </w:r>
      <w:r w:rsidRPr="00124F84">
        <w:rPr>
          <w:rFonts w:ascii="Times New Roman" w:hAnsi="Times New Roman" w:cs="Times New Roman"/>
          <w:sz w:val="24"/>
          <w:szCs w:val="24"/>
        </w:rPr>
        <w:br/>
        <w:t>The moment that splits my life in two…before and after.</w:t>
      </w:r>
    </w:p>
    <w:p w14:paraId="746A1E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suddenly, panic seizes me.</w:t>
      </w:r>
    </w:p>
    <w:p w14:paraId="262198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fear of him. Not fear of what waits behind that door.</w:t>
      </w:r>
    </w:p>
    <w:p w14:paraId="71D5EC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Fear of myself. Fear of discovering what kind of woman willingly steps into a stranger’s darkness just because he looked at her and saw something real.</w:t>
      </w:r>
    </w:p>
    <w:p w14:paraId="36D716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Something desperate. Something true.</w:t>
      </w:r>
    </w:p>
    <w:p w14:paraId="747F30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kind of woman.</w:t>
      </w:r>
    </w:p>
    <w:p w14:paraId="4E7A8F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kind who chooses fire over safety. The kind who craves ruin if ruin means finally breathing free.</w:t>
      </w:r>
    </w:p>
    <w:p w14:paraId="4ECF91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swallow hard, throat tight, chest aching.</w:t>
      </w:r>
    </w:p>
    <w:p w14:paraId="0BFCDF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I lift the keycard and swipe once.</w:t>
      </w:r>
    </w:p>
    <w:p w14:paraId="7F12CB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lock clicks, heavy, definitive.</w:t>
      </w:r>
    </w:p>
    <w:p w14:paraId="0F0B70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door doesn’t swing open, it waits. Silent. Mocking. Knowing the choice must be mine alone.</w:t>
      </w:r>
    </w:p>
    <w:p w14:paraId="44E1DE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 trembles faintly as I raise it.</w:t>
      </w:r>
    </w:p>
    <w:p w14:paraId="2833CB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knock softly, twice, deliberate, sure, the sound like a confession echoing softly off polished wood.</w:t>
      </w:r>
    </w:p>
    <w:p w14:paraId="661B6D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heartbeat passes.</w:t>
      </w:r>
    </w:p>
    <w:p w14:paraId="4537F9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another.</w:t>
      </w:r>
    </w:p>
    <w:p w14:paraId="0F6090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the handle turns slowly, effortlessly.</w:t>
      </w:r>
    </w:p>
    <w:p w14:paraId="4195AA12" w14:textId="010A855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catches sharply as the door swings ope</w:t>
      </w:r>
      <w:r w:rsidR="00027863" w:rsidRPr="00124F84">
        <w:rPr>
          <w:rFonts w:ascii="Times New Roman" w:hAnsi="Times New Roman" w:cs="Times New Roman"/>
          <w:sz w:val="24"/>
          <w:szCs w:val="24"/>
        </w:rPr>
        <w:t>n…a</w:t>
      </w:r>
      <w:r w:rsidRPr="00124F84">
        <w:rPr>
          <w:rFonts w:ascii="Times New Roman" w:hAnsi="Times New Roman" w:cs="Times New Roman"/>
          <w:sz w:val="24"/>
          <w:szCs w:val="24"/>
        </w:rPr>
        <w:t>nd he’s there.</w:t>
      </w:r>
    </w:p>
    <w:p w14:paraId="25AA56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Waiting.</w:t>
      </w:r>
    </w:p>
    <w:p w14:paraId="12BB8356" w14:textId="77777777" w:rsidR="00351B3C" w:rsidRPr="00124F84" w:rsidRDefault="00351B3C" w:rsidP="00124F84">
      <w:pPr>
        <w:spacing w:line="240" w:lineRule="auto"/>
        <w:rPr>
          <w:rFonts w:ascii="Times New Roman" w:hAnsi="Times New Roman" w:cs="Times New Roman"/>
          <w:sz w:val="24"/>
          <w:szCs w:val="24"/>
        </w:rPr>
      </w:pPr>
    </w:p>
    <w:p w14:paraId="3EAA228E" w14:textId="77777777" w:rsidR="00351B3C" w:rsidRPr="00124F84" w:rsidRDefault="00351B3C" w:rsidP="00124F84">
      <w:pPr>
        <w:spacing w:line="240" w:lineRule="auto"/>
        <w:rPr>
          <w:rFonts w:ascii="Times New Roman" w:hAnsi="Times New Roman" w:cs="Times New Roman"/>
          <w:sz w:val="24"/>
          <w:szCs w:val="24"/>
        </w:rPr>
      </w:pPr>
    </w:p>
    <w:p w14:paraId="1FFC70CA"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327FA8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knock comes soft.</w:t>
      </w:r>
    </w:p>
    <w:p w14:paraId="667531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Measured.</w:t>
      </w:r>
    </w:p>
    <w:p w14:paraId="390B4F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desperate. Not timid. Just... decisive.</w:t>
      </w:r>
    </w:p>
    <w:p w14:paraId="020677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Two raps. That’s it.</w:t>
      </w:r>
    </w:p>
    <w:p w14:paraId="4D1B28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it hits like a shot to the chest. Like a trigger pulled.</w:t>
      </w:r>
    </w:p>
    <w:p w14:paraId="25E20F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move right away.</w:t>
      </w:r>
    </w:p>
    <w:p w14:paraId="6C8B1C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her to feel it.</w:t>
      </w:r>
    </w:p>
    <w:p w14:paraId="2FC85C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pause.</w:t>
      </w:r>
    </w:p>
    <w:p w14:paraId="34A3E1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weight.</w:t>
      </w:r>
    </w:p>
    <w:p w14:paraId="0E1B30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Me.</w:t>
      </w:r>
    </w:p>
    <w:p w14:paraId="44309C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I've been standing here since the moment the card left my hand. </w:t>
      </w:r>
    </w:p>
    <w:p w14:paraId="17EA57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Didn’t pour a drink. </w:t>
      </w:r>
    </w:p>
    <w:p w14:paraId="142A9A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Didn’t pace.</w:t>
      </w:r>
    </w:p>
    <w:p w14:paraId="417D5B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Didn’t second guess a goddamn thing.</w:t>
      </w:r>
    </w:p>
    <w:p w14:paraId="011B11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knew.</w:t>
      </w:r>
    </w:p>
    <w:p w14:paraId="0675D8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She’d come.</w:t>
      </w:r>
    </w:p>
    <w:p w14:paraId="71F13E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because she’s reckless, though she is. Not because she’s curious, though that too. No, she came because something in her is starving. And she knows I’m the only one who can feed it.</w:t>
      </w:r>
    </w:p>
    <w:p w14:paraId="4EF502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came because she couldn’t not.</w:t>
      </w:r>
    </w:p>
    <w:p w14:paraId="286D98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didn’t force her. I didn’t lure her. I gave her a door and a key and let her decide.</w:t>
      </w:r>
    </w:p>
    <w:p w14:paraId="0F7B9D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the game.</w:t>
      </w:r>
    </w:p>
    <w:p w14:paraId="145DBB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them walk themselves into the fire. Let them think they’re free.</w:t>
      </w:r>
    </w:p>
    <w:p w14:paraId="6AEB8D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strongest ones, the ones with the hardest eyes, the sharpest tongues?</w:t>
      </w:r>
      <w:r w:rsidRPr="00124F84">
        <w:rPr>
          <w:rFonts w:ascii="Times New Roman" w:hAnsi="Times New Roman" w:cs="Times New Roman"/>
          <w:sz w:val="24"/>
          <w:szCs w:val="24"/>
        </w:rPr>
        <w:br/>
        <w:t>They kneel the fastest.</w:t>
      </w:r>
      <w:r w:rsidRPr="00124F84">
        <w:rPr>
          <w:rFonts w:ascii="Times New Roman" w:hAnsi="Times New Roman" w:cs="Times New Roman"/>
          <w:sz w:val="24"/>
          <w:szCs w:val="24"/>
        </w:rPr>
        <w:br/>
        <w:t>Just to prove they never will.</w:t>
      </w:r>
    </w:p>
    <w:p w14:paraId="69A9DA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just doesn’t know that yet.</w:t>
      </w:r>
    </w:p>
    <w:p w14:paraId="342068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reach for the handle.</w:t>
      </w:r>
    </w:p>
    <w:p w14:paraId="5A433C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Turn it.</w:t>
      </w:r>
    </w:p>
    <w:p w14:paraId="60661C7E" w14:textId="1711C96C"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when the door swings open</w:t>
      </w:r>
      <w:r w:rsidR="00027863" w:rsidRPr="00124F84">
        <w:rPr>
          <w:rFonts w:ascii="Times New Roman" w:hAnsi="Times New Roman" w:cs="Times New Roman"/>
          <w:sz w:val="24"/>
          <w:szCs w:val="24"/>
        </w:rPr>
        <w:t>…t</w:t>
      </w:r>
      <w:r w:rsidRPr="00124F84">
        <w:rPr>
          <w:rFonts w:ascii="Times New Roman" w:hAnsi="Times New Roman" w:cs="Times New Roman"/>
          <w:sz w:val="24"/>
          <w:szCs w:val="24"/>
        </w:rPr>
        <w:t>here she is.</w:t>
      </w:r>
    </w:p>
    <w:p w14:paraId="486006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Backlit by the hallway, framed like a goddamn fever dream. Still in that royal blue dress that clings to her like silk sin. Hair swept, skin glowing, lips parted just slightly like she’s holding in the kind of breath that never makes it out clean.</w:t>
      </w:r>
    </w:p>
    <w:p w14:paraId="26E86E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speak.</w:t>
      </w:r>
    </w:p>
    <w:p w14:paraId="3DDC24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have to.</w:t>
      </w:r>
    </w:p>
    <w:p w14:paraId="4183CD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see everything.</w:t>
      </w:r>
    </w:p>
    <w:p w14:paraId="786C04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tension in her spine, wound tight from the moment she stepped off that elevator. The flame behind her eyes, still fighting, still lying to itself. The keycard in her hand, clenched so hard her knuckles are white.</w:t>
      </w:r>
    </w:p>
    <w:p w14:paraId="62EC9D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came armed with pride.</w:t>
      </w:r>
    </w:p>
    <w:p w14:paraId="2A6B36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Shame she won’t leave with it.</w:t>
      </w:r>
    </w:p>
    <w:p w14:paraId="6E1479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gaze drags over her slowly, unapologetically, starting at those expensive heels, up the line of her calves, pausing at the soft slit in that dress like an invitation she doesn’t remember extending.</w:t>
      </w:r>
    </w:p>
    <w:p w14:paraId="22820A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stare lingers on her breasts. Her throat. Her mouth.</w:t>
      </w:r>
    </w:p>
    <w:p w14:paraId="71DBD4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her to know what I see.</w:t>
      </w:r>
      <w:r w:rsidRPr="00124F84">
        <w:rPr>
          <w:rFonts w:ascii="Times New Roman" w:hAnsi="Times New Roman" w:cs="Times New Roman"/>
          <w:sz w:val="24"/>
          <w:szCs w:val="24"/>
        </w:rPr>
        <w:br/>
        <w:t>I want her to feel seen.</w:t>
      </w:r>
      <w:r w:rsidRPr="00124F84">
        <w:rPr>
          <w:rFonts w:ascii="Times New Roman" w:hAnsi="Times New Roman" w:cs="Times New Roman"/>
          <w:sz w:val="24"/>
          <w:szCs w:val="24"/>
        </w:rPr>
        <w:br/>
        <w:t>The real her. The one underneath the polish and pedigree. The one clawing for breath in a world that only lets her smile.</w:t>
      </w:r>
    </w:p>
    <w:p w14:paraId="1985A0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lift my eyes back to hers.</w:t>
      </w:r>
    </w:p>
    <w:p w14:paraId="365840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holds my gaze.</w:t>
      </w:r>
    </w:p>
    <w:p w14:paraId="72BD84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Barely.</w:t>
      </w:r>
    </w:p>
    <w:p w14:paraId="6B8492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 does.</w:t>
      </w:r>
    </w:p>
    <w:p w14:paraId="57E315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that’s what seals it.</w:t>
      </w:r>
    </w:p>
    <w:p w14:paraId="3DAD31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the knock.</w:t>
      </w:r>
    </w:p>
    <w:p w14:paraId="386332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the keycard.</w:t>
      </w:r>
    </w:p>
    <w:p w14:paraId="50866A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w:t>
      </w:r>
    </w:p>
    <w:p w14:paraId="4FBA87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That stubborn, trembling stare that says she knows what this </w:t>
      </w:r>
      <w:proofErr w:type="gramStart"/>
      <w:r w:rsidRPr="00124F84">
        <w:rPr>
          <w:rFonts w:ascii="Times New Roman" w:hAnsi="Times New Roman" w:cs="Times New Roman"/>
          <w:sz w:val="24"/>
          <w:szCs w:val="24"/>
        </w:rPr>
        <w:t>is</w:t>
      </w:r>
      <w:proofErr w:type="gramEnd"/>
      <w:r w:rsidRPr="00124F84">
        <w:rPr>
          <w:rFonts w:ascii="Times New Roman" w:hAnsi="Times New Roman" w:cs="Times New Roman"/>
          <w:sz w:val="24"/>
          <w:szCs w:val="24"/>
        </w:rPr>
        <w:t xml:space="preserve"> and she still walked through the fire.</w:t>
      </w:r>
    </w:p>
    <w:p w14:paraId="41F55F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thinks she can survive this.</w:t>
      </w:r>
    </w:p>
    <w:p w14:paraId="7D5430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has no idea what I’ll do to her first.</w:t>
      </w:r>
    </w:p>
    <w:p w14:paraId="21D1DFEC" w14:textId="77777777" w:rsidR="00351B3C" w:rsidRPr="00124F84" w:rsidRDefault="00351B3C" w:rsidP="00124F84">
      <w:pPr>
        <w:spacing w:line="240" w:lineRule="auto"/>
        <w:rPr>
          <w:rFonts w:ascii="Times New Roman" w:hAnsi="Times New Roman" w:cs="Times New Roman"/>
          <w:sz w:val="24"/>
          <w:szCs w:val="24"/>
        </w:rPr>
      </w:pPr>
    </w:p>
    <w:p w14:paraId="0B8827FF"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01730B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doesn’t speak. </w:t>
      </w:r>
    </w:p>
    <w:p w14:paraId="357F7C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Doesn’t move.</w:t>
      </w:r>
    </w:p>
    <w:p w14:paraId="76D486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stands there, raw power and dangerous promise wrapped in a thousand silent warnings. Darkness shadows every sharp, ruthless angle of his face, an invitation to sin painted in shades of midnight.</w:t>
      </w:r>
    </w:p>
    <w:p w14:paraId="522CAD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kicks violently, my veins burning hotter with every heartbeat of silence between us.</w:t>
      </w:r>
    </w:p>
    <w:p w14:paraId="170F1E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waiting.</w:t>
      </w:r>
      <w:r w:rsidRPr="00124F84">
        <w:rPr>
          <w:rFonts w:ascii="Times New Roman" w:hAnsi="Times New Roman" w:cs="Times New Roman"/>
          <w:sz w:val="24"/>
          <w:szCs w:val="24"/>
        </w:rPr>
        <w:br/>
        <w:t>For me.</w:t>
      </w:r>
    </w:p>
    <w:p w14:paraId="3A1253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move forward, heels clicking too sharply on the polished floor, each step feeling heavier than the last. The door whispers shut behind me, sealing me inside this secret, trapping me in the shadow of a man whose name I don't know, only a single, enigmatic letter: K.</w:t>
      </w:r>
    </w:p>
    <w:p w14:paraId="6C1CC2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trembles, betraying me, but pride lifts my chin, forcing my eyes to meet his head-on.</w:t>
      </w:r>
    </w:p>
    <w:p w14:paraId="2660BC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turning back.</w:t>
      </w:r>
      <w:r w:rsidRPr="00124F84">
        <w:rPr>
          <w:rFonts w:ascii="Times New Roman" w:hAnsi="Times New Roman" w:cs="Times New Roman"/>
          <w:sz w:val="24"/>
          <w:szCs w:val="24"/>
        </w:rPr>
        <w:br/>
        <w:t>Not now.</w:t>
      </w:r>
    </w:p>
    <w:p w14:paraId="682B1D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“You can still leave, Princesa. Turn around, go back to your perfect world of lies.” His eyes drop deliberately to my lips, then trail slowly lower, lingering. Possessive. Claiming. “Or you can stay,” His voice is low, velvet-edged steel, slicing straight to my core. “But if you stay… I own you for the night.”</w:t>
      </w:r>
    </w:p>
    <w:p w14:paraId="590D78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words ripple through me, heated and forbidden, igniting something reckless, desperate, utterly primal.</w:t>
      </w:r>
    </w:p>
    <w:p w14:paraId="74CA96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lift my gaze, defiance and surrender tangled in every breath.</w:t>
      </w:r>
    </w:p>
    <w:p w14:paraId="1AEF0F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own me,” I whisper, sealing my fate.</w:t>
      </w:r>
    </w:p>
    <w:p w14:paraId="602F26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slow, wicked smirk curves his lips, something predatory and achingly sensual. He crosses the distance between us with measured steps, the subtle scent of him, dark spice, expensive whiskey, forbidden promises, wrapping around me like a drug.</w:t>
      </w:r>
    </w:p>
    <w:p w14:paraId="0BEACA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stops close…too close. his presence swallowing me whole, erasing every careful line I've drawn. My heart slams violently against my ribs, every beat echoing his quiet domination.</w:t>
      </w:r>
    </w:p>
    <w:p w14:paraId="495473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single finger lifts my chin, forcing my gaze to his. Those eyes, depthless, unreadable, merciless, hold me hostage. He studies me slowly, deliberately, as if peeling away every secret, every fragile layer I hide beneath.</w:t>
      </w:r>
    </w:p>
    <w:p w14:paraId="47DD58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thumb traces the line of my jaw, possessive and soft, a contradiction that makes my pulse race faster. “Careful what you wish for, Princesa,” he murmurs darkly, his mouth brushing mine with each velvet-edged word. "Because tonight, I'll leave marks you'll never erase."</w:t>
      </w:r>
    </w:p>
    <w:p w14:paraId="08F7D541" w14:textId="6C79D91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catches</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sharp and shallow</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his words curling hot in the base of my spine, sinking low, heavy, into the part of me that’s already aching for him.</w:t>
      </w:r>
    </w:p>
    <w:p w14:paraId="37D12BA1" w14:textId="198A42E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tilt my chin up, mouth parted, challenge clear in my eyes. Daring him. Daring me.</w:t>
      </w:r>
    </w:p>
    <w:p w14:paraId="6E8382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Take it.</w:t>
      </w:r>
    </w:p>
    <w:p w14:paraId="463FA3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Take me.</w:t>
      </w:r>
    </w:p>
    <w:p w14:paraId="1282DC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Take everything.</w:t>
      </w:r>
    </w:p>
    <w:p w14:paraId="415C9D27" w14:textId="77777777" w:rsidR="00351B3C" w:rsidRPr="00124F84" w:rsidRDefault="00351B3C" w:rsidP="00124F84">
      <w:pPr>
        <w:spacing w:line="240" w:lineRule="auto"/>
        <w:rPr>
          <w:rFonts w:ascii="Times New Roman" w:hAnsi="Times New Roman" w:cs="Times New Roman"/>
          <w:sz w:val="24"/>
          <w:szCs w:val="24"/>
        </w:rPr>
      </w:pPr>
    </w:p>
    <w:p w14:paraId="0BA4D03F" w14:textId="05F683C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eyes darken like storm clouds rolling in slow and lethal. He reads me</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really reads me</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and it’s like he sees every filthy thing I’ve ever tried to bury. The thoughts I don’t say out loud. The need I’ve tried to starve.</w:t>
      </w:r>
    </w:p>
    <w:p w14:paraId="3F7A8E2E" w14:textId="73E189CC"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hand slides down, grazing my throat with unbearable patience, fingers coasting over the hollow between my collarbones, following the neckline of my dress until he reaches the curve of my breast.</w:t>
      </w:r>
    </w:p>
    <w:p w14:paraId="5BAD47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grope.</w:t>
      </w:r>
    </w:p>
    <w:p w14:paraId="7195680A" w14:textId="2E7056B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lingers.</w:t>
      </w:r>
    </w:p>
    <w:p w14:paraId="2A255148" w14:textId="26BB6AD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a whisper of touch. Featherlight. But I swear it brands me from the inside out.</w:t>
      </w:r>
    </w:p>
    <w:p w14:paraId="05D3124F" w14:textId="7EFEBB6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sway into him, helpless. My body already made the decision my pride refuses to admit.</w:t>
      </w:r>
    </w:p>
    <w:p w14:paraId="6A15AFB1" w14:textId="5D2AFB74"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palm finds my waist and grips. Tight. Possessive. The kind of grip that makes your knees weak and your mind go quiet. He drags me against him, all hard muscle and heat, mouth ghosting over mine without giving in. Teasing. Torturing. Dominating.</w:t>
      </w:r>
    </w:p>
    <w:p w14:paraId="3476BD17" w14:textId="54FD82E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“Take off your heels,” he murmurs, voice low and lethal. Like velvet dragged across a blade.</w:t>
      </w:r>
    </w:p>
    <w:p w14:paraId="4A40D9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speak. I can’t.</w:t>
      </w:r>
    </w:p>
    <w:p w14:paraId="2063EF97" w14:textId="1C92E79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just nod, breath catching in my throat, and place a trembling hand on his chest to steady myself as I slip one heel off, then the other.</w:t>
      </w:r>
    </w:p>
    <w:p w14:paraId="34EB2A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Bare feet against marble. Cool floor. Hot skin.</w:t>
      </w:r>
    </w:p>
    <w:p w14:paraId="05BEF8EA" w14:textId="25B42DC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loss of height doesn’t make me smaller</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it makes me his.</w:t>
      </w:r>
    </w:p>
    <w:p w14:paraId="1B46CAF6" w14:textId="0C4D64E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palms my hip, fingers sliding over silk like it offends him. His touch is slow, too slow, mapping me like a man cataloging all the ways he’s going to destroy me.</w:t>
      </w:r>
    </w:p>
    <w:p w14:paraId="3E643630" w14:textId="102455C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thumb grazes the underside of my breast. A circle. A press. Just enough to make my nipple harden through lace. Just enough to make me want to cry from the ache building between my thighs.</w:t>
      </w:r>
    </w:p>
    <w:p w14:paraId="2E45D230" w14:textId="5CFA4ED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shaking,” he breathes against my neck, lips dragging over my pulse like he’s marking time.</w:t>
      </w:r>
    </w:p>
    <w:p w14:paraId="7A840EF6" w14:textId="09AF486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“Nervous or needy?”</w:t>
      </w:r>
    </w:p>
    <w:p w14:paraId="03AE89D4" w14:textId="7B1731C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“Cold,” I lie, breathless.</w:t>
      </w:r>
    </w:p>
    <w:p w14:paraId="59EA29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laughs. Quiet. Dark. Dangerous. It rolls over my skin like smoke.</w:t>
      </w:r>
    </w:p>
    <w:p w14:paraId="07579E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“Liar.”</w:t>
      </w:r>
    </w:p>
    <w:p w14:paraId="475CE557" w14:textId="77777777" w:rsidR="00351B3C" w:rsidRPr="00124F84" w:rsidRDefault="00351B3C" w:rsidP="00124F84">
      <w:pPr>
        <w:spacing w:line="240" w:lineRule="auto"/>
        <w:rPr>
          <w:rFonts w:ascii="Times New Roman" w:hAnsi="Times New Roman" w:cs="Times New Roman"/>
          <w:sz w:val="24"/>
          <w:szCs w:val="24"/>
        </w:rPr>
      </w:pPr>
    </w:p>
    <w:p w14:paraId="51D71A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he kisses me.</w:t>
      </w:r>
    </w:p>
    <w:p w14:paraId="4412A142" w14:textId="77777777" w:rsidR="00351B3C" w:rsidRPr="00124F84" w:rsidRDefault="00351B3C" w:rsidP="00124F84">
      <w:pPr>
        <w:spacing w:line="240" w:lineRule="auto"/>
        <w:rPr>
          <w:rFonts w:ascii="Times New Roman" w:hAnsi="Times New Roman" w:cs="Times New Roman"/>
          <w:sz w:val="24"/>
          <w:szCs w:val="24"/>
        </w:rPr>
      </w:pPr>
    </w:p>
    <w:p w14:paraId="23F7813D" w14:textId="2D64E06F"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build. No warning. Just crash. Like he’s claiming something that already belongs to him. His mouth devours mine, tongue slipping past my lips, arrogant and consuming. My hands claw into his shoulders, dragging him closer, needing more, needing everything.</w:t>
      </w:r>
    </w:p>
    <w:p w14:paraId="6A55776E" w14:textId="1202CDD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kiss doesn’t end</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it’s ripped from me. He pulls back, chest heaving, eyes devouring me like he’s still starving.</w:t>
      </w:r>
    </w:p>
    <w:p w14:paraId="338B5EEA" w14:textId="10A001A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 dress,” he rasps, voice gravel and fire. “Take it off.”</w:t>
      </w:r>
    </w:p>
    <w:p w14:paraId="15EDB479" w14:textId="656B6AB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jumps. But I don’t look away.</w:t>
      </w:r>
    </w:p>
    <w:p w14:paraId="5B3150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this.</w:t>
      </w:r>
    </w:p>
    <w:p w14:paraId="62C38301" w14:textId="64EA81B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him.</w:t>
      </w:r>
    </w:p>
    <w:p w14:paraId="00BDECC3" w14:textId="63FF8738"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slide the straps down my arms slowly, letting the silk fall</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glide</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whisper to the floor like it’s committing a sin.</w:t>
      </w:r>
    </w:p>
    <w:p w14:paraId="0F718E3C" w14:textId="6DF0B4C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I’m left in </w:t>
      </w:r>
      <w:proofErr w:type="spellStart"/>
      <w:r w:rsidRPr="00124F84">
        <w:rPr>
          <w:rFonts w:ascii="Times New Roman" w:hAnsi="Times New Roman" w:cs="Times New Roman"/>
          <w:sz w:val="24"/>
          <w:szCs w:val="24"/>
        </w:rPr>
        <w:t>lace</w:t>
      </w:r>
      <w:proofErr w:type="spellEnd"/>
      <w:r w:rsidRPr="00124F84">
        <w:rPr>
          <w:rFonts w:ascii="Times New Roman" w:hAnsi="Times New Roman" w:cs="Times New Roman"/>
          <w:sz w:val="24"/>
          <w:szCs w:val="24"/>
        </w:rPr>
        <w:t>. Barely.</w:t>
      </w:r>
    </w:p>
    <w:p w14:paraId="1269A81A" w14:textId="5CF362F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Sheer, black, high-cut, and completely fucking useless against his stare. He doesn’t touch me. Doesn’t move. Just watches. Watches like he’s already inside me. Like he knows exactly how I’ll sound when I break.</w:t>
      </w:r>
    </w:p>
    <w:p w14:paraId="33C02B1C" w14:textId="00283543"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even more beautiful without your pride,” he says, voice low, lips hovering over mine. His words stroke every exposed nerve I have. “Even better stripped of all that control.”</w:t>
      </w:r>
    </w:p>
    <w:p w14:paraId="6E42B3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knuckle trails along the edge of my bra, teasing the lace, tracing the top curve of my breast. Every movement is deliberate. Measured. Cruel.</w:t>
      </w:r>
    </w:p>
    <w:p w14:paraId="0FDDD5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“Tonight,” he breathes, mouth brushing mine, “I’m going to make you feel everything you’ve spent your whole life avoiding.”</w:t>
      </w:r>
    </w:p>
    <w:p w14:paraId="4C5FB5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stutters. My thighs clench. I can’t stop it.</w:t>
      </w:r>
    </w:p>
    <w:p w14:paraId="0EC580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thumb presses softly to my lower lip. “Tell me, Princesa…” His voice drops, guttural and possessive. “…have you ever been made to beg?"</w:t>
      </w:r>
    </w:p>
    <w:p w14:paraId="49D7D0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"Never," I breathe, lifting my chin defiantly, even as my pulse races beneath his touch. "I've always gotten exactly what I wanted."</w:t>
      </w:r>
    </w:p>
    <w:p w14:paraId="777155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dark, dangerous smile curves his lips. "Then tonight is going to hurt."</w:t>
      </w:r>
    </w:p>
    <w:p w14:paraId="51D9EA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standing here, lost in his darkness, wrapped in his promises, I already crave that pain.</w:t>
      </w:r>
    </w:p>
    <w:p w14:paraId="30179B3C" w14:textId="77777777" w:rsidR="00351B3C" w:rsidRPr="00124F84" w:rsidRDefault="00351B3C" w:rsidP="00124F84">
      <w:pPr>
        <w:spacing w:line="240" w:lineRule="auto"/>
        <w:rPr>
          <w:rFonts w:ascii="Times New Roman" w:hAnsi="Times New Roman" w:cs="Times New Roman"/>
          <w:sz w:val="24"/>
          <w:szCs w:val="24"/>
        </w:rPr>
      </w:pPr>
    </w:p>
    <w:p w14:paraId="14AB2B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05B6A4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thinks she’s ready.</w:t>
      </w:r>
    </w:p>
    <w:p w14:paraId="4AC6F0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She’s not even fucking close.</w:t>
      </w:r>
    </w:p>
    <w:p w14:paraId="4D0652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live for this lie, the defiance burning behind her eyes, the delicate lift of that stubborn chin, the erratic flutter of her pulse betraying every secret she’s desperate to keep hidden.</w:t>
      </w:r>
    </w:p>
    <w:p w14:paraId="0692CC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thumb traces the sharp line of her jaw, forcing her gaze to mine. Her breath quickens, catching slightly, fragile, raw. Beautifully breakable.</w:t>
      </w:r>
    </w:p>
    <w:p w14:paraId="48BBF0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Tonight isn’t about giving her what she wants. It’s about showing her exactly what she needs. The harder she fights, the sweeter she’ll break. And I plan on savoring every single second of her unraveling, watching her splinter, watching her beg for mercy she’ll hate herself for craving.</w:t>
      </w:r>
    </w:p>
    <w:p w14:paraId="6D0B88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let’s begin,” I murmur darkly, mouth slanting over hers, swallowing her pride with a kiss she wasn’t prepared for. Her lips part instinctively, a soft, helpless sound spilling free, slipping past her armor and slicing straight through every restraint I thought I had.</w:t>
      </w:r>
    </w:p>
    <w:p w14:paraId="6E80E7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pull back just enough to watch her eyes, wide, unfocused, flooded with lust and confusion, as my fingertips skim slowly down her curves, teasing soft, warm supple skin and lace, savoring each shiver, every involuntary twitch of her hips, every breathless whisper she tries and fails to suppress.</w:t>
      </w:r>
    </w:p>
    <w:p w14:paraId="6242BD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mouth trails lower, lips grazing her throat, her collarbone, leaving tiny, temporary marks, shadows of the bruises I’ll brand her with by the end of tonight.</w:t>
      </w:r>
    </w:p>
    <w:p w14:paraId="356B5E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“First,” I rasp, lips brushing the swell of her breast through sheer lace, watching her lashes flutter, her chest rising sharply, “you’re going to beg.”</w:t>
      </w:r>
    </w:p>
    <w:p w14:paraId="730471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shakes her head in instant denial, breath hitching violently. “I won't.”</w:t>
      </w:r>
    </w:p>
    <w:p w14:paraId="0C9114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darkly against her skin, letting my tongue flick cruelly over the hardened peak beneath the lace. Her entire body jerks helplessly toward me despite her stubborn pride, and heat floods up her neck, shame and desire warring beneath flushed skin.</w:t>
      </w:r>
    </w:p>
    <w:p w14:paraId="34C31440" w14:textId="2C63274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will,” I promise quietly, the threat dripping hot against her trembling body. “I fucking promise</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and then…” I pause just long enough for her eyes to snap open, dazed, pleading, pinned beneath mine, “…you’ll scream pretty for me.”</w:t>
      </w:r>
    </w:p>
    <w:p w14:paraId="3AECA0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sink to my knees.</w:t>
      </w:r>
    </w:p>
    <w:p w14:paraId="22E108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out of reverence, but because I want her to feel every excruciating second of what I’m about to do.</w:t>
      </w:r>
    </w:p>
    <w:p w14:paraId="2DFF9E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palms slide up the backs of her thighs, slow and deliberate, thumbs hooking beneath the waistband of her black lace panties. She jerks instinctively, trying to pull away. My grip tightens on her hips, locking her exactly where I want her.</w:t>
      </w:r>
    </w:p>
    <w:p w14:paraId="4272D6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move,” I warn, voice lethal, barely restrained. “And I stop.”</w:t>
      </w:r>
    </w:p>
    <w:p w14:paraId="4A8C6A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catches sharply. She freezes instantly.</w:t>
      </w:r>
    </w:p>
    <w:p w14:paraId="07DDAB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girl.</w:t>
      </w:r>
    </w:p>
    <w:p w14:paraId="5E0EFD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peel the lace down her hips inch by torturous inch, just enough to expose her, trapping her thighs together. She’s breathing harder now, uneven, desperate as cool air kisses her wet heat. She’s dripping already…fuck, she knows it. And I know it too.</w:t>
      </w:r>
    </w:p>
    <w:p w14:paraId="002513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haven’t even touched her yet.</w:t>
      </w:r>
    </w:p>
    <w:p w14:paraId="295BCC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in, pressing my mouth just above the edge of her panties, letting my breath tease and taunt her overheated skin.</w:t>
      </w:r>
    </w:p>
    <w:p w14:paraId="41C7F4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feel that?” I whisper darkly, voice velvet-coated poison. “That’s your body begging for everything your pride won’t let you say.”</w:t>
      </w:r>
    </w:p>
    <w:p w14:paraId="2EEB3B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fists tighten at her sides. She’s fighting it, fighting the urge to grab me, fighting the urge to surrender.</w:t>
      </w:r>
    </w:p>
    <w:p w14:paraId="116956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 won’t fight long.</w:t>
      </w:r>
    </w:p>
    <w:p w14:paraId="113643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tilt my head, dragging my nose slowly upward along the damp lace, a filthy tease against her throbbing center.</w:t>
      </w:r>
    </w:p>
    <w:p w14:paraId="69B884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moans, low, desperate, broken, and I savor that sound.</w:t>
      </w:r>
    </w:p>
    <w:p w14:paraId="66D03B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tongue sweeps across the lace once, just once, and her thighs tremble so violently I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xml:space="preserve"> grip them tighter to hold her upright.</w:t>
      </w:r>
    </w:p>
    <w:p w14:paraId="5D777D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think you’re not going to beg?” I murmur, voice dripping velvet-coated threat against her aching flesh.</w:t>
      </w:r>
    </w:p>
    <w:p w14:paraId="4C0EE9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w:t>
      </w:r>
    </w:p>
    <w:p w14:paraId="7326C7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Stubborn.</w:t>
      </w:r>
    </w:p>
    <w:p w14:paraId="31BE2C18"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stop.</w:t>
      </w:r>
    </w:p>
    <w:p w14:paraId="67AE59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Completely.</w:t>
      </w:r>
    </w:p>
    <w:p w14:paraId="26BAD9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 still and wait.</w:t>
      </w:r>
    </w:p>
    <w:p w14:paraId="692FC4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her burn, let the ache build, twisting tighter beneath her skin, consuming every thought until she breaks.</w:t>
      </w:r>
    </w:p>
    <w:p w14:paraId="688BA4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trying so fucking hard to stay still. To keep her control.</w:t>
      </w:r>
    </w:p>
    <w:p w14:paraId="502FE8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beautiful. And it’s useless.</w:t>
      </w:r>
    </w:p>
    <w:p w14:paraId="58FB31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closer again, lips hovering just a breath away from her dripping center, no kissing, no licking, just pure, exquisite torture.</w:t>
      </w:r>
    </w:p>
    <w:p w14:paraId="379BD9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 look up.</w:t>
      </w:r>
    </w:p>
    <w:p w14:paraId="70F6F1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staring down at me, lips parted, chest rising and falling sharply, eyes glazed with need she refuses to admit.</w:t>
      </w:r>
    </w:p>
    <w:p w14:paraId="4C9634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“We can play this game all night,” I tell her softly, voice dark silk. “I’m patient when I want to be.”</w:t>
      </w:r>
    </w:p>
    <w:p w14:paraId="395BC5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no answer.</w:t>
      </w:r>
    </w:p>
    <w:p w14:paraId="10AF4A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Fine.</w:t>
      </w:r>
    </w:p>
    <w:p w14:paraId="2FD039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pull back slightly, and she sways forward, body betraying her pride before she can stop it.</w:t>
      </w:r>
    </w:p>
    <w:p w14:paraId="6234B9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tap two fingers firmly against her thigh. “Uh-uh. You want something, Princesa? You ask for it.”</w:t>
      </w:r>
    </w:p>
    <w:p w14:paraId="1BC845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mouth presses into a tight, stubborn line.</w:t>
      </w:r>
    </w:p>
    <w:p w14:paraId="6D2079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pride again. Beautiful, fragile, breakable.</w:t>
      </w:r>
    </w:p>
    <w:p w14:paraId="11EAB0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move in once more, teeth grazing the tender skin of her thigh.</w:t>
      </w:r>
    </w:p>
    <w:p w14:paraId="737101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dripping,” I whisper darkly, voice low and rough like smoke. “And I haven’t even started.”</w:t>
      </w:r>
    </w:p>
    <w:p w14:paraId="5141FB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makes a strangled noise, breath catching sharply. But she doesn’t speak.</w:t>
      </w:r>
    </w:p>
    <w:p w14:paraId="6B64FA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back on my heels, letting silence stretch heavy and thick. Letting the absence of my touch drive her mad. She squirms slightly, thighs pressing together, chasing friction.</w:t>
      </w:r>
    </w:p>
    <w:p w14:paraId="1BD7C3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Trying to cheat.</w:t>
      </w:r>
    </w:p>
    <w:p w14:paraId="3F7D1F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arch a brow, voice ice-cold.</w:t>
      </w:r>
    </w:p>
    <w:p w14:paraId="3E34E6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“Spread them.”</w:t>
      </w:r>
    </w:p>
    <w:p w14:paraId="0E7D53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hesitates, defiance flashing briefly in her eyes before she complies, just enough, just barely.</w:t>
      </w:r>
    </w:p>
    <w:p w14:paraId="78F019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fingers trace slowly up the inside of her thigh, stopping just short of where she needs me most, so close she’s visibly shaking.</w:t>
      </w:r>
    </w:p>
    <w:p w14:paraId="2E08FC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want my fingers, Camille?” I ask softly.</w:t>
      </w:r>
    </w:p>
    <w:p w14:paraId="29DC77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 again.</w:t>
      </w:r>
    </w:p>
    <w:p w14:paraId="09DD79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grip tightens on her hip, firm enough to bruise. “I asked you a question,” I growl, voice dropping lower, harder. “Do you want my fucking fingers?”</w:t>
      </w:r>
    </w:p>
    <w:p w14:paraId="10925B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head tips back slightly, throat exposed, pulse fluttering rapidly. And finally, finally, a whisper slips past her lips.</w:t>
      </w:r>
    </w:p>
    <w:p w14:paraId="59DBCC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w:t>
      </w:r>
    </w:p>
    <w:p w14:paraId="603234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darkly, pressing my mouth just beside where her pulse throbs hardest, my voice rough with triumph.</w:t>
      </w:r>
    </w:p>
    <w:p w14:paraId="010D37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good enough. Beg me.”</w:t>
      </w:r>
    </w:p>
    <w:p w14:paraId="731904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whimpers.</w:t>
      </w:r>
    </w:p>
    <w:p w14:paraId="21C6BC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One second passes.</w:t>
      </w:r>
    </w:p>
    <w:p w14:paraId="604A32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Two.</w:t>
      </w:r>
    </w:p>
    <w:p w14:paraId="1974BC86" w14:textId="3CADB23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w:t>
      </w:r>
      <w:r w:rsidR="00635830" w:rsidRPr="00124F84">
        <w:rPr>
          <w:rFonts w:ascii="Times New Roman" w:hAnsi="Times New Roman" w:cs="Times New Roman"/>
          <w:sz w:val="24"/>
          <w:szCs w:val="24"/>
        </w:rPr>
        <w:t>…</w:t>
      </w:r>
    </w:p>
    <w:p w14:paraId="2E712D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w:t>
      </w:r>
    </w:p>
    <w:p w14:paraId="46D969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move. Don’t speak. Don’t give her a fucking inch.</w:t>
      </w:r>
    </w:p>
    <w:p w14:paraId="1DA83B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trembles, and I savor it.</w:t>
      </w:r>
    </w:p>
    <w:p w14:paraId="5A11E3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 she whispers again, softer, rougher. Need dripping from every breath.</w:t>
      </w:r>
    </w:p>
    <w:p w14:paraId="7B5929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 hangs thick.</w:t>
      </w:r>
    </w:p>
    <w:p w14:paraId="26A7C2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Heavy.</w:t>
      </w:r>
    </w:p>
    <w:p w14:paraId="0CEFB396" w14:textId="240BE4C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Until</w:t>
      </w:r>
      <w:r w:rsidR="00027863" w:rsidRPr="00124F84">
        <w:rPr>
          <w:rFonts w:ascii="Times New Roman" w:hAnsi="Times New Roman" w:cs="Times New Roman"/>
          <w:sz w:val="24"/>
          <w:szCs w:val="24"/>
        </w:rPr>
        <w:t>…</w:t>
      </w:r>
    </w:p>
    <w:p w14:paraId="62C92EE6" w14:textId="064D4A5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 she finally gasps out, voice shaking. “Touch me…I need your mouth. Fuck, please</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w:t>
      </w:r>
    </w:p>
    <w:p w14:paraId="5B190A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 it is.</w:t>
      </w:r>
    </w:p>
    <w:p w14:paraId="6AAABA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broken surrender.</w:t>
      </w:r>
    </w:p>
    <w:p w14:paraId="32BFA4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slowly against her thigh, lips brushing her skin.</w:t>
      </w:r>
    </w:p>
    <w:p w14:paraId="7D0430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Fucking music.</w:t>
      </w:r>
    </w:p>
    <w:p w14:paraId="24BCF3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exactly how it sounds.</w:t>
      </w:r>
    </w:p>
    <w:p w14:paraId="7FC9E8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move.</w:t>
      </w:r>
    </w:p>
    <w:p w14:paraId="7FD736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Fast.</w:t>
      </w:r>
    </w:p>
    <w:p w14:paraId="7E6008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Dragging her down onto the floor, onto my tongue, like she’s exactly where she belongs.</w:t>
      </w:r>
    </w:p>
    <w:p w14:paraId="45390F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she fucking is.</w:t>
      </w:r>
    </w:p>
    <w:p w14:paraId="3915FA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1B32F52B" w14:textId="77777777" w:rsidR="00351B3C" w:rsidRPr="00124F84" w:rsidRDefault="00351B3C" w:rsidP="00124F84">
      <w:pPr>
        <w:spacing w:line="240" w:lineRule="auto"/>
        <w:rPr>
          <w:rFonts w:ascii="Times New Roman" w:hAnsi="Times New Roman" w:cs="Times New Roman"/>
          <w:sz w:val="24"/>
          <w:szCs w:val="24"/>
        </w:rPr>
      </w:pPr>
    </w:p>
    <w:p w14:paraId="0CF42042"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t>Chapter Three</w:t>
      </w:r>
    </w:p>
    <w:p w14:paraId="0C8628D8" w14:textId="77777777" w:rsidR="00351B3C" w:rsidRPr="00124F84" w:rsidRDefault="00351B3C" w:rsidP="00124F84">
      <w:pPr>
        <w:spacing w:line="240" w:lineRule="auto"/>
        <w:rPr>
          <w:rFonts w:ascii="Times New Roman" w:hAnsi="Times New Roman" w:cs="Times New Roman"/>
          <w:sz w:val="24"/>
          <w:szCs w:val="24"/>
        </w:rPr>
      </w:pPr>
    </w:p>
    <w:p w14:paraId="11D9A809"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661012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floor.</w:t>
      </w:r>
    </w:p>
    <w:p w14:paraId="1199D9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knees.</w:t>
      </w:r>
    </w:p>
    <w:p w14:paraId="563333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mouth.</w:t>
      </w:r>
    </w:p>
    <w:p w14:paraId="054984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I’m fucking gone.</w:t>
      </w:r>
    </w:p>
    <w:p w14:paraId="707254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moment his tongue hits my clit, it’s not pleasure, it’s obliteration.</w:t>
      </w:r>
    </w:p>
    <w:p w14:paraId="6D1ECD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There’s no lead-up. No slow burn. No gentle climb to the edge.</w:t>
      </w:r>
    </w:p>
    <w:p w14:paraId="51CE79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 brutal, headlong crash into sensation that tears the breath from my lungs. My spine arches like a live wire’s been jammed down my back, hips jerking wildly as my body tries to escape the intensity, only to find out there’s no escape.</w:t>
      </w:r>
    </w:p>
    <w:p w14:paraId="792667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let me move.</w:t>
      </w:r>
    </w:p>
    <w:p w14:paraId="515FA2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Doesn’t let me breathe.</w:t>
      </w:r>
    </w:p>
    <w:p w14:paraId="5CFC3C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wants me unhinged.</w:t>
      </w:r>
    </w:p>
    <w:p w14:paraId="53A3C8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hands are unforgiving, fingers locked around my thighs, spreading me open like I’m his to fuck, his to break, his to feed on. His grip is rough, possessive, bruising. He’s not holding me in place. He’s staking a claim.</w:t>
      </w:r>
    </w:p>
    <w:p w14:paraId="4D516E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fuck, he’s not eating me out.</w:t>
      </w:r>
    </w:p>
    <w:p w14:paraId="481308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devouring me.</w:t>
      </w:r>
    </w:p>
    <w:p w14:paraId="1D43AC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Starving. Ferocious.</w:t>
      </w:r>
    </w:p>
    <w:p w14:paraId="48473D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I’m the only thing he’s ever needed in his life.</w:t>
      </w:r>
    </w:p>
    <w:p w14:paraId="700AA7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flick of his tongue is calculated chaos. Flat, broad strokes that make me see white. Then a slow swirl, circling my clit like he’s branding it, learning it, owning it.</w:t>
      </w:r>
    </w:p>
    <w:p w14:paraId="63BD3E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comes the flick. That precise, infuriating flick that turns my moan into a scream, my heartbeat into a riot.</w:t>
      </w:r>
    </w:p>
    <w:p w14:paraId="6E0508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Hot tongue.</w:t>
      </w:r>
    </w:p>
    <w:p w14:paraId="523701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Wet lips.</w:t>
      </w:r>
    </w:p>
    <w:p w14:paraId="233D42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kiss…so fucking dirty.</w:t>
      </w:r>
    </w:p>
    <w:p w14:paraId="0036AF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It’s obscene, the way he mouths at me. Kissing my pussy like it’s sacred and filthy at the same time. Like he worships it. Like he needs it.</w:t>
      </w:r>
    </w:p>
    <w:p w14:paraId="4CF381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Sloppy, possessive, starved.</w:t>
      </w:r>
    </w:p>
    <w:p w14:paraId="34CAFD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Over and </w:t>
      </w:r>
      <w:proofErr w:type="gramStart"/>
      <w:r w:rsidRPr="00124F84">
        <w:rPr>
          <w:rFonts w:ascii="Times New Roman" w:hAnsi="Times New Roman" w:cs="Times New Roman"/>
          <w:sz w:val="24"/>
          <w:szCs w:val="24"/>
        </w:rPr>
        <w:t>over and over again</w:t>
      </w:r>
      <w:proofErr w:type="gramEnd"/>
      <w:r w:rsidRPr="00124F84">
        <w:rPr>
          <w:rFonts w:ascii="Times New Roman" w:hAnsi="Times New Roman" w:cs="Times New Roman"/>
          <w:sz w:val="24"/>
          <w:szCs w:val="24"/>
        </w:rPr>
        <w:t>…</w:t>
      </w:r>
    </w:p>
    <w:p w14:paraId="6A706C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flick</w:t>
      </w:r>
    </w:p>
    <w:p w14:paraId="76102B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lick</w:t>
      </w:r>
    </w:p>
    <w:p w14:paraId="656282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circle</w:t>
      </w:r>
    </w:p>
    <w:p w14:paraId="0F384B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suck</w:t>
      </w:r>
    </w:p>
    <w:p w14:paraId="7DC657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kiss</w:t>
      </w:r>
    </w:p>
    <w:p w14:paraId="3D0993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moan</w:t>
      </w:r>
    </w:p>
    <w:p w14:paraId="336BD7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repeat.</w:t>
      </w:r>
    </w:p>
    <w:p w14:paraId="4B3E34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then the rhythm stops. He pulls back. Drives me to the edge and then fucking abandons me there, panting and ruined, drenched and shaking.</w:t>
      </w:r>
    </w:p>
    <w:p w14:paraId="2C5F00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whimper. It’s humiliating. My thighs are trembling, my pussy is throbbing, aching, soaked, needy.</w:t>
      </w:r>
    </w:p>
    <w:p w14:paraId="53A245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drags his mouth down, lips brushing my inner thigh. Just enough to make me scream without making a sound.</w:t>
      </w:r>
    </w:p>
    <w:p w14:paraId="136072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“Keep squirming and I’ll make you come with my fingers buried in your throat instead,” he rasps against my skin, voice low, dripping with threat.</w:t>
      </w:r>
    </w:p>
    <w:p w14:paraId="7623F1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go still. So still.</w:t>
      </w:r>
    </w:p>
    <w:p w14:paraId="5C045F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“Good girl,” he croons, lips brushing my soaked panties. “But I want to hear you say it. What do you want,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w:t>
      </w:r>
    </w:p>
    <w:p w14:paraId="2EC1FC42" w14:textId="170ECFF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your mouth,” I gasp. “Please. Please eat me. Make me come. I need it…I need you…I need your mouth…your tongue, please</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w:t>
      </w:r>
    </w:p>
    <w:p w14:paraId="62F73B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can do better than that,” he growls, voice thick, rough with warning. “Beg like you fucking mean it.”</w:t>
      </w:r>
    </w:p>
    <w:p w14:paraId="41A721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soaked,” I choke out, voice fracturing, shattering into shameless desperation. “I’m so fucking wet it hurts. My pussy is aching, throbbing. I’m dripping for you. I need your mouth…I want to grind myself against your tongue until I’m screaming, until I can’t fucking breathe. Please, please, just let me come on your face, let me make a mess on your mouth, please don’t stop, please don’t fucking stop…”</w:t>
      </w:r>
    </w:p>
    <w:p w14:paraId="43C926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when he snaps.</w:t>
      </w:r>
    </w:p>
    <w:p w14:paraId="16CEDD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 primal, feral growl tears from his throat, and he surges forward, mouth colliding brutally with my pussy, tongue flattening ruthlessly against my clit. He sucks, hard and merciless, then laps at me roughly, licks and flicks, devouring me like a starving animal, like I’m his last meal, his obsession, his property.</w:t>
      </w:r>
    </w:p>
    <w:p w14:paraId="19069C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scream…loud, broken, shameless.</w:t>
      </w:r>
    </w:p>
    <w:p w14:paraId="2DA9D0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nails rake through his hair, pulling hard enough to tear, hips grinding desperately against his face, chasing friction, chasing more. I can feel myself soaking him, flooding his mouth, smearing his chin and cheeks, dripping down his jaw like proof of his conquest.</w:t>
      </w:r>
    </w:p>
    <w:p w14:paraId="66B9AF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moans deep into my cunt, vibrations rolling through me, shattering what’s left of my sanity.</w:t>
      </w:r>
    </w:p>
    <w:p w14:paraId="7C9002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orgasm hits like a freight train, violent, all-consuming, brain breaking. I convulse under him, around him, through him. I can’t breathe. Can’t think. Can’t be. Tears stream down my face as I sob through the explosion, coming so hard my vision whites out, my throat raw from screaming.</w:t>
      </w:r>
    </w:p>
    <w:p w14:paraId="3BBE7E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 doesn’t stop. He won’t let me escape.</w:t>
      </w:r>
    </w:p>
    <w:p w14:paraId="15FFB7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drinks me down, swallowing greedily, tongue relentless, like he’ll never get enough, determined to own every drop, every sound, every broken piece of me.  </w:t>
      </w:r>
    </w:p>
    <w:p w14:paraId="0E1D28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sobbing.</w:t>
      </w:r>
    </w:p>
    <w:p w14:paraId="0FA240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Clawing.</w:t>
      </w:r>
    </w:p>
    <w:p w14:paraId="5E9896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Coming.</w:t>
      </w:r>
    </w:p>
    <w:p w14:paraId="1EC048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don’t care how I sound.</w:t>
      </w:r>
    </w:p>
    <w:p w14:paraId="5CB230EE" w14:textId="43DD7DA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care who I am.</w:t>
      </w:r>
    </w:p>
    <w:p w14:paraId="3B0BF5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in this moment, split open, flooded with heat and tears and obscene fucking pleasure, this is the only version of me that’s ever felt real.</w:t>
      </w:r>
    </w:p>
    <w:p w14:paraId="54CD5D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w:t>
      </w:r>
    </w:p>
    <w:p w14:paraId="659A96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Ruined.</w:t>
      </w:r>
    </w:p>
    <w:p w14:paraId="769C3B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free.</w:t>
      </w:r>
    </w:p>
    <w:p w14:paraId="62ACAC5B" w14:textId="77777777" w:rsidR="00351B3C" w:rsidRPr="00124F84" w:rsidRDefault="00351B3C" w:rsidP="00124F84">
      <w:pPr>
        <w:spacing w:line="240" w:lineRule="auto"/>
        <w:rPr>
          <w:rFonts w:ascii="Times New Roman" w:hAnsi="Times New Roman" w:cs="Times New Roman"/>
          <w:sz w:val="24"/>
          <w:szCs w:val="24"/>
        </w:rPr>
      </w:pPr>
    </w:p>
    <w:p w14:paraId="155D1214" w14:textId="77777777" w:rsidR="00351B3C" w:rsidRPr="00124F84" w:rsidRDefault="00351B3C" w:rsidP="00124F84">
      <w:pPr>
        <w:spacing w:line="240" w:lineRule="auto"/>
        <w:rPr>
          <w:rFonts w:ascii="Times New Roman" w:hAnsi="Times New Roman" w:cs="Times New Roman"/>
          <w:sz w:val="24"/>
          <w:szCs w:val="24"/>
        </w:rPr>
      </w:pPr>
    </w:p>
    <w:p w14:paraId="2E8B35C6" w14:textId="77777777" w:rsidR="00351B3C" w:rsidRPr="00124F84" w:rsidRDefault="00351B3C" w:rsidP="00124F84">
      <w:pPr>
        <w:spacing w:line="240" w:lineRule="auto"/>
        <w:rPr>
          <w:rFonts w:ascii="Times New Roman" w:hAnsi="Times New Roman" w:cs="Times New Roman"/>
          <w:sz w:val="24"/>
          <w:szCs w:val="24"/>
        </w:rPr>
      </w:pPr>
    </w:p>
    <w:p w14:paraId="2D9AC2B9"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252D0C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shatters.</w:t>
      </w:r>
    </w:p>
    <w:p w14:paraId="4C3AB8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don’t stop.</w:t>
      </w:r>
    </w:p>
    <w:p w14:paraId="03C31A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watch every second.</w:t>
      </w:r>
    </w:p>
    <w:p w14:paraId="6EDC6A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just the way her body arches off the floor, thighs shaking, hands grasping uselessly for anything to hold onto. Not just the way her voice fractures into sobs of pleasure so raw they echo through my chest.</w:t>
      </w:r>
    </w:p>
    <w:p w14:paraId="18F288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for the moment after.</w:t>
      </w:r>
      <w:r w:rsidRPr="00124F84">
        <w:rPr>
          <w:rFonts w:ascii="Times New Roman" w:hAnsi="Times New Roman" w:cs="Times New Roman"/>
          <w:sz w:val="24"/>
          <w:szCs w:val="24"/>
        </w:rPr>
        <w:br/>
        <w:t>The silence.</w:t>
      </w:r>
      <w:r w:rsidRPr="00124F84">
        <w:rPr>
          <w:rFonts w:ascii="Times New Roman" w:hAnsi="Times New Roman" w:cs="Times New Roman"/>
          <w:sz w:val="24"/>
          <w:szCs w:val="24"/>
        </w:rPr>
        <w:br/>
        <w:t>That stillness where the old Camille breaks, and the new one begins.</w:t>
      </w:r>
    </w:p>
    <w:p w14:paraId="2B68F9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trembling, breath ragged, eyes glazed like she’s drifting somewhere between the woman she used to be and the woman she’s about to become.</w:t>
      </w:r>
    </w:p>
    <w:p w14:paraId="752ACC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woman I just remade with my tongue, my mouth, my hands.</w:t>
      </w:r>
    </w:p>
    <w:p w14:paraId="05FC85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Mine.</w:t>
      </w:r>
    </w:p>
    <w:p w14:paraId="439039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I drag my palm up the inside of her thigh, soft enough to soothe, firm enough to remind her who put her here. She flinches at my touch, overstimulated, sensitive, stripped raw.</w:t>
      </w:r>
    </w:p>
    <w:p w14:paraId="0EF1EA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Fucking perfect.</w:t>
      </w:r>
    </w:p>
    <w:p w14:paraId="71B19F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“Look at me,” I tell her.</w:t>
      </w:r>
    </w:p>
    <w:p w14:paraId="4643EB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voice is quiet.</w:t>
      </w:r>
    </w:p>
    <w:p w14:paraId="36B9D4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sharpness. No edge.</w:t>
      </w:r>
    </w:p>
    <w:p w14:paraId="12270C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that steady, relentless demand that she obeys.</w:t>
      </w:r>
    </w:p>
    <w:p w14:paraId="7F25E6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blinks slowly, eyes still hazy, like she’s still coming down from the high.</w:t>
      </w:r>
    </w:p>
    <w:p w14:paraId="6BFE65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I say again, lower, closer to something that might almost be tenderness, if it wasn’t laced with the kind of danger she knows she can’t resist. “Look. At. Me.”</w:t>
      </w:r>
    </w:p>
    <w:p w14:paraId="1979D0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Finally, her eyes find mine.</w:t>
      </w:r>
      <w:r w:rsidRPr="00124F84">
        <w:rPr>
          <w:rFonts w:ascii="Times New Roman" w:hAnsi="Times New Roman" w:cs="Times New Roman"/>
          <w:sz w:val="24"/>
          <w:szCs w:val="24"/>
        </w:rPr>
        <w:br/>
        <w:t>Wide. Open. Wrecked.</w:t>
      </w:r>
    </w:p>
    <w:p w14:paraId="714BCB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seeing her like this, vulnerable and ruined, lights something primal behind my ribs. Because no one else gets this part of her.</w:t>
      </w:r>
    </w:p>
    <w:p w14:paraId="03D23E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belongs only to me.</w:t>
      </w:r>
    </w:p>
    <w:p w14:paraId="33AA64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reach up, brush a strand of hair from her flushed face, fingertips lingering against her skin.</w:t>
      </w:r>
    </w:p>
    <w:p w14:paraId="2AD3FC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“Eres tan </w:t>
      </w:r>
      <w:proofErr w:type="spellStart"/>
      <w:r w:rsidRPr="00124F84">
        <w:rPr>
          <w:rFonts w:ascii="Times New Roman" w:hAnsi="Times New Roman" w:cs="Times New Roman"/>
          <w:sz w:val="24"/>
          <w:szCs w:val="24"/>
        </w:rPr>
        <w:t>jodidamente</w:t>
      </w:r>
      <w:proofErr w:type="spellEnd"/>
      <w:r w:rsidRPr="00124F84">
        <w:rPr>
          <w:rFonts w:ascii="Times New Roman" w:hAnsi="Times New Roman" w:cs="Times New Roman"/>
          <w:sz w:val="24"/>
          <w:szCs w:val="24"/>
        </w:rPr>
        <w:t xml:space="preserve"> hermosa.”</w:t>
      </w:r>
      <w:r w:rsidRPr="00124F84">
        <w:rPr>
          <w:rFonts w:ascii="Times New Roman" w:hAnsi="Times New Roman" w:cs="Times New Roman"/>
          <w:sz w:val="24"/>
          <w:szCs w:val="24"/>
        </w:rPr>
        <w:br/>
        <w:t>You’re so fucking beautiful.</w:t>
      </w:r>
    </w:p>
    <w:p w14:paraId="218ACF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whispered. Not a compliment.</w:t>
      </w:r>
      <w:r w:rsidRPr="00124F84">
        <w:rPr>
          <w:rFonts w:ascii="Times New Roman" w:hAnsi="Times New Roman" w:cs="Times New Roman"/>
          <w:sz w:val="24"/>
          <w:szCs w:val="24"/>
        </w:rPr>
        <w:br/>
        <w:t>A confession, raw and reckless, drawn from that hollow space I never show anyone.</w:t>
      </w:r>
    </w:p>
    <w:p w14:paraId="653CF9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Then I rise.</w:t>
      </w:r>
      <w:r w:rsidRPr="00124F84">
        <w:rPr>
          <w:rFonts w:ascii="Times New Roman" w:hAnsi="Times New Roman" w:cs="Times New Roman"/>
          <w:sz w:val="24"/>
          <w:szCs w:val="24"/>
        </w:rPr>
        <w:br/>
        <w:t>Slow. Silent. Controlled.</w:t>
      </w:r>
    </w:p>
    <w:p w14:paraId="6F415E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stays on her knees, lingerie twisted and damp, skin glowing softly in the dim light, pulse thrumming visibly at her throat. She’s still trembling, still waiting, still hungry.</w:t>
      </w:r>
    </w:p>
    <w:p w14:paraId="39C958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perfect, polished heiress.</w:t>
      </w:r>
      <w:r w:rsidRPr="00124F84">
        <w:rPr>
          <w:rFonts w:ascii="Times New Roman" w:hAnsi="Times New Roman" w:cs="Times New Roman"/>
          <w:sz w:val="24"/>
          <w:szCs w:val="24"/>
        </w:rPr>
        <w:br/>
        <w:t>My chaos wrapped in silk and lace.</w:t>
      </w:r>
      <w:r w:rsidRPr="00124F84">
        <w:rPr>
          <w:rFonts w:ascii="Times New Roman" w:hAnsi="Times New Roman" w:cs="Times New Roman"/>
          <w:sz w:val="24"/>
          <w:szCs w:val="24"/>
        </w:rPr>
        <w:br/>
        <w:t>My sweetest poison.</w:t>
      </w:r>
    </w:p>
    <w:p w14:paraId="7C5BAA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down, scoop her effortlessly into my arms. One hand beneath her knees, one behind her back.</w:t>
      </w:r>
    </w:p>
    <w:p w14:paraId="63B859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gasps quietly, a sound so delicate I almost miss it. Her head drops to my chest, breath shallow, heart pounding.</w:t>
      </w:r>
    </w:p>
    <w:p w14:paraId="325802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surrendering.</w:t>
      </w:r>
      <w:r w:rsidRPr="00124F84">
        <w:rPr>
          <w:rFonts w:ascii="Times New Roman" w:hAnsi="Times New Roman" w:cs="Times New Roman"/>
          <w:sz w:val="24"/>
          <w:szCs w:val="24"/>
        </w:rPr>
        <w:br/>
        <w:t>Not yet.</w:t>
      </w:r>
      <w:r w:rsidRPr="00124F84">
        <w:rPr>
          <w:rFonts w:ascii="Times New Roman" w:hAnsi="Times New Roman" w:cs="Times New Roman"/>
          <w:sz w:val="24"/>
          <w:szCs w:val="24"/>
        </w:rPr>
        <w:br/>
        <w:t>But bracing for more.</w:t>
      </w:r>
    </w:p>
    <w:p w14:paraId="75547F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I’m not giving it to her.</w:t>
      </w:r>
      <w:r w:rsidRPr="00124F84">
        <w:rPr>
          <w:rFonts w:ascii="Times New Roman" w:hAnsi="Times New Roman" w:cs="Times New Roman"/>
          <w:sz w:val="24"/>
          <w:szCs w:val="24"/>
        </w:rPr>
        <w:br/>
        <w:t>Yet.</w:t>
      </w:r>
    </w:p>
    <w:p w14:paraId="45A286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bedroom waits, dark sheets, deeper shadows, moonlight spilling across the bed like silver ink. I lay her down carefully, deliberately, like something I’m planning to break, but not yet.</w:t>
      </w:r>
    </w:p>
    <w:p w14:paraId="07185F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stares up at me, lips swollen, body still flushed and wanting. Still desperate.</w:t>
      </w:r>
    </w:p>
    <w:p w14:paraId="4D060D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in, kissing her slowly, firmly, just enough pressure to brand her. To remind her that she’ll feel this even when she’s back in her perfect, empty world tomorrow.</w:t>
      </w:r>
    </w:p>
    <w:p w14:paraId="7C37BD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pull back, her breath catches sharply, eyes fluttering in confusion. She’s used to getting what she wants. She’s never been left like this.</w:t>
      </w:r>
    </w:p>
    <w:p w14:paraId="017B07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Hungry. Needy. Waiting.</w:t>
      </w:r>
    </w:p>
    <w:p w14:paraId="67C844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thumb strokes softly across her cheek. “Goodnight,” I say quietly.</w:t>
      </w:r>
    </w:p>
    <w:p w14:paraId="08F795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start to rise. But her hand snaps out, fingers locking tight around my wrist, instinctive, urgent, desperate.</w:t>
      </w:r>
    </w:p>
    <w:p w14:paraId="1D34CF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she whispers, small, honest, fucking helpless: “I don’t want to sleep.”</w:t>
      </w:r>
    </w:p>
    <w:p w14:paraId="0E04A0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voice cracks, barely audible.</w:t>
      </w:r>
    </w:p>
    <w:p w14:paraId="628AFD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cock throbs painfully, hard, ready, aching to bury itself deep inside her, but I don’t move. Not yet.</w:t>
      </w:r>
    </w:p>
    <w:p w14:paraId="091C3B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Instead, I lower myself beside her again, slow and deliberate, bracing my arm just above her head. Her breath quickens, eyes wide and glassy.</w:t>
      </w:r>
    </w:p>
    <w:p w14:paraId="1B2305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smile slowly.</w:t>
      </w:r>
    </w:p>
    <w:p w14:paraId="29A8F9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Darkly.</w:t>
      </w:r>
    </w:p>
    <w:p w14:paraId="5289A6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Exactly the way I know she hates it.</w:t>
      </w:r>
    </w:p>
    <w:p w14:paraId="05C985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I whisper, voice velvet-coated cruelty.</w:t>
      </w:r>
    </w:p>
    <w:p w14:paraId="1F13E0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chest rises sharply. “Then why…”</w:t>
      </w:r>
    </w:p>
    <w:p w14:paraId="5895E7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cut her off, grazing my lips along her cheek, “you don’t get to step into my world and pretend you own it.”</w:t>
      </w:r>
    </w:p>
    <w:p w14:paraId="09CFB6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parts her lips to speak </w:t>
      </w:r>
      <w:proofErr w:type="gramStart"/>
      <w:r w:rsidRPr="00124F84">
        <w:rPr>
          <w:rFonts w:ascii="Times New Roman" w:hAnsi="Times New Roman" w:cs="Times New Roman"/>
          <w:sz w:val="24"/>
          <w:szCs w:val="24"/>
        </w:rPr>
        <w:t>again,</w:t>
      </w:r>
      <w:proofErr w:type="gramEnd"/>
      <w:r w:rsidRPr="00124F84">
        <w:rPr>
          <w:rFonts w:ascii="Times New Roman" w:hAnsi="Times New Roman" w:cs="Times New Roman"/>
          <w:sz w:val="24"/>
          <w:szCs w:val="24"/>
        </w:rPr>
        <w:t xml:space="preserve"> I cover them gently with my palm.</w:t>
      </w:r>
    </w:p>
    <w:p w14:paraId="0087CF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don’t give a fuck how soaked you are,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I growl against her ear, my breath hot, my tone ice. “You think a dripping pussy earns you anything with me? Think again.”</w:t>
      </w:r>
    </w:p>
    <w:p w14:paraId="753F16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jerks beneath me, defiant, flushed, furious. But her breath catches, shaky and ragged, and that tells me everything. Her body’s already caving. Her mind just hasn’t caught up.</w:t>
      </w:r>
    </w:p>
    <w:p w14:paraId="103CC6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scrape my teeth slowly down her throat, biting just hard enough to make her gasp, just soft enough to keep her needy. My voice dips low, cut glass wrapped in sin.</w:t>
      </w:r>
    </w:p>
    <w:p w14:paraId="06A5D3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want my cock?” I whisper, cruel and quiet, dragging it out like a threat. “Then earn it. Open that spoiled little mouth and fucking beg for it.”</w:t>
      </w:r>
    </w:p>
    <w:p w14:paraId="22BCCADB" w14:textId="2946207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back slightly, just enough to see her face. She’s close</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her mask cracking, pupils blown wide, lips parted around shallow, panting breaths. Her body’s already betraying her.</w:t>
      </w:r>
    </w:p>
    <w:p w14:paraId="3FBEEE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hates this.</w:t>
      </w:r>
    </w:p>
    <w:p w14:paraId="1AD748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loves this.</w:t>
      </w:r>
    </w:p>
    <w:p w14:paraId="500EC8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drag my fingers along her throat, trailing slow, lazy circles that tighten just enough to make her eyes flutter. Then I slide lower. Over her collarbone. Across the swell of her breast. I brush her nipple with the backs of my fingers, barely a touch. Just enough to make it pebble beneath the lace. Just enough to make her moan.</w:t>
      </w:r>
    </w:p>
    <w:p w14:paraId="6239BB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 pull back. Ice cold.</w:t>
      </w:r>
    </w:p>
    <w:p w14:paraId="5BD95B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yet.” I smirk, letting the denial slice through her like a blade. “You haven’t earned shit.”</w:t>
      </w:r>
    </w:p>
    <w:p w14:paraId="3C9F1C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whimpers, an actual fucking whimper, and clutches at my wrist like I’m oxygen, like she’ll die if I take more distance between us.</w:t>
      </w:r>
    </w:p>
    <w:p w14:paraId="3F2077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get to lie there dripping, trembling, acting like a little brat and expect me to reward you. You don’t deserve my cock just because your cunt’s desperate.”</w:t>
      </w:r>
    </w:p>
    <w:p w14:paraId="5BA3CE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swallows hard, throat bobbing, lashes wet.</w:t>
      </w:r>
    </w:p>
    <w:p w14:paraId="362E38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hips twitch </w:t>
      </w:r>
      <w:proofErr w:type="gramStart"/>
      <w:r w:rsidRPr="00124F84">
        <w:rPr>
          <w:rFonts w:ascii="Times New Roman" w:hAnsi="Times New Roman" w:cs="Times New Roman"/>
          <w:sz w:val="24"/>
          <w:szCs w:val="24"/>
        </w:rPr>
        <w:t>again,</w:t>
      </w:r>
      <w:proofErr w:type="gramEnd"/>
      <w:r w:rsidRPr="00124F84">
        <w:rPr>
          <w:rFonts w:ascii="Times New Roman" w:hAnsi="Times New Roman" w:cs="Times New Roman"/>
          <w:sz w:val="24"/>
          <w:szCs w:val="24"/>
        </w:rPr>
        <w:t xml:space="preserve"> another pathetic, helpless plea her pride won’t let her speak.</w:t>
      </w:r>
    </w:p>
    <w:p w14:paraId="2638F4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But I see it.</w:t>
      </w:r>
    </w:p>
    <w:p w14:paraId="720B0F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see everything.</w:t>
      </w:r>
    </w:p>
    <w:p w14:paraId="2D5139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glossy desperation in her eyes. The involuntary tremble in her thighs. The way her body is practically crying for mine.</w:t>
      </w:r>
    </w:p>
    <w:p w14:paraId="20050D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want to be split open, baby?” I murmur, voice a dark drag across her nerves. “You want this cock stretching that tight little hole? Making you sob into my sheets while I ruin you from the inside out?”</w:t>
      </w:r>
    </w:p>
    <w:p w14:paraId="7CD145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my gaze roam down her body like I’m deciding where to start carving her open.</w:t>
      </w:r>
    </w:p>
    <w:p w14:paraId="0376FE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“Beg for it. Tell me how badly you need to be filled. Tell me why you can’t fucking take another second without my cock inside you.”</w:t>
      </w:r>
    </w:p>
    <w:p w14:paraId="071093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stays silent, just for a second. Just long enough to convince herself she has a choice.</w:t>
      </w:r>
    </w:p>
    <w:p w14:paraId="21F106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 feel it, her fingers tightening on my wrist like she’s pleading. Silent. Fragile.</w:t>
      </w:r>
    </w:p>
    <w:p w14:paraId="36929E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Slow. Vicious. And I start to pry her grip loose, finger by finger. Watching her shatter as she realizes I’m taking everything away.</w:t>
      </w:r>
    </w:p>
    <w:p w14:paraId="31D2FF8D" w14:textId="77777777" w:rsidR="00351B3C" w:rsidRPr="00124F84" w:rsidRDefault="00351B3C" w:rsidP="00124F84">
      <w:pPr>
        <w:spacing w:line="240" w:lineRule="auto"/>
        <w:rPr>
          <w:rFonts w:ascii="Times New Roman" w:hAnsi="Times New Roman" w:cs="Times New Roman"/>
          <w:sz w:val="24"/>
          <w:szCs w:val="24"/>
        </w:rPr>
      </w:pPr>
    </w:p>
    <w:p w14:paraId="06A297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26AAE817" w14:textId="77777777" w:rsidR="00351B3C" w:rsidRPr="00124F84" w:rsidRDefault="00351B3C" w:rsidP="00124F84">
      <w:pPr>
        <w:spacing w:line="240" w:lineRule="auto"/>
        <w:rPr>
          <w:rFonts w:ascii="Times New Roman" w:hAnsi="Times New Roman" w:cs="Times New Roman"/>
          <w:sz w:val="24"/>
          <w:szCs w:val="24"/>
        </w:rPr>
      </w:pPr>
    </w:p>
    <w:p w14:paraId="05968C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moment he pulls away, the warmth vanishes, replaced instantly by a bone-deep ache. Cold. Hollow. Painfully empty.</w:t>
      </w:r>
    </w:p>
    <w:p w14:paraId="7B9521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sits back, fully clothed, utterly composed. Calm. Patient. Watching me, waiting for the exact moment I break.</w:t>
      </w:r>
    </w:p>
    <w:p w14:paraId="232ACD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told me to beg.</w:t>
      </w:r>
    </w:p>
    <w:p w14:paraId="3C1A9B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wants me to humiliate myself. To shatter my pride on the marble floor at his feet.</w:t>
      </w:r>
    </w:p>
    <w:p w14:paraId="63CECB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swore I’d never become this girl…kneeling, shattered, ready to plead just for a taste of him, for one brutal touch from a man who holds my dignity like it’s nothing.</w:t>
      </w:r>
    </w:p>
    <w:p w14:paraId="0F4F1A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here I am again.</w:t>
      </w:r>
    </w:p>
    <w:p w14:paraId="68C861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Skin flushed, lace ruined, trembling with desperation, dripping, throbbing, raw and completely at his mercy. I’m so empty it hurts, the ache twisting and blooming, relentless and cruel.</w:t>
      </w:r>
    </w:p>
    <w:p w14:paraId="6A485A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Exactly the way he wants me.</w:t>
      </w:r>
    </w:p>
    <w:p w14:paraId="74D30F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Exactly the way he left me.</w:t>
      </w:r>
    </w:p>
    <w:p w14:paraId="60120F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throat tightens painfully, humiliation burning hot behind my ribs. My eyes sting with unshed tears, not sadness, but anger. Shame. Need so raw it cuts me apart.</w:t>
      </w:r>
    </w:p>
    <w:p w14:paraId="2FF50DB4" w14:textId="77777777" w:rsidR="00351B3C" w:rsidRPr="00124F84" w:rsidRDefault="00351B3C" w:rsidP="00124F84">
      <w:pPr>
        <w:spacing w:line="240" w:lineRule="auto"/>
        <w:rPr>
          <w:rFonts w:ascii="Times New Roman" w:hAnsi="Times New Roman" w:cs="Times New Roman"/>
          <w:i/>
          <w:iCs/>
          <w:sz w:val="24"/>
          <w:szCs w:val="24"/>
        </w:rPr>
      </w:pPr>
      <w:r w:rsidRPr="00124F84">
        <w:rPr>
          <w:rFonts w:ascii="Times New Roman" w:hAnsi="Times New Roman" w:cs="Times New Roman"/>
          <w:i/>
          <w:iCs/>
          <w:sz w:val="24"/>
          <w:szCs w:val="24"/>
        </w:rPr>
        <w:t>Don’t do it.</w:t>
      </w:r>
    </w:p>
    <w:p w14:paraId="671B913F" w14:textId="6675EFC1" w:rsidR="00351B3C" w:rsidRPr="00124F84" w:rsidRDefault="00351B3C" w:rsidP="00124F84">
      <w:pPr>
        <w:spacing w:line="240" w:lineRule="auto"/>
        <w:rPr>
          <w:rFonts w:ascii="Times New Roman" w:hAnsi="Times New Roman" w:cs="Times New Roman"/>
          <w:i/>
          <w:iCs/>
          <w:sz w:val="24"/>
          <w:szCs w:val="24"/>
        </w:rPr>
      </w:pPr>
      <w:r w:rsidRPr="00124F84">
        <w:rPr>
          <w:rFonts w:ascii="Times New Roman" w:hAnsi="Times New Roman" w:cs="Times New Roman"/>
          <w:i/>
          <w:iCs/>
          <w:sz w:val="24"/>
          <w:szCs w:val="24"/>
        </w:rPr>
        <w:t>Don’t you fucking dare</w:t>
      </w:r>
      <w:r w:rsidR="00027863" w:rsidRPr="00124F84">
        <w:rPr>
          <w:rFonts w:ascii="Times New Roman" w:hAnsi="Times New Roman" w:cs="Times New Roman"/>
          <w:i/>
          <w:iCs/>
          <w:sz w:val="24"/>
          <w:szCs w:val="24"/>
        </w:rPr>
        <w:t>…</w:t>
      </w:r>
    </w:p>
    <w:p w14:paraId="27A01C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my body refuses to listen to my pride.</w:t>
      </w:r>
    </w:p>
    <w:p w14:paraId="446FEC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painfully, I shift toward the edge of the bed, sliding my legs over until my bare feet touch the cold floor. I force myself to move, shaky knees bending until I sink down.</w:t>
      </w:r>
    </w:p>
    <w:p w14:paraId="14DF0E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Onto my knees.</w:t>
      </w:r>
    </w:p>
    <w:p w14:paraId="4C35E5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gaze doesn’t flicker. Doesn’t soften. He just stares down at me, watching intently, silently, savoring every second of my defeat.</w:t>
      </w:r>
    </w:p>
    <w:p w14:paraId="4AB59E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silence is deafening. Punishing.</w:t>
      </w:r>
    </w:p>
    <w:p w14:paraId="3488F4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finally speak, my voice breaks, soft, fractured, humiliated.</w:t>
      </w:r>
    </w:p>
    <w:p w14:paraId="051325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w:t>
      </w:r>
    </w:p>
    <w:p w14:paraId="4A82E1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a whisper, a single broken word.</w:t>
      </w:r>
    </w:p>
    <w:p w14:paraId="1A2459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tilts his head, a predator studying his prey, dark eyes glittering with ruthless triumph. “Please what,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w:t>
      </w:r>
    </w:p>
    <w:p w14:paraId="7F841B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lips tremble, words choking painfully in my throat, humiliation scalding my cheeks.</w:t>
      </w:r>
    </w:p>
    <w:p w14:paraId="0A1DD1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silence slices deep. Patient, controlled cruelty.</w:t>
      </w:r>
    </w:p>
    <w:p w14:paraId="34ECF4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My voice fractures again, shaking with desperation and shame. “I need you inside me.”</w:t>
      </w:r>
    </w:p>
    <w:p w14:paraId="017707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gaze narrows, demanding more. It’s not enough. It’s never enough.</w:t>
      </w:r>
    </w:p>
    <w:p w14:paraId="4E5D17DB" w14:textId="2E864478"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“Tell me why,” </w:t>
      </w:r>
      <w:r w:rsidR="009E2701" w:rsidRPr="00124F84">
        <w:rPr>
          <w:rFonts w:ascii="Times-Roman" w:eastAsiaTheme="minorHAnsi" w:hAnsi="Times-Roman" w:cs="Times-Roman"/>
          <w:sz w:val="24"/>
          <w:szCs w:val="24"/>
          <w14:ligatures w14:val="standardContextual"/>
        </w:rPr>
        <w:t>he murmurs, voice silked in mockery, lethal in its softness</w:t>
      </w:r>
      <w:r w:rsidR="009E2701" w:rsidRPr="00124F84">
        <w:rPr>
          <w:rFonts w:ascii="Times New Roman" w:hAnsi="Times New Roman" w:cs="Times New Roman"/>
          <w:sz w:val="24"/>
          <w:szCs w:val="24"/>
        </w:rPr>
        <w:t>,</w:t>
      </w:r>
      <w:r w:rsidRPr="00124F84">
        <w:rPr>
          <w:rFonts w:ascii="Times New Roman" w:hAnsi="Times New Roman" w:cs="Times New Roman"/>
          <w:sz w:val="24"/>
          <w:szCs w:val="24"/>
        </w:rPr>
        <w:t xml:space="preserve"> “Convince me you deserve it.”</w:t>
      </w:r>
    </w:p>
    <w:p w14:paraId="646919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Tears prick hot behind my eyes. My chest heaves, breath ragged, as humiliation crashes through me in waves. Still, I force myself to speak, filthy, needy, shamelessly honest.</w:t>
      </w:r>
    </w:p>
    <w:p w14:paraId="2F1592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I’m fucking empty,” I sob softly, tears spilling down my face. “Because I’m aching, throbbing, because I can’t breathe without feeling you stretching me, hurting me, owning me. Because nothing else matters. I need you to fuck me raw, to break me apart, to punish me. Please…” my voice cracks, desperate, ugly, real, “…I want you to fuck me until it hurts, until I can’t walk, until I remember exactly who owns my body. I want your cock more than my pride, more than air. I need to feel you ruin me, again and again, until there’s nothing left.”</w:t>
      </w:r>
    </w:p>
    <w:p w14:paraId="699FA2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eyes darken, satisfied, victorious. He leans forward, cupping my chin, tilting my face up until our </w:t>
      </w:r>
      <w:proofErr w:type="gramStart"/>
      <w:r w:rsidRPr="00124F84">
        <w:rPr>
          <w:rFonts w:ascii="Times New Roman" w:hAnsi="Times New Roman" w:cs="Times New Roman"/>
          <w:sz w:val="24"/>
          <w:szCs w:val="24"/>
        </w:rPr>
        <w:t>gazes</w:t>
      </w:r>
      <w:proofErr w:type="gramEnd"/>
      <w:r w:rsidRPr="00124F84">
        <w:rPr>
          <w:rFonts w:ascii="Times New Roman" w:hAnsi="Times New Roman" w:cs="Times New Roman"/>
          <w:sz w:val="24"/>
          <w:szCs w:val="24"/>
        </w:rPr>
        <w:t xml:space="preserve"> lock, his thumb stroking roughly over my trembling lower lip.</w:t>
      </w:r>
    </w:p>
    <w:p w14:paraId="2C2F19CA" w14:textId="77777777" w:rsidR="00351B3C" w:rsidRPr="00124F84" w:rsidRDefault="00351B3C" w:rsidP="00124F84">
      <w:pPr>
        <w:spacing w:line="240" w:lineRule="auto"/>
        <w:rPr>
          <w:rFonts w:ascii="Times New Roman" w:hAnsi="Times New Roman" w:cs="Times New Roman"/>
          <w:sz w:val="24"/>
          <w:szCs w:val="24"/>
        </w:rPr>
      </w:pPr>
    </w:p>
    <w:p w14:paraId="25FD144E"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7900B778" w14:textId="77777777" w:rsidR="00351B3C" w:rsidRPr="00124F84" w:rsidRDefault="00351B3C" w:rsidP="00124F84">
      <w:pPr>
        <w:spacing w:line="240" w:lineRule="auto"/>
        <w:rPr>
          <w:rFonts w:ascii="Times New Roman" w:hAnsi="Times New Roman" w:cs="Times New Roman"/>
          <w:sz w:val="24"/>
          <w:szCs w:val="24"/>
        </w:rPr>
      </w:pPr>
    </w:p>
    <w:p w14:paraId="2B8B6D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 it is.</w:t>
      </w:r>
    </w:p>
    <w:p w14:paraId="1EE952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last flicker of fight extinguished. Her voice wrecked. Her pride…bleeding out on the floor. Her body…mine.</w:t>
      </w:r>
    </w:p>
    <w:p w14:paraId="780B5C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her crumble beneath the weight of her own honesty, that mouth finally spewing the truth I knew she’d choke on eventually.</w:t>
      </w:r>
    </w:p>
    <w:p w14:paraId="66F83D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your cock more than my pride…”</w:t>
      </w:r>
    </w:p>
    <w:p w14:paraId="5C5D00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Fucking beautiful.</w:t>
      </w:r>
    </w:p>
    <w:p w14:paraId="76E103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 her knees.</w:t>
      </w:r>
    </w:p>
    <w:p w14:paraId="313FFB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Wrecked. Shaking. Tear-streaked and flushed. Her lace is twisted around her thighs, soaked through, and she’s staring up at me like I’m salvation and damnation wrapped in one brutal hand.</w:t>
      </w:r>
    </w:p>
    <w:p w14:paraId="7E947A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fuck, if that doesn’t make my cock twitch.</w:t>
      </w:r>
    </w:p>
    <w:p w14:paraId="212918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don’t just want her mouth. I want her trained.</w:t>
      </w:r>
    </w:p>
    <w:p w14:paraId="40A7CC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to teach her how to breathe around me. How to surrender fully. How to take every inch with tears in her lashes and gratitude in her throat. I want her to know that every breath she takes from this point forward, every single one…is mine to give… or deny.</w:t>
      </w:r>
    </w:p>
    <w:p w14:paraId="0050C4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“Come closer,” I murmur, voice steady, low, laced with promise and warning.</w:t>
      </w:r>
    </w:p>
    <w:p w14:paraId="35876B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obeys instantly, crawling forward on shaky hands, her desperation palpable.</w:t>
      </w:r>
    </w:p>
    <w:p w14:paraId="272C65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wrap a hand in her hair, firm but not violent, tilting her head up to meet my gaze. “You don’t get to rush this, Muñequita,” I say, stroking her jaw with my thumb. “I’m going to teach you how to take me. Every inch. Every breath. You’ll learn to </w:t>
      </w:r>
      <w:proofErr w:type="gramStart"/>
      <w:r w:rsidRPr="00124F84">
        <w:rPr>
          <w:rFonts w:ascii="Times New Roman" w:hAnsi="Times New Roman" w:cs="Times New Roman"/>
          <w:sz w:val="24"/>
          <w:szCs w:val="24"/>
        </w:rPr>
        <w:t>open up</w:t>
      </w:r>
      <w:proofErr w:type="gramEnd"/>
      <w:r w:rsidRPr="00124F84">
        <w:rPr>
          <w:rFonts w:ascii="Times New Roman" w:hAnsi="Times New Roman" w:cs="Times New Roman"/>
          <w:sz w:val="24"/>
          <w:szCs w:val="24"/>
        </w:rPr>
        <w:t xml:space="preserve"> for me like a good girl… and when I’m finished, you’ll never forget what it feels like to be owned from the inside out.”</w:t>
      </w:r>
    </w:p>
    <w:p w14:paraId="6D2DAA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 pink and swollen. Her eyes are glossy, full of hunger and fear and need.</w:t>
      </w:r>
    </w:p>
    <w:p w14:paraId="0BF381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pull my cock into my hand, slowly stroking the length. Thick. Veined. Already dripping for her. I let the head brush her lips, painting her with pre-cum.</w:t>
      </w:r>
    </w:p>
    <w:p w14:paraId="17B7A1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“Tongue out,” I command softly. “Nice and wide.”</w:t>
      </w:r>
    </w:p>
    <w:p w14:paraId="7ABAE8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obeys, trembling. I slide the tip across her tongue, slow and indulgent, then push a little deeper, just enough to make her lips stretch, to feel the heat of her mouth begin to wrap around me.</w:t>
      </w:r>
    </w:p>
    <w:p w14:paraId="6F825A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“That’s it,” I breathe, hand tightening slightly in her hair. “Nice and easy. We’re going to take our time. You’re going to learn exactly how Daddy wants it.”</w:t>
      </w:r>
    </w:p>
    <w:p w14:paraId="76D463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gags a little, instinctively pulling back. I stop her with a gentle tug, forcing her eyes back to mine.</w:t>
      </w:r>
    </w:p>
    <w:p w14:paraId="4D0036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You stay.”</w:t>
      </w:r>
    </w:p>
    <w:p w14:paraId="1C3E03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voice is calm, but it cuts like steel. “You don’t run from the ache. You take it. You breathe through it. For me.”</w:t>
      </w:r>
    </w:p>
    <w:p w14:paraId="1221EC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ease in again, deeper this time, until she’s gagging softly, lips stretched, spit starting to gather at the corners of her mouth. Her fingers curl against my thighs, nails digging into my skin.</w:t>
      </w:r>
    </w:p>
    <w:p w14:paraId="3A8C4C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 your breathing,” I murmur, stroking her hair back from her face, oddly tender even as I hold her on my cock. “In through your nose. Relax your throat. I’ll tell you when to breathe.”</w:t>
      </w:r>
    </w:p>
    <w:p w14:paraId="33614C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chokes once. I let her pull back just an inch. Just enough to catch her breath. Then I drag her back down.</w:t>
      </w:r>
    </w:p>
    <w:p w14:paraId="36C6B2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 you go,” I whisper. “Good girl. Let it burn.”</w:t>
      </w:r>
    </w:p>
    <w:p w14:paraId="7FCA3B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fuck into her mouth with punishing control, slow thrusts, deliberate pressure, pushing her past comfort into submission. Not enough to break her. Just enough to bend her where I want.</w:t>
      </w:r>
    </w:p>
    <w:p w14:paraId="0C4695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Spit drips from her chin, slicking my cock, pooling on her chest. Her eyes water, but she keeps them on me. Open. Surrendered. Perfect.</w:t>
      </w:r>
    </w:p>
    <w:p w14:paraId="0AE4AD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“Feel that?” I ask, voice ragged now, my hunger sharpening at the sight of her. “That stretch? That ache? That’s mine. I want it seared into your memory. I want you ruined for anyone else.”</w:t>
      </w:r>
    </w:p>
    <w:p w14:paraId="3930D953" w14:textId="557BBEA4"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moans around me, and my control fractures.</w:t>
      </w:r>
    </w:p>
    <w:p w14:paraId="10B9D69E" w14:textId="234D848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sound is obscene</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wet, desperate, vibrating through my cock like a live current. It shoots straight down my spine, dragging a groan from deep in my chest. I grip the back of her head tighter and thrust deeper, slow and punishing, until her nose is flush against my pelvis and her throat is full.</w:t>
      </w:r>
    </w:p>
    <w:p w14:paraId="446B2E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hold her there.</w:t>
      </w:r>
    </w:p>
    <w:p w14:paraId="5EE7ED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w:t>
      </w:r>
    </w:p>
    <w:p w14:paraId="039DA08F" w14:textId="2329575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Pressed tight.</w:t>
      </w:r>
    </w:p>
    <w:p w14:paraId="1F5703BA" w14:textId="112F5A3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twitches</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panicked, instinct clawing at the edges of her composure. Her throat convulses violently around me, body fighting the stretch, the suffocation.</w:t>
      </w:r>
    </w:p>
    <w:p w14:paraId="6836C8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move.</w:t>
      </w:r>
    </w:p>
    <w:p w14:paraId="2A4AED5C" w14:textId="60A3A6F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w:t>
      </w:r>
    </w:p>
    <w:p w14:paraId="1780B1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One.</w:t>
      </w:r>
    </w:p>
    <w:p w14:paraId="3F19BB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Two.</w:t>
      </w:r>
    </w:p>
    <w:p w14:paraId="592D9C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Three.</w:t>
      </w:r>
    </w:p>
    <w:p w14:paraId="45DFE2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Four.</w:t>
      </w:r>
    </w:p>
    <w:p w14:paraId="4736C4E1" w14:textId="0148850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Five.</w:t>
      </w:r>
    </w:p>
    <w:p w14:paraId="79085348" w14:textId="56235134"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Only then do I pull back, slow and controlled, letting her gasp for air.</w:t>
      </w:r>
    </w:p>
    <w:p w14:paraId="10D0D31C" w14:textId="23EF099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coughs hard, shoulders heaving, spit trailing from the corners of her mouth and down her chin, strings of it glistening between us. She collapses forward, trying to catch her breath, trembling like she’s been gutted.</w:t>
      </w:r>
    </w:p>
    <w:p w14:paraId="3E0F38F8" w14:textId="244EBE2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crouch low in front of her, grab her chin with one rough hand, and tilt her face up. Her eyes are glassy with tears, cheeks flushed, lips red and ruined.</w:t>
      </w:r>
    </w:p>
    <w:p w14:paraId="27C8099C" w14:textId="7BE23DD3"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“Look at me,” I murmur, voice soft enough to scare her. “You want to please me?”</w:t>
      </w:r>
    </w:p>
    <w:p w14:paraId="765ADBA2" w14:textId="316ACF6C"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nods fast, too fast, still trying to breathe.</w:t>
      </w:r>
    </w:p>
    <w:p w14:paraId="6659868F" w14:textId="0402DF5C"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tighten my grip just enough to still her, thumb dragging through the wetness on her chin, wiping her mouth</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then pressing against her lips, slow, filthy, owning.</w:t>
      </w:r>
    </w:p>
    <w:p w14:paraId="7C4FAD51" w14:textId="7D3F8DC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you’ll learn,” I whisper. “You’ll cry. You’ll choke. You’ll suffocate on it. And you’ll thank me for the privilege.”</w:t>
      </w:r>
    </w:p>
    <w:p w14:paraId="2F2AD960" w14:textId="0A2E344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breath shudders. Her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 around my thumb like she’s desperate to be used again.</w:t>
      </w:r>
    </w:p>
    <w:p w14:paraId="10E28A40" w14:textId="29994C4F"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Dark. Cold. Proud.</w:t>
      </w:r>
    </w:p>
    <w:p w14:paraId="3A59BD98" w14:textId="7911407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girl.”</w:t>
      </w:r>
    </w:p>
    <w:p w14:paraId="54D693C4" w14:textId="25E350A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rise, cock slick, heavy, ready.</w:t>
      </w:r>
    </w:p>
    <w:p w14:paraId="46EFB4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“Again,” I say, voice low and cruel as I thread my fingers back into her hair. “Deeper this time.”</w:t>
      </w:r>
    </w:p>
    <w:p w14:paraId="52253A82" w14:textId="1C98EEE8"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this isn’t just about fucking her throat.</w:t>
      </w:r>
    </w:p>
    <w:p w14:paraId="794272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about claiming it.</w:t>
      </w:r>
    </w:p>
    <w:p w14:paraId="053934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Training it.</w:t>
      </w:r>
    </w:p>
    <w:p w14:paraId="7EA68D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Branding her from the inside out until my cock is the only thing she associates with the words open wide.</w:t>
      </w:r>
    </w:p>
    <w:p w14:paraId="568826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By the time I’m done, </w:t>
      </w:r>
      <w:proofErr w:type="gramStart"/>
      <w:r w:rsidRPr="00124F84">
        <w:rPr>
          <w:rFonts w:ascii="Times New Roman" w:hAnsi="Times New Roman" w:cs="Times New Roman"/>
          <w:sz w:val="24"/>
          <w:szCs w:val="24"/>
        </w:rPr>
        <w:t>And</w:t>
      </w:r>
      <w:proofErr w:type="gramEnd"/>
      <w:r w:rsidRPr="00124F84">
        <w:rPr>
          <w:rFonts w:ascii="Times New Roman" w:hAnsi="Times New Roman" w:cs="Times New Roman"/>
          <w:sz w:val="24"/>
          <w:szCs w:val="24"/>
        </w:rPr>
        <w:t xml:space="preserve"> by the time I’m done, she'll never speak without tasting me.</w:t>
      </w:r>
    </w:p>
    <w:p w14:paraId="40325C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throat is wrecked, spit-slick and flushed red. Her lips are swollen, trembling around every gasping breath I’ve let her earn. But it’s the look in her eyes, destroyed, tear-glossed, begging, that snaps the last thread of control I’ve been hanging onto.</w:t>
      </w:r>
    </w:p>
    <w:p w14:paraId="670301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wait anymore.</w:t>
      </w:r>
    </w:p>
    <w:p w14:paraId="795583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neither can she. I fist my hand into her hair, wrenching her head back into a brutal, punishing kiss. Her mouth parts for me instantly, desperate, shattered, utterly mine. I taste her tears, her submission, her unspoken pleas. She moans into my mouth, arching and clinging like she’ll shatter without the bruising claim of my lips.</w:t>
      </w:r>
    </w:p>
    <w:p w14:paraId="60A367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whimpers, a broken little sound that wrecks something dark and possessive inside me. Her body melts against mine, pliant and trembling, her mouth working frantically against mine like she needs this kiss to survive.</w:t>
      </w:r>
    </w:p>
    <w:p w14:paraId="77B425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w:t>
      </w:r>
    </w:p>
    <w:p w14:paraId="551439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she won’t just feel me tonight.</w:t>
      </w:r>
    </w:p>
    <w:p w14:paraId="03FA3C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She’ll carry the marks long after I’m done.</w:t>
      </w:r>
    </w:p>
    <w:p w14:paraId="31FC2B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tear away from her mouth, breathing harshly as I shove her roughly down onto the bed. She lands with a sharp gasp, thighs spreading instinctively, her pussy swollen and glistening, exposed to my hungry gaze, begging without words.</w:t>
      </w:r>
    </w:p>
    <w:p w14:paraId="322AB1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“Spread,” I demand, voice shredded by restraint that’s about to snap. “Let me see what's mine.”</w:t>
      </w:r>
    </w:p>
    <w:p w14:paraId="2AFB43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obedience is immediate, thighs falling open wider, trembling with a mixture of fear and want beneath my ruthless scrutiny. Her cunt is soaked, flushed pink, swollen, aching visibly around emptiness. I run two fingers through her slick folds, spreading her open just to watch her drip, just to watch her shudder beneath my touch.</w:t>
      </w:r>
    </w:p>
    <w:p w14:paraId="0463EF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“Look at you,” I murmur roughly, almost to myself. “Fucking starving for me.”</w:t>
      </w:r>
    </w:p>
    <w:p w14:paraId="08E2232B" w14:textId="06A647F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nods frantically, breath hitching, desperation coloring her pleas. “Yes, yes, please</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w:t>
      </w:r>
    </w:p>
    <w:p w14:paraId="666BE9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let her finish.</w:t>
      </w:r>
    </w:p>
    <w:p w14:paraId="54E725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grip her hips hard, dragging her flush to the edge of the mattress. I </w:t>
      </w:r>
      <w:proofErr w:type="spellStart"/>
      <w:r w:rsidRPr="00124F84">
        <w:rPr>
          <w:rFonts w:ascii="Times New Roman" w:hAnsi="Times New Roman" w:cs="Times New Roman"/>
          <w:sz w:val="24"/>
          <w:szCs w:val="24"/>
        </w:rPr>
        <w:t>line</w:t>
      </w:r>
      <w:proofErr w:type="spellEnd"/>
      <w:r w:rsidRPr="00124F84">
        <w:rPr>
          <w:rFonts w:ascii="Times New Roman" w:hAnsi="Times New Roman" w:cs="Times New Roman"/>
          <w:sz w:val="24"/>
          <w:szCs w:val="24"/>
        </w:rPr>
        <w:t xml:space="preserve"> my cock up, stroking the tip through her folds, catching her clit just long enough to feel her squirm and buck against me.</w:t>
      </w:r>
    </w:p>
    <w:p w14:paraId="429F72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 slam home.</w:t>
      </w:r>
    </w:p>
    <w:p w14:paraId="79E6D4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of me, buried to the hilt in one brutal thrust.</w:t>
      </w:r>
    </w:p>
    <w:p w14:paraId="2766CD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screams, a raw, broken sound ripped from deep within, her back arching violently off the bed, body shuddering beneath mine. Her cunt clamps around me, squeezing tight, fighting to accommodate me, stretched and trembling, torn between ecstasy and agony.</w:t>
      </w:r>
    </w:p>
    <w:p w14:paraId="2DF199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Perfect. Fucking exquisite.</w:t>
      </w:r>
    </w:p>
    <w:p w14:paraId="289D52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her pulse around me, the desperate flutter of her walls, her slick, hot, tight body swallowing me whole. The world shrinks down to this brutal union, her shattered breaths, the violent rhythm of her surrender. She claws at the sheets, at her own hair, at my skin, wild and desperate, clinging as I tear through every carefully constructed facade.</w:t>
      </w:r>
    </w:p>
    <w:p w14:paraId="366198A9" w14:textId="14DEC6F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“Fuck,” she sobs, voice cracking, shaking, “Fuck, fuck, fuck</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w:t>
      </w:r>
    </w:p>
    <w:p w14:paraId="592A60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Pain and pleasure war openly across her face, raw and vivid, the polished, untouchable princess splintering beneath me. I watch it happen with cruel satisfaction, watching her unravel with every savage thrust, every ruthless claim, stripping her down to bare, helpless need. The woman who thought she had control, now ruined and dripping over my cock.</w:t>
      </w:r>
    </w:p>
    <w:p w14:paraId="49BFA8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Pure greed.</w:t>
      </w:r>
    </w:p>
    <w:p w14:paraId="58BE72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Pure submission.</w:t>
      </w:r>
    </w:p>
    <w:p w14:paraId="1D2BB8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Pure fucking desperation.</w:t>
      </w:r>
    </w:p>
    <w:p w14:paraId="315569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was wrong.</w:t>
      </w:r>
    </w:p>
    <w:p w14:paraId="34C4C0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not just going to wear this.</w:t>
      </w:r>
    </w:p>
    <w:p w14:paraId="7B1EE1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going to drown in it.</w:t>
      </w:r>
    </w:p>
    <w:p w14:paraId="6AAD1753" w14:textId="77777777" w:rsidR="00351B3C" w:rsidRPr="00124F84" w:rsidRDefault="00351B3C" w:rsidP="00124F84">
      <w:pPr>
        <w:spacing w:line="240" w:lineRule="auto"/>
        <w:rPr>
          <w:rFonts w:ascii="Times New Roman" w:hAnsi="Times New Roman" w:cs="Times New Roman"/>
          <w:sz w:val="24"/>
          <w:szCs w:val="24"/>
        </w:rPr>
      </w:pPr>
    </w:p>
    <w:p w14:paraId="0D64B661" w14:textId="77777777" w:rsidR="00351B3C" w:rsidRPr="00124F84" w:rsidRDefault="00351B3C" w:rsidP="00124F84">
      <w:pPr>
        <w:spacing w:line="240" w:lineRule="auto"/>
        <w:rPr>
          <w:rFonts w:ascii="Times New Roman" w:hAnsi="Times New Roman" w:cs="Times New Roman"/>
          <w:sz w:val="24"/>
          <w:szCs w:val="24"/>
        </w:rPr>
      </w:pPr>
    </w:p>
    <w:p w14:paraId="6BB557F0"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50808075" w14:textId="77777777" w:rsidR="009E2701" w:rsidRPr="00124F84" w:rsidRDefault="009E2701" w:rsidP="00124F84">
      <w:pPr>
        <w:spacing w:line="240" w:lineRule="auto"/>
        <w:rPr>
          <w:rFonts w:ascii="Times New Roman" w:hAnsi="Times New Roman" w:cs="Times New Roman"/>
          <w:sz w:val="24"/>
          <w:szCs w:val="24"/>
        </w:rPr>
      </w:pPr>
    </w:p>
    <w:p w14:paraId="31662829" w14:textId="371F8D67" w:rsidR="009E2701"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too much.</w:t>
      </w:r>
    </w:p>
    <w:p w14:paraId="7E67418A" w14:textId="1A97175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stretch. The pressure. The way his cock splits me wide, forces me open, claims every inch of space like it was molded to ruin me.</w:t>
      </w:r>
    </w:p>
    <w:p w14:paraId="5A4A48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somehow, it’s perfect.</w:t>
      </w:r>
    </w:p>
    <w:p w14:paraId="6EC5F9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can’t breathe through the burn, can’t think through the fullness. My spine bows, knees digging into the mattress as I lock my legs around his waist, like if I let </w:t>
      </w:r>
      <w:proofErr w:type="gramStart"/>
      <w:r w:rsidRPr="00124F84">
        <w:rPr>
          <w:rFonts w:ascii="Times New Roman" w:hAnsi="Times New Roman" w:cs="Times New Roman"/>
          <w:sz w:val="24"/>
          <w:szCs w:val="24"/>
        </w:rPr>
        <w:t>go</w:t>
      </w:r>
      <w:proofErr w:type="gramEnd"/>
      <w:r w:rsidRPr="00124F84">
        <w:rPr>
          <w:rFonts w:ascii="Times New Roman" w:hAnsi="Times New Roman" w:cs="Times New Roman"/>
          <w:sz w:val="24"/>
          <w:szCs w:val="24"/>
        </w:rPr>
        <w:t xml:space="preserve"> he’ll </w:t>
      </w:r>
      <w:proofErr w:type="gramStart"/>
      <w:r w:rsidRPr="00124F84">
        <w:rPr>
          <w:rFonts w:ascii="Times New Roman" w:hAnsi="Times New Roman" w:cs="Times New Roman"/>
          <w:sz w:val="24"/>
          <w:szCs w:val="24"/>
        </w:rPr>
        <w:t>disappear</w:t>
      </w:r>
      <w:proofErr w:type="gramEnd"/>
      <w:r w:rsidRPr="00124F84">
        <w:rPr>
          <w:rFonts w:ascii="Times New Roman" w:hAnsi="Times New Roman" w:cs="Times New Roman"/>
          <w:sz w:val="24"/>
          <w:szCs w:val="24"/>
        </w:rPr>
        <w:t xml:space="preserve"> and I’ll fall apart in the worst way.</w:t>
      </w:r>
    </w:p>
    <w:p w14:paraId="2183D1D1" w14:textId="77777777" w:rsidR="00027863"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hand clamps down on my jaw, fingers biting into my cheeks, tilting my face until I have no choice but to look at him. </w:t>
      </w:r>
    </w:p>
    <w:p w14:paraId="2EB7C636" w14:textId="7496BC2F"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God…</w:t>
      </w:r>
      <w:r w:rsidR="00027863" w:rsidRPr="00124F84">
        <w:rPr>
          <w:rFonts w:ascii="Times New Roman" w:hAnsi="Times New Roman" w:cs="Times New Roman"/>
          <w:sz w:val="24"/>
          <w:szCs w:val="24"/>
        </w:rPr>
        <w:t>t</w:t>
      </w:r>
      <w:r w:rsidRPr="00124F84">
        <w:rPr>
          <w:rFonts w:ascii="Times New Roman" w:hAnsi="Times New Roman" w:cs="Times New Roman"/>
          <w:sz w:val="24"/>
          <w:szCs w:val="24"/>
        </w:rPr>
        <w:t>he look in his eyes</w:t>
      </w:r>
    </w:p>
    <w:p w14:paraId="5B3BD3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lust.</w:t>
      </w:r>
    </w:p>
    <w:p w14:paraId="211E12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even just possession.</w:t>
      </w:r>
    </w:p>
    <w:p w14:paraId="19B920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something worse.</w:t>
      </w:r>
    </w:p>
    <w:p w14:paraId="6E2B4F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deeper.</w:t>
      </w:r>
    </w:p>
    <w:p w14:paraId="0E9300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Like he sees every dirty thought I’ve never admitted, every secret I’ve buried under polished smiles and designer dresses. And he likes it. Wants it. Wants me…not the Camille they built, but the one I’ve spent my whole life trying to kill.</w:t>
      </w:r>
    </w:p>
    <w:p w14:paraId="3880A0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w:t>
      </w:r>
    </w:p>
    <w:p w14:paraId="39A9D0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name is a threat on his tongue. Like sweet torture.</w:t>
      </w:r>
    </w:p>
    <w:p w14:paraId="42C0FC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pulls out…slow, devastating inches that make my body seize, and slams back in with a force that knocks my breath straight out of me.</w:t>
      </w:r>
    </w:p>
    <w:p w14:paraId="00A288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“Take every fucking inch,” he growls.</w:t>
      </w:r>
    </w:p>
    <w:p w14:paraId="7665CD19" w14:textId="69A81FF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bed groans beneath us. My body does too</w:t>
      </w:r>
      <w:r w:rsidR="00027863" w:rsidRPr="00124F84">
        <w:rPr>
          <w:rFonts w:ascii="Times New Roman" w:hAnsi="Times New Roman" w:cs="Times New Roman"/>
          <w:sz w:val="24"/>
          <w:szCs w:val="24"/>
        </w:rPr>
        <w:t xml:space="preserve">, </w:t>
      </w:r>
      <w:r w:rsidRPr="00124F84">
        <w:rPr>
          <w:rFonts w:ascii="Times New Roman" w:hAnsi="Times New Roman" w:cs="Times New Roman"/>
          <w:sz w:val="24"/>
          <w:szCs w:val="24"/>
        </w:rPr>
        <w:t>loud and frantic and filthy as I arch up into him, tears leaking from the corners of my eyes. I clench around him, a reflex I can’t control, desperate to hold onto something that’s destroying me from the inside out.</w:t>
      </w:r>
    </w:p>
    <w:p w14:paraId="3A7A28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I snap.</w:t>
      </w:r>
    </w:p>
    <w:p w14:paraId="7B7560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body convulses, mouth opening on a sob I can’t swallow fast enough. I come hard…shattering, clenching, breaking apart in his arms like I was meant to be undone by him. Like I was built for this moment, for him.</w:t>
      </w:r>
    </w:p>
    <w:p w14:paraId="610DDC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moans spill out of me raw and broken and embarrassingly loud, until his hand covers my mouth.</w:t>
      </w:r>
    </w:p>
    <w:p w14:paraId="6BC295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sweetly.</w:t>
      </w:r>
    </w:p>
    <w:p w14:paraId="22FFCC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to soothe me.</w:t>
      </w:r>
    </w:p>
    <w:p w14:paraId="4A476F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grabs my face, palm over lips, holding me there like he needs to feel my ruin, like he wants every breath to belong to him.</w:t>
      </w:r>
    </w:p>
    <w:p w14:paraId="319C96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it’s not enough.</w:t>
      </w:r>
    </w:p>
    <w:p w14:paraId="5F533F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never is.</w:t>
      </w:r>
    </w:p>
    <w:p w14:paraId="17C252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thrusts again, harder, deeper, and my </w:t>
      </w:r>
      <w:proofErr w:type="gramStart"/>
      <w:r w:rsidRPr="00124F84">
        <w:rPr>
          <w:rFonts w:ascii="Times New Roman" w:hAnsi="Times New Roman" w:cs="Times New Roman"/>
          <w:sz w:val="24"/>
          <w:szCs w:val="24"/>
        </w:rPr>
        <w:t>whole body</w:t>
      </w:r>
      <w:proofErr w:type="gramEnd"/>
      <w:r w:rsidRPr="00124F84">
        <w:rPr>
          <w:rFonts w:ascii="Times New Roman" w:hAnsi="Times New Roman" w:cs="Times New Roman"/>
          <w:sz w:val="24"/>
          <w:szCs w:val="24"/>
        </w:rPr>
        <w:t xml:space="preserve"> jerks, helpless beneath the weight of him. My hips are pinned. My thoughts are gone. I’m nothing but sensation and sound and the terrifying ache of wanting more.</w:t>
      </w:r>
    </w:p>
    <w:p w14:paraId="14F5A4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head thrashes against the pillows as pleasure crests again, fast and brutal, until his fingers fist in my hair and yank. My back arches, a sharp gasp caught in my throat as he drags me up, forces my eyes to his again.</w:t>
      </w:r>
    </w:p>
    <w:p w14:paraId="2EC2E2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“Look at me,” he snaps, low and vicious. “You don’t look away until you’re fucking done.”</w:t>
      </w:r>
    </w:p>
    <w:p w14:paraId="057304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know if I’ll ever be done.</w:t>
      </w:r>
    </w:p>
    <w:p w14:paraId="287E4A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Not with him inside me like this, filling me, fucking me, breaking me in all the places I used to be strong. My lashes flutter, vision blurring as he buries himself to the hilt and stays there, grinding slow, deep, and possessive.</w:t>
      </w:r>
    </w:p>
    <w:p w14:paraId="0FEF91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gasp. “More…”</w:t>
      </w:r>
    </w:p>
    <w:p w14:paraId="74B1E6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slips out before I can stop it.</w:t>
      </w:r>
    </w:p>
    <w:p w14:paraId="67E5FF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“More,” I beg again. “Please… I need…”</w:t>
      </w:r>
    </w:p>
    <w:p w14:paraId="7D98A9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stills.</w:t>
      </w:r>
    </w:p>
    <w:p w14:paraId="0BB37FBF" w14:textId="6CCCF2C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chest rises and falls against mine, rough and heaving, and for a split second I think I’ve ruined it. Pushed too far. Asked for more than even he is willing to give.</w:t>
      </w:r>
    </w:p>
    <w:p w14:paraId="003867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his mouth curves.</w:t>
      </w:r>
    </w:p>
    <w:p w14:paraId="0EEF29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slow, feral grin.</w:t>
      </w:r>
    </w:p>
    <w:p w14:paraId="081413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knew it,” he says. “I knew you’d break so fucking pretty.”</w:t>
      </w:r>
    </w:p>
    <w:p w14:paraId="052C08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 the next second, I’m weightless.</w:t>
      </w:r>
    </w:p>
    <w:p w14:paraId="0560A1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Flipped onto my stomach, forced flat against the bed with my ass high, my body trembling from the sudden shift. One hand </w:t>
      </w:r>
      <w:proofErr w:type="gramStart"/>
      <w:r w:rsidRPr="00124F84">
        <w:rPr>
          <w:rFonts w:ascii="Times New Roman" w:hAnsi="Times New Roman" w:cs="Times New Roman"/>
          <w:sz w:val="24"/>
          <w:szCs w:val="24"/>
        </w:rPr>
        <w:t>spreads</w:t>
      </w:r>
      <w:proofErr w:type="gramEnd"/>
      <w:r w:rsidRPr="00124F84">
        <w:rPr>
          <w:rFonts w:ascii="Times New Roman" w:hAnsi="Times New Roman" w:cs="Times New Roman"/>
          <w:sz w:val="24"/>
          <w:szCs w:val="24"/>
        </w:rPr>
        <w:t xml:space="preserve"> across my lower back, the other tangling tight at the base of my skull. His fingers yank, and I writhe.</w:t>
      </w:r>
    </w:p>
    <w:p w14:paraId="6723C9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pulls my hips up and open, pushing me into the mattress until my </w:t>
      </w:r>
      <w:proofErr w:type="gramStart"/>
      <w:r w:rsidRPr="00124F84">
        <w:rPr>
          <w:rFonts w:ascii="Times New Roman" w:hAnsi="Times New Roman" w:cs="Times New Roman"/>
          <w:sz w:val="24"/>
          <w:szCs w:val="24"/>
        </w:rPr>
        <w:t>cheek’s</w:t>
      </w:r>
      <w:proofErr w:type="gramEnd"/>
      <w:r w:rsidRPr="00124F84">
        <w:rPr>
          <w:rFonts w:ascii="Times New Roman" w:hAnsi="Times New Roman" w:cs="Times New Roman"/>
          <w:sz w:val="24"/>
          <w:szCs w:val="24"/>
        </w:rPr>
        <w:t xml:space="preserve"> against the sheets, breath hot and ragged as he positions himself behind me.</w:t>
      </w:r>
    </w:p>
    <w:p w14:paraId="630250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he slams into me again.</w:t>
      </w:r>
    </w:p>
    <w:p w14:paraId="6AD7B2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warning. No softness.</w:t>
      </w:r>
    </w:p>
    <w:p w14:paraId="6FD809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claiming.</w:t>
      </w:r>
    </w:p>
    <w:p w14:paraId="4E00AB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fucks me like he owns me, like every part of me, every thought, every hole, every fucking sob is his.</w:t>
      </w:r>
    </w:p>
    <w:p w14:paraId="0AD24D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hair’s an anchor in his </w:t>
      </w:r>
      <w:proofErr w:type="gramStart"/>
      <w:r w:rsidRPr="00124F84">
        <w:rPr>
          <w:rFonts w:ascii="Times New Roman" w:hAnsi="Times New Roman" w:cs="Times New Roman"/>
          <w:sz w:val="24"/>
          <w:szCs w:val="24"/>
        </w:rPr>
        <w:t>grip,</w:t>
      </w:r>
      <w:proofErr w:type="gramEnd"/>
      <w:r w:rsidRPr="00124F84">
        <w:rPr>
          <w:rFonts w:ascii="Times New Roman" w:hAnsi="Times New Roman" w:cs="Times New Roman"/>
          <w:sz w:val="24"/>
          <w:szCs w:val="24"/>
        </w:rPr>
        <w:t xml:space="preserve"> every pull forward matched with a brutal thrust that rips another sound from my throat. I claw at the sheets, nails catching on fabric, eyes rolling back as shame and arousal flood through me in equal waves.</w:t>
      </w:r>
    </w:p>
    <w:p w14:paraId="40E833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 be humiliated.</w:t>
      </w:r>
    </w:p>
    <w:p w14:paraId="270EB7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 be ashamed.</w:t>
      </w:r>
    </w:p>
    <w:p w14:paraId="7AB054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I’m not.</w:t>
      </w:r>
    </w:p>
    <w:p w14:paraId="59AB78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soaked. Clenching. Moaning.</w:t>
      </w:r>
    </w:p>
    <w:p w14:paraId="224B37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he knows.</w:t>
      </w:r>
    </w:p>
    <w:p w14:paraId="3A9FD8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mouth brushes my neck, his voice a low rasp that burns straight through me.</w:t>
      </w:r>
    </w:p>
    <w:p w14:paraId="21442E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he whispers, voice wicked and slow. “Show me how much more you can take.”</w:t>
      </w:r>
    </w:p>
    <w:p w14:paraId="4FB9FA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pounds into me harder, relentless and punishing, and I sob into the sheets, loud and unfiltered, my entire body vibrating beneath the force of it.</w:t>
      </w:r>
    </w:p>
    <w:p w14:paraId="2CDB9E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unbearable.</w:t>
      </w:r>
    </w:p>
    <w:p w14:paraId="006AD6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addictive.</w:t>
      </w:r>
    </w:p>
    <w:p w14:paraId="1DA993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perfect.</w:t>
      </w:r>
    </w:p>
    <w:p w14:paraId="0D9F22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don’t know where I </w:t>
      </w:r>
      <w:proofErr w:type="gramStart"/>
      <w:r w:rsidRPr="00124F84">
        <w:rPr>
          <w:rFonts w:ascii="Times New Roman" w:hAnsi="Times New Roman" w:cs="Times New Roman"/>
          <w:sz w:val="24"/>
          <w:szCs w:val="24"/>
        </w:rPr>
        <w:t>end</w:t>
      </w:r>
      <w:proofErr w:type="gramEnd"/>
      <w:r w:rsidRPr="00124F84">
        <w:rPr>
          <w:rFonts w:ascii="Times New Roman" w:hAnsi="Times New Roman" w:cs="Times New Roman"/>
          <w:sz w:val="24"/>
          <w:szCs w:val="24"/>
        </w:rPr>
        <w:t xml:space="preserve"> and he begins anymore. I don’t care. I just want him to keep going. To keep taking. Until there’s nothing left but his breath in my lungs, his fingerprints on my skin, and his taste in my mouth.</w:t>
      </w:r>
    </w:p>
    <w:p w14:paraId="2D0452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it finally ends, when my body collapses under the weight of it all, boneless and raw, he doesn’t let me go.</w:t>
      </w:r>
    </w:p>
    <w:p w14:paraId="19E7D7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pulls me back into his chest, strong arms coiled around my waist, keeping me there.</w:t>
      </w:r>
    </w:p>
    <w:p w14:paraId="6E4209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Held. Owned. Kept.</w:t>
      </w:r>
    </w:p>
    <w:p w14:paraId="768188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mouth finds my ear, voice soft and dangerous, like silk sliding over a blade.</w:t>
      </w:r>
    </w:p>
    <w:p w14:paraId="624EB4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“Sleep,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he murmurs, a promise tucked beneath every syllable. “I’m nowhere near done with you yet.”</w:t>
      </w:r>
    </w:p>
    <w:p w14:paraId="008072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maybe I should feel caged.</w:t>
      </w:r>
    </w:p>
    <w:p w14:paraId="5AB9F4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I should fight the possessiveness laced through his voice.</w:t>
      </w:r>
    </w:p>
    <w:p w14:paraId="2AF55C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don’t.</w:t>
      </w:r>
    </w:p>
    <w:p w14:paraId="34E0BFF1" w14:textId="223D782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somewhere in the wreckage of who I was</w:t>
      </w:r>
      <w:r w:rsidR="00027863" w:rsidRPr="00124F84">
        <w:rPr>
          <w:rFonts w:ascii="Times New Roman" w:hAnsi="Times New Roman" w:cs="Times New Roman"/>
          <w:sz w:val="24"/>
          <w:szCs w:val="24"/>
        </w:rPr>
        <w:t xml:space="preserve"> i</w:t>
      </w:r>
      <w:r w:rsidRPr="00124F84">
        <w:rPr>
          <w:rFonts w:ascii="Times New Roman" w:hAnsi="Times New Roman" w:cs="Times New Roman"/>
          <w:sz w:val="24"/>
          <w:szCs w:val="24"/>
        </w:rPr>
        <w:t>t feels like safety.</w:t>
      </w:r>
    </w:p>
    <w:p w14:paraId="2D304E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freedom.</w:t>
      </w:r>
    </w:p>
    <w:p w14:paraId="11C7A63B" w14:textId="3389283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surrendering was always the answer.</w:t>
      </w:r>
    </w:p>
    <w:p w14:paraId="3340E054" w14:textId="77777777" w:rsidR="00351B3C" w:rsidRPr="00124F84" w:rsidRDefault="00351B3C" w:rsidP="00124F84">
      <w:pPr>
        <w:spacing w:line="240" w:lineRule="auto"/>
        <w:rPr>
          <w:rFonts w:ascii="Times New Roman" w:hAnsi="Times New Roman" w:cs="Times New Roman"/>
          <w:sz w:val="24"/>
          <w:szCs w:val="24"/>
        </w:rPr>
      </w:pPr>
    </w:p>
    <w:p w14:paraId="5AEAC783"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7BF4D3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wake softly, the faint blush of dawn slipping through the curtains, coloring the penthouse in shades of smoke and amber. My body aches, beautifully bruised, the memory of his hands, his mouth, his ruthless possession burned into every nerve. Slowly, carefully, I turn onto my side, and my breath catches.</w:t>
      </w:r>
    </w:p>
    <w:p w14:paraId="095E6D88" w14:textId="2FD9AD3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lies on his back, breathing deep, eyes closed, vulnerable in sleep. It's the only softness I've seen in him, the only time the dangerous, relentless edge isn't sharpening his features. For a long moment, I allow myself to truly look.</w:t>
      </w:r>
    </w:p>
    <w:p w14:paraId="069CA0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beauty is rugged, brutal, devastatingly masculine. Dark hair, tousled and shadowed against the pillow. Sharp jawline, dusted with stubble I still feel scraping between my thighs. His chest rises and falls, broad and powerful, every muscle defined, sculpted from strength, dominance, raw violence.</w:t>
      </w:r>
    </w:p>
    <w:p w14:paraId="41C220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follow the ink etched into his skin, intricate tattoos sprawled across his shoulders and chest, swirling down his powerful arms. Bold, dark lines curve over lean muscle, mysterious symbols and hidden meanings I crave to unravel. Scattered among them are scars, marks of violence, sharp-edged and vicious, fading to pale reminders against his bronzed skin.</w:t>
      </w:r>
    </w:p>
    <w:p w14:paraId="4F5479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 jagged slash across his ribs, brutal and precise. A deep scar just below his collarbone, violent proof of a past I can only imagine. My pulse quickens as I drink in every ruthless detail, my fingertips aching with the need to trace those scars, to ask for their secrets. To taste the </w:t>
      </w:r>
      <w:proofErr w:type="gramStart"/>
      <w:r w:rsidRPr="00124F84">
        <w:rPr>
          <w:rFonts w:ascii="Times New Roman" w:hAnsi="Times New Roman" w:cs="Times New Roman"/>
          <w:sz w:val="24"/>
          <w:szCs w:val="24"/>
        </w:rPr>
        <w:t>violence</w:t>
      </w:r>
      <w:proofErr w:type="gramEnd"/>
      <w:r w:rsidRPr="00124F84">
        <w:rPr>
          <w:rFonts w:ascii="Times New Roman" w:hAnsi="Times New Roman" w:cs="Times New Roman"/>
          <w:sz w:val="24"/>
          <w:szCs w:val="24"/>
        </w:rPr>
        <w:t xml:space="preserve"> they hold. To hear him whisper the stories he hides behind those dangerous eyes.</w:t>
      </w:r>
    </w:p>
    <w:p w14:paraId="76B2CC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gaze trails lower, down his chiseled stomach, the sharp lines of his abdomen leading to the place where the sheets rest low on his hips, black silk barely covering him. My mouth goes dry, heart pounding as I stare hungrily, remembering exactly what lies beneath that fragile barrier. The taste, the weight, the fullness that left me trembling, undone, broken in his arms.</w:t>
      </w:r>
    </w:p>
    <w:p w14:paraId="445CC3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swallow thickly, thighs clenching, desire stirring hot and reckless all over again. I could move the sheet. I could wake him, slide down his body, take him in my mouth, feel his fingers tangle in my hair again. Taste him, claim him, have him continue his lesson in… breath control… giving and taking… choking…</w:t>
      </w:r>
    </w:p>
    <w:p w14:paraId="35CFDC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vivid memory makes me shiver, his hand fisted tight in my hair, the weight of him pressing deep, holding me there until tears streaked my cheeks and my lungs burned, releasing me only at the brink, controlling every breath, every heartbeat, every broken gasp.</w:t>
      </w:r>
    </w:p>
    <w:p w14:paraId="023D67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jumps, a sharp, needy ache blooming between my thighs, the lingering sensation of his grip on my jaw, forcing me to look up at him, eyes locked while I struggled to take him deeper. Teaching me how to breathe through it. Teaching me how to beg silently, helplessly, completely at his mercy.</w:t>
      </w:r>
    </w:p>
    <w:p w14:paraId="08B402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 worst part, the most terrifying, intoxicating part is how badly I want it again. How desperately my body craves to surrender once more, to be shattered and rebuilt by his hands, his mouth, his ruthless commands. To be pushed to my limits, stripped of control, forced into obedience by a man whose name I still don't know, but whose power I now crave like air.</w:t>
      </w:r>
    </w:p>
    <w:p w14:paraId="7CD78C26" w14:textId="3E4CF10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catch myself reaching out before I can stop, my fingertips hovering inches from the black silk that covers him. My hand trembles slightly, and for a single, reckless heartbeat, I almost</w:t>
      </w:r>
      <w:r w:rsidR="00027863" w:rsidRPr="00124F84">
        <w:rPr>
          <w:rFonts w:ascii="Times New Roman" w:hAnsi="Times New Roman" w:cs="Times New Roman"/>
          <w:sz w:val="24"/>
          <w:szCs w:val="24"/>
        </w:rPr>
        <w:t>…</w:t>
      </w:r>
    </w:p>
    <w:p w14:paraId="742894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t>
      </w:r>
    </w:p>
    <w:p w14:paraId="53E1EC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pull back sharply, breath shaking free. I can’t do this again. I can’t lose myself deeper in the obsession of a night I was never supposed to have. Already, he’s left bruises beneath my skin, fingerprints on my soul. One more touch, one more taste, and I might never leave.</w:t>
      </w:r>
    </w:p>
    <w:p w14:paraId="1D4509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silently, I slip from the bed, my body protesting every step. The ache between my legs, raw and tender, is a constant reminder of how thoroughly he claimed me. My blue silk dress lies discarded on the floor, crumpled, a relic from another life. It feels strange pulling it back over my skin, like trying to fit myself into a shape I’ve already broken.</w:t>
      </w:r>
    </w:p>
    <w:p w14:paraId="7C7BD6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gather my scattered belongings, heart pounding quietly as I pad barefoot across cold marble, the quiet hum of dawn pressing against me. In his bathroom, I pause. The woman staring back at me from the mirror isn’t Camille Sinclair, not the polished heiress. She’s someone new. Someone unraveled. Doe-eyed, flushed, with dark circles from mascara that’s smudged by tears and passion. Soft skin, neck, chest, cheeks marred bruises, faint now, but not unnoticeable. This woman…this woman is one he’s remade overnight.</w:t>
      </w:r>
    </w:p>
    <w:p w14:paraId="35CDEC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Almost without thinking, I reach into my purse, fingertips finding my lipstick, Rosewood, and slowly glide it over my swollen lips. Leaning forward, I press a deliberate kiss against the mirror’s smooth surface, leaving behind an imprint. A mark. Proof I was here. Proof he touched me, broke me, and left me wanting more.</w:t>
      </w:r>
    </w:p>
    <w:p w14:paraId="37EB93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back, studying that defiant kiss, something reckless and bold flaring in my chest. A declaration of war or surrender, I don’t even know anymore.</w:t>
      </w:r>
    </w:p>
    <w:p w14:paraId="637C20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Grabbing my heels in one hand, I move quietly to the penthouse door, pulse racing, heart heavy with something close to regret. But I don’t look back. I don’t whisper goodbye.</w:t>
      </w:r>
    </w:p>
    <w:p w14:paraId="2BF559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if I do, if I turn around, see him again, even sleeping, vulnerable, brutally perfect, I know I’ll never make it out the door.</w:t>
      </w:r>
    </w:p>
    <w:p w14:paraId="7E645FEA"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slip away, breath tight, my lipstick on his mirror, my taste still on his sheets, and leave behind a piece of me I’ll never get back.</w:t>
      </w:r>
    </w:p>
    <w:p w14:paraId="6BC08B11" w14:textId="77777777" w:rsidR="00351B3C" w:rsidRPr="00124F84" w:rsidRDefault="00351B3C" w:rsidP="00124F84">
      <w:pPr>
        <w:spacing w:line="240" w:lineRule="auto"/>
        <w:rPr>
          <w:rFonts w:ascii="Times New Roman" w:hAnsi="Times New Roman" w:cs="Times New Roman"/>
          <w:sz w:val="24"/>
          <w:szCs w:val="24"/>
        </w:rPr>
      </w:pPr>
    </w:p>
    <w:p w14:paraId="54A3FD24" w14:textId="77777777" w:rsidR="00351B3C" w:rsidRPr="00124F84" w:rsidRDefault="00351B3C" w:rsidP="00124F84">
      <w:pPr>
        <w:spacing w:line="240" w:lineRule="auto"/>
        <w:rPr>
          <w:rFonts w:ascii="Times New Roman" w:hAnsi="Times New Roman" w:cs="Times New Roman"/>
          <w:sz w:val="24"/>
          <w:szCs w:val="24"/>
        </w:rPr>
      </w:pPr>
    </w:p>
    <w:p w14:paraId="3233328F" w14:textId="77777777" w:rsidR="00351B3C" w:rsidRPr="00124F84" w:rsidRDefault="00351B3C" w:rsidP="00124F84">
      <w:pPr>
        <w:spacing w:line="240" w:lineRule="auto"/>
        <w:rPr>
          <w:rFonts w:ascii="Times New Roman" w:hAnsi="Times New Roman" w:cs="Times New Roman"/>
          <w:sz w:val="24"/>
          <w:szCs w:val="24"/>
        </w:rPr>
      </w:pPr>
    </w:p>
    <w:p w14:paraId="712761AD" w14:textId="77777777" w:rsidR="00351B3C" w:rsidRPr="00124F84" w:rsidRDefault="00351B3C" w:rsidP="00124F84">
      <w:pPr>
        <w:spacing w:line="240" w:lineRule="auto"/>
        <w:rPr>
          <w:rFonts w:ascii="Times New Roman" w:hAnsi="Times New Roman" w:cs="Times New Roman"/>
          <w:sz w:val="24"/>
          <w:szCs w:val="24"/>
        </w:rPr>
      </w:pPr>
    </w:p>
    <w:p w14:paraId="0EDB1FDD" w14:textId="77777777" w:rsidR="00351B3C" w:rsidRPr="00124F84" w:rsidRDefault="00351B3C" w:rsidP="00124F84">
      <w:pPr>
        <w:spacing w:line="240" w:lineRule="auto"/>
        <w:rPr>
          <w:rFonts w:ascii="Times New Roman" w:hAnsi="Times New Roman" w:cs="Times New Roman"/>
          <w:sz w:val="24"/>
          <w:szCs w:val="24"/>
        </w:rPr>
      </w:pPr>
    </w:p>
    <w:p w14:paraId="07621810" w14:textId="77777777" w:rsidR="00351B3C" w:rsidRPr="00124F84" w:rsidRDefault="00351B3C" w:rsidP="00124F84">
      <w:pPr>
        <w:spacing w:line="240" w:lineRule="auto"/>
        <w:rPr>
          <w:rFonts w:ascii="Times New Roman" w:hAnsi="Times New Roman" w:cs="Times New Roman"/>
          <w:sz w:val="24"/>
          <w:szCs w:val="24"/>
        </w:rPr>
      </w:pPr>
    </w:p>
    <w:p w14:paraId="5941C8D2" w14:textId="358659F7" w:rsidR="004A2A46" w:rsidRPr="00124F84" w:rsidRDefault="004A2A46" w:rsidP="00124F84">
      <w:pPr>
        <w:spacing w:after="160"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4B85E17D"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lastRenderedPageBreak/>
        <w:t>Chapter Four</w:t>
      </w:r>
    </w:p>
    <w:p w14:paraId="6A2865F5" w14:textId="77777777" w:rsidR="00351B3C" w:rsidRPr="00124F84" w:rsidRDefault="00351B3C" w:rsidP="00124F84">
      <w:pPr>
        <w:spacing w:line="240" w:lineRule="auto"/>
        <w:rPr>
          <w:rFonts w:ascii="Times New Roman" w:hAnsi="Times New Roman" w:cs="Times New Roman"/>
          <w:sz w:val="24"/>
          <w:szCs w:val="24"/>
        </w:rPr>
      </w:pPr>
    </w:p>
    <w:p w14:paraId="2ADC47EA"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5FBFA2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gone.</w:t>
      </w:r>
    </w:p>
    <w:p w14:paraId="55D038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it before consciousness claws fully back into my bones.</w:t>
      </w:r>
      <w:r w:rsidRPr="00124F84">
        <w:rPr>
          <w:rFonts w:ascii="Times New Roman" w:hAnsi="Times New Roman" w:cs="Times New Roman"/>
          <w:sz w:val="24"/>
          <w:szCs w:val="24"/>
        </w:rPr>
        <w:br/>
        <w:t>Before my eyes peel open, gritty and stinging, confronting harsh sunlight and brutal emptiness. Before my palm skates over the sheets beside me, cool, abandoned, devoid of the lush heat that should still be there.</w:t>
      </w:r>
    </w:p>
    <w:p w14:paraId="3018A5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absence is fucking physical.</w:t>
      </w:r>
      <w:r w:rsidRPr="00124F84">
        <w:rPr>
          <w:rFonts w:ascii="Times New Roman" w:hAnsi="Times New Roman" w:cs="Times New Roman"/>
          <w:sz w:val="24"/>
          <w:szCs w:val="24"/>
        </w:rPr>
        <w:br/>
        <w:t>A gaping wound ripped open in the morning air.</w:t>
      </w:r>
    </w:p>
    <w:p w14:paraId="3C881C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lie flat on my back, staring blankly at the ceiling, drawing slow, measured breaths that do nothing but embed her deeper into my lungs. Every inhale drags in more of her ghost, every exhale fails to release it. She’s smoke curled thick and heavy, stubbornly clinging to my ribs, my chest cavity, polluting me from the inside out.</w:t>
      </w:r>
    </w:p>
    <w:p w14:paraId="4CCAB5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fuck if I don’t want it.</w:t>
      </w:r>
    </w:p>
    <w:p w14:paraId="179DC2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 reaches out again, blindly grasping at the space she left behind, empty air, cold silk, mocking the heat she burned into me. I grab the pillow where her head rested, crushing it roughly against my face.</w:t>
      </w:r>
    </w:p>
    <w:p w14:paraId="1A48F2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w:t>
      </w:r>
    </w:p>
    <w:p w14:paraId="7B9B22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Vanilla. Neroli. Her.</w:t>
      </w:r>
    </w:p>
    <w:p w14:paraId="09966D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It’s torture. A cruel fucking tease of the woman I’d spent hours devouring, mind, body, </w:t>
      </w:r>
      <w:proofErr w:type="gramStart"/>
      <w:r w:rsidRPr="00124F84">
        <w:rPr>
          <w:rFonts w:ascii="Times New Roman" w:hAnsi="Times New Roman" w:cs="Times New Roman"/>
          <w:sz w:val="24"/>
          <w:szCs w:val="24"/>
        </w:rPr>
        <w:t>every last</w:t>
      </w:r>
      <w:proofErr w:type="gramEnd"/>
      <w:r w:rsidRPr="00124F84">
        <w:rPr>
          <w:rFonts w:ascii="Times New Roman" w:hAnsi="Times New Roman" w:cs="Times New Roman"/>
          <w:sz w:val="24"/>
          <w:szCs w:val="24"/>
        </w:rPr>
        <w:t xml:space="preserve"> shred of control she’d tried so desperately to hold onto. Her scent saturates the sheets like sin, burrowing into my skull, twisting around my nerves like barbed wire. I close my eyes and inhale deeper this time, punishing myself with the tormenting memory of how perfectly she’d unraveled beneath my hands. How beautifully she’d shattered while I held the pieces.</w:t>
      </w:r>
    </w:p>
    <w:p w14:paraId="6AF97E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finally drag myself upright, muscles protesting like they know this day is already ruined before it’s even started. I sit there, head bowed, jaw locked so tight my teeth ache, trying and failing to shove her out of my head. But the echoes are relentless.</w:t>
      </w:r>
    </w:p>
    <w:p w14:paraId="0063BA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fucking moan.</w:t>
      </w:r>
      <w:r w:rsidRPr="00124F84">
        <w:rPr>
          <w:rFonts w:ascii="Times New Roman" w:hAnsi="Times New Roman" w:cs="Times New Roman"/>
          <w:sz w:val="24"/>
          <w:szCs w:val="24"/>
        </w:rPr>
        <w:br/>
        <w:t>Every frantic gasp.</w:t>
      </w:r>
      <w:r w:rsidRPr="00124F84">
        <w:rPr>
          <w:rFonts w:ascii="Times New Roman" w:hAnsi="Times New Roman" w:cs="Times New Roman"/>
          <w:sz w:val="24"/>
          <w:szCs w:val="24"/>
        </w:rPr>
        <w:br/>
        <w:t>Every whispered, desperate please that shredded her pride into ribbons while I forced her submission.</w:t>
      </w:r>
    </w:p>
    <w:p w14:paraId="0CE8BF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left, but she’s still here, haunting me.</w:t>
      </w:r>
    </w:p>
    <w:p w14:paraId="5808B7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get up, bare feet hitting cold marble, muscles humming with restless energy and unresolved hunger. My morning routine happens on autopilot, espresso bitter enough to scrape my throat </w:t>
      </w:r>
      <w:r w:rsidRPr="00124F84">
        <w:rPr>
          <w:rFonts w:ascii="Times New Roman" w:hAnsi="Times New Roman" w:cs="Times New Roman"/>
          <w:sz w:val="24"/>
          <w:szCs w:val="24"/>
        </w:rPr>
        <w:lastRenderedPageBreak/>
        <w:t>raw, protein tasteless and functional, black slacks crisp and perfect, shirt custom-tailored. I go through each step mechanically, a puppet forced into motions that feel hollow, pointless.</w:t>
      </w:r>
    </w:p>
    <w:p w14:paraId="61632C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Off.</w:t>
      </w:r>
    </w:p>
    <w:p w14:paraId="34A0C4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thrown something out of alignment, knocked me sideways in a way I don’t recognize, leaving me itchy and agitated beneath my own goddamn skin. I can’t shake the feeling, a nagging dissonance deep in my bones.</w:t>
      </w:r>
    </w:p>
    <w:p w14:paraId="1697C7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Restless, I stalk into the bathroom.</w:t>
      </w:r>
    </w:p>
    <w:p w14:paraId="57D785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when I see it.</w:t>
      </w:r>
    </w:p>
    <w:p w14:paraId="022809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Rosewood.</w:t>
      </w:r>
    </w:p>
    <w:p w14:paraId="54F634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lipstick, smeared defiantly against my mirror.</w:t>
      </w:r>
    </w:p>
    <w:p w14:paraId="04465B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mark. A scar. A fucking act of war.</w:t>
      </w:r>
    </w:p>
    <w:p w14:paraId="1A379B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chest goes still, like my heart forgets how to beat. The air thickens, heavy as oil, dragging around me in slow motion while heat surges through my veins like fire set loose. My eyes lock on that perfect smear of rosewood, burned into the glass like a mouth-shaped bullet.</w:t>
      </w:r>
    </w:p>
    <w:p w14:paraId="625CB6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kissed my mirror.</w:t>
      </w:r>
    </w:p>
    <w:p w14:paraId="19DA1C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kissed my fucking mirror.</w:t>
      </w:r>
    </w:p>
    <w:p w14:paraId="5F8B6B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I can’t fucking breathe.</w:t>
      </w:r>
    </w:p>
    <w:p w14:paraId="02986B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heat that floods me is violent. Dark. Possessive in a way that has nothing to do with logic and everything to do with need. The kind that doesn’t just pulse, it devours.</w:t>
      </w:r>
    </w:p>
    <w:p w14:paraId="2C6BBF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shouldn’t matter.</w:t>
      </w:r>
    </w:p>
    <w:p w14:paraId="3C98EE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it does.</w:t>
      </w:r>
    </w:p>
    <w:p w14:paraId="521149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she knew I’d see it. That much was obvious. But what she didn’t know, couldn’t possibly know, was what it would trigger. What it would fucking unleash.</w:t>
      </w:r>
    </w:p>
    <w:p w14:paraId="7C3858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isn’t a symbol.</w:t>
      </w:r>
    </w:p>
    <w:p w14:paraId="18B6F0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an ignition.</w:t>
      </w:r>
    </w:p>
    <w:p w14:paraId="3D2513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feeling…I know it.</w:t>
      </w:r>
    </w:p>
    <w:p w14:paraId="526D90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the beginning of something ugly. Something sharp. Something terminal.</w:t>
      </w:r>
    </w:p>
    <w:p w14:paraId="50488A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starts like a whisper.</w:t>
      </w:r>
    </w:p>
    <w:p w14:paraId="0A005D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breath in a quiet room.</w:t>
      </w:r>
    </w:p>
    <w:p w14:paraId="4B1062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flicker at the edge of consciousness.</w:t>
      </w:r>
    </w:p>
    <w:p w14:paraId="4E9BCD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But it’s there. A splinter driven straight into the base of my brain, impossible to remove. A virus. A sickness. And her fucking mouth on my mirror just made it real.</w:t>
      </w:r>
    </w:p>
    <w:p w14:paraId="4A36F1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blooming now, slow and sure.</w:t>
      </w:r>
    </w:p>
    <w:p w14:paraId="38DBD2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rot beneath lacquer.</w:t>
      </w:r>
    </w:p>
    <w:p w14:paraId="6434F2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heat building under skin until it blisters.</w:t>
      </w:r>
    </w:p>
    <w:p w14:paraId="5E38A1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soon…very fucking soon…it won’t be quiet.</w:t>
      </w:r>
    </w:p>
    <w:p w14:paraId="3D9554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won’t be subtle.</w:t>
      </w:r>
    </w:p>
    <w:p w14:paraId="24E1ED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will consume me.</w:t>
      </w:r>
    </w:p>
    <w:p w14:paraId="0A67AC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465A8C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Five hours.</w:t>
      </w:r>
    </w:p>
    <w:p w14:paraId="1ACED8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Five fucking hours since Camille walked out of my penthouse like she hadn't broken beneath me the night before. Five hours since she branded my mirror with that lipstick, rosewood-stained proof of possession, a declaration I never fucking asked for, yet can’t shake loose.</w:t>
      </w:r>
    </w:p>
    <w:p w14:paraId="0C5110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Five hours, and the infection is already spreading.</w:t>
      </w:r>
    </w:p>
    <w:p w14:paraId="1CE5AA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into Rivera Holdings exactly at seven-thirty, earlier than usual. The private elevator glides upward, fifty-nine floors of steel, glass, and ruthless precision swallowing me whole. I’m not here because I want to be. I’m here because staying home would mean staring at the ghost of her mouth imprinted on my mirror until I lost my mind.</w:t>
      </w:r>
    </w:p>
    <w:p w14:paraId="31C992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elevator doors slide open onto the top floor, my empire, distilled to marble floors, glass walls, and cold ambition. Hanna, my assistant, greets me with a crisp nod, her heels clicking sharply as she recites today’s schedule, acquisition calls, legal briefings, negotiations with Tate Ashby.</w:t>
      </w:r>
    </w:p>
    <w:p w14:paraId="1D0877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barely register her words.</w:t>
      </w:r>
    </w:p>
    <w:p w14:paraId="68D983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Camille’s whispers still pulse through my veins. The echo of her pleas, her gasps, the way she shook apart beneath me, it all drowns out every rational thought.</w:t>
      </w:r>
    </w:p>
    <w:p w14:paraId="7B888B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“Sir?” Hanna’s voice sharpens, pulling me back to the present. “Mr. Ashby is waiting in your office.”</w:t>
      </w:r>
    </w:p>
    <w:p w14:paraId="405FEA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nod curtly and head inside without another word.</w:t>
      </w:r>
    </w:p>
    <w:p w14:paraId="3AADAE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Tate Ashby stands near the massive windows, framed by Manhattan’s skyline, confidence radiating from every tailored inch of him. He straightens his suit jacket, flashing a practiced smile as I enter. A snake wrapped in Armani, convinced we're equals because his bloodline traces back generations of influence.</w:t>
      </w:r>
    </w:p>
    <w:p w14:paraId="33F8F7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Tate greets, extending his hand.</w:t>
      </w:r>
    </w:p>
    <w:p w14:paraId="7146C6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“Tate.” My grip is firm, brief, detached.</w:t>
      </w:r>
    </w:p>
    <w:p w14:paraId="4331F0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sit opposite each other, separated by fourteen feet of polished black marble, my territory, my rules.</w:t>
      </w:r>
    </w:p>
    <w:p w14:paraId="6DEEF1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to revisit our agreement,” Tate begins, calm and diplomatic. “My people think…”</w:t>
      </w:r>
    </w:p>
    <w:p w14:paraId="02BBB0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 people think wrong.” My voice slices through his politeness, clipped and brutal. “The terms stay.”</w:t>
      </w:r>
    </w:p>
    <w:p w14:paraId="75799E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composure falters just slightly. “I believe…”</w:t>
      </w:r>
    </w:p>
    <w:p w14:paraId="55B812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misunderstood.” I lean forward, locking eyes with him, jaw tight. “You sign, or you leave. Your choice. I don’t renegotiate.”</w:t>
      </w:r>
    </w:p>
    <w:p w14:paraId="11A6E9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pauses, weighs my words, then stands smoothly, forcing another polite smile. “Understood, Rivera. My lawyers will reach out.”</w:t>
      </w:r>
    </w:p>
    <w:p w14:paraId="4B5BF6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w:t>
      </w:r>
    </w:p>
    <w:p w14:paraId="21FD69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second the door closes behind him, tension coils tighter inside me. My fists clench, frustration crawling beneath my skin, Camille’s fault. Camille’s lingering infection.</w:t>
      </w:r>
    </w:p>
    <w:p w14:paraId="11B648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rise abruptly, pacing to the massive windows, eyes scanning the city. fifty-nine floors below, life hums obliviously forward, unbothered by the chaos gnawing at my edges.</w:t>
      </w:r>
    </w:p>
    <w:p w14:paraId="190109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phone vibrates in my pocket, Joaquin. I answer without looking. “Speak.”</w:t>
      </w:r>
    </w:p>
    <w:p w14:paraId="57D7E3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found Torres’s man,” Joaquin reports evenly. “He’s waiting downstairs, sublevel.”</w:t>
      </w:r>
    </w:p>
    <w:p w14:paraId="1034F7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 my way.”</w:t>
      </w:r>
    </w:p>
    <w:p w14:paraId="5B102A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Minutes later, I’m plunging downward in the elevator, the sleek glass and marble replaced by concrete walls, flickering fluorescents, and stale, metallic air. No veneer here. Only truth, raw, bloody, unflinching.</w:t>
      </w:r>
    </w:p>
    <w:p w14:paraId="164AD0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Two of my men have the traitor on his knees, wrists bound, face swollen. Joaquin stands </w:t>
      </w:r>
      <w:proofErr w:type="gramStart"/>
      <w:r w:rsidRPr="00124F84">
        <w:rPr>
          <w:rFonts w:ascii="Times New Roman" w:hAnsi="Times New Roman" w:cs="Times New Roman"/>
          <w:sz w:val="24"/>
          <w:szCs w:val="24"/>
        </w:rPr>
        <w:t>by,</w:t>
      </w:r>
      <w:proofErr w:type="gramEnd"/>
      <w:r w:rsidRPr="00124F84">
        <w:rPr>
          <w:rFonts w:ascii="Times New Roman" w:hAnsi="Times New Roman" w:cs="Times New Roman"/>
          <w:sz w:val="24"/>
          <w:szCs w:val="24"/>
        </w:rPr>
        <w:t xml:space="preserve"> tattooed forearms folded across his chest, waiting silently. I circle slowly, eyes narrowed, evaluating him like prey.</w:t>
      </w:r>
    </w:p>
    <w:p w14:paraId="4F34B1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 the man begs, voice broken. “I’ll pay it back, I swear…”</w:t>
      </w:r>
    </w:p>
    <w:p w14:paraId="338D32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“Enough.” I crouch down, tilting my head. “You knew the rules.”</w:t>
      </w:r>
    </w:p>
    <w:p w14:paraId="4AE04A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“Mr. Rivera, please…”</w:t>
      </w:r>
    </w:p>
    <w:p w14:paraId="199472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nod to Joaquin, bored now. The screaming starts as they drag him toward the industrial grinder. Metal blades churn to life, shrieking over his screams. Bone snaps. Blood sprays in sharp arcs against cold concrete, pooling red and wet across the floor.</w:t>
      </w:r>
    </w:p>
    <w:p w14:paraId="6F0C5E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detached.</w:t>
      </w:r>
    </w:p>
    <w:p w14:paraId="48A47B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But even here, in violence and bloodshed, Camille’s ghost lingers. Her moans fill the silence between the </w:t>
      </w:r>
      <w:proofErr w:type="gramStart"/>
      <w:r w:rsidRPr="00124F84">
        <w:rPr>
          <w:rFonts w:ascii="Times New Roman" w:hAnsi="Times New Roman" w:cs="Times New Roman"/>
          <w:sz w:val="24"/>
          <w:szCs w:val="24"/>
        </w:rPr>
        <w:t>screams,</w:t>
      </w:r>
      <w:proofErr w:type="gramEnd"/>
      <w:r w:rsidRPr="00124F84">
        <w:rPr>
          <w:rFonts w:ascii="Times New Roman" w:hAnsi="Times New Roman" w:cs="Times New Roman"/>
          <w:sz w:val="24"/>
          <w:szCs w:val="24"/>
        </w:rPr>
        <w:t xml:space="preserve"> the image of her trembling body carved into my skull.</w:t>
      </w:r>
    </w:p>
    <w:p w14:paraId="6920FADD" w14:textId="77777777" w:rsidR="00351B3C" w:rsidRPr="00124F84" w:rsidRDefault="00351B3C" w:rsidP="00124F84">
      <w:pPr>
        <w:spacing w:line="240" w:lineRule="auto"/>
        <w:rPr>
          <w:rFonts w:ascii="Times New Roman" w:hAnsi="Times New Roman" w:cs="Times New Roman"/>
          <w:sz w:val="24"/>
          <w:szCs w:val="24"/>
        </w:rPr>
      </w:pPr>
      <w:proofErr w:type="spellStart"/>
      <w:r w:rsidRPr="00124F84">
        <w:rPr>
          <w:rFonts w:ascii="Times New Roman" w:hAnsi="Times New Roman" w:cs="Times New Roman"/>
          <w:sz w:val="24"/>
          <w:szCs w:val="24"/>
        </w:rPr>
        <w:t>Maldición</w:t>
      </w:r>
      <w:proofErr w:type="spellEnd"/>
      <w:r w:rsidRPr="00124F84">
        <w:rPr>
          <w:rFonts w:ascii="Times New Roman" w:hAnsi="Times New Roman" w:cs="Times New Roman"/>
          <w:sz w:val="24"/>
          <w:szCs w:val="24"/>
        </w:rPr>
        <w:t>, bruja. Witch.</w:t>
      </w:r>
    </w:p>
    <w:p w14:paraId="3144D5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witch I want to fuck again. And again. Until I’ve exorcised this need or it kills me.</w:t>
      </w:r>
    </w:p>
    <w:p w14:paraId="38BD0B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By evening, I’m pacing the penthouse like a caged animal, restless and wired. Her scent, vanilla, neroli, sin, still clings to the air, the sheets, my fucking skin. I sit heavily on the couch, my hand already reaching for my phone, opening Instagram on autopilot.</w:t>
      </w:r>
    </w:p>
    <w:p w14:paraId="477955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profile mocks me. Camille laughing at brunch, smiling at fundraisers, posing flawlessly at parties. And then, Tulum.</w:t>
      </w:r>
    </w:p>
    <w:p w14:paraId="14D17C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Black bikini, barely-there fabric hugging golden skin, wet curls spilling carelessly across her bare shoulders, her lips parted, a quiet tease.</w:t>
      </w:r>
    </w:p>
    <w:p w14:paraId="43AF3B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cock hardens instantly, painfully.</w:t>
      </w:r>
    </w:p>
    <w:p w14:paraId="348C0B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Bruja, I curse again, voice rough and angry, hand sliding down to unzip my pants. My strokes are slow, punishing, edging myself while my eyes drink in every detail. Her parted thighs. The shadow between her hips. Her mouth, soft and inviting.</w:t>
      </w:r>
    </w:p>
    <w:p w14:paraId="7BA21C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push myself to the brink of pain, refusing release, hating how deeply she’s already fucked herself into my head. When I finally let myself come, it’s harsh and brutal, her name a guttural curse spilling from clenched teeth.</w:t>
      </w:r>
    </w:p>
    <w:p w14:paraId="1533A1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doesn’t help.</w:t>
      </w:r>
    </w:p>
    <w:p w14:paraId="78C46E18"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Day Two.</w:t>
      </w:r>
    </w:p>
    <w:p w14:paraId="22C081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gets worse.</w:t>
      </w:r>
    </w:p>
    <w:p w14:paraId="4E467B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briefs me on Dubai accounts, cartel shifts in Colombia, another dead informant, another quiet disposal. I nod, detached, while every woman passing by resembles her, every flash of dark curls, every whispered laugh, every slick mouth painted in shades of temptation.</w:t>
      </w:r>
    </w:p>
    <w:p w14:paraId="010D30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At night, I stand naked in front of the bathroom mirror again, hand trembling against the marble counter, knuckles splitting as I slam a fist into the stone, staring at her lipstick brand.</w:t>
      </w:r>
    </w:p>
    <w:p w14:paraId="721706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Rosewood.</w:t>
      </w:r>
    </w:p>
    <w:p w14:paraId="787106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fucking curse.</w:t>
      </w:r>
    </w:p>
    <w:p w14:paraId="232418F4"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Day Three.</w:t>
      </w:r>
    </w:p>
    <w:p w14:paraId="3ADE14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stop pretending.</w:t>
      </w:r>
    </w:p>
    <w:p w14:paraId="74C6F2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 sun hasn’t risen when I sit down at my desk, Camille’s file open on my screen again, detailed dossiers, photographs, family secrets. Sinclair Media’s pristine facade, Charles </w:t>
      </w:r>
      <w:r w:rsidRPr="00124F84">
        <w:rPr>
          <w:rFonts w:ascii="Times New Roman" w:hAnsi="Times New Roman" w:cs="Times New Roman"/>
          <w:sz w:val="24"/>
          <w:szCs w:val="24"/>
        </w:rPr>
        <w:lastRenderedPageBreak/>
        <w:t>Sinclair’s careful PR strategy, Celeste St. James’s quiet manipulations. Camille, the golden daughter, polished, powerful, protected.</w:t>
      </w:r>
    </w:p>
    <w:p w14:paraId="0F4E7E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anymore.</w:t>
      </w:r>
    </w:p>
    <w:p w14:paraId="5162BA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call Joaquin, voice cold, clipped. “Dig deeper.”</w:t>
      </w:r>
    </w:p>
    <w:p w14:paraId="539457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“How deep?”</w:t>
      </w:r>
    </w:p>
    <w:p w14:paraId="7CE802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“Everything,” I hiss. “Sinclair Media’s financials. Board members, trustees, silent partners. I want leverage. Debts, affairs, dirty little secrets. I want to know who we can buy and who we can break.”</w:t>
      </w:r>
    </w:p>
    <w:p w14:paraId="6BA809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sure?” Joaquin’s voice stays carefully neutral.</w:t>
      </w:r>
    </w:p>
    <w:p w14:paraId="288A2A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the access point,” I say slowly. “Camille’s the key. I want her surrounded. Vulnerable.”</w:t>
      </w:r>
    </w:p>
    <w:p w14:paraId="578088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talking infiltration,” Joaquin clarifies.</w:t>
      </w:r>
    </w:p>
    <w:p w14:paraId="78FC42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My voice hardens, colder now, edged in steel. “I’m talking infection. I want into every aspect of her world before she realizes I’m there.”</w:t>
      </w:r>
    </w:p>
    <w:p w14:paraId="00899B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There’s a pause. Joaquin exhales softly. “You want her owned.”</w:t>
      </w:r>
    </w:p>
    <w:p w14:paraId="3A30E1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My knuckles whiten around the glass of bourbon. “Get it done.”</w:t>
      </w:r>
    </w:p>
    <w:p w14:paraId="003BF0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Camille Sinclair has no idea what she woke inside me.</w:t>
      </w:r>
    </w:p>
    <w:p w14:paraId="169242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thinks she left.</w:t>
      </w:r>
    </w:p>
    <w:p w14:paraId="041FCA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thinks she escaped.</w:t>
      </w:r>
    </w:p>
    <w:p w14:paraId="52AF72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has no idea I’m already beneath her skin, inside her head, infecting her just as deeply as she infected me.</w:t>
      </w:r>
    </w:p>
    <w:p w14:paraId="2FC1A2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I’m coming for everything:</w:t>
      </w:r>
    </w:p>
    <w:p w14:paraId="32846F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family’s empire. Her pristine reputation. </w:t>
      </w:r>
    </w:p>
    <w:p w14:paraId="1DA822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carefully crafted lies. </w:t>
      </w:r>
    </w:p>
    <w:p w14:paraId="5637B6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fucking soul.</w:t>
      </w:r>
    </w:p>
    <w:p w14:paraId="326A4C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when I take it, she’ll know exactly who she belongs to.</w:t>
      </w:r>
    </w:p>
    <w:p w14:paraId="32FDDF12"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sz w:val="24"/>
          <w:szCs w:val="24"/>
        </w:rPr>
        <w:br/>
      </w:r>
      <w:r w:rsidRPr="00124F84">
        <w:rPr>
          <w:rFonts w:ascii="Times New Roman" w:hAnsi="Times New Roman" w:cs="Times New Roman"/>
          <w:b/>
          <w:bCs/>
          <w:sz w:val="24"/>
          <w:szCs w:val="24"/>
        </w:rPr>
        <w:t>Day Four.</w:t>
      </w:r>
    </w:p>
    <w:p w14:paraId="506378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leave the penthouse.</w:t>
      </w:r>
    </w:p>
    <w:p w14:paraId="131C34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because I’m tired.</w:t>
      </w:r>
    </w:p>
    <w:p w14:paraId="3C28D2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I’m focused.</w:t>
      </w:r>
    </w:p>
    <w:p w14:paraId="050F33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Because now that I’ve given the obsession breath, it’s turning into something living. Breathing. Strategic.</w:t>
      </w:r>
    </w:p>
    <w:p w14:paraId="332E52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Sinclair Empire has always looked impenetrable from the outside, elegant, old money, wrapped in press releases and perfectly manicured public image. But every empire has its cracks.</w:t>
      </w:r>
    </w:p>
    <w:p w14:paraId="131E00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 just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xml:space="preserve"> know where to look.</w:t>
      </w:r>
    </w:p>
    <w:p w14:paraId="00F52A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what Joaquin does best.</w:t>
      </w:r>
    </w:p>
    <w:p w14:paraId="585BE0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sends the first report at 7:41 a.m., a full dossier attached with three encrypted files.</w:t>
      </w:r>
    </w:p>
    <w:p w14:paraId="57C3B1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Sinclair Media: Public-facing media conglomerate with ties to old political dynasties, an international philanthropic division, and an ever-curated image of polished benevolence. They specialize in legacy media, luxury magazine distribution, PR spin, and digital strategy.</w:t>
      </w:r>
    </w:p>
    <w:p w14:paraId="097CC2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Sinclair Foundation: The philanthropic arm. Publicly praised for its work in underprivileged communities, mental health, shelters, education. Camille’s domain.</w:t>
      </w:r>
    </w:p>
    <w:p w14:paraId="124EF8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behind the glow of glowing articles and gala smiles?</w:t>
      </w:r>
    </w:p>
    <w:p w14:paraId="7AB28A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bleeds money.</w:t>
      </w:r>
    </w:p>
    <w:p w14:paraId="2E84B2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not just in the expected ways.</w:t>
      </w:r>
    </w:p>
    <w:p w14:paraId="33B11C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 girl’s got good instincts,” Joaquin says over comms, voice sharp, clinical. “She’s shifted funding into programs with actual impact. But it’s mismanaged. Bad oversight. Especially in East Harlem and a few international education initiatives in Morocco and Argentina. Money’s going in but results don’t match.”</w:t>
      </w:r>
    </w:p>
    <w:p w14:paraId="2CACEB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“Bleeding?” I ask, pacing my office with a mug of black coffee and a mind already ten moves ahead.</w:t>
      </w:r>
    </w:p>
    <w:p w14:paraId="00C433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an artery. Four million in the last fiscal cycle alone, spread over five projects. Looks like someone’s cooking the reports to keep it quiet. A few of the vendors tied to shell companies out of Panama and the Caymans. Some overlap with Sinclair Media’s production contracts.”</w:t>
      </w:r>
    </w:p>
    <w:p w14:paraId="0200C3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it’s internal.”</w:t>
      </w:r>
    </w:p>
    <w:p w14:paraId="724D85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“Definitely.”</w:t>
      </w:r>
    </w:p>
    <w:p w14:paraId="231780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Cold. Calculated.</w:t>
      </w:r>
    </w:p>
    <w:p w14:paraId="57AA28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now I have leverage.</w:t>
      </w:r>
    </w:p>
    <w:p w14:paraId="35D0AF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might not know. She’s too hands-on with the projects themselves, too focused on fixing things to notice the numbers bleeding out behind her.</w:t>
      </w:r>
    </w:p>
    <w:p w14:paraId="21EBB3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her father?</w:t>
      </w:r>
    </w:p>
    <w:p w14:paraId="6A41CD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Charles Sinclair knows.</w:t>
      </w:r>
    </w:p>
    <w:p w14:paraId="79793D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soon, he’ll know I know.</w:t>
      </w:r>
    </w:p>
    <w:p w14:paraId="3B364614"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Day Five.</w:t>
      </w:r>
    </w:p>
    <w:p w14:paraId="2C2B52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arrive at Rivera Holdings at 6:55 a.m. because I’m too wired to pretend to sleep anymore. I sign off on a twenty-million-dollar clean energy deal in Colorado, move two illegal shipments out of Cartagena, and restructure the flow of laundered cartel money through a pop-up wellness brand in Brooklyn.</w:t>
      </w:r>
    </w:p>
    <w:p w14:paraId="14FD15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By noon, I’ve already scheduled the meeting with Charles Sinclair.</w:t>
      </w:r>
    </w:p>
    <w:p w14:paraId="4C2887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won’t be informal.</w:t>
      </w:r>
    </w:p>
    <w:p w14:paraId="49F215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not the type.</w:t>
      </w:r>
    </w:p>
    <w:p w14:paraId="6721BB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It’ll be a performance.</w:t>
      </w:r>
    </w:p>
    <w:p w14:paraId="141D4B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 opening move.</w:t>
      </w:r>
    </w:p>
    <w:p w14:paraId="42D900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lawyers start working the angles. Rivera Holdings begins purchasing Sinclair Media stock quietly, through proxy shell groups, investment alliances, and quiet board insiders Joaquin identifies.</w:t>
      </w:r>
    </w:p>
    <w:p w14:paraId="19FE50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“You’ll have a ten percent foothold within the month,” Joaquin tells me.</w:t>
      </w:r>
    </w:p>
    <w:p w14:paraId="4C591E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“Double it.”</w:t>
      </w:r>
    </w:p>
    <w:p w14:paraId="11F34B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raises a brow. “That’s aggressive.”</w:t>
      </w:r>
    </w:p>
    <w:p w14:paraId="3D998A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out at the skyline, Camille’s voice still ghosting in my ears.</w:t>
      </w:r>
    </w:p>
    <w:p w14:paraId="466F6E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 am I.”</w:t>
      </w:r>
    </w:p>
    <w:p w14:paraId="3BE3D1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Day Six.</w:t>
      </w:r>
    </w:p>
    <w:p w14:paraId="2DF76A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get my first response from Charles.</w:t>
      </w:r>
    </w:p>
    <w:p w14:paraId="07BA88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 invitation, formal, polite, carefully neutral.</w:t>
      </w:r>
      <w:r w:rsidRPr="00124F84">
        <w:rPr>
          <w:rFonts w:ascii="Times New Roman" w:hAnsi="Times New Roman" w:cs="Times New Roman"/>
          <w:sz w:val="24"/>
          <w:szCs w:val="24"/>
        </w:rPr>
        <w:br/>
        <w:t>Lunch at the Sinclair estate. A gesture.</w:t>
      </w:r>
    </w:p>
    <w:p w14:paraId="1A08EE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knows who I am. He knows why I want in.</w:t>
      </w:r>
    </w:p>
    <w:p w14:paraId="63B20D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 doesn’t know how far I’ll go.</w:t>
      </w:r>
    </w:p>
    <w:p w14:paraId="40CDE3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spend the next twelve hours preparing. Not just the surface-level due diligence. I study his political donors. His real offshore accounts. His mistress in Milan. The silent partners that keep his media empire afloat. The enemies he’s made that haven’t come for him, yet.</w:t>
      </w:r>
    </w:p>
    <w:p w14:paraId="359486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piece is a pawn on the board.</w:t>
      </w:r>
    </w:p>
    <w:p w14:paraId="1DECBB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piece I’m going to move.</w:t>
      </w:r>
    </w:p>
    <w:p w14:paraId="1DD4873C" w14:textId="4C0E973C"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 xml:space="preserve">Day </w:t>
      </w:r>
      <w:r w:rsidR="00C920EB">
        <w:rPr>
          <w:rFonts w:ascii="Times New Roman" w:hAnsi="Times New Roman" w:cs="Times New Roman"/>
          <w:b/>
          <w:bCs/>
          <w:sz w:val="24"/>
          <w:szCs w:val="24"/>
        </w:rPr>
        <w:t>Six</w:t>
      </w:r>
      <w:r w:rsidRPr="00124F84">
        <w:rPr>
          <w:rFonts w:ascii="Times New Roman" w:hAnsi="Times New Roman" w:cs="Times New Roman"/>
          <w:b/>
          <w:bCs/>
          <w:sz w:val="24"/>
          <w:szCs w:val="24"/>
        </w:rPr>
        <w:t>.</w:t>
      </w:r>
    </w:p>
    <w:p w14:paraId="7D54C7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Camille posts a photo from the Foundation. She’s in jeans and a t-shirt, standing barefoot inside a half-painted community shelter in Brooklyn, laughing with a kid who has paint on his cheeks.</w:t>
      </w:r>
    </w:p>
    <w:p w14:paraId="388527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looks happy.</w:t>
      </w:r>
    </w:p>
    <w:p w14:paraId="67382A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Unfiltered.</w:t>
      </w:r>
    </w:p>
    <w:p w14:paraId="70D508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Human.</w:t>
      </w:r>
    </w:p>
    <w:p w14:paraId="37AAFD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has no idea her entire world is being surrounded.</w:t>
      </w:r>
    </w:p>
    <w:p w14:paraId="35DC7C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I’m about to sit across from her father and smile like the devil, offering him something he won’t be able to refuse, security, expansion, capital.</w:t>
      </w:r>
    </w:p>
    <w:p w14:paraId="66A45A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behind that offer?</w:t>
      </w:r>
    </w:p>
    <w:p w14:paraId="4A2799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Is a hand already wrapped around his daughter’s throat.</w:t>
      </w:r>
    </w:p>
    <w:p w14:paraId="6C266F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physically.</w:t>
      </w:r>
      <w:r w:rsidRPr="00124F84">
        <w:rPr>
          <w:rFonts w:ascii="Times New Roman" w:hAnsi="Times New Roman" w:cs="Times New Roman"/>
          <w:sz w:val="24"/>
          <w:szCs w:val="24"/>
        </w:rPr>
        <w:br/>
        <w:t>Not yet.</w:t>
      </w:r>
    </w:p>
    <w:p w14:paraId="198F24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metaphorically?</w:t>
      </w:r>
    </w:p>
    <w:p w14:paraId="238502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mine.</w:t>
      </w:r>
    </w:p>
    <w:p w14:paraId="40B54425" w14:textId="658565A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I’m going to drag her into my world one move at a time</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br/>
        <w:t>Not with chains.</w:t>
      </w:r>
      <w:r w:rsidRPr="00124F84">
        <w:rPr>
          <w:rFonts w:ascii="Times New Roman" w:hAnsi="Times New Roman" w:cs="Times New Roman"/>
          <w:sz w:val="24"/>
          <w:szCs w:val="24"/>
        </w:rPr>
        <w:br/>
        <w:t>But with power.</w:t>
      </w:r>
      <w:r w:rsidRPr="00124F84">
        <w:rPr>
          <w:rFonts w:ascii="Times New Roman" w:hAnsi="Times New Roman" w:cs="Times New Roman"/>
          <w:sz w:val="24"/>
          <w:szCs w:val="24"/>
        </w:rPr>
        <w:br/>
        <w:t>With strategy.</w:t>
      </w:r>
      <w:r w:rsidRPr="00124F84">
        <w:rPr>
          <w:rFonts w:ascii="Times New Roman" w:hAnsi="Times New Roman" w:cs="Times New Roman"/>
          <w:sz w:val="24"/>
          <w:szCs w:val="24"/>
        </w:rPr>
        <w:br/>
        <w:t>With ruthless precision.</w:t>
      </w:r>
    </w:p>
    <w:p w14:paraId="05041D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She’ll never see the checkmate coming.</w:t>
      </w:r>
    </w:p>
    <w:p w14:paraId="09FCE8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until she’s already in it.</w:t>
      </w:r>
      <w:r w:rsidRPr="00124F84">
        <w:rPr>
          <w:rFonts w:ascii="Times New Roman" w:hAnsi="Times New Roman" w:cs="Times New Roman"/>
          <w:sz w:val="24"/>
          <w:szCs w:val="24"/>
        </w:rPr>
        <w:br/>
        <w:t>Already undone.</w:t>
      </w:r>
      <w:r w:rsidRPr="00124F84">
        <w:rPr>
          <w:rFonts w:ascii="Times New Roman" w:hAnsi="Times New Roman" w:cs="Times New Roman"/>
          <w:sz w:val="24"/>
          <w:szCs w:val="24"/>
        </w:rPr>
        <w:br/>
        <w:t>Already back in my bed, whispering “more” all over again.</w:t>
      </w:r>
    </w:p>
    <w:p w14:paraId="467C33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this time?</w:t>
      </w:r>
    </w:p>
    <w:p w14:paraId="25D566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 will be no walking away.</w:t>
      </w:r>
    </w:p>
    <w:p w14:paraId="06CD13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046C70DD" w14:textId="17AE237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b/>
          <w:bCs/>
          <w:sz w:val="24"/>
          <w:szCs w:val="24"/>
        </w:rPr>
        <w:t xml:space="preserve">Day </w:t>
      </w:r>
      <w:r w:rsidR="00C920EB">
        <w:rPr>
          <w:rFonts w:ascii="Times New Roman" w:hAnsi="Times New Roman" w:cs="Times New Roman"/>
          <w:b/>
          <w:bCs/>
          <w:sz w:val="24"/>
          <w:szCs w:val="24"/>
        </w:rPr>
        <w:t>Seven</w:t>
      </w:r>
      <w:r w:rsidRPr="00124F84">
        <w:rPr>
          <w:rFonts w:ascii="Times New Roman" w:hAnsi="Times New Roman" w:cs="Times New Roman"/>
          <w:b/>
          <w:bCs/>
          <w:sz w:val="24"/>
          <w:szCs w:val="24"/>
        </w:rPr>
        <w:t>.</w:t>
      </w:r>
      <w:r w:rsidRPr="00124F84">
        <w:rPr>
          <w:rFonts w:ascii="Times New Roman" w:hAnsi="Times New Roman" w:cs="Times New Roman"/>
          <w:sz w:val="24"/>
          <w:szCs w:val="24"/>
        </w:rPr>
        <w:t xml:space="preserve"> The Sinclair estate stands before me in white stone, sprawling quietly at the edge of the Upper East Side, every line and curve as deliberate and calculated as the family that built it. A perfect monument to carefully curated power. Old money oozing charm and arrogance in equal measure, the kind of quiet elegance that’s been polished over decades of careful deceit.</w:t>
      </w:r>
    </w:p>
    <w:p w14:paraId="4F3289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Exactly like Camille herself. </w:t>
      </w:r>
    </w:p>
    <w:p w14:paraId="60DF59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Except Camille’s cracks are real. </w:t>
      </w:r>
    </w:p>
    <w:p w14:paraId="737B12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Her desperation is tangible. </w:t>
      </w:r>
    </w:p>
    <w:p w14:paraId="5374F2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unraveling is exquisite. </w:t>
      </w:r>
    </w:p>
    <w:p w14:paraId="48808F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Charles Sinclair meets me in the grand foyer, impeccable in a tailored navy suit that costs more than most men earn in a year. His handshake is firm, poised, carrying the subtle message that he’s fully aware of who and what I am, and he doesn’t trust it. His mouth curves in a practiced smile, a politician’s smile, perfected through years of rehearsed cordiality and calculated dominance. </w:t>
      </w:r>
    </w:p>
    <w:p w14:paraId="071784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“Kane,” he says, voice smooth as old scotch, his eyes watchful. “Pleasure to finally sit down with you.” </w:t>
      </w:r>
    </w:p>
    <w:p w14:paraId="2C4034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“Charles.” I match his grip, my own smile perfectly polite, perfectly empty. “The pleasure’s mine.”</w:t>
      </w:r>
    </w:p>
    <w:p w14:paraId="363CF3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We move through the sprawling estate, footsteps echoing softly across marble polished to a mirror-like sheen. Lunch awaits on the terrace, a meticulous affair overlooking manicured gardens that stretch into oblivion, interrupted only by a distant shimmer of ocean on the horizon. Jazz hums softly from hidden speakers, background noise meant to soothe nerves and mask true intentions. Two security guards stand at discreet posts, one of them, a sharp-eyed man built like a weapon, locking eyes with me briefly before quickly looking away. Smart enough to sense danger. Smart enough not to invite it. </w:t>
      </w:r>
    </w:p>
    <w:p w14:paraId="5B46DA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Charles sips vintage Bordeaux, watching me over the rim of his glass, letting silence stretch, testing me. I don’t speak first. “I’ve been monitoring your acquisitions,” he finally says, breaking the quiet with deliberate ease. “Quietly gaining shares in Sinclair Media. Interesting approach.” </w:t>
      </w:r>
    </w:p>
    <w:p w14:paraId="482EBC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hold his gaze steadily. “Strategic investments.” </w:t>
      </w:r>
    </w:p>
    <w:p w14:paraId="43F829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lifts a brow, amused. “And do you plan to stay quietly </w:t>
      </w:r>
      <w:proofErr w:type="gramStart"/>
      <w:r w:rsidRPr="00124F84">
        <w:rPr>
          <w:rFonts w:ascii="Times New Roman" w:hAnsi="Times New Roman" w:cs="Times New Roman"/>
          <w:sz w:val="24"/>
          <w:szCs w:val="24"/>
        </w:rPr>
        <w:t>strategic</w:t>
      </w:r>
      <w:proofErr w:type="gramEnd"/>
      <w:r w:rsidRPr="00124F84">
        <w:rPr>
          <w:rFonts w:ascii="Times New Roman" w:hAnsi="Times New Roman" w:cs="Times New Roman"/>
          <w:sz w:val="24"/>
          <w:szCs w:val="24"/>
        </w:rPr>
        <w:t xml:space="preserve"> or will this become something louder?” I meet his stare, letting the edge of a smile touch my mouth. “That depends entirely on how useful ‘loud’ becomes.” He sets his glass down gently, calculating. “Sinclair Media isn’t just a business. It’s my family’s legacy.” </w:t>
      </w:r>
    </w:p>
    <w:p w14:paraId="225C2B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“I’m aware.” His eyes darken fractionally. </w:t>
      </w:r>
    </w:p>
    <w:p w14:paraId="450922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“Then you know we don’t welcome outsiders who try to twist our legacy into something else.” </w:t>
      </w:r>
    </w:p>
    <w:p w14:paraId="0A76B5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“I’m not here to twist it,” I say calmly. “I’m here to protect it. Sinclair Media is strong, respected. But your foundation, the philanthropic heart, is hemorrhaging money. Ghost initiatives in Morocco, mismanagement in Harlem. Millions vanish through shell companies hidden offshore.” </w:t>
      </w:r>
    </w:p>
    <w:p w14:paraId="07219A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Charles goes rigid, face carefully neutral, but his eyes betray his surprise. “You’re well-informed,” he says slowly, voice colder now. </w:t>
      </w:r>
    </w:p>
    <w:p w14:paraId="2F3309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“Always.” I lean in slightly, voice dropping, turning sharper. “Your daughter’s too busy painting walls and holding hands at shelters to notice the blood dripping quietly from her foundation. But you notice. You’ve chosen to ignore it. How long do you think your reputation holds when </w:t>
      </w:r>
      <w:r w:rsidRPr="00124F84">
        <w:rPr>
          <w:rFonts w:ascii="Times New Roman" w:hAnsi="Times New Roman" w:cs="Times New Roman"/>
          <w:sz w:val="24"/>
          <w:szCs w:val="24"/>
        </w:rPr>
        <w:lastRenderedPageBreak/>
        <w:t>someone less charitable than me uncovers this?” Charles’s jaw tenses visibly, fists tightening subtly on the table edge.</w:t>
      </w:r>
    </w:p>
    <w:p w14:paraId="54047F36" w14:textId="7654E43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won’t allow interference</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 xml:space="preserve">” </w:t>
      </w:r>
    </w:p>
    <w:p w14:paraId="4B9116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“Camille doesn’t know she needs it,” I interrupt quietly, ruthlessly. “Her good intentions blind her. She’s exposed, Charles. You know it, and now, I know it.” </w:t>
      </w:r>
    </w:p>
    <w:p w14:paraId="1823BA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leans back slowly, eyes narrowing to slits of icy calculation. “What exactly do you want?”</w:t>
      </w:r>
    </w:p>
    <w:p w14:paraId="2DA9D0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answer right away. I let it stretch, three slow beats of silence, enough to let the weight settle in the air between us, thick and sharp as broken glass. Charles watches me, waiting. Waiting for the next move. The mistake he keeps making is thinking we’re playing the same game. “We both know where this ends,” I say finally, voice low, even. “</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let’s stop pretending this is about negotiation.” </w:t>
      </w:r>
    </w:p>
    <w:p w14:paraId="66AAC0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jaw twitches. “What do you want, Kane?” </w:t>
      </w:r>
    </w:p>
    <w:p w14:paraId="3F9B29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lean forward, elbows on the table, gaze locked on his like a sniper lining up a shot. “I want access,” I say. “To Sinclair Media’s internal board. I want full review rights on Foundation expenditures. I want to install my own operations analyst inside Camille’s division.” </w:t>
      </w:r>
    </w:p>
    <w:p w14:paraId="3E99EB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laughs once, short and sharp. “That’s not access. That’s takeover.” </w:t>
      </w:r>
    </w:p>
    <w:p w14:paraId="31E95C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“It’s protection.” My voice doesn’t rise, doesn’t break. It cuts. “From the lawsuits you’d drown in if a real auditor saw those numbers. From the collapse that’s coming the moment someone pulls the right thread. You think I’m dangerous? Wait until the Feds start sniffing around your off-book vendors in East Harlem.” He narrows his eyes. </w:t>
      </w:r>
    </w:p>
    <w:p w14:paraId="608CE69E" w14:textId="4CD5DC0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“You’d go that route?”</w:t>
      </w:r>
      <w:r w:rsidR="009E2701" w:rsidRPr="00124F84">
        <w:rPr>
          <w:rFonts w:ascii="Times New Roman" w:hAnsi="Times New Roman" w:cs="Times New Roman"/>
          <w:sz w:val="24"/>
          <w:szCs w:val="24"/>
        </w:rPr>
        <w:t xml:space="preserve"> </w:t>
      </w:r>
      <w:r w:rsidRPr="00124F84">
        <w:rPr>
          <w:rFonts w:ascii="Times New Roman" w:hAnsi="Times New Roman" w:cs="Times New Roman"/>
          <w:sz w:val="24"/>
          <w:szCs w:val="24"/>
        </w:rPr>
        <w:t xml:space="preserve">He narrows his eyes, suspicion mingling with a subtle strain of disbelief. </w:t>
      </w:r>
    </w:p>
    <w:p w14:paraId="18782D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smile slowly, deliberately, like a blade drawn leisurely from its sheath. “Charles,” I say calmly, leaning back and adjusting my cuffs as if the idea itself is mundane, “you’re misreading the board entirely. I'm not here to threaten you, I’m here because I don't have to threaten you. You're smart enough to know exactly what I'm capable of. And what I’m capable of should scare you far more than some federal audit.” He stares at me, silent, assessing. The carefully practiced composure in his gaze wavers, cracks just slightly. He wasn’t expecting this, at least not so blatantly, not so fucking ruthlessly. </w:t>
      </w:r>
    </w:p>
    <w:p w14:paraId="557F8C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 realize what you’re asking is unacceptable,” Charles replies finally, voice tightly controlled. “It’s essentially handing you control of Camille’s entire division.” </w:t>
      </w:r>
    </w:p>
    <w:p w14:paraId="193F85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tilt my head slightly, as if considering his objection for the first time. “Your daughter isn’t the issue here. Camille’s intentions are admirable, her vision commendable. But intentions don’t protect her, or you, from consequences. Right now, her foundation’s exposure threatens everything you’ve built. And frankly, Charles, it threatens me. I don’t leave loose ends.” </w:t>
      </w:r>
    </w:p>
    <w:p w14:paraId="34DEC0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jaw twitches again, anger simmering just beneath the practiced façade. “My daughter is not a loose end.” </w:t>
      </w:r>
    </w:p>
    <w:p w14:paraId="607C4A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“She’s collateral,” I clarify bluntly, watching the words land like blows. “And unless you accept my terms, she becomes a liability.”</w:t>
      </w:r>
    </w:p>
    <w:p w14:paraId="1B35E0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hand flexes on the stem of his glass. A silent tremor. Barely noticeable, unless you’re watching for it.</w:t>
      </w:r>
    </w:p>
    <w:p w14:paraId="7D011D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am.</w:t>
      </w:r>
    </w:p>
    <w:p w14:paraId="2EDDA0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know the type. Charles Sinclair is used to holding court. To dictating outcomes, not absorbing threats. But this, this is the moment he realizes he’s not sitting across from a man interested in handshakes or compromise. He’s sitting across from a tactician with a loaded gun aimed at everything he’s ever built.</w:t>
      </w:r>
    </w:p>
    <w:p w14:paraId="075A1F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are colder now. Distant. Like he’s scanning for an angle he missed.</w:t>
      </w:r>
    </w:p>
    <w:p w14:paraId="2780FA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not going to touch Camille,” he says quietly.</w:t>
      </w:r>
    </w:p>
    <w:p w14:paraId="1A2202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not a warning. It’s a wish.</w:t>
      </w:r>
    </w:p>
    <w:p w14:paraId="25D08B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react.</w:t>
      </w:r>
    </w:p>
    <w:p w14:paraId="4C75D2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just watch him for another beat, then say with the kind of low, deliberate cruelty that makes men sweat under their tailored suits:</w:t>
      </w:r>
    </w:p>
    <w:p w14:paraId="5F07C9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misunderstand. I don’t need to touch her.”</w:t>
      </w:r>
    </w:p>
    <w:p w14:paraId="48BD09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that hang.</w:t>
      </w:r>
    </w:p>
    <w:p w14:paraId="17254A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what I’ve done isn’t physical, yet. What I’ve done is worse.</w:t>
      </w:r>
    </w:p>
    <w:p w14:paraId="0CB68A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could unravel Sinclair Media within six months,” I continue, tone calm, surgical. “I have the vendors. The paper trails. The board members who are already mine, they just don’t know it yet. I can collapse your Foundation in half the time. One leaked audit. One anonymous tip. One well-placed whisper, and the press starts circling like fucking vultures.”</w:t>
      </w:r>
    </w:p>
    <w:p w14:paraId="51FD9E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shoulders go rigid. I see it, his mind calculating the odds. Weighing cost against consequence.</w:t>
      </w:r>
    </w:p>
    <w:p w14:paraId="09A69D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what would you get out of that?” he bites. “If you’re so invested, why burn it down?”</w:t>
      </w:r>
    </w:p>
    <w:p w14:paraId="5806DC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gramStart"/>
      <w:r w:rsidRPr="00124F84">
        <w:rPr>
          <w:rFonts w:ascii="Times New Roman" w:hAnsi="Times New Roman" w:cs="Times New Roman"/>
          <w:sz w:val="24"/>
          <w:szCs w:val="24"/>
        </w:rPr>
        <w:t>Because,</w:t>
      </w:r>
      <w:proofErr w:type="gramEnd"/>
      <w:r w:rsidRPr="00124F84">
        <w:rPr>
          <w:rFonts w:ascii="Times New Roman" w:hAnsi="Times New Roman" w:cs="Times New Roman"/>
          <w:sz w:val="24"/>
          <w:szCs w:val="24"/>
        </w:rPr>
        <w:t>” I say softly, “if you don’t play this exactly the way I want, if you don’t give me what I want, then you don’t deserve it.”</w:t>
      </w:r>
    </w:p>
    <w:p w14:paraId="1A4FB1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scoffs, a humorless sound. “You’d destroy an entire company. A philanthropic foundation. My daughter’s work.”</w:t>
      </w:r>
    </w:p>
    <w:p w14:paraId="7E5F2F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make the mistake of thinking I care about her work more than I care about mine.”</w:t>
      </w:r>
    </w:p>
    <w:p w14:paraId="24BAC1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back, slow and measured, and pin him with a stare that has brought stronger men than him to their knees.</w:t>
      </w:r>
    </w:p>
    <w:p w14:paraId="2BAD14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“If I wanted a donation, I’d write a check. But I don’t want donations, Charles. I want dominion. And I’ve already started building it. You either get on your knees and offer me the crown now, or I take it from the ashes of your empire.”</w:t>
      </w:r>
    </w:p>
    <w:p w14:paraId="29FD45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stares at me, still silent.</w:t>
      </w:r>
    </w:p>
    <w:p w14:paraId="745842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calculating.</w:t>
      </w:r>
    </w:p>
    <w:p w14:paraId="78EEF8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 knows.</w:t>
      </w:r>
    </w:p>
    <w:p w14:paraId="02C636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isn’t a threat. It’s a promise.</w:t>
      </w:r>
    </w:p>
    <w:p w14:paraId="091BFA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may be beloved. Camille may be his daughter, his legacy, the one clean thing in a rotted bloodline.</w:t>
      </w:r>
    </w:p>
    <w:p w14:paraId="11625A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to me?</w:t>
      </w:r>
    </w:p>
    <w:p w14:paraId="053F4E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leverage. She’s an entry point. A breach.</w:t>
      </w:r>
    </w:p>
    <w:p w14:paraId="68A423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if Charles won’t surrender her division, I’ll take everything it touches.</w:t>
      </w:r>
    </w:p>
    <w:p w14:paraId="7BEF3A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Sinclair Media.</w:t>
      </w:r>
      <w:r w:rsidRPr="00124F84">
        <w:rPr>
          <w:rFonts w:ascii="Times New Roman" w:hAnsi="Times New Roman" w:cs="Times New Roman"/>
          <w:sz w:val="24"/>
          <w:szCs w:val="24"/>
        </w:rPr>
        <w:br/>
        <w:t>The Foundation.</w:t>
      </w:r>
      <w:r w:rsidRPr="00124F84">
        <w:rPr>
          <w:rFonts w:ascii="Times New Roman" w:hAnsi="Times New Roman" w:cs="Times New Roman"/>
          <w:sz w:val="24"/>
          <w:szCs w:val="24"/>
        </w:rPr>
        <w:br/>
        <w:t>His name.</w:t>
      </w:r>
      <w:r w:rsidRPr="00124F84">
        <w:rPr>
          <w:rFonts w:ascii="Times New Roman" w:hAnsi="Times New Roman" w:cs="Times New Roman"/>
          <w:sz w:val="24"/>
          <w:szCs w:val="24"/>
        </w:rPr>
        <w:br/>
        <w:t>His legacy.</w:t>
      </w:r>
      <w:r w:rsidRPr="00124F84">
        <w:rPr>
          <w:rFonts w:ascii="Times New Roman" w:hAnsi="Times New Roman" w:cs="Times New Roman"/>
          <w:sz w:val="24"/>
          <w:szCs w:val="24"/>
        </w:rPr>
        <w:br/>
        <w:t>Her.</w:t>
      </w:r>
    </w:p>
    <w:p w14:paraId="23B020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rise from my chair.</w:t>
      </w:r>
    </w:p>
    <w:p w14:paraId="36E02C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have to answer now,” I say. “But you will.”</w:t>
      </w:r>
    </w:p>
    <w:p w14:paraId="511198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Charles stands too, his face carved from stone, fury flickering just behind the mask. “And if I say no?”</w:t>
      </w:r>
    </w:p>
    <w:p w14:paraId="2B0285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meet his gaze, unwavering.</w:t>
      </w:r>
    </w:p>
    <w:p w14:paraId="1AC1F5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 bury both.”</w:t>
      </w:r>
    </w:p>
    <w:p w14:paraId="1DF717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pause.</w:t>
      </w:r>
    </w:p>
    <w:p w14:paraId="2B50DA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“Sinclair Media will go under in scandal. Your Foundation will be gutted by audits, litigation, and headlines that stain Camille’s name until she’s nothing more than a cautionary tale. The daughter who failed. The heiress who didn’t know.”</w:t>
      </w:r>
    </w:p>
    <w:p w14:paraId="57CC77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mouth opens slightly, but I don’t let him speak.</w:t>
      </w:r>
    </w:p>
    <w:p w14:paraId="5A1927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I’ll still walk away richer.”</w:t>
      </w:r>
    </w:p>
    <w:p w14:paraId="1200F4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the part he really hates. That if I bring it all down, I won’t lose.</w:t>
      </w:r>
    </w:p>
    <w:p w14:paraId="499F05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will.</w:t>
      </w:r>
    </w:p>
    <w:p w14:paraId="74ADEE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“Your board will fold to pressure. Your donors will scatter. Your daughter’s picture will be plastered across every news cycle with the word fraud underneath it. And I won’t lift a finger because I already built the system that will devour her.”</w:t>
      </w:r>
    </w:p>
    <w:p w14:paraId="4F9ACF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that hang in the air, then lean in one last time.</w:t>
      </w:r>
    </w:p>
    <w:p w14:paraId="01207D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 be smart,” I murmur. “Save your daughter’s face. Save your company’s name. Give me what I want.”</w:t>
      </w:r>
    </w:p>
    <w:p w14:paraId="567A4F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Charles doesn’t answer.</w:t>
      </w:r>
    </w:p>
    <w:p w14:paraId="2D467C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 doesn’t say no either.</w:t>
      </w:r>
    </w:p>
    <w:p w14:paraId="042875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that?</w:t>
      </w:r>
    </w:p>
    <w:p w14:paraId="1F3716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the first move of surrender.</w:t>
      </w:r>
    </w:p>
    <w:p w14:paraId="1F5432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walk out without shaking his hand. Without looking back. I don’t need to see his face. I’ve already read it.</w:t>
      </w:r>
    </w:p>
    <w:p w14:paraId="7C1C88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He’ll give me the board seat.</w:t>
      </w:r>
    </w:p>
    <w:p w14:paraId="6DAF6B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He’ll approve the oversight.</w:t>
      </w:r>
    </w:p>
    <w:p w14:paraId="7DBFDF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He’ll fold, just like every man who builds an empire without the stomach to protect it.</w:t>
      </w:r>
    </w:p>
    <w:p w14:paraId="44FA2B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won’t know yet. Not until the paperwork’s done. Not until I’m seated across the boardroom table, smiling at her like the wolf she forgot she let in the door.</w:t>
      </w:r>
    </w:p>
    <w:p w14:paraId="4C73AB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when she does?</w:t>
      </w:r>
    </w:p>
    <w:p w14:paraId="0C9520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It’ll already be too late.</w:t>
      </w:r>
    </w:p>
    <w:p w14:paraId="5017C7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I’m not just inside her Foundation now.</w:t>
      </w:r>
      <w:r w:rsidRPr="00124F84">
        <w:rPr>
          <w:rFonts w:ascii="Times New Roman" w:hAnsi="Times New Roman" w:cs="Times New Roman"/>
          <w:sz w:val="24"/>
          <w:szCs w:val="24"/>
        </w:rPr>
        <w:br/>
        <w:t>I’m inside her bloodline.</w:t>
      </w:r>
      <w:r w:rsidRPr="00124F84">
        <w:rPr>
          <w:rFonts w:ascii="Times New Roman" w:hAnsi="Times New Roman" w:cs="Times New Roman"/>
          <w:sz w:val="24"/>
          <w:szCs w:val="24"/>
        </w:rPr>
        <w:br/>
        <w:t>Her future.</w:t>
      </w:r>
      <w:r w:rsidRPr="00124F84">
        <w:rPr>
          <w:rFonts w:ascii="Times New Roman" w:hAnsi="Times New Roman" w:cs="Times New Roman"/>
          <w:sz w:val="24"/>
          <w:szCs w:val="24"/>
        </w:rPr>
        <w:br/>
        <w:t>Her fucking fate.</w:t>
      </w:r>
    </w:p>
    <w:p w14:paraId="665256DA" w14:textId="77777777" w:rsidR="00027863"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she’ll come to understand exactly what it means to be mine</w:t>
      </w:r>
      <w:r w:rsidR="00027863" w:rsidRPr="00124F84">
        <w:rPr>
          <w:rFonts w:ascii="Times New Roman" w:hAnsi="Times New Roman" w:cs="Times New Roman"/>
          <w:sz w:val="24"/>
          <w:szCs w:val="24"/>
        </w:rPr>
        <w:t xml:space="preserve">. </w:t>
      </w:r>
    </w:p>
    <w:p w14:paraId="3A47AAFE" w14:textId="77777777" w:rsidR="00027863" w:rsidRPr="00124F84" w:rsidRDefault="00027863"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w:t>
      </w:r>
      <w:r w:rsidR="00351B3C" w:rsidRPr="00124F84">
        <w:rPr>
          <w:rFonts w:ascii="Times New Roman" w:hAnsi="Times New Roman" w:cs="Times New Roman"/>
          <w:sz w:val="24"/>
          <w:szCs w:val="24"/>
        </w:rPr>
        <w:t>trategically</w:t>
      </w:r>
      <w:r w:rsidRPr="00124F84">
        <w:rPr>
          <w:rFonts w:ascii="Times New Roman" w:hAnsi="Times New Roman" w:cs="Times New Roman"/>
          <w:sz w:val="24"/>
          <w:szCs w:val="24"/>
        </w:rPr>
        <w:t xml:space="preserve">. </w:t>
      </w:r>
    </w:p>
    <w:p w14:paraId="3C42CF3A" w14:textId="6A14C7F3" w:rsidR="00027863" w:rsidRPr="00124F84" w:rsidRDefault="00027863"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w:t>
      </w:r>
      <w:r w:rsidR="00351B3C" w:rsidRPr="00124F84">
        <w:rPr>
          <w:rFonts w:ascii="Times New Roman" w:hAnsi="Times New Roman" w:cs="Times New Roman"/>
          <w:sz w:val="24"/>
          <w:szCs w:val="24"/>
        </w:rPr>
        <w:t>ublicl</w:t>
      </w:r>
      <w:r w:rsidRPr="00124F84">
        <w:rPr>
          <w:rFonts w:ascii="Times New Roman" w:hAnsi="Times New Roman" w:cs="Times New Roman"/>
          <w:sz w:val="24"/>
          <w:szCs w:val="24"/>
        </w:rPr>
        <w:t xml:space="preserve">y. </w:t>
      </w:r>
    </w:p>
    <w:p w14:paraId="53A5948F" w14:textId="034D0198" w:rsidR="00351B3C" w:rsidRPr="00124F84" w:rsidRDefault="00027863"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w:t>
      </w:r>
      <w:r w:rsidR="00351B3C" w:rsidRPr="00124F84">
        <w:rPr>
          <w:rFonts w:ascii="Times New Roman" w:hAnsi="Times New Roman" w:cs="Times New Roman"/>
          <w:sz w:val="24"/>
          <w:szCs w:val="24"/>
        </w:rPr>
        <w:t>rrevocably.</w:t>
      </w:r>
    </w:p>
    <w:p w14:paraId="12411E4C" w14:textId="2A60C5B8"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 xml:space="preserve">Day </w:t>
      </w:r>
      <w:r w:rsidR="00C920EB">
        <w:rPr>
          <w:rFonts w:ascii="Times New Roman" w:hAnsi="Times New Roman" w:cs="Times New Roman"/>
          <w:b/>
          <w:bCs/>
          <w:sz w:val="24"/>
          <w:szCs w:val="24"/>
        </w:rPr>
        <w:t>Eight</w:t>
      </w:r>
      <w:r w:rsidRPr="00124F84">
        <w:rPr>
          <w:rFonts w:ascii="Times New Roman" w:hAnsi="Times New Roman" w:cs="Times New Roman"/>
          <w:b/>
          <w:bCs/>
          <w:sz w:val="24"/>
          <w:szCs w:val="24"/>
        </w:rPr>
        <w:t>.</w:t>
      </w:r>
    </w:p>
    <w:p w14:paraId="673416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methodical.</w:t>
      </w:r>
    </w:p>
    <w:p w14:paraId="54411B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Patient.</w:t>
      </w:r>
    </w:p>
    <w:p w14:paraId="60C7A8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Ruthless.</w:t>
      </w:r>
    </w:p>
    <w:p w14:paraId="669D00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Men like Charles Sinclair think ruthlessness is loud, explosive, something easily identified and guarded against. They’ve never encountered someone who bleeds into their world so subtly, so completely, that by the time they notice, the </w:t>
      </w:r>
      <w:proofErr w:type="gramStart"/>
      <w:r w:rsidRPr="00124F84">
        <w:rPr>
          <w:rFonts w:ascii="Times New Roman" w:hAnsi="Times New Roman" w:cs="Times New Roman"/>
          <w:sz w:val="24"/>
          <w:szCs w:val="24"/>
        </w:rPr>
        <w:t>war’s</w:t>
      </w:r>
      <w:proofErr w:type="gramEnd"/>
      <w:r w:rsidRPr="00124F84">
        <w:rPr>
          <w:rFonts w:ascii="Times New Roman" w:hAnsi="Times New Roman" w:cs="Times New Roman"/>
          <w:sz w:val="24"/>
          <w:szCs w:val="24"/>
        </w:rPr>
        <w:t xml:space="preserve"> already lost.</w:t>
      </w:r>
    </w:p>
    <w:p w14:paraId="3032C4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Rivera Holdings quietly swallows another block of Sinclair Media stock. My lawyers draft the oversight paperwork, my analysts already mapping out the internal processes they'll overhaul once Charles Sinclair bends the knee. Joaquin’s intelligence continues to drip-feed critical information. Charles’s closest advisors. His offshore interests. The nervous CFO who built the shell corporations bleeding Camille’s foundation dry.</w:t>
      </w:r>
    </w:p>
    <w:p w14:paraId="26B8B5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At night, I don’t sleep.</w:t>
      </w:r>
    </w:p>
    <w:p w14:paraId="170952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At night, I pace the penthouse, the city skyline glittering through my windows. The lipstick mark Camille left on the bathroom mirror is untouched, my twisted shrine. A reminder she thought she could leave something behind and walk away clean.</w:t>
      </w:r>
    </w:p>
    <w:p w14:paraId="5BC156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She’ll never be clean again.</w:t>
      </w:r>
    </w:p>
    <w:p w14:paraId="23214F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Neither will I.</w:t>
      </w:r>
    </w:p>
    <w:p w14:paraId="4FFCBF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At two a.m., I check her socials. Another photo, smiling beside a friend at some rooftop bar, curls wild, carefree. Pretending she doesn’t feel the tightening noose. Pretending she doesn’t sense me behind every unexpected audit, every whispered question from donors suddenly worried about their reputations.</w:t>
      </w:r>
    </w:p>
    <w:p w14:paraId="2E401A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obliviousness makes me furious.</w:t>
      </w:r>
    </w:p>
    <w:p w14:paraId="6C5541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defiance makes me hard.</w:t>
      </w:r>
    </w:p>
    <w:p w14:paraId="1DBE91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Bruja. My witch. My beautiful, reckless mistake. The one thing in this carefully controlled game I haven’t mastered yet.</w:t>
      </w:r>
    </w:p>
    <w:p w14:paraId="32E8AE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Yet.</w:t>
      </w:r>
    </w:p>
    <w:p w14:paraId="237119B4" w14:textId="77DC9DE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won’t rest until she’s as fully mine as Sinclair Media soon will be. And I won’t be gentle when that comes.</w:t>
      </w:r>
    </w:p>
    <w:p w14:paraId="44F3C3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even close.</w:t>
      </w:r>
    </w:p>
    <w:p w14:paraId="568F31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4E61486E" w14:textId="3F76DFC9"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 xml:space="preserve">Day </w:t>
      </w:r>
      <w:r w:rsidR="00C920EB">
        <w:rPr>
          <w:rFonts w:ascii="Times New Roman" w:hAnsi="Times New Roman" w:cs="Times New Roman"/>
          <w:b/>
          <w:bCs/>
          <w:sz w:val="24"/>
          <w:szCs w:val="24"/>
        </w:rPr>
        <w:t>Nine</w:t>
      </w:r>
      <w:r w:rsidRPr="00124F84">
        <w:rPr>
          <w:rFonts w:ascii="Times New Roman" w:hAnsi="Times New Roman" w:cs="Times New Roman"/>
          <w:b/>
          <w:bCs/>
          <w:sz w:val="24"/>
          <w:szCs w:val="24"/>
        </w:rPr>
        <w:t>.</w:t>
      </w:r>
    </w:p>
    <w:p w14:paraId="052478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Charles calls.</w:t>
      </w:r>
    </w:p>
    <w:p w14:paraId="63235C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“I’ve reviewed your terms,” he says tersely, clipped words bitten off with barely contained fury. “I’ll grant you oversight, limited access to the board, limited insight into Foundation finances.”</w:t>
      </w:r>
    </w:p>
    <w:p w14:paraId="5EADA6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t>
      </w:r>
    </w:p>
    <w:p w14:paraId="46C759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w:t>
      </w:r>
    </w:p>
    <w:p w14:paraId="68BD65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“What?” he finally bites out.</w:t>
      </w:r>
    </w:p>
    <w:p w14:paraId="44E75D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repeat, casual. Merciless. “There’s nothing limited about this arrangement. It’s my terms, Charles. You don’t dictate them. You surrender to them.”</w:t>
      </w:r>
    </w:p>
    <w:p w14:paraId="7B0695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overplaying your hand, Rivera,” he warns quietly.</w:t>
      </w:r>
    </w:p>
    <w:p w14:paraId="46A918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bluff,” I reply, tone bored. “You either accept my demands…full oversight, board-level involvement, my analyst inside Camille’s division or I walk away and let it collapse. Your call.”</w:t>
      </w:r>
    </w:p>
    <w:p w14:paraId="603087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inhales sharply, voice dropping to something guttural. “Camille will never accept this.”</w:t>
      </w:r>
    </w:p>
    <w:p w14:paraId="40CE71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“Camille’s acceptance isn’t required,” I snap. “She’ll do as she’s told, like the good little heiress you raised her to be.”</w:t>
      </w:r>
    </w:p>
    <w:p w14:paraId="4AF7D1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harsh silence crackles on the line. Finally, Charles’s voice scrapes through, resigned and furious.</w:t>
      </w:r>
    </w:p>
    <w:p w14:paraId="202726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“You’ll have your access.”</w:t>
      </w:r>
    </w:p>
    <w:p w14:paraId="18F882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w:t>
      </w:r>
    </w:p>
    <w:p w14:paraId="10BCD0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hang up.</w:t>
      </w:r>
    </w:p>
    <w:p w14:paraId="36A9B6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Checkmate.</w:t>
      </w:r>
    </w:p>
    <w:p w14:paraId="27C74E02" w14:textId="77777777" w:rsidR="00351B3C" w:rsidRPr="00124F84" w:rsidRDefault="00351B3C" w:rsidP="00124F84">
      <w:pPr>
        <w:spacing w:line="240" w:lineRule="auto"/>
        <w:rPr>
          <w:rFonts w:ascii="Times New Roman" w:hAnsi="Times New Roman" w:cs="Times New Roman"/>
          <w:sz w:val="24"/>
          <w:szCs w:val="24"/>
        </w:rPr>
      </w:pPr>
    </w:p>
    <w:p w14:paraId="24086C3C" w14:textId="501E166E" w:rsidR="004A2A46"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w:t>
      </w:r>
    </w:p>
    <w:p w14:paraId="2D4F554D" w14:textId="77777777" w:rsidR="004A2A46" w:rsidRPr="00124F84" w:rsidRDefault="004A2A46" w:rsidP="00124F84">
      <w:pPr>
        <w:spacing w:after="160"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18A6BFF0" w14:textId="77777777" w:rsidR="00351B3C" w:rsidRPr="00124F84" w:rsidRDefault="00351B3C" w:rsidP="00124F84">
      <w:pPr>
        <w:spacing w:line="240" w:lineRule="auto"/>
        <w:rPr>
          <w:rFonts w:ascii="Times New Roman" w:hAnsi="Times New Roman" w:cs="Times New Roman"/>
          <w:sz w:val="24"/>
          <w:szCs w:val="24"/>
        </w:rPr>
      </w:pPr>
    </w:p>
    <w:p w14:paraId="722CF48A"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t xml:space="preserve">Chapter Five </w:t>
      </w:r>
    </w:p>
    <w:p w14:paraId="41AE3B8F" w14:textId="77777777" w:rsidR="00351B3C" w:rsidRPr="00124F84" w:rsidRDefault="00351B3C" w:rsidP="00124F84">
      <w:pPr>
        <w:spacing w:line="240" w:lineRule="auto"/>
        <w:rPr>
          <w:rFonts w:ascii="Times New Roman" w:hAnsi="Times New Roman" w:cs="Times New Roman"/>
          <w:sz w:val="24"/>
          <w:szCs w:val="24"/>
          <w:u w:val="single"/>
        </w:rPr>
      </w:pPr>
    </w:p>
    <w:p w14:paraId="542FA6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430BD1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Fourteen days.</w:t>
      </w:r>
    </w:p>
    <w:p w14:paraId="377133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how long I've perfected the lie.</w:t>
      </w:r>
    </w:p>
    <w:p w14:paraId="0CD2B0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Sliding gracefully back into the skin I was raised to wear, Camille Sinclair. Heiress. Debutante. Poised, pristine, polished. A jewel cut from legacy and obligation.</w:t>
      </w:r>
    </w:p>
    <w:p w14:paraId="09DABA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smile is flawless.</w:t>
      </w:r>
      <w:r w:rsidRPr="00124F84">
        <w:rPr>
          <w:rFonts w:ascii="Times New Roman" w:hAnsi="Times New Roman" w:cs="Times New Roman"/>
          <w:sz w:val="24"/>
          <w:szCs w:val="24"/>
        </w:rPr>
        <w:br/>
        <w:t>My words, practiced.</w:t>
      </w:r>
      <w:r w:rsidRPr="00124F84">
        <w:rPr>
          <w:rFonts w:ascii="Times New Roman" w:hAnsi="Times New Roman" w:cs="Times New Roman"/>
          <w:sz w:val="24"/>
          <w:szCs w:val="24"/>
        </w:rPr>
        <w:br/>
        <w:t>My charm, a weapon wielded gracefully.</w:t>
      </w:r>
    </w:p>
    <w:p w14:paraId="272F06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afternoons belong to society luncheons, sipping tea laced with envy and gossip, where every compliment hides a blade, every laugh </w:t>
      </w:r>
      <w:proofErr w:type="gramStart"/>
      <w:r w:rsidRPr="00124F84">
        <w:rPr>
          <w:rFonts w:ascii="Times New Roman" w:hAnsi="Times New Roman" w:cs="Times New Roman"/>
          <w:sz w:val="24"/>
          <w:szCs w:val="24"/>
        </w:rPr>
        <w:t>masks</w:t>
      </w:r>
      <w:proofErr w:type="gramEnd"/>
      <w:r w:rsidRPr="00124F84">
        <w:rPr>
          <w:rFonts w:ascii="Times New Roman" w:hAnsi="Times New Roman" w:cs="Times New Roman"/>
          <w:sz w:val="24"/>
          <w:szCs w:val="24"/>
        </w:rPr>
        <w:t xml:space="preserve"> contempt.</w:t>
      </w:r>
    </w:p>
    <w:p w14:paraId="521CDF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evenings, filled with wedding plans, my mother flipping through lace samples as if each thread is woven with strategic consequence. Clara’s bridal gown becomes political theater. Another battle in our quiet war of appearances.</w:t>
      </w:r>
    </w:p>
    <w:p w14:paraId="38C9E6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nights, galas. fundraisers. Event after event of handshakes with men who see a name, not a woman. Men who nod politely, eyes never slipping below the pearls at my throat, all while mentally tallying the favors my father owes them.</w:t>
      </w:r>
    </w:p>
    <w:p w14:paraId="34ABAD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there's Preston.</w:t>
      </w:r>
    </w:p>
    <w:p w14:paraId="393CCC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perfect boyfriend. </w:t>
      </w:r>
    </w:p>
    <w:p w14:paraId="6C8684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Husband to be. </w:t>
      </w:r>
    </w:p>
    <w:p w14:paraId="7F8FBA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Future senator.</w:t>
      </w:r>
    </w:p>
    <w:p w14:paraId="47FC13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Smile manufactured as carefully as his promises.</w:t>
      </w:r>
    </w:p>
    <w:p w14:paraId="2C8973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look impeccable together. Two dolls arranged by careful hands. I allow his palm at the small of my back, let him speak for us both while cameras flash, capturing our curated illusion.</w:t>
      </w:r>
    </w:p>
    <w:p w14:paraId="301A63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Days blur.</w:t>
      </w:r>
    </w:p>
    <w:p w14:paraId="7F5644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Routines numb.</w:t>
      </w:r>
      <w:r w:rsidRPr="00124F84">
        <w:rPr>
          <w:rFonts w:ascii="Times New Roman" w:hAnsi="Times New Roman" w:cs="Times New Roman"/>
          <w:sz w:val="24"/>
          <w:szCs w:val="24"/>
        </w:rPr>
        <w:br/>
        <w:t>And forgetting becomes an art form, one I've become devastatingly good at.</w:t>
      </w:r>
    </w:p>
    <w:p w14:paraId="2B8858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Forgetting the burn of whiskey on another man’s mouth.</w:t>
      </w:r>
      <w:r w:rsidRPr="00124F84">
        <w:rPr>
          <w:rFonts w:ascii="Times New Roman" w:hAnsi="Times New Roman" w:cs="Times New Roman"/>
          <w:sz w:val="24"/>
          <w:szCs w:val="24"/>
        </w:rPr>
        <w:br/>
        <w:t>Forgetting the heat of his hands, not gentle, never gentle, but fiercely possessive, gripping hard enough to mark beneath the surface.</w:t>
      </w:r>
      <w:r w:rsidRPr="00124F84">
        <w:rPr>
          <w:rFonts w:ascii="Times New Roman" w:hAnsi="Times New Roman" w:cs="Times New Roman"/>
          <w:sz w:val="24"/>
          <w:szCs w:val="24"/>
        </w:rPr>
        <w:br/>
      </w:r>
      <w:r w:rsidRPr="00124F84">
        <w:rPr>
          <w:rFonts w:ascii="Times New Roman" w:hAnsi="Times New Roman" w:cs="Times New Roman"/>
          <w:sz w:val="24"/>
          <w:szCs w:val="24"/>
        </w:rPr>
        <w:lastRenderedPageBreak/>
        <w:t>Forgetting the rough whisper of his voice, the dangerous promises he growled into my skin, leaving scars no one else could see.</w:t>
      </w:r>
    </w:p>
    <w:p w14:paraId="28BB0E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Forgetting the way my body bent for him willingly, eagerly, desperately, shameless and raw.</w:t>
      </w:r>
    </w:p>
    <w:p w14:paraId="2B2B95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Forgetting how I broke beneath him, how I surrendered, how I wanted it.</w:t>
      </w:r>
    </w:p>
    <w:p w14:paraId="420466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How I still fucking want it.</w:t>
      </w:r>
    </w:p>
    <w:p w14:paraId="3DE4FA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How I wake tangled in sheets, heart racing, throat aching, my fingers already reaching for the phantom sensations he left branded into my skin.</w:t>
      </w:r>
    </w:p>
    <w:p w14:paraId="145E9B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there every night, haunting my dreams, mercilessly real.</w:t>
      </w:r>
    </w:p>
    <w:p w14:paraId="0C6EB0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wake wet.</w:t>
      </w:r>
    </w:p>
    <w:p w14:paraId="0D810D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Empty.</w:t>
      </w:r>
    </w:p>
    <w:p w14:paraId="2AE712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Devastated that my hands aren’t his, that it’s not his breath hot on my neck, his weight pinning me down.</w:t>
      </w:r>
    </w:p>
    <w:p w14:paraId="7DC6D4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pretend.</w:t>
      </w:r>
    </w:p>
    <w:p w14:paraId="4FD1EA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wear the mask.</w:t>
      </w:r>
    </w:p>
    <w:p w14:paraId="431BCB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I lie, I endure.</w:t>
      </w:r>
    </w:p>
    <w:p w14:paraId="1C65DC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that's what Sinclair women do best.</w:t>
      </w:r>
    </w:p>
    <w:p w14:paraId="0ADA24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master illusion.</w:t>
      </w:r>
    </w:p>
    <w:p w14:paraId="6DBA14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bury truth.</w:t>
      </w:r>
    </w:p>
    <w:p w14:paraId="16B0C7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hold still as the universe watches…and laughs.</w:t>
      </w:r>
    </w:p>
    <w:p w14:paraId="16D95D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w:t>
      </w:r>
    </w:p>
    <w:p w14:paraId="2BD2FA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father’s office wasn’t built for comfort. It was built to remind people where they stand.</w:t>
      </w:r>
    </w:p>
    <w:p w14:paraId="57D6B3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Sixty floors above Manhattan, glass walls swallow the skyline, turning every visitor into a reflection against a city they’ll never own. The books lining the shelves aren’t read, they’re decoration. Leather-bound props in a performance of legacy and control.</w:t>
      </w:r>
    </w:p>
    <w:p w14:paraId="62A0D3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Everything in this room serves a purpose.</w:t>
      </w:r>
    </w:p>
    <w:p w14:paraId="4EE233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impress.</w:t>
      </w:r>
    </w:p>
    <w:p w14:paraId="56CE5D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intimidate.</w:t>
      </w:r>
    </w:p>
    <w:p w14:paraId="45DF62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establish hierarchy.</w:t>
      </w:r>
    </w:p>
    <w:p w14:paraId="25C9A3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here, at this table?</w:t>
      </w:r>
    </w:p>
    <w:p w14:paraId="43839C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Possibility isn’t discussed.</w:t>
      </w:r>
    </w:p>
    <w:p w14:paraId="2B1C81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dictated.</w:t>
      </w:r>
    </w:p>
    <w:p w14:paraId="7F9116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me?</w:t>
      </w:r>
    </w:p>
    <w:p w14:paraId="7C1795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sit beside them. Spine straight. Hands folded neatly. Voice silent unless summoned. Camille Sinclair, Vice President of Public Relations and Philanthropy. A title meant to sound powerful, but I know what it really is:</w:t>
      </w:r>
    </w:p>
    <w:p w14:paraId="2FC266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Decoration. Distraction. A pretty silhouette at my father’s side.</w:t>
      </w:r>
    </w:p>
    <w:p w14:paraId="4FE1C6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here to soften the sharp edges of his empire.</w:t>
      </w:r>
    </w:p>
    <w:p w14:paraId="239A9C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smile for donors.</w:t>
      </w:r>
    </w:p>
    <w:p w14:paraId="7D64E3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wear the dress.</w:t>
      </w:r>
    </w:p>
    <w:p w14:paraId="227B57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say yes.</w:t>
      </w:r>
    </w:p>
    <w:p w14:paraId="70E0F5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To marry the </w:t>
      </w:r>
      <w:proofErr w:type="gramStart"/>
      <w:r w:rsidRPr="00124F84">
        <w:rPr>
          <w:rFonts w:ascii="Times New Roman" w:hAnsi="Times New Roman" w:cs="Times New Roman"/>
          <w:sz w:val="24"/>
          <w:szCs w:val="24"/>
        </w:rPr>
        <w:t>man</w:t>
      </w:r>
      <w:proofErr w:type="gramEnd"/>
      <w:r w:rsidRPr="00124F84">
        <w:rPr>
          <w:rFonts w:ascii="Times New Roman" w:hAnsi="Times New Roman" w:cs="Times New Roman"/>
          <w:sz w:val="24"/>
          <w:szCs w:val="24"/>
        </w:rPr>
        <w:t xml:space="preserve"> they’ve chosen.</w:t>
      </w:r>
    </w:p>
    <w:p w14:paraId="0127B6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one thing is mine.</w:t>
      </w:r>
    </w:p>
    <w:p w14:paraId="6B8A33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Foundation.</w:t>
      </w:r>
    </w:p>
    <w:p w14:paraId="2FE827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only part of this legacy I built with my own hands. Real people. Real impact. Scholarships. Community programs. Second chances. And lately?</w:t>
      </w:r>
    </w:p>
    <w:p w14:paraId="783F39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being strangled.</w:t>
      </w:r>
    </w:p>
    <w:p w14:paraId="2C8911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Budgets disappearing. Approvals delayed. Meetings canceled without explanation. The doors that used to swing open the moment I knocked are now bolted shut behind bureaucratic smirks and vague excuses.</w:t>
      </w:r>
    </w:p>
    <w:p w14:paraId="217934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why I’m here.</w:t>
      </w:r>
    </w:p>
    <w:p w14:paraId="41CFCF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fight.</w:t>
      </w:r>
    </w:p>
    <w:p w14:paraId="5C5C86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To reclaim </w:t>
      </w:r>
      <w:proofErr w:type="gramStart"/>
      <w:r w:rsidRPr="00124F84">
        <w:rPr>
          <w:rFonts w:ascii="Times New Roman" w:hAnsi="Times New Roman" w:cs="Times New Roman"/>
          <w:sz w:val="24"/>
          <w:szCs w:val="24"/>
        </w:rPr>
        <w:t>what’s</w:t>
      </w:r>
      <w:proofErr w:type="gramEnd"/>
      <w:r w:rsidRPr="00124F84">
        <w:rPr>
          <w:rFonts w:ascii="Times New Roman" w:hAnsi="Times New Roman" w:cs="Times New Roman"/>
          <w:sz w:val="24"/>
          <w:szCs w:val="24"/>
        </w:rPr>
        <w:t xml:space="preserve"> mine.</w:t>
      </w:r>
    </w:p>
    <w:p w14:paraId="64A221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wait, listening as my father speaks. His voice is calm, confident. So are the men around him, men who’ve never been told no in their lives. They talk numbers. Forecasts. Optics.</w:t>
      </w:r>
    </w:p>
    <w:p w14:paraId="3ADB6736" w14:textId="009C1134"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w:t>
      </w:r>
      <w:r w:rsidR="00027863" w:rsidRPr="00124F84">
        <w:rPr>
          <w:rFonts w:ascii="Times New Roman" w:hAnsi="Times New Roman" w:cs="Times New Roman"/>
          <w:sz w:val="24"/>
          <w:szCs w:val="24"/>
        </w:rPr>
        <w:t>…</w:t>
      </w:r>
    </w:p>
    <w:p w14:paraId="0E135A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pause.</w:t>
      </w:r>
    </w:p>
    <w:p w14:paraId="179268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shift in air pressure.</w:t>
      </w:r>
    </w:p>
    <w:p w14:paraId="66CED6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changes.</w:t>
      </w:r>
    </w:p>
    <w:p w14:paraId="27F5DD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father’s voice falters, barely, but I catch it. A tightness around the mouth. A flicker of annoyance.</w:t>
      </w:r>
    </w:p>
    <w:p w14:paraId="1E4432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ripple tears through the room.</w:t>
      </w:r>
    </w:p>
    <w:p w14:paraId="3950FC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 sound. Not a word.</w:t>
      </w:r>
    </w:p>
    <w:p w14:paraId="72EB5C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feel it.</w:t>
      </w:r>
    </w:p>
    <w:p w14:paraId="4A45AE9E" w14:textId="77777777" w:rsidR="00351B3C" w:rsidRPr="00124F84" w:rsidRDefault="00351B3C" w:rsidP="00124F84">
      <w:pPr>
        <w:pStyle w:val="NormalWeb"/>
        <w:rPr>
          <w:color w:val="000000"/>
        </w:rPr>
      </w:pPr>
      <w:r w:rsidRPr="00124F84">
        <w:rPr>
          <w:color w:val="000000"/>
        </w:rPr>
        <w:t>Like something long dead just clawed itself from the grave.</w:t>
      </w:r>
    </w:p>
    <w:p w14:paraId="6E48C853" w14:textId="77777777" w:rsidR="00351B3C" w:rsidRPr="00124F84" w:rsidRDefault="00351B3C" w:rsidP="00124F84">
      <w:pPr>
        <w:pStyle w:val="NormalWeb"/>
        <w:rPr>
          <w:color w:val="000000"/>
        </w:rPr>
      </w:pPr>
      <w:r w:rsidRPr="00124F84">
        <w:rPr>
          <w:color w:val="000000"/>
        </w:rPr>
        <w:t>I turn my head….and all the oxygen leaves my body in a single, violent rush.</w:t>
      </w:r>
    </w:p>
    <w:p w14:paraId="793A0BB0" w14:textId="77777777" w:rsidR="00351B3C" w:rsidRPr="00124F84" w:rsidRDefault="00351B3C" w:rsidP="00124F84">
      <w:pPr>
        <w:pStyle w:val="NormalWeb"/>
        <w:rPr>
          <w:color w:val="000000"/>
        </w:rPr>
      </w:pPr>
      <w:r w:rsidRPr="00124F84">
        <w:rPr>
          <w:color w:val="000000"/>
        </w:rPr>
        <w:t>Because he walks in.</w:t>
      </w:r>
    </w:p>
    <w:p w14:paraId="42DF62BD" w14:textId="77777777" w:rsidR="00351B3C" w:rsidRPr="00124F84" w:rsidRDefault="00351B3C" w:rsidP="00124F84">
      <w:pPr>
        <w:pStyle w:val="NormalWeb"/>
        <w:rPr>
          <w:color w:val="000000"/>
        </w:rPr>
      </w:pPr>
      <w:r w:rsidRPr="00124F84">
        <w:rPr>
          <w:rStyle w:val="Emphasis"/>
          <w:i w:val="0"/>
          <w:iCs w:val="0"/>
          <w:color w:val="000000"/>
        </w:rPr>
        <w:t>Him.</w:t>
      </w:r>
    </w:p>
    <w:p w14:paraId="0EDBB39F" w14:textId="77777777" w:rsidR="00351B3C" w:rsidRPr="00124F84" w:rsidRDefault="00351B3C" w:rsidP="00124F84">
      <w:pPr>
        <w:pStyle w:val="NormalWeb"/>
        <w:rPr>
          <w:color w:val="000000"/>
        </w:rPr>
      </w:pPr>
      <w:r w:rsidRPr="00124F84">
        <w:rPr>
          <w:color w:val="000000"/>
        </w:rPr>
        <w:t>The man whose fingerprints still linger beneath my skin. Whose rough voice still haunts my sleep. The man whose face I spent the last two weeks desperately trying to erase from memory and failing miserably.</w:t>
      </w:r>
    </w:p>
    <w:p w14:paraId="1D868EC4" w14:textId="77777777" w:rsidR="00351B3C" w:rsidRPr="00124F84" w:rsidRDefault="00351B3C" w:rsidP="00124F84">
      <w:pPr>
        <w:pStyle w:val="NormalWeb"/>
        <w:rPr>
          <w:color w:val="000000"/>
        </w:rPr>
      </w:pPr>
      <w:r w:rsidRPr="00124F84">
        <w:rPr>
          <w:color w:val="000000"/>
        </w:rPr>
        <w:t>He was never supposed to come back.</w:t>
      </w:r>
    </w:p>
    <w:p w14:paraId="4E1FAAED" w14:textId="77777777" w:rsidR="00351B3C" w:rsidRPr="00124F84" w:rsidRDefault="00351B3C" w:rsidP="00124F84">
      <w:pPr>
        <w:pStyle w:val="NormalWeb"/>
        <w:rPr>
          <w:color w:val="000000"/>
        </w:rPr>
      </w:pPr>
      <w:r w:rsidRPr="00124F84">
        <w:rPr>
          <w:color w:val="000000"/>
        </w:rPr>
        <w:t>A mistake. A reckless, impulsive night I thought I could bury beneath silk sheets and silence. A stranger whose name I deliberately never asked because names make things real, and he was a fantasy. A filthy, consuming secret, meant to vanish with the morning sun.</w:t>
      </w:r>
    </w:p>
    <w:p w14:paraId="2FED2901" w14:textId="77777777" w:rsidR="00351B3C" w:rsidRPr="00124F84" w:rsidRDefault="00351B3C" w:rsidP="00124F84">
      <w:pPr>
        <w:pStyle w:val="NormalWeb"/>
        <w:rPr>
          <w:color w:val="000000"/>
        </w:rPr>
      </w:pPr>
      <w:r w:rsidRPr="00124F84">
        <w:rPr>
          <w:color w:val="000000"/>
        </w:rPr>
        <w:t>But now here he is, stepping through the boardroom doors like he’s walking onto a battlefield he's already conquered.</w:t>
      </w:r>
    </w:p>
    <w:p w14:paraId="384ADC36" w14:textId="77777777" w:rsidR="00351B3C" w:rsidRPr="00124F84" w:rsidRDefault="00351B3C" w:rsidP="00124F84">
      <w:pPr>
        <w:pStyle w:val="NormalWeb"/>
        <w:rPr>
          <w:color w:val="000000"/>
        </w:rPr>
      </w:pPr>
      <w:r w:rsidRPr="00124F84">
        <w:rPr>
          <w:color w:val="000000"/>
        </w:rPr>
        <w:t>The air thickens instantly. Every breath turns jagged, catching painfully in my chest. The solid mahogany table beneath my palms suddenly feels fragile, inadequate. The walls of glass surrounding us leave me exposed, vulnerable, like a trapped butterfly pinned beneath relentless scrutiny.</w:t>
      </w:r>
    </w:p>
    <w:p w14:paraId="2AEEDD15" w14:textId="77777777" w:rsidR="00351B3C" w:rsidRPr="00124F84" w:rsidRDefault="00351B3C" w:rsidP="00124F84">
      <w:pPr>
        <w:pStyle w:val="NormalWeb"/>
        <w:rPr>
          <w:color w:val="000000"/>
        </w:rPr>
      </w:pPr>
      <w:r w:rsidRPr="00124F84">
        <w:rPr>
          <w:color w:val="000000"/>
        </w:rPr>
        <w:t>And he hasn’t even looked at me yet.</w:t>
      </w:r>
    </w:p>
    <w:p w14:paraId="28A443D3" w14:textId="77777777" w:rsidR="00351B3C" w:rsidRPr="00124F84" w:rsidRDefault="00351B3C" w:rsidP="00124F84">
      <w:pPr>
        <w:pStyle w:val="NormalWeb"/>
        <w:rPr>
          <w:color w:val="000000"/>
        </w:rPr>
      </w:pPr>
      <w:r w:rsidRPr="00124F84">
        <w:rPr>
          <w:color w:val="000000"/>
        </w:rPr>
        <w:t>The tension crackles around him, invisible threads of dominance tightening as he strides deeper into the room, calm, composed, utterly ruthless. The men seated around the table, seasoned businessmen, powerful players in tailored suits fall quiet, eyes sharpening, sensing an intruder who doesn’t belong yet somehow owns every inch of space he occupies.</w:t>
      </w:r>
    </w:p>
    <w:p w14:paraId="40CABD49" w14:textId="77777777" w:rsidR="00351B3C" w:rsidRPr="00124F84" w:rsidRDefault="00351B3C" w:rsidP="00124F84">
      <w:pPr>
        <w:pStyle w:val="NormalWeb"/>
        <w:rPr>
          <w:color w:val="000000"/>
        </w:rPr>
      </w:pPr>
      <w:r w:rsidRPr="00124F84">
        <w:rPr>
          <w:color w:val="000000"/>
        </w:rPr>
        <w:t>Even my father, always composed, utterly unshakeable, rises slowly to his feet. The brief hesitation in his usually confident stance speaks louder than any words could.</w:t>
      </w:r>
    </w:p>
    <w:p w14:paraId="3CCC65DF" w14:textId="77777777" w:rsidR="00351B3C" w:rsidRPr="00124F84" w:rsidRDefault="00351B3C" w:rsidP="00124F84">
      <w:pPr>
        <w:pStyle w:val="NormalWeb"/>
        <w:rPr>
          <w:color w:val="000000"/>
        </w:rPr>
      </w:pPr>
      <w:r w:rsidRPr="00124F84">
        <w:rPr>
          <w:color w:val="000000"/>
        </w:rPr>
        <w:t>“Mr. Rivera,” my father says, extending his hand with practiced courtesy. “Welcome to Sinclair Media.”</w:t>
      </w:r>
    </w:p>
    <w:p w14:paraId="086CF960" w14:textId="77777777" w:rsidR="00351B3C" w:rsidRPr="00124F84" w:rsidRDefault="00351B3C" w:rsidP="00124F84">
      <w:pPr>
        <w:pStyle w:val="NormalWeb"/>
        <w:rPr>
          <w:color w:val="000000"/>
        </w:rPr>
      </w:pPr>
      <w:r w:rsidRPr="00124F84">
        <w:rPr>
          <w:color w:val="000000"/>
        </w:rPr>
        <w:lastRenderedPageBreak/>
        <w:t>Rivera.</w:t>
      </w:r>
      <w:r w:rsidRPr="00124F84">
        <w:rPr>
          <w:color w:val="000000"/>
        </w:rPr>
        <w:br/>
        <w:t xml:space="preserve">I finally have his name. A name I’d spent the past two weeks trying to </w:t>
      </w:r>
      <w:proofErr w:type="gramStart"/>
      <w:r w:rsidRPr="00124F84">
        <w:rPr>
          <w:color w:val="000000"/>
        </w:rPr>
        <w:t>avoid, yet</w:t>
      </w:r>
      <w:proofErr w:type="gramEnd"/>
      <w:r w:rsidRPr="00124F84">
        <w:rPr>
          <w:color w:val="000000"/>
        </w:rPr>
        <w:t xml:space="preserve"> secretly aching to know. It slips under my skin, finds my pulse, and begins its slow, torturous destruction.</w:t>
      </w:r>
    </w:p>
    <w:p w14:paraId="57A797CA" w14:textId="77777777" w:rsidR="00351B3C" w:rsidRPr="00124F84" w:rsidRDefault="00351B3C" w:rsidP="00124F84">
      <w:pPr>
        <w:pStyle w:val="NormalWeb"/>
        <w:rPr>
          <w:color w:val="000000"/>
        </w:rPr>
      </w:pPr>
      <w:r w:rsidRPr="00124F84">
        <w:rPr>
          <w:color w:val="000000"/>
        </w:rPr>
        <w:t>His mouth curves into something small, sharp, dangerously knowing. He shakes my father’s hand firmly, his gaze deliberately sliding past him…straight to me.</w:t>
      </w:r>
    </w:p>
    <w:p w14:paraId="5376F7E6" w14:textId="77777777" w:rsidR="00351B3C" w:rsidRPr="00124F84" w:rsidRDefault="00351B3C" w:rsidP="00124F84">
      <w:pPr>
        <w:pStyle w:val="NormalWeb"/>
        <w:rPr>
          <w:color w:val="000000"/>
        </w:rPr>
      </w:pPr>
      <w:r w:rsidRPr="00124F84">
        <w:rPr>
          <w:color w:val="000000"/>
        </w:rPr>
        <w:t>“Just Kane,” he says quietly. His voice is silk dragged across steel, low and intimate, like he’s whispering secrets against my bare skin. Secrets I desperately want to forget.</w:t>
      </w:r>
    </w:p>
    <w:p w14:paraId="16111264" w14:textId="77777777" w:rsidR="00351B3C" w:rsidRPr="00124F84" w:rsidRDefault="00351B3C" w:rsidP="00124F84">
      <w:pPr>
        <w:pStyle w:val="NormalWeb"/>
        <w:rPr>
          <w:color w:val="000000"/>
        </w:rPr>
      </w:pPr>
      <w:r w:rsidRPr="00124F84">
        <w:rPr>
          <w:color w:val="000000"/>
        </w:rPr>
        <w:t>Kane.</w:t>
      </w:r>
    </w:p>
    <w:p w14:paraId="27FB4605" w14:textId="77777777" w:rsidR="00351B3C" w:rsidRPr="00124F84" w:rsidRDefault="00351B3C" w:rsidP="00124F84">
      <w:pPr>
        <w:pStyle w:val="NormalWeb"/>
        <w:rPr>
          <w:color w:val="000000"/>
        </w:rPr>
      </w:pPr>
      <w:r w:rsidRPr="00124F84">
        <w:rPr>
          <w:color w:val="000000"/>
        </w:rPr>
        <w:t>The sound of it slams through my chest, resonating deep in my bones. A warning. A promise. A challenge.</w:t>
      </w:r>
    </w:p>
    <w:p w14:paraId="6DB9F06D" w14:textId="77777777" w:rsidR="00351B3C" w:rsidRPr="00124F84" w:rsidRDefault="00351B3C" w:rsidP="00124F84">
      <w:pPr>
        <w:pStyle w:val="NormalWeb"/>
        <w:rPr>
          <w:color w:val="000000"/>
        </w:rPr>
      </w:pPr>
      <w:r w:rsidRPr="00124F84">
        <w:rPr>
          <w:color w:val="000000"/>
        </w:rPr>
        <w:t xml:space="preserve">He takes his time claiming his seat </w:t>
      </w:r>
      <w:r w:rsidRPr="00124F84">
        <w:rPr>
          <w:rStyle w:val="Emphasis"/>
          <w:i w:val="0"/>
          <w:iCs w:val="0"/>
          <w:color w:val="000000"/>
        </w:rPr>
        <w:t>directly across from me.</w:t>
      </w:r>
      <w:r w:rsidRPr="00124F84">
        <w:rPr>
          <w:rStyle w:val="apple-converted-space"/>
          <w:color w:val="000000"/>
        </w:rPr>
        <w:t> </w:t>
      </w:r>
      <w:r w:rsidRPr="00124F84">
        <w:rPr>
          <w:color w:val="000000"/>
        </w:rPr>
        <w:t>Each movement deliberate, leisurely, radiating quiet arrogance. He’s not here to negotiate. Not here to invest. He’s here to watch me squirm, to reclaim every piece of control I foolishly thought I had when I walked away from him.</w:t>
      </w:r>
    </w:p>
    <w:p w14:paraId="114971CC" w14:textId="77777777" w:rsidR="00351B3C" w:rsidRPr="00124F84" w:rsidRDefault="00351B3C" w:rsidP="00124F84">
      <w:pPr>
        <w:pStyle w:val="NormalWeb"/>
        <w:rPr>
          <w:color w:val="000000"/>
        </w:rPr>
      </w:pPr>
      <w:r w:rsidRPr="00124F84">
        <w:rPr>
          <w:color w:val="000000"/>
        </w:rPr>
        <w:t xml:space="preserve">His suit is dark, tailored precisely over broad shoulders and powerful muscle. Not flashy, not obvious. A subtle dominance, demanding attention without begging for it. Two buttons open at his throat reveal a hint of ink etched onto golden-brown skin a dark promise </w:t>
      </w:r>
      <w:proofErr w:type="gramStart"/>
      <w:r w:rsidRPr="00124F84">
        <w:rPr>
          <w:color w:val="000000"/>
        </w:rPr>
        <w:t>hidden beneath crisp white cuffs</w:t>
      </w:r>
      <w:proofErr w:type="gramEnd"/>
      <w:r w:rsidRPr="00124F84">
        <w:rPr>
          <w:color w:val="000000"/>
        </w:rPr>
        <w:t>. Tattoos that speak of secrets I’ve tasted but never fully learned. A past written in blood and violence and mystery I’m terrified to explore yet desperate to unravel.</w:t>
      </w:r>
    </w:p>
    <w:p w14:paraId="499F5DAD" w14:textId="77777777" w:rsidR="00351B3C" w:rsidRPr="00124F84" w:rsidRDefault="00351B3C" w:rsidP="00124F84">
      <w:pPr>
        <w:pStyle w:val="NormalWeb"/>
        <w:rPr>
          <w:color w:val="000000"/>
        </w:rPr>
      </w:pPr>
      <w:r w:rsidRPr="00124F84">
        <w:rPr>
          <w:color w:val="000000"/>
        </w:rPr>
        <w:t>He reclines slightly in the chair, his gaze never leaving mine. The room shrinks to nothing but the small space between us. The voices around the table fade to distant echoes, meaningless, insignificant. The only sound I hear clearly is the rush of blood through my veins, the pounding of my heart that he seems to feel, judging by the faint tilt of his lips.</w:t>
      </w:r>
    </w:p>
    <w:p w14:paraId="01D98307" w14:textId="77777777" w:rsidR="00351B3C" w:rsidRPr="00124F84" w:rsidRDefault="00351B3C" w:rsidP="00124F84">
      <w:pPr>
        <w:pStyle w:val="NormalWeb"/>
        <w:rPr>
          <w:color w:val="000000"/>
        </w:rPr>
      </w:pPr>
      <w:r w:rsidRPr="00124F84">
        <w:rPr>
          <w:color w:val="000000"/>
        </w:rPr>
        <w:t>His eyes, dark, dangerous, endlessly deep, hold mine captive, stripping away the carefully crafted mask I’ve worn for years. He sees beneath it effortlessly. He sees</w:t>
      </w:r>
      <w:r w:rsidRPr="00124F84">
        <w:rPr>
          <w:rStyle w:val="apple-converted-space"/>
          <w:color w:val="000000"/>
        </w:rPr>
        <w:t> </w:t>
      </w:r>
      <w:r w:rsidRPr="00124F84">
        <w:rPr>
          <w:rStyle w:val="Emphasis"/>
          <w:i w:val="0"/>
          <w:iCs w:val="0"/>
          <w:color w:val="000000"/>
        </w:rPr>
        <w:t>me.</w:t>
      </w:r>
    </w:p>
    <w:p w14:paraId="10845A78" w14:textId="77777777" w:rsidR="00351B3C" w:rsidRPr="00124F84" w:rsidRDefault="00351B3C" w:rsidP="00124F84">
      <w:pPr>
        <w:pStyle w:val="NormalWeb"/>
        <w:rPr>
          <w:color w:val="000000"/>
        </w:rPr>
      </w:pPr>
      <w:r w:rsidRPr="00124F84">
        <w:rPr>
          <w:color w:val="000000"/>
        </w:rPr>
        <w:t>He sees the woman who sobbed his name into black silk sheets. Who begged shamelessly for his mouth, his hands, his cock. The woman who surrendered everything to a stranger she now knows as Kane Rivera.</w:t>
      </w:r>
    </w:p>
    <w:p w14:paraId="408F668B" w14:textId="77777777" w:rsidR="00351B3C" w:rsidRPr="00124F84" w:rsidRDefault="00351B3C" w:rsidP="00124F84">
      <w:pPr>
        <w:pStyle w:val="NormalWeb"/>
        <w:rPr>
          <w:color w:val="000000"/>
        </w:rPr>
      </w:pPr>
      <w:r w:rsidRPr="00124F84">
        <w:rPr>
          <w:color w:val="000000"/>
        </w:rPr>
        <w:t>Heat floods my cheeks, humiliation and arousal coiling together, igniting beneath my skin. I hate that he can still affect me like this. Hate how quickly my body remembers the weight of him pinning me down, the taste of him, the feel of him stretching me, owning me. Hate how badly I still crave it.</w:t>
      </w:r>
    </w:p>
    <w:p w14:paraId="585DAEC6" w14:textId="77777777" w:rsidR="00351B3C" w:rsidRPr="00124F84" w:rsidRDefault="00351B3C" w:rsidP="00124F84">
      <w:pPr>
        <w:pStyle w:val="NormalWeb"/>
        <w:rPr>
          <w:color w:val="000000"/>
        </w:rPr>
      </w:pPr>
      <w:r w:rsidRPr="00124F84">
        <w:rPr>
          <w:color w:val="000000"/>
        </w:rPr>
        <w:t>His gaze sharpens slightly, as if sensing the sudden spike in my pulse. A small, cruel smile forms at the corner of his mouth, invisible to anyone but me.</w:t>
      </w:r>
    </w:p>
    <w:p w14:paraId="1D06B853" w14:textId="77777777" w:rsidR="00351B3C" w:rsidRPr="00124F84" w:rsidRDefault="00351B3C" w:rsidP="00124F84">
      <w:pPr>
        <w:pStyle w:val="NormalWeb"/>
        <w:rPr>
          <w:color w:val="000000"/>
        </w:rPr>
      </w:pPr>
      <w:r w:rsidRPr="00124F84">
        <w:rPr>
          <w:color w:val="000000"/>
        </w:rPr>
        <w:lastRenderedPageBreak/>
        <w:t>My fingers curl tight beneath the table, nails digging painfully into my palms. I fight to keep my face composed, calm, unaffected, even as every cell in my body screams with recognition, with need, with panic.</w:t>
      </w:r>
    </w:p>
    <w:p w14:paraId="25DA0C30" w14:textId="77777777" w:rsidR="00351B3C" w:rsidRPr="00124F84" w:rsidRDefault="00351B3C" w:rsidP="00124F84">
      <w:pPr>
        <w:pStyle w:val="NormalWeb"/>
        <w:rPr>
          <w:color w:val="000000"/>
        </w:rPr>
      </w:pPr>
      <w:r w:rsidRPr="00124F84">
        <w:rPr>
          <w:color w:val="000000"/>
        </w:rPr>
        <w:t>Because Kane isn’t just here for Sinclair Media.</w:t>
      </w:r>
    </w:p>
    <w:p w14:paraId="39126494" w14:textId="77777777" w:rsidR="00351B3C" w:rsidRPr="00124F84" w:rsidRDefault="00351B3C" w:rsidP="00124F84">
      <w:pPr>
        <w:pStyle w:val="NormalWeb"/>
        <w:rPr>
          <w:color w:val="000000"/>
        </w:rPr>
      </w:pPr>
      <w:r w:rsidRPr="00124F84">
        <w:rPr>
          <w:color w:val="000000"/>
        </w:rPr>
        <w:t>He isn’t here to play by anyone’s rules.</w:t>
      </w:r>
    </w:p>
    <w:p w14:paraId="11A96520" w14:textId="77777777" w:rsidR="00351B3C" w:rsidRPr="00124F84" w:rsidRDefault="00351B3C" w:rsidP="00124F84">
      <w:pPr>
        <w:pStyle w:val="NormalWeb"/>
        <w:rPr>
          <w:color w:val="000000"/>
        </w:rPr>
      </w:pPr>
      <w:r w:rsidRPr="00124F84">
        <w:rPr>
          <w:color w:val="000000"/>
        </w:rPr>
        <w:t>He’s here for me.</w:t>
      </w:r>
    </w:p>
    <w:p w14:paraId="2A992A8F" w14:textId="77777777" w:rsidR="00351B3C" w:rsidRPr="00124F84" w:rsidRDefault="00351B3C" w:rsidP="00124F84">
      <w:pPr>
        <w:pStyle w:val="NormalWeb"/>
        <w:rPr>
          <w:color w:val="000000"/>
        </w:rPr>
      </w:pPr>
      <w:r w:rsidRPr="00124F84">
        <w:rPr>
          <w:color w:val="000000"/>
        </w:rPr>
        <w:t>And from the dark, ruthless look he pins me with, he has no intention of letting me run away again.</w:t>
      </w:r>
    </w:p>
    <w:p w14:paraId="510270B0" w14:textId="77777777" w:rsidR="00351B3C" w:rsidRPr="00124F84" w:rsidRDefault="00351B3C" w:rsidP="00124F84">
      <w:pPr>
        <w:spacing w:line="240" w:lineRule="auto"/>
        <w:rPr>
          <w:rFonts w:ascii="Times New Roman" w:hAnsi="Times New Roman" w:cs="Times New Roman"/>
          <w:sz w:val="24"/>
          <w:szCs w:val="24"/>
        </w:rPr>
      </w:pPr>
    </w:p>
    <w:p w14:paraId="65A9E760"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421E4D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look at me.</w:t>
      </w:r>
    </w:p>
    <w:p w14:paraId="1F80C8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at first.</w:t>
      </w:r>
    </w:p>
    <w:p w14:paraId="2A9D3E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 knows I'm here, feels it deep in her bones, in that rigid, perfect spine, in those delicate hands folded too carefully on the table. She holds herself like one wrong move could shatter everything she's spent a lifetime building.</w:t>
      </w:r>
    </w:p>
    <w:p w14:paraId="6D604F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she's right.</w:t>
      </w:r>
    </w:p>
    <w:p w14:paraId="22D129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shake her father’s hand, smile polite and calculated. Just enough charm to reassure the room, just enough civility to hide the truth that I'm not here for pleasantries.</w:t>
      </w:r>
    </w:p>
    <w:p w14:paraId="4D2787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here for her.</w:t>
      </w:r>
    </w:p>
    <w:p w14:paraId="0094E5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Two long weeks since she fled from my bed like she could erase the filthy way I marked her. Now she's seated across the boardroom table from me, composed, polished, trying desperately to look untouched. White blouse buttoned high, hair pinned back in a pristine bun. Lips pressed in a thin, perfect line.</w:t>
      </w:r>
    </w:p>
    <w:p w14:paraId="6B45CC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Sinclair’s flawless, expensive doll, fragile porcelain on the edge of my shelf.</w:t>
      </w:r>
    </w:p>
    <w:p w14:paraId="6FCFB4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see the cracks. I placed them there myself.</w:t>
      </w:r>
    </w:p>
    <w:p w14:paraId="0E3AAC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didn't expect this. Didn't anticipate my intrusion into her safe, sterile little world. Hasn't even fully realized why I'm sitting in her family's boardroom, staring her down like a predator who already owns every inch of territory.</w:t>
      </w:r>
    </w:p>
    <w:p w14:paraId="7BF9F9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sit back slowly, legs relaxed, hands casual, posture deceptively calm. I don't need to posture like the suits around this table. They’re background noise. They’re irrelevant. I already have everything I came for.</w:t>
      </w:r>
    </w:p>
    <w:p w14:paraId="3FF60A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Camille is unraveling quietly, beautifully, right in front of me.</w:t>
      </w:r>
    </w:p>
    <w:p w14:paraId="5CFC13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Not obviously. Not in a way anyone else would notice. But I see it because I know exactly what to look for. Her pulse fluttering fast at the base of her throat. The slight tremor in her fingertips beneath the table, clenched tight as if gripping a lifeline. The small, rapid movements of her eyes, calculating escape routes, assessing the damage.</w:t>
      </w:r>
    </w:p>
    <w:p w14:paraId="4D72DC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was never built for my brand of warfare.</w:t>
      </w:r>
    </w:p>
    <w:p w14:paraId="4A7A00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my gaze drift slowly across the table, through the suits discussing numbers and strategies that mean nothing to me, until my eyes find hers.</w:t>
      </w:r>
    </w:p>
    <w:p w14:paraId="457379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hold.</w:t>
      </w:r>
    </w:p>
    <w:p w14:paraId="79F826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smile. Don’t blink. Just watch.</w:t>
      </w:r>
    </w:p>
    <w:p w14:paraId="3FF7D4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last night to replay vividly behind her careful facade. I want her to remember how I claimed her mouth, how I traced every trembling inch of her skin with my tongue. How she writhed and moaned beneath me, back arched, hips grinding, begging shamelessly for more.</w:t>
      </w:r>
    </w:p>
    <w:p w14:paraId="219213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filthy little nympho, on her knees, choking beautifully, surrendering her dignity, her control, her entire fucking being.</w:t>
      </w:r>
    </w:p>
    <w:p w14:paraId="7BF9D5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remembers. I can see it, how her breath catches, how her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 subtly before she forces them closed again. How the faint flush </w:t>
      </w:r>
      <w:proofErr w:type="gramStart"/>
      <w:r w:rsidRPr="00124F84">
        <w:rPr>
          <w:rFonts w:ascii="Times New Roman" w:hAnsi="Times New Roman" w:cs="Times New Roman"/>
          <w:sz w:val="24"/>
          <w:szCs w:val="24"/>
        </w:rPr>
        <w:t>rises up</w:t>
      </w:r>
      <w:proofErr w:type="gramEnd"/>
      <w:r w:rsidRPr="00124F84">
        <w:rPr>
          <w:rFonts w:ascii="Times New Roman" w:hAnsi="Times New Roman" w:cs="Times New Roman"/>
          <w:sz w:val="24"/>
          <w:szCs w:val="24"/>
        </w:rPr>
        <w:t xml:space="preserve"> her elegant neck, betraying her.</w:t>
      </w:r>
    </w:p>
    <w:p w14:paraId="3A7883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suits around us drone on about investments and growth strategies, but all I hear is the echo of her sobs, the slap of skin, the desperate, broken way she begged me not to stop.</w:t>
      </w:r>
    </w:p>
    <w:p w14:paraId="3C69E1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thought she could lock me away like a dirty secret, erase me from memory. She thought her name would protect </w:t>
      </w:r>
      <w:proofErr w:type="gramStart"/>
      <w:r w:rsidRPr="00124F84">
        <w:rPr>
          <w:rFonts w:ascii="Times New Roman" w:hAnsi="Times New Roman" w:cs="Times New Roman"/>
          <w:sz w:val="24"/>
          <w:szCs w:val="24"/>
        </w:rPr>
        <w:t>her,</w:t>
      </w:r>
      <w:proofErr w:type="gramEnd"/>
      <w:r w:rsidRPr="00124F84">
        <w:rPr>
          <w:rFonts w:ascii="Times New Roman" w:hAnsi="Times New Roman" w:cs="Times New Roman"/>
          <w:sz w:val="24"/>
          <w:szCs w:val="24"/>
        </w:rPr>
        <w:t xml:space="preserve"> her legacy would keep me at a safe distance.</w:t>
      </w:r>
    </w:p>
    <w:p w14:paraId="44F54E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Yet here I am…infiltrating Sinclair Media, sitting across from her father, becoming the "powerful new force" in their empire’s future.</w:t>
      </w:r>
    </w:p>
    <w:p w14:paraId="11DAAD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her father says my name, proclaims me a partner, Camille flinches.</w:t>
      </w:r>
    </w:p>
    <w:p w14:paraId="0D506F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once.</w:t>
      </w:r>
    </w:p>
    <w:p w14:paraId="61C56B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Small, delicate, almost imperceptible.</w:t>
      </w:r>
    </w:p>
    <w:p w14:paraId="6DCB7D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catch it.</w:t>
      </w:r>
    </w:p>
    <w:p w14:paraId="32A24B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it's delicious.</w:t>
      </w:r>
    </w:p>
    <w:p w14:paraId="172C5B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trying not to break. Fighting so hard, knuckles white beneath the table, composure strained to the point of pain. But I’m patient. I'll savor every moment. I'll let her stew in this tension, watch her squirm as the reality sinks in.</w:t>
      </w:r>
    </w:p>
    <w:p w14:paraId="1BB800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She’ll sit across from me every day, wearing that perfectly poised mask. Pretending. Desperate. Beautifully trapped.</w:t>
      </w:r>
    </w:p>
    <w:p w14:paraId="7CEC93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hear the meeting drone on around us, meaningless corporate jargon about “realignments” and “synergies” just sanitized words for the control slipping from her grasp.</w:t>
      </w:r>
    </w:p>
    <w:p w14:paraId="1AD7C9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someone mentions the Foundation, and her posture shifts. She straightens just a fraction, breath deepening, finally forcing herself to speak.</w:t>
      </w:r>
    </w:p>
    <w:p w14:paraId="636828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voice is smooth, carefully measured, but I can hear the tension underneath fire smothered beneath layers of practiced diplomacy.</w:t>
      </w:r>
    </w:p>
    <w:p w14:paraId="2DDE3B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“If I may,” she says, fixing her eyes on her father with controlled intensity, pointedly ignoring me, “the proposed cuts to the Foundation’s third-quarter allocations are deeply disproportionate. We're the only branch seeing a reduction this severe, despite exceeding both outreach and retention goals in Q2.”</w:t>
      </w:r>
    </w:p>
    <w:p w14:paraId="41A92C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her mouth move, precise and graceful, and think of how beautifully it stretched around my cock. How elegantly those lips begged for mercy. How sweetly they trembled around broken pleas she never thought she'd whisper.</w:t>
      </w:r>
    </w:p>
    <w:p w14:paraId="120AA2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fighting for control, for dignity.</w:t>
      </w:r>
    </w:p>
    <w:p w14:paraId="3CF66A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the real battle ended two weeks ago in my bed.</w:t>
      </w:r>
    </w:p>
    <w:p w14:paraId="545B55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 matter how carefully she tries to hide behind her polished words and perfect manners…she’ll always be mine.</w:t>
      </w:r>
    </w:p>
    <w:p w14:paraId="4EF51956" w14:textId="77777777" w:rsidR="00351B3C" w:rsidRPr="00124F84" w:rsidRDefault="00351B3C" w:rsidP="00124F84">
      <w:pPr>
        <w:spacing w:line="240" w:lineRule="auto"/>
        <w:rPr>
          <w:rFonts w:ascii="Times New Roman" w:hAnsi="Times New Roman" w:cs="Times New Roman"/>
          <w:sz w:val="24"/>
          <w:szCs w:val="24"/>
        </w:rPr>
      </w:pPr>
    </w:p>
    <w:p w14:paraId="2BD9E4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612901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moment the words leave my lips, I know I’m walking straight into a trap.</w:t>
      </w:r>
    </w:p>
    <w:p w14:paraId="7D1BFF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spent days, no, weeks, poring over numbers, preparing reports, securing bulletproof metrics. I made sure my voice wouldn’t shake, that my hands would stay steady, that every fucking word out of my mouth was immaculate and undeniable.</w:t>
      </w:r>
    </w:p>
    <w:p w14:paraId="3617C0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current proposal is reckless,” I say, meeting each gaze around the table carefully, deliberately. “If implemented, critical programs will lose funding mid-cycle. Communities that need us most will be left vulnerable, and for what? Optics?”</w:t>
      </w:r>
    </w:p>
    <w:p w14:paraId="4840BF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a second, one precious, fleeting second, I believe I have ground beneath my feet.</w:t>
      </w:r>
    </w:p>
    <w:p w14:paraId="770AD2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he moves.</w:t>
      </w:r>
    </w:p>
    <w:p w14:paraId="7527EC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Barely.</w:t>
      </w:r>
      <w:r w:rsidRPr="00124F84">
        <w:rPr>
          <w:rFonts w:ascii="Times New Roman" w:hAnsi="Times New Roman" w:cs="Times New Roman"/>
          <w:sz w:val="24"/>
          <w:szCs w:val="24"/>
        </w:rPr>
        <w:br/>
        <w:t>Just a slight shift forward in his chair, leaning into the polished wood table, slow and quiet and completely devastating.</w:t>
      </w:r>
    </w:p>
    <w:p w14:paraId="17AE66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it everywhere.</w:t>
      </w:r>
      <w:r w:rsidRPr="00124F84">
        <w:rPr>
          <w:rFonts w:ascii="Times New Roman" w:hAnsi="Times New Roman" w:cs="Times New Roman"/>
          <w:sz w:val="24"/>
          <w:szCs w:val="24"/>
        </w:rPr>
        <w:br/>
        <w:t>The weight of his attention.</w:t>
      </w:r>
      <w:r w:rsidRPr="00124F84">
        <w:rPr>
          <w:rFonts w:ascii="Times New Roman" w:hAnsi="Times New Roman" w:cs="Times New Roman"/>
          <w:sz w:val="24"/>
          <w:szCs w:val="24"/>
        </w:rPr>
        <w:br/>
        <w:t>The brutal, invisible grip tightening around my throat.</w:t>
      </w:r>
    </w:p>
    <w:p w14:paraId="1895D6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“Miss Sinclair.”</w:t>
      </w:r>
    </w:p>
    <w:p w14:paraId="4756CF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voice cuts through me. Quiet. Lethal. Icy calm wrapped in velvet, slicing straight into my chest. My name on his tongue feels dangerous. Unbearably intimate.</w:t>
      </w:r>
    </w:p>
    <w:p w14:paraId="687571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stop mid-sentence.</w:t>
      </w:r>
      <w:r w:rsidRPr="00124F84">
        <w:rPr>
          <w:rFonts w:ascii="Times New Roman" w:hAnsi="Times New Roman" w:cs="Times New Roman"/>
          <w:sz w:val="24"/>
          <w:szCs w:val="24"/>
        </w:rPr>
        <w:br/>
        <w:t>My gaze snaps to his before I can stop myself, fuck, I regret it instantly. I wish I could turn away, wish I could erase him from this moment, from every moment.</w:t>
      </w:r>
    </w:p>
    <w:p w14:paraId="7C859B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 doesn’t even look at me.</w:t>
      </w:r>
    </w:p>
    <w:p w14:paraId="2CB9F0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speaks to the board, voice clinical, detached, like he’s never whispered against my skin, never had my body trembling beneath him.</w:t>
      </w:r>
    </w:p>
    <w:p w14:paraId="744AC4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“I’ve reviewed the Foundation’s financials extensively over the past few weeks.” He pauses, barely, and I feel that subtle pause rip straight through my carefully practiced facade. “The situation isn’t quite as Miss Sinclair portrays.”</w:t>
      </w:r>
    </w:p>
    <w:p w14:paraId="7351B5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the fuck?</w:t>
      </w:r>
    </w:p>
    <w:p w14:paraId="20B71385" w14:textId="77777777" w:rsidR="00351B3C" w:rsidRPr="00124F84" w:rsidRDefault="00351B3C" w:rsidP="00124F84">
      <w:pPr>
        <w:spacing w:line="240" w:lineRule="auto"/>
        <w:rPr>
          <w:rFonts w:ascii="Times New Roman" w:hAnsi="Times New Roman" w:cs="Times New Roman"/>
          <w:sz w:val="24"/>
          <w:szCs w:val="24"/>
        </w:rPr>
      </w:pPr>
    </w:p>
    <w:p w14:paraId="2A749D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56D581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the silence after my words settle, quiet, lethal, inevitable. Around the table, heads shift subtly in my direction, intrigued by the blood already pooling between us.</w:t>
      </w:r>
    </w:p>
    <w:p w14:paraId="57CAA4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Camille’s breath catches softly. I don’t look at her. Not yet. I don’t need to. I can feel her. Feel her staring, her pulse thrumming like a desperate heartbeat in my veins. She’s fighting to stay composed, to hold onto that perfect, polished mask of hers.</w:t>
      </w:r>
    </w:p>
    <w:p w14:paraId="141B38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going to rip it the fuck off.</w:t>
      </w:r>
    </w:p>
    <w:p w14:paraId="734D38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flip open the folder slowly, deliberately. I don’t rush. Let them wait. Let her wait.</w:t>
      </w:r>
    </w:p>
    <w:p w14:paraId="7486DA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tap the document lightly, draw attention without raising my voice. “Operating costs are inflated, administrative overhead is redundant, and the allocations?” I pause, lifting my eyes slowly until they land directly on hers. “Well, they could certainly be more strategic.”</w:t>
      </w:r>
    </w:p>
    <w:p w14:paraId="74827F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flinches.</w:t>
      </w:r>
    </w:p>
    <w:p w14:paraId="4D60ED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Barely. Just enough for me to savor it.</w:t>
      </w:r>
    </w:p>
    <w:p w14:paraId="1A7E1F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smile. I don’t gloat. I hold her gaze steadily, letting the silence stretch, letting her feel every second I’ve spent dissecting her precious foundation piece by piece.</w:t>
      </w:r>
    </w:p>
    <w:p w14:paraId="738037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Foundation isn’t bleeding,” I continue, soft and brutal, “but it is wasting resources. And it’s doing so inefficiently enough to raise questions about the competency of its leadership.”</w:t>
      </w:r>
    </w:p>
    <w:p w14:paraId="18CDD9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flare, heat flashing beneath carefully veiled fury. Good. I want her angry. Furious. Desperate.</w:t>
      </w:r>
    </w:p>
    <w:p w14:paraId="2C2397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Because when she’s angry, she slips. She becomes reckless, impulsive, she reveals herself.</w:t>
      </w:r>
    </w:p>
    <w:p w14:paraId="6C8A80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that’s exactly what I want.</w:t>
      </w:r>
    </w:p>
    <w:p w14:paraId="187E11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“Going forward,” I say, turning back to the board, dismissing her presence like she’s nothing more than a distraction, “Rivera Holdings will have direct oversight of budgetary approvals. We’ll streamline spending. Maximize returns. And restore proper governance.”</w:t>
      </w:r>
    </w:p>
    <w:p w14:paraId="375FE7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suits nod quietly, murmurs of approval sliding easily around the table. My move is clear. Precise.</w:t>
      </w:r>
    </w:p>
    <w:p w14:paraId="753A34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Camille…Camille just sits there, frozen, eyes wide and wounded, face pale beneath her careful makeup.</w:t>
      </w:r>
    </w:p>
    <w:p w14:paraId="54F5E7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knows exactly what just happened.</w:t>
      </w:r>
    </w:p>
    <w:p w14:paraId="78AFF5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I’ve stripped away her authority, piece by painful piece.</w:t>
      </w:r>
    </w:p>
    <w:p w14:paraId="1164C2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I’ve done it in front of an audience.</w:t>
      </w:r>
    </w:p>
    <w:p w14:paraId="618A9B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Check.</w:t>
      </w:r>
    </w:p>
    <w:p w14:paraId="1D8182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mine now.</w:t>
      </w:r>
    </w:p>
    <w:p w14:paraId="0C6CAB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Mate.</w:t>
      </w:r>
    </w:p>
    <w:p w14:paraId="3FEA16D7" w14:textId="77777777" w:rsidR="00351B3C" w:rsidRPr="00124F84" w:rsidRDefault="00351B3C" w:rsidP="00124F84">
      <w:pPr>
        <w:spacing w:line="240" w:lineRule="auto"/>
        <w:rPr>
          <w:rFonts w:ascii="Times New Roman" w:hAnsi="Times New Roman" w:cs="Times New Roman"/>
          <w:sz w:val="24"/>
          <w:szCs w:val="24"/>
        </w:rPr>
      </w:pPr>
    </w:p>
    <w:p w14:paraId="127B14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16C081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spikes. White noise roars in my ears, my vision narrowing to pinpoints. He didn’t just dismantle my proposal, he’s dismantling me. Piece by careful piece. Right here, in front of everyone who matters.</w:t>
      </w:r>
    </w:p>
    <w:p w14:paraId="722EE5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finally looks at me again. And this time, his eyes aren’t cold. They’re blazing. Intent. Ruthless.</w:t>
      </w:r>
    </w:p>
    <w:p w14:paraId="0C3126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recognize the look, the hunger, the obsession simmering just below the surface. It’s the same look he wore when he pinned me down, when he slid his mouth along my neck and promised he’d ruin me.</w:t>
      </w:r>
    </w:p>
    <w:p w14:paraId="54A5CD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kept his word.</w:t>
      </w:r>
    </w:p>
    <w:p w14:paraId="77DA12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suggesting the Foundation lacks leadership?” My voice comes out sharper than intended, edged with panic I can’t completely hide.</w:t>
      </w:r>
    </w:p>
    <w:p w14:paraId="04103F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flinch. Doesn’t even blink.</w:t>
      </w:r>
    </w:p>
    <w:p w14:paraId="7E61FE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suggesting anything, Miss Sinclair.” His voice drops, velvet over steel, low enough for only me to feel the threat underneath. “I’m stating a fact.”</w:t>
      </w:r>
    </w:p>
    <w:p w14:paraId="105B20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table ripples quietly with restrained whispers. Eyes shift between us, curious, calculating, sensing weakness.</w:t>
      </w:r>
    </w:p>
    <w:p w14:paraId="12EDF2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weakness.</w:t>
      </w:r>
    </w:p>
    <w:p w14:paraId="4D7753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overstepping.” The words are brittle, thin ice cracking beneath my feet.</w:t>
      </w:r>
    </w:p>
    <w:p w14:paraId="75D098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gaze locks with mine again, pinning me, holding me hostage.</w:t>
      </w:r>
    </w:p>
    <w:p w14:paraId="5E75D7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His lips barely move, voice dangerously gentle. “I’m intervening. There’s a difference.”</w:t>
      </w:r>
    </w:p>
    <w:p w14:paraId="69DB69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Heat rushes to my cheeks, humiliation and fury twisting tight in my chest. I want to stand up, scream at him, demand he stop. I want to run. I want to claw at the carefully composed face he wears like armor and force him to bleed just as openly as I am.</w:t>
      </w:r>
    </w:p>
    <w:p w14:paraId="217DA4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vision blurs at the edges.</w:t>
      </w:r>
      <w:r w:rsidRPr="00124F84">
        <w:rPr>
          <w:rFonts w:ascii="Times New Roman" w:hAnsi="Times New Roman" w:cs="Times New Roman"/>
          <w:sz w:val="24"/>
          <w:szCs w:val="24"/>
        </w:rPr>
        <w:br/>
        <w:t>My chest tightens, each breath a carefully masked battle.</w:t>
      </w:r>
    </w:p>
    <w:p w14:paraId="6C21F4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He’s looking straight through me. Like I’m already erased. Reduced to nothing but another bullet </w:t>
      </w:r>
      <w:proofErr w:type="gramStart"/>
      <w:r w:rsidRPr="00124F84">
        <w:rPr>
          <w:rFonts w:ascii="Times New Roman" w:hAnsi="Times New Roman" w:cs="Times New Roman"/>
          <w:sz w:val="24"/>
          <w:szCs w:val="24"/>
        </w:rPr>
        <w:t>point</w:t>
      </w:r>
      <w:proofErr w:type="gramEnd"/>
      <w:r w:rsidRPr="00124F84">
        <w:rPr>
          <w:rFonts w:ascii="Times New Roman" w:hAnsi="Times New Roman" w:cs="Times New Roman"/>
          <w:sz w:val="24"/>
          <w:szCs w:val="24"/>
        </w:rPr>
        <w:t xml:space="preserve"> on his boardroom agenda.</w:t>
      </w:r>
    </w:p>
    <w:p w14:paraId="6DC00D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damn it…it hurts.</w:t>
      </w:r>
      <w:r w:rsidRPr="00124F84">
        <w:rPr>
          <w:rFonts w:ascii="Times New Roman" w:hAnsi="Times New Roman" w:cs="Times New Roman"/>
          <w:sz w:val="24"/>
          <w:szCs w:val="24"/>
        </w:rPr>
        <w:br/>
        <w:t>It shouldn’t, but it does.</w:t>
      </w:r>
    </w:p>
    <w:p w14:paraId="7BBFFF08" w14:textId="3C6E80C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“Mr. Rivera.” My voice trembles slightly, and I hate myself for it. I gather my composure, straighten my spine, meet his gaze head-on. “The Foundation’s strategy has always been transparent. Every dollar is accounted for, and each program directly benefits the community</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w:t>
      </w:r>
    </w:p>
    <w:p w14:paraId="0FA7D9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disputing transparency,” he interrupts, voice calm, dismissive. Infuriatingly composed. “I’m disputing effectiveness.”</w:t>
      </w:r>
    </w:p>
    <w:p w14:paraId="3540BC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Heat floods my cheeks, a flush of humiliation and rage battling behind my ribs. I glance around the table, seeking a familiar face, but no one meets my eyes. They’re nodding along, already realigned, already following him. My stomach knots tighter.</w:t>
      </w:r>
    </w:p>
    <w:p w14:paraId="0F95C0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Bastards.</w:t>
      </w:r>
    </w:p>
    <w:p w14:paraId="7F013C25" w14:textId="031AFA3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think</w:t>
      </w:r>
      <w:r w:rsidR="00027863" w:rsidRPr="00124F84">
        <w:rPr>
          <w:rFonts w:ascii="Times New Roman" w:hAnsi="Times New Roman" w:cs="Times New Roman"/>
          <w:sz w:val="24"/>
          <w:szCs w:val="24"/>
        </w:rPr>
        <w:t>…</w:t>
      </w:r>
      <w:r w:rsidRPr="00124F84">
        <w:rPr>
          <w:rFonts w:ascii="Times New Roman" w:hAnsi="Times New Roman" w:cs="Times New Roman"/>
          <w:sz w:val="24"/>
          <w:szCs w:val="24"/>
        </w:rPr>
        <w:t>” I start again, voice firming, desperation clawing beneath my practiced calm.</w:t>
      </w:r>
    </w:p>
    <w:p w14:paraId="6D6D56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“Respectfully, Miss Sinclair,” he cuts in again, coolly, deliberately emphasizing that title like it’s an insult, “I wasn’t asking for your opinion.”</w:t>
      </w:r>
    </w:p>
    <w:p w14:paraId="169D08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 slams through the boardroom.</w:t>
      </w:r>
      <w:r w:rsidRPr="00124F84">
        <w:rPr>
          <w:rFonts w:ascii="Times New Roman" w:hAnsi="Times New Roman" w:cs="Times New Roman"/>
          <w:sz w:val="24"/>
          <w:szCs w:val="24"/>
        </w:rPr>
        <w:br/>
        <w:t>Cold. Brutal.</w:t>
      </w:r>
      <w:r w:rsidRPr="00124F84">
        <w:rPr>
          <w:rFonts w:ascii="Times New Roman" w:hAnsi="Times New Roman" w:cs="Times New Roman"/>
          <w:sz w:val="24"/>
          <w:szCs w:val="24"/>
        </w:rPr>
        <w:br/>
        <w:t>Absolute.</w:t>
      </w:r>
    </w:p>
    <w:p w14:paraId="215DFA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pinned beneath his eyes, caught in his gaze like prey. My throat closes, my heartbeat pounds too loudly. I feel every crack in my armor widening, every carefully constructed piece of my dignity splintering beneath the weight of his dominance.</w:t>
      </w:r>
    </w:p>
    <w:p w14:paraId="2D5206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expression never shifts.</w:t>
      </w:r>
      <w:r w:rsidRPr="00124F84">
        <w:rPr>
          <w:rFonts w:ascii="Times New Roman" w:hAnsi="Times New Roman" w:cs="Times New Roman"/>
          <w:sz w:val="24"/>
          <w:szCs w:val="24"/>
        </w:rPr>
        <w:br/>
        <w:t>He doesn’t gloat.</w:t>
      </w:r>
      <w:r w:rsidRPr="00124F84">
        <w:rPr>
          <w:rFonts w:ascii="Times New Roman" w:hAnsi="Times New Roman" w:cs="Times New Roman"/>
          <w:sz w:val="24"/>
          <w:szCs w:val="24"/>
        </w:rPr>
        <w:br/>
        <w:t>Doesn’t smirk.</w:t>
      </w:r>
    </w:p>
    <w:p w14:paraId="3ED60A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just watches.</w:t>
      </w:r>
    </w:p>
    <w:p w14:paraId="3467A9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watches me realize exactly what this is:</w:t>
      </w:r>
      <w:r w:rsidRPr="00124F84">
        <w:rPr>
          <w:rFonts w:ascii="Times New Roman" w:hAnsi="Times New Roman" w:cs="Times New Roman"/>
          <w:sz w:val="24"/>
          <w:szCs w:val="24"/>
        </w:rPr>
        <w:br/>
      </w:r>
      <w:proofErr w:type="spellStart"/>
      <w:r w:rsidRPr="00124F84">
        <w:rPr>
          <w:rFonts w:ascii="Times New Roman" w:hAnsi="Times New Roman" w:cs="Times New Roman"/>
          <w:sz w:val="24"/>
          <w:szCs w:val="24"/>
        </w:rPr>
        <w:t>Retribution.Punishment.Ownership</w:t>
      </w:r>
      <w:proofErr w:type="spellEnd"/>
      <w:r w:rsidRPr="00124F84">
        <w:rPr>
          <w:rFonts w:ascii="Times New Roman" w:hAnsi="Times New Roman" w:cs="Times New Roman"/>
          <w:sz w:val="24"/>
          <w:szCs w:val="24"/>
        </w:rPr>
        <w:t>.</w:t>
      </w:r>
    </w:p>
    <w:p w14:paraId="07D93C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suddenly, devastatingly, I understand. He’s not here for the Foundation. He’s not even here for Sinclair Media.</w:t>
      </w:r>
    </w:p>
    <w:p w14:paraId="33EF6A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here to destroy me.</w:t>
      </w:r>
      <w:r w:rsidRPr="00124F84">
        <w:rPr>
          <w:rFonts w:ascii="Times New Roman" w:hAnsi="Times New Roman" w:cs="Times New Roman"/>
          <w:sz w:val="24"/>
          <w:szCs w:val="24"/>
        </w:rPr>
        <w:br/>
        <w:t>To make sure I never forget what happened between us, that it wasn’t a mistake. It was deliberate. Ruthless. Intentional.</w:t>
      </w:r>
    </w:p>
    <w:p w14:paraId="02C264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it’s far from finished.</w:t>
      </w:r>
    </w:p>
    <w:p w14:paraId="7691CA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silence stretches, oppressive and choking. Finally, Charles Sinclair clears his throat.</w:t>
      </w:r>
    </w:p>
    <w:p w14:paraId="52008B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“Thank you, Kane,” he says smoothly, offering a tight, polite smile, oblivious to the violence lingering just beneath the surface. “We appreciate your expertise and look forward to working closely with you.”</w:t>
      </w:r>
    </w:p>
    <w:p w14:paraId="79E9CC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father’s words stab deep, betrayal slicing through me. I sit frozen, helpless.</w:t>
      </w:r>
    </w:p>
    <w:p w14:paraId="19672A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Kane’s gaze never leaves my face. A slow, dark gleam burns quietly behind his eyes, like he’s savoring every single second.</w:t>
      </w:r>
    </w:p>
    <w:p w14:paraId="25D9A6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nods once. “I look forward to it.”</w:t>
      </w:r>
    </w:p>
    <w:p w14:paraId="29E170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know exactly what he means.</w:t>
      </w:r>
    </w:p>
    <w:p w14:paraId="489656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the one who walked out of his penthouse that morning.</w:t>
      </w:r>
      <w:r w:rsidRPr="00124F84">
        <w:rPr>
          <w:rFonts w:ascii="Times New Roman" w:hAnsi="Times New Roman" w:cs="Times New Roman"/>
          <w:sz w:val="24"/>
          <w:szCs w:val="24"/>
        </w:rPr>
        <w:br/>
        <w:t>But he’s the one who walked into my world.</w:t>
      </w:r>
    </w:p>
    <w:p w14:paraId="4A837F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now…I don’t know how the hell I’m ever going to get him out.</w:t>
      </w:r>
    </w:p>
    <w:p w14:paraId="31CD52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2CDA0D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second the meeting adjourns, I’m up.</w:t>
      </w:r>
      <w:r w:rsidRPr="00124F84">
        <w:rPr>
          <w:rFonts w:ascii="Times New Roman" w:hAnsi="Times New Roman" w:cs="Times New Roman"/>
          <w:sz w:val="24"/>
          <w:szCs w:val="24"/>
        </w:rPr>
        <w:br/>
        <w:t>Chair shoved back, pulse thundering in my veins, fingertips numb. I feel him watching, eyes burning into my back like he can peel away layers of skin and bone and reach something deeper. Something I don’t want him to see.</w:t>
      </w:r>
    </w:p>
    <w:p w14:paraId="4435E8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won’t give him the satisfaction.</w:t>
      </w:r>
      <w:r w:rsidRPr="00124F84">
        <w:rPr>
          <w:rFonts w:ascii="Times New Roman" w:hAnsi="Times New Roman" w:cs="Times New Roman"/>
          <w:sz w:val="24"/>
          <w:szCs w:val="24"/>
        </w:rPr>
        <w:br/>
        <w:t>Not here.</w:t>
      </w:r>
      <w:r w:rsidRPr="00124F84">
        <w:rPr>
          <w:rFonts w:ascii="Times New Roman" w:hAnsi="Times New Roman" w:cs="Times New Roman"/>
          <w:sz w:val="24"/>
          <w:szCs w:val="24"/>
        </w:rPr>
        <w:br/>
        <w:t>Not now.</w:t>
      </w:r>
    </w:p>
    <w:p w14:paraId="632658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Sinclair women never run, but I move fast enough to blur the line. Heels click sharp and hurried against marble, echoing through empty hallways. My chest feels tight, breath short, panic </w:t>
      </w:r>
      <w:r w:rsidRPr="00124F84">
        <w:rPr>
          <w:rFonts w:ascii="Times New Roman" w:hAnsi="Times New Roman" w:cs="Times New Roman"/>
          <w:sz w:val="24"/>
          <w:szCs w:val="24"/>
        </w:rPr>
        <w:lastRenderedPageBreak/>
        <w:t>clawing at the edges of my composure. I need air. Distance. Anything but the suffocating heat of Kane Rivera’s eyes.</w:t>
      </w:r>
    </w:p>
    <w:p w14:paraId="511C83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jab the elevator button like I can force it to appear faster, jaw clenched, nerves frayed.</w:t>
      </w:r>
    </w:p>
    <w:p w14:paraId="4DE9EC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get me out.</w:t>
      </w:r>
    </w:p>
    <w:p w14:paraId="222D20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doors finally whisper open, sleek stainless steel inviting me into temporary sanctuary. I step in quickly, hitting the lobby button with trembling fingers.</w:t>
      </w:r>
    </w:p>
    <w:p w14:paraId="38336E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as the doors slide closed, a hand shoots out, inked knuckles wrapped in tailored fabric, stopping them cold.</w:t>
      </w:r>
    </w:p>
    <w:p w14:paraId="28207E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lurches into my throat.</w:t>
      </w:r>
    </w:p>
    <w:p w14:paraId="01AB7135" w14:textId="1081B76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t>
      </w:r>
      <w:r w:rsidR="006E59EE" w:rsidRPr="00124F84">
        <w:rPr>
          <w:rFonts w:ascii="Times New Roman" w:hAnsi="Times New Roman" w:cs="Times New Roman"/>
          <w:sz w:val="24"/>
          <w:szCs w:val="24"/>
        </w:rPr>
        <w:t>…</w:t>
      </w:r>
    </w:p>
    <w:p w14:paraId="2922AF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steps inside.</w:t>
      </w:r>
      <w:r w:rsidRPr="00124F84">
        <w:rPr>
          <w:rFonts w:ascii="Times New Roman" w:hAnsi="Times New Roman" w:cs="Times New Roman"/>
          <w:sz w:val="24"/>
          <w:szCs w:val="24"/>
        </w:rPr>
        <w:br/>
        <w:t>Slow.</w:t>
      </w:r>
      <w:r w:rsidRPr="00124F84">
        <w:rPr>
          <w:rFonts w:ascii="Times New Roman" w:hAnsi="Times New Roman" w:cs="Times New Roman"/>
          <w:sz w:val="24"/>
          <w:szCs w:val="24"/>
        </w:rPr>
        <w:br/>
        <w:t>Casual.</w:t>
      </w:r>
      <w:r w:rsidRPr="00124F84">
        <w:rPr>
          <w:rFonts w:ascii="Times New Roman" w:hAnsi="Times New Roman" w:cs="Times New Roman"/>
          <w:sz w:val="24"/>
          <w:szCs w:val="24"/>
        </w:rPr>
        <w:br/>
        <w:t>Intentional.</w:t>
      </w:r>
    </w:p>
    <w:p w14:paraId="32B2E8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this is exactly where he planned to be.</w:t>
      </w:r>
    </w:p>
    <w:p w14:paraId="148DD5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fills every inch of space effortlessly. A towering shadow, dark eyes unreadable, the air turning thick and hot the moment the doors seal shut behind him. He doesn’t speak. Doesn’t have to.</w:t>
      </w:r>
    </w:p>
    <w:p w14:paraId="2056DE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press myself into the corner, arms crossed defensively, shoulders rigid. Trying to shield myself from the invisible pull radiating off him, from the memories already pushing their way to the surface.</w:t>
      </w:r>
    </w:p>
    <w:p w14:paraId="3FA164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hand moves, casual, deliberate, pressing the emergency stop.</w:t>
      </w:r>
      <w:r w:rsidRPr="00124F84">
        <w:rPr>
          <w:rFonts w:ascii="Times New Roman" w:hAnsi="Times New Roman" w:cs="Times New Roman"/>
          <w:sz w:val="24"/>
          <w:szCs w:val="24"/>
        </w:rPr>
        <w:br/>
        <w:t>The elevator jerks, frozen between floors.</w:t>
      </w:r>
    </w:p>
    <w:p w14:paraId="2DA22A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catches.</w:t>
      </w:r>
      <w:r w:rsidRPr="00124F84">
        <w:rPr>
          <w:rFonts w:ascii="Times New Roman" w:hAnsi="Times New Roman" w:cs="Times New Roman"/>
          <w:sz w:val="24"/>
          <w:szCs w:val="24"/>
        </w:rPr>
        <w:br/>
        <w:t>My heartbeat trips over itself. My face flushes hot, pulse slamming painfully. I jerk my eyes upward, and he’s watching me.</w:t>
      </w:r>
    </w:p>
    <w:p w14:paraId="413915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“Is this how you leave meetings now?” he murmurs, voice quiet and lethal. “Running before the real conversation starts?”</w:t>
      </w:r>
    </w:p>
    <w:p w14:paraId="45ED6F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jaw tightens, throat dry, heart pounding wildly. “The meeting’s done.”</w:t>
      </w:r>
    </w:p>
    <w:p w14:paraId="40D4D4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he says calmly, stepping forward. Closer. Each movement precise, controlled. Predatory. “The show’s done. This…” his eyes trace slowly down my body, lingering deliberately, possessively, before snapping back to mine, “…is just us.”</w:t>
      </w:r>
    </w:p>
    <w:p w14:paraId="3FE98E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had no right…” I start, but my voice cracks, raw and brittle, revealing too much of everything I’m trying to hide.</w:t>
      </w:r>
    </w:p>
    <w:p w14:paraId="7DFDD7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“To what?” he cuts in, voice sharp, mocking. “Speak?”</w:t>
      </w:r>
    </w:p>
    <w:p w14:paraId="0E38E2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words land like a slap, stinging, knocking me off balance.</w:t>
      </w:r>
    </w:p>
    <w:p w14:paraId="376210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he sees it.</w:t>
      </w:r>
    </w:p>
    <w:p w14:paraId="48225D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gaze drags over me slowly, taking in every small flinch, every crack in my composure. He steps closer, crowding me, his presence like a storm, dark, suffocating, inescapable.</w:t>
      </w:r>
    </w:p>
    <w:p w14:paraId="697159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walked into that boardroom,” he says, dangerously quiet, “armed with feelings. Dreams. Good intentions. Maybe that worked before, when everyone around that table owed your family something, but not anymore. They answer to me now.”</w:t>
      </w:r>
    </w:p>
    <w:p w14:paraId="3C7F48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Anger flares through me, a desperate, defensive surge. “This isn’t a game, Kane. The Foundation helps real people…”</w:t>
      </w:r>
    </w:p>
    <w:p w14:paraId="7A0BCF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Foundation,” he interrupts, voice controlled and smooth, cold as steel, “belongs to Sinclair Media. And Sinclair Media answers to its board. Which means they answer to me.”</w:t>
      </w:r>
    </w:p>
    <w:p w14:paraId="322CEB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calm destroys me. How effortlessly he claims the space, leaving me with nothing but empty hands and a hollow chest.</w:t>
      </w:r>
    </w:p>
    <w:p w14:paraId="00622A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do you want?” I finally ask, hating how my voice shakes, hating how small I feel.</w:t>
      </w:r>
    </w:p>
    <w:p w14:paraId="510DCB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slow smile curls his lips, sharp and lethal. “Now, that’s a dangerous question, Camille.”</w:t>
      </w:r>
    </w:p>
    <w:p w14:paraId="1934B0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way he says my name, velvet-edged poison, sends heat spreading low in my stomach, a traitorous reaction my body can’t deny. He moves closer again, erasing the remaining distance between us until his warmth brushes my skin, intoxicating and terrifying.</w:t>
      </w:r>
    </w:p>
    <w:p w14:paraId="1559BA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should’ve known it was you,” I murmur softly, bitterness seeping into my voice. “The stalled approvals, the frozen budgets…”</w:t>
      </w:r>
    </w:p>
    <w:p w14:paraId="2E4A01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should’ve known a lot of things,” he murmurs back, low and rough, voice brushing along my jaw like a threat, like a promise. “Starting with the fact that you don’t get to disappear on me.”</w:t>
      </w:r>
    </w:p>
    <w:p w14:paraId="681698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was one night,” I whisper, throat tight.</w:t>
      </w:r>
    </w:p>
    <w:p w14:paraId="45E265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“Two weeks,” he counters, his breath hot on my ear, dark amusement lacing his voice. “Has it really been that easy to forget me?”</w:t>
      </w:r>
    </w:p>
    <w:p w14:paraId="195C48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catches, heart racing. I stare at the elevator panel, desperate for distance, for escape, for something solid to hold onto. “What?”</w:t>
      </w:r>
    </w:p>
    <w:p w14:paraId="045EB2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shifts slightly, leaning in, the smirk on his lips pressing into my skin even though he hasn’t touched me.</w:t>
      </w:r>
    </w:p>
    <w:p w14:paraId="3FF89B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been two weeks since you left my bed,” he murmurs softly, as casual as if he’s stating the obvious, as if the tension between us isn’t thick enough to suffocate. “Tell me, Camille…have you thought about me?”</w:t>
      </w:r>
    </w:p>
    <w:p w14:paraId="3F72F1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lift my chin, forcing ice into my tone. “Not for a single second.”</w:t>
      </w:r>
    </w:p>
    <w:p w14:paraId="37A92C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 lie. We both know it. The way his lips twitch proves it.</w:t>
      </w:r>
    </w:p>
    <w:p w14:paraId="700E9E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chuckles softly, low, dark, dangerous. “I saw the parting gift you left.”</w:t>
      </w:r>
    </w:p>
    <w:p w14:paraId="7BD6A9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heart stops dead, stuttering, restarting with a violent slam. My lipstick </w:t>
      </w:r>
      <w:proofErr w:type="gramStart"/>
      <w:r w:rsidRPr="00124F84">
        <w:rPr>
          <w:rFonts w:ascii="Times New Roman" w:hAnsi="Times New Roman" w:cs="Times New Roman"/>
          <w:sz w:val="24"/>
          <w:szCs w:val="24"/>
        </w:rPr>
        <w:t>print</w:t>
      </w:r>
      <w:proofErr w:type="gramEnd"/>
      <w:r w:rsidRPr="00124F84">
        <w:rPr>
          <w:rFonts w:ascii="Times New Roman" w:hAnsi="Times New Roman" w:cs="Times New Roman"/>
          <w:sz w:val="24"/>
          <w:szCs w:val="24"/>
        </w:rPr>
        <w:t xml:space="preserve"> flashes in my mind, the reckless kiss I pressed to his mirror, soft and smudged and far too permanent.</w:t>
      </w:r>
    </w:p>
    <w:p w14:paraId="7534FB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voice drops, low and knowing. “Rosewood. Soft on the outside, stubborn as fuck to wipe clean.” He pauses deliberately, watching my reaction. “But maybe that was the point.”</w:t>
      </w:r>
    </w:p>
    <w:p w14:paraId="0C9851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swallow hard, throat tight. “It meant nothing.”</w:t>
      </w:r>
    </w:p>
    <w:p w14:paraId="4A87B1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chuckles quietly. “Liar.”</w:t>
      </w:r>
    </w:p>
    <w:p w14:paraId="52AB3E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 slips between us, sharp as a blade, slicing through every carefully built wall. The elevator hums softly, confining us, trapping me here with him. His presence thickens the air, oppressive, intoxicating, suffocating me until breathing feels dangerous.</w:t>
      </w:r>
    </w:p>
    <w:p w14:paraId="0E87DE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worse?</w:t>
      </w:r>
    </w:p>
    <w:p w14:paraId="0D7F19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body remembers him. Every touch, every stroke, every brutal, reckless thrust.</w:t>
      </w:r>
      <w:r w:rsidRPr="00124F84">
        <w:rPr>
          <w:rFonts w:ascii="Times New Roman" w:hAnsi="Times New Roman" w:cs="Times New Roman"/>
          <w:sz w:val="24"/>
          <w:szCs w:val="24"/>
        </w:rPr>
        <w:br/>
        <w:t xml:space="preserve">My pulse quickens, blood heating traitorously beneath </w:t>
      </w:r>
      <w:proofErr w:type="gramStart"/>
      <w:r w:rsidRPr="00124F84">
        <w:rPr>
          <w:rFonts w:ascii="Times New Roman" w:hAnsi="Times New Roman" w:cs="Times New Roman"/>
          <w:sz w:val="24"/>
          <w:szCs w:val="24"/>
        </w:rPr>
        <w:t>my</w:t>
      </w:r>
      <w:proofErr w:type="gramEnd"/>
      <w:r w:rsidRPr="00124F84">
        <w:rPr>
          <w:rFonts w:ascii="Times New Roman" w:hAnsi="Times New Roman" w:cs="Times New Roman"/>
          <w:sz w:val="24"/>
          <w:szCs w:val="24"/>
        </w:rPr>
        <w:t xml:space="preserve"> </w:t>
      </w:r>
    </w:p>
    <w:p w14:paraId="6012D3BE" w14:textId="71E93048"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moves closer, crowding me against the wall until there’s nowhere left to go. The cold surface bites through my blouse, a sharp contrast to the blistering heat radiating off him. His scent floods my senses, dark spice, whiskey, expensive leather</w:t>
      </w:r>
      <w:r w:rsidR="006E59EE" w:rsidRPr="00124F84">
        <w:rPr>
          <w:rFonts w:ascii="Times New Roman" w:hAnsi="Times New Roman" w:cs="Times New Roman"/>
          <w:sz w:val="24"/>
          <w:szCs w:val="24"/>
        </w:rPr>
        <w:t xml:space="preserve"> </w:t>
      </w:r>
      <w:r w:rsidRPr="00124F84">
        <w:rPr>
          <w:rFonts w:ascii="Times New Roman" w:hAnsi="Times New Roman" w:cs="Times New Roman"/>
          <w:sz w:val="24"/>
          <w:szCs w:val="24"/>
        </w:rPr>
        <w:t>invading my lungs, filling my veins, unraveling every fragile thread of control I’ve desperately tried to cling to.</w:t>
      </w:r>
    </w:p>
    <w:p w14:paraId="4D520B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thought about you,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he murmurs, voice rough like raw silk, his lips brushing the shell of my ear. “Every. Fucking. Night.”</w:t>
      </w:r>
    </w:p>
    <w:p w14:paraId="5F9A66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catches sharply, stomach twisting with reckless, traitorous need. Heat blooms low and hot between my thighs, muscles tightening as I press my nails into my palms, fighting the urge to reach for him. To sink into the brutal comfort of his touch again.</w:t>
      </w:r>
    </w:p>
    <w:p w14:paraId="4149C0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“Woke up hard,” he continues, voice darkening, becoming harsher, a rasp of sandpaper against skin. “Thinking about how tight your sweet little cunt felt wrapped around my cock. How fucking soaked you got for me when I made you beg.”</w:t>
      </w:r>
    </w:p>
    <w:p w14:paraId="4561A5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fingertips lift slowly, deliberately, tracing along the delicate gold necklace at my throat, the contact so slight yet burning like a brand. My pulse jumps, violent and frantic beneath his touch.</w:t>
      </w:r>
    </w:p>
    <w:p w14:paraId="4E1248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“Couldn't stop hearing your voice,” he growls softly, dangerously, pressing closer until his lips graze my ear again. “The pretty way you begged playing on repeat…please touch me…please eat me…please fuck me…”</w:t>
      </w:r>
    </w:p>
    <w:p w14:paraId="2E6D09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words slice through me, raw, shameful, exquisite. Heat surges to my face, my neck, pooling molten in my core. I can’t breathe, can’t speak. Can't deny a single word.</w:t>
      </w:r>
    </w:p>
    <w:p w14:paraId="280863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Because it’s true. Every filthy word, every humiliating plea, I said them. I whispered them. I meant them.</w:t>
      </w:r>
    </w:p>
    <w:p w14:paraId="64E750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 worst part is, I want to say them again. But fuck if I will.</w:t>
      </w:r>
    </w:p>
    <w:p w14:paraId="18FAEA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steel myself, forcing a steady breath into my burning lungs. Slowly, deliberately, I lift my chin, meeting those dark eyes head-on. My heart pounds painfully in my chest, but I refuse to flinch beneath his stare.</w:t>
      </w:r>
    </w:p>
    <w:p w14:paraId="6CF373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“Well,” I say softly, each syllable sharp and deliberate, “at least one of us remembers that night clearly.”</w:t>
      </w:r>
    </w:p>
    <w:p w14:paraId="5297A5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gaze narrows slightly, the dangerous glint in his eyes sharpening, but I keep my expression carefully indifferent, my smile razor-thin and cool. He wants to break me open, wants me begging again, but I won’t hand him that satisfaction.</w:t>
      </w:r>
    </w:p>
    <w:p w14:paraId="1EC632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now.</w:t>
      </w:r>
    </w:p>
    <w:p w14:paraId="347D96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here.</w:t>
      </w:r>
    </w:p>
    <w:p w14:paraId="510CDB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voice dips lower, mocking sweetness lacing every word as I tilt my head just slightly, like I’m sharing a secret.</w:t>
      </w:r>
    </w:p>
    <w:p w14:paraId="75592D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“Tell me, do you always get this sentimental about one-night stands, or am I just special?”</w:t>
      </w:r>
    </w:p>
    <w:p w14:paraId="792317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lips curl slowly, dangerously. Instead of irritation, instead of anger, amusement flickers behind his dark eyes. He leans in closer, invading my space further, one strong hand braced against the wall beside my head.</w:t>
      </w:r>
    </w:p>
    <w:p w14:paraId="5246B5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“Oh,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trust me.” His voice drips low, edged with lethal calm. “If you were nothing but a forgettable one-night stand, I wouldn't be here.”</w:t>
      </w:r>
    </w:p>
    <w:p w14:paraId="7DB171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stutters, a traitorous hitch betraying the careful facade I’m clinging to. His gaze drops deliberately to my lips, lingering just long enough to scorch, before rising back to mine.</w:t>
      </w:r>
    </w:p>
    <w:p w14:paraId="1B6D0F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just haunt my memory,” he murmurs, the edge of his mouth tugging cruelly upward. “You fucking own it.”</w:t>
      </w:r>
    </w:p>
    <w:p w14:paraId="42004E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swallow hard, my throat painfully tight. My fingers twitch, aching to shove him back, to strike, to do anything but stand here trembling like prey beneath his scrutiny.</w:t>
      </w:r>
    </w:p>
    <w:p w14:paraId="20D508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force my voice steady, cool enough to slice. “Sounds exhausting. Have you tried therapy?”</w:t>
      </w:r>
    </w:p>
    <w:p w14:paraId="27B893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soft laugh, dark and rough, escapes him. He leans impossibly closer, his breath hot against my skin as he whispers, “Why would I? Breaking you apart piece by piece is all the therapy I need.”</w:t>
      </w:r>
    </w:p>
    <w:p w14:paraId="6F10C9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plunges violently, a rush of dangerous heat tightening every muscle. I want to push him away. I want to claw at his chest, to slap that infuriating smirk from his lips. But more than anything, the raw, shameful truth is, I want him to follow through.</w:t>
      </w:r>
    </w:p>
    <w:p w14:paraId="720D9B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Instead, I summon every ounce of Sinclair resolve I have </w:t>
      </w:r>
      <w:proofErr w:type="gramStart"/>
      <w:r w:rsidRPr="00124F84">
        <w:rPr>
          <w:rFonts w:ascii="Times New Roman" w:hAnsi="Times New Roman" w:cs="Times New Roman"/>
          <w:sz w:val="24"/>
          <w:szCs w:val="24"/>
        </w:rPr>
        <w:t>left, and</w:t>
      </w:r>
      <w:proofErr w:type="gramEnd"/>
      <w:r w:rsidRPr="00124F84">
        <w:rPr>
          <w:rFonts w:ascii="Times New Roman" w:hAnsi="Times New Roman" w:cs="Times New Roman"/>
          <w:sz w:val="24"/>
          <w:szCs w:val="24"/>
        </w:rPr>
        <w:t xml:space="preserve"> stare him down.</w:t>
      </w:r>
    </w:p>
    <w:p w14:paraId="0F0793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“Careful. This obsession of yours? It’s starting to sound pathetic.”</w:t>
      </w:r>
    </w:p>
    <w:p w14:paraId="30A7C5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expression doesn't flicker. The lazy smirk remains intact, arrogant, devastating. His gaze holds mine, unwavering, before he finally leans back slightly.</w:t>
      </w:r>
    </w:p>
    <w:p w14:paraId="2F4716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“Obsession?” he echoes softly, thoughtfully. “No, Camille. This is just good, old-fashioned hunting.”</w:t>
      </w:r>
    </w:p>
    <w:p w14:paraId="5532FA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steps back further, giving me the illusion of breathing room, though we both know it's too late.</w:t>
      </w:r>
    </w:p>
    <w:p w14:paraId="1FD344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always catch what I hunt,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he murmurs, eyes glinting dangerously. “Always.”</w:t>
      </w:r>
    </w:p>
    <w:p w14:paraId="06F025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Mercifully, the elevator dings sharply, the doors sliding open to freedom.</w:t>
      </w:r>
    </w:p>
    <w:p w14:paraId="45C841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hesitate.</w:t>
      </w:r>
    </w:p>
    <w:p w14:paraId="2E849B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shove past him, pushing hard against the solid wall of muscle that is Kane Rivera. He doesn’t stop me, doesn’t even reach for me, just moves aside with a mocking ease, making my desperate exit feel even more humiliating.</w:t>
      </w:r>
    </w:p>
    <w:p w14:paraId="305F56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Heat floods my cheeks as I rush out into the hallway, my pulse hammering violently, my breath shallow. I nearly stumble in my urgency to put distance between us, my heels clicking urgently against marble.</w:t>
      </w:r>
    </w:p>
    <w:p w14:paraId="548080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Behind me, I hear his voice, low, rough, carrying like velvet-wrapped steel.</w:t>
      </w:r>
    </w:p>
    <w:p w14:paraId="60CCC0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“Run as fast as you want,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he calls softly, dark amusement woven through every word. “We both know exactly where you'll end up.”</w:t>
      </w:r>
    </w:p>
    <w:p w14:paraId="29F276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turn around.</w:t>
      </w:r>
    </w:p>
    <w:p w14:paraId="55C233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dare.</w:t>
      </w:r>
    </w:p>
    <w:p w14:paraId="164F3A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he’s right.</w:t>
      </w:r>
    </w:p>
    <w:p w14:paraId="788A08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that’s what terrifies me most.</w:t>
      </w:r>
    </w:p>
    <w:p w14:paraId="6284B03A" w14:textId="77777777" w:rsidR="00351B3C" w:rsidRPr="00124F84" w:rsidRDefault="00351B3C" w:rsidP="00124F84">
      <w:pPr>
        <w:spacing w:line="240" w:lineRule="auto"/>
        <w:rPr>
          <w:rFonts w:ascii="Times New Roman" w:hAnsi="Times New Roman" w:cs="Times New Roman"/>
          <w:sz w:val="24"/>
          <w:szCs w:val="24"/>
        </w:rPr>
      </w:pPr>
    </w:p>
    <w:p w14:paraId="17699C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499F14A3"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lastRenderedPageBreak/>
        <w:t>Chapter Six</w:t>
      </w:r>
    </w:p>
    <w:p w14:paraId="76E78E0C" w14:textId="77777777" w:rsidR="00351B3C" w:rsidRPr="00124F84" w:rsidRDefault="00351B3C" w:rsidP="00124F84">
      <w:pPr>
        <w:spacing w:line="240" w:lineRule="auto"/>
        <w:rPr>
          <w:rFonts w:ascii="Times New Roman" w:hAnsi="Times New Roman" w:cs="Times New Roman"/>
          <w:sz w:val="24"/>
          <w:szCs w:val="24"/>
        </w:rPr>
      </w:pPr>
    </w:p>
    <w:p w14:paraId="2C4164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63BC9C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runs.</w:t>
      </w:r>
    </w:p>
    <w:p w14:paraId="55D22A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the way people normally do, not frantic, not desperate. Calculated. Like she’s got control over the situation. Like she’s making the choice.</w:t>
      </w:r>
    </w:p>
    <w:p w14:paraId="7ABDF1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not.</w:t>
      </w:r>
    </w:p>
    <w:p w14:paraId="63ED0D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moves through the crowd fast, head high, spine straight, like she’s untouchable. Like she isn’t coming apart at the seams.</w:t>
      </w:r>
    </w:p>
    <w:p w14:paraId="1830B1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see it.</w:t>
      </w:r>
    </w:p>
    <w:p w14:paraId="1F1772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way her breath hitches. The way she grips her bag too tight, like it’s holding her together. The way her heels strike the pavement just a little too hard, a little too quick.</w:t>
      </w:r>
    </w:p>
    <w:p w14:paraId="618870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unraveling.</w:t>
      </w:r>
    </w:p>
    <w:p w14:paraId="4A4ED7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let her.</w:t>
      </w:r>
    </w:p>
    <w:p w14:paraId="4DA951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a block.</w:t>
      </w:r>
    </w:p>
    <w:p w14:paraId="73A564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two.</w:t>
      </w:r>
    </w:p>
    <w:p w14:paraId="2AFAC7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the Rolls creeps alongside her slow, smooth, quiet as sin. The window glides down, tinted glass peeling back like a curtain on the next act of her unraveling.</w:t>
      </w:r>
    </w:p>
    <w:p w14:paraId="71CD99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stops.</w:t>
      </w:r>
    </w:p>
    <w:p w14:paraId="777BC0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Goes still.</w:t>
      </w:r>
    </w:p>
    <w:p w14:paraId="61A703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Doesn’t even have to look to know who’s inside.</w:t>
      </w:r>
    </w:p>
    <w:p w14:paraId="5F318C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rest my arm along the door, watching her, letting the smirk tug at my lips. “Get in the car,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w:t>
      </w:r>
    </w:p>
    <w:p w14:paraId="0AE4D2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fingers twitch against the cab door handle. A war wages behind those sharp, brown eyes.</w:t>
      </w:r>
    </w:p>
    <w:p w14:paraId="075D9C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wants to get in.</w:t>
      </w:r>
    </w:p>
    <w:p w14:paraId="2D41C9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wants to run.</w:t>
      </w:r>
    </w:p>
    <w:p w14:paraId="4FDA49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fuck if I don’t enjoy watching her figure out which urge wins.</w:t>
      </w:r>
    </w:p>
    <w:p w14:paraId="04491F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exhales slowly, voice clipped. “Go to hell.”</w:t>
      </w:r>
    </w:p>
    <w:p w14:paraId="0457DC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chuckle, low and deep, because I expected nothing less. “Already been there,” I murmur, my voice smooth, calm, absolute. “Didn’t like it, left a few bodies there.”</w:t>
      </w:r>
    </w:p>
    <w:p w14:paraId="39A9F0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 pause.</w:t>
      </w:r>
    </w:p>
    <w:p w14:paraId="4769EF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“Get in.”</w:t>
      </w:r>
    </w:p>
    <w:p w14:paraId="4612C2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jaw tightens. Her body goes stiff, but she still doesn’t move. “I’m taking a cab.”</w:t>
      </w:r>
    </w:p>
    <w:p w14:paraId="58BD62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you’re not.”</w:t>
      </w:r>
    </w:p>
    <w:p w14:paraId="747F52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say it loud. I don’t have to. The weight of my words settles over her like a second skin.</w:t>
      </w:r>
    </w:p>
    <w:p w14:paraId="537C8A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knows how this goes.</w:t>
      </w:r>
    </w:p>
    <w:p w14:paraId="6BE6BE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getting in this car,” I continue, voice steady, fingers tapping against the leather seat. “</w:t>
      </w:r>
      <w:proofErr w:type="gramStart"/>
      <w:r w:rsidRPr="00124F84">
        <w:rPr>
          <w:rFonts w:ascii="Times New Roman" w:hAnsi="Times New Roman" w:cs="Times New Roman"/>
          <w:sz w:val="24"/>
          <w:szCs w:val="24"/>
        </w:rPr>
        <w:t>Or,</w:t>
      </w:r>
      <w:proofErr w:type="gramEnd"/>
      <w:r w:rsidRPr="00124F84">
        <w:rPr>
          <w:rFonts w:ascii="Times New Roman" w:hAnsi="Times New Roman" w:cs="Times New Roman"/>
          <w:sz w:val="24"/>
          <w:szCs w:val="24"/>
        </w:rPr>
        <w:t xml:space="preserve"> I follow you home and we finish this conversation on your front steps.”</w:t>
      </w:r>
    </w:p>
    <w:p w14:paraId="0E2567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nostrils flare.</w:t>
      </w:r>
    </w:p>
    <w:p w14:paraId="4BFB6B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knows I mean it.</w:t>
      </w:r>
    </w:p>
    <w:p w14:paraId="0756D1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Knows I don’t care about optics, reputation, or the little kingdom she thinks protects her.</w:t>
      </w:r>
    </w:p>
    <w:p w14:paraId="28A1C6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dart to the cab.</w:t>
      </w:r>
    </w:p>
    <w:p w14:paraId="614797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out.</w:t>
      </w:r>
    </w:p>
    <w:p w14:paraId="127E77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under her breath, something sharp. Defeated.</w:t>
      </w:r>
    </w:p>
    <w:p w14:paraId="18B87C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opens the door.</w:t>
      </w:r>
    </w:p>
    <w:p w14:paraId="78929C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girl.</w:t>
      </w:r>
    </w:p>
    <w:p w14:paraId="2B9B52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slides inside, body tense, face set, and the door clicks shut, sealing her inside the space with me.</w:t>
      </w:r>
    </w:p>
    <w:p w14:paraId="00AEF1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air in the car is thick. Still.</w:t>
      </w:r>
    </w:p>
    <w:p w14:paraId="5262B2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it’s holding its breath.</w:t>
      </w:r>
    </w:p>
    <w:p w14:paraId="2F7240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angles herself away from me, like space matters. Like there’s anywhere to run in here.</w:t>
      </w:r>
    </w:p>
    <w:p w14:paraId="4D32DE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stretch my legs out, lean back, let the silence bloom around us. Let the weight of me settle over her like smoke.</w:t>
      </w:r>
    </w:p>
    <w:p w14:paraId="338269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driver pulls away from the curb, merging into traffic like nothing inside this car is on fire.</w:t>
      </w:r>
    </w:p>
    <w:p w14:paraId="2D079F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say nothing.</w:t>
      </w:r>
    </w:p>
    <w:p w14:paraId="186BD3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sits there, spine rigid, every muscle pulled tight like piano wire, beautifully tense, barely breathing. I watch the anger simmer beneath her carefully practiced composure, watch the pulse flickering erratically at the base of her throat. She's furious, yes, but something else mingles dangerously beneath her rage, something soft, vulnerable, something she desperately wishes wasn't there.</w:t>
      </w:r>
    </w:p>
    <w:p w14:paraId="7BAD76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lifts her eyes, finally forcing herself to look at me. Defiant. Icy. Utterly fucking gorgeous in her attempt to regain control.</w:t>
      </w:r>
    </w:p>
    <w:p w14:paraId="48B072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realize,” she says, her voice cutting through the silence, clipped and frozen, “this little game of yours ends the minute I file a restraining order.”</w:t>
      </w:r>
    </w:p>
    <w:p w14:paraId="341E88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help the slow curl of my mouth, the amusement seeping into my voice as I taste the absurdity of her threat. "A restraining order," I repeat, savoring the words, drawing them out like a punchline that hasn't fully landed.</w:t>
      </w:r>
    </w:p>
    <w:p w14:paraId="12743371" w14:textId="61E01D0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fists tighten, nails digging into her palms. Defiance sharpens her gaze, ignites the fire behind those deep, dark eyes. “Exactly,” she snaps, voice harder, colder. “You stay away from me, my family, my life</w:t>
      </w:r>
      <w:r w:rsidR="006E59EE" w:rsidRPr="00124F84">
        <w:rPr>
          <w:rFonts w:ascii="Times New Roman" w:hAnsi="Times New Roman" w:cs="Times New Roman"/>
          <w:sz w:val="24"/>
          <w:szCs w:val="24"/>
        </w:rPr>
        <w:t xml:space="preserve"> </w:t>
      </w:r>
      <w:r w:rsidRPr="00124F84">
        <w:rPr>
          <w:rFonts w:ascii="Times New Roman" w:hAnsi="Times New Roman" w:cs="Times New Roman"/>
          <w:sz w:val="24"/>
          <w:szCs w:val="24"/>
        </w:rPr>
        <w:t>or you face consequences even you can’t buy your way out of.”</w:t>
      </w:r>
    </w:p>
    <w:p w14:paraId="0EE624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tilt my head slightly, studying her. Watching that icy resolve, that carefully crafted armor hiding the tremble beneath. Fuck, I like her this way. Fighting. Resisting. Breaking beneath me, even as she denies how badly she wants it.</w:t>
      </w:r>
    </w:p>
    <w:p w14:paraId="2E0ABA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“Oh, Camille,” I murmur, deliberately softening my voice, tasting her name slowly, like aged whiskey, smooth and potent and just a little intoxicating. “You don’t want me restrained. You want me reckless. Dangerous. Close.”</w:t>
      </w:r>
    </w:p>
    <w:p w14:paraId="6CABDE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pulse jumps, rapid and frantic beneath her skin, even as she clenches her jaw tighter, stubbornly lifts her chin, eyes flashing with resentment. “You’re delusional.”</w:t>
      </w:r>
    </w:p>
    <w:p w14:paraId="3156A33C" w14:textId="6DC56A8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forward slightly, lowering my voice further, making her strain to hear every devastating word. My eyes stay locked ruthlessly onto hers, not letting her escape, not letting her hide.</w:t>
      </w:r>
    </w:p>
    <w:p w14:paraId="63C0FF46" w14:textId="0F857D8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“Go ahead and file it,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I murmur, voice low, controlled</w:t>
      </w:r>
      <w:r w:rsidR="006E59EE" w:rsidRPr="00124F84">
        <w:rPr>
          <w:rFonts w:ascii="Times New Roman" w:hAnsi="Times New Roman" w:cs="Times New Roman"/>
          <w:sz w:val="24"/>
          <w:szCs w:val="24"/>
        </w:rPr>
        <w:t xml:space="preserve"> </w:t>
      </w:r>
      <w:r w:rsidRPr="00124F84">
        <w:rPr>
          <w:rFonts w:ascii="Times New Roman" w:hAnsi="Times New Roman" w:cs="Times New Roman"/>
          <w:sz w:val="24"/>
          <w:szCs w:val="24"/>
        </w:rPr>
        <w:t>each word coiling tight around her throat, holding her gaze captive. “But ask yourself, how exactly do you plan to explain it?”</w:t>
      </w:r>
    </w:p>
    <w:p w14:paraId="7E0E0F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freezes, eyes flaring wide, pupils dilating with panic she can’t hide. Her breath stutters in her chest, hitching just enough to betray the cracks in her carefully built armor.</w:t>
      </w:r>
    </w:p>
    <w:p w14:paraId="7C7196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restraining order comes with a story, Camille,” I continue softly, ruthlessly. “You’ll sit across from some bored detective and detail every filthy moment we shared. Every moan. Every gasp. Every single way you willingly…and so fucking eagerly…submitted.”</w:t>
      </w:r>
    </w:p>
    <w:p w14:paraId="2C9EA3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flush floods her cheeks, hot and angry, shameful and beautiful. Her eyes blaze, dark and desperate, revealing far more than she wants to.</w:t>
      </w:r>
    </w:p>
    <w:p w14:paraId="5CE860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what?” My voice grows darker, cutting deeper. “Then your family finds out. Your father learns exactly how you begged a stranger to fuck you raw and reckless, how you screamed for more until your voice broke.”</w:t>
      </w:r>
    </w:p>
    <w:p w14:paraId="59BF81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pause, just long enough for the blow to fully land, before twisting the knife further.</w:t>
      </w:r>
    </w:p>
    <w:p w14:paraId="22E970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let’s not forget Preston,” I add softly, voice edged in cold satisfaction. “He’ll hear how you spread your legs for another man. How you clawed my back, how you moaned into my sheets, </w:t>
      </w:r>
      <w:r w:rsidRPr="00124F84">
        <w:rPr>
          <w:rFonts w:ascii="Times New Roman" w:hAnsi="Times New Roman" w:cs="Times New Roman"/>
          <w:sz w:val="24"/>
          <w:szCs w:val="24"/>
        </w:rPr>
        <w:lastRenderedPageBreak/>
        <w:t>how you begged me to ruin you. Tell me, Camille, is that a conversation you’re prepared to have?”</w:t>
      </w:r>
    </w:p>
    <w:p w14:paraId="708984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flinches, visibly recoiling at the mention of his name. Her jaw trembles, fists clenched, knuckles white with fury and fear and humiliation.</w:t>
      </w:r>
    </w:p>
    <w:p w14:paraId="7E18D3DB" w14:textId="77777777" w:rsidR="006E59EE"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didn’t think so,” I whisper, leaning back just enough to give her the illusion of breathing room…but never enough to let her escape. “</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tell me again, </w:t>
      </w:r>
      <w:proofErr w:type="spellStart"/>
      <w:r w:rsidRPr="00124F84">
        <w:rPr>
          <w:rFonts w:ascii="Times New Roman" w:hAnsi="Times New Roman" w:cs="Times New Roman"/>
          <w:sz w:val="24"/>
          <w:szCs w:val="24"/>
        </w:rPr>
        <w:t>princesa</w:t>
      </w:r>
      <w:proofErr w:type="spellEnd"/>
      <w:r w:rsidR="006E59EE" w:rsidRPr="00124F84">
        <w:rPr>
          <w:rFonts w:ascii="Times New Roman" w:hAnsi="Times New Roman" w:cs="Times New Roman"/>
          <w:sz w:val="24"/>
          <w:szCs w:val="24"/>
        </w:rPr>
        <w:t>…</w:t>
      </w:r>
      <w:r w:rsidRPr="00124F84">
        <w:rPr>
          <w:rFonts w:ascii="Times New Roman" w:hAnsi="Times New Roman" w:cs="Times New Roman"/>
          <w:sz w:val="24"/>
          <w:szCs w:val="24"/>
        </w:rPr>
        <w:t>who’s delusional here?”</w:t>
      </w:r>
    </w:p>
    <w:p w14:paraId="0833D885" w14:textId="3C2B06F9" w:rsidR="006E59EE"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exhales hard. Her hands curl into fists in her lap. “You’re fucking insane.”</w:t>
      </w:r>
      <w:r w:rsidRPr="00124F84">
        <w:rPr>
          <w:rFonts w:ascii="Times New Roman" w:hAnsi="Times New Roman" w:cs="Times New Roman"/>
          <w:sz w:val="24"/>
          <w:szCs w:val="24"/>
        </w:rPr>
        <w:br/>
        <w:t>I shrug. Lazy. Calm. Dangerous.</w:t>
      </w:r>
    </w:p>
    <w:p w14:paraId="7BB7C7C9" w14:textId="19846C1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say, voice dropping low, lethal and intimate. I watch her throat jump. She doesn’t even notice it. But I do. “I’m just a man who doesn’t like unfinished business.”</w:t>
      </w:r>
    </w:p>
    <w:p w14:paraId="54785E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turns her face toward the </w:t>
      </w:r>
      <w:proofErr w:type="gramStart"/>
      <w:r w:rsidRPr="00124F84">
        <w:rPr>
          <w:rFonts w:ascii="Times New Roman" w:hAnsi="Times New Roman" w:cs="Times New Roman"/>
          <w:sz w:val="24"/>
          <w:szCs w:val="24"/>
        </w:rPr>
        <w:t>window,</w:t>
      </w:r>
      <w:proofErr w:type="gramEnd"/>
      <w:r w:rsidRPr="00124F84">
        <w:rPr>
          <w:rFonts w:ascii="Times New Roman" w:hAnsi="Times New Roman" w:cs="Times New Roman"/>
          <w:sz w:val="24"/>
          <w:szCs w:val="24"/>
        </w:rPr>
        <w:t xml:space="preserve"> eyes locked on the city blurring past. “There is no unfinished business,” she says, voice tight. “What happened at the Langford was a mistake and If I knew you’d be this fucking unhinged, I would’ve never let you touch me.”</w:t>
      </w:r>
    </w:p>
    <w:p w14:paraId="28CC92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words are a knife.</w:t>
      </w:r>
    </w:p>
    <w:p w14:paraId="4B29D7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don’t fucking bleed.</w:t>
      </w:r>
    </w:p>
    <w:p w14:paraId="1F3E7A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laugh. Quiet. Dark.</w:t>
      </w:r>
    </w:p>
    <w:p w14:paraId="3AF481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goes still.</w:t>
      </w:r>
    </w:p>
    <w:p w14:paraId="5120CE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she knows.</w:t>
      </w:r>
    </w:p>
    <w:p w14:paraId="729365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her words hang in the space, let the weight of them fold back in on her like poison. I watch her shoulders rise, her spine stiffens.</w:t>
      </w:r>
    </w:p>
    <w:p w14:paraId="1BA4EE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bracing.</w:t>
      </w:r>
    </w:p>
    <w:p w14:paraId="215D15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already knows what's coming.</w:t>
      </w:r>
    </w:p>
    <w:p w14:paraId="0B1F4F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in, slowly, deliberately. Close enough that my breath skates over her cheek, warm and dangerous, without touching her skin. Just enough proximity for her to feel the air ignite between us, thickening with every heartbeat, every desperate inhale she tries and fails to steady.</w:t>
      </w:r>
    </w:p>
    <w:p w14:paraId="4B3364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quickens sharply.</w:t>
      </w:r>
    </w:p>
    <w:p w14:paraId="0D93BB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fragile tremor she can’t hide.</w:t>
      </w:r>
    </w:p>
    <w:p w14:paraId="779FDF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mistake?” I whisper, voice velvet-edged and ruthless, silk sliding over a blade. “Is that the lie you’ve been telling yourself, Muñequita?”</w:t>
      </w:r>
    </w:p>
    <w:p w14:paraId="4B5BB3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stiffens instantly, jaw tightening, eyes blazing as she bites back at me, sharp and fierce. “I’m not your fucking doll.”</w:t>
      </w:r>
    </w:p>
    <w:p w14:paraId="1804A7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 slow smile tugs at my lips, not just from her defiance, but from how quickly, how flawlessly, she understood. The weight behind her words, the sudden realization, the tiny fracture in her composure.</w:t>
      </w:r>
    </w:p>
    <w:p w14:paraId="05A653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knows exactly what Muñequita means. Not the sweet, innocent kind of doll, dressed up in pretty lace and set carefully on a shelf. Not the polite, proper version her expensive education taught her.</w:t>
      </w:r>
    </w:p>
    <w:p w14:paraId="58DAF1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Mine.</w:t>
      </w:r>
    </w:p>
    <w:p w14:paraId="6272C6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Possessed.</w:t>
      </w:r>
    </w:p>
    <w:p w14:paraId="683359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Controlled.</w:t>
      </w:r>
    </w:p>
    <w:p w14:paraId="150FBA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Played with.</w:t>
      </w:r>
    </w:p>
    <w:p w14:paraId="178091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she knows I’ve marked her with it.</w:t>
      </w:r>
    </w:p>
    <w:p w14:paraId="3A5972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shouldn’t surprise me. Of course, Camille Sinclair knows Spanish. A girl born into privilege, raised on a pedestal, groomed for the international stage since childhood. French, Italian, Mandarin and this. She’s fluent, worldly, precise.</w:t>
      </w:r>
    </w:p>
    <w:p w14:paraId="148F29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guarantee no professor ever murmured it against her skin in the backseat of a car while her thighs still shook and her breath still hitched from the things I’m going to do to her.</w:t>
      </w:r>
    </w:p>
    <w:p w14:paraId="532FA2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closer, lips brushing gently, deliberately, against the sensitive skin just below her ear. The silence coils tighter, pulling her breath from her lungs as I linger, letting anticipation choke the air between us.</w:t>
      </w:r>
    </w:p>
    <w:p w14:paraId="656A64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 you know the best thing about dolls?” My voice is low. Lethal. Soft as sin and just as dangerous. “They don’t get to decide how they're played with.”</w:t>
      </w:r>
    </w:p>
    <w:p w14:paraId="3DB0F1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stiffens.</w:t>
      </w:r>
    </w:p>
    <w:p w14:paraId="482C14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lift my hand, just my knuckles, and let them glide across her cheek, featherlight. A ghost of a touch.</w:t>
      </w:r>
    </w:p>
    <w:p w14:paraId="5E1B94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trembles.</w:t>
      </w:r>
    </w:p>
    <w:p w14:paraId="631C9A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body remembers.</w:t>
      </w:r>
    </w:p>
    <w:p w14:paraId="5B690C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Me.</w:t>
      </w:r>
    </w:p>
    <w:p w14:paraId="682064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Even if her mouth keeps trying to forget.</w:t>
      </w:r>
    </w:p>
    <w:p w14:paraId="3DBECB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drag my fingers down the side of her neck, slow and easy, feeling her pulse race under skin that used to beg to be marked.</w:t>
      </w:r>
    </w:p>
    <w:p w14:paraId="5B8134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“Let’s be completely honest about that night, my sweet little liar,” I murmur, my tone slipping lower, rougher.</w:t>
      </w:r>
    </w:p>
    <w:p w14:paraId="06C601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catches. I hear it. Feel it.</w:t>
      </w:r>
    </w:p>
    <w:p w14:paraId="7533C6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“You came up on your own,” I say. “No coercion. No games. Just pure fucking need.”</w:t>
      </w:r>
    </w:p>
    <w:p w14:paraId="5E529E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throat flexes beneath my fingers.</w:t>
      </w:r>
    </w:p>
    <w:p w14:paraId="229571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trail lower, across the hollow of her collarbone, my touch barely there, but she feels all of it. Her body leans in before she can stop it. A betrayal. A tell.</w:t>
      </w:r>
    </w:p>
    <w:p w14:paraId="5A21C0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remember how you let me taste you…”</w:t>
      </w:r>
    </w:p>
    <w:p w14:paraId="5BD659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the words land. Slow. Measured.</w:t>
      </w:r>
    </w:p>
    <w:p w14:paraId="492A39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 lips… both sets…”</w:t>
      </w:r>
    </w:p>
    <w:p w14:paraId="73E505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catches, tight, needy, like a moan she won’t let herself make.</w:t>
      </w:r>
    </w:p>
    <w:p w14:paraId="33FED7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fucking grin.</w:t>
      </w:r>
    </w:p>
    <w:p w14:paraId="529965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“Dripping for me,” I murmur, my mouth brushing her cheek. “Melting on my tongue like the best fucking vanilla ice cream I’ve ever tasted.”</w:t>
      </w:r>
    </w:p>
    <w:p w14:paraId="61CC41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shivers. I feel it roll through her, spine to thighs.</w:t>
      </w:r>
    </w:p>
    <w:p w14:paraId="7407FA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drag my nose along the line of her jaw, slow, savoring, breathing her in like smoke I’m never quitting.</w:t>
      </w:r>
    </w:p>
    <w:p w14:paraId="71304E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“Sweet as sin,” I whisper. “Addictive as fuck.”</w:t>
      </w:r>
    </w:p>
    <w:p w14:paraId="6546FA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 a soundless protest dying unspoken as I close the last inches between us. My mouth ghosts across hers, lips barely grazing. Taunting. Tempting. Her body melts toward me, traitorous in the way it reaches out.</w:t>
      </w:r>
    </w:p>
    <w:p w14:paraId="6F0598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hate that you loved it,” I rasp softly, tongue sliding along her lower lip. “You hate that it’s all you think about at night, when your fingers drift under your sheets.”</w:t>
      </w:r>
    </w:p>
    <w:p w14:paraId="44BE44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hitches hard, shock and shame coloring her cheeks deeper. I hum low, enjoying the delicious torture of her silence.</w:t>
      </w:r>
    </w:p>
    <w:p w14:paraId="5261D8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sucks in a sharp breath. “Won’t happen…again,” she breathes out, voice trembling beneath the weight of a promise she can’t keep. I pull back. Watch her shatter. It’s beautiful. The way her cheeks flush, heat and humiliation fighting for dominance. The way her chin lifts, like that pride is still fighting. Like it can save her. But it can’t. Not from me. Not from the memory of what I did to her. The truth of what she begged for.</w:t>
      </w:r>
    </w:p>
    <w:p w14:paraId="0EBFFA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grin. Slow. Wicked. Victorious.</w:t>
      </w:r>
    </w:p>
    <w:p w14:paraId="75E941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“Say it again.”</w:t>
      </w:r>
    </w:p>
    <w:p w14:paraId="108C72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snaps her head toward me, eyes blazing. “It won’t happen again.” Her gaze drops to my mouth. I smile slowly. Predatory. Sharp edges hidden beneath velvet softness.</w:t>
      </w:r>
    </w:p>
    <w:p w14:paraId="770A41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inhales sharply, breath stuttering, pulse jumping under my touch. Her pride is a fragile, beautiful thing, shaking, slipping.</w:t>
      </w:r>
    </w:p>
    <w:p w14:paraId="5F8B2E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“Tell me, Camille,” I whisper, voice rough, almost mocking, eyes locked mercilessly on hers, “should I prove how wrong you are?”</w:t>
      </w:r>
    </w:p>
    <w:p w14:paraId="797204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turns away, just a fraction, and it’s all the permission I need. My hand wraps around her throat, fingers firm, a warning, not pain, just enough pressure to make her remember exactly who she’s dealing with.</w:t>
      </w:r>
    </w:p>
    <w:p w14:paraId="26137A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my mouth is on hers.</w:t>
      </w:r>
    </w:p>
    <w:p w14:paraId="544728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gentle. Not sweet.</w:t>
      </w:r>
    </w:p>
    <w:p w14:paraId="48EF31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Possessive. Brutal. Devouring.</w:t>
      </w:r>
    </w:p>
    <w:p w14:paraId="1B5993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teeth, tongue, heat, and ruthless fucking hunger.</w:t>
      </w:r>
    </w:p>
    <w:p w14:paraId="56700A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gasps sharply, and I swallow the sound, groaning as her fists knot into my shirt, dragging me closer instead of shoving me away. Her body betrays her, arching into mine, melting, desperate. Every cell screaming her surrender.</w:t>
      </w:r>
    </w:p>
    <w:p w14:paraId="235572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yes.</w:t>
      </w:r>
    </w:p>
    <w:p w14:paraId="200FA2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press her back hard into the seat, hand sliding swiftly up her thigh, higher, rough fingers sinking into soft flesh. Her dress is in my </w:t>
      </w:r>
      <w:proofErr w:type="gramStart"/>
      <w:r w:rsidRPr="00124F84">
        <w:rPr>
          <w:rFonts w:ascii="Times New Roman" w:hAnsi="Times New Roman" w:cs="Times New Roman"/>
          <w:sz w:val="24"/>
          <w:szCs w:val="24"/>
        </w:rPr>
        <w:t>way</w:t>
      </w:r>
      <w:proofErr w:type="gramEnd"/>
      <w:r w:rsidRPr="00124F84">
        <w:rPr>
          <w:rFonts w:ascii="Times New Roman" w:hAnsi="Times New Roman" w:cs="Times New Roman"/>
          <w:sz w:val="24"/>
          <w:szCs w:val="24"/>
        </w:rPr>
        <w:t xml:space="preserve"> so I shove it out of the way. And fuck if she doesn’t arch deeper into it, a whimper breaking from her lips the moment my fingers skim the edge of lace between her thighs.</w:t>
      </w:r>
    </w:p>
    <w:p w14:paraId="12E6A6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sound that wakes something dark, primal, and hungry in me.</w:t>
      </w:r>
    </w:p>
    <w:p w14:paraId="3590AC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knew it.</w:t>
      </w:r>
    </w:p>
    <w:p w14:paraId="0A3071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Knew she wanted this. Needed this.</w:t>
      </w:r>
    </w:p>
    <w:p w14:paraId="7F70CB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Needed me.</w:t>
      </w:r>
    </w:p>
    <w:p w14:paraId="253E45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break our kiss just long enough to murmur roughly against her mouth, “If you want it,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xml:space="preserve">, you’re </w:t>
      </w:r>
      <w:proofErr w:type="spellStart"/>
      <w:r w:rsidRPr="00124F84">
        <w:rPr>
          <w:rFonts w:ascii="Times New Roman" w:hAnsi="Times New Roman" w:cs="Times New Roman"/>
          <w:sz w:val="24"/>
          <w:szCs w:val="24"/>
        </w:rPr>
        <w:t>gonna</w:t>
      </w:r>
      <w:proofErr w:type="spellEnd"/>
      <w:r w:rsidRPr="00124F84">
        <w:rPr>
          <w:rFonts w:ascii="Times New Roman" w:hAnsi="Times New Roman" w:cs="Times New Roman"/>
          <w:sz w:val="24"/>
          <w:szCs w:val="24"/>
        </w:rPr>
        <w:t xml:space="preserve"> have to ask.”</w:t>
      </w:r>
    </w:p>
    <w:p w14:paraId="610018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shudders as my thumb slips under her panties, brushing slow and deliberate over her clit, just enough to tease, to torture. Her eyes widen, disbelief tangled with hunger, like I’ve already stolen something she didn’t know she’d willingly give.</w:t>
      </w:r>
    </w:p>
    <w:p w14:paraId="5BC283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 but I stop. Pull back, leaving her cold, desperate, empty.</w:t>
      </w:r>
    </w:p>
    <w:p w14:paraId="504421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“Ask,” I command, voice low, dangerous, lethal.</w:t>
      </w:r>
    </w:p>
    <w:p w14:paraId="60C06F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hesitates, pride clawing desperately, pulse hammering violently under my fingertips, heartbeat racing like a caged bird.</w:t>
      </w:r>
    </w:p>
    <w:p w14:paraId="517070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“Ask me,” I repeat against her lips, slipping my thumb lower again, dipping quickly into the slick heat before pulling away, teasing. Driving her fucking insane.</w:t>
      </w:r>
    </w:p>
    <w:p w14:paraId="61AB16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arches forward instinctively, eyes wide, mouth soft, frustrated. “Kane…” Her voice breaks, quiet, pleading, barely audible.</w:t>
      </w:r>
    </w:p>
    <w:p w14:paraId="7B83DFB0" w14:textId="1B27516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mouth moves again without sound, then</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soft and broken</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“…please.”</w:t>
      </w:r>
    </w:p>
    <w:p w14:paraId="0D2960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enough. Never enough. But I want to hear it. I need her surrender fully spoken, raw and exposed.</w:t>
      </w:r>
    </w:p>
    <w:p w14:paraId="0779D1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 what, Muñequita?” I whisper, my voice edged in dark velvet, wrapping her in a challenge she can't escape. “Tell me exactly what you want.”</w:t>
      </w:r>
    </w:p>
    <w:p w14:paraId="676CB9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swallows hard, chest rising and falling unevenly, eyes defiant yet glazed with need.</w:t>
      </w:r>
    </w:p>
    <w:p w14:paraId="510409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 she says again, voice fracturing beautifully. “Please touch me…please.”</w:t>
      </w:r>
    </w:p>
    <w:p w14:paraId="22E1F5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yes.</w:t>
      </w:r>
    </w:p>
    <w:p w14:paraId="519F47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close the space between us, crushing my mouth over hers, tasting the honesty behind her whispered plea. Her lips open beneath mine, hungry, desperate, a silent confession as her tongue tangles with mine, needy and reckless.</w:t>
      </w:r>
    </w:p>
    <w:p w14:paraId="6691B8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 slips under her skirt, brushing soft silk and warm skin. She gasps against my lips as I ease her panties aside, two fingers sliding through slick, heated flesh, teasing her open, feeling how fucking ready she is.</w:t>
      </w:r>
    </w:p>
    <w:p w14:paraId="7F5054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push inside her slowly, deliberately deep. Her body shudders around me, tight and molten-hot. I drag my fingers back and thrust deeper again, curling them slightly until she jerks, breath hitching sharply, hips rocking forward to meet my hand.</w:t>
      </w:r>
    </w:p>
    <w:p w14:paraId="47D5CF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starts moving on her own, hips rolling, needy and shameless, riding my fingers in the dim luxury of the backseat. Every slick glide, every deep thrust has her moaning into my mouth, her nails digging into my shoulders, silently begging for more.</w:t>
      </w:r>
    </w:p>
    <w:p w14:paraId="7090BF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break the kiss just long enough to watch her. Flushed cheeks, parted lips, dark eyes wide and glazed as she moves her hips against my hand, taking control, riding my fingers with slow, desperate rhythm. Her breath shakes, hitching as she chases the release, I know she’s been craving ever since she ran out of my penthouse.</w:t>
      </w:r>
    </w:p>
    <w:p w14:paraId="7BFEA4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it,” I murmur roughly, feeling her flutter, her muscles tightening. “Take what you need. Let me feel you break again.”</w:t>
      </w:r>
    </w:p>
    <w:p w14:paraId="72F4CF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gasps softly, the sound fragile and beautiful as her eyes flutter closed, her movements growing frantic, grinding, desperate. She grips my wrist harder, silently urging me deeper, faster.</w:t>
      </w:r>
    </w:p>
    <w:p w14:paraId="34C9D0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“Look at me,” I command gently, voice dark and soothing at once. “I want to watch you come apart.”</w:t>
      </w:r>
    </w:p>
    <w:p w14:paraId="3D48C9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snap open, locking on mine, bright with defiance and vulnerability as pleasure overtakes her. She rides my fingers, trembling, back arching, thighs clenching tight as she cries out softly, shattering completely against me.</w:t>
      </w:r>
    </w:p>
    <w:p w14:paraId="2C5D8D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watch her fall apart, savoring every tremor, every breathless gasp, every beautiful, unguarded moment of her surrender.</w:t>
      </w:r>
    </w:p>
    <w:p w14:paraId="1C11994B" w14:textId="77777777" w:rsidR="00351B3C" w:rsidRPr="00124F84" w:rsidRDefault="00351B3C" w:rsidP="00124F84">
      <w:pPr>
        <w:spacing w:line="240" w:lineRule="auto"/>
        <w:rPr>
          <w:rFonts w:ascii="Times New Roman" w:hAnsi="Times New Roman" w:cs="Times New Roman"/>
          <w:sz w:val="24"/>
          <w:szCs w:val="24"/>
        </w:rPr>
      </w:pPr>
    </w:p>
    <w:p w14:paraId="6A328B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301E31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madness.</w:t>
      </w:r>
    </w:p>
    <w:p w14:paraId="116DF9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Fucked up, reckless, wrong in every twisted way that makes me crave it even more.</w:t>
      </w:r>
    </w:p>
    <w:p w14:paraId="43117F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nothing has ever felt this dangerously right.</w:t>
      </w:r>
    </w:p>
    <w:p w14:paraId="1161B1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 this sick, desperate moment, Kane Rivera is the only truth in my polished, hollow world of lies. With him, there’s no careful smile, no script to follow, just brutal honesty laid bare.</w:t>
      </w:r>
    </w:p>
    <w:p w14:paraId="6BD5BD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my traitorous body begging him to ruin me.</w:t>
      </w:r>
    </w:p>
    <w:p w14:paraId="01C333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thumb presses hard against my clit, merciless and demanding, and I shatter instantly. Pleasure rips violently through me, spine arching sharply, nails carving crescent moons into his shoulders as his name breaks helplessly from my throat.</w:t>
      </w:r>
    </w:p>
    <w:p w14:paraId="38903F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"Oh…oh…Kane…fuck…yes!"</w:t>
      </w:r>
    </w:p>
    <w:p w14:paraId="10ECD3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grip tightens on my throat, fingers sliding deeper, rough and perfect as he wrings </w:t>
      </w:r>
      <w:proofErr w:type="gramStart"/>
      <w:r w:rsidRPr="00124F84">
        <w:rPr>
          <w:rFonts w:ascii="Times New Roman" w:hAnsi="Times New Roman" w:cs="Times New Roman"/>
          <w:sz w:val="24"/>
          <w:szCs w:val="24"/>
        </w:rPr>
        <w:t>every last</w:t>
      </w:r>
      <w:proofErr w:type="gramEnd"/>
      <w:r w:rsidRPr="00124F84">
        <w:rPr>
          <w:rFonts w:ascii="Times New Roman" w:hAnsi="Times New Roman" w:cs="Times New Roman"/>
          <w:sz w:val="24"/>
          <w:szCs w:val="24"/>
        </w:rPr>
        <w:t xml:space="preserve"> tremor from me, refusing to stop until I'm limp and broken beneath him.</w:t>
      </w:r>
    </w:p>
    <w:p w14:paraId="688BE3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he finally pulls away, the sudden emptiness is cruel, deliberate. Punishing.</w:t>
      </w:r>
    </w:p>
    <w:p w14:paraId="599F9C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slowly, his dark eyes locked on mine, he lifts his fingers and slips them between his lips, tasting me shamelessly, letting me see exactly how much he owns me.</w:t>
      </w:r>
    </w:p>
    <w:p w14:paraId="5B52B2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body flares hot with humiliation, and sick, twisted desire.</w:t>
      </w:r>
    </w:p>
    <w:p w14:paraId="0E9DFE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shove him back, palms slamming into his chest, needing space, distance, air untouched by the scent of his skin. He lets me, leaning back too calmly, his smirk arrogant, satisfied, like he knows I'm already ruined.</w:t>
      </w:r>
    </w:p>
    <w:p w14:paraId="5E31AD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rattles, fingers trembling as I yank my dress back down, fighting to find scraps of dignity beneath his arrogant gaze.</w:t>
      </w:r>
    </w:p>
    <w:p w14:paraId="32CDBC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“Feel better?” His voice drips mockery, velvet cruelty that sets my teeth on edge.</w:t>
      </w:r>
    </w:p>
    <w:p w14:paraId="19C20E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glare at him, hatred burning fiercely behind my eyes. "Fuck you," I spit out, raw and ragged.</w:t>
      </w:r>
    </w:p>
    <w:p w14:paraId="44AA25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laughs softly, eyes glittering with dark amusement. "You just did."</w:t>
      </w:r>
    </w:p>
    <w:p w14:paraId="4E787D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Heat floods my cheeks, shame clawing viciously through my chest. My voice breaks, desperate and unsteady.</w:t>
      </w:r>
    </w:p>
    <w:p w14:paraId="7F64AD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hate you.”</w:t>
      </w:r>
    </w:p>
    <w:p w14:paraId="545B64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expression shifts instantly, eyes darkening, deadly serious. “No,” he murmurs roughly, leaning in, crowding me until I’m trapped again, his gaze penetrating deep beneath my skin. “You hate that I see through every bullshit lie you’ve ever told. You hate that I’m the one man you can’t fool.”</w:t>
      </w:r>
    </w:p>
    <w:p w14:paraId="512BB1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know shit about me,” I whisper fiercely, heart slamming painfully in my chest.</w:t>
      </w:r>
    </w:p>
    <w:p w14:paraId="143834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smiles slowly, his knuckles brushing my jaw, sliding down my throat until they rest gently, dangerously, over my pulse. “Camille,” he breathes my name, hot against my ear, “I know everything about you.”</w:t>
      </w:r>
    </w:p>
    <w:p w14:paraId="4B5184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presses closer, voice lowering to a dark whisper, lips brushing the shell of my ear. “I know how much losing control terrifies you. And I know exactly how fucking good it feels when I tear it from your hands.”</w:t>
      </w:r>
    </w:p>
    <w:p w14:paraId="1151A6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flinch violently, pushing him away again, breath jagged and uneven. “Stay away from me.”</w:t>
      </w:r>
    </w:p>
    <w:p w14:paraId="047A08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chuckle is low, merciless. “We both know that won’t happen.” He relaxes back against the seat, arrogant, unruffled, utterly certain. “Especially now that I’m your boss.”</w:t>
      </w:r>
    </w:p>
    <w:p w14:paraId="58A22F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words slice me open, the humiliation of that boardroom moment flooding back with fresh rage.</w:t>
      </w:r>
    </w:p>
    <w:p w14:paraId="610A6B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think buying a seat on the board makes you powerful?” My voice is venom, sharp-edged and shaking. “You’re nothing but a criminal in an expensive suit.”</w:t>
      </w:r>
    </w:p>
    <w:p w14:paraId="67CE3E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smirk deepens, unbothered, amused by my fury. “Careful, Camille. Your tantrums don’t change reality.” He tilts his head, eyes dark and ruthless. “You answer to me now.”</w:t>
      </w:r>
    </w:p>
    <w:p w14:paraId="6E4062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never answer to you,” I hiss, fists clenched tight.</w:t>
      </w:r>
    </w:p>
    <w:p w14:paraId="37073D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laugh is quiet, darkly amused. “That pride is cute.” He leans in again, crowding my space, eyes drifting slowly over my body. “But we both know how easily I can break it.”</w:t>
      </w:r>
    </w:p>
    <w:p w14:paraId="2BC852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control me,” I whisper fiercely, meeting his gaze head-on. “You can have Sinclair Media, but you'll never have me.”</w:t>
      </w:r>
    </w:p>
    <w:p w14:paraId="3F1683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smiles, slow and devastating, leaning closer until his mouth is inches from mine, voice dropping dangerously. “Interesting theory. Too bad your body keeps proving you wrong.”</w:t>
      </w:r>
    </w:p>
    <w:p w14:paraId="5DCBAB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gramStart"/>
      <w:r w:rsidRPr="00124F84">
        <w:rPr>
          <w:rFonts w:ascii="Times New Roman" w:hAnsi="Times New Roman" w:cs="Times New Roman"/>
          <w:sz w:val="24"/>
          <w:szCs w:val="24"/>
        </w:rPr>
        <w:t>You</w:t>
      </w:r>
      <w:proofErr w:type="gramEnd"/>
      <w:r w:rsidRPr="00124F84">
        <w:rPr>
          <w:rFonts w:ascii="Times New Roman" w:hAnsi="Times New Roman" w:cs="Times New Roman"/>
          <w:sz w:val="24"/>
          <w:szCs w:val="24"/>
        </w:rPr>
        <w:t xml:space="preserve"> arrogant bastard,” I spit out, trembling with anger, humiliation raw and bitter. “You humiliated me in front of everyone. Tried to destroy everything I've built. But I'll fight you every fucking step.”</w:t>
      </w:r>
    </w:p>
    <w:p w14:paraId="698092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leans even closer, lips grazing my jaw, the casual intimacy burning through my resistance. “I'm counting on it.”</w:t>
      </w:r>
    </w:p>
    <w:p w14:paraId="0492F2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gently tucks a strand of hair behind my ear, the tenderness mocking, poisonous, knowing exactly how deeply he's gotten under my skin. “Now you know exactly how to get my attention,” he murmurs roughly. “All you have to do is beg.”</w:t>
      </w:r>
    </w:p>
    <w:p w14:paraId="14740A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car halts smoothly at my family’s brownstone, and I wrench the door open, escaping into air not tainted by his scent.</w:t>
      </w:r>
    </w:p>
    <w:p w14:paraId="42C660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force a brittle smile, sharp and defiant. “Hold your breath while you wait.”</w:t>
      </w:r>
    </w:p>
    <w:p w14:paraId="4F6A2F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I straighten my spine, refusing to look back, refusing to acknowledge his laughter, low and cruel, chasing me into the night like a shadow.</w:t>
      </w:r>
    </w:p>
    <w:p w14:paraId="37AB9D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Because no matter how much I fight it, I already know I’ll end up back in his arms, shattered, shaking, craving more of what will ruin me. </w:t>
      </w:r>
    </w:p>
    <w:p w14:paraId="4DC63D52" w14:textId="77777777" w:rsidR="00351B3C" w:rsidRPr="00124F84" w:rsidRDefault="00351B3C" w:rsidP="00124F84">
      <w:pPr>
        <w:spacing w:line="240" w:lineRule="auto"/>
        <w:rPr>
          <w:rFonts w:ascii="Times New Roman" w:hAnsi="Times New Roman" w:cs="Times New Roman"/>
          <w:sz w:val="24"/>
          <w:szCs w:val="24"/>
        </w:rPr>
      </w:pPr>
    </w:p>
    <w:p w14:paraId="492B5C5D" w14:textId="6D31294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w:t>
      </w:r>
      <w:r w:rsidR="009215CC" w:rsidRPr="00124F84">
        <w:rPr>
          <w:rFonts w:ascii="Times New Roman" w:hAnsi="Times New Roman" w:cs="Times New Roman"/>
          <w:sz w:val="24"/>
          <w:szCs w:val="24"/>
          <w:u w:val="single"/>
        </w:rPr>
        <w:t>ane</w:t>
      </w:r>
    </w:p>
    <w:p w14:paraId="1F8333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her go.</w:t>
      </w:r>
    </w:p>
    <w:p w14:paraId="074871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chase.</w:t>
      </w:r>
    </w:p>
    <w:p w14:paraId="01304D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have to.</w:t>
      </w:r>
    </w:p>
    <w:p w14:paraId="351350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She’ll carry me with her, under her skin, between her legs, in every breath she tries to steady. My presence is a bruise, blooming beneath the surface. She can scrub her skin raw, drown herself in heat and guilt, but she won’t wash me off.</w:t>
      </w:r>
    </w:p>
    <w:p w14:paraId="410904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townhouse door slams.</w:t>
      </w:r>
    </w:p>
    <w:p w14:paraId="11FAFF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breathe.</w:t>
      </w:r>
    </w:p>
    <w:p w14:paraId="65383B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relief.</w:t>
      </w:r>
    </w:p>
    <w:p w14:paraId="39553D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Possession.</w:t>
      </w:r>
    </w:p>
    <w:p w14:paraId="16205F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Upstairs, a light flickers on. Her shadow crosses the glass.</w:t>
      </w:r>
    </w:p>
    <w:p w14:paraId="72F0DA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jaw tightens.</w:t>
      </w:r>
    </w:p>
    <w:p w14:paraId="1CF788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fingers twitch on my thigh, still tingling from where I touched her. Where I ruined her.</w:t>
      </w:r>
    </w:p>
    <w:p w14:paraId="5F2BEE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She’ll fight it. She’ll pace her perfect little room, rehearse lines, whisper denials. Try to stuff me into a box marked mistake.</w:t>
      </w:r>
    </w:p>
    <w:p w14:paraId="337088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her.</w:t>
      </w:r>
    </w:p>
    <w:p w14:paraId="7F3A9A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box is already burning.</w:t>
      </w:r>
    </w:p>
    <w:p w14:paraId="063FFA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back in the seat, inhale deep, but she’s still in my lungs. On my tongue. Under my nails. A fucking fever I can’t sweat out.</w:t>
      </w:r>
    </w:p>
    <w:p w14:paraId="5F69E8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craving’s a hum beneath my skin.</w:t>
      </w:r>
    </w:p>
    <w:p w14:paraId="7D1691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“Where to, sir?” the driver asks.</w:t>
      </w:r>
    </w:p>
    <w:p w14:paraId="65E8A9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hesitate. I should go home. Walk it off. Bleed it out.</w:t>
      </w:r>
    </w:p>
    <w:p w14:paraId="29CDD2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adrenaline still thrums like a live wire under my skin, and my control is wearing thin.</w:t>
      </w:r>
    </w:p>
    <w:p w14:paraId="5808F4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“Take me to the club.”</w:t>
      </w:r>
    </w:p>
    <w:p w14:paraId="6A9EF5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6F487D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 </w:t>
      </w:r>
      <w:proofErr w:type="spellStart"/>
      <w:r w:rsidRPr="00124F84">
        <w:rPr>
          <w:rFonts w:ascii="Times New Roman" w:hAnsi="Times New Roman" w:cs="Times New Roman"/>
          <w:sz w:val="24"/>
          <w:szCs w:val="24"/>
        </w:rPr>
        <w:t>bass</w:t>
      </w:r>
      <w:proofErr w:type="spellEnd"/>
      <w:r w:rsidRPr="00124F84">
        <w:rPr>
          <w:rFonts w:ascii="Times New Roman" w:hAnsi="Times New Roman" w:cs="Times New Roman"/>
          <w:sz w:val="24"/>
          <w:szCs w:val="24"/>
        </w:rPr>
        <w:t xml:space="preserve"> hits like a heartbeat.</w:t>
      </w:r>
    </w:p>
    <w:p w14:paraId="4AFDFB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Dark. Dirty. Slow.</w:t>
      </w:r>
    </w:p>
    <w:p w14:paraId="0CAB14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air’s thick with smoke and sweat and lust, everything too loud, too hot, too shallow.</w:t>
      </w:r>
    </w:p>
    <w:p w14:paraId="1A49B0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through the doors and the energy shifts. Heads turn. Voices hush.</w:t>
      </w:r>
    </w:p>
    <w:p w14:paraId="1809AD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know who I am.</w:t>
      </w:r>
    </w:p>
    <w:p w14:paraId="465CD2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place exists because I allow it to.</w:t>
      </w:r>
    </w:p>
    <w:p w14:paraId="720B55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tonight? I couldn’t give a single fuck.</w:t>
      </w:r>
    </w:p>
    <w:p w14:paraId="37CF4B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she's still in me.</w:t>
      </w:r>
    </w:p>
    <w:p w14:paraId="268CA7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w:t>
      </w:r>
    </w:p>
    <w:p w14:paraId="7CF468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Sinclair perfection, peeled apart in my hands.</w:t>
      </w:r>
    </w:p>
    <w:p w14:paraId="4754AD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roll up my sleeves as I make my way to the back. Security parts like water.</w:t>
      </w:r>
    </w:p>
    <w:p w14:paraId="169688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VIP booth. Corner seat. Whiskey neat.</w:t>
      </w:r>
    </w:p>
    <w:p w14:paraId="27FF96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speak. Just drink.</w:t>
      </w:r>
    </w:p>
    <w:p w14:paraId="133CA9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see her.</w:t>
      </w:r>
    </w:p>
    <w:p w14:paraId="193D8688" w14:textId="09963D8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the brunette sliding in beside me</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her hand gliding up my forearm, her perfume cheap and aggressive.</w:t>
      </w:r>
    </w:p>
    <w:p w14:paraId="685EDC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see Camille.</w:t>
      </w:r>
    </w:p>
    <w:p w14:paraId="60CBE0ED" w14:textId="6200A60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way she looked at me like I was the last man she should want</w:t>
      </w:r>
      <w:r w:rsidR="00307646" w:rsidRPr="00124F84">
        <w:rPr>
          <w:rFonts w:ascii="Times New Roman" w:hAnsi="Times New Roman" w:cs="Times New Roman"/>
          <w:sz w:val="24"/>
          <w:szCs w:val="24"/>
        </w:rPr>
        <w:t xml:space="preserve"> a</w:t>
      </w:r>
      <w:r w:rsidRPr="00124F84">
        <w:rPr>
          <w:rFonts w:ascii="Times New Roman" w:hAnsi="Times New Roman" w:cs="Times New Roman"/>
          <w:sz w:val="24"/>
          <w:szCs w:val="24"/>
        </w:rPr>
        <w:t>nd the only one who’s ever made her come undone.</w:t>
      </w:r>
    </w:p>
    <w:p w14:paraId="0880BF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"Mr. Rivera." Her voice slides across me, smooth, practiced seduction wrapped in glossy nothingness.</w:t>
      </w:r>
    </w:p>
    <w:p w14:paraId="4E3A0F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sideways, taking her in.</w:t>
      </w:r>
    </w:p>
    <w:p w14:paraId="246DBA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Beautiful enough. Soft lips. Vacant eyes.</w:t>
      </w:r>
    </w:p>
    <w:p w14:paraId="208E65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Irrelevant.</w:t>
      </w:r>
    </w:p>
    <w:p w14:paraId="11CAEB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leans closer, her voice low and silky. "I thought I'd find you here." Warm breath ghosts against my jaw, a practiced tease. "Need a distraction?"</w:t>
      </w:r>
    </w:p>
    <w:p w14:paraId="30BF03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grip tightens on the glass in my hand.</w:t>
      </w:r>
    </w:p>
    <w:p w14:paraId="2AF2D79F" w14:textId="3D3846E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a second, I let myself imagine it</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her straddling me right here, grinding against me, gasping out my name into expensive leather. I could fuck her. I could bury myself deep, chasing something, anything, that'll make me forget the real thing.</w:t>
      </w:r>
    </w:p>
    <w:p w14:paraId="4146A7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 wouldn't be Camille.</w:t>
      </w:r>
    </w:p>
    <w:p w14:paraId="4E99C6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Wouldn't make those raw, breathless sounds. Wouldn't fight, wouldn't claw at me, wouldn't beg for release even while cursing my name.</w:t>
      </w:r>
    </w:p>
    <w:p w14:paraId="7C61BF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shut my eyes, and suddenly, Camille is there, burned into my memory, back arched, hips bucking, voice shattering on a broken moan. Nails carving into my shoulders as she tried, hopelessly, to shove me away, all while her body surrendered with a desperate honesty her mouth tried to deny.</w:t>
      </w:r>
    </w:p>
    <w:p w14:paraId="4D0B9D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open my eyes, chest tight, frustration and hunger twisting in my gut.</w:t>
      </w:r>
    </w:p>
    <w:p w14:paraId="51A1E0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done pretending.</w:t>
      </w:r>
    </w:p>
    <w:p w14:paraId="4A1DC4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toward the brunette slowly, deliberately, and watch her lips part, anticipation sparking in her gaze. Just as she's about to smile, I smirk instead, voice low and indifferent.</w:t>
      </w:r>
    </w:p>
    <w:p w14:paraId="73117B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tonight, sweetheart."</w:t>
      </w:r>
    </w:p>
    <w:p w14:paraId="00B4F1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expression falters. "Excuse me?"</w:t>
      </w:r>
    </w:p>
    <w:p w14:paraId="38AFE6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I'm already standing, straightening my cuffs, adjusting my sleeves, leaving without a backward glance.</w:t>
      </w:r>
    </w:p>
    <w:p w14:paraId="4F2046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don't want hollow.</w:t>
      </w:r>
    </w:p>
    <w:p w14:paraId="2444D0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Camille.</w:t>
      </w:r>
    </w:p>
    <w:p w14:paraId="7F09A8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when she's ready.</w:t>
      </w:r>
    </w:p>
    <w:p w14:paraId="308775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she's desperate.</w:t>
      </w:r>
    </w:p>
    <w:p w14:paraId="57AC59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09EE88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city lies beneath me, glittering, vicious, and cold, every building, every streetlight, every shadow hiding another lie. I stand at the balcony railing, glass of whiskey clutched tight, my other hand already pulling my phone out before I can talk myself out of it.</w:t>
      </w:r>
    </w:p>
    <w:p w14:paraId="1EE462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obsession claws at me, relentless, vicious, my own personal brand of poison.</w:t>
      </w:r>
    </w:p>
    <w:p w14:paraId="3A92AF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probably lying in that pristine glass townhouse, drowning in thousand-thread-count sheets, convincing herself it meant nothing. That it was just weakness. A momentary lapse.</w:t>
      </w:r>
    </w:p>
    <w:p w14:paraId="2856D6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But Camille and I both know better.</w:t>
      </w:r>
    </w:p>
    <w:p w14:paraId="267633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type slowly, deliberately.</w:t>
      </w:r>
    </w:p>
    <w:p w14:paraId="1FB550E5"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 xml:space="preserve">You sore, </w:t>
      </w:r>
      <w:proofErr w:type="spellStart"/>
      <w:r w:rsidRPr="00124F84">
        <w:rPr>
          <w:rFonts w:ascii="Times New Roman" w:hAnsi="Times New Roman" w:cs="Times New Roman"/>
          <w:b/>
          <w:bCs/>
          <w:sz w:val="24"/>
          <w:szCs w:val="24"/>
        </w:rPr>
        <w:t>Muneca</w:t>
      </w:r>
      <w:proofErr w:type="spellEnd"/>
      <w:r w:rsidRPr="00124F84">
        <w:rPr>
          <w:rFonts w:ascii="Times New Roman" w:hAnsi="Times New Roman" w:cs="Times New Roman"/>
          <w:b/>
          <w:bCs/>
          <w:sz w:val="24"/>
          <w:szCs w:val="24"/>
        </w:rPr>
        <w:t>?</w:t>
      </w:r>
    </w:p>
    <w:p w14:paraId="09ED2E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let the words linger there, bright against the dark screen, imagining her reaction, the sharp hitch of breath, the heated flush crawling over her skin, thighs pressed tight before pride kicks in, before she tries to deny the </w:t>
      </w:r>
      <w:proofErr w:type="gramStart"/>
      <w:r w:rsidRPr="00124F84">
        <w:rPr>
          <w:rFonts w:ascii="Times New Roman" w:hAnsi="Times New Roman" w:cs="Times New Roman"/>
          <w:sz w:val="24"/>
          <w:szCs w:val="24"/>
        </w:rPr>
        <w:t>ache</w:t>
      </w:r>
      <w:proofErr w:type="gramEnd"/>
      <w:r w:rsidRPr="00124F84">
        <w:rPr>
          <w:rFonts w:ascii="Times New Roman" w:hAnsi="Times New Roman" w:cs="Times New Roman"/>
          <w:sz w:val="24"/>
          <w:szCs w:val="24"/>
        </w:rPr>
        <w:t xml:space="preserve"> I know she still feels.</w:t>
      </w:r>
    </w:p>
    <w:p w14:paraId="6B29E8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know her now.</w:t>
      </w:r>
    </w:p>
    <w:p w14:paraId="41CF61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just her body.</w:t>
      </w:r>
    </w:p>
    <w:p w14:paraId="4BEE91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her secrets. Her lies. Every carefully built mask she's crafted, I tore them all away, piece by perfect fucking piece.</w:t>
      </w:r>
    </w:p>
    <w:p w14:paraId="1A5E56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take a slow sip of whiskey, savoring the burn, and type again.</w:t>
      </w:r>
    </w:p>
    <w:p w14:paraId="3035B572"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Bet you're still wet.</w:t>
      </w:r>
    </w:p>
    <w:p w14:paraId="177E93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Send.</w:t>
      </w:r>
    </w:p>
    <w:p w14:paraId="6DE411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at the screen, lips curving into a cold, satisfied smile.</w:t>
      </w:r>
    </w:p>
    <w:p w14:paraId="6179D9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no matter how desperately she hates me, no matter how high she tries to rebuild those walls, the truth remains:</w:t>
      </w:r>
    </w:p>
    <w:p w14:paraId="1A8F36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already broke her.</w:t>
      </w:r>
    </w:p>
    <w:p w14:paraId="032C86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she fucking loved it.</w:t>
      </w:r>
    </w:p>
    <w:p w14:paraId="5E388C2B" w14:textId="77777777" w:rsidR="00351B3C" w:rsidRPr="00124F84" w:rsidRDefault="00351B3C" w:rsidP="00124F84">
      <w:pPr>
        <w:spacing w:line="240" w:lineRule="auto"/>
        <w:rPr>
          <w:rFonts w:ascii="Times New Roman" w:hAnsi="Times New Roman" w:cs="Times New Roman"/>
          <w:sz w:val="24"/>
          <w:szCs w:val="24"/>
        </w:rPr>
      </w:pPr>
    </w:p>
    <w:p w14:paraId="3A66333A" w14:textId="77777777" w:rsidR="00351B3C" w:rsidRPr="00124F84" w:rsidRDefault="00351B3C" w:rsidP="00124F84">
      <w:pPr>
        <w:spacing w:line="240" w:lineRule="auto"/>
        <w:rPr>
          <w:rFonts w:ascii="Times New Roman" w:hAnsi="Times New Roman" w:cs="Times New Roman"/>
          <w:sz w:val="24"/>
          <w:szCs w:val="24"/>
        </w:rPr>
      </w:pPr>
    </w:p>
    <w:p w14:paraId="7DC80E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7ED70F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vibration rattles against the marble, sharp and sudden.</w:t>
      </w:r>
    </w:p>
    <w:p w14:paraId="1B805D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freeze.</w:t>
      </w:r>
    </w:p>
    <w:p w14:paraId="268623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phone sits on the bathroom counter, screen lit up, buzzing again like it knows I’m too weak to resist.</w:t>
      </w:r>
    </w:p>
    <w:p w14:paraId="02FFBD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shouldn’t look.</w:t>
      </w:r>
    </w:p>
    <w:p w14:paraId="281991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already know who it is.</w:t>
      </w:r>
    </w:p>
    <w:p w14:paraId="77EB78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1F67A4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coils.</w:t>
      </w:r>
    </w:p>
    <w:p w14:paraId="66211F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body is still damp, still flushed from the scalding shower I just stepped out of, water hot enough to burn, to punish, to cleanse.</w:t>
      </w:r>
    </w:p>
    <w:p w14:paraId="1FB7B1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didn’t work.</w:t>
      </w:r>
    </w:p>
    <w:p w14:paraId="652786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Nothing will.</w:t>
      </w:r>
    </w:p>
    <w:p w14:paraId="384F4D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reach for the phone anyway, hand trembling as I turn it over.</w:t>
      </w:r>
    </w:p>
    <w:p w14:paraId="554B2CB5"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 xml:space="preserve">Still sore, </w:t>
      </w:r>
      <w:proofErr w:type="spellStart"/>
      <w:r w:rsidRPr="00124F84">
        <w:rPr>
          <w:rFonts w:ascii="Times New Roman" w:hAnsi="Times New Roman" w:cs="Times New Roman"/>
          <w:b/>
          <w:bCs/>
          <w:sz w:val="24"/>
          <w:szCs w:val="24"/>
        </w:rPr>
        <w:t>princesa</w:t>
      </w:r>
      <w:proofErr w:type="spellEnd"/>
      <w:r w:rsidRPr="00124F84">
        <w:rPr>
          <w:rFonts w:ascii="Times New Roman" w:hAnsi="Times New Roman" w:cs="Times New Roman"/>
          <w:b/>
          <w:bCs/>
          <w:sz w:val="24"/>
          <w:szCs w:val="24"/>
        </w:rPr>
        <w:t>?</w:t>
      </w:r>
    </w:p>
    <w:p w14:paraId="3FFEFE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words land like a slap.</w:t>
      </w:r>
    </w:p>
    <w:p w14:paraId="348229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Or a kiss.</w:t>
      </w:r>
    </w:p>
    <w:p w14:paraId="009179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know which.</w:t>
      </w:r>
    </w:p>
    <w:p w14:paraId="67F950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sharp, searing heat licks down my spine. My legs tighten without permission.</w:t>
      </w:r>
    </w:p>
    <w:p w14:paraId="629272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t>
      </w:r>
    </w:p>
    <w:p w14:paraId="273323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grip the edge of the sink, knuckles white, forcing myself to look up.</w:t>
      </w:r>
    </w:p>
    <w:p w14:paraId="6FECA3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reflection stares back, hair damp, cheeks flushed, eyes too fucking wide.</w:t>
      </w:r>
    </w:p>
    <w:p w14:paraId="644199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Wrecked.</w:t>
      </w:r>
    </w:p>
    <w:p w14:paraId="43B1D1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hate him.</w:t>
      </w:r>
    </w:p>
    <w:p w14:paraId="17B275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hate how I let it happen. Again. </w:t>
      </w:r>
    </w:p>
    <w:p w14:paraId="345F0E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How I begged for it. Again </w:t>
      </w:r>
    </w:p>
    <w:p w14:paraId="3DC0C3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How I want it again.</w:t>
      </w:r>
    </w:p>
    <w:p w14:paraId="272B1B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Another vibration. Another hit.</w:t>
      </w:r>
    </w:p>
    <w:p w14:paraId="3BDCE43E"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Bet you’re still wet.</w:t>
      </w:r>
    </w:p>
    <w:p w14:paraId="242CEE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gasp catches in my throat.</w:t>
      </w:r>
    </w:p>
    <w:p w14:paraId="6ACB2A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knees nearly buckle.</w:t>
      </w:r>
    </w:p>
    <w:p w14:paraId="0F2171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am.</w:t>
      </w:r>
    </w:p>
    <w:p w14:paraId="10FD03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am.</w:t>
      </w:r>
    </w:p>
    <w:p w14:paraId="556DFF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skin is hypersensitive. My nerves lit. </w:t>
      </w:r>
    </w:p>
    <w:p w14:paraId="77F09F27" w14:textId="77777777" w:rsidR="00351B3C" w:rsidRPr="00124F84" w:rsidRDefault="00351B3C" w:rsidP="00124F84">
      <w:pPr>
        <w:spacing w:line="240" w:lineRule="auto"/>
        <w:rPr>
          <w:rFonts w:ascii="Times New Roman" w:hAnsi="Times New Roman" w:cs="Times New Roman"/>
          <w:i/>
          <w:iCs/>
          <w:sz w:val="24"/>
          <w:szCs w:val="24"/>
        </w:rPr>
      </w:pPr>
      <w:r w:rsidRPr="00124F84">
        <w:rPr>
          <w:rFonts w:ascii="Times New Roman" w:hAnsi="Times New Roman" w:cs="Times New Roman"/>
          <w:i/>
          <w:iCs/>
          <w:sz w:val="24"/>
          <w:szCs w:val="24"/>
        </w:rPr>
        <w:t>You’re stronger than this, Camille.</w:t>
      </w:r>
    </w:p>
    <w:p w14:paraId="65169573" w14:textId="77777777" w:rsidR="00351B3C" w:rsidRPr="00124F84" w:rsidRDefault="00351B3C" w:rsidP="00124F84">
      <w:pPr>
        <w:spacing w:line="240" w:lineRule="auto"/>
        <w:rPr>
          <w:rFonts w:ascii="Times New Roman" w:hAnsi="Times New Roman" w:cs="Times New Roman"/>
          <w:i/>
          <w:iCs/>
          <w:sz w:val="24"/>
          <w:szCs w:val="24"/>
        </w:rPr>
      </w:pPr>
      <w:r w:rsidRPr="00124F84">
        <w:rPr>
          <w:rFonts w:ascii="Times New Roman" w:hAnsi="Times New Roman" w:cs="Times New Roman"/>
          <w:i/>
          <w:iCs/>
          <w:sz w:val="24"/>
          <w:szCs w:val="24"/>
        </w:rPr>
        <w:t xml:space="preserve">Ignore him. </w:t>
      </w:r>
    </w:p>
    <w:p w14:paraId="2E704767" w14:textId="77777777" w:rsidR="00351B3C" w:rsidRPr="00124F84" w:rsidRDefault="00351B3C" w:rsidP="00124F84">
      <w:pPr>
        <w:spacing w:line="240" w:lineRule="auto"/>
        <w:rPr>
          <w:rFonts w:ascii="Times New Roman" w:hAnsi="Times New Roman" w:cs="Times New Roman"/>
          <w:i/>
          <w:iCs/>
          <w:sz w:val="24"/>
          <w:szCs w:val="24"/>
        </w:rPr>
      </w:pPr>
      <w:r w:rsidRPr="00124F84">
        <w:rPr>
          <w:rFonts w:ascii="Times New Roman" w:hAnsi="Times New Roman" w:cs="Times New Roman"/>
          <w:i/>
          <w:iCs/>
          <w:sz w:val="24"/>
          <w:szCs w:val="24"/>
        </w:rPr>
        <w:t>Block him.</w:t>
      </w:r>
    </w:p>
    <w:p w14:paraId="247000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Bury my phone in a drawer and pretend I’m still in control.</w:t>
      </w:r>
    </w:p>
    <w:p w14:paraId="3809EA1B" w14:textId="316C0AA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instead</w:t>
      </w:r>
      <w:r w:rsidR="00307646" w:rsidRPr="00124F84">
        <w:rPr>
          <w:rFonts w:ascii="Times New Roman" w:hAnsi="Times New Roman" w:cs="Times New Roman"/>
          <w:sz w:val="24"/>
          <w:szCs w:val="24"/>
        </w:rPr>
        <w:t>, m</w:t>
      </w:r>
      <w:r w:rsidRPr="00124F84">
        <w:rPr>
          <w:rFonts w:ascii="Times New Roman" w:hAnsi="Times New Roman" w:cs="Times New Roman"/>
          <w:sz w:val="24"/>
          <w:szCs w:val="24"/>
        </w:rPr>
        <w:t>y fingers move on their own.</w:t>
      </w:r>
    </w:p>
    <w:p w14:paraId="6F66EA58"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Go fuck yourself.</w:t>
      </w:r>
    </w:p>
    <w:p w14:paraId="5A3918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hit send.</w:t>
      </w:r>
    </w:p>
    <w:p w14:paraId="5B66E0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hands shake.</w:t>
      </w:r>
    </w:p>
    <w:p w14:paraId="14BC78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races.</w:t>
      </w:r>
    </w:p>
    <w:p w14:paraId="1D7654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know, I know, this is exactly what he wanted.</w:t>
      </w:r>
    </w:p>
    <w:p w14:paraId="5F8C5A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hate that it’s exactly what I needed.</w:t>
      </w:r>
    </w:p>
    <w:p w14:paraId="26813BC2" w14:textId="77777777" w:rsidR="00351B3C" w:rsidRPr="00124F84" w:rsidRDefault="00351B3C" w:rsidP="00124F84">
      <w:pPr>
        <w:spacing w:line="240" w:lineRule="auto"/>
        <w:rPr>
          <w:rFonts w:ascii="Times New Roman" w:hAnsi="Times New Roman" w:cs="Times New Roman"/>
          <w:sz w:val="24"/>
          <w:szCs w:val="24"/>
        </w:rPr>
      </w:pPr>
    </w:p>
    <w:p w14:paraId="46DE3F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572654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chuckle as I read her reply, the ice in my glass clinking softly as I swirl my drink.</w:t>
      </w:r>
    </w:p>
    <w:p w14:paraId="74921B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answered.</w:t>
      </w:r>
    </w:p>
    <w:p w14:paraId="243D2F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all I needed.</w:t>
      </w:r>
    </w:p>
    <w:p w14:paraId="5A5D48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against the railing of the penthouse balcony, tapping my fingers against my phone before sending another message.</w:t>
      </w:r>
    </w:p>
    <w:p w14:paraId="47BE5323"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I could, but I’d rather fuck you instead.</w:t>
      </w:r>
      <w:r w:rsidRPr="00124F84">
        <w:rPr>
          <w:rFonts w:ascii="Times New Roman" w:hAnsi="Times New Roman" w:cs="Times New Roman"/>
          <w:b/>
          <w:bCs/>
          <w:sz w:val="24"/>
          <w:szCs w:val="24"/>
        </w:rPr>
        <w:br/>
      </w:r>
    </w:p>
    <w:p w14:paraId="6B8832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6312523E"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I could, but I’d rather fuck you instead.</w:t>
      </w:r>
    </w:p>
    <w:p w14:paraId="50E9F7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Heat rushes through me so fast it’s dizzying. My knees threaten to give out, my core tightening in betrayal, a traitorous pulse thrumming between my thighs.</w:t>
      </w:r>
    </w:p>
    <w:p w14:paraId="3ADA26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hate him.</w:t>
      </w:r>
    </w:p>
    <w:p w14:paraId="5E134E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hate him for knowing.</w:t>
      </w:r>
    </w:p>
    <w:p w14:paraId="25C6A5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saying exactly what he shouldn’t.</w:t>
      </w:r>
    </w:p>
    <w:p w14:paraId="50C302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making me want it anyway.</w:t>
      </w:r>
    </w:p>
    <w:p w14:paraId="645161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squeeze my eyes shut, inhaling sharply. My skin is still too hot, too sensitive, the ghost of his hands still on me, his mouth still pressed against my throat, his fingers still buried inside me.</w:t>
      </w:r>
    </w:p>
    <w:p w14:paraId="2107F3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 stop responding. Stop engaging.</w:t>
      </w:r>
    </w:p>
    <w:p w14:paraId="4905E4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the words are already forming, my thumbs moving over the screen before I can stop them.</w:t>
      </w:r>
    </w:p>
    <w:p w14:paraId="02100B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You disgust me. </w:t>
      </w:r>
    </w:p>
    <w:p w14:paraId="3C842C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hit send, heart pounding.</w:t>
      </w:r>
    </w:p>
    <w:p w14:paraId="35BCD6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reply comes almost instantly.</w:t>
      </w:r>
    </w:p>
    <w:p w14:paraId="28881D68" w14:textId="77777777" w:rsidR="00351B3C" w:rsidRPr="00124F84" w:rsidRDefault="00351B3C" w:rsidP="00124F84">
      <w:pPr>
        <w:spacing w:line="240" w:lineRule="auto"/>
        <w:rPr>
          <w:rFonts w:ascii="Times New Roman" w:hAnsi="Times New Roman" w:cs="Times New Roman"/>
          <w:sz w:val="24"/>
          <w:szCs w:val="24"/>
        </w:rPr>
      </w:pPr>
    </w:p>
    <w:p w14:paraId="08DCF0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1F016B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drink my fill. Her anger. Her shame. Her pride trying so damn hard to choke down that hunger. She’s magnificent. </w:t>
      </w:r>
    </w:p>
    <w:p w14:paraId="14870E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Flustered. Wound tight. Probably pacing her room, hating herself for even reading my messages, for letting them slip under her skin like I slipped inside her tonight. </w:t>
      </w:r>
    </w:p>
    <w:p w14:paraId="1C4928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type two words. Two final blows that will leave her ruined and restless until she crawls back for another fix: </w:t>
      </w:r>
    </w:p>
    <w:p w14:paraId="3DA78E49"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You’re dripping.</w:t>
      </w:r>
    </w:p>
    <w:p w14:paraId="600A67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send it and wait.</w:t>
      </w:r>
    </w:p>
    <w:p w14:paraId="0A2DAEF1" w14:textId="77777777" w:rsidR="00351B3C" w:rsidRPr="00124F84" w:rsidRDefault="00351B3C" w:rsidP="00124F84">
      <w:pPr>
        <w:spacing w:line="240" w:lineRule="auto"/>
        <w:rPr>
          <w:rFonts w:ascii="Times New Roman" w:hAnsi="Times New Roman" w:cs="Times New Roman"/>
          <w:sz w:val="24"/>
          <w:szCs w:val="24"/>
        </w:rPr>
      </w:pPr>
    </w:p>
    <w:p w14:paraId="159D02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438270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stops.</w:t>
      </w:r>
    </w:p>
    <w:p w14:paraId="7E2112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fresh surge of heat floods through me, wicked and molten, spreading through my limbs, making my fingers curl against my phone like I could strangle him through the screen.</w:t>
      </w:r>
    </w:p>
    <w:p w14:paraId="55CF4B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 be furious.</w:t>
      </w:r>
    </w:p>
    <w:p w14:paraId="0C8BBF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am furious.</w:t>
      </w:r>
    </w:p>
    <w:p w14:paraId="6847F7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my body?</w:t>
      </w:r>
    </w:p>
    <w:p w14:paraId="2BF75F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body is traitorous.</w:t>
      </w:r>
    </w:p>
    <w:p w14:paraId="4C0F16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nipples tighten beneath the thin silk of my nightgown. My thighs press together, my core aching in a way that makes me feel sick with shame.</w:t>
      </w:r>
    </w:p>
    <w:p w14:paraId="79D6D3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Because he’s right. </w:t>
      </w:r>
    </w:p>
    <w:p w14:paraId="416F30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grip my phone so tightly I half expect it to shatter in my palm. My pulse pounds, my breath uneven, my throat tight with something I refuse to name.</w:t>
      </w:r>
    </w:p>
    <w:p w14:paraId="61A359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need to end this.</w:t>
      </w:r>
    </w:p>
    <w:p w14:paraId="52ADE2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w:t>
      </w:r>
    </w:p>
    <w:p w14:paraId="73D0DEB9"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Lose my number.</w:t>
      </w:r>
    </w:p>
    <w:p w14:paraId="2EFD45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hit send, my fingers shaking.</w:t>
      </w:r>
    </w:p>
    <w:p w14:paraId="45511E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it. I’m done.</w:t>
      </w:r>
    </w:p>
    <w:p w14:paraId="5400CB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Before I can second-guess myself, I swipe up and turn on Do Not Disturb. Because if I don’t, I know that arrogant bastard will keep going. He always does. Kane knows exactly which buttons to push, and like a fucking idiot, I let him.</w:t>
      </w:r>
    </w:p>
    <w:p w14:paraId="3D9329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played right into his hands.</w:t>
      </w:r>
    </w:p>
    <w:p w14:paraId="51AB27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him get under my skin.</w:t>
      </w:r>
    </w:p>
    <w:p w14:paraId="2E26A9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Again.</w:t>
      </w:r>
    </w:p>
    <w:p w14:paraId="1C3033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stomach knots, shame and need warring inside me as I toss my phone onto the nightstand, shoving my hands through my hair. </w:t>
      </w:r>
    </w:p>
    <w:p w14:paraId="002C50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need to stop this.</w:t>
      </w:r>
    </w:p>
    <w:p w14:paraId="3F064A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Before he drives me completely insane.</w:t>
      </w:r>
    </w:p>
    <w:p w14:paraId="6F61E8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my phone face down and step away from it like it might bite me. My pulse still thrums in my ears, my skin still feels too hot, my legs still feel weak.</w:t>
      </w:r>
    </w:p>
    <w:p w14:paraId="1A111D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press a hand to my stomach, inhaling deeply, trying to steady myself. This is over. I won’t let him get to me again.</w:t>
      </w:r>
    </w:p>
    <w:p w14:paraId="1D9781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won’t.</w:t>
      </w:r>
    </w:p>
    <w:p w14:paraId="584F4D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slip into bed, flipping off the lamp, yanking the covers over me like they can shield me from the way Kane still lingers, on my skin, in my head, in the aching pulse between my thighs.</w:t>
      </w:r>
    </w:p>
    <w:p w14:paraId="756132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squeeze my eyes shut.</w:t>
      </w:r>
    </w:p>
    <w:p w14:paraId="2CCE3C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doesn’t matter.</w:t>
      </w:r>
    </w:p>
    <w:p w14:paraId="7EF743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going to be engaged soon. I have a future. A plan.</w:t>
      </w:r>
    </w:p>
    <w:p w14:paraId="6EECF1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Kane Rivera has no place in it.</w:t>
      </w:r>
    </w:p>
    <w:p w14:paraId="12F9ED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repeat that to myself like a mantra, forcing my body to relax.</w:t>
      </w:r>
    </w:p>
    <w:p w14:paraId="190BE4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as exhaustion pulls me under, my last conscious thought is the feel of his hands on me, the way he whispered my name against my skin.</w:t>
      </w:r>
    </w:p>
    <w:p w14:paraId="7854B0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dream of him.</w:t>
      </w:r>
      <w:r w:rsidRPr="00124F84">
        <w:rPr>
          <w:rFonts w:ascii="Times New Roman" w:hAnsi="Times New Roman" w:cs="Times New Roman"/>
          <w:sz w:val="24"/>
          <w:szCs w:val="24"/>
        </w:rPr>
        <w:br/>
        <w:t xml:space="preserve"> </w:t>
      </w:r>
    </w:p>
    <w:p w14:paraId="6413B5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633388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expect her to answer.</w:t>
      </w:r>
    </w:p>
    <w:p w14:paraId="4B0720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that doesn’t mean I’m going to stop.</w:t>
      </w:r>
    </w:p>
    <w:p w14:paraId="6B68AF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exhale a slow chuckle, setting my phone down, rolling my wrist as I pace my penthouse.</w:t>
      </w:r>
    </w:p>
    <w:p w14:paraId="2A2400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unraveling.</w:t>
      </w:r>
    </w:p>
    <w:p w14:paraId="423EA7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thinks if she ignores me, if she shoves me away hard enough, she’ll be able to go back to the life she had before. That she’ll be able to scrub me out of her mind like a bad fucking habit.</w:t>
      </w:r>
    </w:p>
    <w:p w14:paraId="78B1ED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wrong.</w:t>
      </w:r>
    </w:p>
    <w:p w14:paraId="5CFBFC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Camille Sinclair was never meant for a life of perfection. Never meant for a man like Preston Caldwell, with his clean-cut image and carefully curated future.</w:t>
      </w:r>
    </w:p>
    <w:p w14:paraId="4A045C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was made for something darker.</w:t>
      </w:r>
    </w:p>
    <w:p w14:paraId="2450EA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real.</w:t>
      </w:r>
    </w:p>
    <w:p w14:paraId="4F3503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Something that only I can give her. </w:t>
      </w:r>
    </w:p>
    <w:p w14:paraId="3FE6BE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could let her have this night.</w:t>
      </w:r>
    </w:p>
    <w:p w14:paraId="12271A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her convince herself she’s in control.</w:t>
      </w:r>
    </w:p>
    <w:p w14:paraId="01241C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where’s the fun in that?</w:t>
      </w:r>
    </w:p>
    <w:p w14:paraId="617364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grab my phone, smirking to myself as I type.</w:t>
      </w:r>
    </w:p>
    <w:p w14:paraId="22F2FB57"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 xml:space="preserve">Dream of me, </w:t>
      </w:r>
      <w:proofErr w:type="spellStart"/>
      <w:r w:rsidRPr="00124F84">
        <w:rPr>
          <w:rFonts w:ascii="Times New Roman" w:hAnsi="Times New Roman" w:cs="Times New Roman"/>
          <w:b/>
          <w:bCs/>
          <w:sz w:val="24"/>
          <w:szCs w:val="24"/>
        </w:rPr>
        <w:t>princesa</w:t>
      </w:r>
      <w:proofErr w:type="spellEnd"/>
      <w:r w:rsidRPr="00124F84">
        <w:rPr>
          <w:rFonts w:ascii="Times New Roman" w:hAnsi="Times New Roman" w:cs="Times New Roman"/>
          <w:b/>
          <w:bCs/>
          <w:sz w:val="24"/>
          <w:szCs w:val="24"/>
        </w:rPr>
        <w:t>.</w:t>
      </w:r>
    </w:p>
    <w:p w14:paraId="5EA0FC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send it.</w:t>
      </w:r>
    </w:p>
    <w:p w14:paraId="610336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finally, I let her sleep.</w:t>
      </w:r>
    </w:p>
    <w:p w14:paraId="536100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now.</w:t>
      </w:r>
    </w:p>
    <w:p w14:paraId="4B59DC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lift the glass to my lips, still tasting her on my tongue, when the phone buzzes again.</w:t>
      </w:r>
    </w:p>
    <w:p w14:paraId="5169BC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her.</w:t>
      </w:r>
    </w:p>
    <w:p w14:paraId="60772C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shut me out for the night.</w:t>
      </w:r>
    </w:p>
    <w:p w14:paraId="570488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Locked herself in her ivory tower, stewing in silence, fists clenched, thighs tighter, replaying every word, every thrust, every time I dragged the truth out of her body and made her feel alive.</w:t>
      </w:r>
    </w:p>
    <w:p w14:paraId="63E6F449" w14:textId="77777777" w:rsidR="00351B3C" w:rsidRPr="00124F84" w:rsidRDefault="00351B3C" w:rsidP="00124F84">
      <w:pPr>
        <w:spacing w:line="240" w:lineRule="auto"/>
        <w:rPr>
          <w:rFonts w:ascii="Times New Roman" w:hAnsi="Times New Roman" w:cs="Times New Roman"/>
          <w:sz w:val="24"/>
          <w:szCs w:val="24"/>
        </w:rPr>
      </w:pPr>
    </w:p>
    <w:p w14:paraId="2E368B5B" w14:textId="77777777" w:rsidR="00351B3C" w:rsidRPr="00124F84" w:rsidRDefault="00351B3C" w:rsidP="00124F84">
      <w:pPr>
        <w:spacing w:line="240" w:lineRule="auto"/>
        <w:rPr>
          <w:rFonts w:ascii="Times New Roman" w:hAnsi="Times New Roman" w:cs="Times New Roman"/>
          <w:sz w:val="24"/>
          <w:szCs w:val="24"/>
        </w:rPr>
      </w:pPr>
    </w:p>
    <w:p w14:paraId="7D8CFF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252132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New York -Sinclair Foundation Headquarters, Midtown</w:t>
      </w:r>
    </w:p>
    <w:p w14:paraId="05A681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scent of fresh espresso lingers in the air, bright, clean, familiar. The kind of thing that usually calms me.</w:t>
      </w:r>
    </w:p>
    <w:p w14:paraId="5FD0FF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Today, it doesn't.</w:t>
      </w:r>
    </w:p>
    <w:p w14:paraId="6FEAD4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stand at the wall of glass in the boardroom, arms crossed, watching the city crawl beneath me, fast and loud and too alive. Everyone down there is moving. Living. And I’m here, staring at my own reflection in the glass, wondering how I missed the fucking noose tightening around my neck. </w:t>
      </w:r>
    </w:p>
    <w:p w14:paraId="1EF90B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“Camille?” I turn. Nina. My assistant. Tablet in hand. Flustered in a way she never is, her mouth tight and eyes darting like someone’s already screamed at her today. </w:t>
      </w:r>
    </w:p>
    <w:p w14:paraId="532808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“What is it?” </w:t>
      </w:r>
    </w:p>
    <w:p w14:paraId="41CF30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“It’s the scholarship fund,” she says. “The disbursement’s been flagged.” </w:t>
      </w:r>
    </w:p>
    <w:p w14:paraId="4472F3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blink. “What do you mean flagged?” </w:t>
      </w:r>
    </w:p>
    <w:p w14:paraId="08F76F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“Your approval didn’t go through.” Her voice lowers. “New clearance protocol was added this morning. System locked. It’s rerouting through secondary authorization.” I walk toward her, heels biting into the floor. </w:t>
      </w:r>
    </w:p>
    <w:p w14:paraId="178E88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“Who authorized the change?” </w:t>
      </w:r>
    </w:p>
    <w:p w14:paraId="5214C4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hesitates, swallows. “Rivera Holdings.” </w:t>
      </w:r>
    </w:p>
    <w:p w14:paraId="01D346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stop. Like someone yanked my spine backward. Rivera Holdings. The words land like a punch to the ribs. I don’t move. Don’t speak. My body goes still the way it does right before I shatter, every breath shallow, barely there. I stare at Nina. “Repeat that,” I say, but my voice isn’t mine anymore. It’s thinner. Frayed. </w:t>
      </w:r>
    </w:p>
    <w:p w14:paraId="215237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shifts uncomfortably. “Rivera Holdings. The new strategic partner. They’ve implemented a secondary authorization for all disbursement over twenty-five thousand. It’s already live. </w:t>
      </w:r>
      <w:proofErr w:type="gramStart"/>
      <w:r w:rsidRPr="00124F84">
        <w:rPr>
          <w:rFonts w:ascii="Times New Roman" w:hAnsi="Times New Roman" w:cs="Times New Roman"/>
          <w:sz w:val="24"/>
          <w:szCs w:val="24"/>
        </w:rPr>
        <w:t>Auto-triggered</w:t>
      </w:r>
      <w:proofErr w:type="gramEnd"/>
      <w:r w:rsidRPr="00124F84">
        <w:rPr>
          <w:rFonts w:ascii="Times New Roman" w:hAnsi="Times New Roman" w:cs="Times New Roman"/>
          <w:sz w:val="24"/>
          <w:szCs w:val="24"/>
        </w:rPr>
        <w:t xml:space="preserve"> at 7:00 a.m.” </w:t>
      </w:r>
    </w:p>
    <w:p w14:paraId="6A25DB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take the tablet from her slowly, fingers cold. There it </w:t>
      </w:r>
      <w:proofErr w:type="gramStart"/>
      <w:r w:rsidRPr="00124F84">
        <w:rPr>
          <w:rFonts w:ascii="Times New Roman" w:hAnsi="Times New Roman" w:cs="Times New Roman"/>
          <w:sz w:val="24"/>
          <w:szCs w:val="24"/>
        </w:rPr>
        <w:t>is,</w:t>
      </w:r>
      <w:proofErr w:type="gramEnd"/>
      <w:r w:rsidRPr="00124F84">
        <w:rPr>
          <w:rFonts w:ascii="Times New Roman" w:hAnsi="Times New Roman" w:cs="Times New Roman"/>
          <w:sz w:val="24"/>
          <w:szCs w:val="24"/>
        </w:rPr>
        <w:t xml:space="preserve"> my name next to a denied request. The status changed in real time. My signature voided beneath a newer one. One that doesn’t belong in this building, let alone in this part of my life. Kane Rivera. There’s a new digital watermark beneath the funds allocation system. Rivera Holdings. A logo where mine used to be. He’s in it. Buried in the backend of everything I built. </w:t>
      </w:r>
    </w:p>
    <w:p w14:paraId="4970C1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Not hovering. </w:t>
      </w:r>
    </w:p>
    <w:p w14:paraId="05AD84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Not haunting. </w:t>
      </w:r>
    </w:p>
    <w:p w14:paraId="6CB56C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Embedded. </w:t>
      </w:r>
    </w:p>
    <w:p w14:paraId="070B5C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Like a tick you didn’t feel latch on until it was already draining the blood out of you. </w:t>
      </w:r>
    </w:p>
    <w:p w14:paraId="59DBA7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breathe.</w:t>
      </w:r>
    </w:p>
    <w:p w14:paraId="5AB896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grip the tablet tighter, fingers shaking as I scroll through line after line of transaction requests.</w:t>
      </w:r>
    </w:p>
    <w:p w14:paraId="768405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Blocked.</w:t>
      </w:r>
    </w:p>
    <w:p w14:paraId="41DB95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Denied.</w:t>
      </w:r>
    </w:p>
    <w:p w14:paraId="201335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Under Review.</w:t>
      </w:r>
    </w:p>
    <w:p w14:paraId="1C040D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flagged under the same note: Awaiting Rivera Holdings approval.</w:t>
      </w:r>
    </w:p>
    <w:p w14:paraId="6276B2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approvals used to be absolute. No delays. No second-guessing. I fought for that, built a world where my name meant something beyond cocktail dresses and curated smiles. Now my voice isn’t even a whisper in the system I created.</w:t>
      </w:r>
    </w:p>
    <w:p w14:paraId="7E9870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Nina says quietly. She steps forward, eyes worried, because I must look exactly how I feel.</w:t>
      </w:r>
    </w:p>
    <w:p w14:paraId="391C68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Betrayed.</w:t>
      </w:r>
    </w:p>
    <w:p w14:paraId="11E1A4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Stripped bare.</w:t>
      </w:r>
    </w:p>
    <w:p w14:paraId="1873B6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Fucking gutted.</w:t>
      </w:r>
    </w:p>
    <w:p w14:paraId="2A38CC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fine,” I say, but my voice sounds foreign. Harsh and tight, on the verge of something too sharp to hold back. “I’ll fix this.”</w:t>
      </w:r>
    </w:p>
    <w:p w14:paraId="5FF84E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her face tells me she knows that’s a lie. You don’t fix a coup. You survive it.</w:t>
      </w:r>
    </w:p>
    <w:p w14:paraId="53F717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nods once, understanding enough to step away. “Let me know if…if you need anything.”</w:t>
      </w:r>
    </w:p>
    <w:p w14:paraId="494318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leaves, the soft click of the door behind her sounding more like the slide of a lock being turned. Trapping me.</w:t>
      </w:r>
    </w:p>
    <w:p w14:paraId="2E03B6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stand frozen in the middle of the boardroom, alone in the silence, staring down at his name etched in digital ink beneath mine. It mocks me, bold and unapologetic.</w:t>
      </w:r>
    </w:p>
    <w:p w14:paraId="5F7EA2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Rivera Holdings.</w:t>
      </w:r>
    </w:p>
    <w:p w14:paraId="182AF9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Rivera.</w:t>
      </w:r>
    </w:p>
    <w:p w14:paraId="43A741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shakes, fury coiling tight in my chest. He didn’t just insert himself into my foundation. He stole my authority. He reached inside the heart of everything I built and ripped out its pulse.</w:t>
      </w:r>
    </w:p>
    <w:p w14:paraId="028947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took control.</w:t>
      </w:r>
    </w:p>
    <w:p w14:paraId="679973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It’s not just an intrusion, it’s possession. He’s dug his claws into every layer of my </w:t>
      </w:r>
      <w:proofErr w:type="gramStart"/>
      <w:r w:rsidRPr="00124F84">
        <w:rPr>
          <w:rFonts w:ascii="Times New Roman" w:hAnsi="Times New Roman" w:cs="Times New Roman"/>
          <w:sz w:val="24"/>
          <w:szCs w:val="24"/>
        </w:rPr>
        <w:t>world,</w:t>
      </w:r>
      <w:proofErr w:type="gramEnd"/>
      <w:r w:rsidRPr="00124F84">
        <w:rPr>
          <w:rFonts w:ascii="Times New Roman" w:hAnsi="Times New Roman" w:cs="Times New Roman"/>
          <w:sz w:val="24"/>
          <w:szCs w:val="24"/>
        </w:rPr>
        <w:t xml:space="preserve"> every transaction now routed through his hands. Every decision I make will have his fingerprints all over it, his eyes always watching from somewhere I can’t see.</w:t>
      </w:r>
    </w:p>
    <w:p w14:paraId="04F62F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going to make me beg.</w:t>
      </w:r>
    </w:p>
    <w:p w14:paraId="73995D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close my eyes, nausea churning deep. Not from what he’s done, but because part of me already knows what comes next.</w:t>
      </w:r>
    </w:p>
    <w:p w14:paraId="5D9D5A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Confrontation.</w:t>
      </w:r>
    </w:p>
    <w:p w14:paraId="78AF09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let this stand. I can’t let him own me like this. But walking into his territory again, facing him, feels like walking willingly into the lion’s den, blood already dripping from open wounds.</w:t>
      </w:r>
    </w:p>
    <w:p w14:paraId="6E1DDB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what choice do I have?</w:t>
      </w:r>
    </w:p>
    <w:p w14:paraId="0A6DA8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Either I surrender quietly, or I confront the wolf now occupying my world.</w:t>
      </w:r>
    </w:p>
    <w:p w14:paraId="2BD709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know, I already fucking know, that’s exactly what he wants.</w:t>
      </w:r>
    </w:p>
    <w:p w14:paraId="73951A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wants me angry.</w:t>
      </w:r>
    </w:p>
    <w:p w14:paraId="3A3491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Wants me desperate.</w:t>
      </w:r>
    </w:p>
    <w:p w14:paraId="0DC01B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Wants me broken and bleeding at his feet.</w:t>
      </w:r>
    </w:p>
    <w:p w14:paraId="1DE5F2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Fuck him. </w:t>
      </w:r>
    </w:p>
    <w:p w14:paraId="198F82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don’t give him what he wants. </w:t>
      </w:r>
    </w:p>
    <w:p w14:paraId="3198A71E"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Instead</w:t>
      </w:r>
      <w:proofErr w:type="gramEnd"/>
      <w:r w:rsidRPr="00124F84">
        <w:rPr>
          <w:rFonts w:ascii="Times New Roman" w:hAnsi="Times New Roman" w:cs="Times New Roman"/>
          <w:sz w:val="24"/>
          <w:szCs w:val="24"/>
        </w:rPr>
        <w:t xml:space="preserve"> I avoid him for six days, thirteen hours, and, if we’re being exact, twenty-two minutes.</w:t>
      </w:r>
    </w:p>
    <w:p w14:paraId="485004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feel him.</w:t>
      </w:r>
      <w:r w:rsidRPr="00124F84">
        <w:rPr>
          <w:rFonts w:ascii="Times New Roman" w:hAnsi="Times New Roman" w:cs="Times New Roman"/>
          <w:sz w:val="24"/>
          <w:szCs w:val="24"/>
        </w:rPr>
        <w:br/>
        <w:t>In the air. In the building. In the silence between emails.</w:t>
      </w:r>
      <w:r w:rsidRPr="00124F84">
        <w:rPr>
          <w:rFonts w:ascii="Times New Roman" w:hAnsi="Times New Roman" w:cs="Times New Roman"/>
          <w:sz w:val="24"/>
          <w:szCs w:val="24"/>
        </w:rPr>
        <w:br/>
        <w:t>His presence hangs like static, always there, always charged, always one wrong breath away from striking.</w:t>
      </w:r>
    </w:p>
    <w:p w14:paraId="40D47986"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bury myself in work.</w:t>
      </w:r>
    </w:p>
    <w:p w14:paraId="3246CF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stop going out. Stop answering Preston’s texts unless I absolutely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I cancel every non-essential meeting and lock myself in my office long after everyone else has gone home.</w:t>
      </w:r>
    </w:p>
    <w:p w14:paraId="619C59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work.</w:t>
      </w:r>
    </w:p>
    <w:p w14:paraId="46142E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pour every ounce of rage, shame, and humiliation into rebuilding my Foundation proposal, drafting a </w:t>
      </w:r>
      <w:proofErr w:type="gramStart"/>
      <w:r w:rsidRPr="00124F84">
        <w:rPr>
          <w:rFonts w:ascii="Times New Roman" w:hAnsi="Times New Roman" w:cs="Times New Roman"/>
          <w:sz w:val="24"/>
          <w:szCs w:val="24"/>
        </w:rPr>
        <w:t>counter-strategy</w:t>
      </w:r>
      <w:proofErr w:type="gramEnd"/>
      <w:r w:rsidRPr="00124F84">
        <w:rPr>
          <w:rFonts w:ascii="Times New Roman" w:hAnsi="Times New Roman" w:cs="Times New Roman"/>
          <w:sz w:val="24"/>
          <w:szCs w:val="24"/>
        </w:rPr>
        <w:t xml:space="preserve"> that undercuts Kane’s heartless, corporate “restructure” line by line. I cite retention rates, partner testimonials, community case studies. I even call directors on the ground for updated numbers and quotes, just to remind myself what the hell I’m fighting for.</w:t>
      </w:r>
    </w:p>
    <w:p w14:paraId="0F3BDF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a doll.</w:t>
      </w:r>
    </w:p>
    <w:p w14:paraId="070077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a board seat.</w:t>
      </w:r>
    </w:p>
    <w:p w14:paraId="380343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am not a woman who gets silenced by a man just because he got inside me.</w:t>
      </w:r>
    </w:p>
    <w:p w14:paraId="704E27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Even if a part of me still burns when I think about the way he touched me.</w:t>
      </w:r>
      <w:r w:rsidRPr="00124F84">
        <w:rPr>
          <w:rFonts w:ascii="Times New Roman" w:hAnsi="Times New Roman" w:cs="Times New Roman"/>
          <w:sz w:val="24"/>
          <w:szCs w:val="24"/>
        </w:rPr>
        <w:br/>
        <w:t>Even if I wake up some nights with my hand between my thighs, chasing something I can’t name.</w:t>
      </w:r>
    </w:p>
    <w:p w14:paraId="014C8E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shut that part down.</w:t>
      </w:r>
    </w:p>
    <w:p w14:paraId="710818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Hard.</w:t>
      </w:r>
    </w:p>
    <w:p w14:paraId="5E9E87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proposal?</w:t>
      </w:r>
      <w:r w:rsidRPr="00124F84">
        <w:rPr>
          <w:rFonts w:ascii="Times New Roman" w:hAnsi="Times New Roman" w:cs="Times New Roman"/>
          <w:sz w:val="24"/>
          <w:szCs w:val="24"/>
        </w:rPr>
        <w:br/>
        <w:t>This is my war cry.</w:t>
      </w:r>
    </w:p>
    <w:p w14:paraId="02B21D4F"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when the calendar invite comes through, I don’t flinch.</w:t>
      </w:r>
    </w:p>
    <w:p w14:paraId="061B14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Subject: Sinclair Foundation – Strategic Follow-Up</w:t>
      </w:r>
      <w:r w:rsidRPr="00124F84">
        <w:rPr>
          <w:rFonts w:ascii="Times New Roman" w:hAnsi="Times New Roman" w:cs="Times New Roman"/>
          <w:sz w:val="24"/>
          <w:szCs w:val="24"/>
        </w:rPr>
        <w:br/>
        <w:t>Time: Thursday, 12:00 p.m.</w:t>
      </w:r>
      <w:r w:rsidRPr="00124F84">
        <w:rPr>
          <w:rFonts w:ascii="Times New Roman" w:hAnsi="Times New Roman" w:cs="Times New Roman"/>
          <w:sz w:val="24"/>
          <w:szCs w:val="24"/>
        </w:rPr>
        <w:br/>
        <w:t>Location: Board Room 16B</w:t>
      </w:r>
    </w:p>
    <w:p w14:paraId="57FD94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Sent by his assistant. Not him.</w:t>
      </w:r>
    </w:p>
    <w:p w14:paraId="36256E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Of course.</w:t>
      </w:r>
    </w:p>
    <w:p w14:paraId="551414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accept. Not because I want to see him. Not because I’m ready.</w:t>
      </w:r>
    </w:p>
    <w:p w14:paraId="7E6086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Because I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w:t>
      </w:r>
    </w:p>
    <w:p w14:paraId="580801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if I don’t stand my ground now, he’ll bulldoze everything I’ve built and call it “efficiency.”</w:t>
      </w:r>
    </w:p>
    <w:p w14:paraId="461C48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next morning, another update hits my inbox:</w:t>
      </w:r>
    </w:p>
    <w:p w14:paraId="46154F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Location Change:</w:t>
      </w:r>
      <w:r w:rsidRPr="00124F84">
        <w:rPr>
          <w:rFonts w:ascii="Times New Roman" w:hAnsi="Times New Roman" w:cs="Times New Roman"/>
          <w:sz w:val="24"/>
          <w:szCs w:val="24"/>
        </w:rPr>
        <w:br/>
        <w:t>Le Jardin, 4:30 p.m. – Private Room</w:t>
      </w:r>
      <w:r w:rsidRPr="00124F84">
        <w:rPr>
          <w:rFonts w:ascii="Times New Roman" w:hAnsi="Times New Roman" w:cs="Times New Roman"/>
          <w:sz w:val="24"/>
          <w:szCs w:val="24"/>
        </w:rPr>
        <w:br/>
        <w:t>Dress code enforced. Confidential lunch.</w:t>
      </w:r>
    </w:p>
    <w:p w14:paraId="3A96EF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roll my eyes so hard my vision blurs.</w:t>
      </w:r>
    </w:p>
    <w:p w14:paraId="4B6A6A4D"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Of course</w:t>
      </w:r>
      <w:proofErr w:type="gramEnd"/>
      <w:r w:rsidRPr="00124F84">
        <w:rPr>
          <w:rFonts w:ascii="Times New Roman" w:hAnsi="Times New Roman" w:cs="Times New Roman"/>
          <w:sz w:val="24"/>
          <w:szCs w:val="24"/>
        </w:rPr>
        <w:t xml:space="preserve"> Kane wants a meeting at Le Jardin. New York’s most exclusive five-table, don’t-even-think-about-walking-in-without-a-reservation spot. The kind of place where senators sip bourbon and CEOs ink backroom deals.</w:t>
      </w:r>
    </w:p>
    <w:p w14:paraId="4C7CF4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 power play disguised as a lunch reservation.</w:t>
      </w:r>
    </w:p>
    <w:p w14:paraId="70C814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Classic Kane Rivera.</w:t>
      </w:r>
    </w:p>
    <w:p w14:paraId="46C247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RSVP.</w:t>
      </w:r>
    </w:p>
    <w:p w14:paraId="2636E1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need to.</w:t>
      </w:r>
    </w:p>
    <w:p w14:paraId="226DBF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He’ll expect me to show.</w:t>
      </w:r>
    </w:p>
    <w:p w14:paraId="674C25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would have.</w:t>
      </w:r>
    </w:p>
    <w:p w14:paraId="6F50E8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Until the call comes in. My phone rang late morning and Marcy, the director of Haven House, sounded like she’d been crying.</w:t>
      </w:r>
    </w:p>
    <w:p w14:paraId="0DFA2776" w14:textId="3B113C0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 was a pipe burst,” she’d said. “The ceiling’s falling apart. Camille, we have nowhere else to put them</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50C896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didn’t let her finish. I got dressed in a daze, grabbed my coat, and told my driver to hurry.</w:t>
      </w:r>
    </w:p>
    <w:p w14:paraId="3A4D6A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I’m here, standing in front of the old brick townhouse that’s held together by love and sheer desperation. Rain pours relentlessly from the sky, soaking my clothes, making the thin silk blouse cling to my skin, chilling me straight to the bone.</w:t>
      </w:r>
    </w:p>
    <w:p w14:paraId="46F59D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push through the blue door without knocking. This place has always been mine, in a way. A quiet refuge that I helped build, one that mirrors the cracks I keep hidden behind a perfect mask. I used to visit constantly, every fundraiser, every holiday, every quiet afternoon when the loneliness of my own life felt suffocating.</w:t>
      </w:r>
    </w:p>
    <w:p w14:paraId="579C37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haven’t been here in almost a year.</w:t>
      </w:r>
    </w:p>
    <w:p w14:paraId="1F181C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Inside, the familiar scent of disinfectant mixed with baking cookies and heartbreak wraps around me, comforting and painful all at once. Marcy is waiting, her face tight with worry, relief blooming in her eyes the moment she sees me.</w:t>
      </w:r>
    </w:p>
    <w:p w14:paraId="7AF85D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wasn’t sure if you’d come,” she says softly.</w:t>
      </w:r>
    </w:p>
    <w:p w14:paraId="252EE9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“Always,” I whisper, because it’s the truest thing I can say.</w:t>
      </w:r>
    </w:p>
    <w:p w14:paraId="13B90A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leads me quickly to the girls’ wing. The damage hits me like a blow, collapsed ceiling tiles, insulation hanging like torn spiderwebs, and a steady drip of water pooling into buckets already brimming over. Books, donated clothes, toys, all ruined. The sight of their small belongings wrecked breaks something deep inside me.</w:t>
      </w:r>
    </w:p>
    <w:p w14:paraId="3CC1E32A" w14:textId="2A66D93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tried everyone,” Marcy says, voice shaking. “The funding’s stalled, and they won’t approve the insurance claim for weeks</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7534A6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handle it,” I interrupt, pulling out my phone, already dialing numbers. My voice trembles as I talk to my assistant, to the plumber, to the bank. “I’ll pay whatever it takes. Fix this now. Today.”</w:t>
      </w:r>
    </w:p>
    <w:p w14:paraId="7FE1EA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it’s not just a broken pipe.</w:t>
      </w:r>
    </w:p>
    <w:p w14:paraId="18FDA6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broken promises, broken safety, broken trust.</w:t>
      </w:r>
    </w:p>
    <w:p w14:paraId="55E60C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Things I swore I’d never allow here.</w:t>
      </w:r>
    </w:p>
    <w:p w14:paraId="756CC6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in this place. Not to these children.</w:t>
      </w:r>
    </w:p>
    <w:p w14:paraId="69174F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walk away once it’s handled, my shoulders shaking from the adrenaline crash. My eyes sting with unshed tears, but I don’t allow them to fall.</w:t>
      </w:r>
    </w:p>
    <w:p w14:paraId="3E437C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yet.</w:t>
      </w:r>
    </w:p>
    <w:p w14:paraId="3E03A1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when I see her.</w:t>
      </w:r>
    </w:p>
    <w:p w14:paraId="2C4795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curled up in the corner of the rec room, arms tightly wrapped around thin knees, eyes dark and hollow, fixed on something no one else can see. Her small frame looks unbearably fragile, like one touch could shatter her completely.</w:t>
      </w:r>
    </w:p>
    <w:p w14:paraId="512DAE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stop breathing.</w:t>
      </w:r>
    </w:p>
    <w:p w14:paraId="60998B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recognize that girl instantly.</w:t>
      </w:r>
      <w:r w:rsidRPr="00124F84">
        <w:rPr>
          <w:rFonts w:ascii="Times New Roman" w:hAnsi="Times New Roman" w:cs="Times New Roman"/>
          <w:sz w:val="24"/>
          <w:szCs w:val="24"/>
        </w:rPr>
        <w:br/>
        <w:t>She was me.</w:t>
      </w:r>
    </w:p>
    <w:p w14:paraId="7D7F2C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still is, deep down. The girl who never felt safe enough to speak. The girl who nearly drowned in silence and fear.</w:t>
      </w:r>
    </w:p>
    <w:p w14:paraId="12D925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Marcy touches my arm gently. “That’s Ava. She came two nights ago from a bad foster placement. She won’t speak to anyone.”</w:t>
      </w:r>
    </w:p>
    <w:p w14:paraId="2F8809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squeezes painfully. I don’t need details to know what "bad placement" means.</w:t>
      </w:r>
    </w:p>
    <w:p w14:paraId="10E0C2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I walk toward her, knees trembling as I sink to the floor beside her beanbag, leaving just enough space for safety. She doesn’t move, doesn’t acknowledge me.</w:t>
      </w:r>
    </w:p>
    <w:p w14:paraId="199263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a long moment, silence sits between us like a heavy blanket.</w:t>
      </w:r>
    </w:p>
    <w:p w14:paraId="201009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softly, I speak.</w:t>
      </w:r>
    </w:p>
    <w:p w14:paraId="22542E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name’s Camille. I haven’t been here in a while. But I used to come all the time.”</w:t>
      </w:r>
    </w:p>
    <w:p w14:paraId="128B8C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breathing quickens slightly, but she keeps her eyes fixed on nothing.</w:t>
      </w:r>
    </w:p>
    <w:p w14:paraId="0EAC28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have to talk to me. But I want you to know… I see you.”</w:t>
      </w:r>
    </w:p>
    <w:p w14:paraId="7DAA67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small body tenses, as if bracing for pain. Recognition pulses sharply through my chest. I know that feeling, that armor, so painfully well.</w:t>
      </w:r>
    </w:p>
    <w:p w14:paraId="0D52B4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shifts slightly, shoulders tense, trying desperately not to listen, but I see her body still. I see the way she holds her breath, terrified of what might come next.</w:t>
      </w:r>
    </w:p>
    <w:p w14:paraId="38D178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was ten…my father had this friend.” My voice is barely audible, raw and trembling. The words taste bitter, like rust and regret, burning my throat as they scrape their way out. “He used to visit us often, always smiling. Charming. Harmless, they thought.”</w:t>
      </w:r>
    </w:p>
    <w:p w14:paraId="571593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move, but her eyes flick briefly toward me, just enough for me to know she’s hearing every broken word.</w:t>
      </w:r>
    </w:p>
    <w:p w14:paraId="71B8C207" w14:textId="5B5D936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“One night, when everyone else was asleep, he came into my room,” I whisper, my chest tightening like a vise. “He touched me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hurt me</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 xml:space="preserve">in ways no adult should ever touch a child. When I threatened to tell, he panicked. Dragged me to the edge of my parent’s </w:t>
      </w:r>
      <w:proofErr w:type="gramStart"/>
      <w:r w:rsidRPr="00124F84">
        <w:rPr>
          <w:rFonts w:ascii="Times New Roman" w:hAnsi="Times New Roman" w:cs="Times New Roman"/>
          <w:sz w:val="24"/>
          <w:szCs w:val="24"/>
        </w:rPr>
        <w:t>yacht, and</w:t>
      </w:r>
      <w:proofErr w:type="gramEnd"/>
      <w:r w:rsidRPr="00124F84">
        <w:rPr>
          <w:rFonts w:ascii="Times New Roman" w:hAnsi="Times New Roman" w:cs="Times New Roman"/>
          <w:sz w:val="24"/>
          <w:szCs w:val="24"/>
        </w:rPr>
        <w:t xml:space="preserve"> shoved me into the freezing ocean in the dark.”</w:t>
      </w:r>
    </w:p>
    <w:p w14:paraId="57F87D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voice catches, and for a </w:t>
      </w:r>
      <w:proofErr w:type="gramStart"/>
      <w:r w:rsidRPr="00124F84">
        <w:rPr>
          <w:rFonts w:ascii="Times New Roman" w:hAnsi="Times New Roman" w:cs="Times New Roman"/>
          <w:sz w:val="24"/>
          <w:szCs w:val="24"/>
        </w:rPr>
        <w:t>second</w:t>
      </w:r>
      <w:proofErr w:type="gramEnd"/>
      <w:r w:rsidRPr="00124F84">
        <w:rPr>
          <w:rFonts w:ascii="Times New Roman" w:hAnsi="Times New Roman" w:cs="Times New Roman"/>
          <w:sz w:val="24"/>
          <w:szCs w:val="24"/>
        </w:rPr>
        <w:t xml:space="preserve"> I can’t breathe, trapped in that memory, the suffocating cold, the shock slicing like razor blades against my skin, water filling my lungs as I sank deeper into the blackness. I force myself to keep speaking, even though my throat aches from the effort.</w:t>
      </w:r>
    </w:p>
    <w:p w14:paraId="72E90F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remember sinking, the cold ripping through me, stabbing at every nerve. I remember the absolute silence, the terrifying stillness, the feeling of disappearing, of being erased. I remember </w:t>
      </w:r>
      <w:r w:rsidRPr="00124F84">
        <w:rPr>
          <w:rFonts w:ascii="Times New Roman" w:hAnsi="Times New Roman" w:cs="Times New Roman"/>
          <w:sz w:val="24"/>
          <w:szCs w:val="24"/>
        </w:rPr>
        <w:lastRenderedPageBreak/>
        <w:t>thinking that no one would ever know what he’d done, that it would all be lost in that ocean, swallowed whole.”</w:t>
      </w:r>
    </w:p>
    <w:p w14:paraId="7203D3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she finally turns toward me, her eyes are wide, glassy with unshed tears, the edges raw from rubbing them dry. She sees me now, really sees me, not the polished Sinclair heiress, but the terrified child beneath. Broken, exposed, bleeding out truths I’d hidden for so many years.</w:t>
      </w:r>
    </w:p>
    <w:p w14:paraId="17DE4B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never told anyone,” I say, voice breaking again, the confession searing hot and shameful in my chest. “I was too afraid they wouldn’t believe me. Afraid they’d say it was my fault, that I’d asked for it somehow. But it wasn’t my fault. And whatever happened to you…whatever horrible thing you carry around like a secret</w:t>
      </w:r>
      <w:proofErr w:type="gramStart"/>
      <w:r w:rsidRPr="00124F84">
        <w:rPr>
          <w:rFonts w:ascii="Times New Roman" w:hAnsi="Times New Roman" w:cs="Times New Roman"/>
          <w:sz w:val="24"/>
          <w:szCs w:val="24"/>
        </w:rPr>
        <w:t>….it’s</w:t>
      </w:r>
      <w:proofErr w:type="gramEnd"/>
      <w:r w:rsidRPr="00124F84">
        <w:rPr>
          <w:rFonts w:ascii="Times New Roman" w:hAnsi="Times New Roman" w:cs="Times New Roman"/>
          <w:sz w:val="24"/>
          <w:szCs w:val="24"/>
        </w:rPr>
        <w:t xml:space="preserve"> not your fault either.”</w:t>
      </w:r>
    </w:p>
    <w:p w14:paraId="460C11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lips tremble violently, silent tears spilling down her flushed cheeks, leaving dark, wet trails on her pale skin. Her pain feels like my own, tearing open old wounds I thought had scarred over, letting them bleed all over again.</w:t>
      </w:r>
    </w:p>
    <w:p w14:paraId="580B7A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didn’t think…” Her voice breaks into a quiet sob, ragged and raw. “I didn’t think anyone could ever believe me.”</w:t>
      </w:r>
    </w:p>
    <w:p w14:paraId="4B6217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carefully, I inch closer, my own hands shaking. I don’t touch her, I don’t dare. Instead, I let the warmth of my body bridge the space between us, offering a silent comfort I never knew.</w:t>
      </w:r>
    </w:p>
    <w:p w14:paraId="0D2F61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believe you,” I whisper fiercely, the words burning like fire, igniting something powerful, something healing in my chest. “I believe every single word.”</w:t>
      </w:r>
    </w:p>
    <w:p w14:paraId="6DC707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breaks fully then, collapsing inward, sobbing uncontrollably. Her shoulders shake as the dam she’d built around herself finally crumbles, her pain spilling out like poison she’s held inside for far too long. I don’t touch her. I don’t speak again.</w:t>
      </w:r>
    </w:p>
    <w:p w14:paraId="0773DA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just sit with her, steady and silent, offering her the strength and safety no one ever gave me.</w:t>
      </w:r>
    </w:p>
    <w:p w14:paraId="029CCE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nobody stayed for me. But I’ll stay for her.</w:t>
      </w:r>
    </w:p>
    <w:p w14:paraId="54ACAAEC" w14:textId="7FDA4DB4" w:rsidR="004A2A46" w:rsidRPr="00124F84" w:rsidRDefault="004A2A46" w:rsidP="00124F84">
      <w:pPr>
        <w:spacing w:after="160"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74E3E5A1" w14:textId="77777777" w:rsidR="00351B3C" w:rsidRPr="00124F84" w:rsidRDefault="00351B3C" w:rsidP="00124F84">
      <w:pPr>
        <w:spacing w:line="240" w:lineRule="auto"/>
        <w:rPr>
          <w:rFonts w:ascii="Times New Roman" w:hAnsi="Times New Roman" w:cs="Times New Roman"/>
          <w:sz w:val="24"/>
          <w:szCs w:val="24"/>
        </w:rPr>
      </w:pPr>
    </w:p>
    <w:p w14:paraId="7F26064F"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t>Chapter Seven</w:t>
      </w:r>
    </w:p>
    <w:p w14:paraId="70CD0F17" w14:textId="77777777" w:rsidR="00351B3C" w:rsidRPr="00124F84" w:rsidRDefault="00351B3C" w:rsidP="00124F84">
      <w:pPr>
        <w:spacing w:line="240" w:lineRule="auto"/>
        <w:rPr>
          <w:rFonts w:ascii="Times New Roman" w:hAnsi="Times New Roman" w:cs="Times New Roman"/>
          <w:sz w:val="24"/>
          <w:szCs w:val="24"/>
          <w:u w:val="single"/>
        </w:rPr>
      </w:pPr>
    </w:p>
    <w:p w14:paraId="05C8D215"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043012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show.</w:t>
      </w:r>
    </w:p>
    <w:p w14:paraId="433BB1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at four-thirty.</w:t>
      </w:r>
    </w:p>
    <w:p w14:paraId="641364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at four-thirty-five.</w:t>
      </w:r>
    </w:p>
    <w:p w14:paraId="5705D5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at four-fucking-thirty-seven.</w:t>
      </w:r>
    </w:p>
    <w:p w14:paraId="15E462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second that ticks by isn’t just time, it’s a match head dragged across my nerves, sparking something sharp and volatile in my chest. The bourbon on the table sits untouched, golden and glowing, mocking me with its silence. My jaw flexes once. Twice. Hard enough I feel it crack.</w:t>
      </w:r>
    </w:p>
    <w:p w14:paraId="7593BD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late.</w:t>
      </w:r>
    </w:p>
    <w:p w14:paraId="3FEB43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Or she’s stupid.</w:t>
      </w:r>
    </w:p>
    <w:p w14:paraId="3F8114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Or she’s testing me.</w:t>
      </w:r>
    </w:p>
    <w:p w14:paraId="560C6D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None of those things end well for her.</w:t>
      </w:r>
    </w:p>
    <w:p w14:paraId="35D400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her have those extra minutes, not because I’m generous, but because I like the feel of the tension. It feeds something dark inside me. Gives it teeth.</w:t>
      </w:r>
    </w:p>
    <w:p w14:paraId="211AC0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at the door.</w:t>
      </w:r>
    </w:p>
    <w:p w14:paraId="1A60E7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 stop staring at the door.</w:t>
      </w:r>
    </w:p>
    <w:p w14:paraId="12A004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 pick up my phone.</w:t>
      </w:r>
    </w:p>
    <w:p w14:paraId="1FE170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almost call her. Thumb hovering over her name, the compulsion sharp and immediate, Where the fuck are you, </w:t>
      </w:r>
      <w:proofErr w:type="spellStart"/>
      <w:r w:rsidRPr="00124F84">
        <w:rPr>
          <w:rFonts w:ascii="Times New Roman" w:hAnsi="Times New Roman" w:cs="Times New Roman"/>
          <w:sz w:val="24"/>
          <w:szCs w:val="24"/>
        </w:rPr>
        <w:t>princesa</w:t>
      </w:r>
      <w:proofErr w:type="spellEnd"/>
      <w:r w:rsidRPr="00124F84">
        <w:rPr>
          <w:rFonts w:ascii="Times New Roman" w:hAnsi="Times New Roman" w:cs="Times New Roman"/>
          <w:sz w:val="24"/>
          <w:szCs w:val="24"/>
        </w:rPr>
        <w:t>? But I don’t press it. She’d like that. She’d think she got under my skin.</w:t>
      </w:r>
    </w:p>
    <w:p w14:paraId="26A92C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she did.</w:t>
      </w:r>
    </w:p>
    <w:p w14:paraId="43255C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not the way she thinks.</w:t>
      </w:r>
    </w:p>
    <w:p w14:paraId="0B67A7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chase.</w:t>
      </w:r>
    </w:p>
    <w:p w14:paraId="229896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beg.</w:t>
      </w:r>
    </w:p>
    <w:p w14:paraId="52D47E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play nice.</w:t>
      </w:r>
    </w:p>
    <w:p w14:paraId="3D1842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corner.</w:t>
      </w:r>
    </w:p>
    <w:p w14:paraId="66B317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punish.</w:t>
      </w:r>
    </w:p>
    <w:p w14:paraId="7FA4D8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make sure the lesson sticks.</w:t>
      </w:r>
    </w:p>
    <w:p w14:paraId="72230A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call Joaquin instead. First ring.</w:t>
      </w:r>
    </w:p>
    <w:p w14:paraId="45666E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“Where is she?”</w:t>
      </w:r>
    </w:p>
    <w:p w14:paraId="05ACE6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left Sinclair hours ago,” he says. “Dropped everything. Emergency at a place called Haven House.”</w:t>
      </w:r>
    </w:p>
    <w:p w14:paraId="55201C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Haven House.</w:t>
      </w:r>
    </w:p>
    <w:p w14:paraId="4BEA5B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fingers start tapping against the table. It’s not casual. It’s controlled. Measured. A warning.</w:t>
      </w:r>
    </w:p>
    <w:p w14:paraId="78D109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w:t>
      </w:r>
      <w:proofErr w:type="gramStart"/>
      <w:r w:rsidRPr="00124F84">
        <w:rPr>
          <w:rFonts w:ascii="Times New Roman" w:hAnsi="Times New Roman" w:cs="Times New Roman"/>
          <w:sz w:val="24"/>
          <w:szCs w:val="24"/>
        </w:rPr>
        <w:t>go</w:t>
      </w:r>
      <w:proofErr w:type="gramEnd"/>
      <w:r w:rsidRPr="00124F84">
        <w:rPr>
          <w:rFonts w:ascii="Times New Roman" w:hAnsi="Times New Roman" w:cs="Times New Roman"/>
          <w:sz w:val="24"/>
          <w:szCs w:val="24"/>
        </w:rPr>
        <w:t xml:space="preserve"> alone?”</w:t>
      </w:r>
    </w:p>
    <w:p w14:paraId="0678F7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“Yeah.”</w:t>
      </w:r>
    </w:p>
    <w:p w14:paraId="69AB1E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“Send the address.”</w:t>
      </w:r>
    </w:p>
    <w:p w14:paraId="64AB6D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hits my phone before he can say anything else. I’m already standing, chair scraping back, the sound sharp enough to make the waiter jump.</w:t>
      </w:r>
    </w:p>
    <w:p w14:paraId="1F8CE1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says something. I don’t hear it. Don’t care.</w:t>
      </w:r>
    </w:p>
    <w:p w14:paraId="7AAF78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Sinclair just chose a building full of broken strangers over me.</w:t>
      </w:r>
    </w:p>
    <w:p w14:paraId="38B138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didn’t cancel. She didn’t explain.</w:t>
      </w:r>
    </w:p>
    <w:p w14:paraId="01C601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vanished.</w:t>
      </w:r>
    </w:p>
    <w:p w14:paraId="24355B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don’t do silence well.</w:t>
      </w:r>
    </w:p>
    <w:p w14:paraId="2DFD83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71B267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Rain stabs down like needles, slicing across the roof of the car with violent rhythm. The city looks different here, older, forgotten. Like it’s held its breath for years and finally exhaled every ugly secret it was paid to bury.</w:t>
      </w:r>
    </w:p>
    <w:p w14:paraId="642F30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townhouse in front of me isn’t much. Red brick. Peeling paint. A door warped by too many winters and too few repairs. No cameras. No guards. Just grief behind closed walls.</w:t>
      </w:r>
    </w:p>
    <w:p w14:paraId="015BF8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Camille’s inside.</w:t>
      </w:r>
    </w:p>
    <w:p w14:paraId="40619E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open the door, step out. The rain doesn’t fall on me, it attacks me. Soaks through my clothes in seconds, clings to my skin like a second, colder layer. My jaw is already dripping; my shirt plastered to my spine. But I walk.</w:t>
      </w:r>
    </w:p>
    <w:p w14:paraId="7C05F2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fuck appearances. I’m not here to be seen.</w:t>
      </w:r>
    </w:p>
    <w:p w14:paraId="0B43D9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here to see what she’s running from.</w:t>
      </w:r>
    </w:p>
    <w:p w14:paraId="44F1CC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Inside, the air is warm, but not in any way that comforts. It smells like bleach trying to cover rot. Like trauma scrubbed raw but still festering under the surface. Too quiet. Too still. The kind of silence that screams.</w:t>
      </w:r>
    </w:p>
    <w:p w14:paraId="0B4CC3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her voice.</w:t>
      </w:r>
    </w:p>
    <w:p w14:paraId="1AEC4C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Soft. Barely there. The kind of voice you only use when you’re handing someone a piece of your soul and praying, they don’t drop it.</w:t>
      </w:r>
    </w:p>
    <w:p w14:paraId="764CA9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was ten….my father had this friend…”</w:t>
      </w:r>
    </w:p>
    <w:p w14:paraId="762195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Everything in me stills.</w:t>
      </w:r>
    </w:p>
    <w:p w14:paraId="016EDD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hallway disappears. My breath cuts off. My spine locks in place.</w:t>
      </w:r>
    </w:p>
    <w:p w14:paraId="153DF6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touched me...hurt me…in ways no adult should ever touch a child. When I threatened to tell, he panicked. Dragged me to the edge of my parents’ yacht… and shoved me into the freezing ocean. In the dark.”</w:t>
      </w:r>
    </w:p>
    <w:p w14:paraId="052762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stop breathing.</w:t>
      </w:r>
    </w:p>
    <w:p w14:paraId="52F9A1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 breath.</w:t>
      </w:r>
    </w:p>
    <w:p w14:paraId="4DB940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 blink.</w:t>
      </w:r>
    </w:p>
    <w:p w14:paraId="56E8EB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Not a single fucking muscle </w:t>
      </w:r>
      <w:proofErr w:type="gramStart"/>
      <w:r w:rsidRPr="00124F84">
        <w:rPr>
          <w:rFonts w:ascii="Times New Roman" w:hAnsi="Times New Roman" w:cs="Times New Roman"/>
          <w:sz w:val="24"/>
          <w:szCs w:val="24"/>
        </w:rPr>
        <w:t>moves</w:t>
      </w:r>
      <w:proofErr w:type="gramEnd"/>
      <w:r w:rsidRPr="00124F84">
        <w:rPr>
          <w:rFonts w:ascii="Times New Roman" w:hAnsi="Times New Roman" w:cs="Times New Roman"/>
          <w:sz w:val="24"/>
          <w:szCs w:val="24"/>
        </w:rPr>
        <w:t>.</w:t>
      </w:r>
    </w:p>
    <w:p w14:paraId="40AA70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then…Rage.</w:t>
      </w:r>
    </w:p>
    <w:p w14:paraId="65ADF9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the loud kind.</w:t>
      </w:r>
    </w:p>
    <w:p w14:paraId="5E5974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fire.</w:t>
      </w:r>
    </w:p>
    <w:p w14:paraId="28D835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t>
      </w:r>
    </w:p>
    <w:p w14:paraId="09952D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burns low.</w:t>
      </w:r>
    </w:p>
    <w:p w14:paraId="3AEF1A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Controlled.</w:t>
      </w:r>
    </w:p>
    <w:p w14:paraId="01E40F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Focused.</w:t>
      </w:r>
      <w:r w:rsidRPr="00124F84">
        <w:rPr>
          <w:rFonts w:ascii="Times New Roman" w:hAnsi="Times New Roman" w:cs="Times New Roman"/>
          <w:sz w:val="24"/>
          <w:szCs w:val="24"/>
        </w:rPr>
        <w:br/>
        <w:t>The kind of rage that builds prisons. That makes men disappear. I can feel it. Rising. Pouring through me in thick, molten waves. Not a flicker. Not a flash. A flood. A silent, violent promise in the shape of blood. I press my back to the wall, fingers digging into the doorframe until they ache, white-knuckled and violent with restraint. My jaw grinds, bones screaming. My pulse? Thunder. Pounding through my skull like war drums.</w:t>
      </w:r>
    </w:p>
    <w:p w14:paraId="253B2F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was ten.</w:t>
      </w:r>
    </w:p>
    <w:p w14:paraId="6A89DF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Ten.</w:t>
      </w:r>
    </w:p>
    <w:p w14:paraId="463F86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Someone touched her. Hurt her.</w:t>
      </w:r>
    </w:p>
    <w:p w14:paraId="0E2A5C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Tried to drown her.</w:t>
      </w:r>
    </w:p>
    <w:p w14:paraId="0A2769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Tried to erase her.</w:t>
      </w:r>
    </w:p>
    <w:p w14:paraId="24FEB9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Small. Scared. Alone. And no one protected her.</w:t>
      </w:r>
    </w:p>
    <w:p w14:paraId="5B2A2A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carried it. Alone.</w:t>
      </w:r>
    </w:p>
    <w:p w14:paraId="7BAFA8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this time.</w:t>
      </w:r>
    </w:p>
    <w:p w14:paraId="1CD7C7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Buried it so deep… and now? She’s giving it to a little girl in a whisper, and she has no idea I’m standing outside this door, hearing the truth she’s never said aloud. A truth I was never meant to have.</w:t>
      </w:r>
    </w:p>
    <w:p w14:paraId="1D0A38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now I do.</w:t>
      </w:r>
    </w:p>
    <w:p w14:paraId="2C151E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back. One breath. Two.</w:t>
      </w:r>
    </w:p>
    <w:p w14:paraId="4150E3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Quiet. Controlled.</w:t>
      </w:r>
    </w:p>
    <w:p w14:paraId="573B8C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answers immediately, tense and alert. “Already there.”</w:t>
      </w:r>
    </w:p>
    <w:p w14:paraId="227BF335" w14:textId="6E5B023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Sinclair. Dig deeper.” My voice is low, deadly in its calm. “I want everything you missed</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every whispered name, every hidden date. Anyone who lingered too long near her, any shadow we overlooked. Leave nothing unturned this time.”</w:t>
      </w:r>
    </w:p>
    <w:p w14:paraId="082DFF97" w14:textId="63AC3A7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hesitant pause echoes on the line. Joaquin’s words are careful, measured. “Kane, we've combed through it twice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67B2F4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rip it apart a third fucking time,” I bite out, fury sharpening every word. “Dig until you're bleeding. Her childhood, her family, her father’s fucking circle. Every connection. Every guest who stepped onto her family’s yacht from the first moment she did. Every bastard who visited the Sinclair house, every set of eyes that watched her grow.”</w:t>
      </w:r>
    </w:p>
    <w:p w14:paraId="57544E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beat of silence, then his voice, hardened and determined.</w:t>
      </w:r>
    </w:p>
    <w:p w14:paraId="585CF3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“Copy that.”</w:t>
      </w:r>
    </w:p>
    <w:p w14:paraId="0108F0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phone creaks in my hand. Cracks spider through the glass from how hard I’m holding it. I don’t even feel it.</w:t>
      </w:r>
    </w:p>
    <w:p w14:paraId="4EF1C7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vision is blurred by rain on the windows, but it might as well be blood.</w:t>
      </w:r>
    </w:p>
    <w:p w14:paraId="2C78E6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this isn’t just hers anymore.</w:t>
      </w:r>
    </w:p>
    <w:p w14:paraId="352D44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ghosts are mine now.</w:t>
      </w:r>
    </w:p>
    <w:p w14:paraId="24B679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 man who put them there?</w:t>
      </w:r>
    </w:p>
    <w:p w14:paraId="07666A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going to find him.</w:t>
      </w:r>
    </w:p>
    <w:p w14:paraId="7F068D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when I do?</w:t>
      </w:r>
    </w:p>
    <w:p w14:paraId="39633A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I’m going to tear him apart so completely the only thing left will be the silence he gave her.</w:t>
      </w:r>
    </w:p>
    <w:p w14:paraId="2ED7D9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29CA9F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texts at 2:03 a.m.</w:t>
      </w:r>
    </w:p>
    <w:p w14:paraId="5D43B3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done. Check your inbox.</w:t>
      </w:r>
    </w:p>
    <w:p w14:paraId="094714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sleep. I don’t pace. I sit in my penthouse with the lights off, soaked clothes long since discarded, a glass of bourbon in my hand and Camille under my skin like a fever I can’t sweat out.</w:t>
      </w:r>
    </w:p>
    <w:p w14:paraId="06FB52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file hits my inbox seconds later. I open it on my tablet, jaw already tight, muscles strung so high I can feel my heartbeat in my teeth.</w:t>
      </w:r>
    </w:p>
    <w:p w14:paraId="728C15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read.</w:t>
      </w:r>
    </w:p>
    <w:p w14:paraId="0328C1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read again.</w:t>
      </w:r>
    </w:p>
    <w:p w14:paraId="4D86C2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log, every social event, every “accidental fall” on a boat. Yacht party manifests, guest lists from Palm Beach to Cannes. Birthday photos. Donor galas. Family vacations. All pristine. All polished. All fake as fuck.</w:t>
      </w:r>
    </w:p>
    <w:p w14:paraId="45D7A7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none of it tells me what I need to know.</w:t>
      </w:r>
    </w:p>
    <w:p w14:paraId="7D3D55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None of it gives me a name.</w:t>
      </w:r>
    </w:p>
    <w:p w14:paraId="34F40C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man who pushed her?</w:t>
      </w:r>
    </w:p>
    <w:p w14:paraId="118F15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man who hurt her?</w:t>
      </w:r>
    </w:p>
    <w:p w14:paraId="3929B1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Gone. Scrubbed. Buried beneath layers of Sinclair money and legacy.</w:t>
      </w:r>
    </w:p>
    <w:p w14:paraId="0F99F5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I have is a blurry security still from a dock camera taken two weeks after the incident. A faceless group of men in suits walking off the family’s yacht. Four men. One boy. None labeled. None identified.</w:t>
      </w:r>
    </w:p>
    <w:p w14:paraId="20667E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hands curl into fists so tight I hear the bones in my fingers crack.</w:t>
      </w:r>
    </w:p>
    <w:p w14:paraId="170151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throw the tablet.</w:t>
      </w:r>
    </w:p>
    <w:p w14:paraId="28AD72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hits the far wall, shatters.</w:t>
      </w:r>
    </w:p>
    <w:p w14:paraId="210051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w:t>
      </w:r>
    </w:p>
    <w:p w14:paraId="244B27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what I feel right now?</w:t>
      </w:r>
    </w:p>
    <w:p w14:paraId="723A33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doesn’t belong in a neat little PDF.</w:t>
      </w:r>
    </w:p>
    <w:p w14:paraId="3DDC74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belongs in blood.</w:t>
      </w:r>
    </w:p>
    <w:p w14:paraId="4D6182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grab my phone, dial Joaquin again.</w:t>
      </w:r>
    </w:p>
    <w:p w14:paraId="30C6B3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answers instantly. Doesn’t breathe. He knows.</w:t>
      </w:r>
    </w:p>
    <w:p w14:paraId="51DFC3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clean,” I say, voice dead calm. The kind of calm that gets people killed. “Too clean.”</w:t>
      </w:r>
    </w:p>
    <w:p w14:paraId="10584B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wiped it,” he replies. “The whole incident. It’s like it never happened. Medical records, trip logs, even payroll. Anyone connected to that night’s either been bought off or buried so deep they’re untouchable.”</w:t>
      </w:r>
    </w:p>
    <w:p w14:paraId="26496B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“Nothing is untouchable,” I snarl. “Not with the right kind of pressure.”</w:t>
      </w:r>
    </w:p>
    <w:p w14:paraId="69AF9E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“I’ve already got feelers out. Black card stuff. Former staff. Quiet money. Might take time.”</w:t>
      </w:r>
    </w:p>
    <w:p w14:paraId="114EF1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give you time,” I say, “but not too much. I want his name, Joaquin. And I want the address where I can make him wish he never fucking existed.”</w:t>
      </w:r>
    </w:p>
    <w:p w14:paraId="1C8341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 crackles down the line. Then:</w:t>
      </w:r>
    </w:p>
    <w:p w14:paraId="72620B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got it.”</w:t>
      </w:r>
    </w:p>
    <w:p w14:paraId="365FE7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hang up.</w:t>
      </w:r>
    </w:p>
    <w:p w14:paraId="18353D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city glows outside my floor-to-ceiling windows, all steel and glitter and delusion. I stare out at it, shirtless, half-drunk on fury, soaked in vengeance.</w:t>
      </w:r>
    </w:p>
    <w:p w14:paraId="4D94D7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was ten.</w:t>
      </w:r>
    </w:p>
    <w:p w14:paraId="6228C5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they left her to rot.</w:t>
      </w:r>
    </w:p>
    <w:p w14:paraId="511E04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bury it.</w:t>
      </w:r>
    </w:p>
    <w:p w14:paraId="07AC34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perform on cue. To smile and wave and be “the Sinclair daughter” while her skin remembered the hands of a man who should have been a fucking corpse. Will be very soon.</w:t>
      </w:r>
    </w:p>
    <w:p w14:paraId="7463F3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397958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soaked in her voice.</w:t>
      </w:r>
    </w:p>
    <w:p w14:paraId="7F520C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whisper, raw and shaking, still echoes in my skull.</w:t>
      </w:r>
    </w:p>
    <w:p w14:paraId="09C195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father had a friend….</w:t>
      </w:r>
    </w:p>
    <w:p w14:paraId="6297BD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hurt me…</w:t>
      </w:r>
    </w:p>
    <w:p w14:paraId="725665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I told him I’d tell…</w:t>
      </w:r>
    </w:p>
    <w:p w14:paraId="776EC3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pushed me over the side of our </w:t>
      </w:r>
      <w:proofErr w:type="gramStart"/>
      <w:r w:rsidRPr="00124F84">
        <w:rPr>
          <w:rFonts w:ascii="Times New Roman" w:hAnsi="Times New Roman" w:cs="Times New Roman"/>
          <w:sz w:val="24"/>
          <w:szCs w:val="24"/>
        </w:rPr>
        <w:t>yacht..</w:t>
      </w:r>
      <w:proofErr w:type="gramEnd"/>
    </w:p>
    <w:p w14:paraId="6F46D0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unhear it. Can’t unsee her kneeling on the floor of that rec room, offering her pain like it was a gift, quiet, trembling truth meant for someone else, not for me. But I took it anyway. Branded it into my fucking bones.</w:t>
      </w:r>
    </w:p>
    <w:p w14:paraId="0ABC06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haven’t moved in hours.</w:t>
      </w:r>
    </w:p>
    <w:p w14:paraId="6A59A1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bourbon’s gone. The glass is warm from how long I’ve been holding it.</w:t>
      </w:r>
    </w:p>
    <w:p w14:paraId="0B88EB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my phone buzzes.</w:t>
      </w:r>
    </w:p>
    <w:p w14:paraId="1ECECB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down at the screen.</w:t>
      </w:r>
    </w:p>
    <w:p w14:paraId="7E5CB5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 – Miami.</w:t>
      </w:r>
    </w:p>
    <w:p w14:paraId="45B785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jaw tightens. I set the glass down, the ice clinking softly like a countdown clock.</w:t>
      </w:r>
    </w:p>
    <w:p w14:paraId="2C955E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never good news when Javi calls me after midnight.</w:t>
      </w:r>
    </w:p>
    <w:p w14:paraId="795CB0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answer, voice tight. “Talk.”</w:t>
      </w:r>
    </w:p>
    <w:p w14:paraId="73F9EE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bad,” he says, clipped, urgency threading his words.</w:t>
      </w:r>
    </w:p>
    <w:p w14:paraId="5647D9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w:t>
      </w:r>
    </w:p>
    <w:p w14:paraId="1D82B4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wouldn't disturb me in New York unless shit was serious.</w:t>
      </w:r>
    </w:p>
    <w:p w14:paraId="3A4C9F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happened?”</w:t>
      </w:r>
    </w:p>
    <w:p w14:paraId="289C7364" w14:textId="05DCFFA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breath comes ragged through the speaker, frustration simmering beneath his tone. “Convoy got hit. The shipment leaving the Everglades warehouse, bound for Little Havana</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guns, coke, cash. Three trucks, full load. Should've been clean, but someone tipped them off. Ambushed us right outside Miami Gardens. Automatic fire, military-grade gear. Precision hit.”</w:t>
      </w:r>
    </w:p>
    <w:p w14:paraId="150381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chest grows tight, heat flooding my veins. I already know the answer before I ask, dread sitting heavily in my gut.</w:t>
      </w:r>
    </w:p>
    <w:p w14:paraId="429DDB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“Casualties?”</w:t>
      </w:r>
    </w:p>
    <w:p w14:paraId="3CF08C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“Six dead on the spot,” Javi says, voice hollow, a carefully controlled anger beneath it. “Three others critical. Docs aren’t optimistic.”</w:t>
      </w:r>
    </w:p>
    <w:p w14:paraId="73442B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close my eyes briefly, jaw clenching until my teeth ache. Six men down. Men who trusted me, men I swore to protect. But something darker tightens in my chest at the edge in Javi’s voice. He’s holding back.</w:t>
      </w:r>
    </w:p>
    <w:p w14:paraId="195288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 I warn. “What aren’t you telling me?”</w:t>
      </w:r>
    </w:p>
    <w:p w14:paraId="0E592A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pause stretches too long. My heartbeat pounds, anticipating the worst. Then, quietly, reluctantly, he speaks.</w:t>
      </w:r>
    </w:p>
    <w:p w14:paraId="0DCAD9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“Mateo was in the lead truck.”</w:t>
      </w:r>
    </w:p>
    <w:p w14:paraId="3A0223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Mateo.</w:t>
      </w:r>
    </w:p>
    <w:p w14:paraId="7F260B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Nineteen years old, attitude for days. A punk kid dealing cheap coke on Calle Ocho when I first spotted him, barely sixteen and tough as nails. Reminded me too damn much of myself at his age. I should’ve walked away, should've left him to the wolves, but instead, I gave him a job and a place to belong.</w:t>
      </w:r>
    </w:p>
    <w:p w14:paraId="71A1AA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now he's dead, lying on asphalt, used as someone's fucking message.</w:t>
      </w:r>
    </w:p>
    <w:p w14:paraId="62075D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“How bad?”</w:t>
      </w:r>
    </w:p>
    <w:p w14:paraId="4F93DD58" w14:textId="03B16EE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“Bad enough his mother won’t recognize him,” Javi bites out, barely restrained fury making his voice shake. “Torres carved him up. Hands, face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made him his fucking billboard.”</w:t>
      </w:r>
    </w:p>
    <w:p w14:paraId="769F48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Cold fury sears through me, blistering beneath my skin. I squeeze the phone so tight my knuckles burn white-hot. Mateo’s face flashes through my mind, the cocky grin, the endless bravado masking a desperate need to belong.</w:t>
      </w:r>
    </w:p>
    <w:p w14:paraId="57AED2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Torres touched mine.</w:t>
      </w:r>
    </w:p>
    <w:p w14:paraId="68D1B9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kid who trusted me. Who died because I let him into my world, let him believe he was safe, that he belonged somewhere. His blood’s on my hands now.</w:t>
      </w:r>
    </w:p>
    <w:p w14:paraId="50C485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“Torres.” The name tastes like poison. “You’re sure?”</w:t>
      </w:r>
    </w:p>
    <w:p w14:paraId="1E4B5B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“Confirmed. Bastard left his mark on Mateo’s chest. Clear as day.”</w:t>
      </w:r>
    </w:p>
    <w:p w14:paraId="4BF024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world goes quiet around me, air thinning, every muscle coiled tight, ready to break. I think of Mateo’s mother, Ana. Small, proud, with tired eyes from working double shifts to raise a kid alone. I’d promised her he was safe with me, that I’d take care of him.</w:t>
      </w:r>
    </w:p>
    <w:p w14:paraId="56BB50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Now I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xml:space="preserve"> deliver him back to her in pieces.</w:t>
      </w:r>
    </w:p>
    <w:p w14:paraId="6B1291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“Clean it,” I say, voice dangerously calm. “No evidence. No loose ends.”</w:t>
      </w:r>
    </w:p>
    <w:p w14:paraId="427146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“Already in motion,” Javi replies. “We’re scrubbing warehouses, rerouting shipments. It’ll be spotless by sunrise.”</w:t>
      </w:r>
    </w:p>
    <w:p w14:paraId="0EA8EB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Mateo’s family…I’ll handle them myself.”</w:t>
      </w:r>
    </w:p>
    <w:p w14:paraId="0163E2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beat of silence stretches between us, heavy and uncomfortable. “You sure about that, Kane?”</w:t>
      </w:r>
    </w:p>
    <w:p w14:paraId="6FF7AA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was mine. My responsibility.”</w:t>
      </w:r>
    </w:p>
    <w:p w14:paraId="0B4817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 sighs, resigned. “We both know Torres won’t stop here. He drew blood, he wants to see if we’ll bite back.”</w:t>
      </w:r>
    </w:p>
    <w:p w14:paraId="67AC14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“Oh, we’ll bite back,” I say, low and lethal, eyes fixed on the city skyline beyond my windows. “He wants blood, I’ll drown him in it.”</w:t>
      </w:r>
    </w:p>
    <w:p w14:paraId="4F9744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Javi’s tone steadies, comforted by violence, reassured by vengeance. “Jet’s waiting at Teterboro. When do we move?”</w:t>
      </w:r>
    </w:p>
    <w:p w14:paraId="792BCC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already walking, grabbing a fresh shirt from my closet, slipping the Glock into my waistband. “Four hours. Have everything set.”</w:t>
      </w:r>
    </w:p>
    <w:p w14:paraId="20468B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“Copy.”</w:t>
      </w:r>
    </w:p>
    <w:p w14:paraId="4D7059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end the call, the phone a dead weight in my hand. The silence in the penthouse feels suffocating now, but as I stand in front of the floor-to-ceiling windows, all I can see is Camille.</w:t>
      </w:r>
    </w:p>
    <w:p w14:paraId="6A190C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haunted, shattered look in her eyes at Haven House. The way her voice broke as she spoke of the past she’d tried so desperately to bury, the wounds hidden behind polished smiles and expensive dresses.</w:t>
      </w:r>
    </w:p>
    <w:p w14:paraId="5DEF40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shouldn't be thinking of her now. Shouldn’t even care, not when Miami’s about to burn and Mateo’s blood demands revenge. But I do.</w:t>
      </w:r>
    </w:p>
    <w:p w14:paraId="3E933E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the same violence that claimed Mateo all those miles away had touched her too, years ago, hidden behind money, status, and power. And I can’t get it out of my head: how someone dared to hurt her, dared to silence her.</w:t>
      </w:r>
    </w:p>
    <w:p w14:paraId="31C2EC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drag a hand down my face, exhaling a sharp, angry breath.</w:t>
      </w:r>
    </w:p>
    <w:p w14:paraId="1DED33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I’m torn in half, pulled between the bloody revenge I owe </w:t>
      </w:r>
      <w:proofErr w:type="gramStart"/>
      <w:r w:rsidRPr="00124F84">
        <w:rPr>
          <w:rFonts w:ascii="Times New Roman" w:hAnsi="Times New Roman" w:cs="Times New Roman"/>
          <w:sz w:val="24"/>
          <w:szCs w:val="24"/>
        </w:rPr>
        <w:t>Mateo</w:t>
      </w:r>
      <w:proofErr w:type="gramEnd"/>
      <w:r w:rsidRPr="00124F84">
        <w:rPr>
          <w:rFonts w:ascii="Times New Roman" w:hAnsi="Times New Roman" w:cs="Times New Roman"/>
          <w:sz w:val="24"/>
          <w:szCs w:val="24"/>
        </w:rPr>
        <w:t xml:space="preserve"> and the brutal vengeance Camille deserves but won’t seek for herself. Two worlds colliding, leaving me standing alone in the wreckage.</w:t>
      </w:r>
    </w:p>
    <w:p w14:paraId="2FCC6C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I grab the keys, step outside, and head toward the elevator. Every step feels heavier, harder, dragging me toward a war that demands blood, while leaving behind the one woman whose silent suffering echoes louder than my rage.</w:t>
      </w:r>
    </w:p>
    <w:p w14:paraId="506EA1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Mateo’s death needs answering, swiftly and mercilessly.</w:t>
      </w:r>
    </w:p>
    <w:p w14:paraId="3F41A0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Camille?</w:t>
      </w:r>
    </w:p>
    <w:p w14:paraId="53B401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I’ll find answers for her, too, no matter how deep I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xml:space="preserve"> cut.</w:t>
      </w:r>
    </w:p>
    <w:p w14:paraId="3B9C7481" w14:textId="77777777" w:rsidR="00351B3C" w:rsidRPr="00124F84" w:rsidRDefault="00351B3C" w:rsidP="00124F84">
      <w:pPr>
        <w:spacing w:line="240" w:lineRule="auto"/>
        <w:rPr>
          <w:rFonts w:ascii="Times New Roman" w:hAnsi="Times New Roman" w:cs="Times New Roman"/>
          <w:sz w:val="24"/>
          <w:szCs w:val="24"/>
        </w:rPr>
      </w:pPr>
    </w:p>
    <w:p w14:paraId="7C2E5C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198EE4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The room is dark when I finally leave Haven House, just a dim porch lamp illuminating the cracked pavement outside. Ava fell asleep exhausted, her tiny body curled up on that beanbag as if she'd finally found a safe place to rest. Marcy promised to watch over her, the gratitude in her eyes enough to make my throat </w:t>
      </w:r>
      <w:proofErr w:type="gramStart"/>
      <w:r w:rsidRPr="00124F84">
        <w:rPr>
          <w:rFonts w:ascii="Times New Roman" w:hAnsi="Times New Roman" w:cs="Times New Roman"/>
          <w:sz w:val="24"/>
          <w:szCs w:val="24"/>
        </w:rPr>
        <w:t>close up</w:t>
      </w:r>
      <w:proofErr w:type="gramEnd"/>
      <w:r w:rsidRPr="00124F84">
        <w:rPr>
          <w:rFonts w:ascii="Times New Roman" w:hAnsi="Times New Roman" w:cs="Times New Roman"/>
          <w:sz w:val="24"/>
          <w:szCs w:val="24"/>
        </w:rPr>
        <w:t xml:space="preserve"> again. But my work isn't done. Ava is just one of dozens, girls who’ve been let down, discarded, or forgotten. Girls, I promised myself I'd protect. </w:t>
      </w:r>
    </w:p>
    <w:p w14:paraId="19F014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 Sinclair Foundation was built for them, but </w:t>
      </w:r>
      <w:proofErr w:type="gramStart"/>
      <w:r w:rsidRPr="00124F84">
        <w:rPr>
          <w:rFonts w:ascii="Times New Roman" w:hAnsi="Times New Roman" w:cs="Times New Roman"/>
          <w:sz w:val="24"/>
          <w:szCs w:val="24"/>
        </w:rPr>
        <w:t>somehow</w:t>
      </w:r>
      <w:proofErr w:type="gramEnd"/>
      <w:r w:rsidRPr="00124F84">
        <w:rPr>
          <w:rFonts w:ascii="Times New Roman" w:hAnsi="Times New Roman" w:cs="Times New Roman"/>
          <w:sz w:val="24"/>
          <w:szCs w:val="24"/>
        </w:rPr>
        <w:t xml:space="preserve"> I'd allowed the true purpose to slip away, overshadowed by fundraisers, galas, and appearances. Out of sight, out of mind. </w:t>
      </w:r>
    </w:p>
    <w:p w14:paraId="2A5382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 more. </w:t>
      </w:r>
    </w:p>
    <w:p w14:paraId="60BBD2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Tonight, beneath the heartbreak and anger, a fire ignites inside me, a determination raw and bright and razor-sharp. I’m done standing quietly in the shadow of a life built by other people's expectations. I’m done letting men like Kane or my father dictate what matters, who matters. Because tonight reminded me exactly why I’m here. I pull out my phone, thumb hovering briefly over my banking app. Kane might've seized control of the foundation’s finances, but he can't control me. </w:t>
      </w:r>
    </w:p>
    <w:p w14:paraId="208DB1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tap the screen, and seconds later, a transfer notification confirms my personal funds moving swiftly into a new emergency account, one entirely mine. Tomorrow morning, I’ll start looking for a safer house, a place these girls can truly call home. No more overcrowded rooms, peeling wallpaper, or broken faucets. No more girls like Ava falling through cracks I'd allowed to widen. The night air is biting, sharp against my skin as I step toward my car, keys clenched in my fist like a lifeline. My breath clouds in front of me, every exhale fierce, hot with resolve.</w:t>
      </w:r>
    </w:p>
    <w:p w14:paraId="76D206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reach my car, I pause, pressing my palms to the icy metal roof, head bowed, eyes shut tight. The frigid air stings my skin, cuts into my bones, but for a brief second, it clears my mind. Focuses me.</w:t>
      </w:r>
    </w:p>
    <w:p w14:paraId="725034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tonight’s conversation with Ava replay in my head, a steady loop that wounds as much as it heals. I’d buried my pain for so long I’d convinced myself it wasn’t there anymore. But seeing Ava, trembling and raw, reminded me how deeply those scars still run. She gave me something tonight, a reminder of the girl I used to be. The girl who survived, even when no one was watching.</w:t>
      </w:r>
    </w:p>
    <w:p w14:paraId="09F99C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owe it to her, to that lost version of myself, to fight harder, to make sure the Ava’s of this world aren’t invisible, aren’t alone.</w:t>
      </w:r>
    </w:p>
    <w:p w14:paraId="47FBDA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phone buzzes sharply against my thigh, startling me back into the present. I pull it out quickly, heart leaping irrationally, but it’s just Lena.</w:t>
      </w:r>
    </w:p>
    <w:p w14:paraId="240321E2"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Hey bitch, you alive? Haven’t seen you in days.</w:t>
      </w:r>
    </w:p>
    <w:p w14:paraId="2737AE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faint smile touches my lips. Lena, blunt and fiercely loyal, is exactly who I need right now. But tonight… tonight the exhaustion runs deeper than I thought. Tonight, I just need silence.</w:t>
      </w:r>
    </w:p>
    <w:p w14:paraId="1E399DD4" w14:textId="77777777" w:rsidR="00351B3C" w:rsidRPr="00124F84" w:rsidRDefault="00351B3C" w:rsidP="00124F84">
      <w:pPr>
        <w:spacing w:line="240" w:lineRule="auto"/>
        <w:rPr>
          <w:rFonts w:ascii="Times New Roman" w:hAnsi="Times New Roman" w:cs="Times New Roman"/>
          <w:b/>
          <w:bCs/>
          <w:i/>
          <w:iCs/>
          <w:sz w:val="24"/>
          <w:szCs w:val="24"/>
        </w:rPr>
      </w:pPr>
      <w:r w:rsidRPr="00124F84">
        <w:rPr>
          <w:rFonts w:ascii="Times New Roman" w:hAnsi="Times New Roman" w:cs="Times New Roman"/>
          <w:b/>
          <w:bCs/>
          <w:i/>
          <w:iCs/>
          <w:sz w:val="24"/>
          <w:szCs w:val="24"/>
        </w:rPr>
        <w:t>Still breathing. Barely. Long story. Drinks tomorrow?</w:t>
      </w:r>
    </w:p>
    <w:p w14:paraId="2368A0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reply is instant.</w:t>
      </w:r>
    </w:p>
    <w:p w14:paraId="7FD15BAD"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Say less. Tomorrow it is. Bring your drama.</w:t>
      </w:r>
    </w:p>
    <w:p w14:paraId="1DB702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out a quiet, shaky laugh, relief chasing the tension in my chest. Lena’s chaos is always better than my quiet suffering.</w:t>
      </w:r>
    </w:p>
    <w:p w14:paraId="10DC05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Sliding into the driver’s seat, I start the engine and crank the heat until warmth chases the chill from my fingers. The city rolls by in a blur of streetlights and distant laughter, lives moving forward even when mine feels frozen in place.</w:t>
      </w:r>
    </w:p>
    <w:p w14:paraId="63D9D6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pull into the driveway, the house is dark, my parents likely asleep, Clara curled safely in bed, dreaming of wedding plans and perfect futures. I climb the stairs slowly, quietly, not wanting to disturb their oblivious peace.</w:t>
      </w:r>
    </w:p>
    <w:p w14:paraId="37196A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 my room, I kick off my shoes and peel away my coat, exhaustion sinking into my muscles. My phone lights again, Lena sending one last text:</w:t>
      </w:r>
    </w:p>
    <w:p w14:paraId="65129CC5"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PS: Your fiancé-to-</w:t>
      </w:r>
      <w:proofErr w:type="gramStart"/>
      <w:r w:rsidRPr="00124F84">
        <w:rPr>
          <w:rFonts w:ascii="Times New Roman" w:hAnsi="Times New Roman" w:cs="Times New Roman"/>
          <w:b/>
          <w:bCs/>
          <w:sz w:val="24"/>
          <w:szCs w:val="24"/>
        </w:rPr>
        <w:t>be was</w:t>
      </w:r>
      <w:proofErr w:type="gramEnd"/>
      <w:r w:rsidRPr="00124F84">
        <w:rPr>
          <w:rFonts w:ascii="Times New Roman" w:hAnsi="Times New Roman" w:cs="Times New Roman"/>
          <w:b/>
          <w:bCs/>
          <w:sz w:val="24"/>
          <w:szCs w:val="24"/>
        </w:rPr>
        <w:t xml:space="preserve"> at the </w:t>
      </w:r>
      <w:proofErr w:type="spellStart"/>
      <w:r w:rsidRPr="00124F84">
        <w:rPr>
          <w:rFonts w:ascii="Times New Roman" w:hAnsi="Times New Roman" w:cs="Times New Roman"/>
          <w:b/>
          <w:bCs/>
          <w:sz w:val="24"/>
          <w:szCs w:val="24"/>
        </w:rPr>
        <w:t>Ashbys</w:t>
      </w:r>
      <w:proofErr w:type="spellEnd"/>
      <w:r w:rsidRPr="00124F84">
        <w:rPr>
          <w:rFonts w:ascii="Times New Roman" w:hAnsi="Times New Roman" w:cs="Times New Roman"/>
          <w:b/>
          <w:bCs/>
          <w:sz w:val="24"/>
          <w:szCs w:val="24"/>
        </w:rPr>
        <w:t xml:space="preserve"> tonight. Nathan said he’s dropping hints about proposing soon. Brace yourself, babe.</w:t>
      </w:r>
    </w:p>
    <w:p w14:paraId="16151E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pulse quickens, stomach twisting painfully. Preston. A proposal. The future I’d convinced myself was mine.</w:t>
      </w:r>
    </w:p>
    <w:p w14:paraId="434905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all feels empty now. Hollow.</w:t>
      </w:r>
    </w:p>
    <w:p w14:paraId="635501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when I close my eyes, I don’t see Preston. I see Ava’s wide, haunted eyes staring back at me, mirroring the truth I’ve been running from: I’m still that scared girl trapped underwater, fighting for air. I still need saving, but maybe now, I’m finally learning to save myself.</w:t>
      </w:r>
    </w:p>
    <w:p w14:paraId="4F2088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off the lights and slip beneath the covers, body heavy with a fatigue deeper than sleep can reach.</w:t>
      </w:r>
    </w:p>
    <w:p w14:paraId="2E3283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Tomorrow, everything changes. Tomorrow, I reclaim control.</w:t>
      </w:r>
    </w:p>
    <w:p w14:paraId="62F752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Ava. For myself.</w:t>
      </w:r>
    </w:p>
    <w:p w14:paraId="45174D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every girl the world has forgotten.</w:t>
      </w:r>
    </w:p>
    <w:p w14:paraId="29FB7B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2FAE48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go to lunch with Lena.</w:t>
      </w:r>
    </w:p>
    <w:p w14:paraId="4C26B9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because I don’t need her, I do, desperately, but because right now, I need myself more. Seeing Ava cracked something open inside me, something raw and painfully real that I’ve spent years burying beneath pearls, diamonds, designer clothes, and carefully prepared statements.</w:t>
      </w:r>
    </w:p>
    <w:p w14:paraId="049864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 I cancel everything.</w:t>
      </w:r>
    </w:p>
    <w:p w14:paraId="654425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Lunch dates, emails, calls, obligations, appearances.</w:t>
      </w:r>
    </w:p>
    <w:p w14:paraId="025564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of it.</w:t>
      </w:r>
    </w:p>
    <w:p w14:paraId="20EC77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even give an excuse. For once, I don’t pretend.</w:t>
      </w:r>
    </w:p>
    <w:p w14:paraId="2AB34F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Instead, I return to Haven House.</w:t>
      </w:r>
    </w:p>
    <w:p w14:paraId="3C0AC0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don’t tell anyone where I’m going, not Lena, not my parents, not Preston, and </w:t>
      </w:r>
      <w:proofErr w:type="gramStart"/>
      <w:r w:rsidRPr="00124F84">
        <w:rPr>
          <w:rFonts w:ascii="Times New Roman" w:hAnsi="Times New Roman" w:cs="Times New Roman"/>
          <w:sz w:val="24"/>
          <w:szCs w:val="24"/>
        </w:rPr>
        <w:t>definitely not</w:t>
      </w:r>
      <w:proofErr w:type="gramEnd"/>
      <w:r w:rsidRPr="00124F84">
        <w:rPr>
          <w:rFonts w:ascii="Times New Roman" w:hAnsi="Times New Roman" w:cs="Times New Roman"/>
          <w:sz w:val="24"/>
          <w:szCs w:val="24"/>
        </w:rPr>
        <w:t xml:space="preserve"> Kane. I simply vanish into quiet purpose.</w:t>
      </w:r>
    </w:p>
    <w:p w14:paraId="037492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spend two days there, rolling up my sleeves and working alongside Marcy and the volunteers. I pour every ounce of my focus and savings into transforming the crumbling building into a place these girls can truly call home. My money, my choices, no strings attached.</w:t>
      </w:r>
    </w:p>
    <w:p w14:paraId="2A168C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tear out old carpeting, replace it with soft rugs and sturdy flooring. I paint walls myself, brushing fresh white primer over dark, stubborn stains until my shoulders ache and my vision blurs. Beds are delivered, with warm quilts that feel like promises when I spread them out, smoothing every wrinkle away. Closets are stocked with clothes that are brand-new, not castoffs, not charity leftovers, but carefully chosen outfits that feel personal, hopeful.</w:t>
      </w:r>
    </w:p>
    <w:p w14:paraId="3E0976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By midnight of the second day, the rec room glows softly, lit by lamps that cast gentle shadows rather than harsh fluorescence. There’s laughter here now, whispers and careful smiles instead of </w:t>
      </w:r>
      <w:r w:rsidRPr="00124F84">
        <w:rPr>
          <w:rFonts w:ascii="Times New Roman" w:hAnsi="Times New Roman" w:cs="Times New Roman"/>
          <w:sz w:val="24"/>
          <w:szCs w:val="24"/>
        </w:rPr>
        <w:lastRenderedPageBreak/>
        <w:t>tense silence. I don’t announce my presence, don’t stand in front of cameras or pose for a press release. I simply place a check on Marcy’s desk, enough to cover eight months of operating costs, then quietly slip out into the rain.</w:t>
      </w:r>
    </w:p>
    <w:p w14:paraId="0C24EF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downpour hits hard, soaking through my coat within seconds, but I don’t run for cover. I walk slowly, deliberately, letting the icy water wash away some of the numbness.</w:t>
      </w:r>
    </w:p>
    <w:p w14:paraId="0014C1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Tonight, everything feels closer. Louder. More honest.</w:t>
      </w:r>
    </w:p>
    <w:p w14:paraId="374559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Memories surface with every step, the past clawing free from the dark place I’d hidden it. The night on the yacht, the cold water, the silence underwater, it floods back so vividly that I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xml:space="preserve"> stop, gasping, bracing myself against a lamppost as if I might drown again, right here on the street.</w:t>
      </w:r>
    </w:p>
    <w:p w14:paraId="7A8E6E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close my eyes, the rain blending with hot tears I refuse to acknowledge.</w:t>
      </w:r>
    </w:p>
    <w:p w14:paraId="452B9F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hurts most isn’t even the trauma itself, it’s the silence after. It’s my mother’s indifferent gaze, smoothing down my hair, shushing me like a misbehaving child. It’s my father’s voice, impatient and dismissive six months later, when he finally bothered to look at me again:</w:t>
      </w:r>
    </w:p>
    <w:p w14:paraId="3596A0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still letting that affect you?”</w:t>
      </w:r>
    </w:p>
    <w:p w14:paraId="6E84FD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 if trauma was a choice. As if survival was something to be ashamed of.</w:t>
      </w:r>
    </w:p>
    <w:p w14:paraId="7F0418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was twelve years old, and that was the first time I understood that surviving wasn’t bravery, it was just expected.</w:t>
      </w:r>
    </w:p>
    <w:p w14:paraId="5B208A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at twenty-four, I’m still surviving. Still smiling on cue. Still chasing approval and hoping for acceptance from people incapable of offering either.</w:t>
      </w:r>
    </w:p>
    <w:p w14:paraId="0A61EF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pull out my phone, my fingers slippery, hovering over Lena’s contact, but even Lena doesn’t know this part of me. I press the phone against my chest, cold and shivering, hating the ache of loneliness inside.</w:t>
      </w:r>
    </w:p>
    <w:p w14:paraId="6A1DF9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summon the car, finally, and ride home in heavy silence, drenched, freezing, and utterly spent. When I slip beneath my covers, my damp hair soaking into the pillow, I stare blankly at the ceiling.</w:t>
      </w:r>
    </w:p>
    <w:p w14:paraId="1B0533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myself, for one painful, unguarded moment, imagine what it might feel like to let someone see me like this. Vulnerable. Raw. Imperfect.</w:t>
      </w:r>
    </w:p>
    <w:p w14:paraId="31908D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Even if that someone is the worst possible choice.</w:t>
      </w:r>
    </w:p>
    <w:p w14:paraId="119892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Especially if that someone is Kane Rivera.</w:t>
      </w:r>
    </w:p>
    <w:p w14:paraId="25351764" w14:textId="77777777" w:rsidR="00351B3C" w:rsidRPr="00124F84" w:rsidRDefault="00351B3C" w:rsidP="00124F84">
      <w:pPr>
        <w:spacing w:line="240" w:lineRule="auto"/>
        <w:rPr>
          <w:rFonts w:ascii="Times New Roman" w:hAnsi="Times New Roman" w:cs="Times New Roman"/>
          <w:sz w:val="24"/>
          <w:szCs w:val="24"/>
        </w:rPr>
      </w:pPr>
    </w:p>
    <w:p w14:paraId="00CF23FC" w14:textId="77777777" w:rsidR="00351B3C" w:rsidRPr="00124F84" w:rsidRDefault="00351B3C" w:rsidP="00124F84">
      <w:pPr>
        <w:spacing w:line="240" w:lineRule="auto"/>
        <w:rPr>
          <w:rFonts w:ascii="Times New Roman" w:hAnsi="Times New Roman" w:cs="Times New Roman"/>
          <w:sz w:val="24"/>
          <w:szCs w:val="24"/>
        </w:rPr>
      </w:pPr>
    </w:p>
    <w:p w14:paraId="25A427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257B19E2"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lastRenderedPageBreak/>
        <w:t>Little Havana, Miami</w:t>
      </w:r>
    </w:p>
    <w:p w14:paraId="7E9CB1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Ana’s apartment door is faded, blue paint peeling. My knuckles rap softly, respectful, knowing exactly what waits behind the wood.</w:t>
      </w:r>
    </w:p>
    <w:p w14:paraId="5C48EB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swings open slowly. Ana’s face brightens, then darkens, confusion bleeding swiftly into dread.</w:t>
      </w:r>
    </w:p>
    <w:p w14:paraId="746C8C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“Mr. Rivera?”</w:t>
      </w:r>
    </w:p>
    <w:p w14:paraId="035B11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“Ana.” My voice is quiet, controlled. “We need to talk.”</w:t>
      </w:r>
    </w:p>
    <w:p w14:paraId="57AF5A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widen, sharp with sudden terror, instinct taking over. “Mateo?”</w:t>
      </w:r>
    </w:p>
    <w:p w14:paraId="7D2D92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sorry.”</w:t>
      </w:r>
    </w:p>
    <w:p w14:paraId="5859C5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stumbles backward, crumbling into herself, fingers clutching a dish towel stained with bleach. Her mouth opens, closes, gasping breaths choking on denial.</w:t>
      </w:r>
    </w:p>
    <w:p w14:paraId="0704A987" w14:textId="4D2D0C24"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no, please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58E851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gone,” I say flatly, the words tasting bitter, metallic. “He died on my watch. My fault.”</w:t>
      </w:r>
    </w:p>
    <w:p w14:paraId="6396C9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Ana shakes her head, grief twisting into rage. She hurls the towel down, anger slicing across her tear-streaked face. “You promised! Promised me you’d keep him safe!”</w:t>
      </w:r>
    </w:p>
    <w:p w14:paraId="2ACECDD1" w14:textId="0C7F762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lied.” I don’t blink. Don’t look away. “But the men responsible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they’ll pay.”</w:t>
      </w:r>
    </w:p>
    <w:p w14:paraId="5ABA90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voice is hoarse, broken. “Make them suffer.”</w:t>
      </w:r>
    </w:p>
    <w:p w14:paraId="4247A7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nod once, promise sealed in blood. “I will.”</w:t>
      </w:r>
    </w:p>
    <w:p w14:paraId="51FCF0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Outside, Joaquin waits silently, eyes cold, ready. I climb into the SUV, darkness heavy in my chest, hand steady as I dial Javi.</w:t>
      </w:r>
    </w:p>
    <w:p w14:paraId="6F9AFC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“Torres. Find him. Alive.”</w:t>
      </w:r>
    </w:p>
    <w:p w14:paraId="27DC89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Javi’s voice is low, ruthless. “He’s already being tracked.”</w:t>
      </w:r>
    </w:p>
    <w:p w14:paraId="5283DD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I’m coming.”</w:t>
      </w:r>
    </w:p>
    <w:p w14:paraId="27E095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6DD636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warehouse reeks of death and diesel. Men shuffle in the shadows, oblivious to their end stalking closer.</w:t>
      </w:r>
    </w:p>
    <w:p w14:paraId="4DE7B6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moves like a ghost beside me, eyes sharp, gun steady. No hesitation. No mercy.</w:t>
      </w:r>
    </w:p>
    <w:p w14:paraId="4D5057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Two guards drop before they even know death has arrived, bullets whisper-quiet, bodies collapsing silently to concrete.</w:t>
      </w:r>
    </w:p>
    <w:p w14:paraId="1E3B0E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stride forward, blood pounding a brutal tempo, methodical violence thrumming beneath my skin. More men fall, shots precise. Clean. Each step toward Torres is calm, relentless, inevitable.</w:t>
      </w:r>
    </w:p>
    <w:p w14:paraId="5A9D3F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sits behind a table, false arrogance masking raw fear. Panic flickers in his eyes when they find mine.</w:t>
      </w:r>
    </w:p>
    <w:p w14:paraId="5DAB43AA" w14:textId="52B360C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0E4FAA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w:t>
      </w:r>
      <w:proofErr w:type="spellStart"/>
      <w:r w:rsidRPr="00124F84">
        <w:rPr>
          <w:rFonts w:ascii="Times New Roman" w:hAnsi="Times New Roman" w:cs="Times New Roman"/>
          <w:sz w:val="24"/>
          <w:szCs w:val="24"/>
        </w:rPr>
        <w:t>fist</w:t>
      </w:r>
      <w:proofErr w:type="spellEnd"/>
      <w:r w:rsidRPr="00124F84">
        <w:rPr>
          <w:rFonts w:ascii="Times New Roman" w:hAnsi="Times New Roman" w:cs="Times New Roman"/>
          <w:sz w:val="24"/>
          <w:szCs w:val="24"/>
        </w:rPr>
        <w:t xml:space="preserve"> crushes into his jaw, splitting skin and bone. Blood sprays, teeth clattering across the floor.</w:t>
      </w:r>
    </w:p>
    <w:p w14:paraId="214501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touched my men.” My voice is ice. Steel.</w:t>
      </w:r>
    </w:p>
    <w:p w14:paraId="6F61CC70" w14:textId="29156C7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wheezes, choking blood. “Wasn’t personal</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15ECD7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grip his throat, squeeze, watching veins bulge, his eyes widen in terror.</w:t>
      </w:r>
    </w:p>
    <w:p w14:paraId="3A1EC7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“Wrong.” I press the gun against his cheekbone, metal biting flesh. “You made it personal.”</w:t>
      </w:r>
    </w:p>
    <w:p w14:paraId="49CA35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plead, beg silently, broken by realization.</w:t>
      </w:r>
    </w:p>
    <w:p w14:paraId="6D6100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pull the trigger once. Twice. Painful, not fatal.</w:t>
      </w:r>
    </w:p>
    <w:p w14:paraId="3D5FAF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screams tear through the warehouse, echoing my message loud and clear. I lean close, voice gentle, a lover’s caress.</w:t>
      </w:r>
    </w:p>
    <w:p w14:paraId="1AD38F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disfigured my boy. I’ll erase your entire existence.”</w:t>
      </w:r>
    </w:p>
    <w:p w14:paraId="413347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Blood pools beneath him, his body twitching. His breath rattles, gasping.</w:t>
      </w:r>
    </w:p>
    <w:p w14:paraId="674A1A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away slowly, leaving him writhing. “Finish it,” I tell Javi, voice cold, empty.</w:t>
      </w:r>
    </w:p>
    <w:p w14:paraId="20EA01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Behind me, the single gunshot echoes like a final heartbeat.</w:t>
      </w:r>
    </w:p>
    <w:p w14:paraId="4C3CB0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Mateo’s death demanded blood.</w:t>
      </w:r>
    </w:p>
    <w:p w14:paraId="4F57C0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Torres’ was only the beginning.</w:t>
      </w:r>
    </w:p>
    <w:p w14:paraId="74783DC7" w14:textId="77777777" w:rsidR="00351B3C" w:rsidRPr="00124F84" w:rsidRDefault="00351B3C" w:rsidP="00124F84">
      <w:pPr>
        <w:spacing w:line="240" w:lineRule="auto"/>
        <w:rPr>
          <w:rFonts w:ascii="Times New Roman" w:hAnsi="Times New Roman" w:cs="Times New Roman"/>
          <w:sz w:val="24"/>
          <w:szCs w:val="24"/>
        </w:rPr>
      </w:pPr>
    </w:p>
    <w:p w14:paraId="43E701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10285E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Blood is a language.</w:t>
      </w:r>
      <w:r w:rsidRPr="00124F84">
        <w:rPr>
          <w:rFonts w:ascii="Times New Roman" w:hAnsi="Times New Roman" w:cs="Times New Roman"/>
          <w:sz w:val="24"/>
          <w:szCs w:val="24"/>
        </w:rPr>
        <w:br/>
        <w:t>And I speak it fluently.</w:t>
      </w:r>
    </w:p>
    <w:p w14:paraId="77CBA0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scar across my body is a sentence. Every corpse I leave behind is punctuation, final, absolute, irrefutable. Power isn’t spoken in this world. It’s carved. It’s buried. It’s earned through bodies that no longer breathe and names that no one dares say aloud.</w:t>
      </w:r>
    </w:p>
    <w:p w14:paraId="59CC7C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tonight?</w:t>
      </w:r>
    </w:p>
    <w:p w14:paraId="14D881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Torres is just another period in a paragraph that ends with my fucking name.</w:t>
      </w:r>
    </w:p>
    <w:p w14:paraId="50FB0D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silence that follows his execution doesn’t feel like peace. It feels like pressure. Tight. Searing. My blood hums, teeth grit, fists twitching at my sides, because I’m still not satisfied.</w:t>
      </w:r>
    </w:p>
    <w:p w14:paraId="4A37FD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death didn’t fix it.</w:t>
      </w:r>
    </w:p>
    <w:p w14:paraId="610253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Didn’t fix Mateo.</w:t>
      </w:r>
    </w:p>
    <w:p w14:paraId="313B0D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Didn’t fix her.</w:t>
      </w:r>
    </w:p>
    <w:p w14:paraId="41724D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down at the ruin we’ve made. Torres and his crew laid out like animals in a slaughterhouse. Bullet holes clean. Controlled. Each shot placed exactly where I wanted it, between the eyes, beneath the chin, straight through the throat. A lesson written in lead.</w:t>
      </w:r>
    </w:p>
    <w:p w14:paraId="590884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 wipes down his Glock without looking at me.</w:t>
      </w:r>
    </w:p>
    <w:p w14:paraId="36D20C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“Next?” he asks.</w:t>
      </w:r>
    </w:p>
    <w:p w14:paraId="332578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the thing about him. He doesn’t need context. Doesn’t need motive. He just knows when the beast inside me still hasn’t fed enough.</w:t>
      </w:r>
    </w:p>
    <w:p w14:paraId="3F8A24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“Ramos,” I say, voice low, the name heavy in my mouth. “He gave Torres the drop.”</w:t>
      </w:r>
    </w:p>
    <w:p w14:paraId="3198A5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 doesn’t blink. Just nods, already reaching for his phone.</w:t>
      </w:r>
    </w:p>
    <w:p w14:paraId="480D7E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Outside, dawn starts to crawl over the city. Pathetic light. Weak. Like it knows it doesn’t belong here. Miami’s not for sunrises, it’s for shadows. Heat. Blood thickening in alleys before the world wakes up.</w:t>
      </w:r>
    </w:p>
    <w:p w14:paraId="48BD2B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light a cigarette I won’t finish, the smoke dragging through my lungs like penance. Mateo’s face flashes behind my eyes. Too young. Too cocky. Too loyal. And now?</w:t>
      </w:r>
    </w:p>
    <w:p w14:paraId="1C3EDC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Ash and bone.</w:t>
      </w:r>
    </w:p>
    <w:p w14:paraId="32A122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of Ramos.</w:t>
      </w:r>
    </w:p>
    <w:p w14:paraId="6AC701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because I was too distracted.</w:t>
      </w:r>
    </w:p>
    <w:p w14:paraId="6F87AB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while Mateo bled out on the pavement, I was in New York watching Camille unravel at the seams, eyes glassy, voice shaking, speaking truth she didn’t know I could hear.</w:t>
      </w:r>
    </w:p>
    <w:p w14:paraId="42CA15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said he touched her.</w:t>
      </w:r>
    </w:p>
    <w:p w14:paraId="5DB51E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I’m here. Hunting ghosts in heat and concrete. Trying to make things right when nothing ever will be.</w:t>
      </w:r>
    </w:p>
    <w:p w14:paraId="085BC6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43CCDE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Ramos is already waiting when I walk in.</w:t>
      </w:r>
    </w:p>
    <w:p w14:paraId="25710D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always are.</w:t>
      </w:r>
    </w:p>
    <w:p w14:paraId="7D102B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Wrist-bound, duct tape around the ankles, eyes wide and wet. He’s sweating like a man who knows what’s coming but is praying for a different ending.</w:t>
      </w:r>
    </w:p>
    <w:p w14:paraId="705E1E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Bad news, pendejo.</w:t>
      </w:r>
    </w:p>
    <w:p w14:paraId="65D37F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You don’t get prayers. You get me.</w:t>
      </w:r>
    </w:p>
    <w:p w14:paraId="7DCA2D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he rasps, jerking desperately against the restraints.</w:t>
      </w:r>
    </w:p>
    <w:p w14:paraId="502F98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“Shut up.” My voice is soft, casual. It makes him </w:t>
      </w:r>
      <w:proofErr w:type="gramStart"/>
      <w:r w:rsidRPr="00124F84">
        <w:rPr>
          <w:rFonts w:ascii="Times New Roman" w:hAnsi="Times New Roman" w:cs="Times New Roman"/>
          <w:sz w:val="24"/>
          <w:szCs w:val="24"/>
        </w:rPr>
        <w:t>freeze,</w:t>
      </w:r>
      <w:proofErr w:type="gramEnd"/>
      <w:r w:rsidRPr="00124F84">
        <w:rPr>
          <w:rFonts w:ascii="Times New Roman" w:hAnsi="Times New Roman" w:cs="Times New Roman"/>
          <w:sz w:val="24"/>
          <w:szCs w:val="24"/>
        </w:rPr>
        <w:t xml:space="preserve"> every muscle locked with dread.</w:t>
      </w:r>
    </w:p>
    <w:p w14:paraId="4CFD30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circle him slowly, feeling his pulse spike with every deliberate step. This part, the anticipation, is always sweetest.</w:t>
      </w:r>
    </w:p>
    <w:p w14:paraId="283F08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sold me out,” I say quietly. “Gave Torres everything…my shipments, Mateo.”</w:t>
      </w:r>
    </w:p>
    <w:p w14:paraId="154332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Ramos shakes his head frantically, pleading. “I swear, it wasn’t personal…”</w:t>
      </w:r>
    </w:p>
    <w:p w14:paraId="4DF2E9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in, my face inches from his, my voice barely above a whisper. “Betrayal’s always personal.”</w:t>
      </w:r>
    </w:p>
    <w:p w14:paraId="7AE457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starts babbling, bullshit spilling from his lips. “Please, Kane…”</w:t>
      </w:r>
    </w:p>
    <w:p w14:paraId="24FB66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hit him once, sharp and precise. His teeth slice </w:t>
      </w:r>
      <w:proofErr w:type="gramStart"/>
      <w:r w:rsidRPr="00124F84">
        <w:rPr>
          <w:rFonts w:ascii="Times New Roman" w:hAnsi="Times New Roman" w:cs="Times New Roman"/>
          <w:sz w:val="24"/>
          <w:szCs w:val="24"/>
        </w:rPr>
        <w:t>open</w:t>
      </w:r>
      <w:proofErr w:type="gramEnd"/>
      <w:r w:rsidRPr="00124F84">
        <w:rPr>
          <w:rFonts w:ascii="Times New Roman" w:hAnsi="Times New Roman" w:cs="Times New Roman"/>
          <w:sz w:val="24"/>
          <w:szCs w:val="24"/>
        </w:rPr>
        <w:t xml:space="preserve"> my knuckles, blood splatters across the floor. The crack of his skull against concrete makes a satisfying sound.</w:t>
      </w:r>
    </w:p>
    <w:p w14:paraId="5B8D0F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screams. Beautiful, agonized.</w:t>
      </w:r>
    </w:p>
    <w:p w14:paraId="4D9DE1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 calmly lifts Ramos’s chair upright again, positioning him for more. The traitor’s breathing comes ragged, panicked. Blood runs thick from his broken mouth, mixing with his tears.</w:t>
      </w:r>
    </w:p>
    <w:p w14:paraId="3CD6D9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killed Mateo,” I say flatly. “Nineteen. You carved a message into him. A message for me.”</w:t>
      </w:r>
    </w:p>
    <w:p w14:paraId="19544C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“Torres…Torres forced me,” he sobs desperately, pleading eyes locked on mine. “I swear, please…”</w:t>
      </w:r>
    </w:p>
    <w:p w14:paraId="520EA7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“Torres is dead,” I cut him off calmly. “But don’t worry. You’ll see him soon enough.”</w:t>
      </w:r>
    </w:p>
    <w:p w14:paraId="174CD4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Ramos shakes his head violently. “Please, just end it…”</w:t>
      </w:r>
    </w:p>
    <w:p w14:paraId="79722C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slowly, coldly. “Death is mercy. You’re not getting mercy tonight.”</w:t>
      </w:r>
    </w:p>
    <w:p w14:paraId="2C1024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 pulls out his blade, steel catching dim light, sharp edge gleaming. Ramos sees it, chokes on a scream. The first cut comes smoothly, perfectly calculated.</w:t>
      </w:r>
    </w:p>
    <w:p w14:paraId="025109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Ramos’s agony echoes off the concrete walls, a high-pitched wail filling the space. Exactly the sound I need.</w:t>
      </w:r>
    </w:p>
    <w:p w14:paraId="79E00F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“Make sure he feels every second,” I tell Javi, voice cold, lethal. “Then send what’s left </w:t>
      </w:r>
      <w:proofErr w:type="gramStart"/>
      <w:r w:rsidRPr="00124F84">
        <w:rPr>
          <w:rFonts w:ascii="Times New Roman" w:hAnsi="Times New Roman" w:cs="Times New Roman"/>
          <w:sz w:val="24"/>
          <w:szCs w:val="24"/>
        </w:rPr>
        <w:t>to</w:t>
      </w:r>
      <w:proofErr w:type="gramEnd"/>
      <w:r w:rsidRPr="00124F84">
        <w:rPr>
          <w:rFonts w:ascii="Times New Roman" w:hAnsi="Times New Roman" w:cs="Times New Roman"/>
          <w:sz w:val="24"/>
          <w:szCs w:val="24"/>
        </w:rPr>
        <w:t xml:space="preserve"> Torres’s people as a fucking postcard.”</w:t>
      </w:r>
    </w:p>
    <w:p w14:paraId="23BF3A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“Done.”</w:t>
      </w:r>
    </w:p>
    <w:p w14:paraId="7A26D1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outside into the sticky Miami air, the traitor’s screams still ringing faintly behind me.</w:t>
      </w:r>
    </w:p>
    <w:p w14:paraId="3E4B3A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 feel something.</w:t>
      </w:r>
    </w:p>
    <w:p w14:paraId="671408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Satisfaction, closure. Anything.</w:t>
      </w:r>
    </w:p>
    <w:p w14:paraId="069604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Instead, there’s just a gaping emptiness, and in that emptiness sits Camille, the whisper of her voice raw in my memory.</w:t>
      </w:r>
    </w:p>
    <w:p w14:paraId="443EC2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pain is the one I can’t erase.</w:t>
      </w:r>
    </w:p>
    <w:p w14:paraId="36A59A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Mateo is avenged, but she’s still waiting.</w:t>
      </w:r>
    </w:p>
    <w:p w14:paraId="0A1397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every breath between now and the moment I see her again is too fucking long.</w:t>
      </w:r>
    </w:p>
    <w:p w14:paraId="2CABAF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516E64CA"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lastRenderedPageBreak/>
        <w:t>Chapter Eight</w:t>
      </w:r>
    </w:p>
    <w:p w14:paraId="131D8AFA" w14:textId="77777777" w:rsidR="00351B3C" w:rsidRPr="00124F84" w:rsidRDefault="00351B3C" w:rsidP="00124F84">
      <w:pPr>
        <w:spacing w:line="240" w:lineRule="auto"/>
        <w:rPr>
          <w:rFonts w:ascii="Times New Roman" w:hAnsi="Times New Roman" w:cs="Times New Roman"/>
          <w:sz w:val="24"/>
          <w:szCs w:val="24"/>
          <w:u w:val="single"/>
        </w:rPr>
      </w:pPr>
    </w:p>
    <w:p w14:paraId="6F695A61"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37BD38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“So, are we just </w:t>
      </w:r>
      <w:proofErr w:type="spellStart"/>
      <w:r w:rsidRPr="00124F84">
        <w:rPr>
          <w:rFonts w:ascii="Times New Roman" w:hAnsi="Times New Roman" w:cs="Times New Roman"/>
          <w:sz w:val="24"/>
          <w:szCs w:val="24"/>
        </w:rPr>
        <w:t>gonna</w:t>
      </w:r>
      <w:proofErr w:type="spellEnd"/>
      <w:r w:rsidRPr="00124F84">
        <w:rPr>
          <w:rFonts w:ascii="Times New Roman" w:hAnsi="Times New Roman" w:cs="Times New Roman"/>
          <w:sz w:val="24"/>
          <w:szCs w:val="24"/>
        </w:rPr>
        <w:t xml:space="preserve"> watch you mentally fuck your phone all night, or do you plan to rejoin us sometime soon?”</w:t>
      </w:r>
    </w:p>
    <w:p w14:paraId="713F5423" w14:textId="7B66A16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Lena’s words slash straight through the low-lit, leather-bound lounge. Her dark eyes glitter, the flicker of candlelight making her winged eyeliner shimmer wickedly as she arches one perfectly sculpted brow. Lena Wilder, wild</w:t>
      </w:r>
      <w:r w:rsidR="00124F84">
        <w:rPr>
          <w:rFonts w:ascii="Times New Roman" w:hAnsi="Times New Roman" w:cs="Times New Roman"/>
          <w:sz w:val="24"/>
          <w:szCs w:val="24"/>
        </w:rPr>
        <w:t xml:space="preserve"> blond</w:t>
      </w:r>
      <w:r w:rsidRPr="00124F84">
        <w:rPr>
          <w:rFonts w:ascii="Times New Roman" w:hAnsi="Times New Roman" w:cs="Times New Roman"/>
          <w:sz w:val="24"/>
          <w:szCs w:val="24"/>
        </w:rPr>
        <w:t xml:space="preserve"> curls cascading down her bare shoulders, flawless peaches and cream skin illuminated like an Instagram filter, knows exactly how to turn brutal honesty into an art form.</w:t>
      </w:r>
    </w:p>
    <w:p w14:paraId="258BBE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shove my phone face-down on the table, rolling my eyes hard enough to bruise. “Dramatic much?”</w:t>
      </w:r>
    </w:p>
    <w:p w14:paraId="7D292A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“Bitch, always.” Lena smirks lazily, sipping her martini as she leans back, crossing toned legs wrapped in black leather pants so tight they could double as a second skin. “But I’m not wrong. You’re giving major ‘waiting-on-a-booty-call’ energy, and it’s honestly embarrassing.”</w:t>
      </w:r>
    </w:p>
    <w:p w14:paraId="2F3EE9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Noelle snickers loudly, nearly choking on her cosmopolitan. Petite and blonde, looking like she just stepped off a private jet from Saint-Tropez, she flicks a strand of silky hair behind her shoulder. “Seriously, Cami, if Preston’s playing fuckboy games, he needs to go. Immediately.”</w:t>
      </w:r>
    </w:p>
    <w:p w14:paraId="1BA0DB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groan, grabbing my cocktail with a desperation that’s anything but subtle. “Guys, I swear…Preston’s not the problem.”</w:t>
      </w:r>
    </w:p>
    <w:p w14:paraId="050CC7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Lena’s voice is dripping with amused skepticism. “Then why are you so tragically moody? You’ve barely looked at your overpriced cocktail, you flinch every time your phone buzzes, and you haven’t laughed at any of my jokes, clearly, there’s a crisis.”</w:t>
      </w:r>
    </w:p>
    <w:p w14:paraId="5640A5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“Clearly,” Noelle agrees, nodding seriously. “She’s funnier when you’re sober, babe. It’s scary.”</w:t>
      </w:r>
    </w:p>
    <w:p w14:paraId="09085F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“Rude,” Lena shoots back, lips twitching. “But accurate.”</w:t>
      </w:r>
    </w:p>
    <w:p w14:paraId="213A11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“Can we not do this tonight?” I plead, swirling my straw aggressively through crushed ice. “We’re supposed to be having fun.”</w:t>
      </w:r>
    </w:p>
    <w:p w14:paraId="4BC9EE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are having fun,” Lena counters smoothly. “This is my fun. Bullying you into emotional honesty.”</w:t>
      </w:r>
    </w:p>
    <w:p w14:paraId="1CD300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sigh dramatically, feigning boredom even as heat climbs steadily up my cheeks. I glance around the lounge, filled with beautiful people talking in hushed voices, the bass-heavy beat beneath their conversations matching the frantic rhythm of my heart. My phone stays stubbornly dark, Kane’s last message weeks old but still fresh enough to haunt every breath: </w:t>
      </w:r>
    </w:p>
    <w:p w14:paraId="65B8D3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Dream of me, Princesa.</w:t>
      </w:r>
    </w:p>
    <w:p w14:paraId="7E9E28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I hate him.</w:t>
      </w:r>
    </w:p>
    <w:p w14:paraId="147588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Almost as much as I want him.</w:t>
      </w:r>
    </w:p>
    <w:p w14:paraId="7C0FBC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 leans in again, relentless. “Okay, bitch, listen. I’ve known you since we were seventeen, drunk on stolen champagne at that godawful gala, hiding from your mom. You can lie to your Instagram followers, but you can’t lie to me.”</w:t>
      </w:r>
    </w:p>
    <w:p w14:paraId="02B318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mom still hates you, you know,” I say dryly, desperately trying to derail the conversation.</w:t>
      </w:r>
    </w:p>
    <w:p w14:paraId="2BB69D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“Shocker.” Lena rolls her eyes, unfazed. “My dad is a washed-up eighties drummer who still does coke off guitars, and my mom literally got famous for fucking on camera. I’m every bougie mother’s nightmare, especially yours.”</w:t>
      </w:r>
    </w:p>
    <w:p w14:paraId="17C060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love you anyway.” I smile sweetly, batting my lashes at her exaggeratedly.</w:t>
      </w:r>
    </w:p>
    <w:p w14:paraId="4A3BD8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“Nice try,” Lena scoffs. “But you’re still not off the hook. Is Preston finally locking it down, or are you about to have a midlife crisis at twenty-four?”</w:t>
      </w:r>
    </w:p>
    <w:p w14:paraId="74E3B4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“Midlife?” Noelle wrinkles her nose, taking a sip of her drink. “God, is twenty-four considered midlife now? Kill me.”</w:t>
      </w:r>
    </w:p>
    <w:p w14:paraId="5E7EC4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is when you’re Camille Sinclair,” Lena quips, smirking wickedly. “She was born middle-aged.”</w:t>
      </w:r>
    </w:p>
    <w:p w14:paraId="4048B0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off,” I laugh, finally relaxing enough to breathe. “Preston isn’t the issue. Things are…fine.”</w:t>
      </w:r>
    </w:p>
    <w:p w14:paraId="3FA7B1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“Fine?” Lena echoes, voice dripping disdain. “You realize that’s the least convincing word in the English language, right? Like, right up there with ‘I’ll pull out’ and ‘just the tip.’”</w:t>
      </w:r>
    </w:p>
    <w:p w14:paraId="1F470E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Noelle bursts into laughter, covering her mouth with a delicate hand as several people at nearby tables glance over. “Oh my God, Lena!”</w:t>
      </w:r>
    </w:p>
    <w:p w14:paraId="03F139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Lena shrugs, smiling smugly. “I’m just saying, ‘fine’ doesn’t exactly scream passionate romance. Sounds more like you’re deciding between beige paint samples.”</w:t>
      </w:r>
    </w:p>
    <w:p w14:paraId="5848BC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I like beige,” I mutter stubbornly, cheeks flaming.</w:t>
      </w:r>
    </w:p>
    <w:p w14:paraId="7982AD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babe, you don’t,” Lena says decisively, eyeing me knowingly. “I’ve seen your lingerie drawer. Nothing beige there. It’s giving red-lace-and-regret vibes.”</w:t>
      </w:r>
    </w:p>
    <w:p w14:paraId="2548BB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impossible.” I roll my eyes again, desperately fighting off the grin tugging at my lips. Lena always saw straight through my bullshit. Always knew exactly how to peel back the polished, composed façade I’d spent my life perfecting.</w:t>
      </w:r>
    </w:p>
    <w:p w14:paraId="7247A6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know.” Lena smiles softly, eyes bright with genuine affection. “But you love me anyway. Now tell us why </w:t>
      </w:r>
      <w:proofErr w:type="gramStart"/>
      <w:r w:rsidRPr="00124F84">
        <w:rPr>
          <w:rFonts w:ascii="Times New Roman" w:hAnsi="Times New Roman" w:cs="Times New Roman"/>
          <w:sz w:val="24"/>
          <w:szCs w:val="24"/>
        </w:rPr>
        <w:t>you’re</w:t>
      </w:r>
      <w:proofErr w:type="gramEnd"/>
      <w:r w:rsidRPr="00124F84">
        <w:rPr>
          <w:rFonts w:ascii="Times New Roman" w:hAnsi="Times New Roman" w:cs="Times New Roman"/>
          <w:sz w:val="24"/>
          <w:szCs w:val="24"/>
        </w:rPr>
        <w:t xml:space="preserve"> eye-fucking your phone so hard, or I’ll assume it’s something scandalous and amazing.”</w:t>
      </w:r>
    </w:p>
    <w:p w14:paraId="41C13D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bite my lip, stifling another smile, even as Kane’s dark eyes and whispered commands flash through my mind. What he’d done to me in his penthouse, what he’d done in the back of his Rolls Royce, still burned beneath my skin. Filthy. Unforgettable. And completely </w:t>
      </w:r>
      <w:proofErr w:type="spellStart"/>
      <w:r w:rsidRPr="00124F84">
        <w:rPr>
          <w:rFonts w:ascii="Times New Roman" w:hAnsi="Times New Roman" w:cs="Times New Roman"/>
          <w:sz w:val="24"/>
          <w:szCs w:val="24"/>
        </w:rPr>
        <w:t>unshareable</w:t>
      </w:r>
      <w:proofErr w:type="spellEnd"/>
      <w:r w:rsidRPr="00124F84">
        <w:rPr>
          <w:rFonts w:ascii="Times New Roman" w:hAnsi="Times New Roman" w:cs="Times New Roman"/>
          <w:sz w:val="24"/>
          <w:szCs w:val="24"/>
        </w:rPr>
        <w:t>.</w:t>
      </w:r>
    </w:p>
    <w:p w14:paraId="2D5CE6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“It’s nothing scandalous,” I lie easily. “Just busy with…stuff.”</w:t>
      </w:r>
    </w:p>
    <w:p w14:paraId="601290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“Stuff,” Lena repeats, eyes narrowing suspiciously. “Sure. Whatever helps you sleep at night, Cam.”</w:t>
      </w:r>
    </w:p>
    <w:p w14:paraId="4332A0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Noelle taps her manicured nails impatiently on the tabletop. “Enough interrogation. New topic, please. I didn’t wear these heels tonight just to sit around psychoanalyzing Camille’s tragic love life.”</w:t>
      </w:r>
    </w:p>
    <w:p w14:paraId="08334D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 huffs dramatically, flipping her wild curls back with a flourish. “Fine. Noelle, entertain us with your latest dating tragedy. Please tell me it’s even worse than the polo player who thought Gucci was a breed of dog.”</w:t>
      </w:r>
    </w:p>
    <w:p w14:paraId="333A5A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Noelle groans, slumping theatrically back against the booth. “You wish. This one wore a Patek Philippe watch, except it was fake and spelled ‘Philippe’ wrong. He said he bought it on a ‘business trip’ to Chinatown.”</w:t>
      </w:r>
    </w:p>
    <w:p w14:paraId="60A516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nearly choke on my laughter, shoulders shaking as Lena’s head drops forward, a defeated sigh escaping her lips. “Truly tragic. Why do all your dates sound like bad Netflix shows?”</w:t>
      </w:r>
    </w:p>
    <w:p w14:paraId="384EB1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my taste is worse than Camille’s right now,” Noelle says pointedly, wiggling her brows at me.</w:t>
      </w:r>
    </w:p>
    <w:p w14:paraId="3DF885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lift my drink in a sarcastic toast. “Impossible. No one’s taste is worse than mine, remember? I’m beige and boring.”</w:t>
      </w:r>
    </w:p>
    <w:p w14:paraId="0233AF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“True story,” Lena agrees smugly, raising her glass. “To Camille, our favorite emotional disaster in designer heels.”</w:t>
      </w:r>
    </w:p>
    <w:p w14:paraId="13F2AA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“Cheers,” Noelle giggles, clinking her glass against Lena’s.</w:t>
      </w:r>
    </w:p>
    <w:p w14:paraId="5F891E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 </w:t>
      </w:r>
      <w:proofErr w:type="gramStart"/>
      <w:r w:rsidRPr="00124F84">
        <w:rPr>
          <w:rFonts w:ascii="Times New Roman" w:hAnsi="Times New Roman" w:cs="Times New Roman"/>
          <w:sz w:val="24"/>
          <w:szCs w:val="24"/>
        </w:rPr>
        <w:t>guys</w:t>
      </w:r>
      <w:proofErr w:type="gramEnd"/>
      <w:r w:rsidRPr="00124F84">
        <w:rPr>
          <w:rFonts w:ascii="Times New Roman" w:hAnsi="Times New Roman" w:cs="Times New Roman"/>
          <w:sz w:val="24"/>
          <w:szCs w:val="24"/>
        </w:rPr>
        <w:t xml:space="preserve"> suck,” I mutter, hiding a reluctant grin behind my cocktail glass.</w:t>
      </w:r>
    </w:p>
    <w:p w14:paraId="2A6361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love us.” Lena’s eyes sparkle mischievously. “Besides, someone has to save you from turning into your mother.”</w:t>
      </w:r>
    </w:p>
    <w:p w14:paraId="41AAC3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shudder dramatically. “Low blow, Lena.”</w:t>
      </w:r>
    </w:p>
    <w:p w14:paraId="4F29EF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“Necessary blow,” she counters, smiling unapologetically. “We’re not letting you lose yourself in some vanilla life where beige is considered spicy.”</w:t>
      </w:r>
    </w:p>
    <w:p w14:paraId="16CE1E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Noelle leans closer, blue eyes twinkling wickedly. “Maybe Preston’s secretly kinky. Like, closet red room vibes. Or at least a dark grey room. Maybe he’s secretly edgy.”</w:t>
      </w:r>
    </w:p>
    <w:p w14:paraId="7C84A4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choke on my laugh. “The edgiest thing about Preston Caldwell is that he once wore a navy blazer instead of black to a fundraiser. My mother almost fainted.”</w:t>
      </w:r>
    </w:p>
    <w:p w14:paraId="07A733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 snorts into her drink, shaking her head. “Girl, I’d die. Honestly, it’s tragic. Tell me again why we like Preston?”</w:t>
      </w:r>
    </w:p>
    <w:p w14:paraId="345EDD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“We don’t,” Noelle whispers conspiratorially. “We just pretend because Camille seems determined to like him.”</w:t>
      </w:r>
    </w:p>
    <w:p w14:paraId="36561F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roll my eyes, smiling despite myself. Lena grins triumphantly, gesturing dramatically with her glass. “And that’s why you need us, babe. Someone </w:t>
      </w:r>
      <w:proofErr w:type="gramStart"/>
      <w:r w:rsidRPr="00124F84">
        <w:rPr>
          <w:rFonts w:ascii="Times New Roman" w:hAnsi="Times New Roman" w:cs="Times New Roman"/>
          <w:sz w:val="24"/>
          <w:szCs w:val="24"/>
        </w:rPr>
        <w:t>has to</w:t>
      </w:r>
      <w:proofErr w:type="gramEnd"/>
      <w:r w:rsidRPr="00124F84">
        <w:rPr>
          <w:rFonts w:ascii="Times New Roman" w:hAnsi="Times New Roman" w:cs="Times New Roman"/>
          <w:sz w:val="24"/>
          <w:szCs w:val="24"/>
        </w:rPr>
        <w:t xml:space="preserve"> be honest. Can you imagine spending your whole life pretending navy blazers are a personality?”</w:t>
      </w:r>
    </w:p>
    <w:p w14:paraId="2104E8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Noelle shivers dramatically. “Oh god, nightmare fuel.”</w:t>
      </w:r>
    </w:p>
    <w:p w14:paraId="544C91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laugh, and despite the ache in my chest, despite the dark, unread screen of my phone, I finally feel myself relaxing. Lena always knew exactly how to distract me, how to ease the storm raging just beneath my carefully maintained exterior. She’d always seen through me, past the shiny Sinclair name, past my practiced smiles and carefully worded lies.</w:t>
      </w:r>
    </w:p>
    <w:p w14:paraId="187E10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just doesn’t know the truth tonight. Doesn’t know that the reason my pulse spikes each time my phone lights up isn’t Preston’s boring, predictable texts. It’s Kane’s silence, deafening and torturous.</w:t>
      </w:r>
    </w:p>
    <w:p w14:paraId="3754E9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 Lena announces brightly, refilling her glass. “Enough of Camille’s sad beige romance. Let’s talk about mine. Because there isn’t one, and frankly, that’s unacceptable.”</w:t>
      </w:r>
    </w:p>
    <w:p w14:paraId="4F904C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laugh softly, grateful for the reprieve, even if I know it’s temporary. “You realize your standards are impossible, right?”</w:t>
      </w:r>
    </w:p>
    <w:p w14:paraId="6DE2A7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“Nope,” Lena replies decisively. “I just need a man who’s taller than me in heels, has at least three tattoos, a real watch…Noelle, take notes, and can survive dinner with my mom.”</w:t>
      </w:r>
    </w:p>
    <w:p w14:paraId="2B2EE6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luck,” Noelle says dryly. “Does this mythical creature also have a trust fund?”</w:t>
      </w:r>
    </w:p>
    <w:p w14:paraId="41591A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“Preferably,” Lena deadpans. “But honestly, at this point, I’d settle for someone who doesn’t Snapchat me gym selfies and dick pics at midnight.”</w:t>
      </w:r>
    </w:p>
    <w:p w14:paraId="126A78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shake my head, smiling genuinely for the first time tonight. Lena’s chaos was exactly the distraction I needed. Exactly the kind of fierce loyalty and unapologetic honesty my life lacked everywhere else.</w:t>
      </w:r>
    </w:p>
    <w:p w14:paraId="198C33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tonight, maybe I can forget Kane Rivera and his haunting absence. Maybe I can just pretend to be the Camille Sinclair who has it all together, the Camille who isn’t still craving a man she knows will destroy her.</w:t>
      </w:r>
    </w:p>
    <w:p w14:paraId="32A2CE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Even if that’s exactly the kind of destruction I’m desperate to feel again.</w:t>
      </w:r>
    </w:p>
    <w:p w14:paraId="2ADB4D72" w14:textId="77777777" w:rsidR="00351B3C" w:rsidRPr="00124F84" w:rsidRDefault="00351B3C" w:rsidP="00124F84">
      <w:pPr>
        <w:spacing w:line="240" w:lineRule="auto"/>
        <w:rPr>
          <w:rFonts w:ascii="Times New Roman" w:hAnsi="Times New Roman" w:cs="Times New Roman"/>
          <w:sz w:val="24"/>
          <w:szCs w:val="24"/>
          <w:u w:val="single"/>
        </w:rPr>
      </w:pPr>
    </w:p>
    <w:p w14:paraId="3A36CD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638224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stop at Diego’s before flying back to New York.</w:t>
      </w:r>
    </w:p>
    <w:p w14:paraId="12CFE1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Not for safety. Not for quiet. </w:t>
      </w:r>
    </w:p>
    <w:p w14:paraId="4C0AF5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Because this place, this smaller, sharper-edged version of my own compound, is the only corner of hell that still feels like home. Where the ghosts don’t judge me for the blood on my hands, because every man here is drowning in his own sins.</w:t>
      </w:r>
    </w:p>
    <w:p w14:paraId="5B7119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 swings open the gate before I reach it, already waiting. Joaquin’s cousin is heavier now, the lines in his face etched deeper. Beard flecked with silver, eyes still black as gunmetal. He steps toward me, wrapping a calloused hand around the back of my neck, pulling me into a brutal embrace.</w:t>
      </w:r>
    </w:p>
    <w:p w14:paraId="1CEC73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“Mi </w:t>
      </w:r>
      <w:proofErr w:type="spellStart"/>
      <w:r w:rsidRPr="00124F84">
        <w:rPr>
          <w:rFonts w:ascii="Times New Roman" w:hAnsi="Times New Roman" w:cs="Times New Roman"/>
          <w:sz w:val="24"/>
          <w:szCs w:val="24"/>
        </w:rPr>
        <w:t>hermano</w:t>
      </w:r>
      <w:proofErr w:type="spellEnd"/>
      <w:r w:rsidRPr="00124F84">
        <w:rPr>
          <w:rFonts w:ascii="Times New Roman" w:hAnsi="Times New Roman" w:cs="Times New Roman"/>
          <w:sz w:val="24"/>
          <w:szCs w:val="24"/>
        </w:rPr>
        <w:t>,” he murmurs roughly, words laced with smoke and age.</w:t>
      </w:r>
    </w:p>
    <w:p w14:paraId="360C90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grip him back just as tight. “Diego.”</w:t>
      </w:r>
    </w:p>
    <w:p w14:paraId="1AFFD7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other words needed.</w:t>
      </w:r>
    </w:p>
    <w:p w14:paraId="6409CE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Inside, the house breathes like old wounds, tile floors, faded family photos, Virgin Mary candles flickering next to bullet casings on the mantel. Cartel, Colombian, and Catholic, all twisted together like barbed wire. The air smells like arepas and gun oil, incense and lingering cigarette smoke.</w:t>
      </w:r>
    </w:p>
    <w:p w14:paraId="674A60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smells like childhood.</w:t>
      </w:r>
    </w:p>
    <w:p w14:paraId="2B6885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Or whatever the fuck’s left of mine.</w:t>
      </w:r>
    </w:p>
    <w:p w14:paraId="63CFC6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home.</w:t>
      </w:r>
    </w:p>
    <w:p w14:paraId="350888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Rosa sees me and crosses the room instantly, pulling me into an embrace that feels like a fucking lifeline. She kisses my cheek, cups my face between her palms, no judgment, no questions. She knows the blood on my hands. Always has.</w:t>
      </w:r>
    </w:p>
    <w:p w14:paraId="236654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spellStart"/>
      <w:r w:rsidRPr="00124F84">
        <w:rPr>
          <w:rFonts w:ascii="Times New Roman" w:hAnsi="Times New Roman" w:cs="Times New Roman"/>
          <w:sz w:val="24"/>
          <w:szCs w:val="24"/>
        </w:rPr>
        <w:t>Tienes</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hambre</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cariño</w:t>
      </w:r>
      <w:proofErr w:type="spellEnd"/>
      <w:r w:rsidRPr="00124F84">
        <w:rPr>
          <w:rFonts w:ascii="Times New Roman" w:hAnsi="Times New Roman" w:cs="Times New Roman"/>
          <w:sz w:val="24"/>
          <w:szCs w:val="24"/>
        </w:rPr>
        <w:t>?” She eyes me sharply, already opening the fridge, ignoring my dismissive grunt.</w:t>
      </w:r>
    </w:p>
    <w:p w14:paraId="27C2A8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 </w:t>
      </w:r>
      <w:proofErr w:type="spellStart"/>
      <w:r w:rsidRPr="00124F84">
        <w:rPr>
          <w:rFonts w:ascii="Times New Roman" w:hAnsi="Times New Roman" w:cs="Times New Roman"/>
          <w:sz w:val="24"/>
          <w:szCs w:val="24"/>
        </w:rPr>
        <w:t>estoy</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aquí</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por</w:t>
      </w:r>
      <w:proofErr w:type="spellEnd"/>
      <w:r w:rsidRPr="00124F84">
        <w:rPr>
          <w:rFonts w:ascii="Times New Roman" w:hAnsi="Times New Roman" w:cs="Times New Roman"/>
          <w:sz w:val="24"/>
          <w:szCs w:val="24"/>
        </w:rPr>
        <w:t xml:space="preserve"> comida, Rosa.”</w:t>
      </w:r>
    </w:p>
    <w:p w14:paraId="71D959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tuts softly, muttering something about </w:t>
      </w:r>
      <w:proofErr w:type="spellStart"/>
      <w:r w:rsidRPr="00124F84">
        <w:rPr>
          <w:rFonts w:ascii="Times New Roman" w:hAnsi="Times New Roman" w:cs="Times New Roman"/>
          <w:sz w:val="24"/>
          <w:szCs w:val="24"/>
        </w:rPr>
        <w:t>orgullo</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estúpido</w:t>
      </w:r>
      <w:proofErr w:type="spellEnd"/>
      <w:r w:rsidRPr="00124F84">
        <w:rPr>
          <w:rFonts w:ascii="Times New Roman" w:hAnsi="Times New Roman" w:cs="Times New Roman"/>
          <w:sz w:val="24"/>
          <w:szCs w:val="24"/>
        </w:rPr>
        <w:t>, but squeezes my arm gently before backing away. Rosa’s warmth always cuts deeper than knives, grace I never deserved and still don’t know how to handle.</w:t>
      </w:r>
    </w:p>
    <w:p w14:paraId="3A4D9B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drop onto the worn couch. The springs protest under my weight, old leather groaning like bones in the dark. Diego pours rum without asking. Real shit, unfiltered and burning straight down, harsh enough to taste like penance.</w:t>
      </w:r>
    </w:p>
    <w:p w14:paraId="4E53E5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“Ramos?” Diego asks flatly, swirling his glass. No hesitation. No dance.</w:t>
      </w:r>
    </w:p>
    <w:p w14:paraId="039481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“Dead,” I answer. Like I’m talking about weather.</w:t>
      </w:r>
    </w:p>
    <w:p w14:paraId="73289B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 doesn’t flinch. “Fucker had it coming.”</w:t>
      </w:r>
    </w:p>
    <w:p w14:paraId="77F0E8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We drink in silence, the ceiling fan humming above us like a lullaby for the damned. Outside, a woman laughs in Spanish. Music echoes down the block. Life pulses outside these walls, dull, distant, irrelevant.</w:t>
      </w:r>
    </w:p>
    <w:p w14:paraId="701DB1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talk business, what’s left of the Everglades pipeline, the fed heat tightening in Brickell, shipments that need rerouting.</w:t>
      </w:r>
    </w:p>
    <w:p w14:paraId="3E293B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 doesn’t ease into it. He never does. “Heard about New York.”</w:t>
      </w:r>
    </w:p>
    <w:p w14:paraId="4ED244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jaw ticks. “You been watching the feeds?”</w:t>
      </w:r>
    </w:p>
    <w:p w14:paraId="739C30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smirks darkly. "Who do you think set those fucking feeds up, </w:t>
      </w:r>
      <w:proofErr w:type="spellStart"/>
      <w:r w:rsidRPr="00124F84">
        <w:rPr>
          <w:rFonts w:ascii="Times New Roman" w:hAnsi="Times New Roman" w:cs="Times New Roman"/>
          <w:sz w:val="24"/>
          <w:szCs w:val="24"/>
        </w:rPr>
        <w:t>hermano</w:t>
      </w:r>
      <w:proofErr w:type="spellEnd"/>
      <w:r w:rsidRPr="00124F84">
        <w:rPr>
          <w:rFonts w:ascii="Times New Roman" w:hAnsi="Times New Roman" w:cs="Times New Roman"/>
          <w:sz w:val="24"/>
          <w:szCs w:val="24"/>
        </w:rPr>
        <w:t>?"</w:t>
      </w:r>
    </w:p>
    <w:p w14:paraId="49FDC4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Leaning forward, Diego locks eyes with me, voice edged with something rougher than sympathy. "She's in your blood now. Infecting you."</w:t>
      </w:r>
    </w:p>
    <w:p w14:paraId="27782F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under my skin," I correct him coldly, teeth gritted tight. "I never asked for that."</w:t>
      </w:r>
    </w:p>
    <w:p w14:paraId="48B6E0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shrugs, casual, unbothered. "Doesn't mean it isn't true."</w:t>
      </w:r>
    </w:p>
    <w:p w14:paraId="2AC826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drain my glass, setting it down with a sharp crack that echoes off the worn wooden table.</w:t>
      </w:r>
    </w:p>
    <w:p w14:paraId="5B76AA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was supposed to be leverage," I bite out bitterly. "An opening. A fuck. A pawn on my board."</w:t>
      </w:r>
    </w:p>
    <w:p w14:paraId="726633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Diego's voice goes soft, dangerous.</w:t>
      </w:r>
    </w:p>
    <w:p w14:paraId="55CAD9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w:t>
      </w:r>
    </w:p>
    <w:p w14:paraId="6206FD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I can't breathe without hearing her voice.</w:t>
      </w:r>
    </w:p>
    <w:p w14:paraId="4128ED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I'm haunted by her confession in that fucking rec room, cracked open, whispered, a sacred wound bleeding in front of a child.</w:t>
      </w:r>
    </w:p>
    <w:p w14:paraId="5A29F2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hurt me…he touched me…pushed me…"</w:t>
      </w:r>
    </w:p>
    <w:p w14:paraId="16555C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unhear that. Can't unsee Camille giving away a piece of herself like it didn't rip her wide open to say it.</w:t>
      </w:r>
    </w:p>
    <w:p w14:paraId="63C1B8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Joaquin’s report? Fucking spotless.</w:t>
      </w:r>
    </w:p>
    <w:p w14:paraId="19C392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Too spotless.</w:t>
      </w:r>
    </w:p>
    <w:p w14:paraId="7EE697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Someone paid heavily to erase that night, no name, no charges, nothing but shadows and ghosts.</w:t>
      </w:r>
    </w:p>
    <w:p w14:paraId="6F4495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I've killed men for less.</w:t>
      </w:r>
    </w:p>
    <w:p w14:paraId="3538FA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the only thing I want clean," I whisper, the words slipping out raw and rough. "Everything else can rot."</w:t>
      </w:r>
    </w:p>
    <w:p w14:paraId="65EBB9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 goes quiet. Doesn't mock me, doesn't laugh. He just nods slowly, gaze heavy with something he knows far too fucking well.</w:t>
      </w:r>
    </w:p>
    <w:p w14:paraId="1F43F2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"You understand what's happening, don't you? What this feeling really is?"</w:t>
      </w:r>
    </w:p>
    <w:p w14:paraId="0CCDEE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what I'm doing," I snap quietly.</w:t>
      </w:r>
    </w:p>
    <w:p w14:paraId="533D40F1" w14:textId="747EEFE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playing with fire, Kane," he says, voice low. "Holding your hands out, thinking you won't burn. But obsession doesn't end clean</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it ends bloody. Yours or hers."</w:t>
      </w:r>
    </w:p>
    <w:p w14:paraId="6FF146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feel my jaw tick, stubbornness </w:t>
      </w:r>
      <w:proofErr w:type="gramStart"/>
      <w:r w:rsidRPr="00124F84">
        <w:rPr>
          <w:rFonts w:ascii="Times New Roman" w:hAnsi="Times New Roman" w:cs="Times New Roman"/>
          <w:sz w:val="24"/>
          <w:szCs w:val="24"/>
        </w:rPr>
        <w:t>iron-clad</w:t>
      </w:r>
      <w:proofErr w:type="gramEnd"/>
      <w:r w:rsidRPr="00124F84">
        <w:rPr>
          <w:rFonts w:ascii="Times New Roman" w:hAnsi="Times New Roman" w:cs="Times New Roman"/>
          <w:sz w:val="24"/>
          <w:szCs w:val="24"/>
        </w:rPr>
        <w:t>. "Then I'll fucking bleed."</w:t>
      </w:r>
    </w:p>
    <w:p w14:paraId="1625AF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 leans back slowly, chair creaking under his heavy frame. Silence spreads between us, thick and suffocating, the silence of men who've seen too many graves filled, too many lives lost.</w:t>
      </w:r>
    </w:p>
    <w:p w14:paraId="3EBC98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not like us," Diego finally says, tapping his chest, the sound hollow. "She wasn’t forged in the dark. She grew up smiling for cameras, not running from bullets. She doesn't understand men like us. What we do to survive."</w:t>
      </w:r>
    </w:p>
    <w:p w14:paraId="6439D8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will," I answer flatly.</w:t>
      </w:r>
    </w:p>
    <w:p w14:paraId="1A40D8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 laughs softly, bitterly, shaking his head. "We all say that shit. Until the day you realize you've dragged her so deep she can't find the way back out."</w:t>
      </w:r>
    </w:p>
    <w:p w14:paraId="44CE92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drain the last drops, glass clinking hard onto the table. "She walked into my world willingly."</w:t>
      </w:r>
    </w:p>
    <w:p w14:paraId="43CE7E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Diego’s eyes sharpen, darkness swimming in his gaze. "Maybe. But did she see the blood underneath? Did you show her all the graves buried beneath your empire?"</w:t>
      </w:r>
    </w:p>
    <w:p w14:paraId="63DD33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stands slowly, heavily, crossing to the window to peer into the street before letting the curtain fall back into place. His voice is softer now, carrying the weight of something ancient and tragic.</w:t>
      </w:r>
    </w:p>
    <w:p w14:paraId="37FC02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remember Esperanza Vargas?"</w:t>
      </w:r>
    </w:p>
    <w:p w14:paraId="59ECD9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chest tightens instantly. A ghost resurrected from old wounds. Before Rosa.</w:t>
      </w:r>
    </w:p>
    <w:p w14:paraId="6E5E43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"Yeah," I rasp.</w:t>
      </w:r>
    </w:p>
    <w:p w14:paraId="315721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nods once, slow. "She was my fire."</w:t>
      </w:r>
    </w:p>
    <w:p w14:paraId="76A1D4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Turning around, his face is etched deep with regret, pain sharp and raw behind his eyes.</w:t>
      </w:r>
    </w:p>
    <w:p w14:paraId="3968FC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buried her."</w:t>
      </w:r>
    </w:p>
    <w:p w14:paraId="0BB1DD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room seems to darken, the shadows pressing closer. He continues, voice rougher, frayed at the edges.</w:t>
      </w:r>
    </w:p>
    <w:p w14:paraId="418B45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loved me," he whispers hoarsely, eyes hollow. "Loved me through the raids, through interrogations, even after they clipped her brother just to hurt me. Love didn't protect her, </w:t>
      </w:r>
      <w:proofErr w:type="spellStart"/>
      <w:r w:rsidRPr="00124F84">
        <w:rPr>
          <w:rFonts w:ascii="Times New Roman" w:hAnsi="Times New Roman" w:cs="Times New Roman"/>
          <w:sz w:val="24"/>
          <w:szCs w:val="24"/>
        </w:rPr>
        <w:t>hermano</w:t>
      </w:r>
      <w:proofErr w:type="spellEnd"/>
      <w:r w:rsidRPr="00124F84">
        <w:rPr>
          <w:rFonts w:ascii="Times New Roman" w:hAnsi="Times New Roman" w:cs="Times New Roman"/>
          <w:sz w:val="24"/>
          <w:szCs w:val="24"/>
        </w:rPr>
        <w:t>, it branded her."</w:t>
      </w:r>
    </w:p>
    <w:p w14:paraId="17047C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pauses, gaze boring into mine.</w:t>
      </w:r>
    </w:p>
    <w:p w14:paraId="22185B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obsession…it branded me."</w:t>
      </w:r>
    </w:p>
    <w:p w14:paraId="1B8ADB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stay quiet, tension coiling tighter inside my chest, teeth grinding together painfully.</w:t>
      </w:r>
    </w:p>
    <w:p w14:paraId="390B00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see it," Diego says finally, his voice flat, mercilessly gentle. "You think you're in control, but this isn't chess."</w:t>
      </w:r>
    </w:p>
    <w:p w14:paraId="761629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reply is barely audible, lethal. "It’s always chess."</w:t>
      </w:r>
    </w:p>
    <w:p w14:paraId="4B50D2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 crosses back to me, gripping my shoulder firmly.</w:t>
      </w:r>
    </w:p>
    <w:p w14:paraId="769959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Kane," he murmurs. "Chess has fucking rules."</w:t>
      </w:r>
    </w:p>
    <w:p w14:paraId="7403FD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holds my stare another beat, then releases me.</w:t>
      </w:r>
    </w:p>
    <w:p w14:paraId="58107F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words linger heavy in the silence until the hallway lights flick on abruptly. Small feet pound over tile floors, the slam of the screen door jolting the stillness like a storm.</w:t>
      </w:r>
    </w:p>
    <w:p w14:paraId="0BFACA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familiar voice shatters the silence:</w:t>
      </w:r>
    </w:p>
    <w:p w14:paraId="2F3374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spellStart"/>
      <w:r w:rsidRPr="00124F84">
        <w:rPr>
          <w:rFonts w:ascii="Times New Roman" w:hAnsi="Times New Roman" w:cs="Times New Roman"/>
          <w:sz w:val="24"/>
          <w:szCs w:val="24"/>
        </w:rPr>
        <w:t>Tío</w:t>
      </w:r>
      <w:proofErr w:type="spellEnd"/>
      <w:r w:rsidRPr="00124F84">
        <w:rPr>
          <w:rFonts w:ascii="Times New Roman" w:hAnsi="Times New Roman" w:cs="Times New Roman"/>
          <w:sz w:val="24"/>
          <w:szCs w:val="24"/>
        </w:rPr>
        <w:t xml:space="preserve"> Kane!"</w:t>
      </w:r>
    </w:p>
    <w:p w14:paraId="63F753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Lucía.</w:t>
      </w:r>
    </w:p>
    <w:p w14:paraId="225CE4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Diego’s youngest daughter.</w:t>
      </w:r>
    </w:p>
    <w:p w14:paraId="60AE3E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Fourteen years old, going on forty. </w:t>
      </w:r>
    </w:p>
    <w:p w14:paraId="179EA6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charges into the room like a hurricane made human. Curls bouncing, attitude sharp, wearing a worn t-shirt that says Latina &amp; Legendary and mismatched socks. She’s clutching a glitter-covered binder in one hand and a pair of flip-flops in the other. </w:t>
      </w:r>
    </w:p>
    <w:p w14:paraId="3C6B5B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TE VAYAS!” she barks. Don’t you dare leave.</w:t>
      </w:r>
    </w:p>
    <w:p w14:paraId="7D912F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just in time to catch her as she launches herself into my chest like a missile. I grunt as she nearly knocks the wind out of me.</w:t>
      </w:r>
    </w:p>
    <w:p w14:paraId="45E5C3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“Dios </w:t>
      </w:r>
      <w:proofErr w:type="spellStart"/>
      <w:r w:rsidRPr="00124F84">
        <w:rPr>
          <w:rFonts w:ascii="Times New Roman" w:hAnsi="Times New Roman" w:cs="Times New Roman"/>
          <w:sz w:val="24"/>
          <w:szCs w:val="24"/>
        </w:rPr>
        <w:t>mío</w:t>
      </w:r>
      <w:proofErr w:type="spellEnd"/>
      <w:r w:rsidRPr="00124F84">
        <w:rPr>
          <w:rFonts w:ascii="Times New Roman" w:hAnsi="Times New Roman" w:cs="Times New Roman"/>
          <w:sz w:val="24"/>
          <w:szCs w:val="24"/>
        </w:rPr>
        <w:t xml:space="preserve">,” I mutter, wrapping my arms around her. “You trying to break my ribs, </w:t>
      </w:r>
      <w:proofErr w:type="spellStart"/>
      <w:r w:rsidRPr="00124F84">
        <w:rPr>
          <w:rFonts w:ascii="Times New Roman" w:hAnsi="Times New Roman" w:cs="Times New Roman"/>
          <w:sz w:val="24"/>
          <w:szCs w:val="24"/>
        </w:rPr>
        <w:t>terremoto</w:t>
      </w:r>
      <w:proofErr w:type="spellEnd"/>
      <w:r w:rsidRPr="00124F84">
        <w:rPr>
          <w:rFonts w:ascii="Times New Roman" w:hAnsi="Times New Roman" w:cs="Times New Roman"/>
          <w:sz w:val="24"/>
          <w:szCs w:val="24"/>
        </w:rPr>
        <w:t>?”</w:t>
      </w:r>
    </w:p>
    <w:p w14:paraId="1A8998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deserve it,” she says, pulling back to glare up at me, brown eyes blazing. “You didn’t call. Again.”</w:t>
      </w:r>
    </w:p>
    <w:p w14:paraId="2B9959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smirk, because she reminds me of Rosa when she’s pissed.</w:t>
      </w:r>
    </w:p>
    <w:p w14:paraId="35075B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“Been busy.”</w:t>
      </w:r>
    </w:p>
    <w:p w14:paraId="76454F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“Busy murdering people?” she quips without missing a beat. “Busy laundering money? Huh, </w:t>
      </w:r>
      <w:proofErr w:type="spellStart"/>
      <w:r w:rsidRPr="00124F84">
        <w:rPr>
          <w:rFonts w:ascii="Times New Roman" w:hAnsi="Times New Roman" w:cs="Times New Roman"/>
          <w:sz w:val="24"/>
          <w:szCs w:val="24"/>
        </w:rPr>
        <w:t>tío</w:t>
      </w:r>
      <w:proofErr w:type="spellEnd"/>
      <w:r w:rsidRPr="00124F84">
        <w:rPr>
          <w:rFonts w:ascii="Times New Roman" w:hAnsi="Times New Roman" w:cs="Times New Roman"/>
          <w:sz w:val="24"/>
          <w:szCs w:val="24"/>
        </w:rPr>
        <w:t xml:space="preserve"> criminal?”</w:t>
      </w:r>
    </w:p>
    <w:p w14:paraId="5BFEBE71" w14:textId="7A9E69E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laugh, low in my throat. Diego mutters behind her, “Lucía</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 xml:space="preserve">” </w:t>
      </w:r>
    </w:p>
    <w:p w14:paraId="56DCCD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“What? We all know he’s a villain with good eyebrows,” she huffs, planting her fists on her hips. “But you promised me.” </w:t>
      </w:r>
    </w:p>
    <w:p w14:paraId="6FCBD4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brow lifts. “Promised you what?” </w:t>
      </w:r>
    </w:p>
    <w:p w14:paraId="79A6B3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She slams the glitter binder against my chest like she’s serving a subpoena. “My </w:t>
      </w:r>
      <w:proofErr w:type="spellStart"/>
      <w:r w:rsidRPr="00124F84">
        <w:rPr>
          <w:rFonts w:ascii="Times New Roman" w:hAnsi="Times New Roman" w:cs="Times New Roman"/>
          <w:sz w:val="24"/>
          <w:szCs w:val="24"/>
        </w:rPr>
        <w:t>quinceañera</w:t>
      </w:r>
      <w:proofErr w:type="spellEnd"/>
      <w:r w:rsidRPr="00124F84">
        <w:rPr>
          <w:rFonts w:ascii="Times New Roman" w:hAnsi="Times New Roman" w:cs="Times New Roman"/>
          <w:sz w:val="24"/>
          <w:szCs w:val="24"/>
        </w:rPr>
        <w:t xml:space="preserve">. It’s in two months, pendejo. And if you don’t show up, I will never speak to you again.” </w:t>
      </w:r>
    </w:p>
    <w:p w14:paraId="0B4662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Diego coughs into his cigar. “Language.” </w:t>
      </w:r>
    </w:p>
    <w:p w14:paraId="264C5C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“You’re not invited either if you take his side,” she snaps. </w:t>
      </w:r>
    </w:p>
    <w:p w14:paraId="5A9409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grin and flip open the binder. It’s chaos, pink sticky notes, glittery pen doodles, a floor plan of a dance hall, and a very dramatic dress sketch that looks like it belongs in a telenovela. </w:t>
      </w:r>
    </w:p>
    <w:p w14:paraId="7C3734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“Damn,” I murmur. “You’re really doing it up, huh?” </w:t>
      </w:r>
    </w:p>
    <w:p w14:paraId="6CD7DA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snatches it back. “Of course, I am. I only get one quince. Unless I marry rich and dramatic and throw myself a vow renewal in Italy, which could totally happen, but that’s not the point.” </w:t>
      </w:r>
    </w:p>
    <w:p w14:paraId="2FF5FF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Before I can answer, two more voices drift from the kitchen door. </w:t>
      </w:r>
    </w:p>
    <w:p w14:paraId="0B56B5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“Did she threaten to cancel the quince again?” Reina calls out, amusement thick in her tone. </w:t>
      </w:r>
    </w:p>
    <w:p w14:paraId="187522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“She’s been canceling it daily since Tuesday,” Marisol adds, walking barefoot across the tile with a bag of hot chips in hand and not a single ounce of concern on her face. </w:t>
      </w:r>
    </w:p>
    <w:p w14:paraId="60CBEE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 twins. </w:t>
      </w:r>
    </w:p>
    <w:p w14:paraId="0A7FB2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Reina and Marisol. Twenty, stunning, deadly, and fluent in every form of psychological warfare. </w:t>
      </w:r>
    </w:p>
    <w:p w14:paraId="5FEC69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They collapse onto the outdoor couch like they’re watching a reality show, Reina raising a glass of something green, Marisol tossing a chip into her mouth. </w:t>
      </w:r>
    </w:p>
    <w:p w14:paraId="0BA92F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“Lucía’s been manifesting your arrival,” Reina says, crossing one leg over the other. “Told Mom she had a dream you were going to skip town without promising to wear the tux.” </w:t>
      </w:r>
    </w:p>
    <w:p w14:paraId="749B78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“What tux?” I ask. </w:t>
      </w:r>
    </w:p>
    <w:p w14:paraId="0B6ACD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“Dusty rose,” Marisol says, completely serious. “With a matching boutonnière and zero veto power.” </w:t>
      </w:r>
    </w:p>
    <w:p w14:paraId="1B4A0E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stare at them. “You’re joking.” </w:t>
      </w:r>
    </w:p>
    <w:p w14:paraId="030A9C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“She’s not,” Lucía says, arms crossed. “You are walking me in. You get the honor.” </w:t>
      </w:r>
    </w:p>
    <w:p w14:paraId="49325E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lower myself into the chair again, sighing. “I’ll be there.” </w:t>
      </w:r>
    </w:p>
    <w:p w14:paraId="2C5A76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eyes narrow. “Swear it.” </w:t>
      </w:r>
    </w:p>
    <w:p w14:paraId="256E67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swear.” </w:t>
      </w:r>
    </w:p>
    <w:p w14:paraId="178CF5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“Swear on your gun.” </w:t>
      </w:r>
    </w:p>
    <w:p w14:paraId="15A96D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grin. “Which one?” </w:t>
      </w:r>
    </w:p>
    <w:p w14:paraId="1FCA16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smacks my arm and kisses my cheek before I can dodge it. “Good. Because if you ghost me, I’m getting my revenge on TikTok. I’ve got your old mugshot saved in my drafts.” </w:t>
      </w:r>
    </w:p>
    <w:p w14:paraId="26D565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Diego snorts into his drink. “She’s serious.” </w:t>
      </w:r>
    </w:p>
    <w:p w14:paraId="639A70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know she is,” I mutter. </w:t>
      </w:r>
    </w:p>
    <w:p w14:paraId="36D956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Lucía turns like a queen and storms back inside, muttering something about cake vendors and how if her cousins wear Crocs, she’s canceling the whole thing again.</w:t>
      </w:r>
    </w:p>
    <w:p w14:paraId="4AE1F5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Reina grins as she watches her go. “She loves you, you know.”</w:t>
      </w:r>
    </w:p>
    <w:p w14:paraId="599692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“More than she loves any of us,” Marisol adds, eyes flicking over to me with something warmer beneath the teasing. “Even though we helped plan the entire quince and paid for the glitter pen set.”</w:t>
      </w:r>
    </w:p>
    <w:p w14:paraId="007160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exhale through my nose, watching the night settle in again.</w:t>
      </w:r>
    </w:p>
    <w:p w14:paraId="188DC8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good with her,” Reina says.</w:t>
      </w:r>
    </w:p>
    <w:p w14:paraId="124F2E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a menace,” I answer, but my voice is softer now.</w:t>
      </w:r>
    </w:p>
    <w:p w14:paraId="02A6AB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need that,” Marisol says. “Reminds you you’re still human.”</w:t>
      </w:r>
    </w:p>
    <w:p w14:paraId="4F08C9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Diego leans back, cigar burning low. “They’re not wrong.”</w:t>
      </w:r>
    </w:p>
    <w:p w14:paraId="1F2999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nod once.</w:t>
      </w:r>
    </w:p>
    <w:p w14:paraId="19EEF5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maybe they’re not.</w:t>
      </w:r>
    </w:p>
    <w:p w14:paraId="7F57F3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this chaos, this warmth, this wild, loud little family, they’re the last pieces of me worth saving.</w:t>
      </w:r>
    </w:p>
    <w:p w14:paraId="6C13AA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Before I go back to tearing everything else apart.</w:t>
      </w:r>
    </w:p>
    <w:p w14:paraId="497B82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224F5A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second the wheels kiss tarmac, I’m moving.</w:t>
      </w:r>
    </w:p>
    <w:p w14:paraId="594B8A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Phone in hand. Jaw locked. Skintight with that kind of static twitch you can’t shake. Not with a drink. Not with a fuck. Not even with a kill.</w:t>
      </w:r>
    </w:p>
    <w:p w14:paraId="420CC7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Camille.</w:t>
      </w:r>
    </w:p>
    <w:p w14:paraId="7F4608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always her.</w:t>
      </w:r>
    </w:p>
    <w:p w14:paraId="3CB732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SUV door slams shut behind me and the engine hums like it knows I’m about to ruin someone’s night.</w:t>
      </w:r>
    </w:p>
    <w:p w14:paraId="5B21DB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w:t>
      </w:r>
      <w:r w:rsidRPr="00124F84">
        <w:rPr>
          <w:rFonts w:ascii="Times New Roman" w:hAnsi="Times New Roman" w:cs="Times New Roman"/>
          <w:sz w:val="24"/>
          <w:szCs w:val="24"/>
        </w:rPr>
        <w:br/>
        <w:t>She’s confirmed. Ashby Estate. 8PM. Caldwell’s bringing her.</w:t>
      </w:r>
    </w:p>
    <w:p w14:paraId="3CE792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grip tightens. The screen might crack from how hard I’m holding it.</w:t>
      </w:r>
    </w:p>
    <w:p w14:paraId="1AF6F3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Of course.</w:t>
      </w:r>
    </w:p>
    <w:p w14:paraId="0ED9DE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Of fucking course.</w:t>
      </w:r>
    </w:p>
    <w:p w14:paraId="57435A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still playing house. Still putting on the good-girl mask, parading around like that two-dimensional politician beside her isn’t just another prison she’s locked herself in.</w:t>
      </w:r>
    </w:p>
    <w:p w14:paraId="4DF65F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she hasn’t clawed her nails down my back while whispering things she’s never said to anyone.</w:t>
      </w:r>
    </w:p>
    <w:p w14:paraId="7FB37C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she didn’t beg me to keep going the last time she came apart in my hands.</w:t>
      </w:r>
    </w:p>
    <w:p w14:paraId="23C848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trying to disappear.</w:t>
      </w:r>
    </w:p>
    <w:p w14:paraId="558B6F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Again.</w:t>
      </w:r>
    </w:p>
    <w:p w14:paraId="613973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Wearing someone else’s version of her life like it fits.</w:t>
      </w:r>
    </w:p>
    <w:p w14:paraId="7414AF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it doesn’t choke her when no one’s looking.</w:t>
      </w:r>
    </w:p>
    <w:p w14:paraId="58939E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what happened on that boat.</w:t>
      </w:r>
    </w:p>
    <w:p w14:paraId="322B47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what she survived.</w:t>
      </w:r>
    </w:p>
    <w:p w14:paraId="416D9C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pulled the file. Or what’s left of it.</w:t>
      </w:r>
    </w:p>
    <w:p w14:paraId="251A84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Too clean.</w:t>
      </w:r>
    </w:p>
    <w:p w14:paraId="055998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fingerprints.</w:t>
      </w:r>
    </w:p>
    <w:p w14:paraId="592974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paper trail.</w:t>
      </w:r>
    </w:p>
    <w:p w14:paraId="26650C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it never happened.</w:t>
      </w:r>
    </w:p>
    <w:p w14:paraId="0DA0A1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tried to erase it.</w:t>
      </w:r>
    </w:p>
    <w:p w14:paraId="666BD7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heard her.</w:t>
      </w:r>
    </w:p>
    <w:p w14:paraId="523C81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hurt me… I told him I’d tell…he pushed me…”</w:t>
      </w:r>
    </w:p>
    <w:p w14:paraId="764D4D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fucking heard her. </w:t>
      </w:r>
    </w:p>
    <w:p w14:paraId="0EB341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voice is still lodged in my fucking bloodstream. Small. Cracked. The whisper of a girl who learned too early how the world really works.</w:t>
      </w:r>
    </w:p>
    <w:p w14:paraId="0DE4EB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close my eyes. Tight. But I still see her, soaking wet, drowning quietly in her own silence.</w:t>
      </w:r>
    </w:p>
    <w:p w14:paraId="223B92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she’s drowning again, except this time she’s willingly handing herself to a man whose hands aren’t strong enough to hold her secrets, let alone her soul.</w:t>
      </w:r>
    </w:p>
    <w:p w14:paraId="626E3E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Tonight’s not about revenge.</w:t>
      </w:r>
    </w:p>
    <w:p w14:paraId="3A548D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Tonight is about Camille remembering I haven’t let her go.</w:t>
      </w:r>
    </w:p>
    <w:p w14:paraId="58BDC9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Not for a second. </w:t>
      </w:r>
    </w:p>
    <w:p w14:paraId="03E11C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Not when she ghosted.</w:t>
      </w:r>
    </w:p>
    <w:p w14:paraId="6E0BEF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when she shut off her phone.</w:t>
      </w:r>
    </w:p>
    <w:p w14:paraId="5AE5E4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Ashby Estate dinner is a closed circle of wealth and power; the kind of glittering shit-show Camille was raised to navigate flawlessly. Everyone’s wearing smiles and hiding knives behind their backs.</w:t>
      </w:r>
    </w:p>
    <w:p w14:paraId="406CBD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 perfect place to push her straight into oblivion…where I’ve made my kingdom. </w:t>
      </w:r>
    </w:p>
    <w:p w14:paraId="26BBDF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Invitation only. Couples preferred.</w:t>
      </w:r>
    </w:p>
    <w:p w14:paraId="108308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need someone who won’t cling. Who won’t break character.</w:t>
      </w:r>
    </w:p>
    <w:p w14:paraId="0DDA1733" w14:textId="2F7DA15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Someone polished enough to pass, sharp enough to cut through the bullshit</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and Camille.</w:t>
      </w:r>
    </w:p>
    <w:p w14:paraId="02B8C5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usual girls won’t work.</w:t>
      </w:r>
    </w:p>
    <w:p w14:paraId="058C5E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talk too much.</w:t>
      </w:r>
    </w:p>
    <w:p w14:paraId="751012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need too much.</w:t>
      </w:r>
    </w:p>
    <w:p w14:paraId="04938C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need quiet cruelty.</w:t>
      </w:r>
    </w:p>
    <w:p w14:paraId="2B89F6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need a weapon in heels.</w:t>
      </w:r>
    </w:p>
    <w:p w14:paraId="66D040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pause on her name.</w:t>
      </w:r>
    </w:p>
    <w:p w14:paraId="5E4620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Prescott.</w:t>
      </w:r>
    </w:p>
    <w:p w14:paraId="436041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only woman I’ve ever fucked who didn’t ask me what I do for a living, because she already knew.</w:t>
      </w:r>
    </w:p>
    <w:p w14:paraId="5EC15F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get attached.</w:t>
      </w:r>
    </w:p>
    <w:p w14:paraId="3B7E5D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Doesn’t pretend.</w:t>
      </w:r>
    </w:p>
    <w:p w14:paraId="79C9A8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most importantly…she knows Preston Caldwell.</w:t>
      </w:r>
    </w:p>
    <w:p w14:paraId="485884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shared past. Some Ivy League cocktail circuit nostalgia. Nothing serious.</w:t>
      </w:r>
    </w:p>
    <w:p w14:paraId="06E8E7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just enough to make Camille twitch.</w:t>
      </w:r>
    </w:p>
    <w:p w14:paraId="2FFC82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call.</w:t>
      </w:r>
    </w:p>
    <w:p w14:paraId="05398C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answers like she’s been waiting. “Well, hello Daddy…”</w:t>
      </w:r>
    </w:p>
    <w:p w14:paraId="0BDF83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“Dinner. Ashby Estate. Tonight.”</w:t>
      </w:r>
    </w:p>
    <w:p w14:paraId="18B899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pause. Just the sound of Ivy’s breath, low, smoky. Calculating. “On your arm or your leash?” she asks finally, amusement dripping from every word.</w:t>
      </w:r>
    </w:p>
    <w:p w14:paraId="7CDD5E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“Whichever hurts more.”</w:t>
      </w:r>
    </w:p>
    <w:p w14:paraId="5391BE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laughs softly, a dangerous little purr. “Then it’s a date. Who’s the mark?”</w:t>
      </w:r>
    </w:p>
    <w:p w14:paraId="194F46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“Caldwell.”</w:t>
      </w:r>
    </w:p>
    <w:p w14:paraId="115947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“Ah.” Her voice sharpens, interest sparking beneath the silk. “Playing games with the senator-to-be?”</w:t>
      </w:r>
    </w:p>
    <w:p w14:paraId="290F61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“Playing to win.”</w:t>
      </w:r>
    </w:p>
    <w:p w14:paraId="4E29CE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“Careful, Rivera. Those are deep waters.”</w:t>
      </w:r>
    </w:p>
    <w:p w14:paraId="34F12E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I say. “I swim best there.”</w:t>
      </w:r>
    </w:p>
    <w:p w14:paraId="239E46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laughs. Low. Lethal. “God, I’ve missed you.”</w:t>
      </w:r>
    </w:p>
    <w:p w14:paraId="09F9A0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you haven’t,” I say, already texting her the address. “You just like a front row seat when I set the world on fire.”</w:t>
      </w:r>
    </w:p>
    <w:p w14:paraId="488D33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 put on a hell of a show.”</w:t>
      </w:r>
    </w:p>
    <w:p w14:paraId="6BEFE4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“Wear black. Cut high. Cut deep. Be sharp enough to draw blood without lifting a finger.”</w:t>
      </w:r>
    </w:p>
    <w:p w14:paraId="6D17A5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always am.”</w:t>
      </w:r>
    </w:p>
    <w:p w14:paraId="3F3660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hang up.</w:t>
      </w:r>
    </w:p>
    <w:p w14:paraId="2433E3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perfect. Cold enough to get through the night. Pretty enough to catch Caldwell’s attention.</w:t>
      </w:r>
    </w:p>
    <w:p w14:paraId="75AEE0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Familiar enough to twist the knife.</w:t>
      </w:r>
    </w:p>
    <w:p w14:paraId="50DD49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Camille smile.</w:t>
      </w:r>
    </w:p>
    <w:p w14:paraId="54585B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her hold his hand and pretend she’s made peace with her curated little life.</w:t>
      </w:r>
    </w:p>
    <w:p w14:paraId="5CAEE4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the second she looks up?</w:t>
      </w:r>
    </w:p>
    <w:p w14:paraId="3C88A3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be there.</w:t>
      </w:r>
    </w:p>
    <w:p w14:paraId="6105D9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 her line of sight.</w:t>
      </w:r>
    </w:p>
    <w:p w14:paraId="388136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 her breath.</w:t>
      </w:r>
    </w:p>
    <w:p w14:paraId="5001CE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 that bruised part of her that only wakes up when I’m around.</w:t>
      </w:r>
    </w:p>
    <w:p w14:paraId="70688E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thinks my silence meant surrender.</w:t>
      </w:r>
    </w:p>
    <w:p w14:paraId="76349A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didn’t.</w:t>
      </w:r>
    </w:p>
    <w:p w14:paraId="5B2146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meant strategy.</w:t>
      </w:r>
    </w:p>
    <w:p w14:paraId="269521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Tonight, I ruin the ending she’s pretending to believe in.</w:t>
      </w:r>
    </w:p>
    <w:p w14:paraId="4230ED14" w14:textId="77777777" w:rsidR="00351B3C" w:rsidRPr="00124F84" w:rsidRDefault="00351B3C" w:rsidP="00124F84">
      <w:pPr>
        <w:spacing w:line="240" w:lineRule="auto"/>
        <w:rPr>
          <w:rFonts w:ascii="Times New Roman" w:hAnsi="Times New Roman" w:cs="Times New Roman"/>
          <w:sz w:val="24"/>
          <w:szCs w:val="24"/>
        </w:rPr>
      </w:pPr>
    </w:p>
    <w:p w14:paraId="6A03E9DC" w14:textId="77777777" w:rsidR="00351B3C" w:rsidRPr="00124F84" w:rsidRDefault="00351B3C" w:rsidP="00124F84">
      <w:pPr>
        <w:spacing w:line="240" w:lineRule="auto"/>
        <w:rPr>
          <w:rFonts w:ascii="Times New Roman" w:hAnsi="Times New Roman" w:cs="Times New Roman"/>
          <w:sz w:val="24"/>
          <w:szCs w:val="24"/>
        </w:rPr>
      </w:pPr>
    </w:p>
    <w:p w14:paraId="332F95B5"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438F13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br/>
      </w:r>
      <w:r w:rsidRPr="00124F84">
        <w:rPr>
          <w:rFonts w:ascii="Times New Roman" w:hAnsi="Times New Roman" w:cs="Times New Roman"/>
          <w:sz w:val="24"/>
          <w:szCs w:val="24"/>
        </w:rPr>
        <w:t>The gates open like they’re doing it on purpose, dragging out every second, like even they know I don’t want to be here.</w:t>
      </w:r>
    </w:p>
    <w:p w14:paraId="62DC97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Ashby Estate is ridiculous. All that ivy, the manicured hedges, those glowing lights that look like a magazine spread. It’s stunning. And completely fake.</w:t>
      </w:r>
    </w:p>
    <w:p w14:paraId="43B949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kind of beautiful that suffocates you.</w:t>
      </w:r>
    </w:p>
    <w:p w14:paraId="36382C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sits beside me, knuckles white on the steering wheel, jaw locked like he’s posing for a campaign poster. He hasn’t looked at me once. I don’t need him to. I can feel it. He’s gone, mentally rehearsing the lines for the big speech. The big reveal. Senator Caldwell. And me? I’m the accessory.</w:t>
      </w:r>
    </w:p>
    <w:p w14:paraId="24080B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future-wife.</w:t>
      </w:r>
    </w:p>
    <w:p w14:paraId="63BD11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smile.</w:t>
      </w:r>
    </w:p>
    <w:p w14:paraId="674511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silence.</w:t>
      </w:r>
    </w:p>
    <w:p w14:paraId="5FC2B7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Behind us, I catch headlights flicker in the mirror, my parents. Of course. I don’t have to turn around to picture it perfectly: Mom smoothing the neckline of her dress like she’s about to walk a red carpet, Dad adjusting his cufflinks like he’s got something to prove, and Clara… checking herself in a compact mirror for the hundredth time, lips pursed just right.</w:t>
      </w:r>
    </w:p>
    <w:p w14:paraId="4C08FA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We’re all trained for this. Programmed.</w:t>
      </w:r>
    </w:p>
    <w:p w14:paraId="0F74B1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car rolls to a stop. And my stomach twists.</w:t>
      </w:r>
    </w:p>
    <w:p w14:paraId="0AC4B6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wait for the valet. The second the handle clicks, I’m out, heels clacking against the stone like I mean it. Cold air cuts across my bare shoulders, but I ignore it. A second later, Preston’s hand lands on my back. Warm. Steady. Like a leash no one else can see.</w:t>
      </w:r>
    </w:p>
    <w:p w14:paraId="379CAF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Inside is already glowing, low laughter, that hum of money in the air, champagne flutes clinking gently. Music swells in the background like a movie score. Everything here is designed to impress.</w:t>
      </w:r>
    </w:p>
    <w:p w14:paraId="110928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I play my part.</w:t>
      </w:r>
    </w:p>
    <w:p w14:paraId="276A08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alright, darling?” Preston asks, just barely loud enough for me to hear. He’s already smiling. Always smiling. Just in case someone’s watching.</w:t>
      </w:r>
    </w:p>
    <w:p w14:paraId="29DFA0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“Yes,” I say. Because I always do. “Perfectly fine.” The words </w:t>
      </w:r>
      <w:proofErr w:type="gramStart"/>
      <w:r w:rsidRPr="00124F84">
        <w:rPr>
          <w:rFonts w:ascii="Times New Roman" w:hAnsi="Times New Roman" w:cs="Times New Roman"/>
          <w:sz w:val="24"/>
          <w:szCs w:val="24"/>
        </w:rPr>
        <w:t>tastes</w:t>
      </w:r>
      <w:proofErr w:type="gramEnd"/>
      <w:r w:rsidRPr="00124F84">
        <w:rPr>
          <w:rFonts w:ascii="Times New Roman" w:hAnsi="Times New Roman" w:cs="Times New Roman"/>
          <w:sz w:val="24"/>
          <w:szCs w:val="24"/>
        </w:rPr>
        <w:t xml:space="preserve"> fake in my mouth.</w:t>
      </w:r>
    </w:p>
    <w:p w14:paraId="031459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Mrs. Ashby greets us first, all pearls and perfume, her hand warm on mine. “Camille, you look breathtaking.”</w:t>
      </w:r>
    </w:p>
    <w:p w14:paraId="3EA9F7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“Preston, you must be so proud,” she adds, giving him a smile like she already sees our future, white house, white teeth, white lies.</w:t>
      </w:r>
    </w:p>
    <w:p w14:paraId="199671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makes it easy,” Preston says. And he means it. Not in a sweet way. In the you're doing your job way.</w:t>
      </w:r>
    </w:p>
    <w:p w14:paraId="3B7E4D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again. My throat is tight.</w:t>
      </w:r>
    </w:p>
    <w:p w14:paraId="7765DF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small talk buzzes around us like bees. Sweet, stinging, and totally impossible to escape. I nod at familiar faces, accept compliments on my dress like I didn’t just pick it to disappear into the room. I sip champagne that bubbles against my tongue like acid.</w:t>
      </w:r>
    </w:p>
    <w:p w14:paraId="1A40B5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terrace doors open with a soft sweep of sound, revealing a scene that’s straight out of some political fantasy: candlelit tables under soft glowing lights, flowers spilling from crystal vases, a pianist coaxing soft, elegant melodies from ivory keys. Everything polished, perfect, painfully so.</w:t>
      </w:r>
    </w:p>
    <w:p w14:paraId="3F6D6E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for him. All for this.</w:t>
      </w:r>
    </w:p>
    <w:p w14:paraId="64270F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at Preston, his profile sharp under the golden glow. He looks like a man on the edge of power. Like he can already taste it. His hand tightens on mine.</w:t>
      </w:r>
    </w:p>
    <w:p w14:paraId="497A4E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message is clear.</w:t>
      </w:r>
    </w:p>
    <w:p w14:paraId="741CB5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fuck this up.</w:t>
      </w:r>
    </w:p>
    <w:p w14:paraId="0C6FA5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doesn’t have to say it. He doesn’t even have to look at me. The way his hand tightens on mine, firm, practiced, a little too tight, is enough.</w:t>
      </w:r>
    </w:p>
    <w:p w14:paraId="323836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won’t.</w:t>
      </w:r>
    </w:p>
    <w:p w14:paraId="31876A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never do.</w:t>
      </w:r>
    </w:p>
    <w:p w14:paraId="33147F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glide through the terrace like we’re made for this world. Like we were carved from marble just to look good under a chandelier. My hand tucked neatly into the crook of his elbow, a picture-perfect political girlfriend, soon to be fiancé.</w:t>
      </w:r>
    </w:p>
    <w:p w14:paraId="345C3B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keep my head high. Smile soft. Shoulders straight. Every step rehearsed. Every breath controlled.</w:t>
      </w:r>
    </w:p>
    <w:p w14:paraId="516BDB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every smile hurts.</w:t>
      </w:r>
    </w:p>
    <w:p w14:paraId="31D79A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step feels like it’s dragging a thousand invisible pounds behind it.</w:t>
      </w:r>
    </w:p>
    <w:p w14:paraId="37453C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can feel them watching, everyone. Their eyes trail over my dress, my posture, my expression, reading me like a polished press release.</w:t>
      </w:r>
    </w:p>
    <w:p w14:paraId="76263E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going to be his wife. He’s announcing tonight. She looks so composed. So perfect.</w:t>
      </w:r>
    </w:p>
    <w:p w14:paraId="342611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don’t see the crack down the middle of me. The one splitting wider with every step I take.</w:t>
      </w:r>
    </w:p>
    <w:p w14:paraId="337CDA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part of me that wants to scream. The part of me that wants to rip off this dress, shatter the champagne glass in my hand, and run until the lights disappear and the cameras fade, and I can finally just breathe.</w:t>
      </w:r>
    </w:p>
    <w:p w14:paraId="57C78C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instead, I smile.</w:t>
      </w:r>
    </w:p>
    <w:p w14:paraId="1D5A9D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that’s what I’ve been trained to do.</w:t>
      </w:r>
    </w:p>
    <w:p w14:paraId="385EE5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scan the crowd, habit, survival. I don’t even realize I’m doing it until I stop.</w:t>
      </w:r>
    </w:p>
    <w:p w14:paraId="2B9E58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Until I freeze.</w:t>
      </w:r>
    </w:p>
    <w:p w14:paraId="74B5C5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Until my heart slams into my ribs and stays there, caged and frantic and burning.</w:t>
      </w:r>
    </w:p>
    <w:p w14:paraId="7C6760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he’s here.</w:t>
      </w:r>
    </w:p>
    <w:p w14:paraId="24F958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0CB526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Rivera stands across the terrace like a living threat. Tall. Broad. A slow-burning explosion in a tailored black tuxedo that fits him like sin. His shirt is open just enough to show the edge of ink near his throat, teasing skin I once traced with my mouth. His jaw is sharp, the cut of his stare sharper.</w:t>
      </w:r>
    </w:p>
    <w:p w14:paraId="1C8277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isn’t talking. Isn’t moving.</w:t>
      </w:r>
    </w:p>
    <w:p w14:paraId="543BBA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watching.</w:t>
      </w:r>
    </w:p>
    <w:p w14:paraId="125EAF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Me.</w:t>
      </w:r>
    </w:p>
    <w:p w14:paraId="556EE7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it hits me like a punch to the chest, knocking all the air from my lungs. My body locks </w:t>
      </w:r>
      <w:proofErr w:type="gramStart"/>
      <w:r w:rsidRPr="00124F84">
        <w:rPr>
          <w:rFonts w:ascii="Times New Roman" w:hAnsi="Times New Roman" w:cs="Times New Roman"/>
          <w:sz w:val="24"/>
          <w:szCs w:val="24"/>
        </w:rPr>
        <w:t>up,</w:t>
      </w:r>
      <w:proofErr w:type="gramEnd"/>
      <w:r w:rsidRPr="00124F84">
        <w:rPr>
          <w:rFonts w:ascii="Times New Roman" w:hAnsi="Times New Roman" w:cs="Times New Roman"/>
          <w:sz w:val="24"/>
          <w:szCs w:val="24"/>
        </w:rPr>
        <w:t xml:space="preserve"> muscles stiff with heat and memory.</w:t>
      </w:r>
    </w:p>
    <w:p w14:paraId="1AA7BE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Two weeks.</w:t>
      </w:r>
    </w:p>
    <w:p w14:paraId="305393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been two weeks since that night in the back of his Rolls, since he dragged me into the dark and made me forget how to breathe. Two months since he spread me open, ruined me with his mouth, his hands, his words. Since he made me beg. Cry. Come apart.</w:t>
      </w:r>
    </w:p>
    <w:p w14:paraId="113CA8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he’s here. Unapologetic. Dangerous.</w:t>
      </w:r>
    </w:p>
    <w:p w14:paraId="5F15FD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Worse, he didn’t come alone.</w:t>
      </w:r>
    </w:p>
    <w:p w14:paraId="699D39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brought her.</w:t>
      </w:r>
    </w:p>
    <w:p w14:paraId="4FC5F4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Prescott.</w:t>
      </w:r>
    </w:p>
    <w:p w14:paraId="785013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 girl who once dated my cousin, slept with my ex, and nearly got me suspended from Spence for a rumor she whispered just loud enough to catch fire. A name that still clings to East Coast society pages like perfume on silk. Her father’s in oil. Her mother’s in rehab. And Ivy? </w:t>
      </w:r>
      <w:proofErr w:type="gramStart"/>
      <w:r w:rsidRPr="00124F84">
        <w:rPr>
          <w:rFonts w:ascii="Times New Roman" w:hAnsi="Times New Roman" w:cs="Times New Roman"/>
          <w:sz w:val="24"/>
          <w:szCs w:val="24"/>
        </w:rPr>
        <w:t>Ivy’s</w:t>
      </w:r>
      <w:proofErr w:type="gramEnd"/>
      <w:r w:rsidRPr="00124F84">
        <w:rPr>
          <w:rFonts w:ascii="Times New Roman" w:hAnsi="Times New Roman" w:cs="Times New Roman"/>
          <w:sz w:val="24"/>
          <w:szCs w:val="24"/>
        </w:rPr>
        <w:t xml:space="preserve"> in everything, everyone’s business, everyone’s beds, and apparently, now… on Kane’s arm.</w:t>
      </w:r>
    </w:p>
    <w:p w14:paraId="32F71C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She’s draped against his side like she was poured into place, one long, lethal line of bone-deep confidence and blood-red lipstick.</w:t>
      </w:r>
    </w:p>
    <w:p w14:paraId="4CFC32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doesn’t cling. She occupies. She doesn’t giggle. She hunts.</w:t>
      </w:r>
    </w:p>
    <w:p w14:paraId="022C59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hair is darker than I remember, slicked back into a knot that makes her look even more dangerous. Her gown is red. Of course. Cut so low it should be a scandal. Her eyes, still that smoky, spoiled shade of blue, sweep the terrace like she’s above it all.</w:t>
      </w:r>
    </w:p>
    <w:p w14:paraId="7A812D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Until they find me.</w:t>
      </w:r>
    </w:p>
    <w:p w14:paraId="48B413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she smiles.</w:t>
      </w:r>
    </w:p>
    <w:p w14:paraId="3F576A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sweetly. Not politely.</w:t>
      </w:r>
    </w:p>
    <w:p w14:paraId="17AE74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smiles like a warning.</w:t>
      </w:r>
    </w:p>
    <w:p w14:paraId="1AA7AC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Ivy Prescott doesn’t look at people, she dissects them.</w:t>
      </w:r>
    </w:p>
    <w:p w14:paraId="2D8552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sees me beside Preston, hand tucked into his elbow, smiling like I don’t want to scream. She sees the ring that’s not there yet, the dress I picked to fade, the fracture running straight through my spine.</w:t>
      </w:r>
    </w:p>
    <w:p w14:paraId="6EAD7C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knows.</w:t>
      </w:r>
    </w:p>
    <w:p w14:paraId="1080EA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fucking knows.</w:t>
      </w:r>
    </w:p>
    <w:p w14:paraId="3CA338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this isn’t some random plus-one Kane plucked from the socialite graveyard. Ivy and I go back. She’s been trying to outmaneuver me since we were sixteen.</w:t>
      </w:r>
    </w:p>
    <w:p w14:paraId="5CB0D8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tonight?</w:t>
      </w:r>
    </w:p>
    <w:p w14:paraId="075D09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not just here to play.</w:t>
      </w:r>
    </w:p>
    <w:p w14:paraId="1731C0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here to win.</w:t>
      </w:r>
    </w:p>
    <w:p w14:paraId="6AB944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force a smile, tight, polished, rehearsed. The kind I’ve had locked into muscle memory since Cotillion. But my ribs feel like glass. Brittle. One wrong breath and I’ll shatter into a thousand gleaming pieces, all of them screaming what the fuck are you doing here with him?</w:t>
      </w:r>
    </w:p>
    <w:p w14:paraId="608F51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this?</w:t>
      </w:r>
    </w:p>
    <w:p w14:paraId="75333D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isn’t coincidence.</w:t>
      </w:r>
    </w:p>
    <w:p w14:paraId="49C2AA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Two weeks of nothing, no texts, no calls, not even a whisper of Kane’s voice through the static I keep searching for like an addict.</w:t>
      </w:r>
    </w:p>
    <w:p w14:paraId="4C17BF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he shows up at this dinner, in this house, at this exact moment, with her?</w:t>
      </w:r>
    </w:p>
    <w:p w14:paraId="4620E8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it’s casual. Like it’s nothing.</w:t>
      </w:r>
    </w:p>
    <w:p w14:paraId="777BA7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it’s not nothing.</w:t>
      </w:r>
    </w:p>
    <w:p w14:paraId="5DD61D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It’s war.</w:t>
      </w:r>
    </w:p>
    <w:p w14:paraId="7A370B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deliberate.</w:t>
      </w:r>
    </w:p>
    <w:p w14:paraId="2CAEB6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Surgical.</w:t>
      </w:r>
    </w:p>
    <w:p w14:paraId="4592A3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sending a message, and every cell in my body receives it:</w:t>
      </w:r>
    </w:p>
    <w:p w14:paraId="25A193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not special.</w:t>
      </w:r>
    </w:p>
    <w:p w14:paraId="429E0A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not sacred.</w:t>
      </w:r>
    </w:p>
    <w:p w14:paraId="440F77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not immune.</w:t>
      </w:r>
    </w:p>
    <w:p w14:paraId="205593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showing me that I was always just a game.</w:t>
      </w:r>
    </w:p>
    <w:p w14:paraId="0E0173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another girl he made fall apart.</w:t>
      </w:r>
    </w:p>
    <w:p w14:paraId="68B7DC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did fall apart. For him. On him. With him inside me, whispering things that felt like truth.</w:t>
      </w:r>
    </w:p>
    <w:p w14:paraId="708472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he’s standing there with Ivy fucking Prescott like he didn’t rip my world to shreds and then vanish.</w:t>
      </w:r>
    </w:p>
    <w:p w14:paraId="2418EA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 haven’t been choking on silence while he’s been playing dress-up with someone who looks like she bites.</w:t>
      </w:r>
    </w:p>
    <w:p w14:paraId="6AD94E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tilts his head slightly, like he can feel my rage burning holes straight through his tailored suit. Then his eyes find mine, lazy and dark, and the corner of his mouth tips up into that cruel little smirk he saves only for me.</w:t>
      </w:r>
    </w:p>
    <w:p w14:paraId="2D99A5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twists violently, a knife plunging deep and turning slow.</w:t>
      </w:r>
    </w:p>
    <w:p w14:paraId="7A7BDC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him.</w:t>
      </w:r>
    </w:p>
    <w:p w14:paraId="7CBE92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this game.</w:t>
      </w:r>
    </w:p>
    <w:p w14:paraId="360017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my own traitorous heartbeat, thundering wildly like it doesn’t remember how much this hurts.</w:t>
      </w:r>
    </w:p>
    <w:p w14:paraId="3C9071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murmurs something beside me, something charming and smooth and empty, and I nod like I heard him. Like I’m not bleeding right here, in front of everyone. Like I’m not clinging desperately to the shattered remnants of the woman Kane Rivera broke open with his mouth, his hands, his body.</w:t>
      </w:r>
    </w:p>
    <w:p w14:paraId="0C5FAD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slides a manicured hand over Kane’s chest, effortlessly intimate, as casual as breathing. Her nails, blood-red, like her mouth, graze his jacket, marking her territory, staking her claim.</w:t>
      </w:r>
    </w:p>
    <w:p w14:paraId="4D9095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smiles at me, slow and deliberate, the kind of smile that knows exactly where it hurts and pushes deeper.</w:t>
      </w:r>
    </w:p>
    <w:p w14:paraId="3EC8A1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hate her.</w:t>
      </w:r>
    </w:p>
    <w:p w14:paraId="31D9EA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But not nearly as much as I hate myself for caring.</w:t>
      </w:r>
    </w:p>
    <w:p w14:paraId="0FF762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feeling anything at all.</w:t>
      </w:r>
    </w:p>
    <w:p w14:paraId="207D69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Kane moves then, guiding Ivy toward us, toward me, and my body goes rigid, every muscle tense, a storm of dread and anticipation colliding inside my chest. </w:t>
      </w:r>
    </w:p>
    <w:p w14:paraId="064647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Panic surges, violent and visceral, clawing through my veins.</w:t>
      </w:r>
    </w:p>
    <w:p w14:paraId="512FAD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face him. Not like this. Not with her. Not with my heart beating itself bloody, my pride on the verge of collapse.</w:t>
      </w:r>
    </w:p>
    <w:p w14:paraId="2D1AB7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fast…too fast…</w:t>
      </w:r>
    </w:p>
    <w:p w14:paraId="74FFA1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“Let’s go to our table,” I whisper urgently, forcing the words through clenched teeth, my throat tight, constricted, desperate. “Now.”</w:t>
      </w:r>
    </w:p>
    <w:p w14:paraId="0DEBC3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pauses, startled, glancing down at me. “Camille? Are you alright?”</w:t>
      </w:r>
    </w:p>
    <w:p w14:paraId="28CAD1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 I beg softly. Just once. Just tonight. “I just…I need to sit.”</w:t>
      </w:r>
    </w:p>
    <w:p w14:paraId="07CC2B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hesitates another second, and I know, I fucking know, Kane’s close. I feel him behind me, his heat searing through silk and skin, his presence carving into my spine like a blade.</w:t>
      </w:r>
    </w:p>
    <w:p w14:paraId="3EA4EE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offers his arm.</w:t>
      </w:r>
    </w:p>
    <w:p w14:paraId="584C54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take it like a drowning woman clutches a raft, white-knuckled, trembling.</w:t>
      </w:r>
    </w:p>
    <w:p w14:paraId="03645A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give Kane my back.</w:t>
      </w:r>
    </w:p>
    <w:p w14:paraId="3BE07C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feels like stepping onto a battlefield in stilettos.</w:t>
      </w:r>
    </w:p>
    <w:p w14:paraId="2E1A95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know what it’ll do to him.</w:t>
      </w:r>
    </w:p>
    <w:p w14:paraId="4CE3DF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like being ignored. Doesn’t like being dismissed. Doesn’t like being walked away from like he’s not the most dangerous man in the room.</w:t>
      </w:r>
    </w:p>
    <w:p w14:paraId="5CF593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 it anyway.</w:t>
      </w:r>
    </w:p>
    <w:p w14:paraId="543B5E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it’s the only move I have left that might save me.</w:t>
      </w:r>
    </w:p>
    <w:p w14:paraId="04A620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Or destroy me.</w:t>
      </w:r>
    </w:p>
    <w:p w14:paraId="7428B0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leads us forward, smiling for the cameras, for the crowd, for the donors who will sign checks to fund his future.</w:t>
      </w:r>
    </w:p>
    <w:p w14:paraId="57F78D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follow, stiff and silent, feeling Kane’s eyes scorch a trail down my spine with every step.</w:t>
      </w:r>
    </w:p>
    <w:p w14:paraId="4EFAC9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have to look to know he’s watching.</w:t>
      </w:r>
    </w:p>
    <w:p w14:paraId="061100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it.</w:t>
      </w:r>
    </w:p>
    <w:p w14:paraId="555F49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Burning.</w:t>
      </w:r>
    </w:p>
    <w:p w14:paraId="43980139" w14:textId="77777777" w:rsidR="00351B3C" w:rsidRPr="00124F84" w:rsidRDefault="00351B3C" w:rsidP="00124F84">
      <w:pPr>
        <w:spacing w:line="240" w:lineRule="auto"/>
        <w:rPr>
          <w:rFonts w:ascii="Times New Roman" w:hAnsi="Times New Roman" w:cs="Times New Roman"/>
          <w:sz w:val="24"/>
          <w:szCs w:val="24"/>
        </w:rPr>
      </w:pPr>
    </w:p>
    <w:p w14:paraId="3973C4D8"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295363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runs.</w:t>
      </w:r>
    </w:p>
    <w:p w14:paraId="7F2A12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Predictable.</w:t>
      </w:r>
    </w:p>
    <w:p w14:paraId="0C272C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surprising.</w:t>
      </w:r>
    </w:p>
    <w:p w14:paraId="55D9AA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disappointing either.</w:t>
      </w:r>
    </w:p>
    <w:p w14:paraId="1A6473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beneath the panic, beneath the pride, beneath the wide-eyed terror of me and Ivy walking straight up to her future, straight fucking through it, Camille’s eyes burned.</w:t>
      </w:r>
    </w:p>
    <w:p w14:paraId="1AAFB5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Deep.</w:t>
      </w:r>
    </w:p>
    <w:p w14:paraId="61DAFA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Scorching.</w:t>
      </w:r>
    </w:p>
    <w:p w14:paraId="28C91C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same wildfire look she gave me when she begged for more in the penthouse. When she rode my fingers in the backseat of the Rolls. The kind of look that says touch me and I’ll break, but please don’t stop.</w:t>
      </w:r>
    </w:p>
    <w:p w14:paraId="465A1A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it’s that look, that flicker of need she still hasn’t learned to hide…that made her dodge.</w:t>
      </w:r>
    </w:p>
    <w:p w14:paraId="09C8DD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Made her flinch.</w:t>
      </w:r>
    </w:p>
    <w:p w14:paraId="79E76A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Cut a clean, desperate line across the room like she could outrun this…outrun me.</w:t>
      </w:r>
    </w:p>
    <w:p w14:paraId="3DEF42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Dragging Caldwell behind her like a life raft she just now remembered was sinking.</w:t>
      </w:r>
    </w:p>
    <w:p w14:paraId="1EE704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her go.</w:t>
      </w:r>
    </w:p>
    <w:p w14:paraId="1FB473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fuck, look at her.</w:t>
      </w:r>
    </w:p>
    <w:p w14:paraId="68B279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silk dress clings like a second skin, dark and liquid over caramel I’ve tasted, bitten, bruised. Fabric sculpted to the delicate arch of her back, dipping low enough to make every man in this room want to sin.</w:t>
      </w:r>
    </w:p>
    <w:p w14:paraId="21EA52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Rounded hips sway with each retreating step, that heart-shaped ass I’ve gripped in both hands, fucked from behind, marked with my mouth. Legs for days, legs I’ve lived between, worshipped on my knees, palms locked around her thighs while she begged for more.</w:t>
      </w:r>
    </w:p>
    <w:p w14:paraId="357084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slit in her dress cuts damn near to her hipbone, flashing glimpses of thigh that make my fists curl at my sides.</w:t>
      </w:r>
    </w:p>
    <w:p w14:paraId="38A309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her tits… Perfect. Pushed up high and smooth, right there on display like she doesn’t remember how I came on them the last time she called me a mistake.</w:t>
      </w:r>
    </w:p>
    <w:p w14:paraId="61BDF3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dressed for me.</w:t>
      </w:r>
    </w:p>
    <w:p w14:paraId="4F3505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always does.</w:t>
      </w:r>
    </w:p>
    <w:p w14:paraId="4018FA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Even now, even running, she walks like she knows my eyes are on her. Like she wants them to be. Like some sick part of her needs to be hunted.</w:t>
      </w:r>
    </w:p>
    <w:p w14:paraId="1949C6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Beside me, Ivy shifts, following my gaze.</w:t>
      </w:r>
    </w:p>
    <w:p w14:paraId="3E41F1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“Rivera,” Ivy purrs, voice all velvet edges and casual menace. “You’re staring.”</w:t>
      </w:r>
    </w:p>
    <w:p w14:paraId="02D965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“Observing.”</w:t>
      </w:r>
    </w:p>
    <w:p w14:paraId="6917E8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“Looks more like plotting.”</w:t>
      </w:r>
    </w:p>
    <w:p w14:paraId="5546BE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flick briefly toward her, amused. “Multitasking.”</w:t>
      </w:r>
    </w:p>
    <w:p w14:paraId="1608CF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Ivy’s lips curve slowly, blood-red and viciously entertained. “She’s pretty when she runs.”</w:t>
      </w:r>
    </w:p>
    <w:p w14:paraId="6AFD4A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prettier when she begs.”</w:t>
      </w:r>
    </w:p>
    <w:p w14:paraId="12294D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laugh is smoke, soft and dangerous. “And when she fights?”</w:t>
      </w:r>
    </w:p>
    <w:p w14:paraId="5589C9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when she’s fucking exquisite.”</w:t>
      </w:r>
    </w:p>
    <w:p w14:paraId="221039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arches an eyebrow. “So, is tonight punishment or foreplay?”</w:t>
      </w:r>
    </w:p>
    <w:p w14:paraId="637632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w:t>
      </w:r>
    </w:p>
    <w:p w14:paraId="48691C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leans in, voice a silk whisper against my ear. “Good. I’d hate to think you called me here just for dinner.”</w:t>
      </w:r>
    </w:p>
    <w:p w14:paraId="036B56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give her a sharp smile. “You almost sound jealous.”</w:t>
      </w:r>
    </w:p>
    <w:p w14:paraId="47EBBA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“I’m a lot of things,” Ivy says, lips brushing my jaw, casual as breathing, “but never jealous. </w:t>
      </w:r>
      <w:proofErr w:type="gramStart"/>
      <w:r w:rsidRPr="00124F84">
        <w:rPr>
          <w:rFonts w:ascii="Times New Roman" w:hAnsi="Times New Roman" w:cs="Times New Roman"/>
          <w:sz w:val="24"/>
          <w:szCs w:val="24"/>
        </w:rPr>
        <w:t>Jealousy’s</w:t>
      </w:r>
      <w:proofErr w:type="gramEnd"/>
      <w:r w:rsidRPr="00124F84">
        <w:rPr>
          <w:rFonts w:ascii="Times New Roman" w:hAnsi="Times New Roman" w:cs="Times New Roman"/>
          <w:sz w:val="24"/>
          <w:szCs w:val="24"/>
        </w:rPr>
        <w:t xml:space="preserve"> for girls like Camille Sinclair.”</w:t>
      </w:r>
    </w:p>
    <w:p w14:paraId="395118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you’ll enjoy this.” I nod toward the table ahead, where Preston pulls out Camille’s chair, oblivious. “Do me a favor, Ivy.”</w:t>
      </w:r>
    </w:p>
    <w:p w14:paraId="772D5D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“Name it.”</w:t>
      </w:r>
    </w:p>
    <w:p w14:paraId="225B57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“Caldwell loves the sound of his own voice. Stroke his ego.”</w:t>
      </w:r>
    </w:p>
    <w:p w14:paraId="253E0A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smirks, slow and filthy. “Want me to stroke anything else?”</w:t>
      </w:r>
    </w:p>
    <w:p w14:paraId="58263E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give her a dark smile. “If I do, you’ll know. Until then, remind him exactly why he spent four years at Yale trying to fuck you.”</w:t>
      </w:r>
    </w:p>
    <w:p w14:paraId="4E48BC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laughs softly, eyes glittering darkly. “Oh, I love it when you’re twisted, Daddy,” </w:t>
      </w:r>
    </w:p>
    <w:p w14:paraId="5780C3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w:t>
      </w:r>
      <w:proofErr w:type="gramStart"/>
      <w:r w:rsidRPr="00124F84">
        <w:rPr>
          <w:rFonts w:ascii="Times New Roman" w:hAnsi="Times New Roman" w:cs="Times New Roman"/>
          <w:sz w:val="24"/>
          <w:szCs w:val="24"/>
        </w:rPr>
        <w:t>smirk,</w:t>
      </w:r>
      <w:proofErr w:type="gramEnd"/>
      <w:r w:rsidRPr="00124F84">
        <w:rPr>
          <w:rFonts w:ascii="Times New Roman" w:hAnsi="Times New Roman" w:cs="Times New Roman"/>
          <w:sz w:val="24"/>
          <w:szCs w:val="24"/>
        </w:rPr>
        <w:t xml:space="preserve"> gaze locked on Camille’s stiff spine as she pretends not to notice us closing in. “Then you’re about to have the night of your life.”</w:t>
      </w:r>
    </w:p>
    <w:p w14:paraId="01D3C9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squeezes my arm, her nails sharp enough to leave marks through my suit jacket. Her voice drops lower, a velvet tease. “And you’re sure your pretty little heiress won’t break?”</w:t>
      </w:r>
    </w:p>
    <w:p w14:paraId="34E1A5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watch Camille’s hand tighten around her champagne flute. Knuckles white. Glass shaking. Every nerve in her body screaming awareness.</w:t>
      </w:r>
    </w:p>
    <w:p w14:paraId="4F94CF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tougher than she looks.”</w:t>
      </w:r>
    </w:p>
    <w:p w14:paraId="1AD6E4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hums softly. “Still, everyone has limits.”</w:t>
      </w:r>
    </w:p>
    <w:p w14:paraId="40F6F2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exactly what I’m counting on.”</w:t>
      </w:r>
    </w:p>
    <w:p w14:paraId="5CBC52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tilts her head, eyes gleaming with curiosity and cruelty. “Just how far do you plan to push her tonight?”</w:t>
      </w:r>
    </w:p>
    <w:p w14:paraId="3FBC3A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closer, breathing slow against her ear. “Until she begs.”</w:t>
      </w:r>
    </w:p>
    <w:p w14:paraId="330F76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mercy?” Ivy murmurs.</w:t>
      </w:r>
    </w:p>
    <w:p w14:paraId="735457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say, my voice a dark promise. “For more.”</w:t>
      </w:r>
    </w:p>
    <w:p w14:paraId="05A7B4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laugh is quiet, viciously entertained. “You’re going to ruin her.”</w:t>
      </w:r>
    </w:p>
    <w:p w14:paraId="0DD18F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straighten, fixing my cuffs, ready to move. “She’s already ruined. Tonight, I’m just reminding her who did it.”</w:t>
      </w:r>
    </w:p>
    <w:p w14:paraId="121377C7" w14:textId="0FE6B695" w:rsidR="00351B3C" w:rsidRPr="00124F84" w:rsidRDefault="004A2A46" w:rsidP="00124F84">
      <w:pPr>
        <w:spacing w:after="160"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25E3A0ED"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lastRenderedPageBreak/>
        <w:t>Chapter Nine</w:t>
      </w:r>
    </w:p>
    <w:p w14:paraId="28A17DDD" w14:textId="77777777" w:rsidR="00351B3C" w:rsidRPr="00124F84" w:rsidRDefault="00351B3C" w:rsidP="00124F84">
      <w:pPr>
        <w:spacing w:line="240" w:lineRule="auto"/>
        <w:rPr>
          <w:rFonts w:ascii="Times New Roman" w:hAnsi="Times New Roman" w:cs="Times New Roman"/>
          <w:sz w:val="24"/>
          <w:szCs w:val="24"/>
          <w:u w:val="single"/>
        </w:rPr>
      </w:pPr>
    </w:p>
    <w:p w14:paraId="566651FD"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2E64346C"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rPr>
        <w:t>Preston leads us closer to the table, and with every step, the sinking realization hits me harder.</w:t>
      </w:r>
    </w:p>
    <w:p w14:paraId="553BE1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Kane is walking toward the same table.</w:t>
      </w:r>
    </w:p>
    <w:p w14:paraId="7536D8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knots sharply, dread mixed with a perverse thrill as I reach my seat, discovering the seating card bearing his name. Someone's idea of a cruel joke, or worse, a very deliberate message.</w:t>
      </w:r>
    </w:p>
    <w:p w14:paraId="541389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Seating arrangement from hell.</w:t>
      </w:r>
    </w:p>
    <w:p w14:paraId="0C8694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Rivera, right next to me.</w:t>
      </w:r>
    </w:p>
    <w:p w14:paraId="21FFC5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date, seated directly across, cozied up next to Preston.</w:t>
      </w:r>
    </w:p>
    <w:p w14:paraId="6C36FC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Absolutely fucking perfect.</w:t>
      </w:r>
    </w:p>
    <w:p w14:paraId="147FD6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fingers curl tight around the champagne flute, grip shaky, skin prickling with the searing awareness of Kane beside me.</w:t>
      </w:r>
    </w:p>
    <w:p w14:paraId="075840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shifts casually, thigh brushing mine beneath the table. Heat rushes up my spine, furious and electric, memories sparking to life like flame to gasoline.</w:t>
      </w:r>
    </w:p>
    <w:p w14:paraId="5FBA48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refuse to look at him.</w:t>
      </w:r>
    </w:p>
    <w:p w14:paraId="087726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if I do, if I so much as glance his way, he’ll see it.</w:t>
      </w:r>
      <w:r w:rsidRPr="00124F84">
        <w:rPr>
          <w:rFonts w:ascii="Times New Roman" w:hAnsi="Times New Roman" w:cs="Times New Roman"/>
          <w:sz w:val="24"/>
          <w:szCs w:val="24"/>
        </w:rPr>
        <w:br/>
        <w:t>How thin my mask has stretched.</w:t>
      </w:r>
      <w:r w:rsidRPr="00124F84">
        <w:rPr>
          <w:rFonts w:ascii="Times New Roman" w:hAnsi="Times New Roman" w:cs="Times New Roman"/>
          <w:sz w:val="24"/>
          <w:szCs w:val="24"/>
        </w:rPr>
        <w:br/>
        <w:t>How my composure is nothing but a trembling breath away from splintering all over this fucking table.</w:t>
      </w:r>
    </w:p>
    <w:p w14:paraId="5E193C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Across from us, Ivy’s voice slides into the air like honey laced with cyanide.</w:t>
      </w:r>
    </w:p>
    <w:p w14:paraId="094511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It’s been a while.” she purrs, leaning in, the glint of gold on her wrist catching the candlelight. Her fingers trail along his arm, slow and soft, like she’s painting a claim onto his skin. “You look good. Politics suit you.”</w:t>
      </w:r>
    </w:p>
    <w:p w14:paraId="39CB63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laughs, open, warm, blissfully unaware. The kind of laugh that makes people trust him. Vote for him. Sleep beside him and believe it means something.</w:t>
      </w:r>
    </w:p>
    <w:p w14:paraId="4ABC42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smiles like sin in a silk dress. Effortless. Strategic.</w:t>
      </w:r>
      <w:r w:rsidRPr="00124F84">
        <w:rPr>
          <w:rFonts w:ascii="Times New Roman" w:hAnsi="Times New Roman" w:cs="Times New Roman"/>
          <w:sz w:val="24"/>
          <w:szCs w:val="24"/>
        </w:rPr>
        <w:br/>
        <w:t>And I want to claw her fucking eyes out.</w:t>
      </w:r>
    </w:p>
    <w:p w14:paraId="3348B5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I hate her.</w:t>
      </w:r>
    </w:p>
    <w:p w14:paraId="076F8E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hate him more.</w:t>
      </w:r>
    </w:p>
    <w:p w14:paraId="5DBBF6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Because this, all of this, wasn’t an accident.</w:t>
      </w:r>
      <w:r w:rsidRPr="00124F84">
        <w:rPr>
          <w:rFonts w:ascii="Times New Roman" w:hAnsi="Times New Roman" w:cs="Times New Roman"/>
          <w:sz w:val="24"/>
          <w:szCs w:val="24"/>
        </w:rPr>
        <w:br/>
        <w:t>It’s a production. A performance. A carefully choreographed psychological striptease, and Kane Rivera is directing it like the bastard he is.</w:t>
      </w:r>
    </w:p>
    <w:p w14:paraId="0EFD0E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detail was placed like a dagger:</w:t>
      </w:r>
    </w:p>
    <w:p w14:paraId="1D2269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way Ivy leans in.</w:t>
      </w:r>
    </w:p>
    <w:p w14:paraId="4C301F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precise inch Preston shifts toward her.</w:t>
      </w:r>
    </w:p>
    <w:p w14:paraId="6D41A6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suffocating space between Kane and me that feels anything but safe.</w:t>
      </w:r>
    </w:p>
    <w:p w14:paraId="0AA66646" w14:textId="4FB0578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w:t>
      </w:r>
      <w:r w:rsidR="00307646" w:rsidRPr="00124F84">
        <w:rPr>
          <w:rFonts w:ascii="Times New Roman" w:hAnsi="Times New Roman" w:cs="Times New Roman"/>
          <w:sz w:val="24"/>
          <w:szCs w:val="24"/>
        </w:rPr>
        <w:t>…</w:t>
      </w:r>
    </w:p>
    <w:p w14:paraId="2CAE35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leans in.</w:t>
      </w:r>
    </w:p>
    <w:p w14:paraId="323A6C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w:t>
      </w:r>
    </w:p>
    <w:p w14:paraId="066B73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Deliberate.</w:t>
      </w:r>
    </w:p>
    <w:p w14:paraId="6330FB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breath brushes the curve of my neck, warm and dark.</w:t>
      </w:r>
    </w:p>
    <w:p w14:paraId="6937A4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“Careful, Camille,” he murmurs, voice like velvet stretched over a knife. “You’re holding that glass like you want to slit someone’s throat with it.”</w:t>
      </w:r>
    </w:p>
    <w:p w14:paraId="16A097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 I hiss, jaw locked. “And guess whose name is carved into the fucking stem.”</w:t>
      </w:r>
    </w:p>
    <w:p w14:paraId="29F218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laughs, and it’s not fair that something so deadly can sound so good. The low rasp of it scrapes down my spine, slick and wicked, pooling heat where it shouldn’t.</w:t>
      </w:r>
    </w:p>
    <w:p w14:paraId="47AF1E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disturbingly hot when you’re homicidal,” he says.</w:t>
      </w:r>
    </w:p>
    <w:p w14:paraId="242F62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 to hell.”</w:t>
      </w:r>
    </w:p>
    <w:p w14:paraId="48E6F6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brought hell with me,” he says, voice dark with something close to delight. “Figured you’d be bored up here in paradise.”</w:t>
      </w:r>
    </w:p>
    <w:p w14:paraId="5F7E1D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whip my head toward him, heat and fury colliding in my chest. My eyes meet his and it’s like touching a live wire. Sparks and danger and hunger.</w:t>
      </w:r>
    </w:p>
    <w:p w14:paraId="0432D7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think you’re funny?” I hiss.</w:t>
      </w:r>
    </w:p>
    <w:p w14:paraId="2D8765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His eyes glint, cruel humor curving his lips. “</w:t>
      </w:r>
      <w:proofErr w:type="gramStart"/>
      <w:r w:rsidRPr="00124F84">
        <w:rPr>
          <w:rFonts w:ascii="Times New Roman" w:hAnsi="Times New Roman" w:cs="Times New Roman"/>
          <w:sz w:val="24"/>
          <w:szCs w:val="24"/>
        </w:rPr>
        <w:t>Funny’s</w:t>
      </w:r>
      <w:proofErr w:type="gramEnd"/>
      <w:r w:rsidRPr="00124F84">
        <w:rPr>
          <w:rFonts w:ascii="Times New Roman" w:hAnsi="Times New Roman" w:cs="Times New Roman"/>
          <w:sz w:val="24"/>
          <w:szCs w:val="24"/>
        </w:rPr>
        <w:t xml:space="preserve"> for amateurs. What I have planned is fucking art.”</w:t>
      </w:r>
    </w:p>
    <w:p w14:paraId="0E843F47" w14:textId="6AE2870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open my mouth to fire something back, something vicious, cruel, unhinged</w:t>
      </w:r>
      <w:r w:rsidR="00307646" w:rsidRPr="00124F84">
        <w:rPr>
          <w:rFonts w:ascii="Times New Roman" w:hAnsi="Times New Roman" w:cs="Times New Roman"/>
          <w:sz w:val="24"/>
          <w:szCs w:val="24"/>
        </w:rPr>
        <w:t>…b</w:t>
      </w:r>
      <w:r w:rsidRPr="00124F84">
        <w:rPr>
          <w:rFonts w:ascii="Times New Roman" w:hAnsi="Times New Roman" w:cs="Times New Roman"/>
          <w:sz w:val="24"/>
          <w:szCs w:val="24"/>
        </w:rPr>
        <w:t>ut I freeze.</w:t>
      </w:r>
    </w:p>
    <w:p w14:paraId="027C3E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his hand is on my thigh.</w:t>
      </w:r>
    </w:p>
    <w:p w14:paraId="737253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Heavy. Hot. Possessive. Hidden under the white tablecloth like a beautiful, depraved secret.</w:t>
      </w:r>
    </w:p>
    <w:p w14:paraId="03FEFE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breathe.</w:t>
      </w:r>
    </w:p>
    <w:p w14:paraId="686499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fingers trail slowly upward, the motion maddeningly casual, as if he has all the time in the world to ruin me. And maybe he does.</w:t>
      </w:r>
    </w:p>
    <w:p w14:paraId="765541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“Back off,” I say, voice low, deadly.</w:t>
      </w:r>
    </w:p>
    <w:p w14:paraId="3FBE59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“But this seat’s so warm,” he murmurs, dragging his knuckles up the inside of my thigh like a dare. “And you, </w:t>
      </w:r>
      <w:proofErr w:type="spellStart"/>
      <w:r w:rsidRPr="00124F84">
        <w:rPr>
          <w:rFonts w:ascii="Times New Roman" w:hAnsi="Times New Roman" w:cs="Times New Roman"/>
          <w:sz w:val="24"/>
          <w:szCs w:val="24"/>
        </w:rPr>
        <w:t>Munequita</w:t>
      </w:r>
      <w:proofErr w:type="spellEnd"/>
      <w:r w:rsidRPr="00124F84">
        <w:rPr>
          <w:rFonts w:ascii="Times New Roman" w:hAnsi="Times New Roman" w:cs="Times New Roman"/>
          <w:sz w:val="24"/>
          <w:szCs w:val="24"/>
        </w:rPr>
        <w:t>, you’re practically begging for a deeper conversation.”</w:t>
      </w:r>
    </w:p>
    <w:p w14:paraId="046B90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mouth tips into a smirk, dark and unholy. “Nine inches deeper, give or take.”</w:t>
      </w:r>
    </w:p>
    <w:p w14:paraId="2D8064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inhale sharply, my entire body stiffening. “You’re disgusting.”</w:t>
      </w:r>
    </w:p>
    <w:p w14:paraId="3196E9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 say </w:t>
      </w:r>
      <w:proofErr w:type="gramStart"/>
      <w:r w:rsidRPr="00124F84">
        <w:rPr>
          <w:rFonts w:ascii="Times New Roman" w:hAnsi="Times New Roman" w:cs="Times New Roman"/>
          <w:sz w:val="24"/>
          <w:szCs w:val="24"/>
        </w:rPr>
        <w:t>that,</w:t>
      </w:r>
      <w:proofErr w:type="gramEnd"/>
      <w:r w:rsidRPr="00124F84">
        <w:rPr>
          <w:rFonts w:ascii="Times New Roman" w:hAnsi="Times New Roman" w:cs="Times New Roman"/>
          <w:sz w:val="24"/>
          <w:szCs w:val="24"/>
        </w:rPr>
        <w:t>” he murmurs, “but your legs haven’t moved. Haven’t stopped shaking either.”</w:t>
      </w:r>
    </w:p>
    <w:p w14:paraId="05932E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heart’s a war drum. I want to slap him. I want to straddle him. I want to run.</w:t>
      </w:r>
    </w:p>
    <w:p w14:paraId="7A63B3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Instead, I sit perfectly still.</w:t>
      </w:r>
    </w:p>
    <w:p w14:paraId="5DDD03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Poised. Silent.</w:t>
      </w:r>
    </w:p>
    <w:p w14:paraId="02D8B2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Drenched in the kind of panic that tastes like desire.</w:t>
      </w:r>
    </w:p>
    <w:p w14:paraId="4E5706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fingertips drift upward, slow enough to feel like punishment, bold enough to brand my skin. My pulse pounds violently beneath the silk fabric of my dress, and I’m suddenly terrified everyone at this table can hear the rush of blood through my veins.</w:t>
      </w:r>
    </w:p>
    <w:p w14:paraId="7BAF81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 hiss through clenched teeth. “Don’t.”</w:t>
      </w:r>
    </w:p>
    <w:p w14:paraId="171AA3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“Say please,” he whispers, the smirk on his lips devastatingly arrogant. “Maybe I’ll listen.”</w:t>
      </w:r>
    </w:p>
    <w:p w14:paraId="7408B2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burning alive beneath his touch, fighting desperately to hold onto the fraying edges of control. “You’re sick.”</w:t>
      </w:r>
    </w:p>
    <w:p w14:paraId="0CADEF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 fuck,” he murmurs, tracing maddening circles into the soft, trembling skin of my inner thigh. “But we both know you’re not going to stop me.”</w:t>
      </w:r>
    </w:p>
    <w:p w14:paraId="07BB51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touch moves higher, pressing just enough that my legs tremble, traitorously parting beneath the table. Panic spikes through me, tangled helplessly with raw, consuming desire.</w:t>
      </w:r>
    </w:p>
    <w:p w14:paraId="383282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laugh rings clear from across the table, and I flinch, jerking my gaze toward him. He’s smiling at something Ivy says, oblivious to my unraveling, to Kane’s careful, calculated assault beneath the tablecloth.</w:t>
      </w:r>
    </w:p>
    <w:p w14:paraId="04B7E6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choke on a sharp inhale as his fingertips press firmly against the edge of my panties, teasing, testing, destroying every barrier between sanity and surrender.</w:t>
      </w:r>
    </w:p>
    <w:p w14:paraId="1E05A4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voice trembles, a raw, breathless thing soaked in desperation. “Stop…someone could see us.”</w:t>
      </w:r>
    </w:p>
    <w:p w14:paraId="598410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leans in closer, so near I can feel the ghost of his breath against my ear. His voice is a velvet snarl. “Let them.”</w:t>
      </w:r>
    </w:p>
    <w:p w14:paraId="3A8BF7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shudder.</w:t>
      </w:r>
    </w:p>
    <w:p w14:paraId="26AF2B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them watch you come undone,” he murmurs, low and dark, each word a caress and a threat. “It’d be the first honest thing you've ever given them.”</w:t>
      </w:r>
    </w:p>
    <w:p w14:paraId="292688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Rage coils in my gut like barbed wire, at Preston’s blind stupidity, at Ivy’s effortless charm, at Kane’s merciless needling, and worst of all, at my own treacherous body betraying me in real time. My glare could cut steel. My cheeks are fire. “You’re the devil.”</w:t>
      </w:r>
    </w:p>
    <w:p w14:paraId="464228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eyes catch the light like polished obsidian, too sharp, too deep. That smirk, the one he only wears when he knows he’s already won tugs at his mouth. “Then pray, </w:t>
      </w:r>
      <w:proofErr w:type="spellStart"/>
      <w:r w:rsidRPr="00124F84">
        <w:rPr>
          <w:rFonts w:ascii="Times New Roman" w:hAnsi="Times New Roman" w:cs="Times New Roman"/>
          <w:sz w:val="24"/>
          <w:szCs w:val="24"/>
        </w:rPr>
        <w:t>Munequita</w:t>
      </w:r>
      <w:proofErr w:type="spellEnd"/>
      <w:r w:rsidRPr="00124F84">
        <w:rPr>
          <w:rFonts w:ascii="Times New Roman" w:hAnsi="Times New Roman" w:cs="Times New Roman"/>
          <w:sz w:val="24"/>
          <w:szCs w:val="24"/>
        </w:rPr>
        <w:t>,” he purrs, voice honey-laced poison, “because heaven’s not coming to save you.”</w:t>
      </w:r>
    </w:p>
    <w:p w14:paraId="731477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fingers slip beneath the delicate lace of my panties, slow, practiced, devastating. The intrusion is electric, deliberate, obscene in its subtlety. A gasp shudders out of me, all control slipping through my fingers like sand. I clutch the table's edge like it's the only thing keeping me upright, my knuckles bone-white, eyes flickering around the room in frantic bursts.</w:t>
      </w:r>
    </w:p>
    <w:p w14:paraId="733BDD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one looks.</w:t>
      </w:r>
    </w:p>
    <w:p w14:paraId="5AAB74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one sees.</w:t>
      </w:r>
    </w:p>
    <w:p w14:paraId="7EA6BF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one knows.</w:t>
      </w:r>
    </w:p>
    <w:p w14:paraId="5DFEF8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Except him.</w:t>
      </w:r>
    </w:p>
    <w:p w14:paraId="19960A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hate me,” Kane breathes, his fingers stroking with a languid cruelty that leaves my thighs trembling, my core traitorous. “But your body? Your cunt?” He keeps his voice low, “All truth.”</w:t>
      </w:r>
    </w:p>
    <w:p w14:paraId="2C11C661" w14:textId="7CE847F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bite my lip hard enough to taste blood, desperate to strangle the moan building in my throat. My voice, when it finally claws its way out, is all wreckage. “Please, Kane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40F443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blaze at the sound of that word, the fragile fracture in my armor. He stills, his thumb dragging a slow, pulsing circle that rips the breath from my lungs.</w:t>
      </w:r>
    </w:p>
    <w:p w14:paraId="75C095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 what?” he asks, the words molten. “Stop?” A pause, dangerous. “Or don’t stop?”</w:t>
      </w:r>
    </w:p>
    <w:p w14:paraId="784709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freeze, only for a heartbeat.</w:t>
      </w:r>
    </w:p>
    <w:p w14:paraId="58542B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that’s all he needs.</w:t>
      </w:r>
    </w:p>
    <w:p w14:paraId="300FF1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smile blooms like sin. “That’s what I thought.”</w:t>
      </w:r>
    </w:p>
    <w:p w14:paraId="6EAA61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Across the table, Ivy giggles, whispering something light and meaningless. Preston laughs, head tilted back, completely unaware. So casual, so removed, so oblivious.</w:t>
      </w:r>
    </w:p>
    <w:p w14:paraId="197250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Kane? Kane sees everything.</w:t>
      </w:r>
    </w:p>
    <w:p w14:paraId="518983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He’s watching me unravel, stitch by stitch, savoring every crack he’s carved into my composure. His voice lowers, a blade wrapped in silk. “Look at them, Camille. So shiny. So perfect. All </w:t>
      </w:r>
      <w:r w:rsidRPr="00124F84">
        <w:rPr>
          <w:rFonts w:ascii="Times New Roman" w:hAnsi="Times New Roman" w:cs="Times New Roman"/>
          <w:sz w:val="24"/>
          <w:szCs w:val="24"/>
        </w:rPr>
        <w:lastRenderedPageBreak/>
        <w:t>mask and polish. “Now feel this,” His finger pushes deeper, and I nearly cry out. “</w:t>
      </w:r>
      <w:proofErr w:type="gramStart"/>
      <w:r w:rsidRPr="00124F84">
        <w:rPr>
          <w:rFonts w:ascii="Times New Roman" w:hAnsi="Times New Roman" w:cs="Times New Roman"/>
          <w:sz w:val="24"/>
          <w:szCs w:val="24"/>
        </w:rPr>
        <w:t>this</w:t>
      </w:r>
      <w:proofErr w:type="gramEnd"/>
      <w:r w:rsidRPr="00124F84">
        <w:rPr>
          <w:rFonts w:ascii="Times New Roman" w:hAnsi="Times New Roman" w:cs="Times New Roman"/>
          <w:sz w:val="24"/>
          <w:szCs w:val="24"/>
        </w:rPr>
        <w:t xml:space="preserve"> is real, raw, mine.”</w:t>
      </w:r>
    </w:p>
    <w:p w14:paraId="2399A5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breath fractures on a gasp, sharp and soundless. My </w:t>
      </w:r>
      <w:proofErr w:type="gramStart"/>
      <w:r w:rsidRPr="00124F84">
        <w:rPr>
          <w:rFonts w:ascii="Times New Roman" w:hAnsi="Times New Roman" w:cs="Times New Roman"/>
          <w:sz w:val="24"/>
          <w:szCs w:val="24"/>
        </w:rPr>
        <w:t>whole body</w:t>
      </w:r>
      <w:proofErr w:type="gramEnd"/>
      <w:r w:rsidRPr="00124F84">
        <w:rPr>
          <w:rFonts w:ascii="Times New Roman" w:hAnsi="Times New Roman" w:cs="Times New Roman"/>
          <w:sz w:val="24"/>
          <w:szCs w:val="24"/>
        </w:rPr>
        <w:t xml:space="preserve"> coils tight, hips shifting forward in a pathetic, involuntary plea. Needy. Shamefully eager. Every nerve screaming for more, for him.</w:t>
      </w:r>
    </w:p>
    <w:p w14:paraId="5878A7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gaze is liquid </w:t>
      </w:r>
      <w:proofErr w:type="gramStart"/>
      <w:r w:rsidRPr="00124F84">
        <w:rPr>
          <w:rFonts w:ascii="Times New Roman" w:hAnsi="Times New Roman" w:cs="Times New Roman"/>
          <w:sz w:val="24"/>
          <w:szCs w:val="24"/>
        </w:rPr>
        <w:t>darkness,</w:t>
      </w:r>
      <w:proofErr w:type="gramEnd"/>
      <w:r w:rsidRPr="00124F84">
        <w:rPr>
          <w:rFonts w:ascii="Times New Roman" w:hAnsi="Times New Roman" w:cs="Times New Roman"/>
          <w:sz w:val="24"/>
          <w:szCs w:val="24"/>
        </w:rPr>
        <w:t xml:space="preserve"> voice edged with a possessive command. "Say it." </w:t>
      </w:r>
    </w:p>
    <w:p w14:paraId="27D09A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I’m close. </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fucking close. Teetering on the edge, right there at the tip of release, dragged forward by the unbearable rhythm of his fingers, every touch calibrated to unravel me. I can feel it building, cresting inside me, pressure threatening to snap my spine in two. I’ll break. I will.</w:t>
      </w:r>
    </w:p>
    <w:p w14:paraId="08B79C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Right here.</w:t>
      </w:r>
    </w:p>
    <w:p w14:paraId="06F4C5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Right now.</w:t>
      </w:r>
    </w:p>
    <w:p w14:paraId="775596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At this pristine table with Preston chuckling like an idiot and Ivy whispering lies into his ear.</w:t>
      </w:r>
    </w:p>
    <w:p w14:paraId="296C3F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I’ll fucking fall apart with Kane watching me, owning it.</w:t>
      </w:r>
    </w:p>
    <w:p w14:paraId="38D107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Owning me.</w:t>
      </w:r>
    </w:p>
    <w:p w14:paraId="461322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head shakes, weak and desperate. My teeth sink into my bottom lip like they might stop the words, stop the truth. But they don’t. My voice breaks apart anyway, breathy and cracked.</w:t>
      </w:r>
    </w:p>
    <w:p w14:paraId="672100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“N-No…”</w:t>
      </w:r>
    </w:p>
    <w:p w14:paraId="780D6B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not a protest. It’s not even a refusal.</w:t>
      </w:r>
    </w:p>
    <w:p w14:paraId="35D416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 confession. A moan wrapped in denial.</w:t>
      </w:r>
    </w:p>
    <w:p w14:paraId="246D1F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touch slows.</w:t>
      </w:r>
    </w:p>
    <w:p w14:paraId="094D0C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Stops.</w:t>
      </w:r>
    </w:p>
    <w:p w14:paraId="6BD97E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Torturous. Intentional. Fucking ruthless.</w:t>
      </w:r>
    </w:p>
    <w:p w14:paraId="11E277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the absence instantly, my body screaming for him, chasing what’s already gone.</w:t>
      </w:r>
    </w:p>
    <w:p w14:paraId="381CF0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No. No. No.</w:t>
      </w:r>
    </w:p>
    <w:p w14:paraId="493B17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lips brush against my ear again, featherlight and lethal.</w:t>
      </w:r>
    </w:p>
    <w:p w14:paraId="7B075A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suffer,” he breathes, voice a silk-covered dagger.</w:t>
      </w:r>
    </w:p>
    <w:p w14:paraId="6428C6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then…he’s gone.</w:t>
      </w:r>
    </w:p>
    <w:p w14:paraId="0B4E7E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like that.</w:t>
      </w:r>
    </w:p>
    <w:p w14:paraId="5D5EA9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touch.</w:t>
      </w:r>
    </w:p>
    <w:p w14:paraId="13897C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warmth.</w:t>
      </w:r>
    </w:p>
    <w:p w14:paraId="1C7DB7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Nothing but the cruel, echoing silence between my thighs and the savage, icy ache of something unfinished. Something stolen.</w:t>
      </w:r>
    </w:p>
    <w:p w14:paraId="1DFA37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whole body seizes with the shock, lungs locking mid-breath. Pleasure still pulses like a ghost inside me, phantom contractions that offer no relief. Just heat. Just shame.</w:t>
      </w:r>
    </w:p>
    <w:p w14:paraId="233ED3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cheeks burn. My throat closes around the lump of humiliation rising like bile. I’m soaked and desperate, completely wrecked, and he sits beside from me like nothing happened. Like I’m not spiraling out of control under his hand, or the lack of it.</w:t>
      </w:r>
    </w:p>
    <w:p w14:paraId="3C3A81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Kane’s face is unreadable. Cold. Composed.</w:t>
      </w:r>
    </w:p>
    <w:p w14:paraId="2B863F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picture of control while I’m coming apart molecule by molecule.</w:t>
      </w:r>
    </w:p>
    <w:p w14:paraId="585109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owns it. All of it.</w:t>
      </w:r>
    </w:p>
    <w:p w14:paraId="37EDF4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ruin.</w:t>
      </w:r>
    </w:p>
    <w:p w14:paraId="3EC93E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pleasure.</w:t>
      </w:r>
    </w:p>
    <w:p w14:paraId="497AD4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pain.</w:t>
      </w:r>
    </w:p>
    <w:p w14:paraId="08315C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his.</w:t>
      </w:r>
    </w:p>
    <w:p w14:paraId="68A488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give.</w:t>
      </w:r>
    </w:p>
    <w:p w14:paraId="0B230D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take.</w:t>
      </w:r>
    </w:p>
    <w:p w14:paraId="5AC04C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keep.</w:t>
      </w:r>
    </w:p>
    <w:p w14:paraId="1E3D2AEE" w14:textId="77777777" w:rsidR="00351B3C" w:rsidRPr="00124F84" w:rsidRDefault="00351B3C" w:rsidP="00124F84">
      <w:pPr>
        <w:spacing w:line="240" w:lineRule="auto"/>
        <w:rPr>
          <w:rFonts w:ascii="Times New Roman" w:hAnsi="Times New Roman" w:cs="Times New Roman"/>
          <w:sz w:val="24"/>
          <w:szCs w:val="24"/>
          <w:u w:val="single"/>
        </w:rPr>
      </w:pPr>
    </w:p>
    <w:p w14:paraId="2BA49BF8"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650032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trembling.</w:t>
      </w:r>
    </w:p>
    <w:p w14:paraId="53A664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in fear, yet. It’s something rawer. Closer to unraveling. Every breath she tries to suppress is a confession. Every delicate shiver beneath that flawless exterior is a tell. Camille Sinclair, heir to a porcelain throne of press releases and polished lies, is fracturing beside me.</w:t>
      </w:r>
    </w:p>
    <w:p w14:paraId="315B40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feel all of it.</w:t>
      </w:r>
    </w:p>
    <w:p w14:paraId="14C7DB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need to look. Her tension lives in my bloodstream now.</w:t>
      </w:r>
    </w:p>
    <w:p w14:paraId="522C6C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 twitches under the tablecloth. Still hot from touching her. Still aching to own that pulse again, to shove her thighs open and make her remember who she really belongs to, especially now, sitting here beside the puppet she’s supposed to call her future.</w:t>
      </w:r>
    </w:p>
    <w:p w14:paraId="0D3DDE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laughs. Fucking oblivious. Ivy feeds him another scripted smile like she’s not just his plus-one but his handler. Meanwhile, Camille sits on the edge of combustion. And I’m the match.</w:t>
      </w:r>
    </w:p>
    <w:p w14:paraId="198D8F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I tip back my glass, slow and unbothered. The burn of wine does nothing to cool the fire crawling under my skin. She’s shaking, and </w:t>
      </w:r>
      <w:proofErr w:type="gramStart"/>
      <w:r w:rsidRPr="00124F84">
        <w:rPr>
          <w:rFonts w:ascii="Times New Roman" w:hAnsi="Times New Roman" w:cs="Times New Roman"/>
          <w:sz w:val="24"/>
          <w:szCs w:val="24"/>
        </w:rPr>
        <w:t>it’s</w:t>
      </w:r>
      <w:proofErr w:type="gramEnd"/>
      <w:r w:rsidRPr="00124F84">
        <w:rPr>
          <w:rFonts w:ascii="Times New Roman" w:hAnsi="Times New Roman" w:cs="Times New Roman"/>
          <w:sz w:val="24"/>
          <w:szCs w:val="24"/>
        </w:rPr>
        <w:t xml:space="preserve"> mine. Every ragged inhale. Every inch of her body begging to be contained, ruined, reshaped.</w:t>
      </w:r>
    </w:p>
    <w:p w14:paraId="66BA47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Beautiful.</w:t>
      </w:r>
    </w:p>
    <w:p w14:paraId="134597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not enough.</w:t>
      </w:r>
    </w:p>
    <w:p w14:paraId="6FD846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her heart clawing against my grip. I want the panic, the begging, the part of her that still thinks she can survive this. I want her to break and know I’ll be the one to decide whether she gets rebuilt.</w:t>
      </w:r>
    </w:p>
    <w:p w14:paraId="5726AB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Across the table, Charles Sinclair stands. His voice slices through the hum of wealth and arrogance like a scalpel. “Kane’s integration into Sinclair Media has been… transformative. Aggressive, maybe, but necessary.”</w:t>
      </w:r>
    </w:p>
    <w:p w14:paraId="018386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doesn’t tense…she locks. Like a system shutting down. Her body knows what her mouth won’t say: she’s not in control anymore. She never was.</w:t>
      </w:r>
    </w:p>
    <w:p w14:paraId="2DCD5E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want to watch her fall apart. In real time. On my timeline.</w:t>
      </w:r>
    </w:p>
    <w:p w14:paraId="3AA9BD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Tate lifts his glass beside Charles, all smooth cruelty and veiled threat. “Necessary’s one word for it,” he says, looking directly at me. “Let’s just say I owed Kane a favor. He handled something for me… something no amount of money or politics could touch.”</w:t>
      </w:r>
    </w:p>
    <w:p w14:paraId="1CD4C0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room stills. Heads turn. Preston’s face shifts, confusion, suspicion, something else, something pathetic.</w:t>
      </w:r>
    </w:p>
    <w:p w14:paraId="28FAEA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two… know each other?” he asks, voice forced light, trying to play catch-up in a game he was never invited to.</w:t>
      </w:r>
    </w:p>
    <w:p w14:paraId="3D1110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Tate smiles like a knife. “Know is such a polite term. Kane and I understand each other. We speak the same language.”</w:t>
      </w:r>
    </w:p>
    <w:p w14:paraId="52A589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hand curls around his wineglass. White-knuckled. Good. Let him sweat.</w:t>
      </w:r>
    </w:p>
    <w:p w14:paraId="33902B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“Language?” he says, brittle.</w:t>
      </w:r>
    </w:p>
    <w:p w14:paraId="3CEF39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language of power,” I murmur, voice low and brutal as I glance at Camille. “And consequences.”</w:t>
      </w:r>
    </w:p>
    <w:p w14:paraId="408AB9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flinches. A tiny tell. Enough to make my blood sing.</w:t>
      </w:r>
    </w:p>
    <w:p w14:paraId="24F3DB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Charles interrupts, clearing his throat like he still believes he commands a room that’s already mine. “To partnerships,” he says.</w:t>
      </w:r>
    </w:p>
    <w:p w14:paraId="3A2A22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partnerships,” they all echo.</w:t>
      </w:r>
    </w:p>
    <w:p w14:paraId="7D8529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not her.</w:t>
      </w:r>
    </w:p>
    <w:p w14:paraId="7892FB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Camille’s eyes flick to her father. The betrayal there is almost art. It tightens something in me, something twisted. Because I don’t want her ruined by Charles. Or by Preston. I want her destroyed by me. On my terms. At my hands.</w:t>
      </w:r>
    </w:p>
    <w:p w14:paraId="39B84A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moment dissolves. Fake laughter resumes, plastic and pathetic.</w:t>
      </w:r>
    </w:p>
    <w:p w14:paraId="6E0159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in, slow and controlled, my lips a breath from her ear. “Look at him,” I whisper. “Your father. Dressing you up and handing you over like an offering. Watch him smile while you burn.”</w:t>
      </w:r>
    </w:p>
    <w:p w14:paraId="44DB87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jerks. A tiny, desperate reflex.</w:t>
      </w:r>
    </w:p>
    <w:p w14:paraId="34D76D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goddamn, I drink it in.</w:t>
      </w:r>
    </w:p>
    <w:p w14:paraId="4790F1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Victory isn’t sweet. It’s addictive. Brutal. Raw. A visceral pleasure slicing through me, deeper because she can’t stop herself. Her body knows truths her mind still pretends aren’t real.</w:t>
      </w:r>
    </w:p>
    <w:p w14:paraId="1E9C6D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“Shut up,” she whispers, voice a threadbare plea.</w:t>
      </w:r>
    </w:p>
    <w:p w14:paraId="72181D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Too late, princess.</w:t>
      </w:r>
    </w:p>
    <w:p w14:paraId="223624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rises, smoothing his jacket, every gesture polished, rehearsed, fucking empty. He taps the glass softly, demanding attention like a child craving applause.</w:t>
      </w:r>
    </w:p>
    <w:p w14:paraId="121A69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“I’d like to say a few words,” he begins, voice dripping with manufactured sincerity. His gaze sweeps the room, pauses on Camille, but he doesn’t see her. Doesn’t notice the rigid spine, the broken rhythm of her breathing, the sheer panic shimmering just beneath that flawless, expensive facade.</w:t>
      </w:r>
    </w:p>
    <w:p w14:paraId="1A4D0A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w:t>
      </w:r>
    </w:p>
    <w:p w14:paraId="18A5C9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see every crack.</w:t>
      </w:r>
    </w:p>
    <w:p w14:paraId="2B36B7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“Tonight isn’t merely about gathering allies,” Preston continues, voice too calm, too slick. “It’s about opportunity. Tradition merging seamlessly with progress. My father once told me leadership isn’t inherited. It’s earned through courage, conviction, and sacrifice.”</w:t>
      </w:r>
    </w:p>
    <w:p w14:paraId="6D1A74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room murmurs politely, a hollow buzz of approval he feeds off like oxygen. He lifts his chin, the picture of false modesty.</w:t>
      </w:r>
    </w:p>
    <w:p w14:paraId="2AE7AA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“Leadership is a calling,” he says, voice swelling with counterfeit passion. “A responsibility. And tonight, I answer it proudly.”</w:t>
      </w:r>
    </w:p>
    <w:p w14:paraId="14768E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pauses, his moment choreographed, pathetic in its predictability. “I’m honored to announce that I’m officially running for the United States Senate.”</w:t>
      </w:r>
    </w:p>
    <w:p w14:paraId="2342CE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applause surges, polite and meaningless, a performance. Camille doesn’t move beside me. Doesn’t blink. Doesn’t fucking breathe.</w:t>
      </w:r>
    </w:p>
    <w:p w14:paraId="54FEBB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she knows what’s next.</w:t>
      </w:r>
    </w:p>
    <w:p w14:paraId="4B6A22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We both do.</w:t>
      </w:r>
    </w:p>
    <w:p w14:paraId="41B51F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turns slowly toward her, his smile softening to practiced tenderness, an actor delivering his line flawlessly. He dips his hand into his pocket, pulling out the velvet box like a trophy, oblivious to the noose he's tightening around her throat.</w:t>
      </w:r>
    </w:p>
    <w:p w14:paraId="5C8F09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His voice drops, earnest, nauseatingly sincere. He sinks gracefully to one knee. “My future means nothing without you. Stand beside me. Be my strength, my partner…my wife.”</w:t>
      </w:r>
    </w:p>
    <w:p w14:paraId="766D23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w:t>
      </w:r>
      <w:proofErr w:type="gramStart"/>
      <w:r w:rsidRPr="00124F84">
        <w:rPr>
          <w:rFonts w:ascii="Times New Roman" w:hAnsi="Times New Roman" w:cs="Times New Roman"/>
          <w:sz w:val="24"/>
          <w:szCs w:val="24"/>
        </w:rPr>
        <w:t>whole body</w:t>
      </w:r>
      <w:proofErr w:type="gramEnd"/>
      <w:r w:rsidRPr="00124F84">
        <w:rPr>
          <w:rFonts w:ascii="Times New Roman" w:hAnsi="Times New Roman" w:cs="Times New Roman"/>
          <w:sz w:val="24"/>
          <w:szCs w:val="24"/>
        </w:rPr>
        <w:t xml:space="preserve"> locks, trapped by a decision she isn’t making. Shallow breaths flutter in her chest. Her gaze darts to mine, frantic, pleading silently, desperately.</w:t>
      </w:r>
    </w:p>
    <w:p w14:paraId="53EBA3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offer no escape.</w:t>
      </w:r>
    </w:p>
    <w:p w14:paraId="11E005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"Will you marry me?" Preston asks, voice unwavering, confident.</w:t>
      </w:r>
    </w:p>
    <w:p w14:paraId="5A31D8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hesitates, heartbeat after fragile heartbeat passing until it feels like the room itself is holding its breath. She stares at him, then at the ring, trapped, cornered.</w:t>
      </w:r>
    </w:p>
    <w:p w14:paraId="455E7AD7" w14:textId="77777777" w:rsidR="00351B3C" w:rsidRPr="00124F84" w:rsidRDefault="00351B3C" w:rsidP="00124F84">
      <w:pPr>
        <w:spacing w:line="240" w:lineRule="auto"/>
        <w:rPr>
          <w:rFonts w:ascii="Times New Roman" w:hAnsi="Times New Roman" w:cs="Times New Roman"/>
          <w:sz w:val="24"/>
          <w:szCs w:val="24"/>
        </w:rPr>
      </w:pPr>
    </w:p>
    <w:p w14:paraId="549B5987" w14:textId="77777777" w:rsidR="00351B3C" w:rsidRPr="00124F84" w:rsidRDefault="00351B3C" w:rsidP="00124F84">
      <w:pPr>
        <w:spacing w:line="240" w:lineRule="auto"/>
        <w:rPr>
          <w:rFonts w:ascii="Times New Roman" w:hAnsi="Times New Roman" w:cs="Times New Roman"/>
          <w:sz w:val="24"/>
          <w:szCs w:val="24"/>
        </w:rPr>
      </w:pPr>
    </w:p>
    <w:p w14:paraId="66C67E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67F231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down on one knee.</w:t>
      </w:r>
    </w:p>
    <w:p w14:paraId="5151B3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room blurs around me, faces, sounds, colors, all smearing into a dizzying whirlpool of expectation and suffocating perfection.</w:t>
      </w:r>
    </w:p>
    <w:p w14:paraId="465254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 leans forward, eyes glittering hungrily, practically salivating at the perfect moment unfolding in front of her. She’s waited years for this, for the glittering diamond, the perfect pictures, the social media spectacle. For her daughter to become everything she groomed me to be.</w:t>
      </w:r>
    </w:p>
    <w:p w14:paraId="5F92E0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Charles Sinclair’s smile stretches wide, eyes gleaming with pride and ambition. I can practically feel him calculating votes, connections, the precise weight of what this engagement could mean for Sinclair Media.</w:t>
      </w:r>
    </w:p>
    <w:p w14:paraId="20AA15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Clara’s smile is genuine, open, honest, everything mine is not. She claps her hands softly, eyes bright with happiness that twists inside me like a knife. My sister deserves sincerity. Happiness. Something real. Something more than this hollow spectacle.</w:t>
      </w:r>
    </w:p>
    <w:p w14:paraId="380429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me?</w:t>
      </w:r>
    </w:p>
    <w:p w14:paraId="12CA09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breathe.</w:t>
      </w:r>
    </w:p>
    <w:p w14:paraId="6BE3CB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voice reaches me through the haze. Words I've rehearsed in nightmares and daydreams alike.</w:t>
      </w:r>
    </w:p>
    <w:p w14:paraId="1D0CAB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“Camille,” he says, voice shaking slightly, nerves, sincerity, or perhaps just the audience we’ve collected tonight. “Will you marry me?”</w:t>
      </w:r>
    </w:p>
    <w:p w14:paraId="0A1234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holds the ring box open, a diamond big enough to be vulgar, catching every light in the room. Glittering. Perfect.</w:t>
      </w:r>
    </w:p>
    <w:p w14:paraId="777032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tongue feels thick, useless. The air around me turns heavy, pressing against my chest until my lungs burn, until I’m silently screaming beneath a flawless, frozen mask.</w:t>
      </w:r>
    </w:p>
    <w:p w14:paraId="26475F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against every instinct I have, against the silent scream clawing at the back of my throat, my eyes betray me. They flick to the space beside me landing exactly where they should never have gone.</w:t>
      </w:r>
    </w:p>
    <w:p w14:paraId="1B318B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 him.</w:t>
      </w:r>
    </w:p>
    <w:p w14:paraId="56D256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Kane’s stare is dark, unreadable, utterly calm in a way that chills me to the bone. He’s leaning back, wine glass casually dangling between his fingers. His lips twitch, just the barest hint of a smirk.</w:t>
      </w:r>
    </w:p>
    <w:p w14:paraId="5E54C2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knows.</w:t>
      </w:r>
    </w:p>
    <w:p w14:paraId="74BE5D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Knows how trapped I am.</w:t>
      </w:r>
    </w:p>
    <w:p w14:paraId="461B25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Knows I’m suffocating beneath the weight of my parents’ expectations, my sister’s innocence, Preston’s blind ambition.</w:t>
      </w:r>
    </w:p>
    <w:p w14:paraId="1A8555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he loves it.</w:t>
      </w:r>
    </w:p>
    <w:p w14:paraId="082752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silence stretches, awful and unbearable. I force air into my lungs, feeling like it might choke me. I glance quickly back at my mother, watching her eyes widen slightly, demanding my answer. Demanding I don’t ruin this.</w:t>
      </w:r>
    </w:p>
    <w:p w14:paraId="6782C0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Preston prompts quietly, still smiling, but doubt’s crept in. I can see it clearly, the uncertainty, the shadow of hurt hovering just behind his carefully composed mask.</w:t>
      </w:r>
    </w:p>
    <w:p w14:paraId="1E2255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swallow hard.</w:t>
      </w:r>
    </w:p>
    <w:p w14:paraId="2630BC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only word my lips can form is the one that seals my fate, locking me into a perfect life I never asked for, never wanted, never felt belonged to me.</w:t>
      </w:r>
    </w:p>
    <w:p w14:paraId="36B0E9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I whisper.</w:t>
      </w:r>
    </w:p>
    <w:p w14:paraId="3BF374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Applause erupts around us, loud, intrusive, overwhelming. Preston stands, slipping the ring on my finger. The diamond feels cold and heavy, a chain locking me into place.</w:t>
      </w:r>
    </w:p>
    <w:p w14:paraId="05C5AB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 rises, clapping loudly, her smile brilliant, victorious. Charles nods approvingly, satisfaction glowing in his eyes. Clara rushes over, eyes bright and joyous, arms wide as she embraces me, squeezing me tight.</w:t>
      </w:r>
    </w:p>
    <w:p w14:paraId="0B5203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back, forced and brittle.</w:t>
      </w:r>
    </w:p>
    <w:p w14:paraId="6450CA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But it’s not them I feel.</w:t>
      </w:r>
    </w:p>
    <w:p w14:paraId="0A8246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Kane, his gaze burning against my skin, mocking every forced breath, every second I pretend this is what I want.</w:t>
      </w:r>
    </w:p>
    <w:p w14:paraId="42D32B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when I finally dare to glance at him one last time, he lifts his glass in a silent toast. Eyes glittering, mouth curling cruelly at the edges.</w:t>
      </w:r>
    </w:p>
    <w:p w14:paraId="3A2DC2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 if he’s congratulating himself.</w:t>
      </w:r>
    </w:p>
    <w:p w14:paraId="088614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 if he’s just won a battle I didn’t even realize I was losing.</w:t>
      </w:r>
    </w:p>
    <w:p w14:paraId="1ABBD4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 worst part?</w:t>
      </w:r>
    </w:p>
    <w:p w14:paraId="32E41C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right.</w:t>
      </w:r>
    </w:p>
    <w:p w14:paraId="74369C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6E30AD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happening.</w:t>
      </w:r>
    </w:p>
    <w:p w14:paraId="5C6A1A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It’s </w:t>
      </w:r>
      <w:proofErr w:type="gramStart"/>
      <w:r w:rsidRPr="00124F84">
        <w:rPr>
          <w:rFonts w:ascii="Times New Roman" w:hAnsi="Times New Roman" w:cs="Times New Roman"/>
          <w:sz w:val="24"/>
          <w:szCs w:val="24"/>
        </w:rPr>
        <w:t>actually happening</w:t>
      </w:r>
      <w:proofErr w:type="gramEnd"/>
      <w:r w:rsidRPr="00124F84">
        <w:rPr>
          <w:rFonts w:ascii="Times New Roman" w:hAnsi="Times New Roman" w:cs="Times New Roman"/>
          <w:sz w:val="24"/>
          <w:szCs w:val="24"/>
        </w:rPr>
        <w:t xml:space="preserve">. </w:t>
      </w:r>
    </w:p>
    <w:p w14:paraId="6D8900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room moves around me in flashes of perfume and champagne, warm bodies pressing too close, congratulations slurred over classical music and the gentle chime of glass. Preston’s hand stays curled tightly around mine, lifting it like a trophy as he drags me from one cluster of people to the next.</w:t>
      </w:r>
    </w:p>
    <w:p w14:paraId="3BF30B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“Thank you,” I say. “We’re thrilled.”</w:t>
      </w:r>
    </w:p>
    <w:p w14:paraId="7602B4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w:t>
      </w:r>
    </w:p>
    <w:p w14:paraId="60D237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nod.</w:t>
      </w:r>
    </w:p>
    <w:p w14:paraId="7BB5CB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again.</w:t>
      </w:r>
    </w:p>
    <w:p w14:paraId="085AA8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doesn’t matter who’s speaking. The words blur.</w:t>
      </w:r>
    </w:p>
    <w:p w14:paraId="18EE52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mother’s clapping so hard her bracelets jangle up her forearm. “My darling,” she breathes dramatically, dabbing at the corners of her eyes, and I want to slap her. She’s never cried for me. Not when I needed it. Not when I was violated. But now? Now she weeps because I look good on Preston’s arm and the cameras are pointed our way.</w:t>
      </w:r>
    </w:p>
    <w:p w14:paraId="09DD90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Charles is beaming. “This will be excellent for optics,” he says to Preston’s father, who agrees, clasping his shoulder like they’ve just secured a merger. “The </w:t>
      </w:r>
      <w:proofErr w:type="spellStart"/>
      <w:r w:rsidRPr="00124F84">
        <w:rPr>
          <w:rFonts w:ascii="Times New Roman" w:hAnsi="Times New Roman" w:cs="Times New Roman"/>
          <w:sz w:val="24"/>
          <w:szCs w:val="24"/>
        </w:rPr>
        <w:t>Sinclairs</w:t>
      </w:r>
      <w:proofErr w:type="spellEnd"/>
      <w:r w:rsidRPr="00124F84">
        <w:rPr>
          <w:rFonts w:ascii="Times New Roman" w:hAnsi="Times New Roman" w:cs="Times New Roman"/>
          <w:sz w:val="24"/>
          <w:szCs w:val="24"/>
        </w:rPr>
        <w:t xml:space="preserve"> and </w:t>
      </w:r>
      <w:proofErr w:type="spellStart"/>
      <w:r w:rsidRPr="00124F84">
        <w:rPr>
          <w:rFonts w:ascii="Times New Roman" w:hAnsi="Times New Roman" w:cs="Times New Roman"/>
          <w:sz w:val="24"/>
          <w:szCs w:val="24"/>
        </w:rPr>
        <w:t>Caldwells</w:t>
      </w:r>
      <w:proofErr w:type="spellEnd"/>
      <w:r w:rsidRPr="00124F84">
        <w:rPr>
          <w:rFonts w:ascii="Times New Roman" w:hAnsi="Times New Roman" w:cs="Times New Roman"/>
          <w:sz w:val="24"/>
          <w:szCs w:val="24"/>
        </w:rPr>
        <w:t>, one hell of a power move.”</w:t>
      </w:r>
    </w:p>
    <w:p w14:paraId="1405AA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Clara’s glowing beside me, her hand clasped around Nathan’s. “I knew he was going to propose,” she whispers, her smile wide, her eyes shining with that too-pure hope I lost a long time ago. “You deserve everything, Cam.”</w:t>
      </w:r>
    </w:p>
    <w:p w14:paraId="386137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lie lodges in my throat.</w:t>
      </w:r>
    </w:p>
    <w:p w14:paraId="048A24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Preston’s grip tightens as he leads me toward yet another group. His smile’s too polished, too gleaming, and he doesn’t seem to notice how quiet I’ve gone. Or maybe he does, and he just doesn’t care.</w:t>
      </w:r>
    </w:p>
    <w:p w14:paraId="429A91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the energy shifts.</w:t>
      </w:r>
    </w:p>
    <w:p w14:paraId="3EBECD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it before I turn.</w:t>
      </w:r>
    </w:p>
    <w:p w14:paraId="38E9DC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static prickle on my skin.</w:t>
      </w:r>
    </w:p>
    <w:p w14:paraId="7EAAFF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lungs tighten.</w:t>
      </w:r>
    </w:p>
    <w:p w14:paraId="01127D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here.</w:t>
      </w:r>
    </w:p>
    <w:p w14:paraId="3D6C44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Kane’s voice slides in like velvet-dipped poison. “Congratulations,” he says, smooth and sharp, standing with Ivy just behind him.</w:t>
      </w:r>
    </w:p>
    <w:p w14:paraId="7D87A0EA" w14:textId="02CD85D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brightens. “Kane. Ivy. Thank you</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means a lot.”</w:t>
      </w:r>
    </w:p>
    <w:p w14:paraId="573523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Kane’s eyes never leave mine. Not once. Not when Ivy offers me a cheek-kiss, not when Preston turns to shake his hand. He watches me as though he's standing on the edge, calmly fascinated, watching my entire world splinter apart beneath his feet. </w:t>
      </w:r>
    </w:p>
    <w:p w14:paraId="2C99EE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slow prickle dances along my spine.</w:t>
      </w:r>
    </w:p>
    <w:p w14:paraId="285A48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he murmurs, voice hushed but charged, dangerous like ice hidden beneath fresh snow. His gaze skewers me, methodical, relentless, unraveling every thread of my carefully woven lies. He extends his hand, bold and arrogant, waiting for me to refuse, knowing damn well I can’t. Preston watches intently, Clara’s breath hitches audibly, the room tightens like a noose pulled gently taut.</w:t>
      </w:r>
    </w:p>
    <w:p w14:paraId="2A923FED" w14:textId="308A69D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set my hand in his, fingers shaking subtly, betraying everything I’ve tried to hide. His grip closes around mine, possessive, unforgiving, iron wrapped in deceptively gentle heat. He raises my hand slowly, deliberately, pressing his lips to my knuckles</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a kiss that feels like the edge of a flame, deceptively sweet until it sears your skin.</w:t>
      </w:r>
    </w:p>
    <w:p w14:paraId="47AB32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“Congratulations,” he whispers again, each syllable a frostbite kiss against overheated flesh. His thumb strokes languidly along the tender skin of my wrist, tracing hidden paths of torture, a caress that bruises invisibly, slowly dismantling every wall I’ve painstakingly built. “Such a pretty prize for all your lies.”</w:t>
      </w:r>
    </w:p>
    <w:p w14:paraId="0DCD81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pounds against my throat, wild and raw. His words burrow deeper than I let anyone else see, scraping painfully over wounds I’ve pretended don’t exist.</w:t>
      </w:r>
    </w:p>
    <w:p w14:paraId="1FDC5F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happy,” I breathe, the words brittle and delicate as fractured glass.</w:t>
      </w:r>
    </w:p>
    <w:p w14:paraId="64526A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smile is slow, ruthless, sharpened on cruelty and honed for destruction.</w:t>
      </w:r>
    </w:p>
    <w:p w14:paraId="48C790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voice lowers, a dangerous hush.</w:t>
      </w:r>
    </w:p>
    <w:p w14:paraId="2B0473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you’re an even better liar than I thought.”</w:t>
      </w:r>
    </w:p>
    <w:p w14:paraId="64D702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words cut me open, deep and merciless, before I can draw another breath.</w:t>
      </w:r>
    </w:p>
    <w:p w14:paraId="279340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steps in swiftly, oblivious and purposeful, threading his hand through mine like a chain locking into place. He pulls me close, protective yet suffocating, like he’s afraid I’ll vanish if he loosens his hold.</w:t>
      </w:r>
    </w:p>
    <w:p w14:paraId="571D3F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him.</w:t>
      </w:r>
    </w:p>
    <w:p w14:paraId="180D2C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it’s easier.</w:t>
      </w:r>
    </w:p>
    <w:p w14:paraId="4C82B9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it’s expected.</w:t>
      </w:r>
    </w:p>
    <w:p w14:paraId="4E04DF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Kane doesn’t move. Doesn’t blink. His stare burns through me as I’m led away, eyes dark and locked on mine with that unbearable intensity that’s always seen too much.</w:t>
      </w:r>
    </w:p>
    <w:p w14:paraId="2C070FDA" w14:textId="77777777" w:rsidR="00351B3C" w:rsidRPr="00124F84" w:rsidRDefault="00351B3C" w:rsidP="00124F84">
      <w:pPr>
        <w:spacing w:line="240" w:lineRule="auto"/>
        <w:rPr>
          <w:rFonts w:ascii="Times New Roman" w:hAnsi="Times New Roman" w:cs="Times New Roman"/>
          <w:sz w:val="24"/>
          <w:szCs w:val="24"/>
        </w:rPr>
      </w:pPr>
      <w:proofErr w:type="spellStart"/>
      <w:r w:rsidRPr="00124F84">
        <w:rPr>
          <w:rFonts w:ascii="Times New Roman" w:hAnsi="Times New Roman" w:cs="Times New Roman"/>
          <w:sz w:val="24"/>
          <w:szCs w:val="24"/>
        </w:rPr>
        <w:t>Hyperfocused</w:t>
      </w:r>
      <w:proofErr w:type="spellEnd"/>
      <w:r w:rsidRPr="00124F84">
        <w:rPr>
          <w:rFonts w:ascii="Times New Roman" w:hAnsi="Times New Roman" w:cs="Times New Roman"/>
          <w:sz w:val="24"/>
          <w:szCs w:val="24"/>
        </w:rPr>
        <w:t>.</w:t>
      </w:r>
    </w:p>
    <w:p w14:paraId="25F7E3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Always.</w:t>
      </w:r>
    </w:p>
    <w:p w14:paraId="31E566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he’s cataloging my damage, like every fractured breath is just another reason to drag me back under.</w:t>
      </w:r>
    </w:p>
    <w:p w14:paraId="488B6E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fingers clutch Preston’s hand, nails digging in hard. “We should move on.”</w:t>
      </w:r>
    </w:p>
    <w:p w14:paraId="2821E4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before I can drag him away, my eyes snag, violently, unwillingly, on a face I never expected to see again.</w:t>
      </w:r>
    </w:p>
    <w:p w14:paraId="374C98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Everhart.</w:t>
      </w:r>
    </w:p>
    <w:p w14:paraId="108A1A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laugh hits me like a fist to the chest, heavy and bitterly familiar. The kind of laugh that buries itself in nightmares, the kind I haven’t heard in fifteen years but could still recognize blindfolded. He looks the same, same polished suit, same glittering arrogance, same contemptible pinky ring winking like mockery beneath the lights.</w:t>
      </w:r>
    </w:p>
    <w:p w14:paraId="1D3267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throat constricts.</w:t>
      </w:r>
    </w:p>
    <w:p w14:paraId="31AA92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room plunges into sudden silence, a vacuum where only my panic echoes.</w:t>
      </w:r>
    </w:p>
    <w:p w14:paraId="77B231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underwater again, black waves closing over my head, lungs screaming for air. I feel his palms, rough against my spine, pressing down, the yacht’s deck slick and cold beneath my fingertips. I hear the splash. Feel the bitter, choking taste of saltwater flooding my mouth.</w:t>
      </w:r>
    </w:p>
    <w:p w14:paraId="0A1187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knees buckle slightly, betraying me.</w:t>
      </w:r>
    </w:p>
    <w:p w14:paraId="5D9200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here.</w:t>
      </w:r>
    </w:p>
    <w:p w14:paraId="451721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Standing there, calm, smug, shaking hands, smiling like his hands aren’t stained with every ounce of innocence he ripped from my bones.</w:t>
      </w:r>
    </w:p>
    <w:p w14:paraId="235D83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stagger backward, breath stolen from me, colliding into Ivy, who gasps softly.</w:t>
      </w:r>
    </w:p>
    <w:p w14:paraId="5595AF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grip tightens painfully around my arm. “Camille?”</w:t>
      </w:r>
    </w:p>
    <w:p w14:paraId="6A8265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can’t speak.</w:t>
      </w:r>
    </w:p>
    <w:p w14:paraId="2781B8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breathe.</w:t>
      </w:r>
    </w:p>
    <w:p w14:paraId="368211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walls press closer, crushing my ribs, and Douglas’s face fills every inch of my vision, twisted and wrong and utterly oblivious to the carnage he's left inside me.</w:t>
      </w:r>
    </w:p>
    <w:p w14:paraId="36D5D1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Preston’s voice sharpens now, anxiety lacing through confusion. “What’s going on?”</w:t>
      </w:r>
    </w:p>
    <w:p w14:paraId="43C4C6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head jerks from side to side, mouth opening and closing uselessly. The words won’t </w:t>
      </w:r>
      <w:proofErr w:type="gramStart"/>
      <w:r w:rsidRPr="00124F84">
        <w:rPr>
          <w:rFonts w:ascii="Times New Roman" w:hAnsi="Times New Roman" w:cs="Times New Roman"/>
          <w:sz w:val="24"/>
          <w:szCs w:val="24"/>
        </w:rPr>
        <w:t>come,</w:t>
      </w:r>
      <w:proofErr w:type="gramEnd"/>
      <w:r w:rsidRPr="00124F84">
        <w:rPr>
          <w:rFonts w:ascii="Times New Roman" w:hAnsi="Times New Roman" w:cs="Times New Roman"/>
          <w:sz w:val="24"/>
          <w:szCs w:val="24"/>
        </w:rPr>
        <w:t xml:space="preserve"> they’re stuck deep in the place where screams live.</w:t>
      </w:r>
    </w:p>
    <w:p w14:paraId="4D9FF2C5" w14:textId="7FAA4274"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w:t>
      </w:r>
      <w:r w:rsidR="00307646" w:rsidRPr="00124F84">
        <w:rPr>
          <w:rFonts w:ascii="Times New Roman" w:hAnsi="Times New Roman" w:cs="Times New Roman"/>
          <w:sz w:val="24"/>
          <w:szCs w:val="24"/>
        </w:rPr>
        <w:t xml:space="preserve">n, </w:t>
      </w:r>
      <w:r w:rsidRPr="00124F84">
        <w:rPr>
          <w:rFonts w:ascii="Times New Roman" w:hAnsi="Times New Roman" w:cs="Times New Roman"/>
          <w:sz w:val="24"/>
          <w:szCs w:val="24"/>
        </w:rPr>
        <w:t>Kane moves, stepping closer.</w:t>
      </w:r>
    </w:p>
    <w:p w14:paraId="0C315D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says nothing. Doesn’t reach for me. Doesn’t offer comfort.</w:t>
      </w:r>
    </w:p>
    <w:p w14:paraId="5CED89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his presence crowds me anyway, heavy and invasive, oppressive heat bearing down, stripping away the last fragile shred of control.</w:t>
      </w:r>
    </w:p>
    <w:p w14:paraId="1FAE4D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watches Douglas. Watches me. Eyes narrowing, calculating the distance between my panic and the monster who caused it. I can see it in the way his gaze sharpens, the way his jaw clenches in sudden, cold comprehension.</w:t>
      </w:r>
    </w:p>
    <w:p w14:paraId="7CE2C2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knows.</w:t>
      </w:r>
    </w:p>
    <w:p w14:paraId="224097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he knows.</w:t>
      </w:r>
    </w:p>
    <w:p w14:paraId="2308E6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Without thinking, without breathing, I wrench my arm free from Preston and run, ignoring my mother’s outraged gasp, Clara’s stunned whisper, Charles’s angry shout. I shove blindly through faceless bodies, silk and perfume and glass scraping at my skin like claws.</w:t>
      </w:r>
    </w:p>
    <w:p w14:paraId="27883D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burst onto the terrace, air slicing into my lungs, cold and punishing.</w:t>
      </w:r>
    </w:p>
    <w:p w14:paraId="30AFC9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palms slam into the marble balustrade, lungs seizing, chest heaving, heartbeat thunderous. Douglas Everhart’s smile claws at my mind, his laughter a razor slicing deeper with every memory dredged from where I buried them. He’s the ghost of the girl I could’ve been, the silent, drowning child lost to deep waters and darker secrets.</w:t>
      </w:r>
    </w:p>
    <w:p w14:paraId="62DBF3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Footsteps approach, slow, deliberate, relentless.</w:t>
      </w:r>
    </w:p>
    <w:p w14:paraId="2B1E9E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Preston. Not my sister’s gentle worry. Not even my mother’s brittle impatience.</w:t>
      </w:r>
    </w:p>
    <w:p w14:paraId="50A3A5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3100F0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shut my eyes tightly, bile burning the back of my throat, nausea twisting my gut into knots. Shame floods through me, hot and acidic, stripping my soul raw. I feel his stare, heavy and merciless, carving me open until every hidden wound bleeds openly.</w:t>
      </w:r>
    </w:p>
    <w:p w14:paraId="0C15FD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“Leave me alone, Kane,” I whisper, voice splintered and shaking. I squeeze my eyes tighter, as if darkness could erase the knowledge burning behind his eyes. “Please.”</w:t>
      </w:r>
    </w:p>
    <w:p w14:paraId="42A1F3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doesn’t move, doesn’t speak right away, just lets the silence grow sharper, crueler, digging deeper until I tremble openly beneath its weight.</w:t>
      </w:r>
    </w:p>
    <w:p w14:paraId="59F7AD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finally, so softly I almost miss it, he breathes my name. “Camille.”</w:t>
      </w:r>
    </w:p>
    <w:p w14:paraId="0DD8E8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way he says it hurts worse than any wound.</w:t>
      </w:r>
    </w:p>
    <w:p w14:paraId="5562B4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he adds quietly, voice steady, pitiless, final.</w:t>
      </w:r>
    </w:p>
    <w:p w14:paraId="46A403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snap open, locking onto his. “You don’t know anything.”</w:t>
      </w:r>
    </w:p>
    <w:p w14:paraId="1D38EF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his expression is granite-hard, unflinching, eyes dark with something dangerous beneath that carefully maintained composure.</w:t>
      </w:r>
    </w:p>
    <w:p w14:paraId="2C3F3F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steps closer, cornering me, pressing me against the unforgiving stone. His voice lowers to a lethal whisper. “I heard you at Haven House. Every word you gave to that little girl.”</w:t>
      </w:r>
    </w:p>
    <w:p w14:paraId="1182FF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lungs stop.</w:t>
      </w:r>
    </w:p>
    <w:p w14:paraId="6987D4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world splinters apart beneath my feet.</w:t>
      </w:r>
    </w:p>
    <w:p w14:paraId="1ADEFCB2" w14:textId="0A5A6F6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whisper, desperate denial clawing at my throat. “You didn't</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779109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did.” His voice slices through me, unforgiving, each word a ruthless strike. “I stood there and listened as you poured your soul out to a stranger, because every single person who was supposed to protect you was too blind or too fucking selfish to care.” His voice dips lower, darker. “How long did you really think you could bury it?”</w:t>
      </w:r>
    </w:p>
    <w:p w14:paraId="12323F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burn, shame and pain mingling like acid behind my eyelids. “Stop,” I choke, pushing weakly against his chest, but he doesn't move. He steps closer instead, crowding me until the cold wall bites hard into my spine and the air thickens with unbearable tension.</w:t>
      </w:r>
    </w:p>
    <w:p w14:paraId="2CBC55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hurt you.” His words land like blows, brutal and precise. “Douglas Everhart touched you, violated you, and threw you aside like garbage.”</w:t>
      </w:r>
    </w:p>
    <w:p w14:paraId="503BC8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harsh, broken sob bursts from my throat, uncontainable and ugly, ripping open every fragile seam I've painstakingly stitched together. My knees buckle beneath me, strength dissolving instantly. But Kane’s grip is iron, fingers bruising and unyielding on my upper arms.</w:t>
      </w:r>
    </w:p>
    <w:p w14:paraId="20818DFF" w14:textId="3CC6776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I beg, voice splintering into pieces. “Don’t say it. Please, Kane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253121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mercy is foreign to him. His eyes blaze, cutting straight through every trembling facade I cling to. “He threw you into the ocean. Left you sinking in the dark. Cold. Helpless. Alone.”</w:t>
      </w:r>
    </w:p>
    <w:p w14:paraId="68E643A9" w14:textId="7C0E125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shake my head violently, desperate to erase the images flashing brutally across my mind. “Please stop</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64BEAB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your family let it happen,” he growls, his voice savage now, eyes blackening with rage. “Your parents, their fucking legacy, their image, their perfect goddamned lies, they buried it. Left you broken and </w:t>
      </w:r>
      <w:proofErr w:type="gramStart"/>
      <w:r w:rsidRPr="00124F84">
        <w:rPr>
          <w:rFonts w:ascii="Times New Roman" w:hAnsi="Times New Roman" w:cs="Times New Roman"/>
          <w:sz w:val="24"/>
          <w:szCs w:val="24"/>
        </w:rPr>
        <w:t>terrified, and</w:t>
      </w:r>
      <w:proofErr w:type="gramEnd"/>
      <w:r w:rsidRPr="00124F84">
        <w:rPr>
          <w:rFonts w:ascii="Times New Roman" w:hAnsi="Times New Roman" w:cs="Times New Roman"/>
          <w:sz w:val="24"/>
          <w:szCs w:val="24"/>
        </w:rPr>
        <w:t xml:space="preserve"> never looked back. All those years, Camille, and no one ever said a goddamn word.”</w:t>
      </w:r>
    </w:p>
    <w:p w14:paraId="01CE9F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I’m shaking uncontrollably, tears sliding hot and unstoppable down my face. “Stop,” I plead, utterly shattered, utterly helpless. “God…Just stop…”</w:t>
      </w:r>
    </w:p>
    <w:p w14:paraId="6EC2A8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suddenly, something inside him shifts. That raw fury twists into something even darker, deeper: ownership. Possession. The stark, consuming need to claim every jagged piece of my soul.</w:t>
      </w:r>
    </w:p>
    <w:p w14:paraId="3CC1CB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won’t,” he whispers harshly, gripping my chin, forcing my shattered gaze to his. “Because it matters, Camille. You matter, even if you’ve convinced yourself otherwise.”</w:t>
      </w:r>
    </w:p>
    <w:p w14:paraId="71ADDA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bitter laugh escapes me, sharp and wounded. “You don’t care,” I whisper brokenly, voice trembling. “All you care about is control…power.”</w:t>
      </w:r>
    </w:p>
    <w:p w14:paraId="3596A4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thumb strokes my cheek, an agonizing tenderness that burns deeper than cruelty ever could. “Maybe,” he murmurs, his voice raw, guttural. “Maybe I am every fucked-up thing you think I am. But I saw you at Haven House, exposed, bleeding, raw, and I can’t unsee it. I can’t forget it. I won’t let you pretend it didn’t happen.”</w:t>
      </w:r>
    </w:p>
    <w:p w14:paraId="6F333F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rattles painfully, chest aching, lungs contracting until each inhale feels like razors. Tears spill freely, silent streams tracing years of hidden agony down my cheeks. Kane tracks each one, relentless, dissecting my pain as if he’s starving for it.</w:t>
      </w:r>
    </w:p>
    <w:p w14:paraId="1C28B3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“Why?” My voice is barely audible, fractured and trembling. “Why do you care? Why would you want this?”</w:t>
      </w:r>
    </w:p>
    <w:p w14:paraId="6069E4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leans in, so close that his breath scorches my cheek, his voice a broken whisper. “Because you’re mine, Camille. Mine to see, mine to protect, mine to fucking tear apart if I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And no one…” His voice hardens, sharp as shattered glass, deadly and merciless, “…no one touches what belongs to me.”</w:t>
      </w:r>
    </w:p>
    <w:p w14:paraId="595E70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sob rips through my chest, devastating and raw, splintering every hidden wound wide open. I push against him again, palms trembling uselessly, but he only holds me tighter, refusing to let me collapse. Forcing every buried nightmare, every scar I’ve desperately hidden, to spill over and drown me.</w:t>
      </w:r>
    </w:p>
    <w:p w14:paraId="170FF8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Footsteps sound behind him, hurried, panicked, Preston calling my name, distant, frantic, oblivious.</w:t>
      </w:r>
    </w:p>
    <w:p w14:paraId="5ACBCA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Kane doesn’t look away. Doesn’t even flinch.</w:t>
      </w:r>
    </w:p>
    <w:p w14:paraId="57120C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brushes my tears gently, voice steady, darkly certain.</w:t>
      </w:r>
    </w:p>
    <w:p w14:paraId="6A7410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“Tell me,</w:t>
      </w:r>
      <w:proofErr w:type="gramStart"/>
      <w:r w:rsidRPr="00124F84">
        <w:rPr>
          <w:rFonts w:ascii="Times New Roman" w:hAnsi="Times New Roman" w:cs="Times New Roman"/>
          <w:sz w:val="24"/>
          <w:szCs w:val="24"/>
        </w:rPr>
        <w:t>” he</w:t>
      </w:r>
      <w:proofErr w:type="gramEnd"/>
      <w:r w:rsidRPr="00124F84">
        <w:rPr>
          <w:rFonts w:ascii="Times New Roman" w:hAnsi="Times New Roman" w:cs="Times New Roman"/>
          <w:sz w:val="24"/>
          <w:szCs w:val="24"/>
        </w:rPr>
        <w:t xml:space="preserve"> says, voice a deadly whisper, eyes drilling into mine like bullets lodging in flesh. “Give me his name. Tell me Douglas Everhart is the one who broke you and I swear…I swear on my fucking soul, Camille, I’ll rip him apart.”</w:t>
      </w:r>
    </w:p>
    <w:p w14:paraId="01B2D3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chest cracks wide open, spilling every ugly truth I’ve kept locked behind my ribs for years.</w:t>
      </w:r>
    </w:p>
    <w:p w14:paraId="446093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I choke out, my voice shredded, barely human. “It was Douglas Everhart.”</w:t>
      </w:r>
    </w:p>
    <w:p w14:paraId="47FFCD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look Kane gives me is primal, savage, utterly unhinged.</w:t>
      </w:r>
    </w:p>
    <w:p w14:paraId="3B7BF1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“Good girl,” he breathes, pressing a kiss to my forehead that feels more like a brand, burning, possessive, and terrifyingly final. “Now go back inside. Smile. Lie if you fucking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w:t>
      </w:r>
    </w:p>
    <w:p w14:paraId="1CEFB6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pulls away just enough that his eyes blaze into mine, a promise wrapped in blood and vengeance. “And leave the rest to me.”</w:t>
      </w:r>
    </w:p>
    <w:p w14:paraId="333AF5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 shoots out before I can stop it, gripping his forearm like a lifeline as terror floods my veins. “Kane, don’t. Don’t do anything stupid. Please, just leave it alone.”</w:t>
      </w:r>
    </w:p>
    <w:p w14:paraId="77E50A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words tear from my throat, shredded and desperate, costing me more pride, more strength, than I have left to give. My voice hangs between us, ragged and raw, fragile like shattered glass on concrete.</w:t>
      </w:r>
    </w:p>
    <w:p w14:paraId="28BF26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arm goes rigid beneath my fingers, muscle corded, rage pulsing violently just beneath the surface. He stares down at my trembling hand, something lethal sparking behind his darkened eyes. Not sanity. Not reason. Something colder, crueler, an animal ready to tear apart the cage.</w:t>
      </w:r>
    </w:p>
    <w:p w14:paraId="483418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voice slides out, quiet and lethal, like frost creeping across skin.</w:t>
      </w:r>
    </w:p>
    <w:p w14:paraId="119BA0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ever ask me to leave this alone.”</w:t>
      </w:r>
    </w:p>
    <w:p w14:paraId="1A7BEB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am asking,” I whisper, fingers digging desperately into his jacket sleeve. “Not for him. Not for them. For me, Kane.”</w:t>
      </w:r>
    </w:p>
    <w:p w14:paraId="1EFC81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twists in his face, agony, maybe, but it’s devoured by darkness instantly, crushed under the weight of his fury.</w:t>
      </w:r>
    </w:p>
    <w:p w14:paraId="58007B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steps closer, forcing me back against the cold stone wall, caged by his body, his rage, his brutal determination.</w:t>
      </w:r>
    </w:p>
    <w:p w14:paraId="259602A1" w14:textId="290414A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“For you?” he repeats softly, his voice like barbed wire wrapped around silk, shredding and soothing at once. “Camille, he threw you off a fucking boat and left you to die. Do you even grasp that? Do you remember how it felt? Because I do.” His voice plunges lower, sharper, merciless. “I saw you at Haven House. I heard your voice break when you </w:t>
      </w:r>
      <w:proofErr w:type="gramStart"/>
      <w:r w:rsidRPr="00124F84">
        <w:rPr>
          <w:rFonts w:ascii="Times New Roman" w:hAnsi="Times New Roman" w:cs="Times New Roman"/>
          <w:sz w:val="24"/>
          <w:szCs w:val="24"/>
        </w:rPr>
        <w:t>told</w:t>
      </w:r>
      <w:proofErr w:type="gramEnd"/>
      <w:r w:rsidRPr="00124F84">
        <w:rPr>
          <w:rFonts w:ascii="Times New Roman" w:hAnsi="Times New Roman" w:cs="Times New Roman"/>
          <w:sz w:val="24"/>
          <w:szCs w:val="24"/>
        </w:rPr>
        <w:t xml:space="preserve"> that little girl your secret. I watched you relive it, trembling, trapped. I see the way you flinch every goddamn time someone brushes your back, still drowning after all these fucking years</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06EF9F5A" w14:textId="1A9B6BA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“Stop,” I sob, voice cracking, eyes burning hot with shameful tears. My fists curls into his jacket, holding him tighter, needing the contact as much as I hate it. “You think I don’t know? You think I don’t carry it every day? Every fucking breath is me remembering. You don’t get to storm in and rip me open like this</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31C0F0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jaw clenches. His breath rushes out harshly, fanning across my face as he presses impossibly closer, forehead touching mine in a twisted mockery of comfort.</w:t>
      </w:r>
    </w:p>
    <w:p w14:paraId="51D355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think this is me hurting you?” he hisses, eyes blazing with raw, violent protectiveness. “Watching that bastard smile, shake hands, laugh in your fucking face while you swallow your trauma like poison, smiling like a pretty, perfect little doll?”</w:t>
      </w:r>
    </w:p>
    <w:p w14:paraId="3381A8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flinch.</w:t>
      </w:r>
    </w:p>
    <w:p w14:paraId="1028C3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he sees it. He always fucking sees it.</w:t>
      </w:r>
    </w:p>
    <w:p w14:paraId="06F268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 choke on his name, voice splintering into fragments I’ll never piece back together.</w:t>
      </w:r>
    </w:p>
    <w:p w14:paraId="1CB1B9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hand slides up my throat, fingers locking gently yet mercilessly around the nape of my neck, grounding me even as he breaks me apart.</w:t>
      </w:r>
    </w:p>
    <w:p w14:paraId="691AC1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can hate me,” he whispers harshly, his voice rough with barely restrained pain. “You can scream and curse and fight until your voice gives out. But this?” He pulls me even closer, voice shaking with brutal honesty. “This is mine. This isn’t a line, Camille, it’s a fucking grave. And I will bury anyone who crosses it.”</w:t>
      </w:r>
    </w:p>
    <w:p w14:paraId="428AB5DC" w14:textId="15ABB962"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has power,” I whisper desperately, terror bleeding into every word. “Protection. Influence</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5E6F9C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flare with something feral, brutal. “So do I.”</w:t>
      </w:r>
    </w:p>
    <w:p w14:paraId="7AD6A3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stare is merciless, stripping away every safe, comforting lie I've ever hidden behind. I can feel </w:t>
      </w:r>
      <w:proofErr w:type="gramStart"/>
      <w:r w:rsidRPr="00124F84">
        <w:rPr>
          <w:rFonts w:ascii="Times New Roman" w:hAnsi="Times New Roman" w:cs="Times New Roman"/>
          <w:sz w:val="24"/>
          <w:szCs w:val="24"/>
        </w:rPr>
        <w:t>it,</w:t>
      </w:r>
      <w:proofErr w:type="gramEnd"/>
      <w:r w:rsidRPr="00124F84">
        <w:rPr>
          <w:rFonts w:ascii="Times New Roman" w:hAnsi="Times New Roman" w:cs="Times New Roman"/>
          <w:sz w:val="24"/>
          <w:szCs w:val="24"/>
        </w:rPr>
        <w:t xml:space="preserve"> I understand with devastating clarity: this isn't hollow anger or arrogant posturing. This is a man who's already walked through hell, who has spilled blood and hasn't blinked. Who will spill more, if it means revenge.</w:t>
      </w:r>
    </w:p>
    <w:p w14:paraId="174DEE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not God,” I whisper, voice fracturing beneath new tears, softer, broken. “You can't fix this.”</w:t>
      </w:r>
    </w:p>
    <w:p w14:paraId="23C97B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want to fix it,” he rasps fiercely, eyes burning black with barely restrained violence. “I want to rip his fucking world apart. Slowly. I want him living every day with my shadow hovering over him. I want him afraid. I want every breath he takes to feel like borrowed fucking time.”</w:t>
      </w:r>
    </w:p>
    <w:p w14:paraId="03A5CA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shake my head weakly, but his grip tightens, unyielding, possessive, furious.</w:t>
      </w:r>
    </w:p>
    <w:p w14:paraId="0A4C44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get peace,” Kane growls, voice breaking dangerously low, each word carved from stone and vengeance. “Not when you're carrying his scars inside you, silently bleeding every fucking day.”</w:t>
      </w:r>
    </w:p>
    <w:p w14:paraId="2AE421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eyelids flutter closed.</w:t>
      </w:r>
    </w:p>
    <w:p w14:paraId="0CE6E1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some twisted part of me aches for exactly that, craves Kane’s ruthless brand of justice. Wants him to hunt Douglas down, to punish him, hurt him until he's reduced to ashes and dust.</w:t>
      </w:r>
    </w:p>
    <w:p w14:paraId="105F30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the other part, the small, trembling, damaged part, just wants it all to disappear, like a nightmare melting away at dawn.</w:t>
      </w:r>
    </w:p>
    <w:p w14:paraId="2ED768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ready,” I whisper finally, voice so fragile I barely recognize it. I feel Kane’s breath hitch, angry and anguished, his rage straining against the thin thread of control he's barely managing. “Please, Kane. If you meant anything you've ever said… if you’ve ever cared about me at all... just wait.”</w:t>
      </w:r>
    </w:p>
    <w:p w14:paraId="18C421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silence that follows is crushing, pressing down until my ribs ache beneath the unbearable weight of his fury, my pleading, and the bleeding truths we’ve laid bare between us.</w:t>
      </w:r>
    </w:p>
    <w:p w14:paraId="374AAF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After a long, torturous moment, he exhales once, harsh, resentful, bitter.</w:t>
      </w:r>
    </w:p>
    <w:p w14:paraId="472C1F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“Fine,” he says roughly.</w:t>
      </w:r>
    </w:p>
    <w:p w14:paraId="02CF03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sounds like surrender.</w:t>
      </w:r>
    </w:p>
    <w:p w14:paraId="5ABBAC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feels like war.</w:t>
      </w:r>
    </w:p>
    <w:p w14:paraId="6CE006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forever,” he clarifies, the words gritted out like broken glass. “But for now.”</w:t>
      </w:r>
    </w:p>
    <w:p w14:paraId="6968C2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 curls desperately around his sleeve, holding on tight, terrified to trust this violent, unpredictable promise. “Swear to me.”</w:t>
      </w:r>
    </w:p>
    <w:p w14:paraId="730C52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pulls back just enough to look down at me, eyes colder than I’ve ever seen them, every shred of tenderness obliterated by a ruthless, jagged clarity.</w:t>
      </w:r>
    </w:p>
    <w:p w14:paraId="3AD615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jaw tightens, muscles flexing beneath the skin like cables drawn too tight. He stares down at me, eyes fierce, every inch of him radiating a threat I know he’s aching to fulfill.</w:t>
      </w:r>
    </w:p>
    <w:p w14:paraId="420C73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don’t make promises I don’t intend to keep.” he says quietly, each word crisp and measured, like bullets chambered and waiting. </w:t>
      </w:r>
    </w:p>
    <w:p w14:paraId="72AF94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gaze searches my face, ruthless and uncompromising, dissecting my weakness as his thumb brushes my trembling fingers off his sleeve. He doesn’t move farther away, doesn’t soften his voice. He just holds me captive, drowning me slowly in his unwavering, dark certainty.</w:t>
      </w:r>
    </w:p>
    <w:p w14:paraId="54EF62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I’ll give you this much,” he continues softly, dangerously. “He’ll keep breathing, Camille. For now.”</w:t>
      </w:r>
    </w:p>
    <w:p w14:paraId="7E900B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painful twists in my chest, half-relief, half-dread, knowing the unspoken threat that hangs in the heavy air between us. My breath shudders out, shaky and ragged, betraying everything I’m desperately trying to hide.</w:t>
      </w:r>
    </w:p>
    <w:p w14:paraId="77048B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leans in, the barest distance between our mouths, his voice nothing more than a raw, blistering whisper. “But make no mistake, Princesa. He’s living on borrowed time. And when that time runs out, I won’t stop.”</w:t>
      </w:r>
    </w:p>
    <w:p w14:paraId="0473F3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pulse skitters, heart tripping recklessly, caught between terror and twisted gratitude. He pulls back, eyes </w:t>
      </w:r>
      <w:proofErr w:type="spellStart"/>
      <w:r w:rsidRPr="00124F84">
        <w:rPr>
          <w:rFonts w:ascii="Times New Roman" w:hAnsi="Times New Roman" w:cs="Times New Roman"/>
          <w:sz w:val="24"/>
          <w:szCs w:val="24"/>
        </w:rPr>
        <w:t>searing</w:t>
      </w:r>
      <w:proofErr w:type="spellEnd"/>
      <w:r w:rsidRPr="00124F84">
        <w:rPr>
          <w:rFonts w:ascii="Times New Roman" w:hAnsi="Times New Roman" w:cs="Times New Roman"/>
          <w:sz w:val="24"/>
          <w:szCs w:val="24"/>
        </w:rPr>
        <w:t xml:space="preserve"> into mine like a brand, marking me, claiming me, reminding me that his restraint is temporary, fleeting, fragile.</w:t>
      </w:r>
    </w:p>
    <w:p w14:paraId="6F3FB0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won’t swear, Camille,” he murmurs finally, his voice hard, decisive, deadly calm. “Because mercy isn’t in my blood…not for this.”</w:t>
      </w:r>
    </w:p>
    <w:p w14:paraId="7951F8B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he's gone, leaving me alone, gasping, hollowed out by the raw knowledge that every second ticking forward is borrowed, temporary. My knees buckle as I sag against the wall, desperate breaths tearing from my chest, each one an admission…a truth I can’t voice, a craving I shouldn’t feel. He's etched vengeance into my bones, burned retribution into my skin, forcing me to crave justice delivered by his ruthless hands.</w:t>
      </w:r>
    </w:p>
    <w:p w14:paraId="58BFEA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I’m terrified of the moment he finally unleashes it.</w:t>
      </w:r>
    </w:p>
    <w:p w14:paraId="558BCFF4" w14:textId="77777777" w:rsidR="00351B3C" w:rsidRPr="00124F84" w:rsidRDefault="00351B3C" w:rsidP="00124F84">
      <w:pPr>
        <w:spacing w:line="240" w:lineRule="auto"/>
        <w:rPr>
          <w:rFonts w:ascii="Times New Roman" w:eastAsiaTheme="majorEastAsia" w:hAnsi="Times New Roman" w:cs="Times New Roman"/>
          <w:color w:val="0F4761" w:themeColor="accent1" w:themeShade="BF"/>
          <w:sz w:val="24"/>
          <w:szCs w:val="24"/>
        </w:rPr>
      </w:pPr>
      <w:r w:rsidRPr="00124F84">
        <w:rPr>
          <w:rFonts w:ascii="Times New Roman" w:hAnsi="Times New Roman" w:cs="Times New Roman"/>
          <w:sz w:val="24"/>
          <w:szCs w:val="24"/>
        </w:rPr>
        <w:lastRenderedPageBreak/>
        <w:br w:type="page"/>
      </w:r>
    </w:p>
    <w:p w14:paraId="6FB5B0E2"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lastRenderedPageBreak/>
        <w:t>Chapter Ten</w:t>
      </w:r>
    </w:p>
    <w:p w14:paraId="284FC7DD" w14:textId="77777777" w:rsidR="00351B3C" w:rsidRPr="00124F84" w:rsidRDefault="00351B3C" w:rsidP="00124F84">
      <w:pPr>
        <w:spacing w:line="240" w:lineRule="auto"/>
        <w:rPr>
          <w:rFonts w:ascii="Times New Roman" w:hAnsi="Times New Roman" w:cs="Times New Roman"/>
          <w:sz w:val="24"/>
          <w:szCs w:val="24"/>
        </w:rPr>
      </w:pPr>
    </w:p>
    <w:p w14:paraId="17B323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4E5A6B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begged me.</w:t>
      </w:r>
    </w:p>
    <w:p w14:paraId="7DD6AB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Pleaded.</w:t>
      </w:r>
    </w:p>
    <w:p w14:paraId="2F8114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tears carved into my skin, her voice raw and broken and desperate.</w:t>
      </w:r>
    </w:p>
    <w:p w14:paraId="060998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wants peace, quiet, restraint.</w:t>
      </w:r>
      <w:r w:rsidRPr="00124F84">
        <w:rPr>
          <w:rFonts w:ascii="Times New Roman" w:hAnsi="Times New Roman" w:cs="Times New Roman"/>
          <w:sz w:val="24"/>
          <w:szCs w:val="24"/>
        </w:rPr>
        <w:br/>
        <w:t>She thinks mercy is letting a monster breathe.</w:t>
      </w:r>
    </w:p>
    <w:p w14:paraId="393703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I’m not merciful.</w:t>
      </w:r>
    </w:p>
    <w:p w14:paraId="0E83A8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tonight. Not ever.</w:t>
      </w:r>
    </w:p>
    <w:p w14:paraId="6BDE6E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blood’s ice in my veins, heartbeat a metronome counting down to violence. Every muscle in my body is locked in ruthless calm, there’s no frenzy, no rage, just a slow, lethal clarity sharpening my focus like a blade ready to slice open skin.</w:t>
      </w:r>
    </w:p>
    <w:p w14:paraId="4F3644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Everhart.</w:t>
      </w:r>
    </w:p>
    <w:p w14:paraId="6FEB5E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bastard’s smug, bloated fucking face haunts me. His laughter, his tailored suits, the arrogance of a man who’s spent decades thinking he’s untouchable. Above justice. Above consequences.</w:t>
      </w:r>
    </w:p>
    <w:p w14:paraId="339B76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he’s never dealt with me.</w:t>
      </w:r>
    </w:p>
    <w:p w14:paraId="6E1ED9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yet.</w:t>
      </w:r>
    </w:p>
    <w:p w14:paraId="3092C5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until tonight.</w:t>
      </w:r>
    </w:p>
    <w:p w14:paraId="09A51F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I’ve taken men apart before, slowly, brutally, meticulously. Reduced powerful men to husks, stripped them of pride, wealth, sanity. But this? This isn’t business. This isn’t negotiation or strategy or calculated collateral damage.</w:t>
      </w:r>
    </w:p>
    <w:p w14:paraId="1EAB05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personal.</w:t>
      </w:r>
    </w:p>
    <w:p w14:paraId="2203AF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mine.</w:t>
      </w:r>
    </w:p>
    <w:p w14:paraId="025D98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move swiftly down the hall, pulling my phone free, mind already flicking through options, how I’ll break him, dismantle every inch of security he thinks protects him.</w:t>
      </w:r>
    </w:p>
    <w:p w14:paraId="5B9FDB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answers on the first ring, his voice instantly alert.</w:t>
      </w:r>
    </w:p>
    <w:p w14:paraId="1EA767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“Douglas Everhart,” I say flatly, voice colder than ice. “I want him stripped bare. Assets, debts, affairs, addictions, every filthy fucking secret. </w:t>
      </w:r>
      <w:proofErr w:type="gramStart"/>
      <w:r w:rsidRPr="00124F84">
        <w:rPr>
          <w:rFonts w:ascii="Times New Roman" w:hAnsi="Times New Roman" w:cs="Times New Roman"/>
          <w:sz w:val="24"/>
          <w:szCs w:val="24"/>
        </w:rPr>
        <w:t>Every single thing</w:t>
      </w:r>
      <w:proofErr w:type="gramEnd"/>
      <w:r w:rsidRPr="00124F84">
        <w:rPr>
          <w:rFonts w:ascii="Times New Roman" w:hAnsi="Times New Roman" w:cs="Times New Roman"/>
          <w:sz w:val="24"/>
          <w:szCs w:val="24"/>
        </w:rPr>
        <w:t xml:space="preserve"> he thought he buried. I want it delivered in less than twenty-four hours.”</w:t>
      </w:r>
    </w:p>
    <w:p w14:paraId="173E2F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Joaquin pauses briefly, he knows this tone, this calm, lethal promise. He’s heard it before. He knows better than to question it.</w:t>
      </w:r>
    </w:p>
    <w:p w14:paraId="47BC8F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“Consider it done,” he says finally.</w:t>
      </w:r>
    </w:p>
    <w:p w14:paraId="27D765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Joaquin?” My voice is low, precise. “I want surveillance. Constant. I want cameras in his home, in his car, in his fucking bedroom. I want access to his emails, his texts, his bank accounts, everything.”</w:t>
      </w:r>
    </w:p>
    <w:p w14:paraId="0D5DA09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exhales; tension audible even through the phone. “You got it.”</w:t>
      </w:r>
    </w:p>
    <w:p w14:paraId="5BE77A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hang up, breathing slow, steady, deliberate.</w:t>
      </w:r>
    </w:p>
    <w:p w14:paraId="5A64CD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reflection stares back at me from the black glass, calm, composed, monstrous. My heartbeat doesn’t quicken. It slows, steady, methodical, ruthless.</w:t>
      </w:r>
    </w:p>
    <w:p w14:paraId="68236F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isn’t revenge. This is surgery. Precise incisions through arteries he doesn’t yet know are exposed. He’ll bleed slowly, painfully, intimately.</w:t>
      </w:r>
    </w:p>
    <w:p w14:paraId="3274FF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only then, when he’s begging, when he’s crawling, when his whole world collapses around him and he finally understands what fear truly tastes like…</w:t>
      </w:r>
    </w:p>
    <w:p w14:paraId="4D8C2F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I’ll end him.</w:t>
      </w:r>
    </w:p>
    <w:p w14:paraId="16041E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thinks she wants mercy.</w:t>
      </w:r>
    </w:p>
    <w:p w14:paraId="371D51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mercy died when he laid hands on her.</w:t>
      </w:r>
    </w:p>
    <w:p w14:paraId="7ADC82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I’ll make sure he dies begging for it.</w:t>
      </w:r>
    </w:p>
    <w:p w14:paraId="7894E7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037928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go back inside.</w:t>
      </w:r>
    </w:p>
    <w:p w14:paraId="5A134F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yet.</w:t>
      </w:r>
    </w:p>
    <w:p w14:paraId="31D61B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them smile and pose for pictures. Let Preston tighten his grip on Camille, believing she’s his to parade around, ignorant to the storm about to shatter every carefully constructed wall they've built.</w:t>
      </w:r>
    </w:p>
    <w:p w14:paraId="7DEB13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violence doesn't need noise or spectacle. It thrives best in silence.</w:t>
      </w:r>
    </w:p>
    <w:p w14:paraId="3E4815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deeper into the shadows beyond the reach of valet lights, cold night air slicing into my lungs as I dial a secure line, the one I keep only for blood-soaked secrets and debts repaid in screams.</w:t>
      </w:r>
    </w:p>
    <w:p w14:paraId="6E65EA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voice answers on the second ring, deep, familiar. No names, no preamble. Just business. “Listening.”</w:t>
      </w:r>
    </w:p>
    <w:p w14:paraId="56DF9EC2" w14:textId="139D36D5"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Everhart.” I pause, slow inhale. “Start with his finances. Freeze his accounts</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quietly. Trigger an audit. Then leak something ugly. Embezzlement. Fraud. Doesn't matter if it's true. I want his wife nervous. His business partners wary. His friends unwilling to return his calls.”</w:t>
      </w:r>
    </w:p>
    <w:p w14:paraId="5BDA4A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“Timeline?”</w:t>
      </w:r>
    </w:p>
    <w:p w14:paraId="60754C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“Immediate.”</w:t>
      </w:r>
    </w:p>
    <w:p w14:paraId="0EF29E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“Intensity?”</w:t>
      </w:r>
    </w:p>
    <w:p w14:paraId="0CB3CA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“Ruin him,” I say calmly, voice devoid of any hesitation. “But do it slowly enough that he has time to feel it. Make it linger.”</w:t>
      </w:r>
    </w:p>
    <w:p w14:paraId="687BF8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“Understood.” The line disconnects sharply.</w:t>
      </w:r>
    </w:p>
    <w:p w14:paraId="770983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light a cigarette, watching the smoke coil lazily upwards, indifferent, relentless, just like the chaos about to consume Douglas Everhart. Camille begged me to wait, to leave it untouched, to spare her from reliving nightmares. But I'm not a man who waits. I'm not a man who listens.</w:t>
      </w:r>
    </w:p>
    <w:p w14:paraId="4300D2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even to her.</w:t>
      </w:r>
    </w:p>
    <w:p w14:paraId="11A060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Especially not to her.</w:t>
      </w:r>
    </w:p>
    <w:p w14:paraId="50AEFD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Behind me, the soft click of high heels echoes quietly off polished stone. Ivy steps into my peripheral vision, movements careful, controlled. She's smart enough to approach slowly. Smart enough to know I'm already coiled tight, blade drawn.</w:t>
      </w:r>
    </w:p>
    <w:p w14:paraId="643E28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wondered where you'd disappeared to,” she says softly, voice careful. “Camille seems… shaken.”</w:t>
      </w:r>
    </w:p>
    <w:p w14:paraId="3FA77C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look at her, continuing to inhale smoke, slow and deliberate. “She'll survive.”</w:t>
      </w:r>
    </w:p>
    <w:p w14:paraId="1765BF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destroying her.” There's no accusation in Ivy’s tone, just cold observation. She moves closer, heels clicking softly, folding her arms over her chest. “But maybe that was the plan all along.”</w:t>
      </w:r>
    </w:p>
    <w:p w14:paraId="357816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destroying her.” I finally glance toward her, exhaling smoke sharply. “I’m setting her free.”</w:t>
      </w:r>
    </w:p>
    <w:p w14:paraId="5AF9DE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laughs softly, humorless. “Is that what you call this? Freedom? You're pulling her apart, Kane…piece by piece. Eventually, there'll be nothing left.”</w:t>
      </w:r>
    </w:p>
    <w:p w14:paraId="3ED310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say that like it’s a bad thing.”</w:t>
      </w:r>
    </w:p>
    <w:p w14:paraId="423B9C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narrow slightly, wary but unflinching. She knows the violence I’m capable of. Knows exactly how dark I go. She’s watched me dismantle empires, topple powerful men, turn reputations to ash. She knows this won’t end clean.</w:t>
      </w:r>
    </w:p>
    <w:p w14:paraId="03E317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fixated,” Ivy murmurs. “Obsessed. You might think you’re in control now, but she's changing you. Weakening you. I can see it.”</w:t>
      </w:r>
    </w:p>
    <w:p w14:paraId="3A01E4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sharply, pinning her with a look so cold, so utterly merciless that she flinches, barely, but it's enough. I move closer, voice dropping to something lethal, quiet enough that only she can hear it.</w:t>
      </w:r>
    </w:p>
    <w:p w14:paraId="75AAC2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w:t>
      </w:r>
      <w:proofErr w:type="gramStart"/>
      <w:r w:rsidRPr="00124F84">
        <w:rPr>
          <w:rFonts w:ascii="Times New Roman" w:hAnsi="Times New Roman" w:cs="Times New Roman"/>
          <w:sz w:val="24"/>
          <w:szCs w:val="24"/>
        </w:rPr>
        <w:t>Ivy,</w:t>
      </w:r>
      <w:proofErr w:type="gramEnd"/>
      <w:r w:rsidRPr="00124F84">
        <w:rPr>
          <w:rFonts w:ascii="Times New Roman" w:hAnsi="Times New Roman" w:cs="Times New Roman"/>
          <w:sz w:val="24"/>
          <w:szCs w:val="24"/>
        </w:rPr>
        <w:t xml:space="preserve"> don’t confuse my obsession with weakness. Camille Sinclair belongs to </w:t>
      </w:r>
      <w:proofErr w:type="spellStart"/>
      <w:proofErr w:type="gramStart"/>
      <w:r w:rsidRPr="00124F84">
        <w:rPr>
          <w:rFonts w:ascii="Times New Roman" w:hAnsi="Times New Roman" w:cs="Times New Roman"/>
          <w:sz w:val="24"/>
          <w:szCs w:val="24"/>
        </w:rPr>
        <w:t>me,her</w:t>
      </w:r>
      <w:proofErr w:type="spellEnd"/>
      <w:proofErr w:type="gramEnd"/>
      <w:r w:rsidRPr="00124F84">
        <w:rPr>
          <w:rFonts w:ascii="Times New Roman" w:hAnsi="Times New Roman" w:cs="Times New Roman"/>
          <w:sz w:val="24"/>
          <w:szCs w:val="24"/>
        </w:rPr>
        <w:t xml:space="preserve"> pain, her secrets, every fractured piece she tries to hide. Anyone who touches what's mine, I destroy. Slowly, piece by piece.” My stare pins her in place, cold and unblinking. “That includes you.”</w:t>
      </w:r>
    </w:p>
    <w:p w14:paraId="32E367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swallows, throat working delicately as she recalculates the danger of standing this close, of testing boundaries drawn in blood and iron. Her eyes narrow cautiously, wary yet still defiant enough to push forward. “If I didn’t know better, Kane, I’d think you were in love with her.”</w:t>
      </w:r>
    </w:p>
    <w:p w14:paraId="58F65B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meet her stare head-on, feeling something dark and primal twist in my chest, clawing its way deeper than mere love ever could. Love is a simple, fleeting thing, easily lost, easily replaced. This is different. This is something violent and bottomless, an unquenchable hunger, an unbreakable chain wrapped around my bones. It sinks into bone marrow, infects the blood, reshapes the soul. It doesn’t heal; it consumes.</w:t>
      </w:r>
    </w:p>
    <w:p w14:paraId="7E31A8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“Love?” I echo quietly, the word bitter and mocking on my tongue. I step closer, my voice dropping to something low and dangerous, a truth too violent to be softened. “This isn’t love, Ivy. It’s deeper. It’s a starvation no touch can ease, a thirst no blood can satisfy. She’s embedded herself inside me, taken root where nothing else survives.”</w:t>
      </w:r>
    </w:p>
    <w:p w14:paraId="52147E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burn into hers, the words heavy with a certainty that leaves no room for doubt. “You think love is dangerous?” I murmur, leaning in until my breath grazes her cheek, cold and unforgiving. “This makes love look harmless. What I feel isn’t safe.”</w:t>
      </w:r>
    </w:p>
    <w:p w14:paraId="773E48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pull back, voice hardening into iron-edged finality. “It’s not love, Ivy. It’s so much fucking worse.”</w:t>
      </w:r>
    </w:p>
    <w:p w14:paraId="2B772C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holds still, her pulse fluttering visibly at the base of her throat, lips parted as if she wants to say something sharp, something defiant. Instead, her gaze slips, just for an instant, betraying a rare fracture beneath her careful mask.</w:t>
      </w:r>
    </w:p>
    <w:p w14:paraId="16045C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dangerous enough without this fixation,” she murmurs finally, her voice a quiet blend of caution and faint longing, like someone staring into flames they ache to touch, knowing it would burn them to ashes. “I don’t envy her…but a part of me wonders what it’s like to be on the receiving end of something so destructive, so consuming.”</w:t>
      </w:r>
    </w:p>
    <w:p w14:paraId="40555F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flick back to mine, guarded now, but her voice dips lower, threaded with a wary honesty she rarely shows. “Just remember, Kane…fires that burn this bright rarely spare anyone. Not even the ones who start them.”</w:t>
      </w:r>
    </w:p>
    <w:p w14:paraId="264E91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retreats slowly, the echo of her heels fading away into silence, leaving the ghost of her words hanging between us, a warning and a prophecy rolled into one. I crush the cigarette beneath my shoe, gaze hardening, pulse steady and ruthless.</w:t>
      </w:r>
    </w:p>
    <w:p w14:paraId="2F29B8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stand in the silence, watching the dying ember from the cigarette fade out at my feet, smothered like every warning Ivy left behind. Her words linger at the edges of my mind, circling slowly, whispering caution, but I don’t flinch. I don’t retreat.</w:t>
      </w:r>
    </w:p>
    <w:p w14:paraId="6E950B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I’m not afraid to burn.</w:t>
      </w:r>
    </w:p>
    <w:p w14:paraId="66F79D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Camille is already the inferno beneath my skin, scorching through every nerve ending, erasing every boundary I ever set between control and chaos. Ivy was right about one thing: fires like this spare no one.</w:t>
      </w:r>
    </w:p>
    <w:p w14:paraId="4465E5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she’s wrong to think I’d ever run from the flames.</w:t>
      </w:r>
    </w:p>
    <w:p w14:paraId="141E6C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tilt my head back, breathing in the heavy night air, eyes closed for a heartbeat, feeling the recklessness simmer, the hunger sharpen. The pain of wanting Camille has long since fused with the pleasure, creating something dangerously addictive.</w:t>
      </w:r>
    </w:p>
    <w:p w14:paraId="6E3CBF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Something worth the destruction. </w:t>
      </w:r>
    </w:p>
    <w:p w14:paraId="2B7A66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 let the fire rage. Let it consume me, bone by bone, breath by breath.</w:t>
      </w:r>
    </w:p>
    <w:p w14:paraId="11BA7A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After all, I’ve been ruling in hell long enough…I know exactly how to handle the flames.</w:t>
      </w:r>
    </w:p>
    <w:p w14:paraId="39EE66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09EA4E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Morning breaks in silence.</w:t>
      </w:r>
    </w:p>
    <w:p w14:paraId="7CC0BC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Muted sunlight slithers through tinted glass, spreading thinly over the city like blood seeping from a wound. My phone buzzes, a quiet, lethal vibration confirming Joaquin has delivered exactly what I demanded.</w:t>
      </w:r>
    </w:p>
    <w:p w14:paraId="09154F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Everhart’s life, dissected neatly, splayed wide open.</w:t>
      </w:r>
    </w:p>
    <w:p w14:paraId="11A0DE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Flipping open the laptop, my eyes skim through the file, absorbing each secret with cold precision. Affairs. Offshore accounts balanced on lies. Prescriptions hidden beneath his wife’s name. A private investigator he quietly pays to spy on his married daughter and her lover. Everything.</w:t>
      </w:r>
    </w:p>
    <w:p w14:paraId="638884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weakness, every fracture.</w:t>
      </w:r>
    </w:p>
    <w:p w14:paraId="075891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gaze halts on a photograph, his eldest daughter smiling carelessly, her arm wrapped around a man who isn't wearing her ring. Hotel receipts. Explicit messages. Dates, times, precise locations. Perfect.</w:t>
      </w:r>
    </w:p>
    <w:p w14:paraId="6BD9D6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Power isn’t a loud, messy thing. It doesn’t explode in violence or chaos. Real power is quiet, surgical, watching a man lose control piece by careful piece until he’s bleeding from wounds he never saw coming.</w:t>
      </w:r>
    </w:p>
    <w:p w14:paraId="1F0D2D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dial a number reserved for discreet annihilations.</w:t>
      </w:r>
    </w:p>
    <w:p w14:paraId="57A1BB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tabloid editor picks up fast, voice cautious. "Morning, Kane. You don't usually call this early."</w:t>
      </w:r>
    </w:p>
    <w:p w14:paraId="72AAB9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“Check your inbox.”</w:t>
      </w:r>
    </w:p>
    <w:p w14:paraId="1AA551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 fills the space between us. Then a sharp intake of breath. “Everhart’s daughter. Does he know?”</w:t>
      </w:r>
    </w:p>
    <w:p w14:paraId="533CDE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“Not yet.”</w:t>
      </w:r>
    </w:p>
    <w:p w14:paraId="613597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hesitates, weighing consequences. “How do you want it framed?”</w:t>
      </w:r>
    </w:p>
    <w:p w14:paraId="6009F7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“Family values. Hypocrisy. Let it </w:t>
      </w:r>
      <w:proofErr w:type="gramStart"/>
      <w:r w:rsidRPr="00124F84">
        <w:rPr>
          <w:rFonts w:ascii="Times New Roman" w:hAnsi="Times New Roman" w:cs="Times New Roman"/>
          <w:sz w:val="24"/>
          <w:szCs w:val="24"/>
        </w:rPr>
        <w:t>sting, but</w:t>
      </w:r>
      <w:proofErr w:type="gramEnd"/>
      <w:r w:rsidRPr="00124F84">
        <w:rPr>
          <w:rFonts w:ascii="Times New Roman" w:hAnsi="Times New Roman" w:cs="Times New Roman"/>
          <w:sz w:val="24"/>
          <w:szCs w:val="24"/>
        </w:rPr>
        <w:t xml:space="preserve"> drip-feed it slowly. When he pushes back, leak the offshore accounts. Make each denial choke him a little more.”</w:t>
      </w:r>
    </w:p>
    <w:p w14:paraId="7957E1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pause, then resignation. “Consider it done. It'll break in an hour.”</w:t>
      </w:r>
    </w:p>
    <w:p w14:paraId="3B6EF5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Ending the call, I dial Joaquin next.</w:t>
      </w:r>
    </w:p>
    <w:p w14:paraId="2ADD3F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answers instantly, voice tight, prepared. "I've got his itinerary. Phone tapped. Home office breached."</w:t>
      </w:r>
    </w:p>
    <w:p w14:paraId="04E9E4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“Start bleeding him out quietly. Rumors. Footage. I want him feeling whispers wherever he goes.”</w:t>
      </w:r>
    </w:p>
    <w:p w14:paraId="1BEC08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“Copy that.” Joaquin pauses, tension sharpening his voice. “There's more. I dug deeper. Found sealed civil complaints. Camille wasn't alone.”</w:t>
      </w:r>
    </w:p>
    <w:p w14:paraId="4911E2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straighten slowly, every muscle locked. “Tell me.”</w:t>
      </w:r>
    </w:p>
    <w:p w14:paraId="4E2515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“Two cases. First girl was fourteen, a minor. Settled privately a decade ago. The second, four years back, sixteen. Paid off and vanished quietly. Her name was Olivia Hart. Lives in Brooklyn now. Changed her identity, off-grid. But traceable.”</w:t>
      </w:r>
    </w:p>
    <w:p w14:paraId="7FC4E5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fury that coils through me isn't loud or frantic. It’s ice-cold. Surgical. “No contact yet. Protect her discreetly, hidden security, eyes she’ll never notice.”</w:t>
      </w:r>
    </w:p>
    <w:p w14:paraId="3FB58D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 stretches, knowing and weighted.</w:t>
      </w:r>
    </w:p>
    <w:p w14:paraId="330B61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handle Douglas personally,” I say quietly, definitively. “Track him. Before the week's out, he faces me.”</w:t>
      </w:r>
    </w:p>
    <w:p w14:paraId="569538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Camille?”</w:t>
      </w:r>
    </w:p>
    <w:p w14:paraId="35B5EC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grip tightens until my knuckles </w:t>
      </w:r>
      <w:proofErr w:type="gramStart"/>
      <w:r w:rsidRPr="00124F84">
        <w:rPr>
          <w:rFonts w:ascii="Times New Roman" w:hAnsi="Times New Roman" w:cs="Times New Roman"/>
          <w:sz w:val="24"/>
          <w:szCs w:val="24"/>
        </w:rPr>
        <w:t>whiten,</w:t>
      </w:r>
      <w:proofErr w:type="gramEnd"/>
      <w:r w:rsidRPr="00124F84">
        <w:rPr>
          <w:rFonts w:ascii="Times New Roman" w:hAnsi="Times New Roman" w:cs="Times New Roman"/>
          <w:sz w:val="24"/>
          <w:szCs w:val="24"/>
        </w:rPr>
        <w:t xml:space="preserve"> veins threaded with violence beneath the skin. “She asked me to back off. She thinks this is just about vengeance.”</w:t>
      </w:r>
    </w:p>
    <w:p w14:paraId="1F4F6A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toward my desk, at the grainy photo captured from Haven House's footage, Camille broken, raw, stripped bare as she confesses to a child, unaware I was watching her shatter. Everhart ripped something from her, something irreplaceable. Something I'll make him pay for a thousand times over.</w:t>
      </w:r>
    </w:p>
    <w:p w14:paraId="44C632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isn’t vengeance. It’s about restitution. He took power from her. I’m taking everything from him.”</w:t>
      </w:r>
    </w:p>
    <w:p w14:paraId="027B3E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Joaquin’s voice lowers slightly. “Everhart’s attending a private fundraiser this Friday. Black-tie event at the Manhattan Club. You're already invited.”</w:t>
      </w:r>
    </w:p>
    <w:p w14:paraId="4D0AE8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Of course, I am.</w:t>
      </w:r>
    </w:p>
    <w:p w14:paraId="368579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Because the world keeps letting monsters into rooms built for the elite.</w:t>
      </w:r>
    </w:p>
    <w:p w14:paraId="3993D5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this time?</w:t>
      </w:r>
    </w:p>
    <w:p w14:paraId="77616F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time, a bigger monster’s walking through that door.</w:t>
      </w:r>
    </w:p>
    <w:p w14:paraId="70108C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hang up, heart steady, breath calm. </w:t>
      </w:r>
    </w:p>
    <w:p w14:paraId="45E71E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toward the photograph on my desk, the one I printed from Haven House’s security footage. Camille, eyes raw, haunted, her armor broken, unaware I was watching as she whispered her truth to a child because no adult had ever listened.</w:t>
      </w:r>
    </w:p>
    <w:p w14:paraId="4E7933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Everhart stole something from her that night, something she’ll never fully get back.</w:t>
      </w:r>
    </w:p>
    <w:p w14:paraId="1AABB2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 I’ll steal everything from him. Slowly. Painfully. Completely.</w:t>
      </w:r>
    </w:p>
    <w:p w14:paraId="47DADC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begged me to leave it alone.</w:t>
      </w:r>
    </w:p>
    <w:p w14:paraId="3242D4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I'm just getting started.</w:t>
      </w:r>
    </w:p>
    <w:p w14:paraId="48D9AB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61937F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hours from Wednesday to Friday bleed by like a slow wound.</w:t>
      </w:r>
    </w:p>
    <w:p w14:paraId="729981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Deliberate.</w:t>
      </w:r>
    </w:p>
    <w:p w14:paraId="060463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Relentless.</w:t>
      </w:r>
    </w:p>
    <w:p w14:paraId="7160EE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quiet, torturous drip of anticipation, seconds melting into minutes that feel like razor wire drawn slowly through my veins. Everhart’s fall is quiet. Precise. Unavoidable. The whispers begin softly, hidden in back-page articles, slipped into hushed conversations. Questions creep through boardrooms like slow-spreading poison. Handshakes lose their warmth, smiles turn brittle.</w:t>
      </w:r>
    </w:p>
    <w:p w14:paraId="2E99A4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it's still too gentle.</w:t>
      </w:r>
    </w:p>
    <w:p w14:paraId="5753D6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Too subtle.</w:t>
      </w:r>
    </w:p>
    <w:p w14:paraId="465C26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still believes he's untouchable, that power will shield him from consequence. I let him hold onto that illusion. Let him sink comfortably into the false security of denial.</w:t>
      </w:r>
    </w:p>
    <w:p w14:paraId="583796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Friday night rolls in beneath a bruised sky, Manhattan’s glitter dulled by the dark clouds gathering above. I stand at my penthouse window my reflection watches me from the glass, unreadable, unforgiving.</w:t>
      </w:r>
    </w:p>
    <w:p w14:paraId="678323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suit is deliberate.</w:t>
      </w:r>
    </w:p>
    <w:p w14:paraId="2CF2A5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Tailored, immaculate, armor in midnight black.</w:t>
      </w:r>
    </w:p>
    <w:p w14:paraId="73C018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Tonight, I am executioner.</w:t>
      </w:r>
    </w:p>
    <w:p w14:paraId="2B7D21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phone hums. Joaquin’s message flickers across the screen.</w:t>
      </w:r>
    </w:p>
    <w:p w14:paraId="7A834B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Everhart arrived. Manhattan Club. Alone.</w:t>
      </w:r>
    </w:p>
    <w:p w14:paraId="1A0223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pocket the phone, straighten my cuffs once more, and descend in silence. </w:t>
      </w:r>
      <w:proofErr w:type="gramStart"/>
      <w:r w:rsidRPr="00124F84">
        <w:rPr>
          <w:rFonts w:ascii="Times New Roman" w:hAnsi="Times New Roman" w:cs="Times New Roman"/>
          <w:sz w:val="24"/>
          <w:szCs w:val="24"/>
        </w:rPr>
        <w:t>Tonight</w:t>
      </w:r>
      <w:proofErr w:type="gramEnd"/>
      <w:r w:rsidRPr="00124F84">
        <w:rPr>
          <w:rFonts w:ascii="Times New Roman" w:hAnsi="Times New Roman" w:cs="Times New Roman"/>
          <w:sz w:val="24"/>
          <w:szCs w:val="24"/>
        </w:rPr>
        <w:t xml:space="preserve"> won’t be a spectacle, no open wounds, no loud proclamations. Tonight, violence will whisper. It will linger, slow and methodical, intimate enough to leave scars beneath the surface. The Manhattan Club gleams like an expensive blade beneath city lights, polished wood and marble floors whispering wealth, discretion, power cloaked in silk and drowned in champagne. The valet’s nod is respectful, almost reverent as I step inside. The room murmurs softly, laughter floating gently, men and women trading secrets as easily as smiles.</w:t>
      </w:r>
    </w:p>
    <w:p w14:paraId="5F2119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Everhart fits here, hidden comfortably in expensive suits and lies woven from charm. A predator disguised as an ally. A monster invited willingly.</w:t>
      </w:r>
    </w:p>
    <w:p w14:paraId="13E753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have no fucking idea who else they let through the door.</w:t>
      </w:r>
    </w:p>
    <w:p w14:paraId="2C742A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spot him easily, relaxed at the bar, a calculated smile carved onto his face as he charms men just as rotten as himself. Politicians, financiers, old money built on blood and silence.</w:t>
      </w:r>
    </w:p>
    <w:p w14:paraId="7F974B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slows, breath icing into stillness as I cross the room.</w:t>
      </w:r>
    </w:p>
    <w:p w14:paraId="6A2ECCDC" w14:textId="574F04C4"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Everhart notices me too late. His smile falters, then freezes completely, panic flickering behind practiced composure. “Mr. Rivera,” he forces out, voice uneven. “I wasn’t expecting</w:t>
      </w:r>
      <w:r w:rsidR="00307646" w:rsidRPr="00124F84">
        <w:rPr>
          <w:rFonts w:ascii="Times New Roman" w:hAnsi="Times New Roman" w:cs="Times New Roman"/>
          <w:sz w:val="24"/>
          <w:szCs w:val="24"/>
        </w:rPr>
        <w:t>…”</w:t>
      </w:r>
    </w:p>
    <w:p w14:paraId="207602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see me here?” My voice is quiet, calm, lethal. “The Manhattan Club prides itself on exclusivity, Douglas. Did you think your influence was the only currency that mattered?”</w:t>
      </w:r>
    </w:p>
    <w:p w14:paraId="6A487F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chuckles nervously, glancing sideways at companions now stepping carefully away. Rats abandoning ship. “Of course not.”</w:t>
      </w:r>
    </w:p>
    <w:p w14:paraId="7A5C5BCD" w14:textId="2C10014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closer, crowding him subtly, feeling the air thin between us. “We have mutual interests, Douglas. Or should I say</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mutual acquaintances.”</w:t>
      </w:r>
    </w:p>
    <w:p w14:paraId="443AB0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expression fractures subtly. “I don’t follow.”</w:t>
      </w:r>
    </w:p>
    <w:p w14:paraId="1A8D11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 I reply calmly. Quietly. Mercilessly. “But if you prefer clarity, let me be blunt.” I lean in, my voice dropping to a dangerously intimate tone, each word a blade sliding gently beneath his ribs. “Camille Sinclair.”</w:t>
      </w:r>
    </w:p>
    <w:p w14:paraId="30EE68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posture stiffens, eyes flickering between confusion and stark terror before settling on cold denial. “Whatever you've heard…”</w:t>
      </w:r>
    </w:p>
    <w:p w14:paraId="4533DA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haven't heard anything,” I interrupt smoothly. “I don't deal in rumors, Douglas. I deal in facts. Proof.” My voice hardens, eyes locked on his, dissecting his façade piece by piece. “Girls you buried in NDAs and payoffs. Girls barely older than children. Girls you silenced.”</w:t>
      </w:r>
    </w:p>
    <w:p w14:paraId="71624A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face drains, color bleeding away beneath the polished veneer. He shifts, but there's nowhere left to run. “Rivera…”</w:t>
      </w:r>
    </w:p>
    <w:p w14:paraId="62C494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took something that wasn’t yours,” I continue, voice barely above a whisper, ruthless and precise. “You hurt something that belonged to me, even before she knew it herself.”</w:t>
      </w:r>
    </w:p>
    <w:p w14:paraId="2A78A8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stammers, desperate, eyes flickering around the club for rescue. “Whatever you think…”</w:t>
      </w:r>
    </w:p>
    <w:p w14:paraId="71D8BE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cut in sharply. “You don't get to defend yourself. Not tonight. Tonight, you listen.” My voice drops again, soft as silk wrapped around a blade. “I know every single secret you thought you hid. Every dirty transaction, every frightened child, every tear you caused. And most importantly, I know exactly what you did to Camille.”</w:t>
      </w:r>
    </w:p>
    <w:p w14:paraId="230C8E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freezes utterly, realization hitting him like a bullet to the spine. “She…”</w:t>
      </w:r>
    </w:p>
    <w:p w14:paraId="33D674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need to speak,” I whisper venomously. “Her scars spoke clearly enough. And you should know, Douglas, I’m very good at reading scars.”</w:t>
      </w:r>
    </w:p>
    <w:p w14:paraId="4542FE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breathing grows uneven, fear sweating through his tuxedo, staining his composure like blood seeping through silk. “What…what do you want?”</w:t>
      </w:r>
    </w:p>
    <w:p w14:paraId="361BD9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faintly, cruelly, savoring the crack in his voice. “What I want is already mine. Camille. But what I’ll take from you?” I pause, allowing the promise to settle in deep, lethal silence. “Everything.”</w:t>
      </w:r>
    </w:p>
    <w:p w14:paraId="657324F0" w14:textId="4F16D71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shakes his head, lips trembling, eyes wild. “You can’t just</w:t>
      </w:r>
      <w:r w:rsidR="00307646" w:rsidRPr="00124F84">
        <w:rPr>
          <w:rFonts w:ascii="Times New Roman" w:hAnsi="Times New Roman" w:cs="Times New Roman"/>
          <w:sz w:val="24"/>
          <w:szCs w:val="24"/>
        </w:rPr>
        <w:t>…</w:t>
      </w:r>
      <w:r w:rsidRPr="00124F84">
        <w:rPr>
          <w:rFonts w:ascii="Times New Roman" w:hAnsi="Times New Roman" w:cs="Times New Roman"/>
          <w:sz w:val="24"/>
          <w:szCs w:val="24"/>
        </w:rPr>
        <w:t>”</w:t>
      </w:r>
    </w:p>
    <w:p w14:paraId="0D5D02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 I say softly, evenly. “And I will. Starting tonight, you’re living on borrowed time. Every breath you take, every beat of your heart, is by my grace alone.”</w:t>
      </w:r>
    </w:p>
    <w:p w14:paraId="44379C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stares at me, horror dawning fully, raw and unmistakable. “You’re threatening me.”</w:t>
      </w:r>
    </w:p>
    <w:p w14:paraId="247283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correct calmly. “Threats imply uncertainty. This is a promise. An inevitability.” My gaze bores into him, cold as winter. “Soon, Douglas, you’ll beg for the mercy you denied her. But it won’t come.”</w:t>
      </w:r>
    </w:p>
    <w:p w14:paraId="58239C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straighten my cuffs slowly, deliberately, stepping back and leaving him pale, shaken, and silently panicked.</w:t>
      </w:r>
    </w:p>
    <w:p w14:paraId="693C91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phone buzzes again, Joaquin, quiet and steady. “Conversation recorded. Ready when you are.”</w:t>
      </w:r>
    </w:p>
    <w:p w14:paraId="53B219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yet,” I murmur, letting the words seep from my lips with quiet satisfaction. “Let him suffer first.”</w:t>
      </w:r>
    </w:p>
    <w:p w14:paraId="728DD2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slipping smoothly back into shadow, heart steady, pulse slow, as Everhart’s quiet, choking fear follows me into the night, knowing with absolute certainty that soon, very soon, the nightmare he's earned will finally arrive.</w:t>
      </w:r>
    </w:p>
    <w:p w14:paraId="45DC43AF" w14:textId="77777777" w:rsidR="00351B3C" w:rsidRPr="00124F84" w:rsidRDefault="00351B3C" w:rsidP="00124F84">
      <w:pPr>
        <w:spacing w:line="240" w:lineRule="auto"/>
        <w:rPr>
          <w:rFonts w:ascii="Times New Roman" w:hAnsi="Times New Roman" w:cs="Times New Roman"/>
          <w:sz w:val="24"/>
          <w:szCs w:val="24"/>
          <w:u w:val="single"/>
        </w:rPr>
      </w:pPr>
    </w:p>
    <w:p w14:paraId="2E1D62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3851C4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“You’ve been avoiding me.”</w:t>
      </w:r>
    </w:p>
    <w:p w14:paraId="33DEAF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mother’s voice is like a blade, clean, precise, ruthless. I freeze, fingers curled over the polished chess pieces, trapped mid-move. Slowly, carefully, I lower the pawn, but I don’t look up. Not yet.</w:t>
      </w:r>
    </w:p>
    <w:p w14:paraId="010F49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haven’t,” I lie softly.</w:t>
      </w:r>
    </w:p>
    <w:p w14:paraId="428DF9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steps into the study, closing the door with a sharp click. Her heels sink soundlessly into the carpet as she approaches, each step perfectly measured, each movement controlled. Always controlled.</w:t>
      </w:r>
    </w:p>
    <w:p w14:paraId="5BA517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“You’ve been avoiding everyone.” Her tone is clipped, irritated beneath its practiced gentleness. “Preston. Your father. Clara. Especially Clara. She’s worried sick.”</w:t>
      </w:r>
    </w:p>
    <w:p w14:paraId="677987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fine.” My voice stays flat, quiet, numb. “Everything’s fine.”</w:t>
      </w:r>
    </w:p>
    <w:p w14:paraId="3C4B76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lie to me, Camille.” Her words are cold, but beneath the ice is a barely restrained temper, one I learned long ago never to ignite.</w:t>
      </w:r>
    </w:p>
    <w:p w14:paraId="361278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I lift my gaze to hers, meeting those sharp, accusing eyes. “What do you want?”</w:t>
      </w:r>
    </w:p>
    <w:p w14:paraId="7D99E6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tilts her head slightly, like she’s inspecting a flaw in fine crystal. “The truth. Why did you run from your own engagement party? And why are you barely wearing your ring?”</w:t>
      </w:r>
    </w:p>
    <w:p w14:paraId="141DB9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swallow, the heavy diamond a lead weight around my finger. “I panicked. It was… overwhelming.”</w:t>
      </w:r>
    </w:p>
    <w:p w14:paraId="535321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embarrassed Preston,” she whispers, deadly quiet. “You embarrassed your father.”</w:t>
      </w:r>
    </w:p>
    <w:p w14:paraId="372F18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ugly and bitter twists inside me, curling tighter. “I embarrassed them?”</w:t>
      </w:r>
    </w:p>
    <w:p w14:paraId="24CF6D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she snaps softly, leaning closer, her voice a brutal caress. “You made a scene, Camille. You know better. You had people talking.”</w:t>
      </w:r>
    </w:p>
    <w:p w14:paraId="44AC02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chest aches, anger simmering beneath a lifetime of polished manners and practiced smiles. “People always talk.”</w:t>
      </w:r>
    </w:p>
    <w:p w14:paraId="15EFE2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about us,” she says, voice hardening like tempered glass. “Appearances matter. Appearances are everything.”</w:t>
      </w:r>
    </w:p>
    <w:p w14:paraId="2ED888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at her, the rage tightening in my throat, burning behind my eyes. “Is that all we are? Appearances?”</w:t>
      </w:r>
    </w:p>
    <w:p w14:paraId="43F790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leans in closer, her voice sharpening dangerously. “Appearances are power. Prestige. Protection. Sinclair women never run from what’s expected.”</w:t>
      </w:r>
    </w:p>
    <w:p w14:paraId="0B5E08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“Expected?” I breathe bitterly, fingers trembling now. “Or sacrificed?”</w:t>
      </w:r>
    </w:p>
    <w:p w14:paraId="316F95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flash, a crack in her perfect facade, something dark and unspoken lurking beneath. “Sacrifice is part of this life. You know that.”</w:t>
      </w:r>
    </w:p>
    <w:p w14:paraId="20B531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“Oh, believe me,” I rasp harshly, emotion bleeding through every strained word. “I know better than anyone.”</w:t>
      </w:r>
    </w:p>
    <w:p w14:paraId="623B63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watches me silently, gaze heavy, probing. Calculating. Finally, she speaks again, voice low and careful. “I’ve heard things.”</w:t>
      </w:r>
    </w:p>
    <w:p w14:paraId="1B6393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stutters, breath hitching slightly. “Things?”</w:t>
      </w:r>
    </w:p>
    <w:p w14:paraId="561552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narrow slightly, razor-sharp perception pinning me in place. “About Kane Rivera. The way he looks at you. And the way you look back.”</w:t>
      </w:r>
    </w:p>
    <w:p w14:paraId="0B1168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Heat flushes my neck, anger warring with humiliation. “It’s nothing.”</w:t>
      </w:r>
    </w:p>
    <w:p w14:paraId="35E0E7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insult me.” She leans even closer, voice dropping to a lethal whisper. “You can’t afford to be reckless, Camille. Not now. Especially not with him.”</w:t>
      </w:r>
    </w:p>
    <w:p w14:paraId="100CF7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grip the chess piece so hard it bites painfully into my palm, then set it down, loudly, carelessly, recklessly. Exactly the way she fears.</w:t>
      </w:r>
    </w:p>
    <w:p w14:paraId="5C8A52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 “Let me ease your worries, mother, I haven’t done anything reckless with Kane Rivera.” Recently. </w:t>
      </w:r>
    </w:p>
    <w:p w14:paraId="417E79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think you’re special, Camille? You think you’re the first woman tempted to throw away everything for a man who’s nothing but a distraction?” Her gaze rakes over me slowly, deliberately. “Women like us don’t chase passion. We chase security. We build legacies.”</w:t>
      </w:r>
    </w:p>
    <w:p w14:paraId="2BFDCF2F" w14:textId="77777777" w:rsidR="00351B3C" w:rsidRPr="00124F84" w:rsidRDefault="00351B3C" w:rsidP="00124F84">
      <w:pPr>
        <w:spacing w:line="240" w:lineRule="auto"/>
        <w:rPr>
          <w:rFonts w:ascii="Times New Roman" w:hAnsi="Times New Roman" w:cs="Times New Roman"/>
          <w:sz w:val="24"/>
          <w:szCs w:val="24"/>
        </w:rPr>
      </w:pPr>
    </w:p>
    <w:p w14:paraId="430216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bite back a bitter laugh, my throat tightening painfully. “Legacies? Or lies?”</w:t>
      </w:r>
    </w:p>
    <w:p w14:paraId="4225A0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tilts her head, eyes glittering dangerously. “They’re the same thing, sweetheart. Marriages like ours, like yours will be, they’re built on silence. You let him do what he wants, whoever he wants, </w:t>
      </w:r>
      <w:proofErr w:type="gramStart"/>
      <w:r w:rsidRPr="00124F84">
        <w:rPr>
          <w:rFonts w:ascii="Times New Roman" w:hAnsi="Times New Roman" w:cs="Times New Roman"/>
          <w:sz w:val="24"/>
          <w:szCs w:val="24"/>
        </w:rPr>
        <w:t>as long as</w:t>
      </w:r>
      <w:proofErr w:type="gramEnd"/>
      <w:r w:rsidRPr="00124F84">
        <w:rPr>
          <w:rFonts w:ascii="Times New Roman" w:hAnsi="Times New Roman" w:cs="Times New Roman"/>
          <w:sz w:val="24"/>
          <w:szCs w:val="24"/>
        </w:rPr>
        <w:t xml:space="preserve"> he comes home at night. As long as no one whispers your name with pity.”</w:t>
      </w:r>
    </w:p>
    <w:p w14:paraId="387D39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words dig deeper, twisting, scraping raw edges I thought had long since scarred over. “Is that how you sleep at night, Mother? Pretending you don’t care?”</w:t>
      </w:r>
    </w:p>
    <w:p w14:paraId="371A8F52" w14:textId="1435A340"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smile fades, turning icy and razor-sharp. “I sleep very well. Because I’m smart enough to know which sacrifices are worth making. Men like Kane Rivera</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they’re dangerous precisely because they make you think passion is worth burning for. But it isn’t. It never is.”</w:t>
      </w:r>
    </w:p>
    <w:p w14:paraId="10F8FE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know anything about him,” I whisper again, voice cracking with helpless fury.</w:t>
      </w:r>
    </w:p>
    <w:p w14:paraId="3B50F96A" w14:textId="54D9F7F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“Oh, I know enough.” Her voice is brittle, almost pitying, dripping condescension that makes me want to flinch away. “He’s a stain, Camille. He’s the kind of man you visit once in darkness and regret forever. And you’re smarter than that. Or at least</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I thought you were.”</w:t>
      </w:r>
    </w:p>
    <w:p w14:paraId="2C7D3B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Anger surges hot and bitter in my veins, my voice trembling as I push back. “Maybe I’m not like you.” "Her smile sharpens, cruel and precise, and she leans in closer, voice dropping to a whisper that curls around my spine like ice.</w:t>
      </w:r>
    </w:p>
    <w:p w14:paraId="5B5384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"No, darling," she murmurs, the words soft but venomous, each syllable slicing neatly into my skin. "You're weaker. You let passion blind you, confuse you, make you reckless. Love…passion…they're nothing but pretty words for the weak to justify their mistakes and I will not allow you to make mistakes when you've just steps away from your wedding." Her voice trails off deliberately, lip curled in disgust, eyes boring into mine as she continues with quiet cruelty.</w:t>
      </w:r>
    </w:p>
    <w:p w14:paraId="2DFE30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"Whatever it is this filth of a man is offering, I promise you it isn't worth your reputation. It isn't worth your family. And it certainly isn't worth the life I've spent years carefully crafting for you."</w:t>
      </w:r>
    </w:p>
    <w:p w14:paraId="65529CB2" w14:textId="5811B3CF"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word is a scalpel, cold and precise, stripping away layers I've hidden behind. Shame burns my cheeks, humiliation clawing at my chest, and I hate how she sees it</w:t>
      </w:r>
      <w:r w:rsidR="00307646" w:rsidRPr="00124F84">
        <w:rPr>
          <w:rFonts w:ascii="Times New Roman" w:hAnsi="Times New Roman" w:cs="Times New Roman"/>
          <w:sz w:val="24"/>
          <w:szCs w:val="24"/>
        </w:rPr>
        <w:t xml:space="preserve"> </w:t>
      </w:r>
      <w:r w:rsidRPr="00124F84">
        <w:rPr>
          <w:rFonts w:ascii="Times New Roman" w:hAnsi="Times New Roman" w:cs="Times New Roman"/>
          <w:sz w:val="24"/>
          <w:szCs w:val="24"/>
        </w:rPr>
        <w:t xml:space="preserve">how </w:t>
      </w:r>
      <w:proofErr w:type="gramStart"/>
      <w:r w:rsidRPr="00124F84">
        <w:rPr>
          <w:rFonts w:ascii="Times New Roman" w:hAnsi="Times New Roman" w:cs="Times New Roman"/>
          <w:sz w:val="24"/>
          <w:szCs w:val="24"/>
        </w:rPr>
        <w:t>clearly</w:t>
      </w:r>
      <w:proofErr w:type="gramEnd"/>
      <w:r w:rsidRPr="00124F84">
        <w:rPr>
          <w:rFonts w:ascii="Times New Roman" w:hAnsi="Times New Roman" w:cs="Times New Roman"/>
          <w:sz w:val="24"/>
          <w:szCs w:val="24"/>
        </w:rPr>
        <w:t xml:space="preserve"> she can spot my weakness, my longing, my reckless desire.</w:t>
      </w:r>
    </w:p>
    <w:p w14:paraId="2D523D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is a prize," she continues calmly, voice deceptively gentle now, soothing in a way that makes the poison cut deeper. "He's exactly the kind of man you deserve, the kind of man women envy. Kane Rivera? He's nothing more than a detour, a dark alley you visit once, hoping no one sees your shame."</w:t>
      </w:r>
    </w:p>
    <w:p w14:paraId="47007E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look away, chest heaving, my throat so tight I can barely speak. "Stop."</w:t>
      </w:r>
    </w:p>
    <w:p w14:paraId="78F52D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ignores me, leaning closer, breath warm against my ear. "You can hate me, Camille, that's fine. But hate me quietly, from the safety of the life I've given you. Don't you’re your future…our legacy over some twisted fantasy."</w:t>
      </w:r>
    </w:p>
    <w:p w14:paraId="70E47C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fists clench at my sides, nails biting into my palms, pain grounding me even as my anger spirals dangerously close to the surface. I want to lash out, want to scream, want to tear apart the carefully constructed image she's placed around me like a noose.</w:t>
      </w:r>
    </w:p>
    <w:p w14:paraId="0898E7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Instead, I lift my chin, defiance bleeding through every trembling syllable. "I'm not ruining anything. I told you…I haven't done anything reckless."</w:t>
      </w:r>
    </w:p>
    <w:p w14:paraId="6CF84E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pulls back, straightening slowly, her eyes locked onto mine, narrowed and calculating. "See that you don't," she says softly, with quiet finality. "Because believe me, Camille, if you fall, I will hand you the sword </w:t>
      </w:r>
      <w:proofErr w:type="spellStart"/>
      <w:r w:rsidRPr="00124F84">
        <w:rPr>
          <w:rFonts w:ascii="Times New Roman" w:hAnsi="Times New Roman" w:cs="Times New Roman"/>
          <w:sz w:val="24"/>
          <w:szCs w:val="24"/>
        </w:rPr>
        <w:t>your</w:t>
      </w:r>
      <w:proofErr w:type="spellEnd"/>
      <w:r w:rsidRPr="00124F84">
        <w:rPr>
          <w:rFonts w:ascii="Times New Roman" w:hAnsi="Times New Roman" w:cs="Times New Roman"/>
          <w:sz w:val="24"/>
          <w:szCs w:val="24"/>
        </w:rPr>
        <w:t xml:space="preserve"> so desperate to impale yourself on. And then, I'll let everyone watch you bleed."</w:t>
      </w:r>
    </w:p>
    <w:p w14:paraId="0CFA10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voice echoes through me, chilling, absolute, filled with a ruthless promise she wouldn’t hesitate to fulfill. My chest constricts, fury warring with humiliation, sharp, ugly feelings twisting tighter with every breath.</w:t>
      </w:r>
    </w:p>
    <w:p w14:paraId="705516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rises elegantly, smoothing imaginary wrinkles from her flawless dress, every gesture composed, calculated. She pauses at the doorway, turning back as an afterthought, her voice smooth, dismissive, sharpened by the cold edge of a threat she barely bothers to hide.</w:t>
      </w:r>
    </w:p>
    <w:p w14:paraId="0B4D95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do try to act grateful tonight, Camille. Preston’s taking us all to dinner to celebrate your engagement…” her gaze drops pointedly to the diamond glittering mockingly on my finger, “…and that ring deserves better than your sour expression.”</w:t>
      </w:r>
    </w:p>
    <w:p w14:paraId="3A6E32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leaves without another word, heels echoing down the hall, each click driving another splinter of anger and shame into my chest until I can’t breathe, can’t think, can’t…</w:t>
      </w:r>
    </w:p>
    <w:p w14:paraId="308BF6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snap.</w:t>
      </w:r>
    </w:p>
    <w:p w14:paraId="048EDA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shove the chessboard violently, pieces scattering in every direction, tumbling over the polished floor like broken promises. The crash reverberates through the silent room, harsh, satisfying, echoing the chaos raging inside me. A queen rolls to a stop at my feet, lying sideways, fallen, discarded.</w:t>
      </w:r>
    </w:p>
    <w:p w14:paraId="7763CF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like me.</w:t>
      </w:r>
    </w:p>
    <w:p w14:paraId="4B13D8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knees give out and I sink to the floor, hands trembling, pulse hammering in my ears, each breath a ragged struggle. I stare at the scattered </w:t>
      </w:r>
      <w:proofErr w:type="gramStart"/>
      <w:r w:rsidRPr="00124F84">
        <w:rPr>
          <w:rFonts w:ascii="Times New Roman" w:hAnsi="Times New Roman" w:cs="Times New Roman"/>
          <w:sz w:val="24"/>
          <w:szCs w:val="24"/>
        </w:rPr>
        <w:t>pieces,</w:t>
      </w:r>
      <w:proofErr w:type="gramEnd"/>
      <w:r w:rsidRPr="00124F84">
        <w:rPr>
          <w:rFonts w:ascii="Times New Roman" w:hAnsi="Times New Roman" w:cs="Times New Roman"/>
          <w:sz w:val="24"/>
          <w:szCs w:val="24"/>
        </w:rPr>
        <w:t xml:space="preserve"> at the shattered game I never wanted to play. All those careful moves, meaningless. All my carefully curated composure, cracked open, bleeding out.</w:t>
      </w:r>
    </w:p>
    <w:p w14:paraId="536543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mother’s words claw at my throat, each one a sharpened knife. Weak. Reckless. Shameful.</w:t>
      </w:r>
    </w:p>
    <w:p w14:paraId="6EE6C3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press a shaking hand over my mouth, holding in the scream, the sobs, the endless howl of humiliation and helpless fury. I can’t afford to break. Not here, not now, not with her words still hanging like a noose around my neck. But beneath the humiliation, beneath the suffocating shame, I still taste Kane. His breath on my skin, his voice rough against my ear, his truths tearing away every carefully constructed lie I’ve lived by.</w:t>
      </w:r>
    </w:p>
    <w:p w14:paraId="25F154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flutter closed, pulse thrumming violently through my veins.</w:t>
      </w:r>
    </w:p>
    <w:p w14:paraId="364491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I am weak.</w:t>
      </w:r>
    </w:p>
    <w:p w14:paraId="7F9034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for the first time, I crave the weakness. I want to offer it up to him, to the darkness, to the god of my undoing.</w:t>
      </w:r>
    </w:p>
    <w:p w14:paraId="5A38E7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Kane Rivera, the only truth in a world built on lies.</w:t>
      </w:r>
    </w:p>
    <w:p w14:paraId="54041438" w14:textId="77777777" w:rsidR="00351B3C" w:rsidRPr="00124F84" w:rsidRDefault="00351B3C" w:rsidP="00124F84">
      <w:pPr>
        <w:spacing w:line="240" w:lineRule="auto"/>
        <w:rPr>
          <w:rFonts w:ascii="Times New Roman" w:hAnsi="Times New Roman" w:cs="Times New Roman"/>
          <w:sz w:val="24"/>
          <w:szCs w:val="24"/>
        </w:rPr>
      </w:pPr>
    </w:p>
    <w:p w14:paraId="3B887AEA" w14:textId="77777777" w:rsidR="00351B3C" w:rsidRPr="00124F84" w:rsidRDefault="00351B3C" w:rsidP="00124F84">
      <w:pPr>
        <w:spacing w:line="240" w:lineRule="auto"/>
        <w:rPr>
          <w:rFonts w:ascii="Times New Roman" w:hAnsi="Times New Roman" w:cs="Times New Roman"/>
          <w:sz w:val="24"/>
          <w:szCs w:val="24"/>
        </w:rPr>
      </w:pPr>
    </w:p>
    <w:p w14:paraId="7DE043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1F825762" w14:textId="0232D6F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candle flickers softly on the table between us, casting golden shadows across Preston’s flawless face. He’s talking</w:t>
      </w:r>
      <w:r w:rsidR="00F41E45" w:rsidRPr="00124F84">
        <w:rPr>
          <w:rFonts w:ascii="Times New Roman" w:hAnsi="Times New Roman" w:cs="Times New Roman"/>
          <w:sz w:val="24"/>
          <w:szCs w:val="24"/>
        </w:rPr>
        <w:t xml:space="preserve">, </w:t>
      </w:r>
      <w:r w:rsidRPr="00124F84">
        <w:rPr>
          <w:rFonts w:ascii="Times New Roman" w:hAnsi="Times New Roman" w:cs="Times New Roman"/>
          <w:sz w:val="24"/>
          <w:szCs w:val="24"/>
        </w:rPr>
        <w:t>something about the Hamptons, about his mother, his father, policies, donors</w:t>
      </w:r>
      <w:r w:rsidR="00F41E45" w:rsidRPr="00124F84">
        <w:rPr>
          <w:rFonts w:ascii="Times New Roman" w:hAnsi="Times New Roman" w:cs="Times New Roman"/>
          <w:sz w:val="24"/>
          <w:szCs w:val="24"/>
        </w:rPr>
        <w:t xml:space="preserve">, </w:t>
      </w:r>
      <w:r w:rsidRPr="00124F84">
        <w:rPr>
          <w:rFonts w:ascii="Times New Roman" w:hAnsi="Times New Roman" w:cs="Times New Roman"/>
          <w:sz w:val="24"/>
          <w:szCs w:val="24"/>
        </w:rPr>
        <w:t>but his words bleed together into white noise. He’s handsome, breathtaking even, the kind of beautiful you can’t ignore. Old Hollywood charm wrapped in a tailored suit.</w:t>
      </w:r>
    </w:p>
    <w:p w14:paraId="665F1A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pick at my food, pushing around the perfectly plated vegetables. My heart thuds uncomfortably inside my chest, a heavy rhythm demanding answers I’m not sure I’m ready to hear.</w:t>
      </w:r>
    </w:p>
    <w:p w14:paraId="6995E5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I interrupt softly, my voice barely louder than the murmur of surrounding diners. His words fade mid-sentence, his expression mild, patient. “Can I ask you something?”</w:t>
      </w:r>
    </w:p>
    <w:p w14:paraId="3689A4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brow lifts slightly, amused but cautious. “Of course.”</w:t>
      </w:r>
    </w:p>
    <w:p w14:paraId="597C1F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need you to be honest. No scripts, no rehearsals. Just your truth.” My chest tightens, dread curling painfully behind my ribs. “Do you love me? Do you really want this? To marry me, to live this kind of life?”</w:t>
      </w:r>
    </w:p>
    <w:p w14:paraId="09DED6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goes perfectly still, eyes locked on mine, the steady, practiced smile slipping from his lips. For a moment, he just watches me, calm, unreadable. Then slowly, deliberately, he stretches out his hand across the table, palm up.</w:t>
      </w:r>
    </w:p>
    <w:p w14:paraId="44E039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trips. Hesitantly, I place my hand in his.</w:t>
      </w:r>
    </w:p>
    <w:p w14:paraId="690E53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fingers curl around mine, soft at first. He traces the edge of my engagement ring gently, thoughtfully, his thumb brushing slowly over the diamond.</w:t>
      </w:r>
    </w:p>
    <w:p w14:paraId="65A6938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stunning, Camille,” he murmurs, voice low, calm…too calm. “You’re the kind of beautiful that silences a room. Your face, your body…every detail so perfect it seems unreal.” He offers a half-</w:t>
      </w:r>
      <w:proofErr w:type="gramStart"/>
      <w:r w:rsidRPr="00124F84">
        <w:rPr>
          <w:rFonts w:ascii="Times New Roman" w:hAnsi="Times New Roman" w:cs="Times New Roman"/>
          <w:sz w:val="24"/>
          <w:szCs w:val="24"/>
        </w:rPr>
        <w:t>smile,</w:t>
      </w:r>
      <w:proofErr w:type="gramEnd"/>
      <w:r w:rsidRPr="00124F84">
        <w:rPr>
          <w:rFonts w:ascii="Times New Roman" w:hAnsi="Times New Roman" w:cs="Times New Roman"/>
          <w:sz w:val="24"/>
          <w:szCs w:val="24"/>
        </w:rPr>
        <w:t xml:space="preserve"> eyes fixed on our joined hands. “Do you know that every time my friends joke about hall passes, your name always comes up first? Every single time.”</w:t>
      </w:r>
    </w:p>
    <w:p w14:paraId="427621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twists uneasily, heat prickling up my neck. “Preston…”</w:t>
      </w:r>
    </w:p>
    <w:p w14:paraId="48EAFB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flattering,” he interrupts, voice smoothly detached. “Men want you. Women envy you. It’s exactly what I need beside me. You’re the perfect trophy, Camille.”</w:t>
      </w:r>
    </w:p>
    <w:p w14:paraId="79ABFF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thumb stills, pressing lightly into the back of my hand. “But trophies can tarnish, can’t they?”</w:t>
      </w:r>
    </w:p>
    <w:p w14:paraId="5671C2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chill races down my spine. I stare at him, heart pounding painfully against my ribs.</w:t>
      </w:r>
    </w:p>
    <w:p w14:paraId="652F1A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as oblivious as you might think,” he continues, his voice even colder now, yet impossibly gentle. “I’ve noticed the way Kane Rivera looks at you. It’s not subtle, Camille. His hands always find a way to touch you, like he can’t help himself.” Preston pauses, his grip tightening incrementally, enough that discomfort shoots up my wrist. “Have you slept with him?”</w:t>
      </w:r>
    </w:p>
    <w:p w14:paraId="5B16E6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throat goes dry. “Preston…”</w:t>
      </w:r>
    </w:p>
    <w:p w14:paraId="188C06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 angry,” he interrupts calmly, almost dismissively. “We have our arrangements, don’t we? I’ve had my share of mistresses, and it’s understandable if you have your needs. But once we marry…” His voice drops lower, each word punctuated clearly, mercilessly precise. “Once you’re my wife, that all ends. Immediately.”</w:t>
      </w:r>
    </w:p>
    <w:p w14:paraId="4EEB19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grip tightens further, bone-deep pain flaring hot beneath his fingertips. I gasp, trying to pull away instinctively, but his fingers only dig deeper.</w:t>
      </w:r>
    </w:p>
    <w:p w14:paraId="2C4B01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won’t be embarrassed, Camille,” he whispers harshly. “You will be loyal. You’ll smile for the cameras, hold my arm at events, and you will never, ever, let another man touch you again. Am I clear?”</w:t>
      </w:r>
    </w:p>
    <w:p w14:paraId="549023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 I breathe sharply, trying again to tug free. “You’re hurting me.”</w:t>
      </w:r>
    </w:p>
    <w:p w14:paraId="38B7A1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leans forward slightly, his grip unrelenting, eyes suddenly hollow. “Answer me, Camille.”</w:t>
      </w:r>
    </w:p>
    <w:p w14:paraId="77ACA9C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I whisper, defeat seeping bitterly into my voice. “You’re clear.”</w:t>
      </w:r>
    </w:p>
    <w:p w14:paraId="35F931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finally loosens his grip, though his fingers linger, tracing the reddened skin tenderly. His gaze softens abruptly, as if he hadn’t just fractured something between us irrevocably.</w:t>
      </w:r>
    </w:p>
    <w:p w14:paraId="33E31986" w14:textId="1C962613"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asked if I love you,” he murmurs, almost as an afterthought, eyes drifting over my face. “People like us don’t marry for love. We marry for power. For advantage.” He smiles faintly, bitter and hollow. “Love complicates things. Passion fades. Power</w:t>
      </w:r>
      <w:r w:rsidR="00F41E45" w:rsidRPr="00124F84">
        <w:rPr>
          <w:rFonts w:ascii="Times New Roman" w:hAnsi="Times New Roman" w:cs="Times New Roman"/>
          <w:sz w:val="24"/>
          <w:szCs w:val="24"/>
        </w:rPr>
        <w:t>…</w:t>
      </w:r>
      <w:r w:rsidRPr="00124F84">
        <w:rPr>
          <w:rFonts w:ascii="Times New Roman" w:hAnsi="Times New Roman" w:cs="Times New Roman"/>
          <w:sz w:val="24"/>
          <w:szCs w:val="24"/>
        </w:rPr>
        <w:t>now that lasts.”</w:t>
      </w:r>
    </w:p>
    <w:p w14:paraId="2A5709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pull my hand back slowly, the ache throbbing painfully where his fingers had pressed too deeply. Preston lifts his glass, takes a casual sip, and resumes the conversation he was having before, as if we hadn’t just stripped ourselves raw, revealing the ugly truth beneath our perfect facade.</w:t>
      </w:r>
    </w:p>
    <w:p w14:paraId="68066D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sitting there, staring numbly at my plate, I realize exactly what this marriage will be, a beautiful cage, meticulously constructed. One I willingly stepped into.</w:t>
      </w:r>
    </w:p>
    <w:p w14:paraId="599B87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something stirs inside me, something stubborn and restless, a whisper of defiance. My heart speeds as I meet Preston’s indifferent gaze.</w:t>
      </w:r>
    </w:p>
    <w:p w14:paraId="3E9AB4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if I can’t?” I ask quietly. My voice shakes, but I push through. “What if I can’t pretend?”</w:t>
      </w:r>
    </w:p>
    <w:p w14:paraId="5007C9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flicker with something dark, dangerous. “Pretend?” he repeats carefully, setting his glass down with deliberate grace.</w:t>
      </w:r>
    </w:p>
    <w:p w14:paraId="55DB7D1E" w14:textId="40E22753"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“Pretend to be happy,” I say, each word forcing its way past trembling lips. “Pretend not to feel</w:t>
      </w:r>
      <w:r w:rsidR="00F41E45" w:rsidRPr="00124F84">
        <w:rPr>
          <w:rFonts w:ascii="Times New Roman" w:hAnsi="Times New Roman" w:cs="Times New Roman"/>
          <w:sz w:val="24"/>
          <w:szCs w:val="24"/>
        </w:rPr>
        <w:t>…</w:t>
      </w:r>
      <w:r w:rsidRPr="00124F84">
        <w:rPr>
          <w:rFonts w:ascii="Times New Roman" w:hAnsi="Times New Roman" w:cs="Times New Roman"/>
          <w:sz w:val="24"/>
          <w:szCs w:val="24"/>
        </w:rPr>
        <w:t>”</w:t>
      </w:r>
    </w:p>
    <w:p w14:paraId="605BBB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“Feelings,” Preston interrupts coolly, “are luxuries we can’t afford.” His eyes bore into mine, calculating, ruthless. “You’ve always known that. Happiness is a bonus, Camille. Not a requirement.”</w:t>
      </w:r>
    </w:p>
    <w:p w14:paraId="3A412B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restaurant around us buzzes softly, oblivious to the silent war playing out at our table. Preston leans forward again, voice dropping dangerously low. “I chose you because you’re strong enough to understand what’s required. Do not disappoint me now.”</w:t>
      </w:r>
    </w:p>
    <w:p w14:paraId="713085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chest heaves painfully. “What if I already have?”</w:t>
      </w:r>
    </w:p>
    <w:p w14:paraId="6D8DEC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studies me closely, cold fury hidden beneath practiced composure. “Then you’d better learn quickly how to fix it. Because our families don’t tolerate failure. Neither do I.”</w:t>
      </w:r>
    </w:p>
    <w:p w14:paraId="78AE0E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words land like blows, deliberate and bruising. My lungs squeeze tight, a suffocating weight pressing down as reality sinks deeper into my bones.</w:t>
      </w:r>
    </w:p>
    <w:p w14:paraId="487F57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“Is that a threat?” I manage, voice thin.</w:t>
      </w:r>
    </w:p>
    <w:p w14:paraId="584581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Preston says, expression softening into something disturbingly gentle. “It’s simply the truth, Camille. The truth you asked for.”</w:t>
      </w:r>
    </w:p>
    <w:p w14:paraId="7D7FA1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His eyes linger on me a second longer, unreadable but heavy with quiet warning. Then he calmly picks up his fork, returning to his meal as though nothing at all has happened. As though he hasn’t just stripped </w:t>
      </w:r>
      <w:proofErr w:type="gramStart"/>
      <w:r w:rsidRPr="00124F84">
        <w:rPr>
          <w:rFonts w:ascii="Times New Roman" w:hAnsi="Times New Roman" w:cs="Times New Roman"/>
          <w:sz w:val="24"/>
          <w:szCs w:val="24"/>
        </w:rPr>
        <w:t>every last</w:t>
      </w:r>
      <w:proofErr w:type="gramEnd"/>
      <w:r w:rsidRPr="00124F84">
        <w:rPr>
          <w:rFonts w:ascii="Times New Roman" w:hAnsi="Times New Roman" w:cs="Times New Roman"/>
          <w:sz w:val="24"/>
          <w:szCs w:val="24"/>
        </w:rPr>
        <w:t xml:space="preserve"> illusion away from our future.</w:t>
      </w:r>
    </w:p>
    <w:p w14:paraId="2474BB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sit there, shattered inside, understanding finally and fully that this perfect façade we’ve built isn’t merely fragile.</w:t>
      </w:r>
    </w:p>
    <w:p w14:paraId="2D5276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already broken.</w:t>
      </w:r>
    </w:p>
    <w:p w14:paraId="4FAA6B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57DE4C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remember leaving the restaurant.</w:t>
      </w:r>
    </w:p>
    <w:p w14:paraId="0628C7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remember the drive home, the blurred streetlights flashing past, or stepping out onto the pavement. Everything after Preston’s quiet, cutting truths fades into a foggy nothingness, the numbness spreading deeper, blanketing me like a heavy, suffocating weight.</w:t>
      </w:r>
    </w:p>
    <w:p w14:paraId="6586CB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next clear moment comes when I’m standing beneath the shower, the scalding water beating relentlessly down my back. I don’t feel it. Or maybe I do, but not enough, not nearly enough. It should hurt more. It should leave marks, blister my skin, make me feel something, anything other than the empty hollowness expanding inside my chest.</w:t>
      </w:r>
    </w:p>
    <w:p w14:paraId="7F487B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finally step out, my skin is flushed raw, angry pink streaks tracing along my ribs. But it’s nothing compared to the marks Preston’s words left beneath the surface, invisible but permanent.</w:t>
      </w:r>
    </w:p>
    <w:p w14:paraId="1AC864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Numbly, I dress, barely registering the soft lace of the red bralette as it slides over my damp skin, the delicate shorts following suit. A cruel joke, this pretty lingerie, pretending there’s something romantic left in the wreckage of tonight.</w:t>
      </w:r>
    </w:p>
    <w:p w14:paraId="14C693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 isn’t.</w:t>
      </w:r>
    </w:p>
    <w:p w14:paraId="2122B3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sink onto the edge of the bed, staring down at my manicured feet as they hover just above the hardwood. They’re painted a shade of nude so flawless, so neutral, it hurts. Exactly like Preston wants me, perfect, polished, unobtrusive. A quiet, beautiful ghost of a wife.</w:t>
      </w:r>
    </w:p>
    <w:p w14:paraId="4B5728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blur, throat tightening painfully. I touch my wrist gently, wincing as my fingertips brush the tender skin where he squeezed too hard. Already, faint bruises are forming, shadows rising to the surface, a promise of what he’s capable of when pushed too far.</w:t>
      </w:r>
    </w:p>
    <w:p w14:paraId="69A8E1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conversation replays in my head, uninvited, relentless. His voice, cold and smooth as steel, casually brutal as he outlined exactly what I am, nothing but a trophy. Pretty, delicate, breakable.</w:t>
      </w:r>
    </w:p>
    <w:p w14:paraId="0ECE97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Disposable.</w:t>
      </w:r>
    </w:p>
    <w:p w14:paraId="2696D2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stomach clenches painfully. Is this what my life is now? Smiles and silences, bruises hidden beneath diamond bracelets and silk </w:t>
      </w:r>
      <w:proofErr w:type="gramStart"/>
      <w:r w:rsidRPr="00124F84">
        <w:rPr>
          <w:rFonts w:ascii="Times New Roman" w:hAnsi="Times New Roman" w:cs="Times New Roman"/>
          <w:sz w:val="24"/>
          <w:szCs w:val="24"/>
        </w:rPr>
        <w:t>sleeves?</w:t>
      </w:r>
      <w:proofErr w:type="gramEnd"/>
      <w:r w:rsidRPr="00124F84">
        <w:rPr>
          <w:rFonts w:ascii="Times New Roman" w:hAnsi="Times New Roman" w:cs="Times New Roman"/>
          <w:sz w:val="24"/>
          <w:szCs w:val="24"/>
        </w:rPr>
        <w:t xml:space="preserve"> Will he ever cross that invisible line? Will there </w:t>
      </w:r>
      <w:proofErr w:type="spellStart"/>
      <w:r w:rsidRPr="00124F84">
        <w:rPr>
          <w:rFonts w:ascii="Times New Roman" w:hAnsi="Times New Roman" w:cs="Times New Roman"/>
          <w:sz w:val="24"/>
          <w:szCs w:val="24"/>
        </w:rPr>
        <w:t>come</w:t>
      </w:r>
      <w:proofErr w:type="spellEnd"/>
      <w:r w:rsidRPr="00124F84">
        <w:rPr>
          <w:rFonts w:ascii="Times New Roman" w:hAnsi="Times New Roman" w:cs="Times New Roman"/>
          <w:sz w:val="24"/>
          <w:szCs w:val="24"/>
        </w:rPr>
        <w:t xml:space="preserve"> a day when bruises aren’t enough, when my subtle rebellions finally snap something deeper inside him?</w:t>
      </w:r>
    </w:p>
    <w:p w14:paraId="0326CE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swallow hard, breath shuddering through my chest, unable to silence the whispered dread inside my mind. </w:t>
      </w:r>
    </w:p>
    <w:p w14:paraId="02D0B1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inevitably, like gravity pulling me back into orbit, my thoughts slip quietly to Kane.</w:t>
      </w:r>
    </w:p>
    <w:p w14:paraId="1B2807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man who devoured me like he was fucking starving.</w:t>
      </w:r>
    </w:p>
    <w:p w14:paraId="69C3C2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man who made me beg…shamelessly, desperately…for things I never thought I’d crave.</w:t>
      </w:r>
    </w:p>
    <w:p w14:paraId="16195E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man who infiltrated every corner of my life as if it belonged to him, claiming spaces I never meant to surrender.</w:t>
      </w:r>
    </w:p>
    <w:p w14:paraId="664495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man who overheard my darkest secret, forced me to look him in the eyes and confirm every ugly, twisted detail.</w:t>
      </w:r>
    </w:p>
    <w:p w14:paraId="7031F3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w:t>
      </w:r>
    </w:p>
    <w:p w14:paraId="47617A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knows about Douglas.</w:t>
      </w:r>
    </w:p>
    <w:p w14:paraId="0199C1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promised me vengeance. Promised me blood and justice and retribution, even as I pleaded with him not to. But I wasn’t naïve enough to think my words would ever truly stop him.</w:t>
      </w:r>
    </w:p>
    <w:p w14:paraId="02ADD0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then…he vanished.</w:t>
      </w:r>
    </w:p>
    <w:p w14:paraId="61344D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Three weeks of crushing, ruthless silence.</w:t>
      </w:r>
    </w:p>
    <w:p w14:paraId="2E9D01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Three weeks of stone-faced assistants and carefully constructed walls. Locked boardrooms. Urgent emails marked in red ink with the phrase that made my blood boil:</w:t>
      </w:r>
    </w:p>
    <w:p w14:paraId="58532D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Pending approval from Mr. Rivera.</w:t>
      </w:r>
    </w:p>
    <w:p w14:paraId="09F3A6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stripped away every scrap of my control, invaded my foundation, my business, my fucking sanity. I can’t even take a breath without his signature.</w:t>
      </w:r>
    </w:p>
    <w:p w14:paraId="633573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 worst part…the most twisted, cruel part…isn’t the power he wields.</w:t>
      </w:r>
    </w:p>
    <w:p w14:paraId="148D59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that he refuses to use it.</w:t>
      </w:r>
    </w:p>
    <w:p w14:paraId="0D9D3E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if Kane walked into my office tomorrow, arrogant and untouchable, flashing that infuriating smirk, holding out that goddamn pen like a challenge, at least I could fight him. I could scream, shove back, demand answers.</w:t>
      </w:r>
    </w:p>
    <w:p w14:paraId="646C0B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could hate him properly.</w:t>
      </w:r>
    </w:p>
    <w:p w14:paraId="1FF7A8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Instead, I’m left chasing shadows. Silence. Cold. Calculated. Fucking cruel. His ghost haunting every breath, every heartbeat.</w:t>
      </w:r>
    </w:p>
    <w:p w14:paraId="7B0A2C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fingers curl into fists, nails piercing skin as I shove my phone across the bed. It skids, crashing to the floor, and I flinch at the sound.</w:t>
      </w:r>
    </w:p>
    <w:p w14:paraId="505707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tuck my knees to my chest, hugging myself tight, as if I can make myself small enough to avoid the ache.</w:t>
      </w:r>
    </w:p>
    <w:p w14:paraId="35B818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teeth sink into my lip, sharp enough to ground me.</w:t>
      </w:r>
    </w:p>
    <w:p w14:paraId="72867A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Because I shouldn’t miss him.</w:t>
      </w:r>
    </w:p>
    <w:p w14:paraId="2C1976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shouldn’t care where he is. Who he’s with.</w:t>
      </w:r>
    </w:p>
    <w:p w14:paraId="67D96F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Is he with someone else right now? Another woman, more beautiful, less broken? Is he touching her, tasting her, whispering filthy promises into her ear? Or worse…is </w:t>
      </w:r>
      <w:proofErr w:type="gramStart"/>
      <w:r w:rsidRPr="00124F84">
        <w:rPr>
          <w:rFonts w:ascii="Times New Roman" w:hAnsi="Times New Roman" w:cs="Times New Roman"/>
          <w:sz w:val="24"/>
          <w:szCs w:val="24"/>
        </w:rPr>
        <w:t>it</w:t>
      </w:r>
      <w:proofErr w:type="gramEnd"/>
      <w:r w:rsidRPr="00124F84">
        <w:rPr>
          <w:rFonts w:ascii="Times New Roman" w:hAnsi="Times New Roman" w:cs="Times New Roman"/>
          <w:sz w:val="24"/>
          <w:szCs w:val="24"/>
        </w:rPr>
        <w:t xml:space="preserve"> Ivy? Perfect curves, red lips, no complications.</w:t>
      </w:r>
    </w:p>
    <w:p w14:paraId="1B9D38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twists sharply, pain and jealousy clawing viciously beneath my ribs. God, it hurts. Imagining him with someone else burns through my chest like acid.</w:t>
      </w:r>
    </w:p>
    <w:p w14:paraId="79942A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yet, I do it anyway. Over and over. Because Kane Rivera is the kind of poison you willingly drink, knowing exactly how it’ll ruin you from the inside out.</w:t>
      </w:r>
    </w:p>
    <w:p w14:paraId="444182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press my forehead to my knees, fighting to steady my breath. Fighting the ache crawling under my skin.</w:t>
      </w:r>
    </w:p>
    <w:p w14:paraId="20346B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knew who he was. From the very first moment he looked at me and asked for my price, like I was something he could own. I knew exactly what he was.</w:t>
      </w:r>
    </w:p>
    <w:p w14:paraId="160476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still walked straight into his penthouse and let him destroy me.</w:t>
      </w:r>
    </w:p>
    <w:p w14:paraId="4430F8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Maybe I wanted him to.</w:t>
      </w:r>
    </w:p>
    <w:p w14:paraId="25C11B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think about the control I used to have. My carefully constructed life, my composure, my polished exterior.</w:t>
      </w:r>
    </w:p>
    <w:p w14:paraId="7C35CF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I flinch every time my phone vibrates.</w:t>
      </w:r>
    </w:p>
    <w:p w14:paraId="37664F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I’m fucking starving.</w:t>
      </w:r>
    </w:p>
    <w:p w14:paraId="6AF348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Isn’t that the cruelest part? That beneath the anger, beneath the betrayal, beneath every ounce of pain… I still want him to come </w:t>
      </w:r>
      <w:proofErr w:type="gramStart"/>
      <w:r w:rsidRPr="00124F84">
        <w:rPr>
          <w:rFonts w:ascii="Times New Roman" w:hAnsi="Times New Roman" w:cs="Times New Roman"/>
          <w:sz w:val="24"/>
          <w:szCs w:val="24"/>
        </w:rPr>
        <w:t>back?</w:t>
      </w:r>
      <w:proofErr w:type="gramEnd"/>
    </w:p>
    <w:p w14:paraId="122DE8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want him to show up at my door, uninvited, unrepentant.</w:t>
      </w:r>
    </w:p>
    <w:p w14:paraId="063095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want him to pin me against a wall and call me his Muñequita. Little doll. Whispering filthy words until I’m trembling, shameless, surrendered.</w:t>
      </w:r>
    </w:p>
    <w:p w14:paraId="10E663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how fucked up am I?</w:t>
      </w:r>
    </w:p>
    <w:p w14:paraId="719407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races as I lunge for my phone on the floor. My fingers tremble as I scroll to his number.</w:t>
      </w:r>
    </w:p>
    <w:p w14:paraId="56EF12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shouldn’t. I know I shouldn’t.</w:t>
      </w:r>
    </w:p>
    <w:p w14:paraId="2CA8BA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I’m already hitting the call button.</w:t>
      </w:r>
    </w:p>
    <w:p w14:paraId="600272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if I don’t scream at him right now, the silence will suffocate me.</w:t>
      </w:r>
    </w:p>
    <w:p w14:paraId="58F453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drown.</w:t>
      </w:r>
    </w:p>
    <w:p w14:paraId="302499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want to hurt him, punish him. I want to leave him a message that’ll scorch whatever sick hold he still has on me.</w:t>
      </w:r>
    </w:p>
    <w:p w14:paraId="073233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rings once.</w:t>
      </w:r>
    </w:p>
    <w:p w14:paraId="2C00C2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Twice.</w:t>
      </w:r>
    </w:p>
    <w:p w14:paraId="343684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Give me voicemail. Let me say everything.</w:t>
      </w:r>
    </w:p>
    <w:p w14:paraId="2A826A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me say…"Fuck you, Kane."</w:t>
      </w:r>
    </w:p>
    <w:p w14:paraId="683470E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me say…"I hope you choke on your own silence. On every filthy word you ever made me believe."</w:t>
      </w:r>
    </w:p>
    <w:p w14:paraId="3EDCF7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Third ring.</w:t>
      </w:r>
    </w:p>
    <w:p w14:paraId="3E2247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w:t>
      </w:r>
    </w:p>
    <w:p w14:paraId="44277C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Click.</w:t>
      </w:r>
    </w:p>
    <w:p w14:paraId="39DA35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answers. Doesn’t say a word. Just silence. Thick. Intentional. Cruel.</w:t>
      </w:r>
    </w:p>
    <w:p w14:paraId="0351C0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him there, breathing steady, waiting me out.</w:t>
      </w:r>
    </w:p>
    <w:p w14:paraId="725388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“Say something, goddamn you.” My voice trembles, fury twisted with desperation.</w:t>
      </w:r>
    </w:p>
    <w:p w14:paraId="09AC77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His voice slides through the phone, velvet-edged, roughened by amusement.</w:t>
      </w:r>
    </w:p>
    <w:p w14:paraId="386E8E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fucking asshole,” I hiss softly.</w:t>
      </w:r>
    </w:p>
    <w:p w14:paraId="04655D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Silence again, loaded. Patient.</w:t>
      </w:r>
    </w:p>
    <w:p w14:paraId="3FCB01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disappear for weeks. You pull strings behind my back, freeze my foundation’s funding. You leave me in the dark like I was nothing but a game you got tired of playing…”</w:t>
      </w:r>
    </w:p>
    <w:p w14:paraId="6A1471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voice cracks, betraying me.</w:t>
      </w:r>
    </w:p>
    <w:p w14:paraId="2D6372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hate you for what you’ve done. I hate you for what you’re still doing to me.”  </w:t>
      </w:r>
    </w:p>
    <w:p w14:paraId="5B353D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Another weighted silence hangs between us, deeper, darker, heavier.</w:t>
      </w:r>
    </w:p>
    <w:p w14:paraId="2481B7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him through the line, his presence like fingertips skating down my spine. His breathing is slow, calculated, like he’s savoring every second of my torment.</w:t>
      </w:r>
    </w:p>
    <w:p w14:paraId="1F7A67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he finally speaks, voice low and devastatingly soft. “I miss you, Kane. I want you, Kane. Please fuck me again, Kane.” He repeats my unspoken words back to me, each syllable sharp as glass, slicing through every defense I have left. “That’s what I hear every time you say you hate me, Muñequita. The truth you’re too goddamn stubborn to admit.”</w:t>
      </w:r>
    </w:p>
    <w:p w14:paraId="35DCAB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grip tightens on the phone, knuckles whitening, fury burning deep beneath my skin. I stare blindly ahead, heart pounding so violently I can barely breathe. He thinks he knows me. Thinks he can read every secret desire I keep buried beneath anger and pride.</w:t>
      </w:r>
    </w:p>
    <w:p w14:paraId="6D9963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Maybe he can.</w:t>
      </w:r>
    </w:p>
    <w:p w14:paraId="308989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you, Kane,” I whisper, desperate to reclaim some shred of control.</w:t>
      </w:r>
    </w:p>
    <w:p w14:paraId="277643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it lands weak, useless.</w:t>
      </w:r>
    </w:p>
    <w:p w14:paraId="7EFBC0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chuckles softly, darkly satisfied, like he knows exactly how deeply he’s fractured me. The sound vibrates through my chest, unravels me even more. I hate myself for calling, hate that his silence guts me more deeply than his words ever could.</w:t>
      </w:r>
    </w:p>
    <w:p w14:paraId="1B0987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hanging up,” I force out, voice thinner than I want.</w:t>
      </w:r>
    </w:p>
    <w:p w14:paraId="579470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 ahead,” he dares me softly.</w:t>
      </w:r>
    </w:p>
    <w:p w14:paraId="74A0D8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knows I won’t. And for one excruciating moment, I don’t. I just hold the phone, waiting…aching…to hear what he’ll say next. Because I want to know where he is. If he’s alone. If he’s coming back.</w:t>
      </w:r>
    </w:p>
    <w:p w14:paraId="5995D2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won’t ask. I won’t give him that power.</w:t>
      </w:r>
    </w:p>
    <w:p w14:paraId="63B616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a subtle shift. The silence breaks, the air suddenly charged.</w:t>
      </w:r>
    </w:p>
    <w:p w14:paraId="5B857A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“Where are you?” he asks.</w:t>
      </w:r>
    </w:p>
    <w:p w14:paraId="2AB2C2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catches painfully. “What?”</w:t>
      </w:r>
    </w:p>
    <w:p w14:paraId="26D6EE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gramStart"/>
      <w:r w:rsidRPr="00124F84">
        <w:rPr>
          <w:rFonts w:ascii="Times New Roman" w:hAnsi="Times New Roman" w:cs="Times New Roman"/>
          <w:sz w:val="24"/>
          <w:szCs w:val="24"/>
        </w:rPr>
        <w:t>Where</w:t>
      </w:r>
      <w:proofErr w:type="gramEnd"/>
      <w:r w:rsidRPr="00124F84">
        <w:rPr>
          <w:rFonts w:ascii="Times New Roman" w:hAnsi="Times New Roman" w:cs="Times New Roman"/>
          <w:sz w:val="24"/>
          <w:szCs w:val="24"/>
        </w:rPr>
        <w:t>. Are. You.” Each word lands like footsteps coming closer, slow and deliberate, like he already knows the answer but wants me to surrender it anyway.</w:t>
      </w:r>
    </w:p>
    <w:p w14:paraId="1E9155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“Why?” I whisper.</w:t>
      </w:r>
    </w:p>
    <w:p w14:paraId="48831F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don’t have to come find you.”</w:t>
      </w:r>
    </w:p>
    <w:p w14:paraId="695797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threat. A warning. A promise.</w:t>
      </w:r>
    </w:p>
    <w:p w14:paraId="606EB7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heartbeat crashes against my ribs. “You wouldn’t.”</w:t>
      </w:r>
    </w:p>
    <w:p w14:paraId="1278F3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Another soft, cruel laugh, edged with danger. “Try me.”</w:t>
      </w:r>
    </w:p>
    <w:p w14:paraId="451433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Panic skitters under my skin, my pulse thrumming wildly. I should end this call. Lock every door. Shut him out for good.</w:t>
      </w:r>
    </w:p>
    <w:p w14:paraId="3316C7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my mouth betrays me, words slipping free before my brain can scream to stop.</w:t>
      </w:r>
    </w:p>
    <w:p w14:paraId="0BF643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home.”</w:t>
      </w:r>
    </w:p>
    <w:p w14:paraId="017963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heartbeat of silence stretches painfully, long enough for regret to hit, hard and cold.</w:t>
      </w:r>
    </w:p>
    <w:p w14:paraId="28DDFB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wait…” I start, voice trembling, frantic. “Don’t…”</w:t>
      </w:r>
    </w:p>
    <w:p w14:paraId="670655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he’s already hung up.</w:t>
      </w:r>
    </w:p>
    <w:p w14:paraId="78F82E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Shit.</w:t>
      </w:r>
    </w:p>
    <w:p w14:paraId="641F43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Shit.</w:t>
      </w:r>
    </w:p>
    <w:p w14:paraId="1E8066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hit redial immediately, scrambling off the bed, my breathing shallow, harsh.</w:t>
      </w:r>
    </w:p>
    <w:p w14:paraId="3EF786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“Please answer,” I whisper desperately, pressing the phone harder against my ear. “Pick up, Kane…”</w:t>
      </w:r>
    </w:p>
    <w:p w14:paraId="38DD8E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Straight to voicemail.</w:t>
      </w:r>
    </w:p>
    <w:p w14:paraId="26B20F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Damn it.</w:t>
      </w:r>
    </w:p>
    <w:p w14:paraId="180424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phone rings suddenly, vibrating in my palm. My heart leaps into my throat. I answer instantly, recklessly.</w:t>
      </w:r>
    </w:p>
    <w:p w14:paraId="71F341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come here,” I blurt out, breathless, raw. “I’ll come to you. Just…don’t show up here.”</w:t>
      </w:r>
    </w:p>
    <w:p w14:paraId="1C2C41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heavy pause fills the line.</w:t>
      </w:r>
    </w:p>
    <w:p w14:paraId="68E9E9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his voice returns, dangerously smooth, smug, triumphant.</w:t>
      </w:r>
    </w:p>
    <w:p w14:paraId="70A079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girl.”</w:t>
      </w:r>
    </w:p>
    <w:p w14:paraId="576751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Bastard.</w:t>
      </w:r>
    </w:p>
    <w:p w14:paraId="31A812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shut tightly, shame twisting hot and deep, pride unraveling completely. I’ve handed him exactly what he wants: my surrender.</w:t>
      </w:r>
    </w:p>
    <w:p w14:paraId="17CB62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will be there in ten,” he says casually.</w:t>
      </w:r>
    </w:p>
    <w:p w14:paraId="7095BB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take a shaking breath, eyes squeezed shut, trying desperately to steady my nerves. Trying to convince myself I have choices. That this isn’t inevitable. That I’m not being dragged back into his orbit against my will.</w:t>
      </w:r>
    </w:p>
    <w:p w14:paraId="3B4135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Kane Rivera isn’t invisible.</w:t>
      </w:r>
    </w:p>
    <w:p w14:paraId="4F9FE6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everywhere.</w:t>
      </w:r>
    </w:p>
    <w:p w14:paraId="4464B4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in my blood, woven into every breath I take, occupying the hollow space inside my chest where logic used to live.</w:t>
      </w:r>
    </w:p>
    <w:p w14:paraId="666902DE" w14:textId="1C61925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rush to the closet, yanking a long wool coat from its hanger, throwing it over the lace barely covering my skin. I don’t </w:t>
      </w:r>
      <w:proofErr w:type="gramStart"/>
      <w:r w:rsidRPr="00124F84">
        <w:rPr>
          <w:rFonts w:ascii="Times New Roman" w:hAnsi="Times New Roman" w:cs="Times New Roman"/>
          <w:sz w:val="24"/>
          <w:szCs w:val="24"/>
        </w:rPr>
        <w:t>change,</w:t>
      </w:r>
      <w:proofErr w:type="gramEnd"/>
      <w:r w:rsidRPr="00124F84">
        <w:rPr>
          <w:rFonts w:ascii="Times New Roman" w:hAnsi="Times New Roman" w:cs="Times New Roman"/>
          <w:sz w:val="24"/>
          <w:szCs w:val="24"/>
        </w:rPr>
        <w:t xml:space="preserve"> don’t even consider it</w:t>
      </w:r>
      <w:r w:rsidR="00F41E45" w:rsidRPr="00124F84">
        <w:rPr>
          <w:rFonts w:ascii="Times New Roman" w:hAnsi="Times New Roman" w:cs="Times New Roman"/>
          <w:sz w:val="24"/>
          <w:szCs w:val="24"/>
        </w:rPr>
        <w:t xml:space="preserve"> </w:t>
      </w:r>
      <w:r w:rsidRPr="00124F84">
        <w:rPr>
          <w:rFonts w:ascii="Times New Roman" w:hAnsi="Times New Roman" w:cs="Times New Roman"/>
          <w:sz w:val="24"/>
          <w:szCs w:val="24"/>
        </w:rPr>
        <w:t>there isn’t time. Sneakers slip on silently, my pulse loud and frantic in my ears.</w:t>
      </w:r>
    </w:p>
    <w:p w14:paraId="659FF4B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slip through my bedroom door, moving quietly, swiftly, like a criminal trying desperately to escape unnoticed. My sneakers pad silently across the hallway, but my chest…</w:t>
      </w:r>
    </w:p>
    <w:p w14:paraId="447CB4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Chaos.</w:t>
      </w:r>
    </w:p>
    <w:p w14:paraId="7F1EC0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Panic threaded tightly with hunger and need.</w:t>
      </w:r>
    </w:p>
    <w:p w14:paraId="59D73A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feel like the walls are watching me, judging me for running straight into the fire I should’ve learned to fear by now.</w:t>
      </w:r>
    </w:p>
    <w:p w14:paraId="30EB81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don’t stop.</w:t>
      </w:r>
    </w:p>
    <w:p w14:paraId="55E494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parents are somewhere on the opposite side of the house, probably awake, trapped in their cold world of calculated decisions and polished facades.</w:t>
      </w:r>
    </w:p>
    <w:p w14:paraId="3D1B20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Oblivious.</w:t>
      </w:r>
    </w:p>
    <w:p w14:paraId="54BD7A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have no idea their perfect daughter is slipping out into the night to meet the one man who could ruin everything.</w:t>
      </w:r>
    </w:p>
    <w:p w14:paraId="041FA4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Again.</w:t>
      </w:r>
    </w:p>
    <w:p w14:paraId="4CEAA3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By the time I push through the front entrance door, the car is already there.</w:t>
      </w:r>
    </w:p>
    <w:p w14:paraId="609C90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Sleek. Black. Engine humming low.</w:t>
      </w:r>
    </w:p>
    <w:p w14:paraId="716341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Of course it is.</w:t>
      </w:r>
    </w:p>
    <w:p w14:paraId="07E5EC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doesn’t wait on people.</w:t>
      </w:r>
    </w:p>
    <w:p w14:paraId="1AA93A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People wait on him.</w:t>
      </w:r>
    </w:p>
    <w:p w14:paraId="692C5E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headlights slice through the night like a blade, catching the edge of my breath, my hesitation.</w:t>
      </w:r>
    </w:p>
    <w:p w14:paraId="664179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could still turn back.</w:t>
      </w:r>
    </w:p>
    <w:p w14:paraId="78DEAB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could lie to myself for one more night.</w:t>
      </w:r>
    </w:p>
    <w:p w14:paraId="116F71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could pretend I’m not already his.</w:t>
      </w:r>
    </w:p>
    <w:p w14:paraId="7B533E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don’t.</w:t>
      </w:r>
    </w:p>
    <w:p w14:paraId="438AD9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back door opens.</w:t>
      </w:r>
    </w:p>
    <w:p w14:paraId="40C164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steps out, face unreadable, suit sharp. Silent storm in a tailored package.</w:t>
      </w:r>
    </w:p>
    <w:p w14:paraId="564415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“Ms. Sinclair,” he says, calm and clean, like he’s not ferrying me straight into hell. But his eyes…they see everything.</w:t>
      </w:r>
    </w:p>
    <w:p w14:paraId="0CFEE4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pause. Just for a second. Long enough to feel the weight of the choice.</w:t>
      </w:r>
    </w:p>
    <w:p w14:paraId="29A078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Long enough to know I’m about to do something I won’t come back from.</w:t>
      </w:r>
    </w:p>
    <w:p w14:paraId="0C2FB6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One second. Two. And then? </w:t>
      </w:r>
    </w:p>
    <w:p w14:paraId="1D778B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 the only thing I ever seem to know how to do when it comes to Kane Rivera.</w:t>
      </w:r>
    </w:p>
    <w:p w14:paraId="0E2A0E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surrender.</w:t>
      </w:r>
    </w:p>
    <w:p w14:paraId="7E8017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slide into the car. The leather is cool against my thighs. The door shuts behind me with a soft click.</w:t>
      </w:r>
    </w:p>
    <w:p w14:paraId="13218B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it sounds like a lock sliding into place.</w:t>
      </w:r>
    </w:p>
    <w:p w14:paraId="08E329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a verdict.</w:t>
      </w:r>
    </w:p>
    <w:p w14:paraId="0DC9B19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doesn’t speak as we pull away from the curb. Doesn’t glance in the mirror. Doesn’t ask questions.</w:t>
      </w:r>
    </w:p>
    <w:p w14:paraId="0DAED1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weave through the city like we own it.</w:t>
      </w:r>
    </w:p>
    <w:p w14:paraId="06A578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By the time we hit the underground garage, my hands are clenched in my lap and my heart is punching its way through my chest.</w:t>
      </w:r>
    </w:p>
    <w:p w14:paraId="150D87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coast past cars worth more than my foundation’s annual budget. Past steel and glass and silence.</w:t>
      </w:r>
    </w:p>
    <w:p w14:paraId="4310EC7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stops in front of the private elevator.</w:t>
      </w:r>
    </w:p>
    <w:p w14:paraId="7B4B52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one that only leads to one place.</w:t>
      </w:r>
    </w:p>
    <w:p w14:paraId="13BB86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 him.</w:t>
      </w:r>
    </w:p>
    <w:p w14:paraId="1C28BC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stare at the soft orange glow of the call button. The numbers above the doors. The faint reflection of myself, flushed cheeks, parted lips, eyes that look far too gone for this to still be a decision.</w:t>
      </w:r>
    </w:p>
    <w:p w14:paraId="61DC4D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Joaquin says nothing. He doesn’t tell me to get out. He doesn’t ask if I need a moment. </w:t>
      </w:r>
    </w:p>
    <w:p w14:paraId="5B833D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Because he knows. </w:t>
      </w:r>
    </w:p>
    <w:p w14:paraId="54CB5C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knows. </w:t>
      </w:r>
    </w:p>
    <w:p w14:paraId="18A45B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That if I really wanted to stop this, I wouldn’t be here. </w:t>
      </w:r>
    </w:p>
    <w:p w14:paraId="745C91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exhale slowly, my fingers clutching the edges of my coat so tight I feel my nails biting through the fabric. My legs are jelly, but somehow, I force myself forward. Step after step.</w:t>
      </w:r>
    </w:p>
    <w:p w14:paraId="1E3FE2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Each footfall echoes in my ears, sounding dangerously like surrender.</w:t>
      </w:r>
    </w:p>
    <w:p w14:paraId="13DFA3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came here to end this.</w:t>
      </w:r>
      <w:r w:rsidRPr="00124F84">
        <w:rPr>
          <w:rFonts w:ascii="Times New Roman" w:hAnsi="Times New Roman" w:cs="Times New Roman"/>
          <w:sz w:val="24"/>
          <w:szCs w:val="24"/>
        </w:rPr>
        <w:br/>
        <w:t>I came here to shove his bullshit back in his face.</w:t>
      </w:r>
      <w:r w:rsidRPr="00124F84">
        <w:rPr>
          <w:rFonts w:ascii="Times New Roman" w:hAnsi="Times New Roman" w:cs="Times New Roman"/>
          <w:sz w:val="24"/>
          <w:szCs w:val="24"/>
        </w:rPr>
        <w:br/>
        <w:t>I came here because Kane Rivera needs to know he can’t fucking own me.</w:t>
      </w:r>
    </w:p>
    <w:p w14:paraId="058E8A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Yet as I stand in front of the elevator doors, watching them slide open, all my righteous anger twists into something hotter, darker, something I refuse to name.</w:t>
      </w:r>
    </w:p>
    <w:p w14:paraId="485610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inside.</w:t>
      </w:r>
    </w:p>
    <w:p w14:paraId="28D2F3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elevator hums beneath my feet, rising steadily while my stomach does flips. My reflection glares back at me, flushed cheeks, parted lips, eyes glittering with defiance I can barely hold onto.</w:t>
      </w:r>
    </w:p>
    <w:p w14:paraId="3FC761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insane. He’s insane. I’m insane.</w:t>
      </w:r>
    </w:p>
    <w:p w14:paraId="5EE71F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elevator chime pulls me from my spiral, doors sliding open smoothly, silently, and then I’m walking, slow and steady right into Kane Rivera’s penthouse.</w:t>
      </w:r>
    </w:p>
    <w:p w14:paraId="63B57D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heaven. My hell. My biggest fucking mistake. I still have his penthouse key. God help me, I should’ve burned it. Dropped it in the river. Melted it down and buried the metal in a concrete block. But I didn’t.</w:t>
      </w:r>
    </w:p>
    <w:p w14:paraId="449B22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knew one day I’d come back.</w:t>
      </w:r>
    </w:p>
    <w:p w14:paraId="0E86CA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here I am.</w:t>
      </w:r>
    </w:p>
    <w:p w14:paraId="64093B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swipe the card and push the door open like I belong here, like my legs aren’t already trembling, like my heart isn’t thudding so loud I can feel it behind my eyes.</w:t>
      </w:r>
      <w:r w:rsidRPr="00124F84">
        <w:rPr>
          <w:rFonts w:ascii="Times New Roman" w:hAnsi="Times New Roman" w:cs="Times New Roman"/>
          <w:sz w:val="24"/>
          <w:szCs w:val="24"/>
        </w:rPr>
        <w:br w:type="page"/>
      </w:r>
    </w:p>
    <w:p w14:paraId="51485023" w14:textId="77777777" w:rsidR="00351B3C" w:rsidRPr="009B69AC" w:rsidRDefault="00351B3C" w:rsidP="00124F84">
      <w:pPr>
        <w:pStyle w:val="Heading2"/>
        <w:rPr>
          <w:rFonts w:ascii="Times New Roman" w:hAnsi="Times New Roman" w:cs="Times New Roman"/>
          <w:b/>
          <w:bCs/>
        </w:rPr>
      </w:pPr>
      <w:r w:rsidRPr="009B69AC">
        <w:rPr>
          <w:rFonts w:ascii="Times New Roman" w:hAnsi="Times New Roman" w:cs="Times New Roman"/>
          <w:b/>
          <w:bCs/>
        </w:rPr>
        <w:lastRenderedPageBreak/>
        <w:t>Chapter Eleven</w:t>
      </w:r>
    </w:p>
    <w:p w14:paraId="5E3723AF" w14:textId="77777777" w:rsidR="00351B3C" w:rsidRPr="00124F84" w:rsidRDefault="00351B3C" w:rsidP="00124F84">
      <w:pPr>
        <w:spacing w:line="240" w:lineRule="auto"/>
        <w:rPr>
          <w:rFonts w:ascii="Times New Roman" w:hAnsi="Times New Roman" w:cs="Times New Roman"/>
          <w:sz w:val="24"/>
          <w:szCs w:val="24"/>
        </w:rPr>
      </w:pPr>
    </w:p>
    <w:p w14:paraId="6A17EB24" w14:textId="29972B52" w:rsidR="009B69AC" w:rsidRPr="009B69AC" w:rsidRDefault="009B69AC" w:rsidP="009B69AC">
      <w:pPr>
        <w:autoSpaceDE w:val="0"/>
        <w:autoSpaceDN w:val="0"/>
        <w:adjustRightInd w:val="0"/>
        <w:spacing w:after="240" w:line="240" w:lineRule="auto"/>
        <w:rPr>
          <w:rFonts w:ascii="Times-Roman" w:eastAsiaTheme="minorHAnsi" w:hAnsi="Times-Roman" w:cs="Times-Roman"/>
          <w:sz w:val="24"/>
          <w:szCs w:val="24"/>
          <w:u w:val="single"/>
          <w14:ligatures w14:val="standardContextual"/>
        </w:rPr>
      </w:pPr>
      <w:r w:rsidRPr="009B69AC">
        <w:rPr>
          <w:rFonts w:ascii="Times-Roman" w:eastAsiaTheme="minorHAnsi" w:hAnsi="Times-Roman" w:cs="Times-Roman"/>
          <w:sz w:val="24"/>
          <w:szCs w:val="24"/>
          <w:u w:val="single"/>
          <w14:ligatures w14:val="standardContextual"/>
        </w:rPr>
        <w:t>Camille</w:t>
      </w:r>
    </w:p>
    <w:p w14:paraId="32A4A94F"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It’s quiet.</w:t>
      </w:r>
    </w:p>
    <w:p w14:paraId="71FFFE62"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The kind of quiet that sinks into your bones, waits patiently, and whispers dangerous little suggestions until you’re desperate enough to listen.</w:t>
      </w:r>
    </w:p>
    <w:p w14:paraId="04CEE8C5"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I step inside.</w:t>
      </w:r>
    </w:p>
    <w:p w14:paraId="10C48817" w14:textId="645E491F"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 xml:space="preserve">The penthouse is exactly as I remember, sharp edges, sleek lines, ruthless luxury. Cold and beautiful and </w:t>
      </w:r>
      <w:proofErr w:type="gramStart"/>
      <w:r>
        <w:rPr>
          <w:rFonts w:ascii="Times-Roman" w:eastAsiaTheme="minorHAnsi" w:hAnsi="Times-Roman" w:cs="Times-Roman"/>
          <w:sz w:val="24"/>
          <w:szCs w:val="24"/>
          <w14:ligatures w14:val="standardContextual"/>
        </w:rPr>
        <w:t>absolutely merciless</w:t>
      </w:r>
      <w:proofErr w:type="gramEnd"/>
      <w:r>
        <w:rPr>
          <w:rFonts w:ascii="Times-Roman" w:eastAsiaTheme="minorHAnsi" w:hAnsi="Times-Roman" w:cs="Times-Roman"/>
          <w:sz w:val="24"/>
          <w:szCs w:val="24"/>
          <w14:ligatures w14:val="standardContextual"/>
        </w:rPr>
        <w:t>. It doesn’t matter how much distance I put between us or how many lies I tell myself; the moment I cross his threshold, reality snaps back like a rubber band, stinging my skin raw.</w:t>
      </w:r>
    </w:p>
    <w:p w14:paraId="5EA58882"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And then there’s the scent.</w:t>
      </w:r>
    </w:p>
    <w:p w14:paraId="0F72DF3C" w14:textId="5C1AA27C"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It punches straight into my chest…dark, spicy, unmistakably Kane. It lingers, taunting, like he’s still standing right here, breathing down my neck, ready to remind me exactly what happens when I dare to forget.</w:t>
      </w:r>
    </w:p>
    <w:p w14:paraId="44EACBE0"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My heart kicks violently, blood roaring in my ears.</w:t>
      </w:r>
    </w:p>
    <w:p w14:paraId="7E9C2A5C"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My hands shake, fingertips burning.</w:t>
      </w:r>
    </w:p>
    <w:p w14:paraId="48121165"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“Kane?”</w:t>
      </w:r>
    </w:p>
    <w:p w14:paraId="783220D6"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Fuck.</w:t>
      </w:r>
    </w:p>
    <w:p w14:paraId="3622A715"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One word and I already sound desperate. Weak. Aching with longing I’ve spent weeks denying, drowning in lies and forced smiles and a ring that doesn’t mean shit. One word, and all my carefully constructed lies crumble, leaving me exposed on his cold marble floor, stripped bare and trembling.</w:t>
      </w:r>
    </w:p>
    <w:p w14:paraId="6A70957C"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I swallow hard, fists clenching. Waiting. Wanting.</w:t>
      </w:r>
    </w:p>
    <w:p w14:paraId="7C23B379"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No answer.</w:t>
      </w:r>
    </w:p>
    <w:p w14:paraId="00A92BB6"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But silence is Kane’s weapon.</w:t>
      </w:r>
    </w:p>
    <w:p w14:paraId="74FE973E" w14:textId="77777777" w:rsidR="009B69AC" w:rsidRDefault="009B69AC" w:rsidP="009B69AC">
      <w:pPr>
        <w:autoSpaceDE w:val="0"/>
        <w:autoSpaceDN w:val="0"/>
        <w:adjustRightInd w:val="0"/>
        <w:spacing w:after="240" w:line="240" w:lineRule="auto"/>
        <w:rPr>
          <w:rFonts w:ascii="Times-Roman" w:eastAsiaTheme="minorHAnsi" w:hAnsi="Times-Roman" w:cs="Times-Roman"/>
          <w:sz w:val="24"/>
          <w:szCs w:val="24"/>
          <w14:ligatures w14:val="standardContextual"/>
        </w:rPr>
      </w:pPr>
      <w:r>
        <w:rPr>
          <w:rFonts w:ascii="Times-Roman" w:eastAsiaTheme="minorHAnsi" w:hAnsi="Times-Roman" w:cs="Times-Roman"/>
          <w:sz w:val="24"/>
          <w:szCs w:val="24"/>
          <w14:ligatures w14:val="standardContextual"/>
        </w:rPr>
        <w:t>He knows exactly how to wield it.</w:t>
      </w:r>
    </w:p>
    <w:p w14:paraId="7D4576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then…he appears.</w:t>
      </w:r>
    </w:p>
    <w:p w14:paraId="6CE9738C" w14:textId="77777777" w:rsidR="00351B3C" w:rsidRPr="00124F84" w:rsidRDefault="00351B3C" w:rsidP="00124F84">
      <w:pPr>
        <w:spacing w:line="240" w:lineRule="auto"/>
        <w:rPr>
          <w:rFonts w:ascii="Times New Roman" w:hAnsi="Times New Roman" w:cs="Times New Roman"/>
          <w:sz w:val="24"/>
          <w:szCs w:val="24"/>
        </w:rPr>
      </w:pPr>
      <w:bookmarkStart w:id="2" w:name="OLE_LINK2"/>
      <w:r w:rsidRPr="00124F84">
        <w:rPr>
          <w:rFonts w:ascii="Times New Roman" w:hAnsi="Times New Roman" w:cs="Times New Roman"/>
          <w:sz w:val="24"/>
          <w:szCs w:val="24"/>
        </w:rPr>
        <w:lastRenderedPageBreak/>
        <w:t>He steps into view slowly, like he knows exactly how badly I’m breaking, exactly how fucking desperate I’ve been, waiting to see him again. My breath catches sharply, lodged in my chest, trapped beneath humiliation and the shameless heat already crawling between my thighs.</w:t>
      </w:r>
    </w:p>
    <w:p w14:paraId="5302AC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pauses there, leaning casually against the doorway, damp steam rolling off his skin in waves. Every brutal, beautiful inch of him gleams beneath the low lights, his body glistening, carved from relentless discipline and violent self-control. His dark hair is slicked back, wet strands clinging to his forehead, dripping slow, lazy droplets down a face that could tempt angels to sin and saints to ruin.</w:t>
      </w:r>
    </w:p>
    <w:p w14:paraId="28B116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gaze drags over him shamelessly, drawn down his powerful shoulders and across thick biceps wrapped in ink, dark tattoos twisting like secrets along muscle and sinew, winding up the side of his neck, hinting at the kind of darkness that should make me run, not fucking drool.</w:t>
      </w:r>
    </w:p>
    <w:p w14:paraId="2CA6F6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don’t run.</w:t>
      </w:r>
    </w:p>
    <w:p w14:paraId="1C3D96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Instead, I stare helplessly, drinking in the breadth of his chest, wide and strong, dusted lightly with a trail of dark hair that tempts my fingertips, my tongue, my sanity. Water beads roll torturously slow down his skin, following the deep grooves carved beneath, every rigid line of his abs sharply defined, an obscene work of art crafted from sweat and obsession.</w:t>
      </w:r>
    </w:p>
    <w:bookmarkEnd w:id="2"/>
    <w:p w14:paraId="01C83F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move. Doesn’t speak. He simply lets me look, daring me silently to pretend I’m not hungry for every inch of what he’s showing me.</w:t>
      </w:r>
    </w:p>
    <w:p w14:paraId="7A48819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gaze falls lower, greedily taking in the sharp lines of his hips, the deep V that disappears beneath the towel, guiding my eyes exactly where he wants them. His body is dangerous, ruthless perfection, every line a taunt, every muscle a cruel invitation.</w:t>
      </w:r>
    </w:p>
    <w:p w14:paraId="4A9F93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That fucking towel clings to his hips, riding dangerously low, barely holding on by threads of arrogance and calculated cruelty. The thin gray cotton molds shamelessly to his body, every thick, hard inch of him pressed vividly against the damp fabric. His length is unmistakably outlined, long, heavy, impossibly thick. My </w:t>
      </w:r>
      <w:proofErr w:type="gramStart"/>
      <w:r w:rsidRPr="00124F84">
        <w:rPr>
          <w:rFonts w:ascii="Times New Roman" w:hAnsi="Times New Roman" w:cs="Times New Roman"/>
          <w:sz w:val="24"/>
          <w:szCs w:val="24"/>
        </w:rPr>
        <w:t>lips</w:t>
      </w:r>
      <w:proofErr w:type="gramEnd"/>
      <w:r w:rsidRPr="00124F84">
        <w:rPr>
          <w:rFonts w:ascii="Times New Roman" w:hAnsi="Times New Roman" w:cs="Times New Roman"/>
          <w:sz w:val="24"/>
          <w:szCs w:val="24"/>
        </w:rPr>
        <w:t xml:space="preserve"> part, my pulse roaring viciously in my ears as I imagine exactly how he'd fill my mouth, how he'd stretch my lips wide around him, testing the very limits of what I could take.</w:t>
      </w:r>
    </w:p>
    <w:p w14:paraId="66DD63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knees weaken as the image takes root, blooming hot and shameless in my mind…him gripping the back of my head, fingers tangled tightly in my hair as he slides down my throat, deeper, harder, mercilessly testing my control. Testing my fucking limits.</w:t>
      </w:r>
    </w:p>
    <w:p w14:paraId="564432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breath shudders violently, and I force my gaze upward again, away from temptation, only to collide with his eyes, dark, knowing, dangerous. </w:t>
      </w:r>
    </w:p>
    <w:p w14:paraId="1155A4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slow smirk curls the edge of his mouth, arrogant, filthy promises dancing unspoken between us. “I’ll let you suck it if you beg.”</w:t>
      </w:r>
    </w:p>
    <w:p w14:paraId="1D9652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Heat floods my face, humiliation and reckless, molten desire tangling inside me. The way his voice drops, dark, filthy, mocking, makes my knees feel weak, shaky beneath my weight. "I'll </w:t>
      </w:r>
      <w:proofErr w:type="spellStart"/>
      <w:r w:rsidRPr="00124F84">
        <w:rPr>
          <w:rFonts w:ascii="Times New Roman" w:hAnsi="Times New Roman" w:cs="Times New Roman"/>
          <w:sz w:val="24"/>
          <w:szCs w:val="24"/>
        </w:rPr>
        <w:t>beg</w:t>
      </w:r>
      <w:proofErr w:type="spellEnd"/>
      <w:r w:rsidRPr="00124F84">
        <w:rPr>
          <w:rFonts w:ascii="Times New Roman" w:hAnsi="Times New Roman" w:cs="Times New Roman"/>
          <w:sz w:val="24"/>
          <w:szCs w:val="24"/>
        </w:rPr>
        <w:t xml:space="preserve"> you to put some fucking clothes on."</w:t>
      </w:r>
    </w:p>
    <w:p w14:paraId="2AEB72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hate how easily he can reduce me to this, a trembling, needy mess just from a look, a smirk, a stupid towel hanging off his hips.</w:t>
      </w:r>
    </w:p>
    <w:p w14:paraId="25A1E2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my body doesn’t give a shit about dignity. It doesn’t care about humiliation.</w:t>
      </w:r>
    </w:p>
    <w:p w14:paraId="4E81B3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wants him. Hard. Rough. Violently unapologetic.</w:t>
      </w:r>
    </w:p>
    <w:p w14:paraId="60C79F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my body is already betraying every lie I've spent weeks telling myself.</w:t>
      </w:r>
    </w:p>
    <w:p w14:paraId="65513D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pushes off the doorway, slow and deliberate, muscles rippling beneath glistening skin with every predatory step. “</w:t>
      </w:r>
    </w:p>
    <w:p w14:paraId="78AA44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 sure that's what you want, Camille?" His voice is velvet-rough and scorching against my senses. My pulse spikes, chest heaving as he comes closer, every step purposeful, cruel, taunting me with a barely restrained promise of ruin. </w:t>
      </w:r>
    </w:p>
    <w:p w14:paraId="3705BC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Before I can respond, before I can even breathe, his hand moves to the towel, fingers curling slowly around the fabric. My heart stops, stutters, hammering erratically, "Stop…" </w:t>
      </w:r>
    </w:p>
    <w:p w14:paraId="7227D6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pauses… barely, just enough for my plea to hang suspended between us, a fragile, empty threat. His fingers curl tighter, tugging the fabric lower, exposing another devastating inch of taut, bronzed skin.</w:t>
      </w:r>
    </w:p>
    <w:p w14:paraId="7D64FB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"Stop?" he repeats slowly, voice dripping sin and smugness, his smirk edging toward cruel amusement. "You sure that's what you want, Muñequita?"</w:t>
      </w:r>
    </w:p>
    <w:p w14:paraId="2618FE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I whisper, voice cracking beneath the weight of my own lie. "I'm not here for…" my words choke off as my gaze drops, again, shamelessly, betraying me without hesitation, lingering hungrily on the obscene outline pressing thick and heavy against that barely-there towel, every inch of him arrogantly, gloriously aroused, taunting me, tempting me, daring me to surrender. “That...”</w:t>
      </w:r>
    </w:p>
    <w:p w14:paraId="27E1E9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“That?” he mocks, as he slowly starts to stalk forward again. His bare feet pad quietly over polished marble, each controlled stride slicing into my composure like a knife. </w:t>
      </w:r>
    </w:p>
    <w:p w14:paraId="20D739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swallow and take a step back. “Yes, that, fucking…I didn’t come here for that.” </w:t>
      </w:r>
    </w:p>
    <w:p w14:paraId="7BCF7E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Liar. </w:t>
      </w:r>
    </w:p>
    <w:p w14:paraId="62256EE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ignores my warning, stepping closer still. His gaze narrows, dark and merciless, stripping away every pathetic excuse I could offer.</w:t>
      </w:r>
    </w:p>
    <w:p w14:paraId="511B99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“Enlighten me then, Camille,” he says coldly, dangerously soft, the low rumble of his voice vibrating through my bones. “Why the fuck are you here?”</w:t>
      </w:r>
    </w:p>
    <w:p w14:paraId="2AEA6A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he doesn’t wait for my answer. He just keeps coming, steady and relentless, and I keep stepping backwards.</w:t>
      </w:r>
    </w:p>
    <w:p w14:paraId="7E1331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here,” I bite out, chin high, voice trembling with fury, humiliation, and a desperation I hate myself for feeling, “to tell you, you crossed a line.”</w:t>
      </w:r>
    </w:p>
    <w:p w14:paraId="415AF2F7" w14:textId="77777777" w:rsidR="00351B3C" w:rsidRPr="00124F84" w:rsidRDefault="00351B3C" w:rsidP="00124F84">
      <w:pPr>
        <w:spacing w:line="240" w:lineRule="auto"/>
        <w:rPr>
          <w:rFonts w:ascii="Times New Roman" w:hAnsi="Times New Roman" w:cs="Times New Roman"/>
          <w:sz w:val="24"/>
          <w:szCs w:val="24"/>
        </w:rPr>
      </w:pPr>
    </w:p>
    <w:p w14:paraId="5927D0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watches me silently for a long, dangerous moment, head tilting slowly to the side, eyes narrowed with a darkness that slides beneath my skin and wraps around my throat. His gaze drags deliberately down my face, lingering on my mouth, slow, methodical, like he’s imagining exactly how it will look wrapped around his cock when I finally surrender again.</w:t>
      </w:r>
    </w:p>
    <w:p w14:paraId="6778EE3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raises one hand, dragging his fingers slowly, carelessly through his damp, dark hair. Every muscle in his arm flexes with the movement, inked designs rippling over his skin, temptation spelled out in ink and heat. My stomach tightens, heart slamming violently against my ribs. That shouldn’t be sexy. It shouldn’t set my blood on fire, but it does. God, it does.</w:t>
      </w:r>
    </w:p>
    <w:p w14:paraId="2556AB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“Funny,” he murmurs, voice deep enough to vibrate through every nerve in my body, “because from where I’m standing, it looks like you’re here hoping I’ll cross it again.”</w:t>
      </w:r>
    </w:p>
    <w:p w14:paraId="08F9C9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stutters, cheeks heating with fury and something else, something shameful, intoxicating. I jerk backward instinctively, my voice snapping back like a whip, “I’m also here to tell you you’re an asshole.”</w:t>
      </w:r>
    </w:p>
    <w:p w14:paraId="71BEEF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slow, cruel smile curves his lips, confidence dripping off him like venom. He steps closer, and I step back, matching his advance with retreat.</w:t>
      </w:r>
    </w:p>
    <w:p w14:paraId="44EA4B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could’ve texted,” he says, mocking gently. His voice is pure silk wrapped around steel, sharp and dangerous beneath deceptive softness.</w:t>
      </w:r>
    </w:p>
    <w:p w14:paraId="6B7038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keep retreating, pulse racing, anger twisting tighter. “You froze my fucking foundation funds, Kane!”</w:t>
      </w:r>
    </w:p>
    <w:p w14:paraId="4B2868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Another step forward, calm and unhurried, forcing me backward, forcing me smaller beneath his merciless stare. “Correction,” he murmurs, each syllable dripping arrogance, “I redirected them. Consider it charity, Camille. You clearly needed the help.”</w:t>
      </w:r>
    </w:p>
    <w:p w14:paraId="684D02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Fury ignites deep inside me, a raw, violent fire I can’t control. My fists clench at my sides, nails biting into my palms hard enough to draw blood.</w:t>
      </w:r>
    </w:p>
    <w:p w14:paraId="6D75B0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get to touch what’s mine,” I hiss, voice cracking like glass.</w:t>
      </w:r>
    </w:p>
    <w:p w14:paraId="56F3F6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smile widens, darkens, a sinister glint of possession in his eyes. “Don’t I?”</w:t>
      </w:r>
    </w:p>
    <w:p w14:paraId="6856A5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you fucking don’t!” I shout, voice raw and shaking, chest heaving. “You don’t have the fucking right to control my Foundation,” I spit out, each word echoing harshly off the cold marble walls. “You don’t get to block my money, freeze my projects, and act like you’re doing me some twisted favor!”</w:t>
      </w:r>
    </w:p>
    <w:p w14:paraId="5F242A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just watches me, that quiet darkness intensifying, deepening until it fills the space between us, until the air thickens and grows heavy, choking me with silence.</w:t>
      </w:r>
    </w:p>
    <w:p w14:paraId="0978A5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built that Foundation,” I continue, words pouring out faster, uncontrollable now. “My sweat, my tears, my fucking passion. I poured everything into it, and you…” My voice cracks again, </w:t>
      </w:r>
      <w:r w:rsidRPr="00124F84">
        <w:rPr>
          <w:rFonts w:ascii="Times New Roman" w:hAnsi="Times New Roman" w:cs="Times New Roman"/>
          <w:sz w:val="24"/>
          <w:szCs w:val="24"/>
        </w:rPr>
        <w:lastRenderedPageBreak/>
        <w:t>humiliation and fury burning at the back of my throat. “You walk in like you own it, like it’s nothing more than a game, another twisted power move to bring me to my knees.”</w:t>
      </w:r>
    </w:p>
    <w:p w14:paraId="7470B4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silence. No clever retort, no filthy innuendo. Just his relentless advance, one step at a time, pushing me backward inch by devastating inch.</w:t>
      </w:r>
    </w:p>
    <w:p w14:paraId="22DBA0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get to walk into my life and rearrange it however you want,” I whisper harshly, desperately. “I’m not your puppet. You don’t get to pull strings and watch me dance, not anymore!”</w:t>
      </w:r>
    </w:p>
    <w:p w14:paraId="5E9AEC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heel hits something solid, the cold, unforgiving marble ledge along the floor-to-ceiling window, and my spine slams softly into the icy glass behind me. The city stretches far below, glittering lights indifferent, uncaring. I’m trapped, pinned between Kane and the cold glass, heart pounding so fiercely I can barely breathe.</w:t>
      </w:r>
    </w:p>
    <w:p w14:paraId="7872B4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pounds violently in my chest, anger clashing brutally with the heat pooling low in my belly.</w:t>
      </w:r>
    </w:p>
    <w:p w14:paraId="637F5D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closes in, forcing me tighter against the window, trapping me there without even touching me, like his presence alone is enough to hold me prisoner.</w:t>
      </w:r>
    </w:p>
    <w:p w14:paraId="282898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Haven House,” I continue, voice raw, breaking over the words. “You fucking followed me there. Watched me. Invaded something private, something sacred. Something you had no right to hear.”</w:t>
      </w:r>
    </w:p>
    <w:p w14:paraId="387C6C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an arm’s length away now, his gaze sharp, merciless, dissecting every trembling part of me until there’s nothing left to hide behind.</w:t>
      </w:r>
    </w:p>
    <w:p w14:paraId="1854FF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violated every boundary I had,” I whisper, chest heaving, breath ragged. “And then you vanished, left me hanging, waiting for your next strike.”</w:t>
      </w:r>
    </w:p>
    <w:p w14:paraId="0FD021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move. Doesn’t flinch. Doesn’t even fucking blink.</w:t>
      </w:r>
    </w:p>
    <w:p w14:paraId="3EA98A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stands there, impossibly still, impossibly close. His silence is louder than any words could be, maddening, deafening, cruel.</w:t>
      </w:r>
    </w:p>
    <w:p w14:paraId="092F31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 left me wondering,” I choke out, teeth clenched tight, shame burning hot in my chest. </w:t>
      </w:r>
    </w:p>
    <w:p w14:paraId="729018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fucking cry, Camille.</w:t>
      </w:r>
    </w:p>
    <w:p w14:paraId="1CF967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“Wondering if you’d destroyed another man’s life because of me. Wondering what other chaos you had planned. Wondering if you…if you were with Ivy…” </w:t>
      </w:r>
    </w:p>
    <w:p w14:paraId="270EF7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And there it is. The ugly truth ripped out, bleeding raw and bitter between us. Jealousy, hot and sickening, tangling in my chest, clawing up my throat until it burns like acid. The name hangs heavily in the silence, the echo of it shattering what little pride I have left.</w:t>
      </w:r>
    </w:p>
    <w:p w14:paraId="044B7A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force myself to look at him, to meet those ruthless, unforgiving eyes and ask the question tearing me apart. “Were you?”</w:t>
      </w:r>
    </w:p>
    <w:p w14:paraId="5EB3BE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frozen, vibrating under my skin, every breath snagging in my throat.</w:t>
      </w:r>
    </w:p>
    <w:p w14:paraId="308EEA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cups my face with those big, brutal hands, calloused palms against my cheeks, thumbs brushing softly under my eyes like I’m some fragile, precious thing instead of the chaos he made.</w:t>
      </w:r>
    </w:p>
    <w:p w14:paraId="75D6E5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leans in until his breath is my breath, his heat a weight I want to be smothered with.</w:t>
      </w:r>
    </w:p>
    <w:p w14:paraId="50409E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"Ivy doesn't exist," he rasps quietly, voice raw and stripped bare, like each word costs him something he’s not ready to lose. "No one else fucking exists, Camille. There’s only you. You haunt every goddamn breath I take…every second, every thought."</w:t>
      </w:r>
    </w:p>
    <w:p w14:paraId="5A09AA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w:t>
      </w:r>
    </w:p>
    <w:p w14:paraId="3FDD50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kisses me.</w:t>
      </w:r>
    </w:p>
    <w:p w14:paraId="287668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 God…so agonizingly slow.</w:t>
      </w:r>
    </w:p>
    <w:p w14:paraId="619B2A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Deep.</w:t>
      </w:r>
    </w:p>
    <w:p w14:paraId="18CA19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Possessive.</w:t>
      </w:r>
    </w:p>
    <w:p w14:paraId="1C52F3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Perfect.</w:t>
      </w:r>
    </w:p>
    <w:p w14:paraId="3544BB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mouth moves over mine like he's imprinting himself on my lips, reclaiming territory he's never truly lost. His kiss isn't gentle, it's restrained, anchored by control that threatens to snap with every careful stroke of his tongue, every soft bite on my bottom lip. He kisses me like he needs it, like I'm oxygen, like he hasn't truly breathed since the last time he touched me.</w:t>
      </w:r>
    </w:p>
    <w:p w14:paraId="28E5B0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tongue slips past my lips with a groan that vibrates through my entire body, lighting my blood on fire. He kisses me slowly, deliberately, exploring every corner of my mouth, savoring every quiet gasp, every needy whimper I'm too proud to give willingly. There's no rush, no roughness, only the unbearable ache of surrender as he takes his time tasting me, drowning me, making me forget everything but him.</w:t>
      </w:r>
    </w:p>
    <w:p w14:paraId="0EBA39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his hands move, cupping my jaw, thumbs stroking gently over my skin as he deepens the kiss, presses closer, closer, until there's nothing left between us but that damn towel and my crumbling pride.</w:t>
      </w:r>
    </w:p>
    <w:p w14:paraId="194AF9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fists tighten desperately in the cotton at his hips, holding on for dear life as my defenses shatter completely. His kiss is a threat whispered softly. Etching his name into my body one breath at a time. Reminding me who I let inside me.</w:t>
      </w:r>
    </w:p>
    <w:p w14:paraId="6C5192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Who I still want inside me.</w:t>
      </w:r>
    </w:p>
    <w:p w14:paraId="106E99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lips move against mine like sin incarnate, slow, decadent, grinding my self-respect into dust. He bites gently at my bottom lip, then soothes it with his tongue, coaxing a whimper from me I don’t even try to stop.</w:t>
      </w:r>
    </w:p>
    <w:p w14:paraId="7E06DB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 need this.</w:t>
      </w:r>
    </w:p>
    <w:p w14:paraId="682CCA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need him.</w:t>
      </w:r>
    </w:p>
    <w:p w14:paraId="196E0D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When he finally pulls back, I’m wrecked. Gasping. Barely upright. My lips are swollen, wet, ruined from his mouth, my panties soaked through from a kiss that shouldn’t have gone anywhere near that deep. He doesn’t move far. Just enough to look down at me, really look, like he’s proud of how undone I am.</w:t>
      </w:r>
    </w:p>
    <w:p w14:paraId="2E068D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“I’ve missed you too, Muñequita,” he murmurs, low and guttural, the kind of sound that doesn’t just reach your ears, it sinks into your bones, </w:t>
      </w:r>
      <w:proofErr w:type="gramStart"/>
      <w:r w:rsidRPr="00124F84">
        <w:rPr>
          <w:rFonts w:ascii="Times New Roman" w:hAnsi="Times New Roman" w:cs="Times New Roman"/>
          <w:sz w:val="24"/>
          <w:szCs w:val="24"/>
        </w:rPr>
        <w:t>steadies</w:t>
      </w:r>
      <w:proofErr w:type="gramEnd"/>
      <w:r w:rsidRPr="00124F84">
        <w:rPr>
          <w:rFonts w:ascii="Times New Roman" w:hAnsi="Times New Roman" w:cs="Times New Roman"/>
          <w:sz w:val="24"/>
          <w:szCs w:val="24"/>
        </w:rPr>
        <w:t xml:space="preserve"> things you didn’t even realize were splintering.</w:t>
      </w:r>
    </w:p>
    <w:p w14:paraId="4C6F65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then he speaks again.</w:t>
      </w:r>
    </w:p>
    <w:p w14:paraId="6893F9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this time his voice is darker, coiled tight with threat and hunger, wrapping around my throat like a promise I’m not sure I’ll survive.</w:t>
      </w:r>
    </w:p>
    <w:p w14:paraId="0FE874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if you show up again wearing his ring, Camille…” He leans closer, mouth brushing mine, a featherlight caress with a razor-sharp edge, every syllable electric, possessive, hungry. “I’ll buy a billboard right outside his window, show him and the whole fucking city exactly how pretty you look when I’m buried deep inside you.”</w:t>
      </w:r>
    </w:p>
    <w:p w14:paraId="63C97C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drops. My pulse pounds so hard I can barely think straight.</w:t>
      </w:r>
    </w:p>
    <w:p w14:paraId="43A827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all I can think is… God help me, I want it.</w:t>
      </w:r>
    </w:p>
    <w:p w14:paraId="25034F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“Take. It. Off.”</w:t>
      </w:r>
    </w:p>
    <w:p w14:paraId="0B0BE4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speak.</w:t>
      </w:r>
    </w:p>
    <w:p w14:paraId="623DF7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argue.</w:t>
      </w:r>
    </w:p>
    <w:p w14:paraId="7E4BEE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fucking breathe.</w:t>
      </w:r>
    </w:p>
    <w:p w14:paraId="4210E1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just stare up at him, breath coming in short, uneven bursts, heart pounding like it’s trying to tear through my ribs. My thighs clench around nothing, aching, desperate. My fingers tremble at my sides, useless against the pull of him. Every molecule of air between us crackles, thick, charged, suffocating with heat and hunger. </w:t>
      </w:r>
    </w:p>
    <w:p w14:paraId="1CA041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him everywhere.</w:t>
      </w:r>
    </w:p>
    <w:p w14:paraId="4AFCE4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body heat. His scent. That possessive, violent stillness in the way he watches me like he’s seconds from tearing me apart if I don’t give him what he wants.</w:t>
      </w:r>
    </w:p>
    <w:p w14:paraId="62E438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Take it off.</w:t>
      </w:r>
    </w:p>
    <w:p w14:paraId="6858F8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command echoes in my head like a drumbeat.</w:t>
      </w:r>
    </w:p>
    <w:p w14:paraId="383195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look down at the ring on my finger. Gleaming. Heavy. Cold.</w:t>
      </w:r>
    </w:p>
    <w:p w14:paraId="613D08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promise.</w:t>
      </w:r>
    </w:p>
    <w:p w14:paraId="7D867F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cage.</w:t>
      </w:r>
    </w:p>
    <w:p w14:paraId="2BE590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Kane, he’s watching it like it’s something vile. Like it’s contamination on something that belongs to him.</w:t>
      </w:r>
    </w:p>
    <w:p w14:paraId="20F64718"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lift my hand.</w:t>
      </w:r>
    </w:p>
    <w:p w14:paraId="231219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 Deliberate.</w:t>
      </w:r>
    </w:p>
    <w:p w14:paraId="0869C6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undressing for him with nothing but fingers and shame.</w:t>
      </w:r>
    </w:p>
    <w:p w14:paraId="5CFD7F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skin burns as I slide the ring off. The diamond catches the light one last time before I drop it to the floor.</w:t>
      </w:r>
    </w:p>
    <w:p w14:paraId="041A75D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Clink.</w:t>
      </w:r>
    </w:p>
    <w:p w14:paraId="062870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bounces once. Then settles.</w:t>
      </w:r>
    </w:p>
    <w:p w14:paraId="588240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everything inside me breaks.</w:t>
      </w:r>
    </w:p>
    <w:p w14:paraId="17ED30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Something in Kane shifts.</w:t>
      </w:r>
    </w:p>
    <w:p w14:paraId="017A73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darken, truly darken, like he was waiting for this exact moment to become something worse. Something better. Something unholy.</w:t>
      </w:r>
    </w:p>
    <w:p w14:paraId="519F5E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girl,” he murmurs.</w:t>
      </w:r>
    </w:p>
    <w:p w14:paraId="69FD1AD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core clenches around nothing, so tight I almost moan from the praise alone.</w:t>
      </w:r>
    </w:p>
    <w:p w14:paraId="14AE28A1" w14:textId="51F1D676"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then</w:t>
      </w:r>
      <w:r w:rsidR="00635830" w:rsidRPr="00124F84">
        <w:rPr>
          <w:rFonts w:ascii="Times New Roman" w:hAnsi="Times New Roman" w:cs="Times New Roman"/>
          <w:sz w:val="24"/>
          <w:szCs w:val="24"/>
        </w:rPr>
        <w:t>… h</w:t>
      </w:r>
      <w:r w:rsidRPr="00124F84">
        <w:rPr>
          <w:rFonts w:ascii="Times New Roman" w:hAnsi="Times New Roman" w:cs="Times New Roman"/>
          <w:sz w:val="24"/>
          <w:szCs w:val="24"/>
        </w:rPr>
        <w:t>is hands are on me.</w:t>
      </w:r>
    </w:p>
    <w:p w14:paraId="785962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Fast. Brutal. Everywhere.</w:t>
      </w:r>
    </w:p>
    <w:p w14:paraId="18325882" w14:textId="3A874DF3"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lifts me off my feet like I weigh nothing, my back sliding roughly up the cold glass, stealing the air from my lungs, pinning me exactly where he wants me. His hips shove between my thighs, forcing my legs wide open, the damp towel barely clinging to his waist</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thin, useless fabric doing nothing to hide the thick, rigid length of him that presses hot and heavy against my stomach, branding his shape into my skin, into my soul.</w:t>
      </w:r>
    </w:p>
    <w:p w14:paraId="5E7A2A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fuck, I want it.</w:t>
      </w:r>
    </w:p>
    <w:p w14:paraId="0FCC91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Want him.</w:t>
      </w:r>
    </w:p>
    <w:p w14:paraId="3602FE1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nerve in my body ignites, hot, throbbing, aching, soaked and desperate, clenching helplessly around empty space. I arch into him shamelessly, grinding myself against his cock, silently pleading, composure shattering, pride splintering beneath the unbearable weight of need.</w:t>
      </w:r>
    </w:p>
    <w:p w14:paraId="2BDA28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chest heaves against mine, skin slick, muscles tight and rippling beneath ink and sweat, every brutal inch of him coiled tight, dangerously restrained, like he’s seconds from snapping, from taking, from claiming.</w:t>
      </w:r>
    </w:p>
    <w:p w14:paraId="6B4F70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breath skims my cheek, controlled and searingly hot, every ragged exhale a silent promise to ruin me. His fingers dig </w:t>
      </w:r>
      <w:proofErr w:type="spellStart"/>
      <w:r w:rsidRPr="00124F84">
        <w:rPr>
          <w:rFonts w:ascii="Times New Roman" w:hAnsi="Times New Roman" w:cs="Times New Roman"/>
          <w:sz w:val="24"/>
          <w:szCs w:val="24"/>
        </w:rPr>
        <w:t>bruisingly</w:t>
      </w:r>
      <w:proofErr w:type="spellEnd"/>
      <w:r w:rsidRPr="00124F84">
        <w:rPr>
          <w:rFonts w:ascii="Times New Roman" w:hAnsi="Times New Roman" w:cs="Times New Roman"/>
          <w:sz w:val="24"/>
          <w:szCs w:val="24"/>
        </w:rPr>
        <w:t xml:space="preserve"> into my hips, yanking me against him so hard I gasp, grinding </w:t>
      </w:r>
      <w:r w:rsidRPr="00124F84">
        <w:rPr>
          <w:rFonts w:ascii="Times New Roman" w:hAnsi="Times New Roman" w:cs="Times New Roman"/>
          <w:sz w:val="24"/>
          <w:szCs w:val="24"/>
        </w:rPr>
        <w:lastRenderedPageBreak/>
        <w:t>the rigid length of his cock exactly where I’m desperate for friction, igniting sparks through my veins, white-hot, unbearable.</w:t>
      </w:r>
    </w:p>
    <w:p w14:paraId="61949C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 gasp, breathless, voice breaking on his name.</w:t>
      </w:r>
    </w:p>
    <w:p w14:paraId="1D4118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have any idea what you just fucking did?” Kane rasps, voice scraped raw with barely-there restraint. His lips drag torturously slow along my jaw, teeth grazing my earlobe. “Dropping that ring at my feet? You just made your choice, Muñequita,” he growls darkly, biting at my throat, marking me possessively. “You just handed yourself right back to me.”</w:t>
      </w:r>
    </w:p>
    <w:p w14:paraId="655A79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I breathe, the word ripped from me before I can stop it, pride abandoned, shattered completely at his feet. Because he’s right, that ring was my last desperate lie, and I threw it away willingly, begging silently for him to reclaim me.</w:t>
      </w:r>
    </w:p>
    <w:p w14:paraId="5AF814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mouth descends, hot and savage against my neck, sucking, biting, leaving bruises that scream his ownership. My head falls back against the glass, exposing more of my throat, surrendering everything. The heavy wool coat slides from my shoulders, pooling forgotten at my feet, cold air licking sharply at my bare skin, making my nipples tighten painfully beneath thin lace.</w:t>
      </w:r>
    </w:p>
    <w:p w14:paraId="7A2775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Kane’s mouth moves lower, hot breath washing over my collarbone, tongue tracing wet trails, teeth scraping deliciously. His gaze darkens to something obscene and hungry, devouring the sight of my breasts straining against barely-there red lace, desperate and shameless.</w:t>
      </w:r>
    </w:p>
    <w:p w14:paraId="56D72D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Camille,” he groans, voice thick with raw desire, eyes locked onto my chest, hands dragging roughly up my waist to cup my breasts, thumbs sliding over hard peaks through delicate lace. “You walked in here tonight desperate for exactly this.”</w:t>
      </w:r>
    </w:p>
    <w:p w14:paraId="1802D7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pinches sharply, making me cry out, hips bucking against him, aching for more friction, more punishment, more him.</w:t>
      </w:r>
    </w:p>
    <w:p w14:paraId="3FFFC4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lips close around my nipple, teeth scraping roughly through delicate lace, drawing a raw, filthy moan from deep in my chest, so needy, so desperate it should embarrass me, but I’m long past caring. My fingers fist in his wet hair, gripping tightly as he sucks harder, his tongue rasping wickedly, demanding I give him everything.</w:t>
      </w:r>
    </w:p>
    <w:p w14:paraId="5220E7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more pretending you’re his,” he growls roughly against my skin, possessive, savage. His free hand slides down my stomach, fingertips dragging a slow, torturous path, teasing just beneath the lace waistband of my shorts. He pauses there, lingering maddeningly close, making me ache and tremble. “You’re fucking done with that lie,” he breathes darkly. “Aren’t you?”</w:t>
      </w:r>
    </w:p>
    <w:p w14:paraId="535AB3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I gasp out, hips rolling shamelessly against his touch, begging for relief. “God, yes…”</w:t>
      </w:r>
    </w:p>
    <w:p w14:paraId="59AD1DA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groans low, filthy, feral, and tears the lace down my thighs like it offends him, like the only thing he wants between us is nothing at all. And then he’s there, bare and thick and pulsing, dragging the slick head of his cock through my folds with slow, devastating precision.</w:t>
      </w:r>
    </w:p>
    <w:p w14:paraId="6157E6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choke on a cry, body arching off the glass as he presses forward, not entering, just claiming, grinding hard against my soaked, aching center until I’m shaking.</w:t>
      </w:r>
    </w:p>
    <w:p w14:paraId="043AB9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“Look at me,” he growls again, rougher this time, hand gripping my jaw and forcing my gaze back to his. “I said…eyes on me, Muñequita.”</w:t>
      </w:r>
    </w:p>
    <w:p w14:paraId="5BF68D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obey, because I need to, because that voice, that stare, that brutal need tethered to his every move owns me, owns everything.</w:t>
      </w:r>
    </w:p>
    <w:p w14:paraId="1C955D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tip catches at my entrance, dragging through slick heat, then back up to my clit, again and again, slow and cruel. My breath hitches, thighs trembling as I try to roll my hips, needing more, needing him, but his grip tightens, holding me still.</w:t>
      </w:r>
    </w:p>
    <w:p w14:paraId="294289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feel that?” he rasps, voice thick with restraint. “That’s what you do to me. This is what happens when you wear another man’s ring and still drip for me.”</w:t>
      </w:r>
    </w:p>
    <w:p w14:paraId="789ED3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“Kane…please,” I whimper, desperate, raw, completely undone.</w:t>
      </w:r>
    </w:p>
    <w:p w14:paraId="001238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he thrusts, deep, one hard, brutal stroke that knocks the air from my lungs and punches a broken moan from my chest.</w:t>
      </w:r>
    </w:p>
    <w:p w14:paraId="55FCAD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holds my gaze, eyes fierce and unforgiving, commanding every ounce of my attention, forcing my body to open more, to take every thick, throbbing inch of him until he's fully seated, buried to the hilt. My mouth falls open on a helpless, choked gasp, feeling every deep, throbbing pulse of his cock inside me.</w:t>
      </w:r>
    </w:p>
    <w:p w14:paraId="599BC7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he groans, voice rough, raw. "You were made to take me like this."</w:t>
      </w:r>
    </w:p>
    <w:p w14:paraId="483BC5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begins to move, slowly at first, long, deep strokes that grind the head of his cock against the most sensitive parts of me, until I'm whimpering and writhing helplessly between him and the window. My breasts bounce, nipples tight and aching as his hands slide up my body, pinching and twisting them roughly through my bra, every touch possessive, branding, claiming.</w:t>
      </w:r>
    </w:p>
    <w:p w14:paraId="380918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"Open your eyes," he commands roughly, grinding harder, deeper, claiming every desperate moan that escapes my lips. "Look at me when you come."</w:t>
      </w:r>
    </w:p>
    <w:p w14:paraId="500C6A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force my eyes open, locked helplessly on his dark, hungry gaze. Pleasure coils low in my belly, dangerously close to breaking, every filthy thrust of his cock pushing me higher, tighter, until I’m screaming his name without restraint.</w:t>
      </w:r>
    </w:p>
    <w:p w14:paraId="075A8B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it," he growls, hips slamming mercilessly into mine now, driving me brutally against the glass, making sure the whole damn city could see if they bothered to look up. "Tell me who owns this pussy."</w:t>
      </w:r>
    </w:p>
    <w:p w14:paraId="37B1C23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 I sob, shaking uncontrollably, cunt spasming violently around him, dragging him deeper. "It's yours, Kane…fuck, I'm yours…all of me…"</w:t>
      </w:r>
    </w:p>
    <w:p w14:paraId="397384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orgasm rips through me, brutal and blinding, flooding my body with pleasure so intense it borders on pain as I pour around him, on him. Kane curses sharply, hips stuttering as my pussy grips him tightly, milking </w:t>
      </w:r>
      <w:proofErr w:type="gramStart"/>
      <w:r w:rsidRPr="00124F84">
        <w:rPr>
          <w:rFonts w:ascii="Times New Roman" w:hAnsi="Times New Roman" w:cs="Times New Roman"/>
          <w:sz w:val="24"/>
          <w:szCs w:val="24"/>
        </w:rPr>
        <w:t>every last</w:t>
      </w:r>
      <w:proofErr w:type="gramEnd"/>
      <w:r w:rsidRPr="00124F84">
        <w:rPr>
          <w:rFonts w:ascii="Times New Roman" w:hAnsi="Times New Roman" w:cs="Times New Roman"/>
          <w:sz w:val="24"/>
          <w:szCs w:val="24"/>
        </w:rPr>
        <w:t xml:space="preserve"> thrust.</w:t>
      </w:r>
    </w:p>
    <w:p w14:paraId="1FA768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groans loudly into my neck, teeth sinking into my skin as he drives impossibly deeper, exploding inside me with a growl of possessive satisfaction.</w:t>
      </w:r>
    </w:p>
    <w:p w14:paraId="74533C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For a long moment, we stay pressed against the window, sweat-slicked, panting, trembling, my body still clinging tightly to him.</w:t>
      </w:r>
    </w:p>
    <w:p w14:paraId="38333B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Finally, he lifts his head, eyes dark and satisfied, voice husky and commanding against my swollen lips.</w:t>
      </w:r>
    </w:p>
    <w:p w14:paraId="2078BEF1" w14:textId="77777777" w:rsidR="00351B3C" w:rsidRPr="00124F84" w:rsidRDefault="00351B3C" w:rsidP="00124F84">
      <w:pPr>
        <w:pStyle w:val="NormalWeb"/>
        <w:rPr>
          <w:color w:val="000000"/>
        </w:rPr>
      </w:pPr>
      <w:r w:rsidRPr="00124F84">
        <w:t>“I could fuck you a thousand times and it still wouldn’t be enough. You want deep?” His eyes flare, throat working as he grits out, “I want under your skin, Camille. I want to live there. In every breath, every ache, every goddamn decision you make. You don’t walk away from this. Not from me.”</w:t>
      </w:r>
      <w:r w:rsidRPr="00124F84">
        <w:rPr>
          <w:color w:val="000000"/>
        </w:rPr>
        <w:t xml:space="preserve"> </w:t>
      </w:r>
    </w:p>
    <w:p w14:paraId="5341F5D2" w14:textId="77777777" w:rsidR="00351B3C" w:rsidRPr="00124F84" w:rsidRDefault="00351B3C" w:rsidP="00124F84">
      <w:pPr>
        <w:pStyle w:val="NormalWeb"/>
        <w:rPr>
          <w:color w:val="000000"/>
        </w:rPr>
      </w:pPr>
      <w:r w:rsidRPr="00124F84">
        <w:rPr>
          <w:color w:val="000000"/>
        </w:rPr>
        <w:t xml:space="preserve">His forehead presses to mine, voice dropping to a </w:t>
      </w:r>
      <w:proofErr w:type="spellStart"/>
      <w:r w:rsidRPr="00124F84">
        <w:rPr>
          <w:color w:val="000000"/>
        </w:rPr>
        <w:t>gravelled</w:t>
      </w:r>
      <w:proofErr w:type="spellEnd"/>
      <w:r w:rsidRPr="00124F84">
        <w:rPr>
          <w:color w:val="000000"/>
        </w:rPr>
        <w:t xml:space="preserve"> whisper. “I’ll let you go when there’s nothing left of you that hasn’t belonged to me first...and even then…I’ll still demand more…”</w:t>
      </w:r>
    </w:p>
    <w:p w14:paraId="24806410" w14:textId="77777777" w:rsidR="00351B3C" w:rsidRPr="00124F84" w:rsidRDefault="00351B3C" w:rsidP="00124F84">
      <w:pPr>
        <w:pStyle w:val="NormalWeb"/>
        <w:rPr>
          <w:color w:val="000000"/>
        </w:rPr>
      </w:pPr>
      <w:r w:rsidRPr="00124F84">
        <w:rPr>
          <w:color w:val="000000"/>
        </w:rPr>
        <w:t>Fuck… what do you say to that?</w:t>
      </w:r>
    </w:p>
    <w:p w14:paraId="6C8B8D6E" w14:textId="77777777" w:rsidR="00351B3C" w:rsidRPr="00124F84" w:rsidRDefault="00351B3C" w:rsidP="00124F84">
      <w:pPr>
        <w:pStyle w:val="NormalWeb"/>
        <w:rPr>
          <w:color w:val="000000"/>
        </w:rPr>
      </w:pPr>
      <w:r w:rsidRPr="00124F84">
        <w:rPr>
          <w:color w:val="000000"/>
        </w:rPr>
        <w:t>My breath stutters, catching somewhere between a sob and a moan, because there’s no part of me untouched anymore. No corner of my mind, no inch of my body, no thread of sanity he hasn’t already torn apart and branded with his name.</w:t>
      </w:r>
    </w:p>
    <w:p w14:paraId="40BDAA13" w14:textId="77777777" w:rsidR="00351B3C" w:rsidRPr="00124F84" w:rsidRDefault="00351B3C" w:rsidP="00124F84">
      <w:pPr>
        <w:pStyle w:val="NormalWeb"/>
        <w:rPr>
          <w:color w:val="000000"/>
        </w:rPr>
      </w:pPr>
      <w:r w:rsidRPr="00124F84">
        <w:rPr>
          <w:color w:val="000000"/>
        </w:rPr>
        <w:t>He doesn’t kiss me. He just watches me. Eyes wild and unwavering, waiting for the denial he knows won’t come.</w:t>
      </w:r>
    </w:p>
    <w:p w14:paraId="47327125" w14:textId="77777777" w:rsidR="00351B3C" w:rsidRPr="00124F84" w:rsidRDefault="00351B3C" w:rsidP="00124F84">
      <w:pPr>
        <w:pStyle w:val="NormalWeb"/>
        <w:rPr>
          <w:color w:val="000000"/>
        </w:rPr>
      </w:pPr>
      <w:r w:rsidRPr="00124F84">
        <w:rPr>
          <w:color w:val="000000"/>
        </w:rPr>
        <w:t>Because there’s nothing to deny.</w:t>
      </w:r>
    </w:p>
    <w:p w14:paraId="752B74E6" w14:textId="77777777" w:rsidR="00351B3C" w:rsidRPr="00124F84" w:rsidRDefault="00351B3C" w:rsidP="00124F84">
      <w:pPr>
        <w:pStyle w:val="NormalWeb"/>
        <w:rPr>
          <w:color w:val="000000"/>
        </w:rPr>
      </w:pPr>
      <w:r w:rsidRPr="00124F84">
        <w:rPr>
          <w:color w:val="000000"/>
        </w:rPr>
        <w:t>He already lives there, under my skin, in my chest, curled around every single thought I try to silence. And I hate how much I want him to stay there. How much I want to give him the rest of what he hasn’t taken yet.</w:t>
      </w:r>
    </w:p>
    <w:p w14:paraId="1F30A14E" w14:textId="77777777" w:rsidR="00351B3C" w:rsidRPr="00124F84" w:rsidRDefault="00351B3C" w:rsidP="00124F84">
      <w:pPr>
        <w:pStyle w:val="NormalWeb"/>
        <w:rPr>
          <w:color w:val="000000"/>
        </w:rPr>
      </w:pPr>
      <w:r w:rsidRPr="00124F84">
        <w:rPr>
          <w:color w:val="000000"/>
        </w:rPr>
        <w:t>I swallow hard, voice barely a whisper as I tilt my head, lips brushing his, ruined and raw. “You have all of me.”</w:t>
      </w:r>
    </w:p>
    <w:p w14:paraId="27A8E9A8" w14:textId="77777777" w:rsidR="00351B3C" w:rsidRPr="00124F84" w:rsidRDefault="00351B3C" w:rsidP="00124F84">
      <w:pPr>
        <w:pStyle w:val="NormalWeb"/>
        <w:rPr>
          <w:color w:val="000000"/>
        </w:rPr>
      </w:pPr>
      <w:r w:rsidRPr="00124F84">
        <w:rPr>
          <w:color w:val="000000"/>
        </w:rPr>
        <w:t>“No,” he murmurs roughly, his voice scraping along my skin, eyes blazing as he cups my face, thumb tracing my lips like he's memorizing every fractured breath. “I have your skin, your taste, every perfect, pretty piece you’ve handed me. But that’s not enough for me…”</w:t>
      </w:r>
      <w:r w:rsidRPr="00124F84">
        <w:t xml:space="preserve"> </w:t>
      </w:r>
      <w:r w:rsidRPr="00124F84">
        <w:rPr>
          <w:color w:val="000000"/>
        </w:rPr>
        <w:t xml:space="preserve">He leans in, mouth brushing mine in a way that’s soft, devastating, almost reverent. “I want your ugly. I want the broken parts. Your scars, the secrets you keep, I want your nightmares.” His eyes burn into mine, intense, possessive, unrelenting. “I want to stand centered in your ugly and watch you realize I’m never leaving.” </w:t>
      </w:r>
    </w:p>
    <w:p w14:paraId="16188DFA" w14:textId="77777777" w:rsidR="00351B3C" w:rsidRPr="00124F84" w:rsidRDefault="00351B3C" w:rsidP="00124F84">
      <w:pPr>
        <w:pStyle w:val="NormalWeb"/>
        <w:rPr>
          <w:color w:val="000000"/>
        </w:rPr>
      </w:pPr>
      <w:r w:rsidRPr="00124F84">
        <w:rPr>
          <w:color w:val="000000"/>
        </w:rPr>
        <w:t xml:space="preserve">I </w:t>
      </w:r>
      <w:proofErr w:type="spellStart"/>
      <w:r w:rsidRPr="00124F84">
        <w:rPr>
          <w:color w:val="000000"/>
        </w:rPr>
        <w:t>suck</w:t>
      </w:r>
      <w:proofErr w:type="spellEnd"/>
      <w:r w:rsidRPr="00124F84">
        <w:rPr>
          <w:color w:val="000000"/>
        </w:rPr>
        <w:t xml:space="preserve"> in a shaky breath, his words slicing through me more intimately than anything he's ever done to my body. My chest tightens, not with fear, but with the terrifying ache of being seen too clearly, too deeply. </w:t>
      </w:r>
    </w:p>
    <w:p w14:paraId="470B6F49" w14:textId="77777777" w:rsidR="00351B3C" w:rsidRPr="00124F84" w:rsidRDefault="00351B3C" w:rsidP="00124F84">
      <w:pPr>
        <w:spacing w:line="240" w:lineRule="auto"/>
        <w:rPr>
          <w:rFonts w:ascii="Times New Roman" w:eastAsia="Times New Roman" w:hAnsi="Times New Roman" w:cs="Times New Roman"/>
          <w:color w:val="000000"/>
          <w:sz w:val="24"/>
          <w:szCs w:val="24"/>
        </w:rPr>
      </w:pPr>
      <w:r w:rsidRPr="00124F84">
        <w:rPr>
          <w:rFonts w:ascii="Times New Roman" w:eastAsia="Times New Roman" w:hAnsi="Times New Roman" w:cs="Times New Roman"/>
          <w:color w:val="000000"/>
          <w:sz w:val="24"/>
          <w:szCs w:val="24"/>
        </w:rPr>
        <w:t xml:space="preserve">We don’t say another word as he lowers me slowly, purposefully down the glass, forcing me to feel every brutal inch of him one last time before my bare feet finally meet the icy marble floor. </w:t>
      </w:r>
      <w:r w:rsidRPr="00124F84">
        <w:rPr>
          <w:rFonts w:ascii="Times New Roman" w:eastAsia="Times New Roman" w:hAnsi="Times New Roman" w:cs="Times New Roman"/>
          <w:color w:val="000000"/>
          <w:sz w:val="24"/>
          <w:szCs w:val="24"/>
        </w:rPr>
        <w:lastRenderedPageBreak/>
        <w:t>My legs nearly buckle, muscles trembling, weak and useless after everything he took, every line he crossed, every filthy plea he wrenched from my lips.</w:t>
      </w:r>
    </w:p>
    <w:p w14:paraId="1CB91797" w14:textId="77777777" w:rsidR="00351B3C" w:rsidRPr="00124F84" w:rsidRDefault="00351B3C" w:rsidP="00124F84">
      <w:pPr>
        <w:spacing w:line="240" w:lineRule="auto"/>
        <w:rPr>
          <w:rFonts w:ascii="Times New Roman" w:eastAsia="Times New Roman" w:hAnsi="Times New Roman" w:cs="Times New Roman"/>
          <w:color w:val="000000"/>
          <w:sz w:val="24"/>
          <w:szCs w:val="24"/>
        </w:rPr>
      </w:pPr>
      <w:r w:rsidRPr="00124F84">
        <w:rPr>
          <w:rFonts w:ascii="Times New Roman" w:eastAsia="Times New Roman" w:hAnsi="Times New Roman" w:cs="Times New Roman"/>
          <w:color w:val="000000"/>
          <w:sz w:val="24"/>
          <w:szCs w:val="24"/>
        </w:rPr>
        <w:t>Kane’s eyes linger, dark and possessive, tracing over me with smug satisfaction, arrogantly savoring the way my cheeks flush pink all over again.</w:t>
      </w:r>
    </w:p>
    <w:p w14:paraId="03CACE0E" w14:textId="77777777" w:rsidR="00351B3C" w:rsidRPr="00124F84" w:rsidRDefault="00351B3C" w:rsidP="00124F84">
      <w:pPr>
        <w:spacing w:line="240" w:lineRule="auto"/>
        <w:rPr>
          <w:rFonts w:ascii="Times New Roman" w:eastAsia="Times New Roman" w:hAnsi="Times New Roman" w:cs="Times New Roman"/>
          <w:color w:val="000000"/>
          <w:sz w:val="24"/>
          <w:szCs w:val="24"/>
        </w:rPr>
      </w:pPr>
      <w:r w:rsidRPr="00124F84">
        <w:rPr>
          <w:rFonts w:ascii="Times New Roman" w:eastAsia="Times New Roman" w:hAnsi="Times New Roman" w:cs="Times New Roman"/>
          <w:color w:val="000000"/>
          <w:sz w:val="24"/>
          <w:szCs w:val="24"/>
        </w:rPr>
        <w:t>Then I feel it, a hot, slick trail sliding slowly down the insides of my thighs, evidence of how completely he owned me moments ago. My breath catches, my stomach tightening with shameful need as I glance down to see the creamy mess he's left behind, staining my skin, branding me from the inside out.</w:t>
      </w:r>
    </w:p>
    <w:p w14:paraId="164FAC88" w14:textId="77777777" w:rsidR="00351B3C" w:rsidRPr="00124F84" w:rsidRDefault="00351B3C" w:rsidP="00124F84">
      <w:pPr>
        <w:spacing w:line="240" w:lineRule="auto"/>
        <w:rPr>
          <w:rFonts w:ascii="Times New Roman" w:eastAsia="Times New Roman" w:hAnsi="Times New Roman" w:cs="Times New Roman"/>
          <w:color w:val="000000"/>
          <w:sz w:val="24"/>
          <w:szCs w:val="24"/>
        </w:rPr>
      </w:pPr>
      <w:r w:rsidRPr="00124F84">
        <w:rPr>
          <w:rFonts w:ascii="Times New Roman" w:eastAsia="Times New Roman" w:hAnsi="Times New Roman" w:cs="Times New Roman"/>
          <w:color w:val="000000"/>
          <w:sz w:val="24"/>
          <w:szCs w:val="24"/>
        </w:rPr>
        <w:t>His gaze dips, following mine, his eyes turning darker, more intense, devouring the visible proof of what we’ve done. A slow, devastating smirk curls his mouth.</w:t>
      </w:r>
    </w:p>
    <w:p w14:paraId="099A8ECA" w14:textId="77777777" w:rsidR="00351B3C" w:rsidRPr="00124F84" w:rsidRDefault="00351B3C" w:rsidP="00124F84">
      <w:pPr>
        <w:spacing w:line="240" w:lineRule="auto"/>
        <w:rPr>
          <w:rFonts w:ascii="Times New Roman" w:eastAsia="Times New Roman" w:hAnsi="Times New Roman" w:cs="Times New Roman"/>
          <w:color w:val="000000"/>
          <w:sz w:val="24"/>
          <w:szCs w:val="24"/>
        </w:rPr>
      </w:pPr>
      <w:r w:rsidRPr="00124F84">
        <w:rPr>
          <w:rFonts w:ascii="Times New Roman" w:eastAsia="Times New Roman" w:hAnsi="Times New Roman" w:cs="Times New Roman"/>
          <w:color w:val="000000"/>
          <w:sz w:val="24"/>
          <w:szCs w:val="24"/>
        </w:rPr>
        <w:t>“You look fucking beautiful wearing me, Camille,” he murmurs huskily, his thumb dragging possessively over my swollen lower lip, lingering, pressing just hard enough to remind me who’s in charge. “So much better than diamonds.”</w:t>
      </w:r>
    </w:p>
    <w:p w14:paraId="09648366" w14:textId="77777777" w:rsidR="00351B3C" w:rsidRPr="00124F84" w:rsidRDefault="00351B3C" w:rsidP="00124F84">
      <w:pPr>
        <w:spacing w:line="240" w:lineRule="auto"/>
        <w:rPr>
          <w:rFonts w:ascii="Times New Roman" w:eastAsia="Times New Roman" w:hAnsi="Times New Roman" w:cs="Times New Roman"/>
          <w:color w:val="000000"/>
          <w:sz w:val="24"/>
          <w:szCs w:val="24"/>
        </w:rPr>
      </w:pPr>
      <w:r w:rsidRPr="00124F84">
        <w:rPr>
          <w:rFonts w:ascii="Times New Roman" w:eastAsia="Times New Roman" w:hAnsi="Times New Roman" w:cs="Times New Roman"/>
          <w:color w:val="000000"/>
          <w:sz w:val="24"/>
          <w:szCs w:val="24"/>
        </w:rPr>
        <w:t>I hate how my core clenches greedily at those words, how the ache inside deepens, craving more, craving everything he gives me, every twisted promise, every wicked mark.</w:t>
      </w:r>
    </w:p>
    <w:p w14:paraId="70119361" w14:textId="77777777" w:rsidR="00351B3C" w:rsidRPr="00124F84" w:rsidRDefault="00351B3C" w:rsidP="00124F84">
      <w:pPr>
        <w:spacing w:line="240" w:lineRule="auto"/>
        <w:rPr>
          <w:rFonts w:ascii="Times New Roman" w:eastAsia="Times New Roman" w:hAnsi="Times New Roman" w:cs="Times New Roman"/>
          <w:color w:val="000000"/>
          <w:sz w:val="24"/>
          <w:szCs w:val="24"/>
        </w:rPr>
      </w:pPr>
      <w:r w:rsidRPr="00124F84">
        <w:rPr>
          <w:rFonts w:ascii="Times New Roman" w:eastAsia="Times New Roman" w:hAnsi="Times New Roman" w:cs="Times New Roman"/>
          <w:color w:val="000000"/>
          <w:sz w:val="24"/>
          <w:szCs w:val="24"/>
        </w:rPr>
        <w:t>He stares shamelessly between my thighs, drinking in the slick trail of him on my skin, jaw tightening with fierce, dark hunger. As if marking me isn’t enough unless I see it, unless I feel it, unless I understand exactly how thoroughly I belong to him now.</w:t>
      </w:r>
    </w:p>
    <w:p w14:paraId="6D4FDA56" w14:textId="77777777" w:rsidR="00351B3C" w:rsidRPr="00124F84" w:rsidRDefault="00351B3C" w:rsidP="00124F84">
      <w:pPr>
        <w:spacing w:line="240" w:lineRule="auto"/>
        <w:rPr>
          <w:rFonts w:ascii="Times New Roman" w:eastAsia="Times New Roman" w:hAnsi="Times New Roman" w:cs="Times New Roman"/>
          <w:color w:val="000000"/>
          <w:sz w:val="24"/>
          <w:szCs w:val="24"/>
        </w:rPr>
      </w:pPr>
      <w:r w:rsidRPr="00124F84">
        <w:rPr>
          <w:rFonts w:ascii="Times New Roman" w:eastAsia="Times New Roman" w:hAnsi="Times New Roman" w:cs="Times New Roman"/>
          <w:color w:val="000000"/>
          <w:sz w:val="24"/>
          <w:szCs w:val="24"/>
        </w:rPr>
        <w:t>“You’ll still be leaking me tomorrow,” he rasps, voice low, filthy, dangerous enough to make my thighs clench again. “Every time you sit, every time you press your thighs together, every time you fucking breathe, you’ll remember exactly who claimed you tonight. Exactly whose name you begged for.”</w:t>
      </w:r>
    </w:p>
    <w:p w14:paraId="2B77F6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whimper, humiliated and throbbing, and he smiles…proud. Fucking pleased.</w:t>
      </w:r>
    </w:p>
    <w:p w14:paraId="3446BC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he steps back, just enough to give me space, just enough to make me chase.</w:t>
      </w:r>
    </w:p>
    <w:p w14:paraId="18CAA9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“Bedroom,” he says simply. Command, not invitation.</w:t>
      </w:r>
    </w:p>
    <w:p w14:paraId="31E34DF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follow.</w:t>
      </w:r>
    </w:p>
    <w:p w14:paraId="7833C0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Of course I follow.</w:t>
      </w:r>
    </w:p>
    <w:p w14:paraId="7469BD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legs still shake, my skin flushed, my panties gone, ripped and discarded like the last bit of dignity I walked in with. But I follow anyway, silent and aching, knowing exactly what I’m walking into. </w:t>
      </w:r>
    </w:p>
    <w:p w14:paraId="1787C45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Again.</w:t>
      </w:r>
    </w:p>
    <w:p w14:paraId="4E8425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leads the way, broad shoulders flexing, muscles rippling under his skin as he moves, still gloriously naked, still damp, still hard. I stare shamelessly, mouth dry and cunt fluttering as I watch the tension in his back, the way the muscles of his ass shift with each slow, confident stride.</w:t>
      </w:r>
    </w:p>
    <w:p w14:paraId="3E952A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bedroom is dim, warm, the air heavy with sex and something darker, something possessive, electric, waiting to strike.</w:t>
      </w:r>
    </w:p>
    <w:p w14:paraId="7B843B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stops at the foot of the bed, turns, eyes dragging over me like he’s cataloging every breath I take, every tremble I try to hide.</w:t>
      </w:r>
    </w:p>
    <w:p w14:paraId="1AE266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“Off,” he says, nodding to my bra.</w:t>
      </w:r>
    </w:p>
    <w:p w14:paraId="7A751C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hesitate.</w:t>
      </w:r>
    </w:p>
    <w:p w14:paraId="79D9785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Barely a second.</w:t>
      </w:r>
    </w:p>
    <w:p w14:paraId="26EA0E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I reach behind me, fingers fumbling with the clasp, chest rising and falling as I free myself.</w:t>
      </w:r>
    </w:p>
    <w:p w14:paraId="7C4C51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bra drops to the floor.</w:t>
      </w:r>
    </w:p>
    <w:p w14:paraId="16DC91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gaze drops to my breasts, slow, appreciative, a low hum vibrating from his throat. He reaches out, palms my tits roughly, thumbing over my nipples, pinching just hard enough to make me gasp.</w:t>
      </w:r>
    </w:p>
    <w:p w14:paraId="26C979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“Perfection,” he says. “Even better when they’re marked up.”</w:t>
      </w:r>
    </w:p>
    <w:p w14:paraId="1A3DD6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pushes me gently onto the bed, and I land on the mattress with a soft gasp, hair spilling across the sheets, legs parted instinctively. I’m already, already his, but the look in his eyes tells me he’s nowhere close to done.</w:t>
      </w:r>
    </w:p>
    <w:p w14:paraId="515730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kneels between my legs, hands gripping my thighs, spreading me wide. His eyes lock onto my pussy, swollen and soaked and still pink from being fucked against the window.</w:t>
      </w:r>
    </w:p>
    <w:p w14:paraId="18DFBA0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groans low in his throat.</w:t>
      </w:r>
    </w:p>
    <w:p w14:paraId="59F0D1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“Look at this cunt,” he mutters, dragging two fingers slowly through my slick, spreading me wide with no shame. “</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fucking wet. You needed this, didn’t you? Needed to be split open and filled up.”</w:t>
      </w:r>
    </w:p>
    <w:p w14:paraId="06B4FE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bite my lip, nodding helplessly, because yes…yes to all of it.</w:t>
      </w:r>
    </w:p>
    <w:p w14:paraId="689821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leans in, dragging his tongue up my slit, slow and filthy, tasting himself on me. My hips jerk at the contact, pleasure ricocheting through my spine as his tongue circles my clit, then flattens against it, lapping at me like he’s starving.</w:t>
      </w:r>
    </w:p>
    <w:p w14:paraId="2F38D8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cry out, fingers clutching at the sheets, thighs shaking as he eats me with slow, devastating control. He teases me, flicking, sucking, licking…pushing me right to the edge and then backing off just enough to make me sob with frustration.</w:t>
      </w:r>
    </w:p>
    <w:p w14:paraId="32C432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“Beg,” he rasps against my soaked cunt.</w:t>
      </w:r>
    </w:p>
    <w:p w14:paraId="2BBFF3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please,” I gasp, hips grinding against his mouth. “Please don’t stop…fuck…please.”</w:t>
      </w:r>
    </w:p>
    <w:p w14:paraId="7DFA22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groans into me, tongue flicking faster now, rougher, his hands pinning my thighs open until I can’t move, can’t think, can’t breathe.</w:t>
      </w:r>
    </w:p>
    <w:p w14:paraId="000C2B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when I come again, hard, it’s with his name on my lips, my body breaking open beneath him, my soul split in two and begging for him to slide into the center.</w:t>
      </w:r>
    </w:p>
    <w:p w14:paraId="24AC31FB" w14:textId="7D063E8D" w:rsidR="00A45D83" w:rsidRDefault="00A45D83">
      <w:pPr>
        <w:spacing w:after="160" w:line="278" w:lineRule="auto"/>
        <w:rPr>
          <w:rFonts w:ascii="Times New Roman" w:hAnsi="Times New Roman" w:cs="Times New Roman"/>
          <w:sz w:val="24"/>
          <w:szCs w:val="24"/>
        </w:rPr>
      </w:pPr>
      <w:r>
        <w:rPr>
          <w:rFonts w:ascii="Times New Roman" w:hAnsi="Times New Roman" w:cs="Times New Roman"/>
          <w:sz w:val="24"/>
          <w:szCs w:val="24"/>
        </w:rPr>
        <w:br w:type="page"/>
      </w:r>
    </w:p>
    <w:p w14:paraId="739A954A" w14:textId="77777777" w:rsidR="00A45D83" w:rsidRDefault="00A45D83" w:rsidP="00124F84">
      <w:pPr>
        <w:spacing w:line="240" w:lineRule="auto"/>
        <w:rPr>
          <w:rFonts w:ascii="Times New Roman" w:hAnsi="Times New Roman" w:cs="Times New Roman"/>
          <w:sz w:val="24"/>
          <w:szCs w:val="24"/>
        </w:rPr>
      </w:pPr>
    </w:p>
    <w:p w14:paraId="6DECC042" w14:textId="5A20500F" w:rsidR="00351B3C" w:rsidRPr="00A45D83" w:rsidRDefault="00A45D83" w:rsidP="00A45D83">
      <w:pPr>
        <w:pStyle w:val="Heading2"/>
        <w:rPr>
          <w:rFonts w:ascii="Times New Roman" w:hAnsi="Times New Roman" w:cs="Times New Roman"/>
          <w:b/>
          <w:bCs/>
        </w:rPr>
      </w:pPr>
      <w:r w:rsidRPr="00A45D83">
        <w:rPr>
          <w:rFonts w:ascii="Times New Roman" w:hAnsi="Times New Roman" w:cs="Times New Roman"/>
          <w:b/>
          <w:bCs/>
        </w:rPr>
        <w:t xml:space="preserve">Chapter Twelve </w:t>
      </w:r>
    </w:p>
    <w:p w14:paraId="4B15C39F" w14:textId="77777777" w:rsidR="00A45D83" w:rsidRDefault="00A45D83" w:rsidP="00124F84">
      <w:pPr>
        <w:spacing w:line="240" w:lineRule="auto"/>
        <w:rPr>
          <w:rFonts w:ascii="Times New Roman" w:hAnsi="Times New Roman" w:cs="Times New Roman"/>
          <w:sz w:val="24"/>
          <w:szCs w:val="24"/>
        </w:rPr>
      </w:pPr>
    </w:p>
    <w:p w14:paraId="6BD2D25F" w14:textId="34870AC1" w:rsidR="00A45D83" w:rsidRPr="00A45D83" w:rsidRDefault="00A45D83" w:rsidP="00124F84">
      <w:pPr>
        <w:spacing w:line="240" w:lineRule="auto"/>
        <w:rPr>
          <w:rFonts w:ascii="Times New Roman" w:hAnsi="Times New Roman" w:cs="Times New Roman"/>
          <w:sz w:val="24"/>
          <w:szCs w:val="24"/>
          <w:u w:val="single"/>
        </w:rPr>
      </w:pPr>
      <w:r w:rsidRPr="00A45D83">
        <w:rPr>
          <w:rFonts w:ascii="Times New Roman" w:hAnsi="Times New Roman" w:cs="Times New Roman"/>
          <w:sz w:val="24"/>
          <w:szCs w:val="24"/>
          <w:u w:val="single"/>
        </w:rPr>
        <w:t>Camille</w:t>
      </w:r>
    </w:p>
    <w:p w14:paraId="2E98951F" w14:textId="7DEEBEAC"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eyes flutter open, dazed, disoriented, and suddenly…fully aware.</w:t>
      </w:r>
    </w:p>
    <w:p w14:paraId="2E9D92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ache hits first…deep, delicious, raw. The kind of soreness that means I was fucked roughly, completely. The sheets are tangled beneath me, silken, slightly damp from sweat and sex. My skin is bare, flushed, and I shift slightly, trying to stretch…</w:t>
      </w:r>
    </w:p>
    <w:p w14:paraId="6DFD2F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can't.</w:t>
      </w:r>
    </w:p>
    <w:p w14:paraId="250783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tug harder. My wrists are bound tight, stretched above my head, pinned securely to the bed frame. My ankles are spread wide, tied to either side, exposing me obscenely. My muscles protest the sudden awareness of being so thoroughly restrained, the burn in my thighs sharp and undeniable.</w:t>
      </w:r>
    </w:p>
    <w:p w14:paraId="2C5166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not rope or scarves or something innocent.</w:t>
      </w:r>
    </w:p>
    <w:p w14:paraId="49D4DF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leather.</w:t>
      </w:r>
    </w:p>
    <w:p w14:paraId="068212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Foreign. Thick. Unyielding.</w:t>
      </w:r>
    </w:p>
    <w:p w14:paraId="47077E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Kane's belts.</w:t>
      </w:r>
    </w:p>
    <w:p w14:paraId="058389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hammers violently, panic spiking through my bloodstream, mixing cruelly with the unmistakable heat already pooling low in my belly. My breath catches, shallow and trembling.</w:t>
      </w:r>
    </w:p>
    <w:p w14:paraId="2233B1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noise from across the room, the soft scrape of wood on polished marble, and my head snaps toward the sound.</w:t>
      </w:r>
    </w:p>
    <w:p w14:paraId="342521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sits in an armchair beside the bed, relaxed, watching me like my owner. Like he was just waiting for me to wake up so he could resume playing with his favorite toy. He’s shirtless, those powerful muscles on shameless display, his loose gray sweats hanging low enough that the dark ink along his hip bones is visible, teasing the path downward.</w:t>
      </w:r>
    </w:p>
    <w:p w14:paraId="0F73A54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He's holding a cup of coffee, sipping it leisurely as his dark eyes travel down my body, slow, appraising, utterly possessive. My nipples pebble into hard points under the intensity of his gaze, my skin flushing even hotter, shameful arousal making my thighs quiver.</w:t>
      </w:r>
    </w:p>
    <w:p w14:paraId="629895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 morning, Camille,” he says, voice rough, a lazy smirk playing at his lips. “You sleep well?”</w:t>
      </w:r>
    </w:p>
    <w:p w14:paraId="12BB4A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tug again at my restraints, frustration flaring. “What the fuck is this, Kane?”</w:t>
      </w:r>
    </w:p>
    <w:p w14:paraId="362FC2C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sets the cup down on a small side table, rising fluidly from his chair, movements slow and predatory. He climbs onto the bed, kneeling between my widely spread thighs, staring down at </w:t>
      </w:r>
      <w:r w:rsidRPr="00124F84">
        <w:rPr>
          <w:rFonts w:ascii="Times New Roman" w:hAnsi="Times New Roman" w:cs="Times New Roman"/>
          <w:sz w:val="24"/>
          <w:szCs w:val="24"/>
        </w:rPr>
        <w:lastRenderedPageBreak/>
        <w:t>me like I’m his breakfast. His palms slide slowly up my bare thighs, fingertips teasing, barely touching, sending sparks of electricity through my trembling muscles.</w:t>
      </w:r>
    </w:p>
    <w:p w14:paraId="61501F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he murmurs calmly, dragging his thumb along my inner thigh, deliberately close to my swollen, aching pussy, He tilts his head slightly, eyes glittering with a dark, amused hunger as he leans over me, his thumb tracing lazy circles dangerously close to where I’m already slick and aching. “This is my entertainment.</w:t>
      </w:r>
    </w:p>
    <w:p w14:paraId="59C2A4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yours, of course,” he adds smoothly, voice dripping with cruel charm, lips curling into a wicked smirk. “I’m generous like that.” My breath hitches sharply. My heart pounds violently in my chest, heat blooming through every nerve ending, every vein, every hidden, shameful part of me.</w:t>
      </w:r>
    </w:p>
    <w:p w14:paraId="1B264BF5" w14:textId="1BFB35F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let me go</w:t>
      </w:r>
      <w:r w:rsidR="00635830" w:rsidRPr="00124F84">
        <w:rPr>
          <w:rFonts w:ascii="Times New Roman" w:hAnsi="Times New Roman" w:cs="Times New Roman"/>
          <w:sz w:val="24"/>
          <w:szCs w:val="24"/>
        </w:rPr>
        <w:t>…</w:t>
      </w:r>
      <w:r w:rsidRPr="00124F84">
        <w:rPr>
          <w:rFonts w:ascii="Times New Roman" w:hAnsi="Times New Roman" w:cs="Times New Roman"/>
          <w:sz w:val="24"/>
          <w:szCs w:val="24"/>
        </w:rPr>
        <w:t>”</w:t>
      </w:r>
    </w:p>
    <w:p w14:paraId="273CC70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he says simply, leaning over me, bracing himself on one powerful arm. His scent, dark spice, clean soap, lingering sex, floods my senses, making me dizzy. "I don’t think I will.”</w:t>
      </w:r>
    </w:p>
    <w:p w14:paraId="61AB32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reaches over, grabbing his phone from the bedside table, thumb swiping slowly across the screen. My heart slams into my ribs as he opens the camera app, casually angling it downward, letting me see exactly what he sees: flushed cheeks, swollen lips, bare skin slick and glistening, thighs spread wide and trembling helplessly.</w:t>
      </w:r>
    </w:p>
    <w:p w14:paraId="7FB9665E" w14:textId="0FF485D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don’t</w:t>
      </w:r>
      <w:r w:rsidR="00635830" w:rsidRPr="00124F84">
        <w:rPr>
          <w:rFonts w:ascii="Times New Roman" w:hAnsi="Times New Roman" w:cs="Times New Roman"/>
          <w:sz w:val="24"/>
          <w:szCs w:val="24"/>
        </w:rPr>
        <w:t>…</w:t>
      </w:r>
      <w:r w:rsidRPr="00124F84">
        <w:rPr>
          <w:rFonts w:ascii="Times New Roman" w:hAnsi="Times New Roman" w:cs="Times New Roman"/>
          <w:sz w:val="24"/>
          <w:szCs w:val="24"/>
        </w:rPr>
        <w:t>”</w:t>
      </w:r>
    </w:p>
    <w:p w14:paraId="069912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“You’re not in charge, Muñequita.” He hits record, the red light blinking mockingly as my humiliation burns hotter, mingling darkly with aching need. “Look at yourself,” he murmurs cruelly, tipping the phone so I can’t avoid it…my soaked pussy on full, obscene display. </w:t>
      </w:r>
    </w:p>
    <w:p w14:paraId="3976A0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soaked, Camille,” he taunts quietly, thumb pressing deliberately onto my swollen clit, making me buck helplessly against the restraints “Bound to my bed, spread open, dripping like the absolute fucking nympho you are. Tell me why.” His free hand dips lower, dragging slowly, torturously, through my slick folds, deliberately circling every sensitive nerve as he captures each trembling breath, each broken gasp.</w:t>
      </w:r>
    </w:p>
    <w:p w14:paraId="16FDE8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It’s not a sound I was aware I could make.</w:t>
      </w:r>
    </w:p>
    <w:p w14:paraId="25D715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“Tell me why,” he insists again, voice velvet-wrapped steel. “Say it loud and clear for the camera.”</w:t>
      </w:r>
    </w:p>
    <w:p w14:paraId="476FCD9B" w14:textId="6FE1361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shudders out in a ragged gasp, every nerve ending raw and on fire, shame scorching its way through my veins. But there's no hiding, no escape</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not from the camera's relentless eye, not from Kane’s ruthless touch. He presses harder on my clit, forcing another broken cry from my lips, his voice sharp and unforgiving.</w:t>
      </w:r>
    </w:p>
    <w:p w14:paraId="272F7D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“Tell. Me. Why.”</w:t>
      </w:r>
    </w:p>
    <w:p w14:paraId="63FC56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voice cracks, shame and desire ripping the truth from my throat. “Because of you. Because no one else can make me this wet…no one else can make me come...</w:t>
      </w:r>
      <w:proofErr w:type="spellStart"/>
      <w:r w:rsidRPr="00124F84">
        <w:rPr>
          <w:rFonts w:ascii="Times New Roman" w:hAnsi="Times New Roman" w:cs="Times New Roman"/>
          <w:sz w:val="24"/>
          <w:szCs w:val="24"/>
        </w:rPr>
        <w:t>orgams</w:t>
      </w:r>
      <w:proofErr w:type="spellEnd"/>
      <w:r w:rsidRPr="00124F84">
        <w:rPr>
          <w:rFonts w:ascii="Times New Roman" w:hAnsi="Times New Roman" w:cs="Times New Roman"/>
          <w:sz w:val="24"/>
          <w:szCs w:val="24"/>
        </w:rPr>
        <w:t>…”</w:t>
      </w:r>
    </w:p>
    <w:p w14:paraId="629D0C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gaze darkens dangerously, eyes glittering with savage approval as my confession hangs raw and obscene in the air. He drags his fingers slowly, deliberately, through my dripping heat, coating himself in the evidence of my surrender.</w:t>
      </w:r>
    </w:p>
    <w:p w14:paraId="3DE2C3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“Again,” he growls, voice a velvet-covered threat. He presses the camera closer, capturing every twitch, every tremble, every shameful moment. “Louder.”</w:t>
      </w:r>
    </w:p>
    <w:p w14:paraId="3F8535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arch helplessly into his hand, thighs quivering violently, the restraints biting into my wrists. Pride shatters, dissolving into pure desperation as the words pour from my lips, raw, filthy, undeniable.</w:t>
      </w:r>
    </w:p>
    <w:p w14:paraId="746038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“Because only you can make me wet,” I gasp out, tears stinging my eyes, voice cracking beneath the humiliation and need. “Only you make me come. You…you own all my </w:t>
      </w:r>
      <w:proofErr w:type="spellStart"/>
      <w:r w:rsidRPr="00124F84">
        <w:rPr>
          <w:rFonts w:ascii="Times New Roman" w:hAnsi="Times New Roman" w:cs="Times New Roman"/>
          <w:sz w:val="24"/>
          <w:szCs w:val="24"/>
        </w:rPr>
        <w:t>orgams</w:t>
      </w:r>
      <w:proofErr w:type="spellEnd"/>
      <w:r w:rsidRPr="00124F84">
        <w:rPr>
          <w:rFonts w:ascii="Times New Roman" w:hAnsi="Times New Roman" w:cs="Times New Roman"/>
          <w:sz w:val="24"/>
          <w:szCs w:val="24"/>
        </w:rPr>
        <w:t>….”</w:t>
      </w:r>
    </w:p>
    <w:p w14:paraId="2A5B91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groans softly, pressing his thumb harder against my swollen clit, sending electric sparks racing through my core. “Good fucking girl. And now I have the proof,” he rasps, dark satisfaction thick in his voice as captures it all, every desperate gasp, every filthy confession. The phone stays steady, capturing the wreckage he’s made of me, the power he holds.</w:t>
      </w:r>
    </w:p>
    <w:p w14:paraId="15E7AF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finally tosses the phone aside, leaning over me, gaze fierce, lips brushing mine softly, cruelly gentle as his fingers finally press deeper inside my aching cunt, thrusting slow and possessive.</w:t>
      </w:r>
    </w:p>
    <w:p w14:paraId="743C5A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more lies, Camille,” he whispers against my mouth. “Every time you forget, every time you lie, every time you pretend, he matters. I'm going to hunt you, hold you down and play this for you. Make you watch the truth.”</w:t>
      </w:r>
    </w:p>
    <w:p w14:paraId="4A6649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kisses me deep then, swallowing my broken moan, fingers driving into me relentlessly, forcing pleasure and submission from me until I’m coming again, trembling and sobbing his name against his lips.</w:t>
      </w:r>
    </w:p>
    <w:p w14:paraId="5110A47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humiliation, my surrender, my truth, all recorded, all his.</w:t>
      </w:r>
    </w:p>
    <w:p w14:paraId="068196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Forever.</w:t>
      </w:r>
    </w:p>
    <w:p w14:paraId="347225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1A0E120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Eventually, he releases me.</w:t>
      </w:r>
    </w:p>
    <w:p w14:paraId="28D677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immediately. Not gently. Just long enough after my body stops shaking and my voice stops working that he unties me one restraint at a time, watching every wince, every tremble, every goosebump like he’s memorizing it.</w:t>
      </w:r>
    </w:p>
    <w:p w14:paraId="46B624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“Don’t run,” he murmurs against my shoulder as he undoes the last knot at my ankle.</w:t>
      </w:r>
    </w:p>
    <w:p w14:paraId="54B0D9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“As if I could,” I rasp.</w:t>
      </w:r>
    </w:p>
    <w:p w14:paraId="1F8E10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smirks. Presses a soft kiss to the inside of my knee, so tender it almost breaks me more than the rest of it.</w:t>
      </w:r>
    </w:p>
    <w:p w14:paraId="282E40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he lets me go.</w:t>
      </w:r>
    </w:p>
    <w:p w14:paraId="115F0E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I don’t say anything as I slip off the bed, sore in ways I didn’t know I could be sore, my body marked with his fingerprints and his mouth and the very specific ache of being thoroughly claimed.</w:t>
      </w:r>
    </w:p>
    <w:p w14:paraId="06C5B0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walk toward the </w:t>
      </w:r>
      <w:proofErr w:type="spellStart"/>
      <w:r w:rsidRPr="00124F84">
        <w:rPr>
          <w:rFonts w:ascii="Times New Roman" w:hAnsi="Times New Roman" w:cs="Times New Roman"/>
          <w:sz w:val="24"/>
          <w:szCs w:val="24"/>
        </w:rPr>
        <w:t>en</w:t>
      </w:r>
      <w:proofErr w:type="spellEnd"/>
      <w:r w:rsidRPr="00124F84">
        <w:rPr>
          <w:rFonts w:ascii="Times New Roman" w:hAnsi="Times New Roman" w:cs="Times New Roman"/>
          <w:sz w:val="24"/>
          <w:szCs w:val="24"/>
        </w:rPr>
        <w:t xml:space="preserve"> suite bathroom, legs shaky but stubborn.</w:t>
      </w:r>
    </w:p>
    <w:p w14:paraId="69167C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taking a shower,” I call back, not asking.</w:t>
      </w:r>
    </w:p>
    <w:p w14:paraId="1EA24E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“You’ll need it,” he says darkly from behind me. “But if you lock that door, Camille... I’m kicking it in.”</w:t>
      </w:r>
    </w:p>
    <w:p w14:paraId="53B012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water’s already running by the time I step inside, steam fogging the mirror. I brace my hands on the sink and stare at myself, flushed bronze skin, swollen lips, smudged mascara, and eyes that look wrecked in a way no shower can fix.</w:t>
      </w:r>
    </w:p>
    <w:p w14:paraId="24B5C9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I step under the hot spray, letting the scalding water sting every bruise, every bite mark, every tender inch he claimed. I close my eyes, standing motionless beneath the heat, feeling him still on my skin, still inside me, branding me deeper than any tattoo.</w:t>
      </w:r>
    </w:p>
    <w:p w14:paraId="6D04B5F8" w14:textId="5968A93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reach for his soap, pressing it to my nose, inhaling the familiar scent</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dark cedar, smoke, and something primal. Something savage. Something painfully him. I drag the bar slowly over my breasts, lingering over sensitive nipples still swollen from his mouth, sliding lower, lower, tracing my thighs, pressing firmly between my legs where he tasted me, claimed me, filled me.</w:t>
      </w:r>
    </w:p>
    <w:p w14:paraId="68C5E9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Heat spirals, reigniting the ache that throbs deep inside, raw and unrelenting.</w:t>
      </w:r>
    </w:p>
    <w:p w14:paraId="0BA716F2" w14:textId="3A49803C"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shampoo next</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clean, masculine, intoxicating. I breathe it in, filling my lungs until my head swims and the world fades away, replaced entirely by him. By memories of his mouth. His hands. His cock buried deep, making me scream his name.</w:t>
      </w:r>
    </w:p>
    <w:p w14:paraId="2428019B" w14:textId="79184FFC"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By the time I finally shut off the water, I’m scrubbed bare</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skin and bones, stripped down to nerves and need.</w:t>
      </w:r>
    </w:p>
    <w:p w14:paraId="2DD259EC" w14:textId="7A8D6B5E"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wrap one of his huge towels around me</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soft warm, completely his</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hugging it tightly as I step back into the bedroom. Kane is sitting on the edge of the bed, shirtless, dark joggers slung low on his hips, elbows resting casually on his knees.</w:t>
      </w:r>
    </w:p>
    <w:p w14:paraId="79D07890" w14:textId="7E945B8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glances up, and fuck</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his gaze hits me like a physical blow, dark and heavy with intent. He looks seconds from lunging, from shoving me right back onto the mattress, from spreading me wide and starting all over again.</w:t>
      </w:r>
    </w:p>
    <w:p w14:paraId="4DAE37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 warn, voice shaky, weak. “No.”</w:t>
      </w:r>
    </w:p>
    <w:p w14:paraId="2F9802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mouth curves into a slow, arrogant smirk. “I didn’t say anything.”</w:t>
      </w:r>
    </w:p>
    <w:p w14:paraId="75A70C3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have that look.”</w:t>
      </w:r>
    </w:p>
    <w:p w14:paraId="248C0215" w14:textId="77777777" w:rsidR="00351B3C" w:rsidRPr="00124F84" w:rsidRDefault="00351B3C" w:rsidP="00124F84">
      <w:pPr>
        <w:spacing w:line="240" w:lineRule="auto"/>
        <w:rPr>
          <w:rFonts w:ascii="Times New Roman" w:hAnsi="Times New Roman" w:cs="Times New Roman"/>
          <w:sz w:val="24"/>
          <w:szCs w:val="24"/>
        </w:rPr>
      </w:pPr>
    </w:p>
    <w:p w14:paraId="2A3895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My cheeks flush hotter, my pulse leaping violently at the lazy, dangerous drawl in his voice. He knows exactly what look I'm talking about, but he's making me spell it out anyway, forcing me to admit how </w:t>
      </w:r>
      <w:proofErr w:type="gramStart"/>
      <w:r w:rsidRPr="00124F84">
        <w:rPr>
          <w:rFonts w:ascii="Times New Roman" w:hAnsi="Times New Roman" w:cs="Times New Roman"/>
          <w:sz w:val="24"/>
          <w:szCs w:val="24"/>
        </w:rPr>
        <w:t>clearly</w:t>
      </w:r>
      <w:proofErr w:type="gramEnd"/>
      <w:r w:rsidRPr="00124F84">
        <w:rPr>
          <w:rFonts w:ascii="Times New Roman" w:hAnsi="Times New Roman" w:cs="Times New Roman"/>
          <w:sz w:val="24"/>
          <w:szCs w:val="24"/>
        </w:rPr>
        <w:t xml:space="preserve"> I can read every filthy thought behind those dark eyes.</w:t>
      </w:r>
    </w:p>
    <w:p w14:paraId="57C680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look,” I whisper, gripping the robe’s sash tighter, as if that flimsy fabric could possibly protect me from the wicked intent radiating from his stare. “The one that says you’re about three seconds from throwing me back onto that bed and making a meal out of me.”</w:t>
      </w:r>
    </w:p>
    <w:p w14:paraId="754064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chuckles softly, deep and low, the sound sliding down my spine like the slow drag of his tongue. It shouldn’t feel so good to hear him laugh like that. Shouldn’t feel like I've just won a prize for amusing him, desperate to do it again, desperate to hear that sound over and over.</w:t>
      </w:r>
    </w:p>
    <w:p w14:paraId="426799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can I say?” he murmurs, eyes darkening, voice velvet-edged with hunger. “I’m a very picky eater.”</w:t>
      </w:r>
    </w:p>
    <w:p w14:paraId="1B6D81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roll my eyes, feigning annoyance, but the traitorous flush still blooms beneath my skin, betraying exactly how much I like his brand of teasing. “Well, too fucking bad. Find something else to eat,” I say sharply, lifting my chin, stubborn even as heat coils tight and traitorous between my thighs. “I’m sore.”</w:t>
      </w:r>
    </w:p>
    <w:p w14:paraId="531F8F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“Come here,” he murmurs, voice low and rough, eyes glinting playfully. “I’ll kiss it better.”</w:t>
      </w:r>
    </w:p>
    <w:p w14:paraId="7CE1AE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 warn, halfheartedly.</w:t>
      </w:r>
    </w:p>
    <w:p w14:paraId="78E877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be good.”</w:t>
      </w:r>
    </w:p>
    <w:p w14:paraId="0945AD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laugh softly, shaking my head. “That word isn’t even in your vocabulary.”</w:t>
      </w:r>
    </w:p>
    <w:p w14:paraId="510DAD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smirks, utterly unapologetic. “Scout’s honor.”</w:t>
      </w:r>
    </w:p>
    <w:p w14:paraId="14B310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arch an eyebrow. “You were never a Boy Scout.”</w:t>
      </w:r>
    </w:p>
    <w:p w14:paraId="3484328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presses a hand dramatically over his heart, the tattoos shifting beneath his palm. “I’m wounded you think so little of me. Fine, I’ll behave.”</w:t>
      </w:r>
    </w:p>
    <w:p w14:paraId="4E9280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believe you.”</w:t>
      </w:r>
    </w:p>
    <w:p w14:paraId="65525E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“Cross my heart,” he drawls, making a slow, lazy cross over his inked chest, the devil gleaming brightly in his smile. “And hope to die.”</w:t>
      </w:r>
    </w:p>
    <w:p w14:paraId="2405E6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fight the smile tugging at my lips, stepping toward him defiantly only to nearly stumble as the heavy fabric of his robe tangles around my feet. Heat blooms across my cheeks, but I quickly regain my balance, lifting my chin and closing the space between us, stopping mere inches away, daring him to prove exactly how much he means that promise.</w:t>
      </w:r>
    </w:p>
    <w:p w14:paraId="116352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darken instantly, gaze dropping shamelessly to the space between my thighs, like he’s already imagining his mouth there, devouring me whole, savoring the one meal he’ll never get enough of.</w:t>
      </w:r>
    </w:p>
    <w:p w14:paraId="2A5C2F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But he doesn’t move, doesn’t take the bait. Instead, he simply reaches out, wrapping the tie around his fist, and gives it one sharp tug. The robe falls open instantly, sliding off my shoulders, baring me completely to his hungry stare.</w:t>
      </w:r>
    </w:p>
    <w:p w14:paraId="2DA4852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naked in front of him, bare and trembling slightly. With my height, his face is perfectly aligned with my breasts, nipples already tight and begging for his mouth. He stares at them like he might devour me whole, but he holds back, visibly straining against his own nature.</w:t>
      </w:r>
    </w:p>
    <w:p w14:paraId="1B950389" w14:textId="77777777" w:rsidR="00351B3C" w:rsidRPr="00124F84" w:rsidRDefault="00351B3C" w:rsidP="00124F84">
      <w:pPr>
        <w:pStyle w:val="NormalWeb"/>
        <w:rPr>
          <w:color w:val="000000"/>
        </w:rPr>
      </w:pPr>
      <w:r w:rsidRPr="00124F84">
        <w:rPr>
          <w:color w:val="000000"/>
        </w:rPr>
        <w:t xml:space="preserve">Instead, his hands slide around my hips, pulling me closer until I’m standing between his thighs, his face pressed gently against my skin, breath warm and uneven as he whispers softly “See? Perfect gentleman.” </w:t>
      </w:r>
    </w:p>
    <w:p w14:paraId="3EB5547E" w14:textId="77777777" w:rsidR="00351B3C" w:rsidRPr="00124F84" w:rsidRDefault="00351B3C" w:rsidP="00124F84">
      <w:pPr>
        <w:pStyle w:val="NormalWeb"/>
        <w:rPr>
          <w:color w:val="000000"/>
        </w:rPr>
      </w:pPr>
      <w:r w:rsidRPr="00124F84">
        <w:rPr>
          <w:color w:val="000000"/>
        </w:rPr>
        <w:t>He tilts his head back slightly, looking up at me through thick lashes, a heated smirk curving his lips as his voice drops to a rough whisper. “Now, tell me where hurts, Muñequita." he demands softly, fingers tightening possessively at my hips. "Show me exactly where I broke you."</w:t>
      </w:r>
    </w:p>
    <w:p w14:paraId="4D7748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lift my hand slowly, deliberately, tracing my fingertips across my lips. He watches closely, eyes darkening instantly, breath hitching as I wait.</w:t>
      </w:r>
    </w:p>
    <w:p w14:paraId="742C0C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“Kiss it better,” I whisper softly, a teasing command that dares him to break first.</w:t>
      </w:r>
    </w:p>
    <w:p w14:paraId="58D774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jaw clenches tight, but he leans forward obediently, he licks my lips before pressing a slow, lingering kiss exactly where my fingertips rest, eyes locked onto </w:t>
      </w:r>
      <w:proofErr w:type="gramStart"/>
      <w:r w:rsidRPr="00124F84">
        <w:rPr>
          <w:rFonts w:ascii="Times New Roman" w:hAnsi="Times New Roman" w:cs="Times New Roman"/>
          <w:sz w:val="24"/>
          <w:szCs w:val="24"/>
        </w:rPr>
        <w:t>mine</w:t>
      </w:r>
      <w:proofErr w:type="gramEnd"/>
      <w:r w:rsidRPr="00124F84">
        <w:rPr>
          <w:rFonts w:ascii="Times New Roman" w:hAnsi="Times New Roman" w:cs="Times New Roman"/>
          <w:sz w:val="24"/>
          <w:szCs w:val="24"/>
        </w:rPr>
        <w:t xml:space="preserve"> the entire time.</w:t>
      </w:r>
    </w:p>
    <w:p w14:paraId="5CAD0A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Good.</w:t>
      </w:r>
    </w:p>
    <w:p w14:paraId="7572F44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Keeping his gaze captive, I drag my fingers downward, trailing lightly over the curve of my breasts, tracing slow circles around my already aching nipples, watching his mouth part, eyes blazing with hunger.</w:t>
      </w:r>
    </w:p>
    <w:p w14:paraId="561198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“Here,” I breathe softly, challenging him again.</w:t>
      </w:r>
    </w:p>
    <w:p w14:paraId="7C2041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growls quietly, tension rippling through every muscle, but he moves again, mouth following my fingertips, lips brushing gently over each tight, begging peak, tongue flicking just enough to make me gasp, but never fully giving in.</w:t>
      </w:r>
    </w:p>
    <w:p w14:paraId="7C8722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“Lower,” he rasps, daring me back.</w:t>
      </w:r>
    </w:p>
    <w:p w14:paraId="6746CB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smile slowly, dangerously, sliding my hand down the plane of my stomach, feeling his gaze follow every inch until my fingers dip between my thighs, parting slick, swollen flesh.</w:t>
      </w:r>
    </w:p>
    <w:p w14:paraId="21F612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“Here…”</w:t>
      </w:r>
    </w:p>
    <w:p w14:paraId="782E8C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flare violently, every carefully built restraint shattering in an instant. He grips my hips tighter, fingertips bruising my skin as he jerks me forward, closing the final fraction of distance between us.</w:t>
      </w:r>
    </w:p>
    <w:p w14:paraId="2CC003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playing a dangerous fucking game, Camille,” he growls, voice strained and raw, eyes blazing as he stares at my fingers slowly circling my swollen clit. “Careful or I might break more than just my promise.”</w:t>
      </w:r>
    </w:p>
    <w:p w14:paraId="5D5F908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bite my lip, leaning closer, taunting him further. “Maybe I want you to.”</w:t>
      </w:r>
    </w:p>
    <w:p w14:paraId="3638E4A3" w14:textId="77777777" w:rsidR="00351B3C" w:rsidRPr="00124F84" w:rsidRDefault="00351B3C" w:rsidP="00124F84">
      <w:pPr>
        <w:pStyle w:val="NormalWeb"/>
        <w:rPr>
          <w:color w:val="000000"/>
        </w:rPr>
      </w:pPr>
      <w:r w:rsidRPr="00124F84">
        <w:rPr>
          <w:color w:val="000000"/>
        </w:rPr>
        <w:t>His restraint snaps like a whip cracking through the air, and suddenly he's falling back onto the bed, dragging me with him. In one breathless second, I'm splayed on top of him, our mouths crashing together, tongues tangling roughly, hungrily. He grips my thighs hard, spreading them wider, fingers digging in, branding my skin with his possession.</w:t>
      </w:r>
    </w:p>
    <w:p w14:paraId="3FA80746" w14:textId="77777777" w:rsidR="00351B3C" w:rsidRPr="00124F84" w:rsidRDefault="00351B3C" w:rsidP="00124F84">
      <w:pPr>
        <w:pStyle w:val="NormalWeb"/>
        <w:rPr>
          <w:color w:val="000000"/>
        </w:rPr>
      </w:pPr>
      <w:r w:rsidRPr="00124F84">
        <w:rPr>
          <w:color w:val="000000"/>
        </w:rPr>
        <w:t>“Come sit on your throne, Camille,” he whispers against my mouth, voice dark and filthy and wrecked.</w:t>
      </w:r>
    </w:p>
    <w:p w14:paraId="2C2BDBE7" w14:textId="77777777" w:rsidR="00351B3C" w:rsidRPr="00124F84" w:rsidRDefault="00351B3C" w:rsidP="00124F84">
      <w:pPr>
        <w:pStyle w:val="NormalWeb"/>
        <w:rPr>
          <w:color w:val="000000"/>
        </w:rPr>
      </w:pPr>
      <w:r w:rsidRPr="00124F84">
        <w:rPr>
          <w:color w:val="000000"/>
        </w:rPr>
        <w:t>My heart slams violently against my ribs, breath hitching as he pulls me upward, guiding me into position until I'm straddling his face. His eyes blaze into mine, hungry and triumphant as his tongue drags slowly, possessively, over my dripping folds.</w:t>
      </w:r>
    </w:p>
    <w:p w14:paraId="299FEDBC" w14:textId="77777777" w:rsidR="00351B3C" w:rsidRPr="00124F84" w:rsidRDefault="00351B3C" w:rsidP="00124F84">
      <w:pPr>
        <w:pStyle w:val="NormalWeb"/>
        <w:rPr>
          <w:color w:val="000000"/>
        </w:rPr>
      </w:pPr>
      <w:r w:rsidRPr="00124F84">
        <w:rPr>
          <w:color w:val="000000"/>
        </w:rPr>
        <w:t>I moan sharply, hips rolling instinctively, hands gripping the headboard for balance as his mouth devours me shamelessly. His tongue plunges deep, fucking me in slow, devastating strokes before flicking relentlessly against my swollen clit.</w:t>
      </w:r>
    </w:p>
    <w:p w14:paraId="776FFD57" w14:textId="77777777" w:rsidR="00351B3C" w:rsidRPr="00124F84" w:rsidRDefault="00351B3C" w:rsidP="00124F84">
      <w:pPr>
        <w:pStyle w:val="NormalWeb"/>
        <w:rPr>
          <w:color w:val="000000"/>
        </w:rPr>
      </w:pPr>
      <w:r w:rsidRPr="00124F84">
        <w:rPr>
          <w:color w:val="000000"/>
        </w:rPr>
        <w:t>“Ka-Kane…</w:t>
      </w:r>
      <w:proofErr w:type="spellStart"/>
      <w:r w:rsidRPr="00124F84">
        <w:rPr>
          <w:color w:val="000000"/>
        </w:rPr>
        <w:t>fuuuck</w:t>
      </w:r>
      <w:proofErr w:type="spellEnd"/>
      <w:r w:rsidRPr="00124F84">
        <w:rPr>
          <w:color w:val="000000"/>
        </w:rPr>
        <w:t>!” I gasp out, grinding desperately against his mouth, thighs trembling violently around his head.</w:t>
      </w:r>
      <w:r w:rsidRPr="00124F84">
        <w:t xml:space="preserve"> </w:t>
      </w:r>
      <w:r w:rsidRPr="00124F84">
        <w:rPr>
          <w:color w:val="000000"/>
        </w:rPr>
        <w:t>He groans roughly against my pussy, the sound vibrating through my core, tongue relentless as he drags it through my soaked folds, licking deep, filthy strokes. His fingers grip my hips with bruising force, guiding me, forcing me to roll my hips against his mouth, to ride his face shamelessly, slow and rhythmic, then fast and reckless like I’m performing the most erotic dance of my life, and he’s determined to taste every desperate move.</w:t>
      </w:r>
    </w:p>
    <w:p w14:paraId="1E56EDB7" w14:textId="77777777" w:rsidR="00351B3C" w:rsidRPr="00124F84" w:rsidRDefault="00351B3C" w:rsidP="00124F84">
      <w:pPr>
        <w:pStyle w:val="NormalWeb"/>
        <w:rPr>
          <w:color w:val="000000"/>
        </w:rPr>
      </w:pPr>
      <w:r w:rsidRPr="00124F84">
        <w:rPr>
          <w:color w:val="000000"/>
        </w:rPr>
        <w:t>I rock harder, grinding myself down onto his tongue, spiraling, losing control with each slick, sinful slide of my clit over his lips. My hands clutch at the headboard, thighs trembling violently around his face as pleasure builds, intense and white-hot, burning through every nerve.</w:t>
      </w:r>
    </w:p>
    <w:p w14:paraId="07EA49BE" w14:textId="77777777" w:rsidR="00351B3C" w:rsidRPr="00124F84" w:rsidRDefault="00351B3C" w:rsidP="00124F84">
      <w:pPr>
        <w:pStyle w:val="NormalWeb"/>
        <w:rPr>
          <w:color w:val="000000"/>
        </w:rPr>
      </w:pPr>
      <w:r w:rsidRPr="00124F84">
        <w:rPr>
          <w:color w:val="000000"/>
        </w:rPr>
        <w:t>He doesn’t stop.</w:t>
      </w:r>
    </w:p>
    <w:p w14:paraId="421BC3B5" w14:textId="77777777" w:rsidR="00351B3C" w:rsidRPr="00124F84" w:rsidRDefault="00351B3C" w:rsidP="00124F84">
      <w:pPr>
        <w:pStyle w:val="NormalWeb"/>
        <w:rPr>
          <w:color w:val="000000"/>
        </w:rPr>
      </w:pPr>
      <w:r w:rsidRPr="00124F84">
        <w:rPr>
          <w:color w:val="000000"/>
        </w:rPr>
        <w:t>Doesn’t give me a second to breathe.</w:t>
      </w:r>
    </w:p>
    <w:p w14:paraId="3E2FCDBF" w14:textId="77777777" w:rsidR="00351B3C" w:rsidRPr="00124F84" w:rsidRDefault="00351B3C" w:rsidP="00124F84">
      <w:pPr>
        <w:pStyle w:val="NormalWeb"/>
        <w:rPr>
          <w:color w:val="000000"/>
        </w:rPr>
      </w:pPr>
      <w:r w:rsidRPr="00124F84">
        <w:rPr>
          <w:color w:val="000000"/>
        </w:rPr>
        <w:t>Doesn’t let me pretend for one single fucking second that I have any control.</w:t>
      </w:r>
    </w:p>
    <w:p w14:paraId="4AF4EDCE" w14:textId="77777777" w:rsidR="00351B3C" w:rsidRPr="00124F84" w:rsidRDefault="00351B3C" w:rsidP="00124F84">
      <w:pPr>
        <w:pStyle w:val="NormalWeb"/>
        <w:rPr>
          <w:color w:val="000000"/>
        </w:rPr>
      </w:pPr>
      <w:r w:rsidRPr="00124F84">
        <w:rPr>
          <w:color w:val="000000"/>
        </w:rPr>
        <w:t>Because this is my throne, and he built it just so he could watch me break on it.</w:t>
      </w:r>
    </w:p>
    <w:p w14:paraId="780726DC" w14:textId="31575C4D" w:rsidR="00351B3C" w:rsidRPr="00124F84" w:rsidRDefault="00351B3C" w:rsidP="00124F84">
      <w:pPr>
        <w:pStyle w:val="NormalWeb"/>
        <w:rPr>
          <w:color w:val="000000"/>
        </w:rPr>
      </w:pPr>
      <w:r w:rsidRPr="00124F84">
        <w:rPr>
          <w:color w:val="000000"/>
        </w:rPr>
        <w:t>“Fuck…oh god, Kane, yes, right there…fuck</w:t>
      </w:r>
      <w:r w:rsidR="00635830" w:rsidRPr="00124F84">
        <w:rPr>
          <w:color w:val="000000"/>
        </w:rPr>
        <w:t>…</w:t>
      </w:r>
      <w:r w:rsidRPr="00124F84">
        <w:rPr>
          <w:color w:val="000000"/>
        </w:rPr>
        <w:t>” My voice dissolves into ragged cries, incoherent and raw, hips bucking helplessly against his mouth. My breath shatters into pieces, his tongue thrusting deeper, driving me relentlessly toward the edge, until finally</w:t>
      </w:r>
      <w:r w:rsidR="00635830" w:rsidRPr="00124F84">
        <w:rPr>
          <w:color w:val="000000"/>
        </w:rPr>
        <w:t xml:space="preserve"> </w:t>
      </w:r>
      <w:r w:rsidRPr="00124F84">
        <w:rPr>
          <w:color w:val="000000"/>
        </w:rPr>
        <w:t>I explode.</w:t>
      </w:r>
    </w:p>
    <w:p w14:paraId="456ACAC5" w14:textId="77777777" w:rsidR="00351B3C" w:rsidRPr="00124F84" w:rsidRDefault="00351B3C" w:rsidP="00124F84">
      <w:pPr>
        <w:pStyle w:val="NormalWeb"/>
        <w:rPr>
          <w:color w:val="000000"/>
        </w:rPr>
      </w:pPr>
      <w:r w:rsidRPr="00124F84">
        <w:rPr>
          <w:color w:val="000000"/>
        </w:rPr>
        <w:t>I scream.</w:t>
      </w:r>
    </w:p>
    <w:p w14:paraId="2CF1C35B" w14:textId="77777777" w:rsidR="00351B3C" w:rsidRPr="00124F84" w:rsidRDefault="00351B3C" w:rsidP="00124F84">
      <w:pPr>
        <w:pStyle w:val="NormalWeb"/>
        <w:rPr>
          <w:color w:val="000000"/>
        </w:rPr>
      </w:pPr>
      <w:r w:rsidRPr="00124F84">
        <w:rPr>
          <w:color w:val="000000"/>
        </w:rPr>
        <w:t>I shatter into blinding pleasure, my body convulsing wildly above him, every muscle contracting as I ride out wave after wave, flooding his mouth, falling apart so beautifully, so perfectly ruined, all for him.</w:t>
      </w:r>
    </w:p>
    <w:p w14:paraId="51E041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I’m trembling violently, thighs weak and shaking around his face, pulse hammering so loudly in my ears I can barely hear my own broken breaths. He groans low and filthy, lapping gently, savoring every drop of me as he guides my hips slower, softer, coaxing me gently down from the dizzying high.</w:t>
      </w:r>
    </w:p>
    <w:p w14:paraId="232DF0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head tips forward, breath coming in ragged gasps, staring down at him as he watches me hungrily from beneath hooded eyes. His mouth is slick, glistening with my arousal, his tongue slowly, deliberately dragging over his bottom lip, savoring me with blatant, wicked satisfaction.</w:t>
      </w:r>
    </w:p>
    <w:p w14:paraId="347767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 manage breathlessly, voice raw, barely recognizable as my own.</w:t>
      </w:r>
    </w:p>
    <w:p w14:paraId="63D9EC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looked beautiful riding my face," he rasps roughly, voice like gravel and velvet, dark and possessive. "But I need you riding my cock, Camille. I need you to dance for me again…right fucking now."</w:t>
      </w:r>
    </w:p>
    <w:p w14:paraId="3A472DD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hands tighten, guiding me down onto him, filling me inch by brutal, perfect inch until he’s buried deep inside, claiming every part of me.</w:t>
      </w:r>
    </w:p>
    <w:p w14:paraId="57B6EF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“Show me,” he growls, eyes burning into mine, daring me to keep up. "Show me how you good you can grind on my cock.”</w:t>
      </w:r>
    </w:p>
    <w:p w14:paraId="200BB2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we start another rhythm…his command snaps something inside me, lighting my body with a raw, relentless ache. My hips roll forward instinctively, guided by his hands, his cock buried deep, stretching me, claiming every desperate inch. I start moving slowly at first, grinding down onto him, setting a rhythm that’s sensual and unhurried, feeling every throbbing pulse deep inside my core.</w:t>
      </w:r>
    </w:p>
    <w:p w14:paraId="7BDC7D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Camille,” he growls, fingers bruising my hips, eyes locked hungrily on mine. “Just like that. Show me how good you can take it.”</w:t>
      </w:r>
    </w:p>
    <w:p w14:paraId="54CA48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movements quicken, hips rocking faster, deeper, slick sounds filling the room, mixing with our ragged breaths and low, desperate moans. I dance on him exactly the way he wants, reckless, filthy, utterly his, until his hips buck beneath me, matching my rhythm stroke for stroke, thrust for thrust.</w:t>
      </w:r>
    </w:p>
    <w:p w14:paraId="6F5860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grips my waist tightly, driving himself deeper, harder, and I shatter again, convulsing around him with a cry that breaks apart his name into incoherent fragments. He groans roughly beneath me, thrusting up once, twice, burying himself as deep as he can, spilling hot inside me, claiming me completely as I collapse forward against his chest, breathless and boneless.</w:t>
      </w:r>
    </w:p>
    <w:p w14:paraId="2C80C1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holds me close, chest rising and falling heavily, lips brushing my forehead, possessive and oddly tender.</w:t>
      </w:r>
    </w:p>
    <w:p w14:paraId="62912B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“Mine,” he whispers roughly against my skin.</w:t>
      </w:r>
    </w:p>
    <w:p w14:paraId="762FA10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Yes. Fucking yes. All his.</w:t>
      </w:r>
    </w:p>
    <w:p w14:paraId="1C4214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2E2B05D9" w14:textId="77777777" w:rsidR="00351B3C" w:rsidRPr="00124F84" w:rsidRDefault="00351B3C" w:rsidP="00124F84">
      <w:pPr>
        <w:pStyle w:val="NormalWeb"/>
      </w:pPr>
      <w:r w:rsidRPr="00124F84">
        <w:lastRenderedPageBreak/>
        <w:t>Padding barefoot into the kitchen, I find Kane at the stove, sleeves rolled up, exposing powerful forearms inked with stories I still haven't fully unraveled. His shirt stretches tight across his shoulders, back muscles shifting beneath the crisp fabric as he stirs something that smells rich and warm and surprisingly domestic.</w:t>
      </w:r>
    </w:p>
    <w:p w14:paraId="438C1F90" w14:textId="77777777" w:rsidR="00351B3C" w:rsidRPr="00124F84" w:rsidRDefault="00351B3C" w:rsidP="00124F84">
      <w:pPr>
        <w:pStyle w:val="NormalWeb"/>
      </w:pPr>
      <w:r w:rsidRPr="00124F84">
        <w:t>He turns slowly, gaze sliding over me with unapologetic appreciation, lips curling into a satisfied smirk at the sight of me wrapped in nothing but his robe.</w:t>
      </w:r>
    </w:p>
    <w:p w14:paraId="71A3A6F5" w14:textId="77777777" w:rsidR="00351B3C" w:rsidRPr="00124F84" w:rsidRDefault="00351B3C" w:rsidP="00124F84">
      <w:pPr>
        <w:pStyle w:val="NormalWeb"/>
      </w:pPr>
      <w:r w:rsidRPr="00124F84">
        <w:t>"Never pegged you for the domestic type," I tease softly, my voice still husky from sleep, betraying me more than I’d like.</w:t>
      </w:r>
    </w:p>
    <w:p w14:paraId="2E49086E" w14:textId="77777777" w:rsidR="00351B3C" w:rsidRPr="00124F84" w:rsidRDefault="00351B3C" w:rsidP="00124F84">
      <w:pPr>
        <w:pStyle w:val="NormalWeb"/>
      </w:pPr>
      <w:r w:rsidRPr="00124F84">
        <w:t>He chuckles quietly, the sound deep and dark, resonating straight down to my toes. "I’m more than just a hard dick and tattoos, Camille. You’ll be shocked to learn I have hidden depths."</w:t>
      </w:r>
    </w:p>
    <w:p w14:paraId="42D52E84" w14:textId="77777777" w:rsidR="00351B3C" w:rsidRPr="00124F84" w:rsidRDefault="00351B3C" w:rsidP="00124F84">
      <w:pPr>
        <w:pStyle w:val="NormalWeb"/>
      </w:pPr>
      <w:r w:rsidRPr="00124F84">
        <w:t>I roll my eyes, biting back a reluctant smile as I step closer, leaning my hip against the counter beside him. "Can I help?"</w:t>
      </w:r>
    </w:p>
    <w:p w14:paraId="07664D88" w14:textId="77777777" w:rsidR="00351B3C" w:rsidRPr="00124F84" w:rsidRDefault="00351B3C" w:rsidP="00124F84">
      <w:pPr>
        <w:pStyle w:val="NormalWeb"/>
        <w:rPr>
          <w:color w:val="000000"/>
        </w:rPr>
      </w:pPr>
      <w:r w:rsidRPr="00124F84">
        <w:rPr>
          <w:color w:val="000000"/>
        </w:rPr>
        <w:t>He considers me a moment, then reaches out and hooks an arm around my waist, pulling me gently against his side. "Taste," he murmurs, lifting a spoonful of rich sauce to my lips.</w:t>
      </w:r>
    </w:p>
    <w:p w14:paraId="7AB90A22" w14:textId="77777777" w:rsidR="00351B3C" w:rsidRPr="00124F84" w:rsidRDefault="00351B3C" w:rsidP="00124F84">
      <w:pPr>
        <w:pStyle w:val="NormalWeb"/>
        <w:rPr>
          <w:color w:val="000000"/>
        </w:rPr>
      </w:pPr>
      <w:r w:rsidRPr="00124F84">
        <w:rPr>
          <w:color w:val="000000"/>
        </w:rPr>
        <w:t>I part them obediently, humming appreciatively as the savory warmth spreads across my tongue. "God. That's good."</w:t>
      </w:r>
    </w:p>
    <w:p w14:paraId="27C6AF3E" w14:textId="77777777" w:rsidR="00351B3C" w:rsidRPr="00124F84" w:rsidRDefault="00351B3C" w:rsidP="00124F84">
      <w:pPr>
        <w:pStyle w:val="NormalWeb"/>
        <w:rPr>
          <w:color w:val="000000"/>
        </w:rPr>
      </w:pPr>
      <w:r w:rsidRPr="00124F84">
        <w:rPr>
          <w:color w:val="000000"/>
        </w:rPr>
        <w:t>His eyes darken slightly, thumb brushing slowly over my lower lip, wiping away a lingering drop. "Told you,</w:t>
      </w:r>
      <w:proofErr w:type="gramStart"/>
      <w:r w:rsidRPr="00124F84">
        <w:rPr>
          <w:color w:val="000000"/>
        </w:rPr>
        <w:t>" he</w:t>
      </w:r>
      <w:proofErr w:type="gramEnd"/>
      <w:r w:rsidRPr="00124F84">
        <w:rPr>
          <w:color w:val="000000"/>
        </w:rPr>
        <w:t xml:space="preserve"> says, voice dropping to a rough murmur. "Depths."</w:t>
      </w:r>
    </w:p>
    <w:p w14:paraId="0C3D9ECA" w14:textId="77777777" w:rsidR="00351B3C" w:rsidRPr="00124F84" w:rsidRDefault="00351B3C" w:rsidP="00124F84">
      <w:pPr>
        <w:pStyle w:val="NormalWeb"/>
        <w:rPr>
          <w:color w:val="000000"/>
        </w:rPr>
      </w:pPr>
      <w:r w:rsidRPr="00124F84">
        <w:rPr>
          <w:color w:val="000000"/>
        </w:rPr>
        <w:t>We sit close as we eat, shoulders brushing, thighs pressed tightly together beneath the heavy, dark table. Kane occasionally lifts a bite to my lips, feeding me slowly, deliberately, watching each reaction with that quiet, ruthless intensity that makes my pulse stutter and my body ache. Like he's savoring something rare, something precious.</w:t>
      </w:r>
    </w:p>
    <w:p w14:paraId="330166E1" w14:textId="77777777" w:rsidR="00351B3C" w:rsidRPr="00124F84" w:rsidRDefault="00351B3C" w:rsidP="00124F84">
      <w:pPr>
        <w:pStyle w:val="NormalWeb"/>
        <w:rPr>
          <w:color w:val="000000"/>
        </w:rPr>
      </w:pPr>
      <w:r w:rsidRPr="00124F84">
        <w:rPr>
          <w:color w:val="000000"/>
        </w:rPr>
        <w:t>His phone rings, the intrusive sound slicing between us. A flash of irritation tightens his jaw as he stands reluctantly, murmuring a clipped greeting as he strides deeper into the penthouse, away from me.</w:t>
      </w:r>
    </w:p>
    <w:p w14:paraId="57D481C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Left alone, I rise slowly from the table, the restless ache beneath my skin driving me to wander through the dimly lit living room. Everything here is dark, matte black and unyielding, like stepping inside the hidden recesses of Kane’s mind. There are occasional breaks of gray, cool and understated, but the overwhelming blackness consumes everything in its path, swallowing up light, sound, and sanity alike. The air hangs heavy with the scent of leather, polished wood, and him, always him, lingering everywhere, sinking beneath my skin.</w:t>
      </w:r>
    </w:p>
    <w:p w14:paraId="0E82B5E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trail my fingertips slowly across the dark spines of leather-bound books, the textured surfaces cool beneath my touch. My hand slips over smooth, matte-black tables, the stark minimalism a perfect reflection of Kane’s calculated control. His carefully constructed sanctuary: sleek, dark, unyielding.</w:t>
      </w:r>
    </w:p>
    <w:p w14:paraId="47897B9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gaze catches on the crystal decanter resting on a black marble tray, the deep amber liquid inside glowing seductively under the low, golden lighting. Whiskey. Kane’s drink, his favored indulgence, one I’ve never dared to taste. Champagne and wine were my comfort zones, safe and predictable, delicate bubbles and sweet sips that teased rather than claimed. But this drink…it’s entirely him: bold, dark, dangerously enticing. Another line I’ve never crossed. Another part of him I’m about to surrender to.</w:t>
      </w:r>
    </w:p>
    <w:p w14:paraId="005748C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heart quickens, hesitation flickering only briefly before temptation overtakes caution, curiosity blending recklessly with the forbidden thrill of taking yet another piece of Kane into my body. Slowly, I reach forward, carefully lifting the heavy crystal tumbler from the tray, the weight unfamiliar, substantial in my hand.</w:t>
      </w:r>
    </w:p>
    <w:p w14:paraId="2F904DAB" w14:textId="48D7726B"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Almost reverently, I remove the stopper from the decanter, pouring a generous splash into the tumbler. The liquid flows rich and dark, like molten amber, its smoky, seductive scent immediately wrapping around me, whispering dark promises. Smoke, wood, spice</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something deeper, primal, irresistibly dangerous.</w:t>
      </w:r>
    </w:p>
    <w:p w14:paraId="4E005C4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heart thuds as I lift the glass carefully to my lips, inhaling the scent deeply, anticipation prickling sharply down my spine. Finally, I take a small sip, and the whiskey floods my mouth with a sharp, </w:t>
      </w:r>
      <w:proofErr w:type="gramStart"/>
      <w:r w:rsidRPr="00124F84">
        <w:rPr>
          <w:rFonts w:ascii="Times New Roman" w:hAnsi="Times New Roman" w:cs="Times New Roman"/>
          <w:sz w:val="24"/>
          <w:szCs w:val="24"/>
        </w:rPr>
        <w:t>burning intensity</w:t>
      </w:r>
      <w:proofErr w:type="gramEnd"/>
      <w:r w:rsidRPr="00124F84">
        <w:rPr>
          <w:rFonts w:ascii="Times New Roman" w:hAnsi="Times New Roman" w:cs="Times New Roman"/>
          <w:sz w:val="24"/>
          <w:szCs w:val="24"/>
        </w:rPr>
        <w:t xml:space="preserve"> I've never experienced before. I gasp softly, my eyes watering slightly at the raw, unexpected heat. This is nothing like champagne, nothing like the subtle elegance of wine. This is fierce, unapologetic, dominating.</w:t>
      </w:r>
    </w:p>
    <w:p w14:paraId="7EE02E9C" w14:textId="407DE24D"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as the burn slips down my throat, smooth and fiery, warmth blooms deep in my belly, settling low and heavy. The sensation spreads slowly, deliciously through my limbs, melting my tension, turning the initial sting into something decadent and intoxicating. Whiskey doesn’t ask permission. It invades, overwhelms, conquers every sense</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just like the man whose taste I’ve willingly taken into my mouth, whose scent now clings to my skin, whose voice still echoes low and possessive in my mind.</w:t>
      </w:r>
    </w:p>
    <w:p w14:paraId="7969005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Consumed by him. Inside and out.</w:t>
      </w:r>
    </w:p>
    <w:p w14:paraId="4C3E282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Another reckless surrender.</w:t>
      </w:r>
    </w:p>
    <w:p w14:paraId="0796217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Another dangerous part of Kane Rivera slipping beneath my skin, branding me, marking me as undeniably his.</w:t>
      </w:r>
    </w:p>
    <w:p w14:paraId="258F149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Glass still in hand, I continue my slow exploration, bare feet quiet on the polished floors as I move deeper into Kane’s meticulously curated sanctuary. The penthouse is all clean lines and shadowed luxury, everything </w:t>
      </w:r>
      <w:proofErr w:type="gramStart"/>
      <w:r w:rsidRPr="00124F84">
        <w:rPr>
          <w:rFonts w:ascii="Times New Roman" w:hAnsi="Times New Roman" w:cs="Times New Roman"/>
          <w:sz w:val="24"/>
          <w:szCs w:val="24"/>
        </w:rPr>
        <w:t>carefully chosen,</w:t>
      </w:r>
      <w:proofErr w:type="gramEnd"/>
      <w:r w:rsidRPr="00124F84">
        <w:rPr>
          <w:rFonts w:ascii="Times New Roman" w:hAnsi="Times New Roman" w:cs="Times New Roman"/>
          <w:sz w:val="24"/>
          <w:szCs w:val="24"/>
        </w:rPr>
        <w:t xml:space="preserve"> nothing personal or sentimental to soften the sharp edges of his control. No framed photographs rest atop the black shelves, no smiling faces to betray glimpses of family or childhood memories. Nothing to help me unravel who Kane Rivera truly is beneath the ruthless mask he wears so effortlessly.</w:t>
      </w:r>
    </w:p>
    <w:p w14:paraId="7D15EBC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Taking another sip of whiskey, heat blooms anew, the taste of him sliding warmly down my throat, my curiosity deepening. Who shaped this man? Who hurt him, changed him, forged him into this darkly magnetic creature whose pull I can’t seem to resist?</w:t>
      </w:r>
    </w:p>
    <w:p w14:paraId="4D03F67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steps falter as my gaze lands on a sleek black table positioned near the expansive windows, illuminated softly by the glow of city lights beyond the glass. A chessboard rests there, elegant and poised, frozen mid-strategy, pieces locked in silent tension. I stare at it, disbelief flickering through me, quickly chased by a surge of recognition of course Kane plays chess. A game of patience and control, foresight and dominance. It's everything he is, everything he's proven himself capable of.</w:t>
      </w:r>
    </w:p>
    <w:p w14:paraId="2C13B2D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pulse quickens as I step closer, setting the tumbler down softly on the polished surface beside the board. My fingers hover over the black and white pieces, my chest tightening slightly as I realize exactly what this means: Kane and I share something, something real, something beyond the heat and the destruction and the reckless pleasure. Chess is a secret of </w:t>
      </w:r>
      <w:proofErr w:type="gramStart"/>
      <w:r w:rsidRPr="00124F84">
        <w:rPr>
          <w:rFonts w:ascii="Times New Roman" w:hAnsi="Times New Roman" w:cs="Times New Roman"/>
          <w:sz w:val="24"/>
          <w:szCs w:val="24"/>
        </w:rPr>
        <w:t>mine,</w:t>
      </w:r>
      <w:proofErr w:type="gramEnd"/>
      <w:r w:rsidRPr="00124F84">
        <w:rPr>
          <w:rFonts w:ascii="Times New Roman" w:hAnsi="Times New Roman" w:cs="Times New Roman"/>
          <w:sz w:val="24"/>
          <w:szCs w:val="24"/>
        </w:rPr>
        <w:t xml:space="preserve"> a quiet passion no one truly knows I possess. And now it’s one more invisible thread connecting me to him, pulling me deeper.</w:t>
      </w:r>
    </w:p>
    <w:p w14:paraId="0ABF9F2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heart races as my eyes trace the board, analyzing the position, instantly recognizing the subtle ruthlessness of his last moves…defensive, aggressive, perfectly balanced. He’s brilliant, deliberate, cunning. My fingertips skim lightly over the black king, feeling the weight and smoothness beneath my touch, the echo of Kane’s intensity radiating from every carefully positioned piece.</w:t>
      </w:r>
    </w:p>
    <w:p w14:paraId="7449102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 play?”</w:t>
      </w:r>
    </w:p>
    <w:p w14:paraId="31FD8D7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jump, startled, turning sharply to find Kane leaning against the doorway, arms crossed casually, eyes dark and intense, fixed solely on me. His voice is low, lazy, edged with intrigue and something deeper, something dangerous.</w:t>
      </w:r>
    </w:p>
    <w:p w14:paraId="6729249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Slowly, I raise my gaze, meeting his challenge head-on, allowing myself a small, secretive smile. “A little.” </w:t>
      </w:r>
    </w:p>
    <w:p w14:paraId="306E63B8" w14:textId="1026D504" w:rsidR="00351B3C" w:rsidRPr="00124F84" w:rsidRDefault="00351B3C" w:rsidP="00124F84">
      <w:pPr>
        <w:pStyle w:val="NormalWeb"/>
        <w:rPr>
          <w:color w:val="000000"/>
        </w:rPr>
      </w:pPr>
      <w:r w:rsidRPr="00124F84">
        <w:t xml:space="preserve">Lie. I’m </w:t>
      </w:r>
      <w:r w:rsidR="009B7180" w:rsidRPr="00124F84">
        <w:t>fucking good</w:t>
      </w:r>
      <w:r w:rsidRPr="00124F84">
        <w:t xml:space="preserve">. </w:t>
      </w:r>
      <w:r w:rsidRPr="00124F84">
        <w:rPr>
          <w:color w:val="000000"/>
        </w:rPr>
        <w:t xml:space="preserve">But I don’t tell him that. </w:t>
      </w:r>
      <w:r w:rsidRPr="00124F84">
        <w:t>Bragging isn’t classy.</w:t>
      </w:r>
    </w:p>
    <w:p w14:paraId="15F444AA" w14:textId="51E11109" w:rsidR="00351B3C" w:rsidRPr="00124F84" w:rsidRDefault="00351B3C" w:rsidP="00124F84">
      <w:pPr>
        <w:pStyle w:val="NormalWeb"/>
        <w:rPr>
          <w:color w:val="000000"/>
        </w:rPr>
      </w:pPr>
      <w:r w:rsidRPr="00124F84">
        <w:rPr>
          <w:color w:val="000000"/>
        </w:rPr>
        <w:t xml:space="preserve"> I lift my gaze, meeting his challenge directly, a small, secretive smile touching my lips. "A little," I say softly.</w:t>
      </w:r>
    </w:p>
    <w:p w14:paraId="56FAF7C9" w14:textId="77777777" w:rsidR="00351B3C" w:rsidRPr="00124F84" w:rsidRDefault="00351B3C" w:rsidP="00124F84">
      <w:pPr>
        <w:pStyle w:val="NormalWeb"/>
        <w:rPr>
          <w:color w:val="000000"/>
        </w:rPr>
      </w:pPr>
      <w:r w:rsidRPr="00124F84">
        <w:rPr>
          <w:color w:val="000000"/>
        </w:rPr>
        <w:t>His mouth curves slightly, eyes darkening with quiet amusement, interest flaring again like a match struck between us. "Interesting."</w:t>
      </w:r>
    </w:p>
    <w:p w14:paraId="7500C58A" w14:textId="77777777" w:rsidR="00351B3C" w:rsidRPr="00124F84" w:rsidRDefault="00351B3C" w:rsidP="00124F84">
      <w:pPr>
        <w:pStyle w:val="NormalWeb"/>
        <w:rPr>
          <w:color w:val="000000"/>
        </w:rPr>
      </w:pPr>
      <w:r w:rsidRPr="00124F84">
        <w:rPr>
          <w:color w:val="000000"/>
        </w:rPr>
        <w:t>"Surprised?"</w:t>
      </w:r>
    </w:p>
    <w:p w14:paraId="39A73213" w14:textId="77777777" w:rsidR="00351B3C" w:rsidRPr="00124F84" w:rsidRDefault="00351B3C" w:rsidP="00124F84">
      <w:pPr>
        <w:pStyle w:val="NormalWeb"/>
        <w:rPr>
          <w:color w:val="000000"/>
        </w:rPr>
      </w:pPr>
      <w:r w:rsidRPr="00124F84">
        <w:rPr>
          <w:color w:val="000000"/>
        </w:rPr>
        <w:t>He pushes off the wall, stalking toward me with that slow, confident ease, his movements dangerously controlled, his gaze unwavering and fierce. "Not even a little bit, Camille."</w:t>
      </w:r>
    </w:p>
    <w:p w14:paraId="5E38CEF4" w14:textId="77777777" w:rsidR="00351B3C" w:rsidRPr="00124F84" w:rsidRDefault="00351B3C" w:rsidP="00124F84">
      <w:pPr>
        <w:pStyle w:val="NormalWeb"/>
        <w:rPr>
          <w:color w:val="000000"/>
        </w:rPr>
      </w:pPr>
      <w:r w:rsidRPr="00124F84">
        <w:rPr>
          <w:color w:val="000000"/>
        </w:rPr>
        <w:t>I swallow, pulse kicking into overdrive, my heart slamming painfully against my ribs as the air between us thickens once again. Another piece of him revealed. Another hidden side exposed. Another secret bridging the dangerous distance we keep pretending exists between us.</w:t>
      </w:r>
    </w:p>
    <w:p w14:paraId="44684E7E" w14:textId="77777777" w:rsidR="00351B3C" w:rsidRPr="00124F84" w:rsidRDefault="00351B3C" w:rsidP="00124F84">
      <w:pPr>
        <w:pStyle w:val="NormalWeb"/>
        <w:rPr>
          <w:color w:val="000000"/>
        </w:rPr>
      </w:pPr>
      <w:r w:rsidRPr="00124F84">
        <w:rPr>
          <w:color w:val="000000"/>
        </w:rPr>
        <w:t>"You seem intrigued," he murmurs, voice low and smooth.</w:t>
      </w:r>
    </w:p>
    <w:p w14:paraId="7098082B" w14:textId="77777777" w:rsidR="00351B3C" w:rsidRPr="00124F84" w:rsidRDefault="00351B3C" w:rsidP="00124F84">
      <w:pPr>
        <w:pStyle w:val="NormalWeb"/>
        <w:rPr>
          <w:color w:val="000000"/>
        </w:rPr>
      </w:pPr>
      <w:r w:rsidRPr="00124F84">
        <w:rPr>
          <w:color w:val="000000"/>
        </w:rPr>
        <w:lastRenderedPageBreak/>
        <w:t>I take another sip of whiskey, savoring the burn, then slowly lower my eyes back to the marble board, fingertips skimming lightly above the pieces. "I've never seen anyone play like this…leaving a game suspended, unresolved."</w:t>
      </w:r>
    </w:p>
    <w:p w14:paraId="137E5601" w14:textId="77777777" w:rsidR="00351B3C" w:rsidRPr="00124F84" w:rsidRDefault="00351B3C" w:rsidP="00124F84">
      <w:pPr>
        <w:pStyle w:val="NormalWeb"/>
        <w:rPr>
          <w:color w:val="000000"/>
        </w:rPr>
      </w:pPr>
      <w:r w:rsidRPr="00124F84">
        <w:rPr>
          <w:color w:val="000000"/>
        </w:rPr>
        <w:t>He shrugs casually, stopping just beside me, his presence an oppressive heat at my shoulder. "Sometimes I make one move a day. Sometimes I reset the board and start over."</w:t>
      </w:r>
    </w:p>
    <w:p w14:paraId="70B62BEB" w14:textId="77777777" w:rsidR="00351B3C" w:rsidRPr="00124F84" w:rsidRDefault="00351B3C" w:rsidP="00124F84">
      <w:pPr>
        <w:pStyle w:val="NormalWeb"/>
        <w:rPr>
          <w:color w:val="000000"/>
        </w:rPr>
      </w:pPr>
      <w:r w:rsidRPr="00124F84">
        <w:rPr>
          <w:color w:val="000000"/>
        </w:rPr>
        <w:t>I nod, understanding immediately. Another way he controls the chaos. Another careful dance, another ruthless exercise in patience and dominance. My fingers hover briefly above a knight, then pull back, unwilling to reveal my thoughts just yet.</w:t>
      </w:r>
    </w:p>
    <w:p w14:paraId="17BFC21F" w14:textId="77777777" w:rsidR="00351B3C" w:rsidRPr="00124F84" w:rsidRDefault="00351B3C" w:rsidP="00124F84">
      <w:pPr>
        <w:spacing w:line="240" w:lineRule="auto"/>
        <w:rPr>
          <w:rFonts w:ascii="Times New Roman" w:hAnsi="Times New Roman" w:cs="Times New Roman"/>
          <w:sz w:val="24"/>
          <w:szCs w:val="24"/>
        </w:rPr>
      </w:pPr>
    </w:p>
    <w:p w14:paraId="3286DA88"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7A7A60E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shove the tension down deep and step out from the hallway, shoulders tight, jaw locked, my entire body strung like a loaded weapon. The call with Javi pissed me off, small shit with the casinos, nothing urgent now, but I’ve lived this life long enough to know little cracks turn into cave-ins if you don’t seal them early. I was ready to take that frustration out on something, someone.</w:t>
      </w:r>
    </w:p>
    <w:p w14:paraId="0C3A9675" w14:textId="3D96C4E9"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then</w:t>
      </w:r>
      <w:r w:rsidR="00635830" w:rsidRPr="00124F84">
        <w:rPr>
          <w:rFonts w:ascii="Times New Roman" w:hAnsi="Times New Roman" w:cs="Times New Roman"/>
          <w:sz w:val="24"/>
          <w:szCs w:val="24"/>
        </w:rPr>
        <w:t>…h</w:t>
      </w:r>
      <w:r w:rsidRPr="00124F84">
        <w:rPr>
          <w:rFonts w:ascii="Times New Roman" w:hAnsi="Times New Roman" w:cs="Times New Roman"/>
          <w:sz w:val="24"/>
          <w:szCs w:val="24"/>
        </w:rPr>
        <w:t>er.</w:t>
      </w:r>
    </w:p>
    <w:p w14:paraId="3EAAC43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Camille.</w:t>
      </w:r>
    </w:p>
    <w:p w14:paraId="3837722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Fuck.</w:t>
      </w:r>
    </w:p>
    <w:p w14:paraId="42228CF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sight of her punches the air from my lungs.</w:t>
      </w:r>
    </w:p>
    <w:p w14:paraId="4286E14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hasn’t noticed me yet. She’s standing in front of my chessboard, my sanctuary, draped in my black robe like she was born in it. The heavy fabric hangs off one bare shoulder, sliding down just enough to make my fingers twitch. Her hair is still wet from the shower, long curls dripping lazily against the dark material, strands clinging to her collarbone, her neck. That fucking neck I’ve had my mouth on. Bruised. Claimed.</w:t>
      </w:r>
    </w:p>
    <w:p w14:paraId="4B7D632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She’s holding one of my tumblers in her hand. My whiskey glows in the crystal, deep amber catching the low light of the penthouse like fire caught in glass. She lifts it to her lips, slow and sensual, sipping with the kind of quiet reverence that makes me feel like I’m watching something obscene. Sacred. My drink in her mouth. My robe on her skin.</w:t>
      </w:r>
    </w:p>
    <w:p w14:paraId="2452448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game under her eyes.</w:t>
      </w:r>
    </w:p>
    <w:p w14:paraId="031CF6EC" w14:textId="26ACB68A"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studies the board with precision, her eyes sharp and calculating, fingertips ghosting over the pieces like she already knows my strategy</w:t>
      </w:r>
      <w:r w:rsidR="009B7180" w:rsidRPr="00124F84">
        <w:rPr>
          <w:rFonts w:ascii="Times New Roman" w:hAnsi="Times New Roman" w:cs="Times New Roman"/>
          <w:sz w:val="24"/>
          <w:szCs w:val="24"/>
        </w:rPr>
        <w:t xml:space="preserve">, </w:t>
      </w:r>
      <w:r w:rsidRPr="00124F84">
        <w:rPr>
          <w:rFonts w:ascii="Times New Roman" w:hAnsi="Times New Roman" w:cs="Times New Roman"/>
          <w:sz w:val="24"/>
          <w:szCs w:val="24"/>
        </w:rPr>
        <w:t>like she’s in my head, unraveling every move I made.</w:t>
      </w:r>
    </w:p>
    <w:p w14:paraId="09396E7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pulse spikes, hard. Because everything about her right now is mine. Everything she touches. Everything she wears. Every breath she takes in this space.</w:t>
      </w:r>
    </w:p>
    <w:p w14:paraId="7B4F7D95" w14:textId="188308BB"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move toward her without a sound, smooth and slow, not out of caution</w:t>
      </w:r>
      <w:r w:rsidR="009B7180" w:rsidRPr="00124F84">
        <w:rPr>
          <w:rFonts w:ascii="Times New Roman" w:hAnsi="Times New Roman" w:cs="Times New Roman"/>
          <w:sz w:val="24"/>
          <w:szCs w:val="24"/>
        </w:rPr>
        <w:t xml:space="preserve"> </w:t>
      </w:r>
      <w:r w:rsidRPr="00124F84">
        <w:rPr>
          <w:rFonts w:ascii="Times New Roman" w:hAnsi="Times New Roman" w:cs="Times New Roman"/>
          <w:sz w:val="24"/>
          <w:szCs w:val="24"/>
        </w:rPr>
        <w:t>but because I want to savor this. Her tells. The way her back straightens the second she feels me behind her. The sharp little inhale she doesn’t even realize she makes. She doesn't turn around. But she knows.</w:t>
      </w:r>
    </w:p>
    <w:p w14:paraId="3391B05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fucking knows.</w:t>
      </w:r>
    </w:p>
    <w:p w14:paraId="7727920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air between us shifts. Heavy. Loaded.</w:t>
      </w:r>
    </w:p>
    <w:p w14:paraId="441B451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brings the glass to her lips again, another sip, and my jaw flexes so hard I taste blood. That glass on her mouth is suddenly the most intimate thing I’ve ever seen. Not the sex. Not the bruises I left on her thighs. That. Right now.</w:t>
      </w:r>
    </w:p>
    <w:p w14:paraId="6536056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That’s the thing that makes me lose focus.</w:t>
      </w:r>
    </w:p>
    <w:p w14:paraId="6479306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“I’ve never seen anyone play like this,” she says quietly, not looking at me, voice soft but threaded with interest. “Leaving a game suspended. Unresolved.”</w:t>
      </w:r>
    </w:p>
    <w:p w14:paraId="1842DB4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step beside her, close enough that the back of her arm brushes mine. I watch the way her breath stumbles just a fraction.</w:t>
      </w:r>
    </w:p>
    <w:p w14:paraId="57E2EFE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“Sometimes I make one move a day,” I answer, voice low, tight, not entirely in control. “Sometimes I reset the board and start again.”</w:t>
      </w:r>
    </w:p>
    <w:p w14:paraId="381B860E" w14:textId="1B28E82C"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nods, slow and thoughtful, like she gets it. Like she fucking understands me. Not just the surface</w:t>
      </w:r>
      <w:r w:rsidR="00635830" w:rsidRPr="00124F84">
        <w:rPr>
          <w:rFonts w:ascii="Times New Roman" w:hAnsi="Times New Roman" w:cs="Times New Roman"/>
          <w:sz w:val="24"/>
          <w:szCs w:val="24"/>
        </w:rPr>
        <w:t>…</w:t>
      </w:r>
      <w:r w:rsidRPr="00124F84">
        <w:rPr>
          <w:rFonts w:ascii="Times New Roman" w:hAnsi="Times New Roman" w:cs="Times New Roman"/>
          <w:i/>
          <w:iCs/>
          <w:sz w:val="24"/>
          <w:szCs w:val="24"/>
        </w:rPr>
        <w:t>me</w:t>
      </w:r>
      <w:r w:rsidRPr="00124F84">
        <w:rPr>
          <w:rFonts w:ascii="Times New Roman" w:hAnsi="Times New Roman" w:cs="Times New Roman"/>
          <w:sz w:val="24"/>
          <w:szCs w:val="24"/>
        </w:rPr>
        <w:t>. That I don’t like loose ends. That I don’t like chaos I didn’t create. That sometimes burning it all down is cleaner than letting it rot.</w:t>
      </w:r>
    </w:p>
    <w:p w14:paraId="12F2A5F3" w14:textId="108F7AD8"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Then she turns her head, brown eyes catching mine, wide and soft and dark like secrets, and she smiles</w:t>
      </w:r>
      <w:r w:rsidR="00635830" w:rsidRPr="00124F84">
        <w:rPr>
          <w:rFonts w:ascii="Times New Roman" w:hAnsi="Times New Roman" w:cs="Times New Roman"/>
          <w:sz w:val="24"/>
          <w:szCs w:val="24"/>
        </w:rPr>
        <w:t>, b</w:t>
      </w:r>
      <w:r w:rsidRPr="00124F84">
        <w:rPr>
          <w:rFonts w:ascii="Times New Roman" w:hAnsi="Times New Roman" w:cs="Times New Roman"/>
          <w:sz w:val="24"/>
          <w:szCs w:val="24"/>
        </w:rPr>
        <w:t>arely, but enough. Her lips quirk, just the corner. And it wrecks me.</w:t>
      </w:r>
    </w:p>
    <w:p w14:paraId="01D50D1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takes another sip of the whiskey and licks a drop from her bottom lip, slow and thoughtless.</w:t>
      </w:r>
    </w:p>
    <w:p w14:paraId="656496A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hands itch.</w:t>
      </w:r>
    </w:p>
    <w:p w14:paraId="5EF385D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then, she tilts her head slightly, playful, but her voice is low, serious. Loaded.</w:t>
      </w:r>
    </w:p>
    <w:p w14:paraId="3F617FE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“Play with me?”</w:t>
      </w:r>
    </w:p>
    <w:p w14:paraId="1A74F77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freeze. The words land between us, sharp and provocative. They’re not innocent. She doesn’t say it like she means chess, not at first.</w:t>
      </w:r>
    </w:p>
    <w:p w14:paraId="1445962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knows what it sounds like. She knows exactly what she’s doing.</w:t>
      </w:r>
    </w:p>
    <w:p w14:paraId="4C9EF3F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then she backs away from the board, eyes still locked on mine, like she’s testing how far she can push.</w:t>
      </w:r>
    </w:p>
    <w:p w14:paraId="09015C3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reach for her without thinking, palm sliding around her waist, grip firm, possessive.</w:t>
      </w:r>
    </w:p>
    <w:p w14:paraId="143B608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smirks. “I meant chess.”</w:t>
      </w:r>
    </w:p>
    <w:p w14:paraId="44F2FDE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lean in, my voice a growl at her ear. “Liar.”</w:t>
      </w:r>
    </w:p>
    <w:p w14:paraId="39024441" w14:textId="77777777" w:rsidR="00351B3C" w:rsidRPr="00124F84" w:rsidRDefault="00351B3C" w:rsidP="00124F84">
      <w:pPr>
        <w:pStyle w:val="NormalWeb"/>
        <w:rPr>
          <w:color w:val="000000"/>
        </w:rPr>
      </w:pPr>
      <w:r w:rsidRPr="00124F84">
        <w:rPr>
          <w:color w:val="000000"/>
        </w:rPr>
        <w:t>“Sit,” I command softly, voice low and dripping challenge. “Show me what you’ve got.”</w:t>
      </w:r>
    </w:p>
    <w:p w14:paraId="27014F33" w14:textId="77777777" w:rsidR="00351B3C" w:rsidRPr="00124F84" w:rsidRDefault="00351B3C" w:rsidP="00124F84">
      <w:pPr>
        <w:pStyle w:val="NormalWeb"/>
        <w:rPr>
          <w:color w:val="000000"/>
        </w:rPr>
      </w:pPr>
      <w:r w:rsidRPr="00124F84">
        <w:rPr>
          <w:color w:val="000000"/>
        </w:rPr>
        <w:t>She lifts one delicate eyebrow, setting the whiskey tumbler aside slowly, deliberately. A smile curls at the corner of her mouth, sly and knowing, as she lowers herself into the chair opposite me. The robe slips slightly from her shoulder again, revealing the soft curve of her collarbone, skin still marked faintly from my mouth. I grit my teeth, forcing my attention to the board.</w:t>
      </w:r>
    </w:p>
    <w:p w14:paraId="78482C58" w14:textId="77777777" w:rsidR="00351B3C" w:rsidRPr="00124F84" w:rsidRDefault="00351B3C" w:rsidP="00124F84">
      <w:pPr>
        <w:pStyle w:val="NormalWeb"/>
        <w:rPr>
          <w:color w:val="000000"/>
        </w:rPr>
      </w:pPr>
      <w:r w:rsidRPr="00124F84">
        <w:rPr>
          <w:color w:val="000000"/>
        </w:rPr>
        <w:t>I sink into the chair across from her, leaning back slowly, eyes locked on hers. My blood thrums beneath my skin, every muscle coiled with tension. I gesture casually at the marble chess pieces.</w:t>
      </w:r>
    </w:p>
    <w:p w14:paraId="03DA1D7D" w14:textId="77777777" w:rsidR="00351B3C" w:rsidRPr="00124F84" w:rsidRDefault="00351B3C" w:rsidP="00124F84">
      <w:pPr>
        <w:pStyle w:val="NormalWeb"/>
        <w:rPr>
          <w:color w:val="000000"/>
        </w:rPr>
      </w:pPr>
      <w:r w:rsidRPr="00124F84">
        <w:rPr>
          <w:color w:val="000000"/>
        </w:rPr>
        <w:t>“White moves first, Camille.”</w:t>
      </w:r>
    </w:p>
    <w:p w14:paraId="61A9FF14" w14:textId="77777777" w:rsidR="00351B3C" w:rsidRPr="00124F84" w:rsidRDefault="00351B3C" w:rsidP="00124F84">
      <w:pPr>
        <w:pStyle w:val="NormalWeb"/>
        <w:rPr>
          <w:color w:val="000000"/>
        </w:rPr>
      </w:pPr>
      <w:r w:rsidRPr="00124F84">
        <w:rPr>
          <w:color w:val="000000"/>
        </w:rPr>
        <w:t>She meets my gaze boldly, picking up a polished white pawn and sliding it forward two spaces, controlled, confident.</w:t>
      </w:r>
    </w:p>
    <w:p w14:paraId="51AB84B8" w14:textId="77777777" w:rsidR="00351B3C" w:rsidRPr="00124F84" w:rsidRDefault="00351B3C" w:rsidP="00124F84">
      <w:pPr>
        <w:pStyle w:val="NormalWeb"/>
        <w:rPr>
          <w:color w:val="000000"/>
        </w:rPr>
      </w:pPr>
      <w:r w:rsidRPr="00124F84">
        <w:rPr>
          <w:color w:val="000000"/>
        </w:rPr>
        <w:t>“Queen’s gambit,” I note quietly, a slight edge of amusement in my voice. “Classic. Predictable.”</w:t>
      </w:r>
    </w:p>
    <w:p w14:paraId="3C0F7A9C" w14:textId="77777777" w:rsidR="00351B3C" w:rsidRPr="00124F84" w:rsidRDefault="00351B3C" w:rsidP="00124F84">
      <w:pPr>
        <w:pStyle w:val="NormalWeb"/>
        <w:rPr>
          <w:color w:val="000000"/>
        </w:rPr>
      </w:pPr>
      <w:r w:rsidRPr="00124F84">
        <w:rPr>
          <w:color w:val="000000"/>
        </w:rPr>
        <w:t>She tilts her head slightly, eyes sparkling dangerously. “Or maybe I just want to see if you’ll take the bait.”</w:t>
      </w:r>
    </w:p>
    <w:p w14:paraId="38DF7E80" w14:textId="77777777" w:rsidR="00351B3C" w:rsidRPr="00124F84" w:rsidRDefault="00351B3C" w:rsidP="00124F84">
      <w:pPr>
        <w:pStyle w:val="NormalWeb"/>
        <w:rPr>
          <w:color w:val="000000"/>
        </w:rPr>
      </w:pPr>
      <w:r w:rsidRPr="00124F84">
        <w:rPr>
          <w:color w:val="000000"/>
        </w:rPr>
        <w:t>I smirk, selecting my pawn and advancing it slowly, deliberately, declining her offered gambit. “I’m patient. I prefer building tension.”</w:t>
      </w:r>
    </w:p>
    <w:p w14:paraId="7104C771" w14:textId="77777777" w:rsidR="00351B3C" w:rsidRPr="00124F84" w:rsidRDefault="00351B3C" w:rsidP="00124F84">
      <w:pPr>
        <w:pStyle w:val="NormalWeb"/>
        <w:rPr>
          <w:color w:val="000000"/>
        </w:rPr>
      </w:pPr>
      <w:r w:rsidRPr="00124F84">
        <w:rPr>
          <w:color w:val="000000"/>
        </w:rPr>
        <w:t>Her lashes lower just a fraction, dark eyes assessing me, fingers grazing the delicate marble queen thoughtfully. “And I prefer breaking it.” She shifts her knight decisively, aggressive and forward. Bold. Reckless. Perfectly Camille.</w:t>
      </w:r>
    </w:p>
    <w:p w14:paraId="5F643D2C" w14:textId="77777777" w:rsidR="00351B3C" w:rsidRPr="00124F84" w:rsidRDefault="00351B3C" w:rsidP="00124F84">
      <w:pPr>
        <w:pStyle w:val="NormalWeb"/>
        <w:rPr>
          <w:color w:val="000000"/>
        </w:rPr>
      </w:pPr>
      <w:r w:rsidRPr="00124F84">
        <w:rPr>
          <w:color w:val="000000"/>
        </w:rPr>
        <w:t>I narrow my eyes, impressed, countering her move smoothly, positioning my bishop with deliberate precision. “Careful. Aggression without strategy gets you trapped.”</w:t>
      </w:r>
    </w:p>
    <w:p w14:paraId="238BBC65" w14:textId="77777777" w:rsidR="00351B3C" w:rsidRPr="00124F84" w:rsidRDefault="00351B3C" w:rsidP="00124F84">
      <w:pPr>
        <w:pStyle w:val="NormalWeb"/>
        <w:rPr>
          <w:color w:val="000000"/>
        </w:rPr>
      </w:pPr>
      <w:r w:rsidRPr="00124F84">
        <w:rPr>
          <w:color w:val="000000"/>
        </w:rPr>
        <w:t>She leans forward slowly, her robe parting slightly as she reaches across the board, moving another pawn, opening a diagonal line of attack. “And caution without risk is boring. Your move.”</w:t>
      </w:r>
    </w:p>
    <w:p w14:paraId="42C72863" w14:textId="77777777" w:rsidR="00351B3C" w:rsidRPr="00124F84" w:rsidRDefault="00351B3C" w:rsidP="00124F84">
      <w:pPr>
        <w:pStyle w:val="NormalWeb"/>
        <w:rPr>
          <w:color w:val="000000"/>
        </w:rPr>
      </w:pPr>
      <w:r w:rsidRPr="00124F84">
        <w:rPr>
          <w:color w:val="000000"/>
        </w:rPr>
        <w:t>My pulse quickens at her defiance, at the subtle heat behind her words. I shift my rook, allowing the formation of a solid defensive line, giving nothing away yet. “You’re good. But you play emotionally. You’ll slip.”</w:t>
      </w:r>
    </w:p>
    <w:p w14:paraId="6D65328E" w14:textId="77777777" w:rsidR="00351B3C" w:rsidRPr="00124F84" w:rsidRDefault="00351B3C" w:rsidP="00124F84">
      <w:pPr>
        <w:pStyle w:val="NormalWeb"/>
        <w:rPr>
          <w:color w:val="000000"/>
        </w:rPr>
      </w:pPr>
      <w:r w:rsidRPr="00124F84">
        <w:rPr>
          <w:color w:val="000000"/>
        </w:rPr>
        <w:t>She smiles faintly, dark eyes sharp, analytical. She lifts her queen, sliding it smoothly, ruthlessly forward, directly threatening my bishop. “Funny. You talk like emotion is weakness. Maybe it’s just another weapon you don’t know how to use.”</w:t>
      </w:r>
    </w:p>
    <w:p w14:paraId="5E51748F" w14:textId="77777777" w:rsidR="00351B3C" w:rsidRPr="00124F84" w:rsidRDefault="00351B3C" w:rsidP="00124F84">
      <w:pPr>
        <w:pStyle w:val="NormalWeb"/>
        <w:rPr>
          <w:color w:val="000000"/>
        </w:rPr>
      </w:pPr>
      <w:r w:rsidRPr="00124F84">
        <w:rPr>
          <w:color w:val="000000"/>
        </w:rPr>
        <w:t>Fuck. She’s more than good. She’s exceptional.</w:t>
      </w:r>
    </w:p>
    <w:p w14:paraId="75F17F44" w14:textId="77777777" w:rsidR="00351B3C" w:rsidRPr="00124F84" w:rsidRDefault="00351B3C" w:rsidP="00124F84">
      <w:pPr>
        <w:pStyle w:val="NormalWeb"/>
        <w:rPr>
          <w:color w:val="000000"/>
        </w:rPr>
      </w:pPr>
      <w:r w:rsidRPr="00124F84">
        <w:rPr>
          <w:color w:val="000000"/>
        </w:rPr>
        <w:lastRenderedPageBreak/>
        <w:t>My gaze sharpens, blood pounding harder. I push forward a pawn, forcing her to react, a careful jab to draw her closer into a trap. “Or maybe you’re relying too much on instinct and not enough on patience.”</w:t>
      </w:r>
    </w:p>
    <w:p w14:paraId="4CAC546E" w14:textId="4B6F724A" w:rsidR="00351B3C" w:rsidRPr="00124F84" w:rsidRDefault="00351B3C" w:rsidP="00124F84">
      <w:pPr>
        <w:pStyle w:val="NormalWeb"/>
        <w:rPr>
          <w:color w:val="000000"/>
        </w:rPr>
      </w:pPr>
      <w:r w:rsidRPr="00124F84">
        <w:rPr>
          <w:color w:val="000000"/>
        </w:rPr>
        <w:t>Her fingers hover briefly above a bishop, studying the board intently, the tension between us thickening. Finally, she smirks, making a surprising, daring move</w:t>
      </w:r>
      <w:r w:rsidR="00635830" w:rsidRPr="00124F84">
        <w:rPr>
          <w:color w:val="000000"/>
        </w:rPr>
        <w:t xml:space="preserve">, </w:t>
      </w:r>
      <w:r w:rsidRPr="00124F84">
        <w:rPr>
          <w:color w:val="000000"/>
        </w:rPr>
        <w:t>a sacrifice, offering her knight recklessly to pull me out of position.</w:t>
      </w:r>
    </w:p>
    <w:p w14:paraId="0A2FDC34" w14:textId="77777777" w:rsidR="00351B3C" w:rsidRPr="00124F84" w:rsidRDefault="00351B3C" w:rsidP="00124F84">
      <w:pPr>
        <w:pStyle w:val="NormalWeb"/>
        <w:rPr>
          <w:color w:val="000000"/>
        </w:rPr>
      </w:pPr>
      <w:r w:rsidRPr="00124F84">
        <w:rPr>
          <w:color w:val="000000"/>
        </w:rPr>
        <w:t>“You can’t resist taking, can you?” she murmurs softly, eyes lifting slowly to mine, a wicked promise glittering there.</w:t>
      </w:r>
    </w:p>
    <w:p w14:paraId="691F5B01" w14:textId="77777777" w:rsidR="00351B3C" w:rsidRPr="00124F84" w:rsidRDefault="00351B3C" w:rsidP="00124F84">
      <w:pPr>
        <w:pStyle w:val="NormalWeb"/>
        <w:rPr>
          <w:color w:val="000000"/>
        </w:rPr>
      </w:pPr>
      <w:r w:rsidRPr="00124F84">
        <w:rPr>
          <w:color w:val="000000"/>
        </w:rPr>
        <w:t>I lean forward, taking her knight, meeting her challenge head-on. “Never could. But sacrifices leave you vulnerable, Camille. You know that.”</w:t>
      </w:r>
    </w:p>
    <w:p w14:paraId="72F32454" w14:textId="77777777" w:rsidR="00351B3C" w:rsidRPr="00124F84" w:rsidRDefault="00351B3C" w:rsidP="00124F84">
      <w:pPr>
        <w:pStyle w:val="NormalWeb"/>
        <w:rPr>
          <w:color w:val="000000"/>
        </w:rPr>
      </w:pPr>
      <w:r w:rsidRPr="00124F84">
        <w:rPr>
          <w:color w:val="000000"/>
        </w:rPr>
        <w:t>She’s quiet a moment, eyes dark, lashes low, something unreadable flashing behind that carefully composed expression. Then she moves her queen decisively, suddenly claiming control of the board’s center, her strategy becoming clear. Clever. Ruthless.</w:t>
      </w:r>
    </w:p>
    <w:p w14:paraId="74C5AB17" w14:textId="77777777" w:rsidR="00351B3C" w:rsidRPr="00124F84" w:rsidRDefault="00351B3C" w:rsidP="00124F84">
      <w:pPr>
        <w:pStyle w:val="NormalWeb"/>
        <w:rPr>
          <w:color w:val="000000"/>
        </w:rPr>
      </w:pPr>
      <w:r w:rsidRPr="00124F84">
        <w:rPr>
          <w:color w:val="000000"/>
        </w:rPr>
        <w:t>“You’re exposed,” she breathes softly, voice threaded with quiet triumph.</w:t>
      </w:r>
    </w:p>
    <w:p w14:paraId="5E4185DE" w14:textId="77777777" w:rsidR="00351B3C" w:rsidRPr="00124F84" w:rsidRDefault="00351B3C" w:rsidP="00124F84">
      <w:pPr>
        <w:pStyle w:val="NormalWeb"/>
        <w:rPr>
          <w:color w:val="000000"/>
        </w:rPr>
      </w:pPr>
      <w:r w:rsidRPr="00124F84">
        <w:rPr>
          <w:color w:val="000000"/>
        </w:rPr>
        <w:t>Fuck me. She’s right. For one split second, I see it, her victory edging closer. I almost laugh at the brilliance of it.</w:t>
      </w:r>
    </w:p>
    <w:p w14:paraId="12B980E0" w14:textId="77777777" w:rsidR="00351B3C" w:rsidRPr="00124F84" w:rsidRDefault="00351B3C" w:rsidP="00124F84">
      <w:pPr>
        <w:pStyle w:val="NormalWeb"/>
        <w:rPr>
          <w:color w:val="000000"/>
        </w:rPr>
      </w:pPr>
      <w:r w:rsidRPr="00124F84">
        <w:rPr>
          <w:color w:val="000000"/>
        </w:rPr>
        <w:t>Almost.</w:t>
      </w:r>
    </w:p>
    <w:p w14:paraId="7191C213" w14:textId="77777777" w:rsidR="00351B3C" w:rsidRPr="00124F84" w:rsidRDefault="00351B3C" w:rsidP="00124F84">
      <w:pPr>
        <w:pStyle w:val="NormalWeb"/>
        <w:rPr>
          <w:color w:val="000000"/>
        </w:rPr>
      </w:pPr>
      <w:r w:rsidRPr="00124F84">
        <w:rPr>
          <w:color w:val="000000"/>
        </w:rPr>
        <w:t>But I’m not done yet.</w:t>
      </w:r>
    </w:p>
    <w:p w14:paraId="7FCF55A6" w14:textId="77777777" w:rsidR="00351B3C" w:rsidRPr="00124F84" w:rsidRDefault="00351B3C" w:rsidP="00124F84">
      <w:pPr>
        <w:pStyle w:val="NormalWeb"/>
        <w:rPr>
          <w:color w:val="000000"/>
        </w:rPr>
      </w:pPr>
      <w:r w:rsidRPr="00124F84">
        <w:rPr>
          <w:color w:val="000000"/>
        </w:rPr>
        <w:t>I adjust my rook, fortifying my position, tension coiling tightly between us. “Only if I let you in,” I murmur, voice dropping lower. “And I only let you in when I want you there.”</w:t>
      </w:r>
    </w:p>
    <w:p w14:paraId="5015C028" w14:textId="77777777" w:rsidR="00351B3C" w:rsidRPr="00124F84" w:rsidRDefault="00351B3C" w:rsidP="00124F84">
      <w:pPr>
        <w:pStyle w:val="NormalWeb"/>
        <w:rPr>
          <w:color w:val="000000"/>
        </w:rPr>
      </w:pPr>
      <w:r w:rsidRPr="00124F84">
        <w:rPr>
          <w:color w:val="000000"/>
        </w:rPr>
        <w:t>Her cheeks flush slightly at the double meaning, her lips parting softly as her eyes flicker briefly to my mouth, then back to the board. She makes another quick move, keeping the pressure relentless.</w:t>
      </w:r>
    </w:p>
    <w:p w14:paraId="6D79AC4C" w14:textId="2D8AB318" w:rsidR="00351B3C" w:rsidRPr="00124F84" w:rsidRDefault="00351B3C" w:rsidP="00124F84">
      <w:pPr>
        <w:pStyle w:val="NormalWeb"/>
        <w:rPr>
          <w:color w:val="000000"/>
        </w:rPr>
      </w:pPr>
      <w:r w:rsidRPr="00124F84">
        <w:rPr>
          <w:color w:val="000000"/>
        </w:rPr>
        <w:t xml:space="preserve">I counter her smoothly, silently impressed, my pulse racing as we exchange move after </w:t>
      </w:r>
      <w:proofErr w:type="gramStart"/>
      <w:r w:rsidRPr="00124F84">
        <w:rPr>
          <w:color w:val="000000"/>
        </w:rPr>
        <w:t>move</w:t>
      </w:r>
      <w:proofErr w:type="gramEnd"/>
      <w:r w:rsidRPr="00124F84">
        <w:rPr>
          <w:color w:val="000000"/>
        </w:rPr>
        <w:t>, tension tightening like wire. She pushes me back, then I push harder. Our pieces dance across the marble</w:t>
      </w:r>
      <w:r w:rsidR="009B7180" w:rsidRPr="00124F84">
        <w:rPr>
          <w:color w:val="000000"/>
        </w:rPr>
        <w:t xml:space="preserve"> s</w:t>
      </w:r>
      <w:r w:rsidRPr="00124F84">
        <w:rPr>
          <w:color w:val="000000"/>
        </w:rPr>
        <w:t>trikes and counterstrikes, strategy and instinct, patience and aggression tangled into something exhilarating, something deeper and sharper than the game itself.</w:t>
      </w:r>
    </w:p>
    <w:p w14:paraId="6FD3E3C8" w14:textId="77777777" w:rsidR="00351B3C" w:rsidRPr="00124F84" w:rsidRDefault="00351B3C" w:rsidP="00124F84">
      <w:pPr>
        <w:pStyle w:val="NormalWeb"/>
        <w:rPr>
          <w:color w:val="000000"/>
        </w:rPr>
      </w:pPr>
      <w:r w:rsidRPr="00124F84">
        <w:rPr>
          <w:color w:val="000000"/>
        </w:rPr>
        <w:t>Another battlefield. Another playing field.</w:t>
      </w:r>
    </w:p>
    <w:p w14:paraId="2ED65962" w14:textId="77777777" w:rsidR="00351B3C" w:rsidRPr="00124F84" w:rsidRDefault="00351B3C" w:rsidP="00124F84">
      <w:pPr>
        <w:pStyle w:val="NormalWeb"/>
        <w:rPr>
          <w:color w:val="000000"/>
        </w:rPr>
      </w:pPr>
      <w:r w:rsidRPr="00124F84">
        <w:rPr>
          <w:color w:val="000000"/>
        </w:rPr>
        <w:t>Another way of fucking, raw and cerebral.</w:t>
      </w:r>
    </w:p>
    <w:p w14:paraId="702FC377" w14:textId="77777777" w:rsidR="00351B3C" w:rsidRPr="00124F84" w:rsidRDefault="00351B3C" w:rsidP="00124F84">
      <w:pPr>
        <w:pStyle w:val="NormalWeb"/>
        <w:rPr>
          <w:color w:val="000000"/>
        </w:rPr>
      </w:pPr>
      <w:r w:rsidRPr="00124F84">
        <w:rPr>
          <w:color w:val="000000"/>
        </w:rPr>
        <w:t>Finally, Camille pauses, biting softly on her lower lip, eyes narrowed, searching the board for an opening. She’s brilliant, challenging me at every turn, taking risks no ordinary player would dare.</w:t>
      </w:r>
    </w:p>
    <w:p w14:paraId="736A9547" w14:textId="77777777" w:rsidR="00351B3C" w:rsidRPr="00124F84" w:rsidRDefault="00351B3C" w:rsidP="00124F84">
      <w:pPr>
        <w:pStyle w:val="NormalWeb"/>
        <w:rPr>
          <w:color w:val="000000"/>
        </w:rPr>
      </w:pPr>
      <w:r w:rsidRPr="00124F84">
        <w:rPr>
          <w:color w:val="000000"/>
        </w:rPr>
        <w:lastRenderedPageBreak/>
        <w:t>“You’re exceptional,” I admit, voice roughened with genuine admiration, chest tight with the truth of it.</w:t>
      </w:r>
    </w:p>
    <w:p w14:paraId="5AEDB81B" w14:textId="77777777" w:rsidR="00351B3C" w:rsidRPr="00124F84" w:rsidRDefault="00351B3C" w:rsidP="00124F84">
      <w:pPr>
        <w:pStyle w:val="NormalWeb"/>
        <w:rPr>
          <w:color w:val="000000"/>
        </w:rPr>
      </w:pPr>
      <w:r w:rsidRPr="00124F84">
        <w:rPr>
          <w:color w:val="000000"/>
        </w:rPr>
        <w:t>She glances up sharply, surprised by the praise, eyes darkening. Her voice drops to a whisper, vulnerable yet provocative. “Still think emotion is a weakness?”</w:t>
      </w:r>
    </w:p>
    <w:p w14:paraId="6CBCD2A0" w14:textId="77777777" w:rsidR="00351B3C" w:rsidRPr="00124F84" w:rsidRDefault="00351B3C" w:rsidP="00124F84">
      <w:pPr>
        <w:pStyle w:val="NormalWeb"/>
        <w:rPr>
          <w:color w:val="000000"/>
        </w:rPr>
      </w:pPr>
      <w:r w:rsidRPr="00124F84">
        <w:rPr>
          <w:color w:val="000000"/>
        </w:rPr>
        <w:t>My gaze holds hers, unwavering, possessive. “With you? It might just be my downfall.”</w:t>
      </w:r>
    </w:p>
    <w:p w14:paraId="22E936C4" w14:textId="4C105C6F" w:rsidR="00351B3C" w:rsidRPr="00124F84" w:rsidRDefault="00351B3C" w:rsidP="00124F84">
      <w:pPr>
        <w:pStyle w:val="NormalWeb"/>
        <w:rPr>
          <w:color w:val="000000"/>
        </w:rPr>
      </w:pPr>
      <w:r w:rsidRPr="00124F84">
        <w:rPr>
          <w:color w:val="000000"/>
        </w:rPr>
        <w:t>She inhales sharply, breath hitching, pulse visible at her throat. Slowly, carefully, she reaches across the board, making a final, decisive move, placing her queen exactly where I least expected</w:t>
      </w:r>
      <w:r w:rsidR="009B7180" w:rsidRPr="00124F84">
        <w:rPr>
          <w:color w:val="000000"/>
        </w:rPr>
        <w:t xml:space="preserve"> </w:t>
      </w:r>
      <w:r w:rsidRPr="00124F84">
        <w:rPr>
          <w:color w:val="000000"/>
        </w:rPr>
        <w:t>dangerously close to checkmate.</w:t>
      </w:r>
    </w:p>
    <w:p w14:paraId="67E6D3BE" w14:textId="77777777" w:rsidR="00351B3C" w:rsidRPr="00124F84" w:rsidRDefault="00351B3C" w:rsidP="00124F84">
      <w:pPr>
        <w:pStyle w:val="NormalWeb"/>
        <w:rPr>
          <w:color w:val="000000"/>
        </w:rPr>
      </w:pPr>
      <w:r w:rsidRPr="00124F84">
        <w:rPr>
          <w:color w:val="000000"/>
        </w:rPr>
        <w:t>She lifts her eyes to mine, daring me to surrender, daring me to resist.</w:t>
      </w:r>
    </w:p>
    <w:p w14:paraId="1D56185C" w14:textId="77777777" w:rsidR="00351B3C" w:rsidRPr="00124F84" w:rsidRDefault="00351B3C" w:rsidP="00124F84">
      <w:pPr>
        <w:pStyle w:val="NormalWeb"/>
        <w:rPr>
          <w:color w:val="000000"/>
        </w:rPr>
      </w:pPr>
      <w:r w:rsidRPr="00124F84">
        <w:rPr>
          <w:color w:val="000000"/>
        </w:rPr>
        <w:t>“Your move,” she breathes softly.</w:t>
      </w:r>
    </w:p>
    <w:p w14:paraId="0AF1505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heartbeat kicks viciously in my chest as I stare down at the board, the marble queen positioned like a knife to my throat. Dangerous. Calculated. Ruthless. Exactly like the woman sitting across from me, eyes glittering with satisfaction, a knowing smirk playing at the edges of her mouth.</w:t>
      </w:r>
    </w:p>
    <w:p w14:paraId="66A33DE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Fuck, she’s stunning like this. Brilliant. Savage. Completely fucking unafraid.</w:t>
      </w:r>
    </w:p>
    <w:p w14:paraId="1F8A477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tension in the room stretches, pulses, sharp enough to slice skin. Neither of us speaks. I glance up slowly, my gaze meeting hers, heated and unapologetic.</w:t>
      </w:r>
    </w:p>
    <w:p w14:paraId="16E39E4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 think you’ve got me?” I ask softly, voice dropping low, a dangerous taunt threaded through the quiet.</w:t>
      </w:r>
    </w:p>
    <w:p w14:paraId="353CF18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leans forward just slightly, her robe shifting again, that smooth skin peeking out beneath thick fabric, distracting as hell. Her lips part slightly, a wicked smile curving slow and dangerous. “I know I do.”</w:t>
      </w:r>
    </w:p>
    <w:p w14:paraId="4875B834" w14:textId="61E9EE23"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jaw clenches hard, a thrill shivering down my spine at her blatant provocation. I scan the board, searching for weakness, for opportunity, for anything she might’ve missed</w:t>
      </w:r>
      <w:r w:rsidR="009B7180" w:rsidRPr="00124F84">
        <w:rPr>
          <w:rFonts w:ascii="Times New Roman" w:hAnsi="Times New Roman" w:cs="Times New Roman"/>
          <w:sz w:val="24"/>
          <w:szCs w:val="24"/>
        </w:rPr>
        <w:t xml:space="preserve">. </w:t>
      </w:r>
      <w:r w:rsidRPr="00124F84">
        <w:rPr>
          <w:rFonts w:ascii="Times New Roman" w:hAnsi="Times New Roman" w:cs="Times New Roman"/>
          <w:sz w:val="24"/>
          <w:szCs w:val="24"/>
        </w:rPr>
        <w:t>I finally move my bishop, sliding it carefully into position, neutralizing her immediate threat, buying myself space, time, leverage.</w:t>
      </w:r>
    </w:p>
    <w:p w14:paraId="6728830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eyebrows lift slightly, impressed but unfazed. She shifts forward again, scent teasing me softly, something feminine and warm mixing with the sharp, smoky whiskey still on her lips. I’m on edge, muscles tight, every nerve humming with the tension radiating between us.</w:t>
      </w:r>
    </w:p>
    <w:p w14:paraId="183758B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lifts a pawn, casually placing it closer, another bold threat building, every move she makes forcing me closer to the edge.</w:t>
      </w:r>
    </w:p>
    <w:p w14:paraId="44A51410" w14:textId="13C4D143" w:rsidR="009B7180" w:rsidRPr="00124F84" w:rsidRDefault="009B7180"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smiles, cocky and unrepentant. “You’re going to lose.”</w:t>
      </w:r>
    </w:p>
    <w:p w14:paraId="4C380B5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“Maybe I am.” My eyes drift over her mouth, her collarbone, the hollow of her throat where her pulse flutters wildly. “But I play best under pressure.”</w:t>
      </w:r>
    </w:p>
    <w:p w14:paraId="1D18B64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breath catches, just barely, but enough for me to see it, feel it, savor it. Slowly, deliberately, she moves her queen again, placing pressure exactly where she knows I’m weakest.</w:t>
      </w:r>
    </w:p>
    <w:p w14:paraId="5815337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noticed,” she murmurs softly, dark eyes challenging, provocative, another loaded meaning hanging between us.</w:t>
      </w:r>
    </w:p>
    <w:p w14:paraId="4064DB49" w14:textId="682C4815"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narrow my eyes, blood heating, pulse thrumming faster. Another careful maneuver of my rook, strategically aggressive, controlling, taking </w:t>
      </w:r>
      <w:proofErr w:type="gramStart"/>
      <w:r w:rsidR="009B7180" w:rsidRPr="00124F84">
        <w:rPr>
          <w:rFonts w:ascii="Times New Roman" w:hAnsi="Times New Roman" w:cs="Times New Roman"/>
          <w:sz w:val="24"/>
          <w:szCs w:val="24"/>
        </w:rPr>
        <w:t>back ground</w:t>
      </w:r>
      <w:proofErr w:type="gramEnd"/>
      <w:r w:rsidRPr="00124F84">
        <w:rPr>
          <w:rFonts w:ascii="Times New Roman" w:hAnsi="Times New Roman" w:cs="Times New Roman"/>
          <w:sz w:val="24"/>
          <w:szCs w:val="24"/>
        </w:rPr>
        <w:t xml:space="preserve"> inch by inch.</w:t>
      </w:r>
    </w:p>
    <w:p w14:paraId="783D650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“You’re defensive now,” she notes quietly, tracing one fingertip absently along her collarbone, watching me intently. “Worried?”</w:t>
      </w:r>
    </w:p>
    <w:p w14:paraId="665A5BE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“Strategic,” I correct sharply, voice low and edged. “Waiting.”</w:t>
      </w:r>
    </w:p>
    <w:p w14:paraId="3385293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“For what?”</w:t>
      </w:r>
    </w:p>
    <w:p w14:paraId="168A79C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hold her gaze, heavy and dark. “For you to make a mistake.”</w:t>
      </w:r>
    </w:p>
    <w:p w14:paraId="596E582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lips part slightly, something unspoken trembling there. Then she moves again, quick, confident, completely unexpected. She traps my rook, ruthlessly snatching one of my strongest defenses away.</w:t>
      </w:r>
    </w:p>
    <w:p w14:paraId="7938A4F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“Looks like I’m not the one making mistakes tonight,” she whispers, soft and lethal.</w:t>
      </w:r>
    </w:p>
    <w:p w14:paraId="0D1E491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Fuck.</w:t>
      </w:r>
    </w:p>
    <w:p w14:paraId="5DE5CBD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exhale slowly, impressed and something else, something primal, possessive. Hungry. She’s playing me better than anyone ever has, understanding the rhythm, anticipating every strike. Reading me in ways no one ever fucking does.</w:t>
      </w:r>
    </w:p>
    <w:p w14:paraId="53C9FFE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lean in closer, pushing a pawn forward slowly, inch by tense inch, taking ground back, forcing her hand. “I’ll make you pay for that.”</w:t>
      </w:r>
    </w:p>
    <w:p w14:paraId="076BF48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tilts her head, a slow, provocative smile curling her lips. “I’m counting on it.”</w:t>
      </w:r>
    </w:p>
    <w:p w14:paraId="538F9E5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heart nearly stops, adrenaline surging, desire spiking hot through my blood. I move instinctively, chess forgotten for a half second, hand sliding forward to grip hers, fingers circling delicate skin, holding tight, possessive, needing her to feel exactly how much she’s affecting me. Exactly how much she’s pushing me to the brink.</w:t>
      </w:r>
    </w:p>
    <w:p w14:paraId="47B9CF7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 like provoking me,” I murmur, thumb brushing her pulse point, feeling it </w:t>
      </w:r>
      <w:proofErr w:type="gramStart"/>
      <w:r w:rsidRPr="00124F84">
        <w:rPr>
          <w:rFonts w:ascii="Times New Roman" w:hAnsi="Times New Roman" w:cs="Times New Roman"/>
          <w:sz w:val="24"/>
          <w:szCs w:val="24"/>
        </w:rPr>
        <w:t>race</w:t>
      </w:r>
      <w:proofErr w:type="gramEnd"/>
      <w:r w:rsidRPr="00124F84">
        <w:rPr>
          <w:rFonts w:ascii="Times New Roman" w:hAnsi="Times New Roman" w:cs="Times New Roman"/>
          <w:sz w:val="24"/>
          <w:szCs w:val="24"/>
        </w:rPr>
        <w:t xml:space="preserve"> beneath my touch. “It excites you, doesn’t it?”</w:t>
      </w:r>
    </w:p>
    <w:p w14:paraId="3E58BEA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breathing quickens, eyes darkening, mouth softening dangerously. “And you love it.”</w:t>
      </w:r>
    </w:p>
    <w:p w14:paraId="6D95FB6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fucking live for it,” I whisper roughly.</w:t>
      </w:r>
    </w:p>
    <w:p w14:paraId="2DD9B0B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exhales sharply, eyes locked onto mine, heat and anticipation threading the air between us like live wires. Slowly, her gaze drifts to the board again, fingers grazing the marble, considering carefully.</w:t>
      </w:r>
    </w:p>
    <w:p w14:paraId="135D860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“Finish the game,” I challenge, voice low, the words a dare wrapped in desire.</w:t>
      </w:r>
    </w:p>
    <w:p w14:paraId="05EC2FD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pauses, eyes meeting mine again, defiant and reckless. “I thought I already had.”</w:t>
      </w:r>
    </w:p>
    <w:p w14:paraId="50F4D8E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“Not yet,” I breathe, leaning forward until there’s almost no space between us, until every breath she takes brushes hot against my mouth. “Not even fucking close.”</w:t>
      </w:r>
    </w:p>
    <w:p w14:paraId="5C32B2F2" w14:textId="77777777" w:rsidR="00351B3C" w:rsidRPr="00124F84" w:rsidRDefault="00351B3C" w:rsidP="00124F84">
      <w:pPr>
        <w:spacing w:line="240" w:lineRule="auto"/>
        <w:rPr>
          <w:rFonts w:ascii="Times New Roman" w:hAnsi="Times New Roman" w:cs="Times New Roman"/>
          <w:sz w:val="24"/>
          <w:szCs w:val="24"/>
        </w:rPr>
      </w:pPr>
    </w:p>
    <w:p w14:paraId="2007C642" w14:textId="77777777" w:rsidR="00351B3C" w:rsidRPr="00124F84" w:rsidRDefault="00351B3C" w:rsidP="00124F84">
      <w:pPr>
        <w:spacing w:line="240" w:lineRule="auto"/>
        <w:rPr>
          <w:rFonts w:ascii="Times New Roman" w:hAnsi="Times New Roman" w:cs="Times New Roman"/>
          <w:sz w:val="24"/>
          <w:szCs w:val="24"/>
        </w:rPr>
      </w:pPr>
    </w:p>
    <w:p w14:paraId="654D8B5F" w14:textId="77777777" w:rsidR="00351B3C" w:rsidRPr="00124F84" w:rsidRDefault="00351B3C" w:rsidP="00124F84">
      <w:pPr>
        <w:pStyle w:val="NormalWeb"/>
        <w:rPr>
          <w:color w:val="000000"/>
          <w:u w:val="single"/>
        </w:rPr>
      </w:pPr>
      <w:r w:rsidRPr="00124F84">
        <w:rPr>
          <w:color w:val="000000"/>
          <w:u w:val="single"/>
        </w:rPr>
        <w:t>Camille</w:t>
      </w:r>
    </w:p>
    <w:p w14:paraId="6AE89A98" w14:textId="77777777" w:rsidR="00351B3C" w:rsidRPr="00124F84" w:rsidRDefault="00351B3C" w:rsidP="00124F84">
      <w:pPr>
        <w:pStyle w:val="NormalWeb"/>
        <w:rPr>
          <w:color w:val="000000"/>
        </w:rPr>
      </w:pPr>
      <w:r w:rsidRPr="00124F84">
        <w:rPr>
          <w:color w:val="000000"/>
        </w:rPr>
        <w:t>My breath catches sharp in my chest, a ragged little hitch betraying just how deeply he’s crawling beneath my skin. Kane Rivera isn’t simply playing chess, he’s playing me, inch by torturous inch. Each move, each careful adjustment of his pieces feels like his fingers ghosting slowly over my skin, teasing, testing, tempting me to slip. He’s studying me, waiting for me to crack open, to yield, to finally lose this game we’re playing beneath the game itself.</w:t>
      </w:r>
    </w:p>
    <w:p w14:paraId="787FA650" w14:textId="77777777" w:rsidR="00351B3C" w:rsidRPr="00124F84" w:rsidRDefault="00351B3C" w:rsidP="00124F84">
      <w:pPr>
        <w:pStyle w:val="NormalWeb"/>
        <w:rPr>
          <w:color w:val="000000"/>
        </w:rPr>
      </w:pPr>
      <w:r w:rsidRPr="00124F84">
        <w:rPr>
          <w:color w:val="000000"/>
        </w:rPr>
        <w:t>But I won’t.</w:t>
      </w:r>
    </w:p>
    <w:p w14:paraId="541C36E2" w14:textId="77777777" w:rsidR="00351B3C" w:rsidRPr="00124F84" w:rsidRDefault="00351B3C" w:rsidP="00124F84">
      <w:pPr>
        <w:pStyle w:val="NormalWeb"/>
        <w:rPr>
          <w:color w:val="000000"/>
        </w:rPr>
      </w:pPr>
      <w:r w:rsidRPr="00124F84">
        <w:rPr>
          <w:color w:val="000000"/>
        </w:rPr>
        <w:t>Not yet.</w:t>
      </w:r>
    </w:p>
    <w:p w14:paraId="597264A0" w14:textId="77777777" w:rsidR="00351B3C" w:rsidRPr="00124F84" w:rsidRDefault="00351B3C" w:rsidP="00124F84">
      <w:pPr>
        <w:pStyle w:val="NormalWeb"/>
        <w:rPr>
          <w:color w:val="000000"/>
        </w:rPr>
      </w:pPr>
      <w:r w:rsidRPr="00124F84">
        <w:rPr>
          <w:color w:val="000000"/>
        </w:rPr>
        <w:t>I force my attention back to the marble pieces, my fingers trembling slightly as they hover just above my queen. The tension between us thickens, charged and dangerous, settling heavy in my chest. Kane’s dark gaze sears into my skin, daring me to take the next step, urging me toward the edge.</w:t>
      </w:r>
    </w:p>
    <w:p w14:paraId="148B36E1" w14:textId="77777777" w:rsidR="00351B3C" w:rsidRPr="00124F84" w:rsidRDefault="00351B3C" w:rsidP="00124F84">
      <w:pPr>
        <w:pStyle w:val="NormalWeb"/>
        <w:rPr>
          <w:color w:val="000000"/>
        </w:rPr>
      </w:pPr>
      <w:r w:rsidRPr="00124F84">
        <w:rPr>
          <w:color w:val="000000"/>
        </w:rPr>
        <w:t>I move my queen forward carefully, dangerously, invading his territory, closing in tighter. “Check,” I murmur softly, glancing up slowly beneath lowered lashes.</w:t>
      </w:r>
    </w:p>
    <w:p w14:paraId="3BC506AB" w14:textId="77777777" w:rsidR="00351B3C" w:rsidRPr="00124F84" w:rsidRDefault="00351B3C" w:rsidP="00124F84">
      <w:pPr>
        <w:pStyle w:val="NormalWeb"/>
        <w:rPr>
          <w:color w:val="000000"/>
        </w:rPr>
      </w:pPr>
      <w:r w:rsidRPr="00124F84">
        <w:rPr>
          <w:color w:val="000000"/>
        </w:rPr>
        <w:t xml:space="preserve">Kane’s jaw flexes sharply, a muscle ticking beneath the skin. Something in his </w:t>
      </w:r>
      <w:proofErr w:type="gramStart"/>
      <w:r w:rsidRPr="00124F84">
        <w:rPr>
          <w:color w:val="000000"/>
        </w:rPr>
        <w:t>eyes</w:t>
      </w:r>
      <w:proofErr w:type="gramEnd"/>
      <w:r w:rsidRPr="00124F84">
        <w:rPr>
          <w:color w:val="000000"/>
        </w:rPr>
        <w:t xml:space="preserve"> flickers, a thrill, something close to admiration. But he covers it fast, calm returning to his features, cool and unshakable. He reaches forward slowly, decisively shifting his king just enough to escape my immediate threat.</w:t>
      </w:r>
    </w:p>
    <w:p w14:paraId="109D990D" w14:textId="77777777" w:rsidR="00351B3C" w:rsidRPr="00124F84" w:rsidRDefault="00351B3C" w:rsidP="00124F84">
      <w:pPr>
        <w:pStyle w:val="NormalWeb"/>
        <w:rPr>
          <w:color w:val="000000"/>
        </w:rPr>
      </w:pPr>
      <w:r w:rsidRPr="00124F84">
        <w:rPr>
          <w:color w:val="000000"/>
        </w:rPr>
        <w:t>My pulse spikes harder, hotter, excitement racing beneath my skin like wildfire. He’s good. Better than good. Every move he makes is careful, patient, lethal. Exactly like the man himself.</w:t>
      </w:r>
    </w:p>
    <w:p w14:paraId="090553C7" w14:textId="77777777" w:rsidR="00351B3C" w:rsidRPr="00124F84" w:rsidRDefault="00351B3C" w:rsidP="00124F84">
      <w:pPr>
        <w:pStyle w:val="NormalWeb"/>
        <w:rPr>
          <w:color w:val="000000"/>
        </w:rPr>
      </w:pPr>
      <w:r w:rsidRPr="00124F84">
        <w:rPr>
          <w:color w:val="000000"/>
        </w:rPr>
        <w:t>“You’re running out of moves,” I say softly, lips curving in a teasing smirk.</w:t>
      </w:r>
    </w:p>
    <w:p w14:paraId="2C6BBAC8" w14:textId="77777777" w:rsidR="00351B3C" w:rsidRPr="00124F84" w:rsidRDefault="00351B3C" w:rsidP="00124F84">
      <w:pPr>
        <w:pStyle w:val="NormalWeb"/>
        <w:rPr>
          <w:color w:val="000000"/>
        </w:rPr>
      </w:pPr>
      <w:r w:rsidRPr="00124F84">
        <w:rPr>
          <w:color w:val="000000"/>
        </w:rPr>
        <w:lastRenderedPageBreak/>
        <w:t>He leans forward, elbows resting casually on his knees, fingers steepled beneath his chin, eyes narrowed and intense as he studies the board. “Maybe I just enjoy being cornered,” he murmurs, voice dark velvet, sliding deliciously down my spine. “Makes it sweeter when I turn the tables.”</w:t>
      </w:r>
    </w:p>
    <w:p w14:paraId="3BE95B0E" w14:textId="77777777" w:rsidR="00351B3C" w:rsidRPr="00124F84" w:rsidRDefault="00351B3C" w:rsidP="00124F84">
      <w:pPr>
        <w:pStyle w:val="NormalWeb"/>
        <w:rPr>
          <w:color w:val="000000"/>
        </w:rPr>
      </w:pPr>
      <w:r w:rsidRPr="00124F84">
        <w:rPr>
          <w:color w:val="000000"/>
        </w:rPr>
        <w:t>Heat rushes to my cheeks, and I swallow hard, forcing composure I barely feel. I take a slow breath, leaning forward myself, pushing my bishop carefully into position, another subtle strike. “You think you can turn the tables on me?”</w:t>
      </w:r>
    </w:p>
    <w:p w14:paraId="0256FE1C" w14:textId="77777777" w:rsidR="00351B3C" w:rsidRPr="00124F84" w:rsidRDefault="00351B3C" w:rsidP="00124F84">
      <w:pPr>
        <w:pStyle w:val="NormalWeb"/>
        <w:rPr>
          <w:color w:val="000000"/>
        </w:rPr>
      </w:pPr>
      <w:r w:rsidRPr="00124F84">
        <w:rPr>
          <w:color w:val="000000"/>
        </w:rPr>
        <w:t>His eyes flick up, meeting mine, something hot and primal burning deep in his gaze. “You already know I can, Camille.”</w:t>
      </w:r>
    </w:p>
    <w:p w14:paraId="5E5F195D" w14:textId="77777777" w:rsidR="00351B3C" w:rsidRPr="00124F84" w:rsidRDefault="00351B3C" w:rsidP="00124F84">
      <w:pPr>
        <w:pStyle w:val="NormalWeb"/>
        <w:rPr>
          <w:color w:val="000000"/>
        </w:rPr>
      </w:pPr>
      <w:r w:rsidRPr="00124F84">
        <w:rPr>
          <w:color w:val="000000"/>
        </w:rPr>
        <w:t>I shiver, the ache he left inside me suddenly reigniting with full, vicious force. I reach for the whiskey glass again, the liquid smooth and hot on my tongue, mingling dangerously with the taste of him still lingering on my lips. I set the glass back down slowly, my voice dropping to a whisper, a quiet challenge. “Prove it.”</w:t>
      </w:r>
    </w:p>
    <w:p w14:paraId="015CF08A" w14:textId="77777777" w:rsidR="00351B3C" w:rsidRPr="00124F84" w:rsidRDefault="00351B3C" w:rsidP="00124F84">
      <w:pPr>
        <w:pStyle w:val="NormalWeb"/>
        <w:rPr>
          <w:color w:val="000000"/>
        </w:rPr>
      </w:pPr>
      <w:r w:rsidRPr="00124F84">
        <w:rPr>
          <w:color w:val="000000"/>
        </w:rPr>
        <w:t>His chest expands slightly, eyes glittering, pulse thrumming visibly at his throat. He moves his rook suddenly, capturing my bishop with a decisive strike. “Check.”</w:t>
      </w:r>
    </w:p>
    <w:p w14:paraId="658489E4" w14:textId="581526BE" w:rsidR="00351B3C" w:rsidRPr="00124F84" w:rsidRDefault="00351B3C" w:rsidP="00124F84">
      <w:pPr>
        <w:pStyle w:val="NormalWeb"/>
        <w:rPr>
          <w:color w:val="000000"/>
        </w:rPr>
      </w:pPr>
      <w:r w:rsidRPr="00124F84">
        <w:rPr>
          <w:color w:val="000000"/>
        </w:rPr>
        <w:t xml:space="preserve">I </w:t>
      </w:r>
      <w:proofErr w:type="spellStart"/>
      <w:r w:rsidRPr="00124F84">
        <w:rPr>
          <w:color w:val="000000"/>
        </w:rPr>
        <w:t>suck</w:t>
      </w:r>
      <w:proofErr w:type="spellEnd"/>
      <w:r w:rsidRPr="00124F84">
        <w:rPr>
          <w:color w:val="000000"/>
        </w:rPr>
        <w:t xml:space="preserve"> in a sharp breath, heart thudding violently. He’s turned it around</w:t>
      </w:r>
      <w:r w:rsidR="001675E0" w:rsidRPr="00124F84">
        <w:rPr>
          <w:color w:val="000000"/>
        </w:rPr>
        <w:t xml:space="preserve"> </w:t>
      </w:r>
      <w:r w:rsidRPr="00124F84">
        <w:rPr>
          <w:color w:val="000000"/>
        </w:rPr>
        <w:t xml:space="preserve">fast, ruthless, without mercy. Every nerve in my body is </w:t>
      </w:r>
      <w:proofErr w:type="spellStart"/>
      <w:r w:rsidRPr="00124F84">
        <w:rPr>
          <w:color w:val="000000"/>
        </w:rPr>
        <w:t>alight</w:t>
      </w:r>
      <w:proofErr w:type="spellEnd"/>
      <w:r w:rsidRPr="00124F84">
        <w:rPr>
          <w:color w:val="000000"/>
        </w:rPr>
        <w:t>, awareness sharpening. But I’m not finished.</w:t>
      </w:r>
    </w:p>
    <w:p w14:paraId="28AACCAB" w14:textId="77777777" w:rsidR="00351B3C" w:rsidRPr="00124F84" w:rsidRDefault="00351B3C" w:rsidP="00124F84">
      <w:pPr>
        <w:pStyle w:val="NormalWeb"/>
        <w:rPr>
          <w:color w:val="000000"/>
        </w:rPr>
      </w:pPr>
      <w:r w:rsidRPr="00124F84">
        <w:rPr>
          <w:color w:val="000000"/>
        </w:rPr>
        <w:t>I move swiftly, repositioning my king, pulse racing faster, body warming beneath his intense stare. “Your move.”</w:t>
      </w:r>
    </w:p>
    <w:p w14:paraId="3B7A7D16" w14:textId="77777777" w:rsidR="00351B3C" w:rsidRPr="00124F84" w:rsidRDefault="00351B3C" w:rsidP="00124F84">
      <w:pPr>
        <w:pStyle w:val="NormalWeb"/>
        <w:rPr>
          <w:color w:val="000000"/>
        </w:rPr>
      </w:pPr>
      <w:r w:rsidRPr="00124F84">
        <w:rPr>
          <w:color w:val="000000"/>
        </w:rPr>
        <w:t>He leans in closer, voice roughening dangerously. “Careful, Muñequita. You’re getting reckless.”</w:t>
      </w:r>
    </w:p>
    <w:p w14:paraId="651D7AF9" w14:textId="77777777" w:rsidR="00351B3C" w:rsidRPr="00124F84" w:rsidRDefault="00351B3C" w:rsidP="00124F84">
      <w:pPr>
        <w:pStyle w:val="NormalWeb"/>
        <w:rPr>
          <w:color w:val="000000"/>
        </w:rPr>
      </w:pPr>
      <w:r w:rsidRPr="00124F84">
        <w:rPr>
          <w:color w:val="000000"/>
        </w:rPr>
        <w:t>“Maybe,” I whisper, leaning into his space, daring him. “Or maybe I just like the thrill.”</w:t>
      </w:r>
    </w:p>
    <w:p w14:paraId="37039553" w14:textId="77777777" w:rsidR="00351B3C" w:rsidRPr="00124F84" w:rsidRDefault="00351B3C" w:rsidP="00124F84">
      <w:pPr>
        <w:pStyle w:val="NormalWeb"/>
        <w:rPr>
          <w:color w:val="000000"/>
        </w:rPr>
      </w:pPr>
      <w:r w:rsidRPr="00124F84">
        <w:rPr>
          <w:color w:val="000000"/>
        </w:rPr>
        <w:t>He reaches forward, fingers sliding around my wrist, thumb pressing firmly into the fluttering pulse there, voice low and rough, threaded with barely restrained desire. “Don’t provoke the devil unless you’re ready for hell.”</w:t>
      </w:r>
    </w:p>
    <w:p w14:paraId="1F845617" w14:textId="3CFF7932" w:rsidR="00351B3C" w:rsidRPr="00124F84" w:rsidRDefault="00351B3C" w:rsidP="00124F84">
      <w:pPr>
        <w:pStyle w:val="NormalWeb"/>
        <w:rPr>
          <w:color w:val="000000"/>
        </w:rPr>
      </w:pPr>
      <w:r w:rsidRPr="00124F84">
        <w:rPr>
          <w:color w:val="000000"/>
        </w:rPr>
        <w:t>My heart pounds, his words sliding hot and dangerous down my spine. But the reckless spark inside me won’t be quieted. It whispers to me</w:t>
      </w:r>
      <w:r w:rsidR="001675E0" w:rsidRPr="00124F84">
        <w:rPr>
          <w:color w:val="000000"/>
        </w:rPr>
        <w:t xml:space="preserve"> </w:t>
      </w:r>
      <w:r w:rsidRPr="00124F84">
        <w:rPr>
          <w:color w:val="000000"/>
        </w:rPr>
        <w:t>to push him further, to see exactly how close to the edge Kane Rivera can come before he snaps.</w:t>
      </w:r>
    </w:p>
    <w:p w14:paraId="32E76807" w14:textId="77777777" w:rsidR="00351B3C" w:rsidRPr="00124F84" w:rsidRDefault="00351B3C" w:rsidP="00124F84">
      <w:pPr>
        <w:pStyle w:val="NormalWeb"/>
        <w:rPr>
          <w:color w:val="000000"/>
        </w:rPr>
      </w:pPr>
      <w:r w:rsidRPr="00124F84">
        <w:rPr>
          <w:color w:val="000000"/>
        </w:rPr>
        <w:t>“Maybe hell doesn’t scare me,” I breathe, voice soft, defiant, a seductive dare lingering between us.</w:t>
      </w:r>
    </w:p>
    <w:p w14:paraId="728EACCE" w14:textId="77777777" w:rsidR="00351B3C" w:rsidRPr="00124F84" w:rsidRDefault="00351B3C" w:rsidP="00124F84">
      <w:pPr>
        <w:pStyle w:val="NormalWeb"/>
        <w:rPr>
          <w:color w:val="000000"/>
        </w:rPr>
      </w:pPr>
      <w:r w:rsidRPr="00124F84">
        <w:rPr>
          <w:color w:val="000000"/>
        </w:rPr>
        <w:t>His fingers tighten slightly around my wrist, the pressure sending heat spiraling low, throbbing between my thighs. He stares at me, eyes glittering, dark amusement curving his lips. “It should.”</w:t>
      </w:r>
    </w:p>
    <w:p w14:paraId="668859FD" w14:textId="77777777" w:rsidR="00351B3C" w:rsidRPr="00124F84" w:rsidRDefault="00351B3C" w:rsidP="00124F84">
      <w:pPr>
        <w:pStyle w:val="NormalWeb"/>
        <w:rPr>
          <w:color w:val="000000"/>
        </w:rPr>
      </w:pPr>
      <w:r w:rsidRPr="00124F84">
        <w:rPr>
          <w:color w:val="000000"/>
        </w:rPr>
        <w:t>I hold his gaze defiantly, despite my heart racing violently. “Make your move.”</w:t>
      </w:r>
    </w:p>
    <w:p w14:paraId="17F12231" w14:textId="77777777" w:rsidR="00351B3C" w:rsidRPr="00124F84" w:rsidRDefault="00351B3C" w:rsidP="00124F84">
      <w:pPr>
        <w:pStyle w:val="NormalWeb"/>
        <w:rPr>
          <w:color w:val="000000"/>
        </w:rPr>
      </w:pPr>
      <w:r w:rsidRPr="00124F84">
        <w:rPr>
          <w:color w:val="000000"/>
        </w:rPr>
        <w:lastRenderedPageBreak/>
        <w:t>He watches me a second longer, dark eyes holding mine like a physical touch, then releases me slowly, turning his attention back to the board. And something shifts, subtle but unmistakable. The playfulness melts away, replaced by pure, calculated ruthlessness. Kane Rivera, dangerous and deliberate, a predator finally ready to strike.</w:t>
      </w:r>
    </w:p>
    <w:p w14:paraId="3EE4AB9B" w14:textId="77777777" w:rsidR="001675E0" w:rsidRPr="00124F84" w:rsidRDefault="00351B3C" w:rsidP="00124F84">
      <w:pPr>
        <w:pStyle w:val="NormalWeb"/>
        <w:rPr>
          <w:color w:val="000000"/>
        </w:rPr>
      </w:pPr>
      <w:r w:rsidRPr="00124F84">
        <w:rPr>
          <w:color w:val="000000"/>
        </w:rPr>
        <w:t xml:space="preserve">His rook slides forward, cutting sharply into my line of defense, capturing my knight with ruthless precision. My stomach tightens. </w:t>
      </w:r>
    </w:p>
    <w:p w14:paraId="18B97F21" w14:textId="2FD95027" w:rsidR="00351B3C" w:rsidRPr="00124F84" w:rsidRDefault="00351B3C" w:rsidP="00124F84">
      <w:pPr>
        <w:pStyle w:val="NormalWeb"/>
        <w:rPr>
          <w:color w:val="000000"/>
        </w:rPr>
      </w:pPr>
      <w:r w:rsidRPr="00124F84">
        <w:rPr>
          <w:color w:val="000000"/>
        </w:rPr>
        <w:t>Shit.</w:t>
      </w:r>
    </w:p>
    <w:p w14:paraId="1F4ED9DA" w14:textId="77777777" w:rsidR="00351B3C" w:rsidRPr="00124F84" w:rsidRDefault="00351B3C" w:rsidP="00124F84">
      <w:pPr>
        <w:pStyle w:val="NormalWeb"/>
        <w:rPr>
          <w:color w:val="000000"/>
        </w:rPr>
      </w:pPr>
      <w:r w:rsidRPr="00124F84">
        <w:rPr>
          <w:color w:val="000000"/>
        </w:rPr>
        <w:t>“Check again,” he murmurs calmly, voice deceptively quiet. He lifts his gaze slowly to mine, satisfaction burning dangerously in those dark eyes.</w:t>
      </w:r>
    </w:p>
    <w:p w14:paraId="2F0830E6" w14:textId="77777777" w:rsidR="00351B3C" w:rsidRPr="00124F84" w:rsidRDefault="00351B3C" w:rsidP="00124F84">
      <w:pPr>
        <w:pStyle w:val="NormalWeb"/>
        <w:rPr>
          <w:color w:val="000000"/>
        </w:rPr>
      </w:pPr>
      <w:r w:rsidRPr="00124F84">
        <w:rPr>
          <w:color w:val="000000"/>
        </w:rPr>
        <w:t>My pulse spikes hard, breath quickening as my fingers flutter nervously over the pieces, desperately searching for escape. I see an opening, small but workable, shifting my bishop defensively, blocking his immediate path. A temporary reprieve.</w:t>
      </w:r>
    </w:p>
    <w:p w14:paraId="6848C3F0" w14:textId="77777777" w:rsidR="00351B3C" w:rsidRPr="00124F84" w:rsidRDefault="00351B3C" w:rsidP="00124F84">
      <w:pPr>
        <w:pStyle w:val="NormalWeb"/>
        <w:rPr>
          <w:color w:val="000000"/>
        </w:rPr>
      </w:pPr>
      <w:r w:rsidRPr="00124F84">
        <w:rPr>
          <w:color w:val="000000"/>
        </w:rPr>
        <w:t>He smiles faintly, a dark, cruel twist of his mouth. “You’re running, Camille. I thought you liked the thrill.”</w:t>
      </w:r>
    </w:p>
    <w:p w14:paraId="4A91CCF7" w14:textId="77777777" w:rsidR="00351B3C" w:rsidRPr="00124F84" w:rsidRDefault="00351B3C" w:rsidP="00124F84">
      <w:pPr>
        <w:pStyle w:val="NormalWeb"/>
        <w:rPr>
          <w:color w:val="000000"/>
        </w:rPr>
      </w:pPr>
      <w:r w:rsidRPr="00124F84">
        <w:rPr>
          <w:color w:val="000000"/>
        </w:rPr>
        <w:t>My cheeks flush hot, desire and frustration bleeding together beneath my skin. “Maybe I’m just playing with you,” I bite back, voice wavering only slightly.</w:t>
      </w:r>
    </w:p>
    <w:p w14:paraId="56710675" w14:textId="77777777" w:rsidR="00351B3C" w:rsidRPr="00124F84" w:rsidRDefault="00351B3C" w:rsidP="00124F84">
      <w:pPr>
        <w:pStyle w:val="NormalWeb"/>
        <w:rPr>
          <w:color w:val="000000"/>
        </w:rPr>
      </w:pPr>
      <w:r w:rsidRPr="00124F84">
        <w:rPr>
          <w:color w:val="000000"/>
        </w:rPr>
        <w:t>His eyes narrow, satisfaction deepening. He moves forward swiftly now, precisely placing his queen into position, slicing deeply through my carefully laid defenses. My heart sinks sharply, the realization dawning like ice through my veins. He’s been baiting me, drawing me closer, waiting for the perfect moment to strike.</w:t>
      </w:r>
    </w:p>
    <w:p w14:paraId="49119177" w14:textId="77777777" w:rsidR="00351B3C" w:rsidRPr="00124F84" w:rsidRDefault="00351B3C" w:rsidP="00124F84">
      <w:pPr>
        <w:pStyle w:val="NormalWeb"/>
        <w:rPr>
          <w:color w:val="000000"/>
        </w:rPr>
      </w:pPr>
      <w:r w:rsidRPr="00124F84">
        <w:rPr>
          <w:color w:val="000000"/>
        </w:rPr>
        <w:t>“Check,” he repeats, low and dangerous, eyes never leaving mine. “Again.”</w:t>
      </w:r>
    </w:p>
    <w:p w14:paraId="42066FB3" w14:textId="77777777" w:rsidR="00351B3C" w:rsidRPr="00124F84" w:rsidRDefault="00351B3C" w:rsidP="00124F84">
      <w:pPr>
        <w:pStyle w:val="NormalWeb"/>
        <w:rPr>
          <w:color w:val="000000"/>
        </w:rPr>
      </w:pPr>
      <w:r w:rsidRPr="00124F84">
        <w:rPr>
          <w:color w:val="000000"/>
        </w:rPr>
        <w:t>I exhale shakily, scanning the board, desperate for escape. But every exit is blocked. Every path closed off with merciless efficiency. My fingers hover helplessly, panic flickering through my chest.</w:t>
      </w:r>
    </w:p>
    <w:p w14:paraId="0BF80E55" w14:textId="77777777" w:rsidR="00351B3C" w:rsidRPr="00124F84" w:rsidRDefault="00351B3C" w:rsidP="00124F84">
      <w:pPr>
        <w:pStyle w:val="NormalWeb"/>
        <w:rPr>
          <w:color w:val="000000"/>
        </w:rPr>
      </w:pPr>
      <w:r w:rsidRPr="00124F84">
        <w:rPr>
          <w:color w:val="000000"/>
        </w:rPr>
        <w:t>“You planned this,” I whisper, realization sharp, breathless. “You set me up from the start.”</w:t>
      </w:r>
    </w:p>
    <w:p w14:paraId="464A805C" w14:textId="77777777" w:rsidR="00351B3C" w:rsidRPr="00124F84" w:rsidRDefault="00351B3C" w:rsidP="00124F84">
      <w:pPr>
        <w:pStyle w:val="NormalWeb"/>
        <w:rPr>
          <w:color w:val="000000"/>
        </w:rPr>
      </w:pPr>
      <w:r w:rsidRPr="00124F84">
        <w:rPr>
          <w:color w:val="000000"/>
        </w:rPr>
        <w:t>He leans forward slowly, palms resting on the table, voice dropping to velvet-edged darkness. “Always. Every single move.”</w:t>
      </w:r>
    </w:p>
    <w:p w14:paraId="332B2D14" w14:textId="4F992C42" w:rsidR="00351B3C" w:rsidRPr="00124F84" w:rsidRDefault="00351B3C" w:rsidP="00124F84">
      <w:pPr>
        <w:pStyle w:val="NormalWeb"/>
        <w:rPr>
          <w:color w:val="000000"/>
        </w:rPr>
      </w:pPr>
      <w:r w:rsidRPr="00124F84">
        <w:rPr>
          <w:color w:val="000000"/>
        </w:rPr>
        <w:t>My chest tightens painfully, throat suddenly dry. I move my king desperately, a last-ditch effort to evade his grasp, to delay the inevitable</w:t>
      </w:r>
      <w:r w:rsidR="001675E0" w:rsidRPr="00124F84">
        <w:rPr>
          <w:color w:val="000000"/>
        </w:rPr>
        <w:t>…</w:t>
      </w:r>
    </w:p>
    <w:p w14:paraId="1A6D2213" w14:textId="77777777" w:rsidR="00351B3C" w:rsidRPr="00124F84" w:rsidRDefault="00351B3C" w:rsidP="00124F84">
      <w:pPr>
        <w:pStyle w:val="NormalWeb"/>
        <w:rPr>
          <w:color w:val="000000"/>
        </w:rPr>
      </w:pPr>
      <w:r w:rsidRPr="00124F84">
        <w:rPr>
          <w:color w:val="000000"/>
        </w:rPr>
        <w:t>But he’s already anticipated me.</w:t>
      </w:r>
    </w:p>
    <w:p w14:paraId="67C0E327" w14:textId="77777777" w:rsidR="00351B3C" w:rsidRPr="00124F84" w:rsidRDefault="00351B3C" w:rsidP="00124F84">
      <w:pPr>
        <w:pStyle w:val="NormalWeb"/>
        <w:rPr>
          <w:color w:val="000000"/>
        </w:rPr>
      </w:pPr>
      <w:r w:rsidRPr="00124F84">
        <w:rPr>
          <w:color w:val="000000"/>
        </w:rPr>
        <w:t>His bishop slides forward calmly, decisively, trapping my king with ruthless finality.</w:t>
      </w:r>
    </w:p>
    <w:p w14:paraId="6DD74E78" w14:textId="77777777" w:rsidR="00351B3C" w:rsidRPr="00124F84" w:rsidRDefault="00351B3C" w:rsidP="00124F84">
      <w:pPr>
        <w:pStyle w:val="NormalWeb"/>
        <w:rPr>
          <w:color w:val="000000"/>
        </w:rPr>
      </w:pPr>
      <w:r w:rsidRPr="00124F84">
        <w:rPr>
          <w:color w:val="000000"/>
        </w:rPr>
        <w:lastRenderedPageBreak/>
        <w:t>“Checkmate,” he murmurs softly, gaze locked onto mine, the triumph raw, undeniable. Complete.</w:t>
      </w:r>
    </w:p>
    <w:p w14:paraId="77EA42BB" w14:textId="77777777" w:rsidR="00351B3C" w:rsidRPr="00124F84" w:rsidRDefault="00351B3C" w:rsidP="00124F84">
      <w:pPr>
        <w:pStyle w:val="NormalWeb"/>
        <w:rPr>
          <w:color w:val="000000"/>
        </w:rPr>
      </w:pPr>
      <w:r w:rsidRPr="00124F84">
        <w:rPr>
          <w:color w:val="000000"/>
        </w:rPr>
        <w:t>I stare helplessly at the board, breathing shallow, heart racing out of control. He’s won, not just the game, but the battle beneath. He’s dominated every move, every breath, every moment since the second I walked into this penthouse.</w:t>
      </w:r>
    </w:p>
    <w:p w14:paraId="710F0AEC" w14:textId="77777777" w:rsidR="00351B3C" w:rsidRPr="00124F84" w:rsidRDefault="00351B3C" w:rsidP="00124F84">
      <w:pPr>
        <w:pStyle w:val="NormalWeb"/>
        <w:rPr>
          <w:color w:val="000000"/>
        </w:rPr>
      </w:pPr>
      <w:r w:rsidRPr="00124F84">
        <w:rPr>
          <w:color w:val="000000"/>
        </w:rPr>
        <w:t>Slowly, Kane stands, rounding the chessboard until he towers above me, his heat burning against my skin. He leans down, fingers grazing my chin, forcing me gently to meet his gaze, possessive, victorious, darkly satisfied.</w:t>
      </w:r>
    </w:p>
    <w:p w14:paraId="6922FDD6" w14:textId="77777777" w:rsidR="00351B3C" w:rsidRPr="00124F84" w:rsidRDefault="00351B3C" w:rsidP="00124F84">
      <w:pPr>
        <w:pStyle w:val="NormalWeb"/>
        <w:rPr>
          <w:color w:val="000000"/>
        </w:rPr>
      </w:pPr>
      <w:r w:rsidRPr="00124F84">
        <w:rPr>
          <w:color w:val="000000"/>
        </w:rPr>
        <w:t>“You should know by now, Muñequita,” he whispers, voice rough velvet, sliding dangerously against my ear, “I always win.”</w:t>
      </w:r>
    </w:p>
    <w:p w14:paraId="7E70EF8D" w14:textId="77777777" w:rsidR="00351B3C" w:rsidRPr="00124F84" w:rsidRDefault="00351B3C" w:rsidP="00124F84">
      <w:pPr>
        <w:pStyle w:val="NormalWeb"/>
        <w:rPr>
          <w:color w:val="000000"/>
        </w:rPr>
      </w:pPr>
      <w:r w:rsidRPr="00124F84">
        <w:rPr>
          <w:color w:val="000000"/>
        </w:rPr>
        <w:t xml:space="preserve">My breath trembles softly, lips parting as I stare up into the raw darkness of his eyes. My heart crashes violently against my ribs, panic and excitement twisting sharply in my chest. He’s so close, so overwhelming, heat radiating off his skin, filling </w:t>
      </w:r>
      <w:proofErr w:type="gramStart"/>
      <w:r w:rsidRPr="00124F84">
        <w:rPr>
          <w:color w:val="000000"/>
        </w:rPr>
        <w:t>every last</w:t>
      </w:r>
      <w:proofErr w:type="gramEnd"/>
      <w:r w:rsidRPr="00124F84">
        <w:rPr>
          <w:color w:val="000000"/>
        </w:rPr>
        <w:t xml:space="preserve"> inch of space between us.</w:t>
      </w:r>
    </w:p>
    <w:p w14:paraId="4DA2FB3E" w14:textId="77777777" w:rsidR="00351B3C" w:rsidRPr="00124F84" w:rsidRDefault="00351B3C" w:rsidP="00124F84">
      <w:pPr>
        <w:pStyle w:val="NormalWeb"/>
        <w:rPr>
          <w:color w:val="000000"/>
        </w:rPr>
      </w:pPr>
      <w:r w:rsidRPr="00124F84">
        <w:rPr>
          <w:color w:val="000000"/>
        </w:rPr>
        <w:t>He trails his thumb slowly across my lower lip, the pressure soft yet possessive, tracing my mouth with a maddening patience.</w:t>
      </w:r>
    </w:p>
    <w:p w14:paraId="008D5FA8" w14:textId="77777777" w:rsidR="00351B3C" w:rsidRPr="00124F84" w:rsidRDefault="00351B3C" w:rsidP="00124F84">
      <w:pPr>
        <w:pStyle w:val="NormalWeb"/>
        <w:rPr>
          <w:color w:val="000000"/>
        </w:rPr>
      </w:pPr>
      <w:r w:rsidRPr="00124F84">
        <w:rPr>
          <w:color w:val="000000"/>
        </w:rPr>
        <w:t>“And when I win,” he murmurs quietly, voice sliding into something rougher, deeper, darker, “I always take my prize.”</w:t>
      </w:r>
    </w:p>
    <w:p w14:paraId="4A9B533F" w14:textId="77777777" w:rsidR="00351B3C" w:rsidRPr="00124F84" w:rsidRDefault="00351B3C" w:rsidP="00124F84">
      <w:pPr>
        <w:pStyle w:val="NormalWeb"/>
        <w:rPr>
          <w:color w:val="000000"/>
        </w:rPr>
      </w:pPr>
      <w:r w:rsidRPr="00124F84">
        <w:rPr>
          <w:color w:val="000000"/>
        </w:rPr>
        <w:t>My pulse spikes viciously, heat spiraling low, an aching throb igniting between my thighs. I tilt my chin up, trying to hold onto the fragile threads of defiance, but my voice comes out breathless, unsteady. “And what prize is that?”</w:t>
      </w:r>
    </w:p>
    <w:p w14:paraId="43D57FF7" w14:textId="77777777" w:rsidR="00351B3C" w:rsidRPr="00124F84" w:rsidRDefault="00351B3C" w:rsidP="00124F84">
      <w:pPr>
        <w:pStyle w:val="NormalWeb"/>
        <w:rPr>
          <w:color w:val="000000"/>
        </w:rPr>
      </w:pPr>
      <w:r w:rsidRPr="00124F84">
        <w:rPr>
          <w:color w:val="000000"/>
        </w:rPr>
        <w:t>His lips curl slowly, dangerously. The victory in his eyes sharpens, deepens. He leans in further, breath hot against my cheek, whispering softly into my ear.</w:t>
      </w:r>
    </w:p>
    <w:p w14:paraId="709AF122" w14:textId="77777777" w:rsidR="00351B3C" w:rsidRPr="00124F84" w:rsidRDefault="00351B3C" w:rsidP="00124F84">
      <w:pPr>
        <w:pStyle w:val="NormalWeb"/>
        <w:rPr>
          <w:color w:val="000000"/>
        </w:rPr>
      </w:pPr>
      <w:r w:rsidRPr="00124F84">
        <w:rPr>
          <w:color w:val="000000"/>
        </w:rPr>
        <w:t>“You.”</w:t>
      </w:r>
    </w:p>
    <w:p w14:paraId="03218D5B" w14:textId="77777777" w:rsidR="00351B3C" w:rsidRPr="00124F84" w:rsidRDefault="00351B3C" w:rsidP="00124F84">
      <w:pPr>
        <w:pStyle w:val="NormalWeb"/>
        <w:rPr>
          <w:color w:val="000000"/>
        </w:rPr>
      </w:pPr>
      <w:r w:rsidRPr="00124F84">
        <w:rPr>
          <w:color w:val="000000"/>
        </w:rPr>
        <w:t>A tremor shivers through my body, anticipation pooling dangerously, overwhelming any remnants of control. His hand moves slowly, deliberately, sliding down to grip my wrist, gently pulling me to my feet until we’re standing chest to chest, my body pressed flush against the solid heat of his.</w:t>
      </w:r>
    </w:p>
    <w:p w14:paraId="39389408" w14:textId="10F71371" w:rsidR="00351B3C" w:rsidRPr="00124F84" w:rsidRDefault="00351B3C" w:rsidP="00124F84">
      <w:pPr>
        <w:pStyle w:val="NormalWeb"/>
        <w:rPr>
          <w:color w:val="000000"/>
        </w:rPr>
      </w:pPr>
      <w:r w:rsidRPr="00124F84">
        <w:rPr>
          <w:color w:val="000000"/>
        </w:rPr>
        <w:t>His eyes skim over my face, my throat, lower</w:t>
      </w:r>
      <w:r w:rsidR="00635830" w:rsidRPr="00124F84">
        <w:rPr>
          <w:color w:val="000000"/>
        </w:rPr>
        <w:t xml:space="preserve"> </w:t>
      </w:r>
      <w:r w:rsidRPr="00124F84">
        <w:rPr>
          <w:color w:val="000000"/>
        </w:rPr>
        <w:t>where the robe slips open, revealing more skin than intended. His gaze darkens further, hunger clear, undeniable.</w:t>
      </w:r>
    </w:p>
    <w:p w14:paraId="4A93C4AF" w14:textId="77777777" w:rsidR="00351B3C" w:rsidRPr="00124F84" w:rsidRDefault="00351B3C" w:rsidP="00124F84">
      <w:pPr>
        <w:pStyle w:val="NormalWeb"/>
        <w:rPr>
          <w:color w:val="000000"/>
        </w:rPr>
      </w:pPr>
      <w:r w:rsidRPr="00124F84">
        <w:rPr>
          <w:color w:val="000000"/>
        </w:rPr>
        <w:t>“Give me what I’ve earned, Camille,” he rasps softly, brushing his lips against mine, barely touching, a cruel tease that shreds my composure.</w:t>
      </w:r>
    </w:p>
    <w:p w14:paraId="21ED4CE3" w14:textId="77777777" w:rsidR="00351B3C" w:rsidRPr="00124F84" w:rsidRDefault="00351B3C" w:rsidP="00124F84">
      <w:pPr>
        <w:pStyle w:val="NormalWeb"/>
        <w:rPr>
          <w:color w:val="000000"/>
        </w:rPr>
      </w:pPr>
      <w:r w:rsidRPr="00124F84">
        <w:rPr>
          <w:color w:val="000000"/>
        </w:rPr>
        <w:t>“And what exactly is that?” I whisper, my voice shaking softly.</w:t>
      </w:r>
    </w:p>
    <w:p w14:paraId="27AB55BE" w14:textId="77777777" w:rsidR="00351B3C" w:rsidRPr="00124F84" w:rsidRDefault="00351B3C" w:rsidP="00124F84">
      <w:pPr>
        <w:pStyle w:val="NormalWeb"/>
        <w:rPr>
          <w:color w:val="000000"/>
        </w:rPr>
      </w:pPr>
      <w:r w:rsidRPr="00124F84">
        <w:rPr>
          <w:color w:val="000000"/>
        </w:rPr>
        <w:lastRenderedPageBreak/>
        <w:t>He smiles darkly against my mouth, the answer a ruthless promise whispered into my very soul.</w:t>
      </w:r>
    </w:p>
    <w:p w14:paraId="7305131E" w14:textId="77777777" w:rsidR="00351B3C" w:rsidRPr="00124F84" w:rsidRDefault="00351B3C" w:rsidP="00124F84">
      <w:pPr>
        <w:pStyle w:val="NormalWeb"/>
        <w:rPr>
          <w:color w:val="000000"/>
        </w:rPr>
      </w:pPr>
      <w:r w:rsidRPr="00124F84">
        <w:rPr>
          <w:color w:val="000000"/>
        </w:rPr>
        <w:t>“Everything.”</w:t>
      </w:r>
    </w:p>
    <w:p w14:paraId="24BB4F79" w14:textId="77777777" w:rsidR="00351B3C" w:rsidRPr="00124F84" w:rsidRDefault="00351B3C" w:rsidP="00124F84">
      <w:pPr>
        <w:pStyle w:val="NormalWeb"/>
        <w:rPr>
          <w:color w:val="000000"/>
        </w:rPr>
      </w:pPr>
      <w:r w:rsidRPr="00124F84">
        <w:rPr>
          <w:color w:val="000000"/>
        </w:rPr>
        <w:t xml:space="preserve">My head spins gently, whiskey finally catching up with me, seeping into my blood, clouding my thoughts, my reason, loosening </w:t>
      </w:r>
      <w:proofErr w:type="gramStart"/>
      <w:r w:rsidRPr="00124F84">
        <w:rPr>
          <w:color w:val="000000"/>
        </w:rPr>
        <w:t>every last</w:t>
      </w:r>
      <w:proofErr w:type="gramEnd"/>
      <w:r w:rsidRPr="00124F84">
        <w:rPr>
          <w:color w:val="000000"/>
        </w:rPr>
        <w:t xml:space="preserve"> bit of control I’d fought to hold onto.</w:t>
      </w:r>
    </w:p>
    <w:p w14:paraId="40E4AC40" w14:textId="77777777" w:rsidR="00351B3C" w:rsidRPr="00124F84" w:rsidRDefault="00351B3C" w:rsidP="00124F84">
      <w:pPr>
        <w:pStyle w:val="NormalWeb"/>
        <w:rPr>
          <w:color w:val="000000"/>
        </w:rPr>
      </w:pPr>
      <w:r w:rsidRPr="00124F84">
        <w:rPr>
          <w:color w:val="000000"/>
        </w:rPr>
        <w:t>His mouth claims mine fully, no hesitation, no mercy, lips hot and demanding, tongue sliding over mine, tasting the whiskey, tasting himself, devouring me whole. I gasp against him, dizziness hitting sharp and sudden, hands gripping his shoulders, fingers sinking into muscle and sinew, clinging desperately as reality slips.</w:t>
      </w:r>
    </w:p>
    <w:p w14:paraId="1FB0DE2E" w14:textId="77777777" w:rsidR="00351B3C" w:rsidRPr="00124F84" w:rsidRDefault="00351B3C" w:rsidP="00124F84">
      <w:pPr>
        <w:pStyle w:val="NormalWeb"/>
        <w:rPr>
          <w:color w:val="000000"/>
        </w:rPr>
      </w:pPr>
      <w:r w:rsidRPr="00124F84">
        <w:rPr>
          <w:color w:val="000000"/>
        </w:rPr>
        <w:t>He breaks the kiss just enough to murmur, voice velvet-rough and possessive, “I’ve got you.”</w:t>
      </w:r>
    </w:p>
    <w:p w14:paraId="5F4856C3" w14:textId="77777777" w:rsidR="00351B3C" w:rsidRPr="00124F84" w:rsidRDefault="00351B3C" w:rsidP="00124F84">
      <w:pPr>
        <w:pStyle w:val="NormalWeb"/>
        <w:rPr>
          <w:color w:val="000000"/>
        </w:rPr>
      </w:pPr>
      <w:r w:rsidRPr="00124F84">
        <w:rPr>
          <w:color w:val="000000"/>
        </w:rPr>
        <w:t>Before I can respond, his hands drop lower, gripping my thighs firmly, lifting me effortlessly. My legs wrap instinctively around his waist, locking tight, the robe slipping further open, exposing bare skin, my body pressed shamelessly against him. His heat sears through me, branding, claiming, leaving nothing untouched.</w:t>
      </w:r>
    </w:p>
    <w:p w14:paraId="75355EB0" w14:textId="77777777" w:rsidR="00351B3C" w:rsidRPr="00124F84" w:rsidRDefault="00351B3C" w:rsidP="00124F84">
      <w:pPr>
        <w:pStyle w:val="NormalWeb"/>
        <w:rPr>
          <w:color w:val="000000"/>
        </w:rPr>
      </w:pPr>
      <w:r w:rsidRPr="00124F84">
        <w:rPr>
          <w:color w:val="000000"/>
        </w:rPr>
        <w:t>I bury my face into the crook of his neck, inhaling deeply, intoxicated by him more than any drink. He carries me easily, strides smooth and sure, his heartbeat steady and powerful beneath my fingertips.</w:t>
      </w:r>
    </w:p>
    <w:p w14:paraId="1B7E7CB4" w14:textId="77777777" w:rsidR="00351B3C" w:rsidRPr="00124F84" w:rsidRDefault="00351B3C" w:rsidP="00124F84">
      <w:pPr>
        <w:pStyle w:val="NormalWeb"/>
        <w:rPr>
          <w:color w:val="000000"/>
        </w:rPr>
      </w:pPr>
      <w:r w:rsidRPr="00124F84">
        <w:rPr>
          <w:color w:val="000000"/>
        </w:rPr>
        <w:t>The bedroom door opens, his bedroom, a sanctuary of shadows and black sheets. He moves inside without breaking stride, gently lowering me onto the mattress, his weight following close, pressing down against me, pinning me in place.</w:t>
      </w:r>
    </w:p>
    <w:p w14:paraId="5E82B51E" w14:textId="77777777" w:rsidR="00351B3C" w:rsidRPr="00124F84" w:rsidRDefault="00351B3C" w:rsidP="00124F84">
      <w:pPr>
        <w:pStyle w:val="NormalWeb"/>
        <w:rPr>
          <w:color w:val="000000"/>
        </w:rPr>
      </w:pPr>
      <w:r w:rsidRPr="00124F84">
        <w:rPr>
          <w:color w:val="000000"/>
        </w:rPr>
        <w:t>Kane’s mouth finds mine again, deeper this time, slower, devastatingly thorough. His voice rasps against my lips, the quiet promise wrapping around me, dark and absolute:</w:t>
      </w:r>
    </w:p>
    <w:p w14:paraId="576B34C9" w14:textId="77777777" w:rsidR="00351B3C" w:rsidRPr="00124F84" w:rsidRDefault="00351B3C" w:rsidP="00124F84">
      <w:pPr>
        <w:pStyle w:val="NormalWeb"/>
        <w:rPr>
          <w:color w:val="000000"/>
        </w:rPr>
      </w:pPr>
      <w:r w:rsidRPr="00124F84">
        <w:rPr>
          <w:color w:val="000000"/>
        </w:rPr>
        <w:t>“Now, Muñequita, let’s see how gracefully you surrender.”</w:t>
      </w:r>
    </w:p>
    <w:p w14:paraId="46D4EAA5" w14:textId="77777777" w:rsidR="00351B3C" w:rsidRPr="00124F84" w:rsidRDefault="00351B3C" w:rsidP="00124F84">
      <w:pPr>
        <w:spacing w:line="240" w:lineRule="auto"/>
        <w:rPr>
          <w:rFonts w:ascii="Times New Roman" w:hAnsi="Times New Roman" w:cs="Times New Roman"/>
          <w:sz w:val="24"/>
          <w:szCs w:val="24"/>
        </w:rPr>
      </w:pPr>
    </w:p>
    <w:p w14:paraId="713A9DCC" w14:textId="77777777" w:rsidR="00351B3C" w:rsidRPr="00124F84" w:rsidRDefault="00351B3C" w:rsidP="00124F84">
      <w:pPr>
        <w:spacing w:line="240" w:lineRule="auto"/>
        <w:rPr>
          <w:rFonts w:ascii="Times New Roman" w:hAnsi="Times New Roman" w:cs="Times New Roman"/>
          <w:sz w:val="24"/>
          <w:szCs w:val="24"/>
        </w:rPr>
      </w:pPr>
    </w:p>
    <w:p w14:paraId="70C47D7D" w14:textId="77777777" w:rsidR="00351B3C" w:rsidRPr="00124F84" w:rsidRDefault="00351B3C" w:rsidP="00124F84">
      <w:pPr>
        <w:spacing w:line="240" w:lineRule="auto"/>
        <w:rPr>
          <w:rFonts w:ascii="Times New Roman" w:hAnsi="Times New Roman" w:cs="Times New Roman"/>
          <w:sz w:val="24"/>
          <w:szCs w:val="24"/>
        </w:rPr>
      </w:pPr>
    </w:p>
    <w:p w14:paraId="3D0F1148" w14:textId="77777777" w:rsidR="00351B3C" w:rsidRPr="00124F84" w:rsidRDefault="00351B3C" w:rsidP="00124F84">
      <w:pPr>
        <w:spacing w:line="240" w:lineRule="auto"/>
        <w:rPr>
          <w:rFonts w:ascii="Times New Roman" w:hAnsi="Times New Roman" w:cs="Times New Roman"/>
          <w:sz w:val="24"/>
          <w:szCs w:val="24"/>
        </w:rPr>
      </w:pPr>
    </w:p>
    <w:p w14:paraId="0616CE27" w14:textId="77777777" w:rsidR="00351B3C" w:rsidRPr="00124F84" w:rsidRDefault="00351B3C" w:rsidP="00124F84">
      <w:pPr>
        <w:spacing w:line="240" w:lineRule="auto"/>
        <w:rPr>
          <w:rFonts w:ascii="Times New Roman" w:hAnsi="Times New Roman" w:cs="Times New Roman"/>
          <w:sz w:val="24"/>
          <w:szCs w:val="24"/>
        </w:rPr>
      </w:pPr>
    </w:p>
    <w:p w14:paraId="33EF5D39" w14:textId="77777777" w:rsidR="00351B3C" w:rsidRPr="00124F84" w:rsidRDefault="00351B3C" w:rsidP="00124F84">
      <w:pPr>
        <w:spacing w:line="240" w:lineRule="auto"/>
        <w:rPr>
          <w:rFonts w:ascii="Times New Roman" w:hAnsi="Times New Roman" w:cs="Times New Roman"/>
          <w:sz w:val="24"/>
          <w:szCs w:val="24"/>
        </w:rPr>
      </w:pPr>
    </w:p>
    <w:p w14:paraId="00D8303F" w14:textId="77777777" w:rsidR="00351B3C" w:rsidRPr="00124F84" w:rsidRDefault="00351B3C" w:rsidP="00124F84">
      <w:pPr>
        <w:spacing w:line="240" w:lineRule="auto"/>
        <w:rPr>
          <w:rFonts w:ascii="Times New Roman" w:hAnsi="Times New Roman" w:cs="Times New Roman"/>
          <w:sz w:val="24"/>
          <w:szCs w:val="24"/>
        </w:rPr>
      </w:pPr>
    </w:p>
    <w:p w14:paraId="00BFA0E1" w14:textId="77777777" w:rsidR="00351B3C" w:rsidRPr="00124F84" w:rsidRDefault="00351B3C" w:rsidP="00124F84">
      <w:pPr>
        <w:spacing w:line="240" w:lineRule="auto"/>
        <w:rPr>
          <w:rFonts w:ascii="Times New Roman" w:hAnsi="Times New Roman" w:cs="Times New Roman"/>
          <w:sz w:val="24"/>
          <w:szCs w:val="24"/>
        </w:rPr>
      </w:pPr>
    </w:p>
    <w:p w14:paraId="528B8FDC" w14:textId="77777777" w:rsidR="00351B3C" w:rsidRPr="00124F84" w:rsidRDefault="00351B3C" w:rsidP="00124F84">
      <w:pPr>
        <w:spacing w:line="240" w:lineRule="auto"/>
        <w:rPr>
          <w:rFonts w:ascii="Times New Roman" w:hAnsi="Times New Roman" w:cs="Times New Roman"/>
          <w:sz w:val="24"/>
          <w:szCs w:val="24"/>
        </w:rPr>
      </w:pPr>
    </w:p>
    <w:p w14:paraId="4F1AD2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br w:type="page"/>
      </w:r>
    </w:p>
    <w:p w14:paraId="52FC4076" w14:textId="3FE223B2" w:rsidR="00351B3C" w:rsidRPr="009B69AC" w:rsidRDefault="00351B3C" w:rsidP="009B69AC">
      <w:pPr>
        <w:pStyle w:val="Heading2"/>
        <w:rPr>
          <w:rFonts w:ascii="Times New Roman" w:hAnsi="Times New Roman" w:cs="Times New Roman"/>
          <w:b/>
          <w:bCs/>
        </w:rPr>
      </w:pPr>
      <w:r w:rsidRPr="009B69AC">
        <w:rPr>
          <w:rFonts w:ascii="Times New Roman" w:hAnsi="Times New Roman" w:cs="Times New Roman"/>
          <w:b/>
          <w:bCs/>
        </w:rPr>
        <w:lastRenderedPageBreak/>
        <w:t xml:space="preserve">Chapter </w:t>
      </w:r>
      <w:r w:rsidR="00A45D83">
        <w:rPr>
          <w:rFonts w:ascii="Times New Roman" w:hAnsi="Times New Roman" w:cs="Times New Roman"/>
          <w:b/>
          <w:bCs/>
        </w:rPr>
        <w:t>Thirteen</w:t>
      </w:r>
    </w:p>
    <w:p w14:paraId="3241CE1A" w14:textId="77777777" w:rsidR="00351B3C" w:rsidRPr="00124F84" w:rsidRDefault="00351B3C" w:rsidP="00124F84">
      <w:pPr>
        <w:spacing w:line="240" w:lineRule="auto"/>
        <w:rPr>
          <w:rFonts w:ascii="Times New Roman" w:hAnsi="Times New Roman" w:cs="Times New Roman"/>
          <w:sz w:val="24"/>
          <w:szCs w:val="24"/>
          <w:u w:val="single"/>
        </w:rPr>
      </w:pPr>
    </w:p>
    <w:p w14:paraId="28818C1E" w14:textId="37A713FF"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0CE91DBD" w14:textId="77777777" w:rsidR="00351B3C" w:rsidRPr="00124F84" w:rsidRDefault="00351B3C" w:rsidP="00124F84">
      <w:pPr>
        <w:pStyle w:val="NormalWeb"/>
        <w:rPr>
          <w:color w:val="000000"/>
        </w:rPr>
      </w:pPr>
      <w:r w:rsidRPr="00124F84">
        <w:rPr>
          <w:color w:val="000000"/>
        </w:rPr>
        <w:t>The penthouse breathes quiet. Darkness cloaks everything, the city muted and distant, almost unreal through floor-to-ceiling glass. Shadows drip like ink around us, Camille’s beside me, bare skin cool against mine, breathing steady, controlled, but her fingertips betray her restlessness. They trace along my tattoos, reading me like Braille, navigating scars and inked truths no one else dares to touch.</w:t>
      </w:r>
    </w:p>
    <w:p w14:paraId="66269008" w14:textId="77777777" w:rsidR="00351B3C" w:rsidRPr="00124F84" w:rsidRDefault="00351B3C" w:rsidP="00124F84">
      <w:pPr>
        <w:pStyle w:val="NormalWeb"/>
        <w:rPr>
          <w:color w:val="000000"/>
        </w:rPr>
      </w:pPr>
      <w:r w:rsidRPr="00124F84">
        <w:rPr>
          <w:color w:val="000000"/>
        </w:rPr>
        <w:t>Her hand pauses just above my heart, hovering over words burned into me:</w:t>
      </w:r>
    </w:p>
    <w:p w14:paraId="707081D5" w14:textId="77777777" w:rsidR="00351B3C" w:rsidRPr="00124F84" w:rsidRDefault="00351B3C" w:rsidP="00124F84">
      <w:pPr>
        <w:pStyle w:val="NormalWeb"/>
        <w:rPr>
          <w:color w:val="000000"/>
        </w:rPr>
      </w:pPr>
      <w:r w:rsidRPr="00124F84">
        <w:rPr>
          <w:rStyle w:val="Emphasis"/>
          <w:i w:val="0"/>
          <w:iCs w:val="0"/>
          <w:color w:val="000000"/>
        </w:rPr>
        <w:t xml:space="preserve">Lo que se </w:t>
      </w:r>
      <w:proofErr w:type="spellStart"/>
      <w:r w:rsidRPr="00124F84">
        <w:rPr>
          <w:rStyle w:val="Emphasis"/>
          <w:i w:val="0"/>
          <w:iCs w:val="0"/>
          <w:color w:val="000000"/>
        </w:rPr>
        <w:t>pierde</w:t>
      </w:r>
      <w:proofErr w:type="spellEnd"/>
      <w:r w:rsidRPr="00124F84">
        <w:rPr>
          <w:rStyle w:val="Emphasis"/>
          <w:i w:val="0"/>
          <w:iCs w:val="0"/>
          <w:color w:val="000000"/>
        </w:rPr>
        <w:t xml:space="preserve">, </w:t>
      </w:r>
      <w:proofErr w:type="spellStart"/>
      <w:r w:rsidRPr="00124F84">
        <w:rPr>
          <w:rStyle w:val="Emphasis"/>
          <w:i w:val="0"/>
          <w:iCs w:val="0"/>
          <w:color w:val="000000"/>
        </w:rPr>
        <w:t>duele</w:t>
      </w:r>
      <w:proofErr w:type="spellEnd"/>
      <w:r w:rsidRPr="00124F84">
        <w:rPr>
          <w:rStyle w:val="Emphasis"/>
          <w:i w:val="0"/>
          <w:iCs w:val="0"/>
          <w:color w:val="000000"/>
        </w:rPr>
        <w:t xml:space="preserve"> </w:t>
      </w:r>
      <w:proofErr w:type="spellStart"/>
      <w:r w:rsidRPr="00124F84">
        <w:rPr>
          <w:rStyle w:val="Emphasis"/>
          <w:i w:val="0"/>
          <w:iCs w:val="0"/>
          <w:color w:val="000000"/>
        </w:rPr>
        <w:t>más</w:t>
      </w:r>
      <w:proofErr w:type="spellEnd"/>
      <w:r w:rsidRPr="00124F84">
        <w:rPr>
          <w:rStyle w:val="Emphasis"/>
          <w:i w:val="0"/>
          <w:iCs w:val="0"/>
          <w:color w:val="000000"/>
        </w:rPr>
        <w:t xml:space="preserve"> </w:t>
      </w:r>
      <w:proofErr w:type="spellStart"/>
      <w:r w:rsidRPr="00124F84">
        <w:rPr>
          <w:rStyle w:val="Emphasis"/>
          <w:i w:val="0"/>
          <w:iCs w:val="0"/>
          <w:color w:val="000000"/>
        </w:rPr>
        <w:t>en</w:t>
      </w:r>
      <w:proofErr w:type="spellEnd"/>
      <w:r w:rsidRPr="00124F84">
        <w:rPr>
          <w:rStyle w:val="Emphasis"/>
          <w:i w:val="0"/>
          <w:iCs w:val="0"/>
          <w:color w:val="000000"/>
        </w:rPr>
        <w:t xml:space="preserve"> </w:t>
      </w:r>
      <w:proofErr w:type="spellStart"/>
      <w:r w:rsidRPr="00124F84">
        <w:rPr>
          <w:rStyle w:val="Emphasis"/>
          <w:i w:val="0"/>
          <w:iCs w:val="0"/>
          <w:color w:val="000000"/>
        </w:rPr>
        <w:t>silencio</w:t>
      </w:r>
      <w:proofErr w:type="spellEnd"/>
      <w:r w:rsidRPr="00124F84">
        <w:rPr>
          <w:rStyle w:val="Emphasis"/>
          <w:i w:val="0"/>
          <w:iCs w:val="0"/>
          <w:color w:val="000000"/>
        </w:rPr>
        <w:t>.</w:t>
      </w:r>
    </w:p>
    <w:p w14:paraId="2731BD0B" w14:textId="77777777" w:rsidR="00351B3C" w:rsidRPr="00124F84" w:rsidRDefault="00351B3C" w:rsidP="00124F84">
      <w:pPr>
        <w:pStyle w:val="NormalWeb"/>
        <w:rPr>
          <w:color w:val="000000"/>
        </w:rPr>
      </w:pPr>
      <w:r w:rsidRPr="00124F84">
        <w:rPr>
          <w:color w:val="000000"/>
        </w:rPr>
        <w:t>Every muscle in my body coils tight as her fingers stroke carefully, exploring, reverent, tracing every letter like a hidden scripture. It’s not idle. Not playful. It’s cautious, intimate, and dangerously vulnerable.</w:t>
      </w:r>
    </w:p>
    <w:p w14:paraId="3A2E21CB" w14:textId="77777777" w:rsidR="00351B3C" w:rsidRPr="00124F84" w:rsidRDefault="00351B3C" w:rsidP="00124F84">
      <w:pPr>
        <w:pStyle w:val="NormalWeb"/>
        <w:rPr>
          <w:color w:val="000000"/>
        </w:rPr>
      </w:pPr>
      <w:r w:rsidRPr="00124F84">
        <w:rPr>
          <w:color w:val="000000"/>
        </w:rPr>
        <w:t>Her voice shivers softly in the dark, uncertain yet steady.</w:t>
      </w:r>
    </w:p>
    <w:p w14:paraId="16D33793" w14:textId="77777777" w:rsidR="00351B3C" w:rsidRPr="00124F84" w:rsidRDefault="00351B3C" w:rsidP="00124F84">
      <w:pPr>
        <w:pStyle w:val="NormalWeb"/>
        <w:rPr>
          <w:color w:val="000000"/>
        </w:rPr>
      </w:pPr>
      <w:r w:rsidRPr="00124F84">
        <w:rPr>
          <w:color w:val="000000"/>
        </w:rPr>
        <w:t>“What is lost hurts more in silence.”</w:t>
      </w:r>
    </w:p>
    <w:p w14:paraId="4007B92D" w14:textId="77777777" w:rsidR="00351B3C" w:rsidRPr="00124F84" w:rsidRDefault="00351B3C" w:rsidP="00124F84">
      <w:pPr>
        <w:pStyle w:val="NormalWeb"/>
        <w:rPr>
          <w:color w:val="000000"/>
        </w:rPr>
      </w:pPr>
      <w:r w:rsidRPr="00124F84">
        <w:rPr>
          <w:color w:val="000000"/>
        </w:rPr>
        <w:t xml:space="preserve">My jaw clenches tight, heart slamming hard against my ribs. “My father used to say </w:t>
      </w:r>
      <w:proofErr w:type="gramStart"/>
      <w:r w:rsidRPr="00124F84">
        <w:rPr>
          <w:color w:val="000000"/>
        </w:rPr>
        <w:t>that,</w:t>
      </w:r>
      <w:proofErr w:type="gramEnd"/>
      <w:r w:rsidRPr="00124F84">
        <w:rPr>
          <w:color w:val="000000"/>
        </w:rPr>
        <w:t>” I admit roughly. The confession drags out reluctantly, scraping raw edges inside me. “Whenever he caught me shutting down. He was never gentle, couldn't afford softness, but he understood. Knew silence was the slowest poison.”</w:t>
      </w:r>
    </w:p>
    <w:p w14:paraId="0357C4B9" w14:textId="77777777" w:rsidR="00351B3C" w:rsidRPr="00124F84" w:rsidRDefault="00351B3C" w:rsidP="00124F84">
      <w:pPr>
        <w:pStyle w:val="NormalWeb"/>
        <w:rPr>
          <w:color w:val="000000"/>
        </w:rPr>
      </w:pPr>
      <w:r w:rsidRPr="00124F84">
        <w:rPr>
          <w:color w:val="000000"/>
        </w:rPr>
        <w:t>She shifts closer, tilting her face toward mine, her eyes a gentle plea. “Tell me about him.”</w:t>
      </w:r>
    </w:p>
    <w:p w14:paraId="5922AAB9" w14:textId="77777777" w:rsidR="00351B3C" w:rsidRPr="00124F84" w:rsidRDefault="00351B3C" w:rsidP="00124F84">
      <w:pPr>
        <w:pStyle w:val="NormalWeb"/>
        <w:rPr>
          <w:color w:val="000000"/>
        </w:rPr>
      </w:pPr>
      <w:r w:rsidRPr="00124F84">
        <w:rPr>
          <w:color w:val="000000"/>
        </w:rPr>
        <w:t xml:space="preserve">The breath leaves my lungs like a blade. But I surrender the </w:t>
      </w:r>
      <w:proofErr w:type="gramStart"/>
      <w:r w:rsidRPr="00124F84">
        <w:rPr>
          <w:color w:val="000000"/>
        </w:rPr>
        <w:t>truth</w:t>
      </w:r>
      <w:proofErr w:type="gramEnd"/>
      <w:r w:rsidRPr="00124F84">
        <w:rPr>
          <w:color w:val="000000"/>
        </w:rPr>
        <w:t xml:space="preserve"> anyway, letting her glimpse a version of me buried so deep it hurts. “He was Colombian. Ran cartel ports out of Miami. Brilliant. Ruthless. Everything calculated. He taught me chess, taught me how power truly works. He believed apologies were worthless. If you fucked up, you showed remorse in action, never words.”</w:t>
      </w:r>
    </w:p>
    <w:p w14:paraId="21FC59EB" w14:textId="77777777" w:rsidR="00351B3C" w:rsidRPr="00124F84" w:rsidRDefault="00351B3C" w:rsidP="00124F84">
      <w:pPr>
        <w:pStyle w:val="NormalWeb"/>
        <w:rPr>
          <w:color w:val="000000"/>
        </w:rPr>
      </w:pPr>
      <w:r w:rsidRPr="00124F84">
        <w:rPr>
          <w:color w:val="000000"/>
        </w:rPr>
        <w:t>She listens. She doesn’t flinch. Doesn’t soften. She simply waits, steady, unafraid, as I open veins in front of her.</w:t>
      </w:r>
    </w:p>
    <w:p w14:paraId="6912569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color w:val="000000"/>
          <w:sz w:val="24"/>
          <w:szCs w:val="24"/>
        </w:rPr>
        <w:t>“My mother,” I continue, voice scraping lower, darker, “she was white. Beautiful and breakable, like porcelain. She loved the danger, the thrill, until one day she didn’t. Left when I was</w:t>
      </w:r>
      <w:r w:rsidRPr="00124F84">
        <w:rPr>
          <w:rFonts w:ascii="Times New Roman" w:hAnsi="Times New Roman" w:cs="Times New Roman"/>
          <w:sz w:val="24"/>
          <w:szCs w:val="24"/>
        </w:rPr>
        <w:t xml:space="preserve"> ten. Vanished without a goodbye, without looking back.”</w:t>
      </w:r>
    </w:p>
    <w:p w14:paraId="7F92122F" w14:textId="77777777" w:rsidR="00351B3C" w:rsidRPr="00124F84" w:rsidRDefault="00351B3C" w:rsidP="00124F84">
      <w:pPr>
        <w:pStyle w:val="NormalWeb"/>
        <w:rPr>
          <w:color w:val="000000"/>
        </w:rPr>
      </w:pPr>
    </w:p>
    <w:p w14:paraId="21D0A204" w14:textId="77777777" w:rsidR="00351B3C" w:rsidRPr="00124F84" w:rsidRDefault="00351B3C" w:rsidP="00124F84">
      <w:pPr>
        <w:pStyle w:val="NormalWeb"/>
        <w:rPr>
          <w:color w:val="000000"/>
        </w:rPr>
      </w:pPr>
      <w:r w:rsidRPr="00124F84">
        <w:rPr>
          <w:color w:val="000000"/>
        </w:rPr>
        <w:lastRenderedPageBreak/>
        <w:t>Camille presses her palm firmer against my chest, grounding me, holding me here in this moment, in this twisted honesty.</w:t>
      </w:r>
    </w:p>
    <w:p w14:paraId="5BE4408E" w14:textId="77777777" w:rsidR="00351B3C" w:rsidRPr="00124F84" w:rsidRDefault="00351B3C" w:rsidP="00124F84">
      <w:pPr>
        <w:pStyle w:val="NormalWeb"/>
        <w:rPr>
          <w:color w:val="000000"/>
        </w:rPr>
      </w:pPr>
      <w:r w:rsidRPr="00124F84">
        <w:rPr>
          <w:color w:val="000000"/>
        </w:rPr>
        <w:t>“My father died in front of me. Broad fucking daylight. We were stepping out of a café in Little Havana. No warning. No hiding. They emptied twenty rounds into his chest right there on the sidewalk.” My voice goes cold, detached, recounting facts etched in my bones. “I didn’t scream. Didn’t run. I just counted. One. Two. Three…watched every bullet tear through him, watched his blood spread across concrete.”</w:t>
      </w:r>
    </w:p>
    <w:p w14:paraId="5E8D5DE7" w14:textId="77777777" w:rsidR="00351B3C" w:rsidRPr="00124F84" w:rsidRDefault="00351B3C" w:rsidP="00124F84">
      <w:pPr>
        <w:pStyle w:val="NormalWeb"/>
        <w:rPr>
          <w:color w:val="000000"/>
        </w:rPr>
      </w:pPr>
      <w:r w:rsidRPr="00124F84">
        <w:rPr>
          <w:color w:val="000000"/>
        </w:rPr>
        <w:t>Her breath hitches quietly, fingers freezing on my skin.</w:t>
      </w:r>
    </w:p>
    <w:p w14:paraId="70584A58" w14:textId="4C16CE0B" w:rsidR="00351B3C" w:rsidRPr="00124F84" w:rsidRDefault="00351B3C" w:rsidP="00124F84">
      <w:pPr>
        <w:pStyle w:val="NormalWeb"/>
        <w:rPr>
          <w:color w:val="000000"/>
        </w:rPr>
      </w:pPr>
      <w:r w:rsidRPr="00124F84">
        <w:rPr>
          <w:color w:val="000000"/>
        </w:rPr>
        <w:t>“Diego’s family took me in afterward,” I murmur. “</w:t>
      </w:r>
      <w:r w:rsidRPr="00124F84">
        <w:t>He was my father’s closest ally, a brother in everything but blood.</w:t>
      </w:r>
      <w:r w:rsidR="001675E0" w:rsidRPr="00124F84">
        <w:t xml:space="preserve"> </w:t>
      </w:r>
      <w:r w:rsidRPr="00124F84">
        <w:rPr>
          <w:color w:val="000000"/>
        </w:rPr>
        <w:t xml:space="preserve">They gave me food, shelter, time to heal quietly. </w:t>
      </w:r>
      <w:r w:rsidRPr="00124F84">
        <w:t>Diego knew the code, the cost of loyalty.</w:t>
      </w:r>
      <w:r w:rsidRPr="00124F84">
        <w:rPr>
          <w:color w:val="000000"/>
        </w:rPr>
        <w:t xml:space="preserve"> On my sixteenth birthday, he didn’t ask questions. Just handed me a knife and let me take care of unfinished business.”</w:t>
      </w:r>
    </w:p>
    <w:p w14:paraId="06291399" w14:textId="77777777" w:rsidR="00351B3C" w:rsidRPr="00124F84" w:rsidRDefault="00351B3C" w:rsidP="00124F84">
      <w:pPr>
        <w:pStyle w:val="NormalWeb"/>
        <w:rPr>
          <w:color w:val="000000"/>
        </w:rPr>
      </w:pPr>
      <w:r w:rsidRPr="00124F84">
        <w:rPr>
          <w:color w:val="000000"/>
        </w:rPr>
        <w:t>She holds her breath, waiting silently.</w:t>
      </w:r>
    </w:p>
    <w:p w14:paraId="70E19159" w14:textId="77777777" w:rsidR="00351B3C" w:rsidRPr="00124F84" w:rsidRDefault="00351B3C" w:rsidP="00124F84">
      <w:pPr>
        <w:pStyle w:val="NormalWeb"/>
        <w:rPr>
          <w:color w:val="000000"/>
        </w:rPr>
      </w:pPr>
      <w:r w:rsidRPr="00124F84">
        <w:rPr>
          <w:color w:val="000000"/>
        </w:rPr>
        <w:t>“I tracked down the man who gave the kill order. Found him in the back room of a Miami club, slit his throat from ear to ear while his men watched a fight outside. I made sure they saw everything, made damn sure they knew exactly who was coming for them.”</w:t>
      </w:r>
    </w:p>
    <w:p w14:paraId="1891E916" w14:textId="77777777" w:rsidR="00351B3C" w:rsidRPr="00124F84" w:rsidRDefault="00351B3C" w:rsidP="00124F84">
      <w:pPr>
        <w:pStyle w:val="NormalWeb"/>
        <w:rPr>
          <w:color w:val="000000"/>
        </w:rPr>
      </w:pPr>
      <w:r w:rsidRPr="00124F84">
        <w:rPr>
          <w:color w:val="000000"/>
        </w:rPr>
        <w:t>Her lips part slightly. No horror. No judgment. Just quiet acceptance, her eyes wide and locked onto mine like she sees the darkest parts of me and won’t look away.</w:t>
      </w:r>
    </w:p>
    <w:p w14:paraId="30A7BE3F" w14:textId="77777777" w:rsidR="00351B3C" w:rsidRPr="00124F84" w:rsidRDefault="00351B3C" w:rsidP="00124F84">
      <w:pPr>
        <w:pStyle w:val="NormalWeb"/>
        <w:rPr>
          <w:color w:val="000000"/>
        </w:rPr>
      </w:pPr>
      <w:r w:rsidRPr="00124F84">
        <w:rPr>
          <w:color w:val="000000"/>
        </w:rPr>
        <w:t>“That night was just the beginning,” I whisper.</w:t>
      </w:r>
    </w:p>
    <w:p w14:paraId="2E3A34C7" w14:textId="77777777" w:rsidR="00351B3C" w:rsidRPr="00124F84" w:rsidRDefault="00351B3C" w:rsidP="00124F84">
      <w:pPr>
        <w:pStyle w:val="NormalWeb"/>
        <w:rPr>
          <w:color w:val="000000"/>
        </w:rPr>
      </w:pPr>
      <w:r w:rsidRPr="00124F84">
        <w:rPr>
          <w:color w:val="000000"/>
        </w:rPr>
        <w:t>“Of what?” she breathes, voice quiet but clear, stepping even closer.</w:t>
      </w:r>
    </w:p>
    <w:p w14:paraId="0A07917C" w14:textId="77777777" w:rsidR="00351B3C" w:rsidRPr="00124F84" w:rsidRDefault="00351B3C" w:rsidP="00124F84">
      <w:pPr>
        <w:pStyle w:val="NormalWeb"/>
        <w:rPr>
          <w:color w:val="000000"/>
        </w:rPr>
      </w:pPr>
      <w:r w:rsidRPr="00124F84">
        <w:rPr>
          <w:color w:val="000000"/>
        </w:rPr>
        <w:t>I lean in, voice hard, relentless. “Of me. I don’t break, Camille. I don’t yield. If I want something, I take it. And once it’s mine, I never let go.”</w:t>
      </w:r>
    </w:p>
    <w:p w14:paraId="5F64F7B2" w14:textId="77777777" w:rsidR="00351B3C" w:rsidRPr="00124F84" w:rsidRDefault="00351B3C" w:rsidP="00124F84">
      <w:pPr>
        <w:pStyle w:val="NormalWeb"/>
        <w:rPr>
          <w:color w:val="000000"/>
        </w:rPr>
      </w:pPr>
      <w:r w:rsidRPr="00124F84">
        <w:rPr>
          <w:color w:val="000000"/>
        </w:rPr>
        <w:t>She nods slowly, her eyes shimmering with quiet intensity, understanding flaring like fire. “I know.”</w:t>
      </w:r>
    </w:p>
    <w:p w14:paraId="3F7F439A" w14:textId="77777777" w:rsidR="00351B3C" w:rsidRPr="00124F84" w:rsidRDefault="00351B3C" w:rsidP="00124F84">
      <w:pPr>
        <w:pStyle w:val="NormalWeb"/>
        <w:rPr>
          <w:color w:val="000000"/>
        </w:rPr>
      </w:pPr>
      <w:r w:rsidRPr="00124F84">
        <w:rPr>
          <w:color w:val="000000"/>
        </w:rPr>
        <w:t>Her gaze turns darker, a shadow passes behind her eyes, and then softly, dangerously, she breathes his name:</w:t>
      </w:r>
    </w:p>
    <w:p w14:paraId="10513FEB" w14:textId="77777777" w:rsidR="00351B3C" w:rsidRPr="00124F84" w:rsidRDefault="00351B3C" w:rsidP="00124F84">
      <w:pPr>
        <w:pStyle w:val="NormalWeb"/>
        <w:rPr>
          <w:color w:val="000000"/>
        </w:rPr>
      </w:pPr>
      <w:r w:rsidRPr="00124F84">
        <w:rPr>
          <w:color w:val="000000"/>
        </w:rPr>
        <w:t>“Douglas Everhart.”</w:t>
      </w:r>
    </w:p>
    <w:p w14:paraId="180DCD1A" w14:textId="77777777" w:rsidR="00351B3C" w:rsidRPr="00124F84" w:rsidRDefault="00351B3C" w:rsidP="00124F84">
      <w:pPr>
        <w:pStyle w:val="NormalWeb"/>
        <w:rPr>
          <w:color w:val="000000"/>
        </w:rPr>
      </w:pPr>
      <w:r w:rsidRPr="00124F84">
        <w:t xml:space="preserve">It’s not just a name. It’s a trigger, a fucking detonation. It tears through me, breaking bone, tearing muscle, pure unfiltered rage roaring up inside me. Before I realize I’ve even moved, I’m in front of her, hands cupping her face, firm, possessive, </w:t>
      </w:r>
      <w:r w:rsidRPr="00124F84">
        <w:rPr>
          <w:color w:val="000000"/>
        </w:rPr>
        <w:t>tethering her to me like she’s the only thing holding me from the edge. My voice drops, razor-edged and lethal: “Tell me. Every fucking detail.”</w:t>
      </w:r>
    </w:p>
    <w:p w14:paraId="648210CC" w14:textId="77777777" w:rsidR="00351B3C" w:rsidRPr="00124F84" w:rsidRDefault="00351B3C" w:rsidP="00124F84">
      <w:pPr>
        <w:pStyle w:val="NormalWeb"/>
        <w:rPr>
          <w:color w:val="000000"/>
        </w:rPr>
      </w:pPr>
      <w:r w:rsidRPr="00124F84">
        <w:rPr>
          <w:color w:val="000000"/>
        </w:rPr>
        <w:lastRenderedPageBreak/>
        <w:t>Her throat moves delicately as she swallows, lashes fluttering shut, bracing against whatever storm she thinks is coming. When her eyes finally open again, they’re raw, not wet with tears, but haunted with truths she’s kept buried far too long.</w:t>
      </w:r>
    </w:p>
    <w:p w14:paraId="6CCB3E58" w14:textId="77777777" w:rsidR="00351B3C" w:rsidRPr="00124F84" w:rsidRDefault="00351B3C" w:rsidP="00124F84">
      <w:pPr>
        <w:pStyle w:val="NormalWeb"/>
      </w:pPr>
      <w:r w:rsidRPr="00124F84">
        <w:t>I was ten," she whispers. "On my family’s yacht. He was there. Everyone smiled at him. Trusted him. Worshipped him."</w:t>
      </w:r>
    </w:p>
    <w:p w14:paraId="4C23A6CF" w14:textId="77777777" w:rsidR="00351B3C" w:rsidRPr="00124F84" w:rsidRDefault="00351B3C" w:rsidP="00124F84">
      <w:pPr>
        <w:pStyle w:val="NormalWeb"/>
        <w:rPr>
          <w:color w:val="000000"/>
        </w:rPr>
      </w:pPr>
      <w:r w:rsidRPr="00124F84">
        <w:t>Each word hits like a bruise surfacing. "It happened more than once. The first time... he found me by the pool. I was alone. He complimented my bathing suit. Said I was beautiful. Said I was special..."</w:t>
      </w:r>
    </w:p>
    <w:p w14:paraId="0EC342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voice thins to a blade’s edge.</w:t>
      </w:r>
    </w:p>
    <w:p w14:paraId="73D4059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said I had a pretty mouth… for a little girl."</w:t>
      </w:r>
    </w:p>
    <w:p w14:paraId="27E6C4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folding inward now, pulling away like it burns to speak.</w:t>
      </w:r>
    </w:p>
    <w:p w14:paraId="5B13E6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"Took my hand. Sat me on his lap. I didn’t know..."</w:t>
      </w:r>
    </w:p>
    <w:p w14:paraId="257CE68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That final syllable splits her wide open. Not a confession…a hemorrhage. She pulls back sharply, like I've turned molten, radioactive, a threat she needs distance from. As if her truth shattered the ground beneath our feet.</w:t>
      </w:r>
    </w:p>
    <w:p w14:paraId="43A4A29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Something inside me fractures. Violently. Beautifully. Not a crack, but a detonation, an awakening.</w:t>
      </w:r>
    </w:p>
    <w:p w14:paraId="1DFE0A4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monster in me doesn’t rise; it tears free, clawing its way out with teeth and nails, rabid and starving for blood.</w:t>
      </w:r>
    </w:p>
    <w:p w14:paraId="35DDA2C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voice is thin as smoke, haunted and wavering, forcing itself to finish what should’ve never begun.</w:t>
      </w:r>
    </w:p>
    <w:p w14:paraId="12B9B93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second time,” she whispers, her words barely audible, like razors through silk, “he crept into my room.”</w:t>
      </w:r>
    </w:p>
    <w:p w14:paraId="7A02D9B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Every syllable slices deeper.</w:t>
      </w:r>
    </w:p>
    <w:p w14:paraId="5A67AC9B" w14:textId="79BB552B"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screamed. Told him never to touch me again. Said I’d tell</w:t>
      </w:r>
      <w:r w:rsidR="00635830" w:rsidRPr="00124F84">
        <w:rPr>
          <w:rFonts w:ascii="Times New Roman" w:hAnsi="Times New Roman" w:cs="Times New Roman"/>
          <w:sz w:val="24"/>
          <w:szCs w:val="24"/>
        </w:rPr>
        <w:t>…</w:t>
      </w:r>
      <w:r w:rsidRPr="00124F84">
        <w:rPr>
          <w:rFonts w:ascii="Times New Roman" w:hAnsi="Times New Roman" w:cs="Times New Roman"/>
          <w:sz w:val="24"/>
          <w:szCs w:val="24"/>
        </w:rPr>
        <w:t>” Her voice breaks sharply. She inhales, fragile, trembling. “He covered my mouth. Dragged me outside. To the edge of the yacht. And just… pushed.”</w:t>
      </w:r>
    </w:p>
    <w:p w14:paraId="56558FD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Silence bleeds into the space between us.</w:t>
      </w:r>
    </w:p>
    <w:p w14:paraId="2B7C53F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Heavy.</w:t>
      </w:r>
    </w:p>
    <w:p w14:paraId="5BAF212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 executioner’s quiet.</w:t>
      </w:r>
    </w:p>
    <w:p w14:paraId="68977B8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vision blurs violently, not from tears but rupture. Like reality itself has split wide open, and I’m caught in the torrent pouring out.</w:t>
      </w:r>
    </w:p>
    <w:p w14:paraId="166AEA4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Everything’s stained in shades of crimson, not poetic, not metaphorical. Real and visceral, fresh and dripping like a split artery. My chest heaves violently; I don’t remember taking a single breath. My fists clench so tight my knuckles ache, tendons straining until skin nearly splits.</w:t>
      </w:r>
    </w:p>
    <w:p w14:paraId="1EA9449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I’ll tear that motherfucker apart, piece by bloody piece. No hesitation. No mercy. Slow, precise brutality. I’ll savor every moment, every scream.</w:t>
      </w:r>
    </w:p>
    <w:p w14:paraId="5EB7FB5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Not justice. Justice is sanitized, safe, sterile.</w:t>
      </w:r>
    </w:p>
    <w:p w14:paraId="533206D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This is slaughter. Dark ritual. Sacrificial, dripping in pain, deliberate and vengeful.</w:t>
      </w:r>
    </w:p>
    <w:p w14:paraId="413CE52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trembles in front of me, voice shredded to threads, unraveling slowly. “I don’t know how I survived, but I did. I tried telling my parents.”</w:t>
      </w:r>
    </w:p>
    <w:p w14:paraId="582F155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Then that bitter laugh breaks from her throat, a broken, splintered sound that punches into me like shattered glass.</w:t>
      </w:r>
    </w:p>
    <w:p w14:paraId="2152186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“Douglas told them I slipped.” Her voice cracks, pauses, choking on itself. “They believed him. Instantly. Just like everyone else.”</w:t>
      </w:r>
    </w:p>
    <w:p w14:paraId="657ED59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move before I realize it, closing the gap between us, fingertips finding the soft curve of her cheek. My thumb strokes carefully, reverently, like defusing something delicate, volatile. She’s shaking, fracturing under my palm.</w:t>
      </w:r>
    </w:p>
    <w:p w14:paraId="4DD43E0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voice slips out dangerously soft, quivering with pressure, violent, lethal pressure, like a </w:t>
      </w:r>
      <w:proofErr w:type="gramStart"/>
      <w:r w:rsidRPr="00124F84">
        <w:rPr>
          <w:rFonts w:ascii="Times New Roman" w:hAnsi="Times New Roman" w:cs="Times New Roman"/>
          <w:sz w:val="24"/>
          <w:szCs w:val="24"/>
        </w:rPr>
        <w:t>dam seconds</w:t>
      </w:r>
      <w:proofErr w:type="gramEnd"/>
      <w:r w:rsidRPr="00124F84">
        <w:rPr>
          <w:rFonts w:ascii="Times New Roman" w:hAnsi="Times New Roman" w:cs="Times New Roman"/>
          <w:sz w:val="24"/>
          <w:szCs w:val="24"/>
        </w:rPr>
        <w:t xml:space="preserve"> from rupturing. She’s sitting in front of me, barely holding together, trembling like the earth beneath a quake.</w:t>
      </w:r>
    </w:p>
    <w:p w14:paraId="625D1D7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give her something stronger than agony, something sharp enough for her to grip with bloodied fingertips when memory digs too deep.</w:t>
      </w:r>
    </w:p>
    <w:p w14:paraId="293F2BA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Pulling her into me, forehead to forehead, breath to breath, I let my words sink bone-deep: “You weren’t meant to be believed.”</w:t>
      </w:r>
    </w:p>
    <w:p w14:paraId="777B6B7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breathe it into her like a vow carved in skin and bone. “You were meant to be feared. And they made the fatal mistake of forgetting.”</w:t>
      </w:r>
    </w:p>
    <w:p w14:paraId="54D638A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pause, let silence stretch lethal and precise between us. My words slip darkly into her </w:t>
      </w:r>
      <w:proofErr w:type="gramStart"/>
      <w:r w:rsidRPr="00124F84">
        <w:rPr>
          <w:rFonts w:ascii="Times New Roman" w:hAnsi="Times New Roman" w:cs="Times New Roman"/>
          <w:sz w:val="24"/>
          <w:szCs w:val="24"/>
        </w:rPr>
        <w:t>bloodstream,</w:t>
      </w:r>
      <w:proofErr w:type="gramEnd"/>
      <w:r w:rsidRPr="00124F84">
        <w:rPr>
          <w:rFonts w:ascii="Times New Roman" w:hAnsi="Times New Roman" w:cs="Times New Roman"/>
          <w:sz w:val="24"/>
          <w:szCs w:val="24"/>
        </w:rPr>
        <w:t xml:space="preserve"> a promise sealed in blood and vengeance. “Everything Douglas took from you?”</w:t>
      </w:r>
    </w:p>
    <w:p w14:paraId="39482DB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whisper ruthlessly, irrevocably, my voice pure poison and deliverance.</w:t>
      </w:r>
    </w:p>
    <w:p w14:paraId="210EB78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“I’m taking it back…with interest. With cruelty.”</w:t>
      </w:r>
    </w:p>
    <w:p w14:paraId="4CA354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flicker, wet, burning, but still locked to mine. Still breathing. Still alive.</w:t>
      </w:r>
    </w:p>
    <w:p w14:paraId="30F4C8F1"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give her the truth. The real one. “You don’t need to be okay.” My voice goes darker. Deeper. “You don’t need to heal. You don’t need to forgive. You need a fucking monster.”</w:t>
      </w:r>
    </w:p>
    <w:p w14:paraId="39CD99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press my hand to her chest, right over her heartbeat. “You survived him. But now I’m here. And I don’t survive.” My jaw’s clenched. My throat’s raw. “I devour. I break. I end.”</w:t>
      </w:r>
    </w:p>
    <w:p w14:paraId="1F8E1AD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Another breath. Her breath. My voice drops to a growl. “I’m going to be the thing he fears before he dies. Your monster. Bound to you in blood and purpose.”</w:t>
      </w:r>
    </w:p>
    <w:p w14:paraId="29A816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exhales like her lungs forgot how. And I seal it, low and final, the words sinking into her skin like ink, like fire:</w:t>
      </w:r>
    </w:p>
    <w:p w14:paraId="307BA9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going to carve the truth on every inch of Douglas Everhart’s body."</w:t>
      </w:r>
      <w:r w:rsidRPr="00124F84">
        <w:rPr>
          <w:rFonts w:ascii="Times New Roman" w:hAnsi="Times New Roman" w:cs="Times New Roman"/>
          <w:sz w:val="24"/>
          <w:szCs w:val="24"/>
        </w:rPr>
        <w:br/>
        <w:t>A breath. "And when he’s screaming in the dark, choking on his own blood, he’ll know it was you who sent me."</w:t>
      </w:r>
    </w:p>
    <w:p w14:paraId="1314BB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exhales…Like her lungs had been holding that breath for years. Like something just cracked loose inside her and started breathing again. Her eyes flicker, wet, burning, but still locked to mine. Still breathing. Still alive.</w:t>
      </w:r>
    </w:p>
    <w:p w14:paraId="1D6217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now? She’s mine. Not owned. Not possessed. Chosen. </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give her what seals it.</w:t>
      </w:r>
    </w:p>
    <w:p w14:paraId="5733CD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binds the vow.</w:t>
      </w:r>
    </w:p>
    <w:p w14:paraId="7956C6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kiss her.</w:t>
      </w:r>
    </w:p>
    <w:p w14:paraId="110829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soft. Not sweet.</w:t>
      </w:r>
      <w:r w:rsidRPr="00124F84">
        <w:rPr>
          <w:rFonts w:ascii="Times New Roman" w:hAnsi="Times New Roman" w:cs="Times New Roman"/>
          <w:sz w:val="24"/>
          <w:szCs w:val="24"/>
        </w:rPr>
        <w:br/>
        <w:t>Deep. Consuming. Final.</w:t>
      </w:r>
    </w:p>
    <w:p w14:paraId="0133D4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I’m dragging her out of the grave with my mouth. Like I’m pressing every vow into her lips, her teeth, her soul so there’s no mistaking what she just summoned.</w:t>
      </w:r>
    </w:p>
    <w:p w14:paraId="3C6A0A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hand stays pressed over her heart. And I feel it hammering like a war drum now, wild, chaotic, alive.</w:t>
      </w:r>
    </w:p>
    <w:p w14:paraId="4B184E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hands clutch at my shoulders, unsure, but gripping. Not pulling away. Not anymore. She’s not falling apart; she’s falling into something.</w:t>
      </w:r>
    </w:p>
    <w:p w14:paraId="7E8B8F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pull back, our breath is ragged. Shared. Claimed. Synchronized like the prelude to violence. I rest my forehead to hers again, and this time, the words come softer, but not weaker.</w:t>
      </w:r>
    </w:p>
    <w:p w14:paraId="4B18BE5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called a monster.” A breath. “And I answered.”</w:t>
      </w:r>
    </w:p>
    <w:p w14:paraId="0F4A9D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quieter, like a secret sealed in flesh: “You’re not alone anymore, Camille.”</w:t>
      </w:r>
    </w:p>
    <w:p w14:paraId="3C820F7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it hang there, bare and brutal, not the kind of thing said in light. The kind of thing whispered in blood. “Every breath you take from this moment forward… it’s protected.”</w:t>
      </w:r>
      <w:r w:rsidRPr="00124F84">
        <w:rPr>
          <w:rFonts w:ascii="Times New Roman" w:hAnsi="Times New Roman" w:cs="Times New Roman"/>
          <w:sz w:val="24"/>
          <w:szCs w:val="24"/>
        </w:rPr>
        <w:br/>
        <w:t>My fingers tighten just slightly on her chest, reminding her I’m still there, still real.</w:t>
      </w:r>
    </w:p>
    <w:p w14:paraId="6498C07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night you sleep without screaming?” A pause. “It’s because I silenced the thing that made you scream.”</w:t>
      </w:r>
    </w:p>
    <w:p w14:paraId="531C8C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closes her eyes. Just for a second. But I don’t miss the shift.</w:t>
      </w:r>
    </w:p>
    <w:p w14:paraId="095303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way her jaw sets a little harder. The way her fingers stop trembling. The way her spine starts remembering it has steel in it.</w:t>
      </w:r>
    </w:p>
    <w:p w14:paraId="50C842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not hope.</w:t>
      </w:r>
    </w:p>
    <w:p w14:paraId="2DAFD7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That’s alignment.</w:t>
      </w:r>
    </w:p>
    <w:p w14:paraId="4DE937E2" w14:textId="77777777" w:rsidR="00351B3C" w:rsidRPr="00124F84" w:rsidRDefault="00351B3C" w:rsidP="00124F84">
      <w:pPr>
        <w:spacing w:line="240" w:lineRule="auto"/>
        <w:rPr>
          <w:rFonts w:ascii="Times New Roman" w:hAnsi="Times New Roman" w:cs="Times New Roman"/>
          <w:sz w:val="24"/>
          <w:szCs w:val="24"/>
        </w:rPr>
      </w:pPr>
    </w:p>
    <w:p w14:paraId="0711C288" w14:textId="77777777" w:rsidR="00351B3C" w:rsidRPr="00124F84" w:rsidRDefault="00351B3C" w:rsidP="00124F84">
      <w:pPr>
        <w:spacing w:line="240" w:lineRule="auto"/>
        <w:rPr>
          <w:rFonts w:ascii="Times New Roman" w:hAnsi="Times New Roman" w:cs="Times New Roman"/>
          <w:sz w:val="24"/>
          <w:szCs w:val="24"/>
        </w:rPr>
      </w:pPr>
    </w:p>
    <w:p w14:paraId="4F607E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43DB025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I wake, everything is dark.</w:t>
      </w:r>
    </w:p>
    <w:p w14:paraId="43F62C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 room smells like him. Woodsmoke, cedar, soap, sex. I’m tucked under a heavy </w:t>
      </w:r>
      <w:proofErr w:type="gramStart"/>
      <w:r w:rsidRPr="00124F84">
        <w:rPr>
          <w:rFonts w:ascii="Times New Roman" w:hAnsi="Times New Roman" w:cs="Times New Roman"/>
          <w:sz w:val="24"/>
          <w:szCs w:val="24"/>
        </w:rPr>
        <w:t>duvet,</w:t>
      </w:r>
      <w:proofErr w:type="gramEnd"/>
      <w:r w:rsidRPr="00124F84">
        <w:rPr>
          <w:rFonts w:ascii="Times New Roman" w:hAnsi="Times New Roman" w:cs="Times New Roman"/>
          <w:sz w:val="24"/>
          <w:szCs w:val="24"/>
        </w:rPr>
        <w:t xml:space="preserve"> limbs tangled in something solid and hot and alive.</w:t>
      </w:r>
    </w:p>
    <w:p w14:paraId="561559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0C0BF6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One of his arms is wrapped beneath my neck, the other possessive around my waist. His thigh is hooked over mine, his chest against my back. I’m surrounded by him.</w:t>
      </w:r>
    </w:p>
    <w:p w14:paraId="420271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Owned.</w:t>
      </w:r>
    </w:p>
    <w:p w14:paraId="72D8BA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lie there for a long time, just breathing in his warmth, his scent, the steady rhythm of his sleeping body.</w:t>
      </w:r>
    </w:p>
    <w:p w14:paraId="7F6B5BE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I move.</w:t>
      </w:r>
    </w:p>
    <w:p w14:paraId="54B2EF5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 Careful.</w:t>
      </w:r>
    </w:p>
    <w:p w14:paraId="6F93A3E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shift until I’m facing him, careful not to wake him. His face is softer in sleep. Less steel. More boy. Less predator.</w:t>
      </w:r>
    </w:p>
    <w:p w14:paraId="0E03DE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fingers trace his collarbone, his shoulder, the line of ink that cuts across his chest. I map him like a territory I’ve only walked at night…slow and reverent. My touch follows the script in Spanish inked along his ribs, down his side, over scars I don’t ask about. Not yet.</w:t>
      </w:r>
    </w:p>
    <w:p w14:paraId="458C67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kiss one.</w:t>
      </w:r>
    </w:p>
    <w:p w14:paraId="365DB4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another.</w:t>
      </w:r>
    </w:p>
    <w:p w14:paraId="43E77B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slow press of my lips, like punctuation marks to a story only I’ve been allowed to read.</w:t>
      </w:r>
    </w:p>
    <w:p w14:paraId="227B9BC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keep going.</w:t>
      </w:r>
    </w:p>
    <w:p w14:paraId="7B12F2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 soft kisses press gently along his ribs, tracing the script inked permanently into his skin. Each scar, each tattoo, each carefully crafted line tells a story, and my mouth moves like I’m learning the language of him. Slowly. Carefully. Intimately.</w:t>
      </w:r>
    </w:p>
    <w:p w14:paraId="20E1E2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breath stays steady, but deepens, just a little.</w:t>
      </w:r>
    </w:p>
    <w:p w14:paraId="14B437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He’s waking up, I realize. Gradually. Beautifully. Allowing me this quiet moment to explore him without interruption.</w:t>
      </w:r>
    </w:p>
    <w:p w14:paraId="60BBA6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fingertips trace downward, over the taut ridges of his stomach, muscles that flex slightly beneath my gentle touch. His body is pure power and ruthless strength, every inch sculpted by discipline and violence. But beneath my lips, right now, he feels like velvet and warmth. Like quiet reverence in the shadows.</w:t>
      </w:r>
    </w:p>
    <w:p w14:paraId="19DD0E7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follow the trail of soft hair below his navel, and his hips shift subtly beneath my exploring touch. My heart thuds harder, anticipation and heat unfurling low and liquid between my thighs. Desire coils tighter, hungrier, as my fingers slip lower still, brushing the sensitive skin just above where he’s already thickening for me.</w:t>
      </w:r>
    </w:p>
    <w:p w14:paraId="5080E6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mouth follows slowly, breath warm against his flesh. A low, soft sound escapes him, almost a growl, when my lips press gently against his hipbone. His fingers tighten slightly in the sheets, knuckles going white with restraint. He’s awake now, fully, achingly awake, but he lets me set the pace, silently surrendering control to me, just this once.</w:t>
      </w:r>
    </w:p>
    <w:p w14:paraId="7C1FBB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he murmurs, voice dark and rough, barely audible in the heavy silence of the room.</w:t>
      </w:r>
    </w:p>
    <w:p w14:paraId="685B4AE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“Let me,” I whisper softly, my breath grazing his skin. “I want to taste you.”</w:t>
      </w:r>
    </w:p>
    <w:p w14:paraId="1155D0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doesn’t answer with words, just exhales sharply, and the muscles in his abdomen tighten in anticipation. His hand slides gently into my hair, not pushing or guiding, just anchoring.</w:t>
      </w:r>
    </w:p>
    <w:p w14:paraId="241EEC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fingertips curl around him, slowly, reverently, learning the heavy weight of his cock, feeling the thick length pulse and swell beneath my touch. A low groan escapes him, soft, strained, and desperately restrained.</w:t>
      </w:r>
    </w:p>
    <w:p w14:paraId="516FCB7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lift my gaze to his face, finding his eyes hooded and blazing in the dim light, watching me intently. His jaw is tight, breath hitching in quiet surrender.</w:t>
      </w:r>
    </w:p>
    <w:p w14:paraId="48DC8CC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don’t look away.</w:t>
      </w:r>
    </w:p>
    <w:p w14:paraId="5010DF1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deliberately, I lower my head, brushing my lips against the sensitive tip of his cock. The taste of him, salty and masculine, floods my senses, sending heat spiraling low in my belly. My tongue flicks out, softly teasing, savoring the way his breath hitches again, ragged and urgent.</w:t>
      </w:r>
    </w:p>
    <w:p w14:paraId="324B75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he breathes out, voice tight, raw. His hips shift instinctively, but still he holds back, waiting for me to choose.</w:t>
      </w:r>
    </w:p>
    <w:p w14:paraId="13F260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take him deeper.</w:t>
      </w:r>
    </w:p>
    <w:p w14:paraId="5462AAD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achingly slow, my mouth slides down over him, tongue tracing the thick, rigid length of him, tasting every inch, claiming every shuddering breath that escapes him.</w:t>
      </w:r>
    </w:p>
    <w:p w14:paraId="684030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pounds, body humming with power, heat, and the intoxicating thrill of finally having control over a man who controls everything else.</w:t>
      </w:r>
    </w:p>
    <w:p w14:paraId="017E57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begin to move, gentle, rhythmic strokes, taking him deeper each time, my mouth warm and wet and perfectly fitted around him. His hips begin to rock gently into my mouth, his fingers tightening carefully in my hair, guiding without force.</w:t>
      </w:r>
    </w:p>
    <w:p w14:paraId="66F197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feel every tremble, every barely restrained growl vibrating through him, and it ignites something fierce and primal within me.</w:t>
      </w:r>
    </w:p>
    <w:p w14:paraId="5D3EF3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he groans again, louder, rawer, filled with dark possession and a deeper vulnerability he never shows.</w:t>
      </w:r>
    </w:p>
    <w:p w14:paraId="531705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look up at him again, his eyes locked on mine, dark, intense, and stripped bare in the most beautiful, dangerous way. I hold his gaze, lips sliding deliberately along his length, drawing a strangled, desperate sound from deep in his chest.</w:t>
      </w:r>
    </w:p>
    <w:p w14:paraId="3535D8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you’re perfect,” he whispers roughly, thumb stroking my cheek with aching reverence. “Fucking perfection.”</w:t>
      </w:r>
    </w:p>
    <w:p w14:paraId="6DD152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in this moment, he’s mine.</w:t>
      </w:r>
    </w:p>
    <w:p w14:paraId="124B39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words, </w:t>
      </w:r>
      <w:r w:rsidRPr="00124F84">
        <w:rPr>
          <w:rFonts w:ascii="Times New Roman" w:hAnsi="Times New Roman" w:cs="Times New Roman"/>
          <w:i/>
          <w:iCs/>
          <w:sz w:val="24"/>
          <w:szCs w:val="24"/>
        </w:rPr>
        <w:t>fucking perfection</w:t>
      </w:r>
      <w:r w:rsidRPr="00124F84">
        <w:rPr>
          <w:rFonts w:ascii="Times New Roman" w:hAnsi="Times New Roman" w:cs="Times New Roman"/>
          <w:sz w:val="24"/>
          <w:szCs w:val="24"/>
        </w:rPr>
        <w:t>, settle in my chest like a brand.</w:t>
      </w:r>
    </w:p>
    <w:p w14:paraId="6AEAE9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keep my rhythm steady, slow, letting my tongue trace the underside of his cock on every pass, letting him feel the softness, the devotion, the absolute ruin blooming in my mouth. His hand stays in my hair, not controlling, just there, tethering. </w:t>
      </w:r>
    </w:p>
    <w:p w14:paraId="510CBE3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groans again, a raw, broken sound, hips rising involuntarily beneath me, chasing the ruthless, relentless rhythm of my mouth.</w:t>
      </w:r>
    </w:p>
    <w:p w14:paraId="70E977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“Camille…fuck,” he rasps, voice wrecked, shattered, every careful layer stripped away by my tongue and lips. His grip in my hair tightens possessively, trying to anchor himself, to hold onto a shred of control, but I don’t let him have it. Not this time.</w:t>
      </w:r>
    </w:p>
    <w:p w14:paraId="478DF29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move faster, deeper, tears slipping down my cheeks, heat pooling violently between my thighs as I feel him pulse harder against my tongue. His abs ripple beneath my fingertips, body tensing, muscles flexing, teetering right on the edge.</w:t>
      </w:r>
    </w:p>
    <w:p w14:paraId="2BA014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“Camille,” he growls, almost a plea now, the sound so raw, so fucking human, it sends another wave of slick heat flooding through me. </w:t>
      </w:r>
    </w:p>
    <w:p w14:paraId="372EDD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“Knees up here,” he grits out, his voice rough, urgent.</w:t>
      </w:r>
    </w:p>
    <w:p w14:paraId="1BF3F44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blink up at him, swallowing slowly as I release him from my mouth with a soft pop. “What?”</w:t>
      </w:r>
    </w:p>
    <w:p w14:paraId="78EF28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“Get up here.” His voice is a command now, deeper, guttural. “Now.”</w:t>
      </w:r>
    </w:p>
    <w:p w14:paraId="0A00E8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crawl up his body slowly, purposefully, straddling his hips, and the second I settle over him, his hands grab my thighs, holding me down. He’s still so hard, still slick and glistening from my mouth, resting heavy between us.</w:t>
      </w:r>
    </w:p>
    <w:p w14:paraId="5FF6AE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did that on purpose,” he murmurs, voice hoarse, lips brushing my jaw. “You wanted to see me fall apart.”</w:t>
      </w:r>
    </w:p>
    <w:p w14:paraId="1592B7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smile and lick my lips. “Definitely.”</w:t>
      </w:r>
    </w:p>
    <w:p w14:paraId="388EF6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growls low in his throat, and it vibrates through me.</w:t>
      </w:r>
    </w:p>
    <w:p w14:paraId="5F98BA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want control?” he whispers. “You’ve got it. Take what you want from me.”</w:t>
      </w:r>
    </w:p>
    <w:p w14:paraId="012897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undoes something in me. That offer.</w:t>
      </w:r>
    </w:p>
    <w:p w14:paraId="0D45B6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surrender.</w:t>
      </w:r>
    </w:p>
    <w:p w14:paraId="46696D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reach between us, line him up, and slide down slow, so slow, I feel every inch stretch me again, thick and deep and perfect. My eyes flutter closed, breath catching in my throat as he fills me completely, my body locking down around him like it remembers.</w:t>
      </w:r>
    </w:p>
    <w:p w14:paraId="55A823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his eyes never leave me.</w:t>
      </w:r>
    </w:p>
    <w:p w14:paraId="2E5FB7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There’s no rush. No roughness. Just the sweet, brutal rhythm of two people who have nothing left to hide. His hands stroke up my thighs, over my waist, my ribs, my breasts. He watches every reaction I give him like he’s cataloging it, like he’s </w:t>
      </w:r>
      <w:proofErr w:type="gramStart"/>
      <w:r w:rsidRPr="00124F84">
        <w:rPr>
          <w:rFonts w:ascii="Times New Roman" w:hAnsi="Times New Roman" w:cs="Times New Roman"/>
          <w:sz w:val="24"/>
          <w:szCs w:val="24"/>
        </w:rPr>
        <w:t>learning</w:t>
      </w:r>
      <w:proofErr w:type="gramEnd"/>
      <w:r w:rsidRPr="00124F84">
        <w:rPr>
          <w:rFonts w:ascii="Times New Roman" w:hAnsi="Times New Roman" w:cs="Times New Roman"/>
          <w:sz w:val="24"/>
          <w:szCs w:val="24"/>
        </w:rPr>
        <w:t xml:space="preserve"> me better this time.</w:t>
      </w:r>
    </w:p>
    <w:p w14:paraId="291A804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feel like home,” he says, voice raw, almost broken.</w:t>
      </w:r>
    </w:p>
    <w:p w14:paraId="78B8BB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in, my hands on his chest, breath shaky.</w:t>
      </w:r>
    </w:p>
    <w:p w14:paraId="61EF9A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are home,” I whisper.</w:t>
      </w:r>
    </w:p>
    <w:p w14:paraId="400560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holds me there, not just with his body but his eyes, his everything.</w:t>
      </w:r>
    </w:p>
    <w:p w14:paraId="2958F0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when we move together, slow and aching and full, it feels like the truth we’ve never dared to say out loud is finally breathing between us.</w:t>
      </w:r>
    </w:p>
    <w:p w14:paraId="540C94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were never made for soft love.</w:t>
      </w:r>
    </w:p>
    <w:p w14:paraId="0198029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this…this is ours.</w:t>
      </w:r>
    </w:p>
    <w:p w14:paraId="3FA78B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I’ll never survive anyone else again.</w:t>
      </w:r>
    </w:p>
    <w:p w14:paraId="198E872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0BE2E9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should’ve scared me, the things we whispered in the dark, the truths we carved into each other’s flesh, the fierce, quiet promises made between ragged breaths.</w:t>
      </w:r>
    </w:p>
    <w:p w14:paraId="1B29D4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should terrify me, how easily the lines blurred between the monster and the man.</w:t>
      </w:r>
    </w:p>
    <w:p w14:paraId="2EBF8FE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How effortlessly Kane Rivera stripped me bare not just physically, but in every other way that mattered.</w:t>
      </w:r>
    </w:p>
    <w:p w14:paraId="05FFB0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it doesn’t.</w:t>
      </w:r>
    </w:p>
    <w:p w14:paraId="3D2827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Right now, in this perfect quiet, there’s no room for fear. Just a slow, steady hum beneath my skin. A calm after a storm, like breathing clean air after choking on smoke.</w:t>
      </w:r>
    </w:p>
    <w:p w14:paraId="487C20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morning is lazy, soft, spilling sunlight across the sheets tangled around our legs. We lie together, still naked, still warm. My body curled into the hard curve of his, my head resting gently against his chest. His heartbeat steady beneath my ear strong, real, reassuring in a way I never imagined possible.</w:t>
      </w:r>
    </w:p>
    <w:p w14:paraId="5D02A9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Eventually, I shift slightly, careful not to disturb him.</w:t>
      </w:r>
    </w:p>
    <w:p w14:paraId="4A35C4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grip tightens around my waist instantly, possessively. “Where do you think you’re going?” His voice is rough, heavy with sleep, a little amused, and far too tempting.</w:t>
      </w:r>
    </w:p>
    <w:p w14:paraId="0BC00F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clingy when you’re satisfied,” I tease gently, stretching languidly against him, feeling the satisfying ache in my muscles.</w:t>
      </w:r>
    </w:p>
    <w:p w14:paraId="620C95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clingy when you’re satisfied,” I tease softly, stretching against him like a cat in sunlight. “I like it.”</w:t>
      </w:r>
    </w:p>
    <w:p w14:paraId="17D0E8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“Brat,” he whispers against my skin, voice deep and fond.</w:t>
      </w:r>
    </w:p>
    <w:p w14:paraId="446DD6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“Monster,” I murmur back, smiling softly.</w:t>
      </w:r>
    </w:p>
    <w:p w14:paraId="44CF98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eyes darken, warmth pooling behind their depths. “Yours,” he murmurs quietly, with so much raw honesty it makes my breath catch.</w:t>
      </w:r>
    </w:p>
    <w:p w14:paraId="6B19972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help me…I believe him.</w:t>
      </w:r>
    </w:p>
    <w:p w14:paraId="4FC87F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Sliding from his embrace, I pick up his discarded shirt from the floor, tugging it over my head. It’s enormous, drowning my frame completely. It smells like him, like spice and heat and that quiet, controlled strength I’ve grown addicted to. It’s intimate in a way that feels dangerous, vulnerable, perfect.</w:t>
      </w:r>
    </w:p>
    <w:p w14:paraId="59C84F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pad barefoot toward his kitchen, sunlight warm against my bare legs, and start fumbling through cabinets in search of coffee. </w:t>
      </w:r>
    </w:p>
    <w:p w14:paraId="748E0B7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find some coffee grounds and a French press tucked neatly behind rows of glasses. Frowning, I stare at it for a moment, simple glass and metal somehow feeling intimidating in the pristine, quietly luxurious kitchen. I’m halfway through scooping grounds into the press when Kane’s voice comes from behind me, warm with quiet amusement.</w:t>
      </w:r>
    </w:p>
    <w:p w14:paraId="085A37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planning on boiling water first, right?”</w:t>
      </w:r>
    </w:p>
    <w:p w14:paraId="19D903DA" w14:textId="2B846723"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pause, spinning slowly to face him, arching one brow defensively. “Was I supposed to?”</w:t>
      </w:r>
    </w:p>
    <w:p w14:paraId="35757B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smiles slightly, shaking his head as he moves closer, gently extracting the French press from my hands like he’s disarming a bomb. “I knew you were dangerous, but this is borderline criminal.”</w:t>
      </w:r>
    </w:p>
    <w:p w14:paraId="76FF0FD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roll my eyes softly, folding my arms and leaning back against the marble countertop. “You have an unhealthy obsession with precision, Kane.”</w:t>
      </w:r>
    </w:p>
    <w:p w14:paraId="320FB50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chuckles, low and rich, turning toward the stove and flicking on the burner with practiced ease. “Coffee deserves respect. Good coffee is like chess, it requires focus, patience, the right timing. The details matter.”</w:t>
      </w:r>
    </w:p>
    <w:p w14:paraId="1FA176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quietly as he moves around the kitchen, shirtless, effortlessly graceful, a quiet confidence in every deliberate action. He’s meticulous, measuring the grounds carefully, timing the steep precisely. This version of Kane, methodical and quietly focused, is dangerously fascinating.</w:t>
      </w:r>
    </w:p>
    <w:p w14:paraId="1051069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pours a steaming mug, handing it to me carefully, eyes warm with expectation. “Sip slowly. This is </w:t>
      </w:r>
      <w:proofErr w:type="gramStart"/>
      <w:r w:rsidRPr="00124F84">
        <w:rPr>
          <w:rFonts w:ascii="Times New Roman" w:hAnsi="Times New Roman" w:cs="Times New Roman"/>
          <w:sz w:val="24"/>
          <w:szCs w:val="24"/>
        </w:rPr>
        <w:t>god</w:t>
      </w:r>
      <w:proofErr w:type="gramEnd"/>
      <w:r w:rsidRPr="00124F84">
        <w:rPr>
          <w:rFonts w:ascii="Times New Roman" w:hAnsi="Times New Roman" w:cs="Times New Roman"/>
          <w:sz w:val="24"/>
          <w:szCs w:val="24"/>
        </w:rPr>
        <w:t>-tier. I won’t tolerate disrespect.”</w:t>
      </w:r>
    </w:p>
    <w:p w14:paraId="0F75706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smirk softly, taking a sip. Flavor blooms across my tongue, smooth and rich, undeniably perfect. I pause, genuinely surprised, before looking back at him.</w:t>
      </w:r>
    </w:p>
    <w:p w14:paraId="2765A1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“Fine,” I concede quietly. “It’s good.”</w:t>
      </w:r>
    </w:p>
    <w:p w14:paraId="00EC62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arches an eyebrow, leaning in slightly, voice dropping to a low, playful challenge. “Just good?”</w:t>
      </w:r>
    </w:p>
    <w:p w14:paraId="0785C9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take another slow sip, eyes glittering mischievously over the rim of the cup. </w:t>
      </w:r>
    </w:p>
    <w:p w14:paraId="32A12C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take another slow sip, eyes glittering mischievously over the rim of the cup. “I don’t think it’s </w:t>
      </w:r>
      <w:proofErr w:type="gramStart"/>
      <w:r w:rsidRPr="00124F84">
        <w:rPr>
          <w:rFonts w:ascii="Times New Roman" w:hAnsi="Times New Roman" w:cs="Times New Roman"/>
          <w:sz w:val="24"/>
          <w:szCs w:val="24"/>
        </w:rPr>
        <w:t>wise</w:t>
      </w:r>
      <w:proofErr w:type="gramEnd"/>
      <w:r w:rsidRPr="00124F84">
        <w:rPr>
          <w:rFonts w:ascii="Times New Roman" w:hAnsi="Times New Roman" w:cs="Times New Roman"/>
          <w:sz w:val="24"/>
          <w:szCs w:val="24"/>
        </w:rPr>
        <w:t xml:space="preserve"> me feeding that ego of yours, it’s already taking up most of this kitchen, anymore and you’ll need a bigger penthouse.”</w:t>
      </w:r>
    </w:p>
    <w:p w14:paraId="6C2393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smile shifts subtly, darkening, a predatory gleam sliding into his eyes as he closes the distance between us with one deliberate, dangerous step.</w:t>
      </w:r>
    </w:p>
    <w:p w14:paraId="2BD4DA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 warn softly, pulse suddenly frantic in my throat as I retreat half a step. “Don’t.”</w:t>
      </w:r>
    </w:p>
    <w:p w14:paraId="1FBC08D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tilts his head, gaze locked on mine, voice dropping into that seductive rasp that always unravels me. “Don’t what?”</w:t>
      </w:r>
    </w:p>
    <w:p w14:paraId="0BAC0D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“Listen, </w:t>
      </w:r>
      <w:proofErr w:type="gramStart"/>
      <w:r w:rsidRPr="00124F84">
        <w:rPr>
          <w:rFonts w:ascii="Times New Roman" w:hAnsi="Times New Roman" w:cs="Times New Roman"/>
          <w:sz w:val="24"/>
          <w:szCs w:val="24"/>
        </w:rPr>
        <w:t>you</w:t>
      </w:r>
      <w:proofErr w:type="gramEnd"/>
      <w:r w:rsidRPr="00124F84">
        <w:rPr>
          <w:rFonts w:ascii="Times New Roman" w:hAnsi="Times New Roman" w:cs="Times New Roman"/>
          <w:sz w:val="24"/>
          <w:szCs w:val="24"/>
        </w:rPr>
        <w:t xml:space="preserve"> insatiable man,” I say, lifting my chin defiantly, even as heat floods my cheeks, “I’m trying to enjoy this moderately average cup of coffee in peace.”</w:t>
      </w:r>
    </w:p>
    <w:p w14:paraId="62A008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pauses, eyebrow arching sharply, a slow smirk curving his lips.</w:t>
      </w:r>
    </w:p>
    <w:p w14:paraId="3061E6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“Moderately average?”</w:t>
      </w:r>
    </w:p>
    <w:p w14:paraId="36DBD377" w14:textId="77777777" w:rsidR="00351B3C" w:rsidRPr="00124F84" w:rsidRDefault="00351B3C" w:rsidP="00124F84">
      <w:pPr>
        <w:pStyle w:val="NormalWeb"/>
        <w:rPr>
          <w:color w:val="000000"/>
        </w:rPr>
      </w:pPr>
      <w:r w:rsidRPr="00124F84">
        <w:rPr>
          <w:color w:val="000000"/>
        </w:rPr>
        <w:t>My heart kicks harder in my chest, adrenaline quickening my breath. I set the mug down slowly, bracing my hands behind me, gripping the countertop.</w:t>
      </w:r>
    </w:p>
    <w:p w14:paraId="2A4C5ACB" w14:textId="77777777" w:rsidR="00351B3C" w:rsidRPr="00124F84" w:rsidRDefault="00351B3C" w:rsidP="00124F84">
      <w:pPr>
        <w:pStyle w:val="NormalWeb"/>
        <w:rPr>
          <w:color w:val="000000"/>
        </w:rPr>
      </w:pPr>
      <w:r w:rsidRPr="00124F84">
        <w:rPr>
          <w:color w:val="000000"/>
        </w:rPr>
        <w:t>“You should run,” he warns quietly, his gaze never wavering from mine.</w:t>
      </w:r>
    </w:p>
    <w:p w14:paraId="4E43DA10" w14:textId="77777777" w:rsidR="00351B3C" w:rsidRPr="00124F84" w:rsidRDefault="00351B3C" w:rsidP="00124F84">
      <w:pPr>
        <w:pStyle w:val="NormalWeb"/>
        <w:rPr>
          <w:color w:val="000000"/>
        </w:rPr>
      </w:pPr>
      <w:r w:rsidRPr="00124F84">
        <w:rPr>
          <w:color w:val="000000"/>
        </w:rPr>
        <w:t xml:space="preserve">I smirk softly, chin tilting defiantly even as I feel the heat climbing up my neck. “And if I don’t?” </w:t>
      </w:r>
    </w:p>
    <w:p w14:paraId="1C117A1F" w14:textId="77777777" w:rsidR="00351B3C" w:rsidRPr="00124F84" w:rsidRDefault="00351B3C" w:rsidP="00124F84">
      <w:pPr>
        <w:pStyle w:val="NormalWeb"/>
        <w:rPr>
          <w:color w:val="000000"/>
        </w:rPr>
      </w:pPr>
      <w:r w:rsidRPr="00124F84">
        <w:rPr>
          <w:color w:val="000000"/>
        </w:rPr>
        <w:t>“Then don’t say I didn’t warn you, Muñequita.”</w:t>
      </w:r>
    </w:p>
    <w:p w14:paraId="6586B6B9" w14:textId="77777777" w:rsidR="00351B3C" w:rsidRPr="00124F84" w:rsidRDefault="00351B3C" w:rsidP="00124F84">
      <w:pPr>
        <w:pStyle w:val="NormalWeb"/>
        <w:rPr>
          <w:color w:val="000000"/>
        </w:rPr>
      </w:pPr>
      <w:r w:rsidRPr="00124F84">
        <w:rPr>
          <w:color w:val="000000"/>
        </w:rPr>
        <w:lastRenderedPageBreak/>
        <w:t>^^^</w:t>
      </w:r>
    </w:p>
    <w:p w14:paraId="7C1CD1A3" w14:textId="77777777" w:rsidR="00351B3C" w:rsidRPr="00124F84" w:rsidRDefault="00351B3C" w:rsidP="00124F84">
      <w:pPr>
        <w:pStyle w:val="NormalWeb"/>
        <w:rPr>
          <w:color w:val="000000"/>
        </w:rPr>
      </w:pPr>
      <w:r w:rsidRPr="00124F84">
        <w:rPr>
          <w:color w:val="000000"/>
        </w:rPr>
        <w:t>Later, curled together beneath a blanket on the couch, he patiently guides me through an opening, the Sicilian Defense, his voice quiet and steady, his fingers careful, precise, confident.</w:t>
      </w:r>
    </w:p>
    <w:p w14:paraId="78A352C5" w14:textId="77777777" w:rsidR="00351B3C" w:rsidRPr="00124F84" w:rsidRDefault="00351B3C" w:rsidP="00124F84">
      <w:pPr>
        <w:pStyle w:val="NormalWeb"/>
        <w:rPr>
          <w:color w:val="000000"/>
        </w:rPr>
      </w:pPr>
      <w:r w:rsidRPr="00124F84">
        <w:rPr>
          <w:color w:val="000000"/>
        </w:rPr>
        <w:t>I pretend I’m paying attention. He pretends not to notice my distraction.</w:t>
      </w:r>
    </w:p>
    <w:p w14:paraId="2CAB59D0" w14:textId="77777777" w:rsidR="00351B3C" w:rsidRPr="00124F84" w:rsidRDefault="00351B3C" w:rsidP="00124F84">
      <w:pPr>
        <w:pStyle w:val="NormalWeb"/>
        <w:rPr>
          <w:color w:val="000000"/>
        </w:rPr>
      </w:pPr>
      <w:r w:rsidRPr="00124F84">
        <w:rPr>
          <w:color w:val="000000"/>
        </w:rPr>
        <w:t>But neither of us pretends about anything else. Not after last night.</w:t>
      </w:r>
      <w:r w:rsidRPr="00124F84">
        <w:rPr>
          <w:color w:val="000000"/>
        </w:rPr>
        <w:br/>
        <w:t>Not after whispered truths, raw promises, fierce declarations breathed between tangled sheets.</w:t>
      </w:r>
    </w:p>
    <w:p w14:paraId="44A138FC" w14:textId="77777777" w:rsidR="00351B3C" w:rsidRPr="00124F84" w:rsidRDefault="00351B3C" w:rsidP="00124F84">
      <w:pPr>
        <w:pStyle w:val="NormalWeb"/>
        <w:rPr>
          <w:color w:val="000000"/>
        </w:rPr>
      </w:pPr>
      <w:r w:rsidRPr="00124F84">
        <w:rPr>
          <w:color w:val="000000"/>
        </w:rPr>
        <w:t>This is our haven, quiet and warm, dangerously temporary perhaps, but right now, perfectly real.</w:t>
      </w:r>
    </w:p>
    <w:p w14:paraId="7813ECC4" w14:textId="77777777" w:rsidR="00351B3C" w:rsidRPr="00124F84" w:rsidRDefault="00351B3C" w:rsidP="00124F84">
      <w:pPr>
        <w:pStyle w:val="NormalWeb"/>
        <w:rPr>
          <w:color w:val="000000"/>
        </w:rPr>
      </w:pPr>
      <w:r w:rsidRPr="00124F84">
        <w:rPr>
          <w:color w:val="000000"/>
        </w:rPr>
        <w:t>I lean deeper into him, letting this fragile peace fill my chest, my bones, my soul. I don’t say it out loud, but the words press urgently inside me, a fierce prayer to whatever gods might listen:</w:t>
      </w:r>
    </w:p>
    <w:p w14:paraId="2F6F1783" w14:textId="77777777" w:rsidR="00351B3C" w:rsidRPr="00124F84" w:rsidRDefault="00351B3C" w:rsidP="00124F84">
      <w:pPr>
        <w:pStyle w:val="NormalWeb"/>
        <w:rPr>
          <w:color w:val="000000"/>
        </w:rPr>
      </w:pPr>
      <w:r w:rsidRPr="00124F84">
        <w:rPr>
          <w:rStyle w:val="Emphasis"/>
          <w:i w:val="0"/>
          <w:iCs w:val="0"/>
          <w:color w:val="000000"/>
        </w:rPr>
        <w:t>Don’t let the world come.</w:t>
      </w:r>
      <w:r w:rsidRPr="00124F84">
        <w:rPr>
          <w:color w:val="000000"/>
        </w:rPr>
        <w:br/>
      </w:r>
      <w:r w:rsidRPr="00124F84">
        <w:rPr>
          <w:rStyle w:val="Emphasis"/>
          <w:i w:val="0"/>
          <w:iCs w:val="0"/>
          <w:color w:val="000000"/>
        </w:rPr>
        <w:t>Please…not yet.</w:t>
      </w:r>
    </w:p>
    <w:p w14:paraId="53E5BD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2F9A37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jolt upright like I’ve been shot.</w:t>
      </w:r>
    </w:p>
    <w:p w14:paraId="4A4023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sound. No warning. Just the brutal slam of panic crashing into my chest, ribs cracking under the weight of it. My heart’s a war drum. My lungs refuse air. I claw at the sheets like I can rip the feeling out of me, but it won’t go.</w:t>
      </w:r>
    </w:p>
    <w:p w14:paraId="19B1179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air in the penthouse is wrong. Cold. Sterile. A blade dragged across skin that doesn’t bleed fast enough. I stumble out of Kane’s bed, feet barely registering the floor before I’m moving, fast, frantic, hunted. Not by him.</w:t>
      </w:r>
    </w:p>
    <w:p w14:paraId="39E3F48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By me.</w:t>
      </w:r>
    </w:p>
    <w:p w14:paraId="79287046" w14:textId="77777777" w:rsidR="00351B3C" w:rsidRPr="00124F84" w:rsidRDefault="00351B3C" w:rsidP="00124F84">
      <w:pPr>
        <w:pStyle w:val="NormalWeb"/>
        <w:rPr>
          <w:color w:val="000000"/>
        </w:rPr>
      </w:pPr>
      <w:r w:rsidRPr="00124F84">
        <w:rPr>
          <w:color w:val="000000"/>
        </w:rPr>
        <w:t xml:space="preserve">I’m on my knees, heart slamming violently inside my chest, the sleek marble floor biting into my skin as I desperately search the shadows for a glint of metal. I can barely breathe, barely see beyond the tears blurring my vision, but I know I </w:t>
      </w:r>
      <w:proofErr w:type="gramStart"/>
      <w:r w:rsidRPr="00124F84">
        <w:rPr>
          <w:color w:val="000000"/>
        </w:rPr>
        <w:t>have to</w:t>
      </w:r>
      <w:proofErr w:type="gramEnd"/>
      <w:r w:rsidRPr="00124F84">
        <w:rPr>
          <w:color w:val="000000"/>
        </w:rPr>
        <w:t xml:space="preserve"> find that damn ring.</w:t>
      </w:r>
    </w:p>
    <w:p w14:paraId="1F682518" w14:textId="77777777" w:rsidR="00351B3C" w:rsidRPr="00124F84" w:rsidRDefault="00351B3C" w:rsidP="00124F84">
      <w:pPr>
        <w:pStyle w:val="NormalWeb"/>
        <w:rPr>
          <w:color w:val="000000"/>
        </w:rPr>
      </w:pPr>
      <w:r w:rsidRPr="00124F84">
        <w:rPr>
          <w:color w:val="000000"/>
        </w:rPr>
        <w:t>Preston’s ring.</w:t>
      </w:r>
    </w:p>
    <w:p w14:paraId="7963C057" w14:textId="77777777" w:rsidR="00351B3C" w:rsidRPr="00124F84" w:rsidRDefault="00351B3C" w:rsidP="00124F84">
      <w:pPr>
        <w:pStyle w:val="NormalWeb"/>
        <w:rPr>
          <w:color w:val="000000"/>
        </w:rPr>
      </w:pPr>
      <w:r w:rsidRPr="00124F84">
        <w:rPr>
          <w:color w:val="000000"/>
        </w:rPr>
        <w:t>The ring I threw off days ago, the ring that felt suffocating, a polished leash wrapped around my finger. But now I’m clawing for it, desperate and wild, because suddenly it feels like the only thing tethering me back to the life I understand.</w:t>
      </w:r>
    </w:p>
    <w:p w14:paraId="02D6B369" w14:textId="77777777" w:rsidR="00351B3C" w:rsidRPr="00124F84" w:rsidRDefault="00351B3C" w:rsidP="00124F84">
      <w:pPr>
        <w:pStyle w:val="NormalWeb"/>
        <w:rPr>
          <w:color w:val="000000"/>
        </w:rPr>
      </w:pPr>
      <w:r w:rsidRPr="00124F84">
        <w:rPr>
          <w:color w:val="000000"/>
        </w:rPr>
        <w:t>A life of control.</w:t>
      </w:r>
      <w:r w:rsidRPr="00124F84">
        <w:rPr>
          <w:color w:val="000000"/>
        </w:rPr>
        <w:br/>
        <w:t>A life of expectations.</w:t>
      </w:r>
      <w:r w:rsidRPr="00124F84">
        <w:rPr>
          <w:color w:val="000000"/>
        </w:rPr>
        <w:br/>
        <w:t>A life carefully scripted, where the future is clear, predictable, and safe.</w:t>
      </w:r>
    </w:p>
    <w:p w14:paraId="01AD628B" w14:textId="77777777" w:rsidR="00351B3C" w:rsidRPr="00124F84" w:rsidRDefault="00351B3C" w:rsidP="00124F84">
      <w:pPr>
        <w:pStyle w:val="NormalWeb"/>
        <w:rPr>
          <w:color w:val="000000"/>
        </w:rPr>
      </w:pPr>
      <w:r w:rsidRPr="00124F84">
        <w:rPr>
          <w:color w:val="000000"/>
        </w:rPr>
        <w:t>Not this. Not him.</w:t>
      </w:r>
    </w:p>
    <w:p w14:paraId="73AA2618" w14:textId="77777777" w:rsidR="00351B3C" w:rsidRPr="00124F84" w:rsidRDefault="00351B3C" w:rsidP="00124F84">
      <w:pPr>
        <w:pStyle w:val="NormalWeb"/>
        <w:rPr>
          <w:color w:val="000000"/>
        </w:rPr>
      </w:pPr>
      <w:r w:rsidRPr="00124F84">
        <w:rPr>
          <w:color w:val="000000"/>
        </w:rPr>
        <w:lastRenderedPageBreak/>
        <w:t>Because Kane Rivera is chaos.</w:t>
      </w:r>
      <w:r w:rsidRPr="00124F84">
        <w:rPr>
          <w:color w:val="000000"/>
        </w:rPr>
        <w:br/>
        <w:t>He’s uncertainty.</w:t>
      </w:r>
      <w:r w:rsidRPr="00124F84">
        <w:rPr>
          <w:color w:val="000000"/>
        </w:rPr>
        <w:br/>
        <w:t>He’s passion and ruin and intensity so terrifying it threatens to burn down every carefully built wall I’ve ever hidden behind.</w:t>
      </w:r>
    </w:p>
    <w:p w14:paraId="61844F03" w14:textId="77777777" w:rsidR="00351B3C" w:rsidRPr="00124F84" w:rsidRDefault="00351B3C" w:rsidP="00124F84">
      <w:pPr>
        <w:pStyle w:val="NormalWeb"/>
        <w:rPr>
          <w:color w:val="000000"/>
        </w:rPr>
      </w:pPr>
      <w:r w:rsidRPr="00124F84">
        <w:rPr>
          <w:color w:val="000000"/>
        </w:rPr>
        <w:t>I gasp harshly, panic scraping painfully through my throat as I scramble along the floor, frantic fingers trembling, searching, praying for that tiny scrap of metal to somehow erase the last seventy-eight hours I’ve spent believing his truths.</w:t>
      </w:r>
    </w:p>
    <w:p w14:paraId="2BD818CE" w14:textId="77777777" w:rsidR="00351B3C" w:rsidRPr="00124F84" w:rsidRDefault="00351B3C" w:rsidP="00124F84">
      <w:pPr>
        <w:pStyle w:val="NormalWeb"/>
        <w:rPr>
          <w:color w:val="000000"/>
        </w:rPr>
      </w:pPr>
      <w:r w:rsidRPr="00124F84">
        <w:rPr>
          <w:color w:val="000000"/>
        </w:rPr>
        <w:t xml:space="preserve">It defies logic, this panic, this sudden desperation to undo it all. But my heart is too close to </w:t>
      </w:r>
      <w:proofErr w:type="gramStart"/>
      <w:r w:rsidRPr="00124F84">
        <w:rPr>
          <w:color w:val="000000"/>
        </w:rPr>
        <w:t>breaking</w:t>
      </w:r>
      <w:proofErr w:type="gramEnd"/>
      <w:r w:rsidRPr="00124F84">
        <w:rPr>
          <w:color w:val="000000"/>
        </w:rPr>
        <w:t xml:space="preserve"> through my ribs, my body shaking too violently to see reason. Because the idea of risking everything I’ve been trained to uphold, my family’s name, my reputation, my carefully curated future, for a man who could tear me apart just as quickly as he rebuilt me, is impossible.</w:t>
      </w:r>
    </w:p>
    <w:p w14:paraId="1C3C7433" w14:textId="77777777" w:rsidR="00351B3C" w:rsidRPr="00124F84" w:rsidRDefault="00351B3C" w:rsidP="00124F84">
      <w:pPr>
        <w:pStyle w:val="NormalWeb"/>
        <w:rPr>
          <w:color w:val="000000"/>
        </w:rPr>
      </w:pPr>
      <w:r w:rsidRPr="00124F84">
        <w:rPr>
          <w:color w:val="000000"/>
        </w:rPr>
        <w:t>I’m a coward.</w:t>
      </w:r>
      <w:r w:rsidRPr="00124F84">
        <w:rPr>
          <w:color w:val="000000"/>
        </w:rPr>
        <w:br/>
        <w:t>I’m running.</w:t>
      </w:r>
      <w:r w:rsidRPr="00124F84">
        <w:rPr>
          <w:color w:val="000000"/>
        </w:rPr>
        <w:br/>
        <w:t>And I know it. God, I fucking know it.</w:t>
      </w:r>
    </w:p>
    <w:p w14:paraId="56428871" w14:textId="77777777" w:rsidR="00351B3C" w:rsidRPr="00124F84" w:rsidRDefault="00351B3C" w:rsidP="00124F84">
      <w:pPr>
        <w:pStyle w:val="NormalWeb"/>
        <w:rPr>
          <w:color w:val="000000"/>
        </w:rPr>
      </w:pPr>
      <w:r w:rsidRPr="00124F84">
        <w:rPr>
          <w:color w:val="000000"/>
        </w:rPr>
        <w:t>But if I don’t sabotage this now, if I don’t rip myself away while I still have the strength, I’ll never survive the fall if he lets me go. If he realizes how broken, how fucking terrified I really am.</w:t>
      </w:r>
    </w:p>
    <w:p w14:paraId="51792E91" w14:textId="77777777" w:rsidR="00351B3C" w:rsidRPr="00124F84" w:rsidRDefault="00351B3C" w:rsidP="00124F84">
      <w:pPr>
        <w:pStyle w:val="NormalWeb"/>
        <w:rPr>
          <w:color w:val="000000"/>
        </w:rPr>
      </w:pPr>
      <w:r w:rsidRPr="00124F84">
        <w:rPr>
          <w:color w:val="000000"/>
        </w:rPr>
        <w:t>Because if I’m honest with myself, if I look too closely at the ragged edges of my heart, I’m only seconds away from falling hopelessly in love with Kane Rivera.</w:t>
      </w:r>
    </w:p>
    <w:p w14:paraId="30FC5083" w14:textId="77777777" w:rsidR="00351B3C" w:rsidRPr="00124F84" w:rsidRDefault="00351B3C" w:rsidP="00124F84">
      <w:pPr>
        <w:pStyle w:val="NormalWeb"/>
        <w:rPr>
          <w:color w:val="000000"/>
        </w:rPr>
      </w:pPr>
      <w:r w:rsidRPr="00124F84">
        <w:rPr>
          <w:color w:val="000000"/>
        </w:rPr>
        <w:t>If I haven’t already.</w:t>
      </w:r>
    </w:p>
    <w:p w14:paraId="0940534C" w14:textId="59CC01A9" w:rsidR="00A56CB2" w:rsidRPr="00124F84" w:rsidRDefault="00351B3C"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 New Roman" w:hAnsi="Times New Roman" w:cs="Times New Roman"/>
          <w:color w:val="000000"/>
          <w:sz w:val="24"/>
          <w:szCs w:val="24"/>
        </w:rPr>
        <w:t>“Camille?”</w:t>
      </w:r>
      <w:r w:rsidR="00A56CB2" w:rsidRPr="00124F84">
        <w:rPr>
          <w:rFonts w:ascii="Times-Roman" w:eastAsiaTheme="minorHAnsi" w:hAnsi="Times-Roman" w:cs="Times-Roman"/>
          <w:sz w:val="24"/>
          <w:szCs w:val="24"/>
          <w14:ligatures w14:val="standardContextual"/>
        </w:rPr>
        <w:t xml:space="preserve"> His voice slices through the darkness</w:t>
      </w:r>
      <w:r w:rsidR="009F4DEE" w:rsidRPr="00124F84">
        <w:rPr>
          <w:rFonts w:ascii="Times-Roman" w:eastAsiaTheme="minorHAnsi" w:hAnsi="Times-Roman" w:cs="Times-Roman"/>
          <w:sz w:val="24"/>
          <w:szCs w:val="24"/>
          <w14:ligatures w14:val="standardContextual"/>
        </w:rPr>
        <w:t xml:space="preserve">, </w:t>
      </w:r>
      <w:r w:rsidR="00A56CB2" w:rsidRPr="00124F84">
        <w:rPr>
          <w:rFonts w:ascii="Times-Roman" w:eastAsiaTheme="minorHAnsi" w:hAnsi="Times-Roman" w:cs="Times-Roman"/>
          <w:sz w:val="24"/>
          <w:szCs w:val="24"/>
          <w14:ligatures w14:val="standardContextual"/>
        </w:rPr>
        <w:t>rough with sleep, confusion, and a raw edge of something I can’t bear to name. It stops me cold, freezing me like a trapped animal, heart slamming violently against my ribs.</w:t>
      </w:r>
    </w:p>
    <w:p w14:paraId="03C8328D" w14:textId="7FD9DAD8"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I don’t look up. I can’t. If I see his face now, if I glimpse the betrayal flickering in his eyes</w:t>
      </w:r>
      <w:r w:rsidR="009F4DEE" w:rsidRPr="00124F84">
        <w:rPr>
          <w:rFonts w:ascii="Times-Roman" w:eastAsiaTheme="minorHAnsi" w:hAnsi="Times-Roman" w:cs="Times-Roman"/>
          <w:sz w:val="24"/>
          <w:szCs w:val="24"/>
          <w14:ligatures w14:val="standardContextual"/>
        </w:rPr>
        <w:t xml:space="preserve">, </w:t>
      </w:r>
      <w:r w:rsidRPr="00124F84">
        <w:rPr>
          <w:rFonts w:ascii="Times-Roman" w:eastAsiaTheme="minorHAnsi" w:hAnsi="Times-Roman" w:cs="Times-Roman"/>
          <w:sz w:val="24"/>
          <w:szCs w:val="24"/>
          <w14:ligatures w14:val="standardContextual"/>
        </w:rPr>
        <w:t>eyes that burned worship into my skin mere hours ago</w:t>
      </w:r>
      <w:r w:rsidR="009F4DEE" w:rsidRPr="00124F84">
        <w:rPr>
          <w:rFonts w:ascii="Times-Roman" w:eastAsiaTheme="minorHAnsi" w:hAnsi="Times-Roman" w:cs="Times-Roman"/>
          <w:sz w:val="24"/>
          <w:szCs w:val="24"/>
          <w14:ligatures w14:val="standardContextual"/>
        </w:rPr>
        <w:t xml:space="preserve">, </w:t>
      </w:r>
      <w:r w:rsidRPr="00124F84">
        <w:rPr>
          <w:rFonts w:ascii="Times-Roman" w:eastAsiaTheme="minorHAnsi" w:hAnsi="Times-Roman" w:cs="Times-Roman"/>
          <w:sz w:val="24"/>
          <w:szCs w:val="24"/>
          <w14:ligatures w14:val="standardContextual"/>
        </w:rPr>
        <w:t>I’ll break. I’ll shatter completely, and I’ll never put myself back together again.</w:t>
      </w:r>
    </w:p>
    <w:p w14:paraId="3247F795" w14:textId="14B2A568"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Instead, I dig blindly through the shadows, fingertips scraping desperately across the cold floor. My chest tightens, lungs burning, panic clawing its way up my throat, thick and suffocating. I need that ring. I need the lie it represents</w:t>
      </w:r>
      <w:r w:rsidR="009F4DEE" w:rsidRPr="00124F84">
        <w:rPr>
          <w:rFonts w:ascii="Times-Roman" w:eastAsiaTheme="minorHAnsi" w:hAnsi="Times-Roman" w:cs="Times-Roman"/>
          <w:sz w:val="24"/>
          <w:szCs w:val="24"/>
          <w14:ligatures w14:val="standardContextual"/>
        </w:rPr>
        <w:t xml:space="preserve">, </w:t>
      </w:r>
      <w:r w:rsidRPr="00124F84">
        <w:rPr>
          <w:rFonts w:ascii="Times-Roman" w:eastAsiaTheme="minorHAnsi" w:hAnsi="Times-Roman" w:cs="Times-Roman"/>
          <w:sz w:val="24"/>
          <w:szCs w:val="24"/>
          <w14:ligatures w14:val="standardContextual"/>
        </w:rPr>
        <w:t xml:space="preserve">the safe, sterile future I've promised myself. If I find it, maybe, just maybe, I can convince myself that the devastating </w:t>
      </w:r>
      <w:proofErr w:type="gramStart"/>
      <w:r w:rsidRPr="00124F84">
        <w:rPr>
          <w:rFonts w:ascii="Times-Roman" w:eastAsiaTheme="minorHAnsi" w:hAnsi="Times-Roman" w:cs="Times-Roman"/>
          <w:sz w:val="24"/>
          <w:szCs w:val="24"/>
          <w14:ligatures w14:val="standardContextual"/>
        </w:rPr>
        <w:t>lie</w:t>
      </w:r>
      <w:proofErr w:type="gramEnd"/>
      <w:r w:rsidRPr="00124F84">
        <w:rPr>
          <w:rFonts w:ascii="Times-Roman" w:eastAsiaTheme="minorHAnsi" w:hAnsi="Times-Roman" w:cs="Times-Roman"/>
          <w:sz w:val="24"/>
          <w:szCs w:val="24"/>
          <w14:ligatures w14:val="standardContextual"/>
        </w:rPr>
        <w:t xml:space="preserve"> I'm about to tell is real.</w:t>
      </w:r>
    </w:p>
    <w:p w14:paraId="0DF1D6FD"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"Camille."</w:t>
      </w:r>
    </w:p>
    <w:p w14:paraId="11D162CF"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My name again. Deeper now. Rougher. His voice cracks through the quiet, closer, edged with suspicion and a deadly tension that coils around my bones. I hear him shift, feel the weight of his stare searing through the dark. My breath stalls, muscles trembling violently beneath his scrutiny.</w:t>
      </w:r>
    </w:p>
    <w:p w14:paraId="28C849D6"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"Camille, what the fuck are you doing?"</w:t>
      </w:r>
    </w:p>
    <w:p w14:paraId="26C557C8" w14:textId="0D06A476"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lastRenderedPageBreak/>
        <w:t>The question hits me like a slap, slicing deep, shredding every fragile thread of composure I've desperately woven around myself. My fingers suddenly close around cold metal</w:t>
      </w:r>
      <w:r w:rsidR="009F4DEE" w:rsidRPr="00124F84">
        <w:rPr>
          <w:rFonts w:ascii="Times-Roman" w:eastAsiaTheme="minorHAnsi" w:hAnsi="Times-Roman" w:cs="Times-Roman"/>
          <w:sz w:val="24"/>
          <w:szCs w:val="24"/>
          <w14:ligatures w14:val="standardContextual"/>
        </w:rPr>
        <w:t xml:space="preserve">, </w:t>
      </w:r>
      <w:r w:rsidRPr="00124F84">
        <w:rPr>
          <w:rFonts w:ascii="Times-Roman" w:eastAsiaTheme="minorHAnsi" w:hAnsi="Times-Roman" w:cs="Times-Roman"/>
          <w:sz w:val="24"/>
          <w:szCs w:val="24"/>
          <w14:ligatures w14:val="standardContextual"/>
        </w:rPr>
        <w:t>hard, sharp enough to slice skin. Preston’s ring. Relief floods me, but it's acidic, bitter, mingling with the shame that already burns like fire.</w:t>
      </w:r>
    </w:p>
    <w:p w14:paraId="7BC5609B"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Slowly, painstakingly, I force myself upright, fingers trembling around the diamond that feels heavier than lead. I turn toward Kane, the movement excruciating, heart hammering like a trapped animal inside my chest.</w:t>
      </w:r>
    </w:p>
    <w:p w14:paraId="5E18090D" w14:textId="631EA56A"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He stands at the edge of the room, bathed in pale, cruel moonlight. It highlights every ruthless edge of him</w:t>
      </w:r>
      <w:r w:rsidR="009F4DEE" w:rsidRPr="00124F84">
        <w:rPr>
          <w:rFonts w:ascii="Times-Roman" w:eastAsiaTheme="minorHAnsi" w:hAnsi="Times-Roman" w:cs="Times-Roman"/>
          <w:sz w:val="24"/>
          <w:szCs w:val="24"/>
          <w14:ligatures w14:val="standardContextual"/>
        </w:rPr>
        <w:t xml:space="preserve">, </w:t>
      </w:r>
      <w:r w:rsidRPr="00124F84">
        <w:rPr>
          <w:rFonts w:ascii="Times-Roman" w:eastAsiaTheme="minorHAnsi" w:hAnsi="Times-Roman" w:cs="Times-Roman"/>
          <w:sz w:val="24"/>
          <w:szCs w:val="24"/>
          <w14:ligatures w14:val="standardContextual"/>
        </w:rPr>
        <w:t>his chest bare, tattoos winding darkly across taut muscle, shadows kissing every brutal, beautiful line of his face. His jaw tightens</w:t>
      </w:r>
      <w:r w:rsidR="009F4DEE" w:rsidRPr="00124F84">
        <w:rPr>
          <w:rFonts w:ascii="Times-Roman" w:eastAsiaTheme="minorHAnsi" w:hAnsi="Times-Roman" w:cs="Times-Roman"/>
          <w:sz w:val="24"/>
          <w:szCs w:val="24"/>
          <w14:ligatures w14:val="standardContextual"/>
        </w:rPr>
        <w:t xml:space="preserve"> </w:t>
      </w:r>
      <w:r w:rsidRPr="00124F84">
        <w:rPr>
          <w:rFonts w:ascii="Times-Roman" w:eastAsiaTheme="minorHAnsi" w:hAnsi="Times-Roman" w:cs="Times-Roman"/>
          <w:sz w:val="24"/>
          <w:szCs w:val="24"/>
          <w14:ligatures w14:val="standardContextual"/>
        </w:rPr>
        <w:t xml:space="preserve">eyes narrowed into dangerous slits as he takes me in. Silent. Waiting. Like a storm building toward an inevitable, </w:t>
      </w:r>
      <w:proofErr w:type="gramStart"/>
      <w:r w:rsidRPr="00124F84">
        <w:rPr>
          <w:rFonts w:ascii="Times-Roman" w:eastAsiaTheme="minorHAnsi" w:hAnsi="Times-Roman" w:cs="Times-Roman"/>
          <w:sz w:val="24"/>
          <w:szCs w:val="24"/>
          <w14:ligatures w14:val="standardContextual"/>
        </w:rPr>
        <w:t>violent explosion</w:t>
      </w:r>
      <w:proofErr w:type="gramEnd"/>
      <w:r w:rsidRPr="00124F84">
        <w:rPr>
          <w:rFonts w:ascii="Times-Roman" w:eastAsiaTheme="minorHAnsi" w:hAnsi="Times-Roman" w:cs="Times-Roman"/>
          <w:sz w:val="24"/>
          <w:szCs w:val="24"/>
          <w14:ligatures w14:val="standardContextual"/>
        </w:rPr>
        <w:t>.</w:t>
      </w:r>
    </w:p>
    <w:p w14:paraId="5B20238B" w14:textId="57CDD2FB"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God, he’s beautiful like this</w:t>
      </w:r>
      <w:r w:rsidR="009F4DEE" w:rsidRPr="00124F84">
        <w:rPr>
          <w:rFonts w:ascii="Times-Roman" w:eastAsiaTheme="minorHAnsi" w:hAnsi="Times-Roman" w:cs="Times-Roman"/>
          <w:sz w:val="24"/>
          <w:szCs w:val="24"/>
          <w14:ligatures w14:val="standardContextual"/>
        </w:rPr>
        <w:t xml:space="preserve">, </w:t>
      </w:r>
      <w:r w:rsidRPr="00124F84">
        <w:rPr>
          <w:rFonts w:ascii="Times-Roman" w:eastAsiaTheme="minorHAnsi" w:hAnsi="Times-Roman" w:cs="Times-Roman"/>
          <w:sz w:val="24"/>
          <w:szCs w:val="24"/>
          <w14:ligatures w14:val="standardContextual"/>
        </w:rPr>
        <w:t>lethal and raw. It breaks my heart all over again.</w:t>
      </w:r>
    </w:p>
    <w:p w14:paraId="7B0073F1"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“I’m going back,” I whisper hoarsely, forcing each word from my throat like shards of broken glass. “I’m going home.”</w:t>
      </w:r>
    </w:p>
    <w:p w14:paraId="5B6CECB2"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He doesn’t move, doesn’t flinch, but something devastating fractures behind his eyes, like ice splintering beneath the weight of my truth. The silence is terrifying, endless. I can’t breathe, can barely think.</w:t>
      </w:r>
    </w:p>
    <w:p w14:paraId="7CC14426"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“Say it again,” he rasps, voice a broken, dangerous whisper.</w:t>
      </w:r>
    </w:p>
    <w:p w14:paraId="1D605DB1"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“I’m going back,” I repeat louder, crueler, cutting deeper into the raw nerve of everything we've built. “Back to Preston. Back to the life I'm supposed to have. The life I deserve.”</w:t>
      </w:r>
    </w:p>
    <w:p w14:paraId="14F71AC2"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His entire body goes rigid, muscles straining against barely restrained fury. He steps toward me, closing the space between us, his presence swallowing me whole. “The life you deserve?” he echoes softly, deadly calm. “The life where you suffocate beneath their rules? Where you wear masks and fake smiles until you can’t even remember what's real?”</w:t>
      </w:r>
    </w:p>
    <w:p w14:paraId="66CA3494"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I choke out a brittle laugh, harsh and hollow. “Yes. Exactly that life. Because at least it's clean, Kane. At least it's predictable. At least it isn’t you.”</w:t>
      </w:r>
    </w:p>
    <w:p w14:paraId="76500321"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Deliberately, slowly, I lift Preston’s ring, slipping it back onto my finger in front of Kane, the diamond cold and cruel against my skin. His gaze snaps to the motion, the pain of that action slamming into him, slicing deeper than any blade.</w:t>
      </w:r>
    </w:p>
    <w:p w14:paraId="7695025E" w14:textId="6245787D"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I watch the moment my cruelty sinks in</w:t>
      </w:r>
      <w:r w:rsidR="009F4DEE" w:rsidRPr="00124F84">
        <w:rPr>
          <w:rFonts w:ascii="Times-Roman" w:eastAsiaTheme="minorHAnsi" w:hAnsi="Times-Roman" w:cs="Times-Roman"/>
          <w:sz w:val="24"/>
          <w:szCs w:val="24"/>
          <w14:ligatures w14:val="standardContextual"/>
        </w:rPr>
        <w:t xml:space="preserve">, </w:t>
      </w:r>
      <w:r w:rsidRPr="00124F84">
        <w:rPr>
          <w:rFonts w:ascii="Times-Roman" w:eastAsiaTheme="minorHAnsi" w:hAnsi="Times-Roman" w:cs="Times-Roman"/>
          <w:sz w:val="24"/>
          <w:szCs w:val="24"/>
          <w14:ligatures w14:val="standardContextual"/>
        </w:rPr>
        <w:t>sharp, merciless daggers piercing through flesh, bone, heart. His jaw clenches so violently I swear I hear teeth crack. Still, he doesn’t pull back. He presses closer, eyes blazing with barely contained rage and something infinitely more dangerous: agony.</w:t>
      </w:r>
    </w:p>
    <w:p w14:paraId="4D88DA3E"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“Don’t fucking do this,” he growls, voice trembling with icy, controlled fury. “You don’t get to break us this way.”</w:t>
      </w:r>
    </w:p>
    <w:p w14:paraId="16294D60"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lastRenderedPageBreak/>
        <w:t xml:space="preserve">But I </w:t>
      </w:r>
      <w:proofErr w:type="gramStart"/>
      <w:r w:rsidRPr="00124F84">
        <w:rPr>
          <w:rFonts w:ascii="Times-Roman" w:eastAsiaTheme="minorHAnsi" w:hAnsi="Times-Roman" w:cs="Times-Roman"/>
          <w:sz w:val="24"/>
          <w:szCs w:val="24"/>
          <w14:ligatures w14:val="standardContextual"/>
        </w:rPr>
        <w:t>have to</w:t>
      </w:r>
      <w:proofErr w:type="gramEnd"/>
      <w:r w:rsidRPr="00124F84">
        <w:rPr>
          <w:rFonts w:ascii="Times-Roman" w:eastAsiaTheme="minorHAnsi" w:hAnsi="Times-Roman" w:cs="Times-Roman"/>
          <w:sz w:val="24"/>
          <w:szCs w:val="24"/>
          <w14:ligatures w14:val="standardContextual"/>
        </w:rPr>
        <w:t xml:space="preserve">. God help me, I </w:t>
      </w:r>
      <w:proofErr w:type="gramStart"/>
      <w:r w:rsidRPr="00124F84">
        <w:rPr>
          <w:rFonts w:ascii="Times-Roman" w:eastAsiaTheme="minorHAnsi" w:hAnsi="Times-Roman" w:cs="Times-Roman"/>
          <w:sz w:val="24"/>
          <w:szCs w:val="24"/>
          <w14:ligatures w14:val="standardContextual"/>
        </w:rPr>
        <w:t>have to</w:t>
      </w:r>
      <w:proofErr w:type="gramEnd"/>
      <w:r w:rsidRPr="00124F84">
        <w:rPr>
          <w:rFonts w:ascii="Times-Roman" w:eastAsiaTheme="minorHAnsi" w:hAnsi="Times-Roman" w:cs="Times-Roman"/>
          <w:sz w:val="24"/>
          <w:szCs w:val="24"/>
          <w14:ligatures w14:val="standardContextual"/>
        </w:rPr>
        <w:t xml:space="preserve"> wound him so deeply he’ll never forgive me. I need him to hate me, because his hatred is safer than his love.</w:t>
      </w:r>
    </w:p>
    <w:p w14:paraId="498A0EFA"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I step closer, my breath shaking, every cell screaming in raw protest as I twist my lips into a vicious, cruel smile. “Did you really believe we’d make it? That we were some dark, fucked-up fairytale? You were just an escape, Kane. A good fuck. Nothing more.”</w:t>
      </w:r>
    </w:p>
    <w:p w14:paraId="506D6203" w14:textId="11F28CE1"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He flinches, and it guts me. Still, I twist the knife deeper, blood dripping from my words, tainting the air between us. “You were convenient. You were exciting</w:t>
      </w:r>
      <w:r w:rsidR="009F4DEE" w:rsidRPr="00124F84">
        <w:rPr>
          <w:rFonts w:ascii="Times-Roman" w:eastAsiaTheme="minorHAnsi" w:hAnsi="Times-Roman" w:cs="Times-Roman"/>
          <w:sz w:val="24"/>
          <w:szCs w:val="24"/>
          <w14:ligatures w14:val="standardContextual"/>
        </w:rPr>
        <w:t>…</w:t>
      </w:r>
      <w:r w:rsidRPr="00124F84">
        <w:rPr>
          <w:rFonts w:ascii="Times-Roman" w:eastAsiaTheme="minorHAnsi" w:hAnsi="Times-Roman" w:cs="Times-Roman"/>
          <w:sz w:val="24"/>
          <w:szCs w:val="24"/>
          <w14:ligatures w14:val="standardContextual"/>
        </w:rPr>
        <w:t>like Belize or the Maldives, the perfect little vacation. But that’s all you were</w:t>
      </w:r>
      <w:r w:rsidR="009F4DEE" w:rsidRPr="00124F84">
        <w:rPr>
          <w:rFonts w:ascii="Times-Roman" w:eastAsiaTheme="minorHAnsi" w:hAnsi="Times-Roman" w:cs="Times-Roman"/>
          <w:sz w:val="24"/>
          <w:szCs w:val="24"/>
          <w14:ligatures w14:val="standardContextual"/>
        </w:rPr>
        <w:t>…</w:t>
      </w:r>
      <w:r w:rsidRPr="00124F84">
        <w:rPr>
          <w:rFonts w:ascii="Times-Roman" w:eastAsiaTheme="minorHAnsi" w:hAnsi="Times-Roman" w:cs="Times-Roman"/>
          <w:sz w:val="24"/>
          <w:szCs w:val="24"/>
          <w14:ligatures w14:val="standardContextual"/>
        </w:rPr>
        <w:t>a distraction. Honestly, you meant nothing.”</w:t>
      </w:r>
    </w:p>
    <w:p w14:paraId="0F55FB16"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He sucks in a breath like I’ve punched him, his face hardening into something lethal. “You lying little bitch,” he breathes, voice ragged, shaking, threaded with raw agony. He closes the distance completely, backing me roughly against the cold glass wall, fingers gripping my jaw mercilessly, forcing my gaze to meet his wild, furious eyes.</w:t>
      </w:r>
    </w:p>
    <w:p w14:paraId="708E4757" w14:textId="5B202C63"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“You think you</w:t>
      </w:r>
      <w:r w:rsidR="009F4DEE" w:rsidRPr="00124F84">
        <w:rPr>
          <w:rFonts w:ascii="Times-Roman" w:eastAsiaTheme="minorHAnsi" w:hAnsi="Times-Roman" w:cs="Times-Roman"/>
          <w:sz w:val="24"/>
          <w:szCs w:val="24"/>
          <w14:ligatures w14:val="standardContextual"/>
        </w:rPr>
        <w:t>r breaking</w:t>
      </w:r>
      <w:r w:rsidRPr="00124F84">
        <w:rPr>
          <w:rFonts w:ascii="Times-Roman" w:eastAsiaTheme="minorHAnsi" w:hAnsi="Times-Roman" w:cs="Times-Roman"/>
          <w:sz w:val="24"/>
          <w:szCs w:val="24"/>
          <w14:ligatures w14:val="standardContextual"/>
        </w:rPr>
        <w:t xml:space="preserve"> me? You think I don’t see exactly what you're doing?” His grip tightens, just shy of bruising. “You're terrified, Camille. Terrified because you feel everything. Run back to your sterile, empty life. Smile pretty for your cameras and choke on that fucking ring. But when you wake up desperate and hollow, begging someone to remind you how to breathe, remember this</w:t>
      </w:r>
      <w:r w:rsidR="009F4DEE" w:rsidRPr="00124F84">
        <w:rPr>
          <w:rFonts w:ascii="Times-Roman" w:eastAsiaTheme="minorHAnsi" w:hAnsi="Times-Roman" w:cs="Times-Roman"/>
          <w:sz w:val="24"/>
          <w:szCs w:val="24"/>
          <w14:ligatures w14:val="standardContextual"/>
        </w:rPr>
        <w:t>…</w:t>
      </w:r>
      <w:r w:rsidRPr="00124F84">
        <w:rPr>
          <w:rFonts w:ascii="Times-Roman" w:eastAsiaTheme="minorHAnsi" w:hAnsi="Times-Roman" w:cs="Times-Roman"/>
          <w:sz w:val="24"/>
          <w:szCs w:val="24"/>
          <w14:ligatures w14:val="standardContextual"/>
        </w:rPr>
        <w:t>”</w:t>
      </w:r>
    </w:p>
    <w:p w14:paraId="1D53D855"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He leans impossibly closer, his breath mingling with mine, warm, brutal, devastating. “I wouldn’t touch you again if you crawled back here bleeding.”</w:t>
      </w:r>
    </w:p>
    <w:p w14:paraId="349EF4F2" w14:textId="57A37914"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I force another cruel laugh, heart fracturing as I lift my chin defiantly. “Good. I wouldn’t lower myself again anyway. You’re honestly beneath me, Kane. Nothing but tattoos, a violent streak, and a hard dick. And don’t worry</w:t>
      </w:r>
      <w:r w:rsidR="009F4DEE" w:rsidRPr="00124F84">
        <w:rPr>
          <w:rFonts w:ascii="Times-Roman" w:eastAsiaTheme="minorHAnsi" w:hAnsi="Times-Roman" w:cs="Times-Roman"/>
          <w:sz w:val="24"/>
          <w:szCs w:val="24"/>
          <w14:ligatures w14:val="standardContextual"/>
        </w:rPr>
        <w:t>…</w:t>
      </w:r>
      <w:r w:rsidRPr="00124F84">
        <w:rPr>
          <w:rFonts w:ascii="Times-Roman" w:eastAsiaTheme="minorHAnsi" w:hAnsi="Times-Roman" w:cs="Times-Roman"/>
          <w:sz w:val="24"/>
          <w:szCs w:val="24"/>
          <w14:ligatures w14:val="standardContextual"/>
        </w:rPr>
        <w:t>thanks to you, maybe I can finally teach Preston how to fuck me right.”</w:t>
      </w:r>
    </w:p>
    <w:p w14:paraId="5127A701"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 xml:space="preserve">His eyes widen, disbelief, hurt, and rage flashing in rapid succession. I know I’ve finally struck </w:t>
      </w:r>
      <w:proofErr w:type="gramStart"/>
      <w:r w:rsidRPr="00124F84">
        <w:rPr>
          <w:rFonts w:ascii="Times-Roman" w:eastAsiaTheme="minorHAnsi" w:hAnsi="Times-Roman" w:cs="Times-Roman"/>
          <w:sz w:val="24"/>
          <w:szCs w:val="24"/>
          <w14:ligatures w14:val="standardContextual"/>
        </w:rPr>
        <w:t>bone-deep</w:t>
      </w:r>
      <w:proofErr w:type="gramEnd"/>
      <w:r w:rsidRPr="00124F84">
        <w:rPr>
          <w:rFonts w:ascii="Times-Roman" w:eastAsiaTheme="minorHAnsi" w:hAnsi="Times-Roman" w:cs="Times-Roman"/>
          <w:sz w:val="24"/>
          <w:szCs w:val="24"/>
          <w14:ligatures w14:val="standardContextual"/>
        </w:rPr>
        <w:t>. His lips twist cruelly, heartbreakingly, his voice breaking, full of anguish disguised as disgust.</w:t>
      </w:r>
    </w:p>
    <w:p w14:paraId="793EA8F4" w14:textId="0BD3D10A"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“Now I see you exactly as you are,” he snarls, cold fury overtaking the devastation. “Pathetic. Spineless. Empty. You're right, Camille…I am beneath you, but not because of who I am.” He pulls back sharply, pain and fury colliding in his expression, words splintering like shattered glass. “Because I'd never sink low enough to beg a coward to stay.”</w:t>
      </w:r>
    </w:p>
    <w:p w14:paraId="73E47F70"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Kane releases me suddenly, stepping back, features shuttering like impenetrable armor. The ruthless man I've feared all along reappears, harder and colder than ever. When he speaks again, his voice is pure ice, devoid of warmth or passion.</w:t>
      </w:r>
    </w:p>
    <w:p w14:paraId="1FF9F3FC"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“Get the fuck out.”</w:t>
      </w:r>
    </w:p>
    <w:p w14:paraId="5311CD9B"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The silence that follows is deafening, unbearable, broken only by my ragged breathing and the brutal beat of my heart. And even as I move toward the door, every step agony, every breath a betrayal, I know I’ve succeeded.</w:t>
      </w:r>
    </w:p>
    <w:p w14:paraId="6D09A2F3"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lastRenderedPageBreak/>
        <w:t>I’ve destroyed us.</w:t>
      </w:r>
    </w:p>
    <w:p w14:paraId="25BD36D8" w14:textId="77777777" w:rsidR="00A56CB2" w:rsidRPr="00124F84" w:rsidRDefault="00A56CB2" w:rsidP="00124F84">
      <w:pPr>
        <w:autoSpaceDE w:val="0"/>
        <w:autoSpaceDN w:val="0"/>
        <w:adjustRightInd w:val="0"/>
        <w:spacing w:after="240" w:line="240" w:lineRule="auto"/>
        <w:rPr>
          <w:rFonts w:ascii="Times-Roman" w:eastAsiaTheme="minorHAnsi" w:hAnsi="Times-Roman" w:cs="Times-Roman"/>
          <w:sz w:val="24"/>
          <w:szCs w:val="24"/>
          <w14:ligatures w14:val="standardContextual"/>
        </w:rPr>
      </w:pPr>
      <w:r w:rsidRPr="00124F84">
        <w:rPr>
          <w:rFonts w:ascii="Times-Roman" w:eastAsiaTheme="minorHAnsi" w:hAnsi="Times-Roman" w:cs="Times-Roman"/>
          <w:sz w:val="24"/>
          <w:szCs w:val="24"/>
          <w14:ligatures w14:val="standardContextual"/>
        </w:rPr>
        <w:t>And somehow, I already know I'll never forgive myself for it.</w:t>
      </w:r>
    </w:p>
    <w:p w14:paraId="604AAA35" w14:textId="66EDCBF7" w:rsidR="00351B3C" w:rsidRPr="00124F84" w:rsidRDefault="00351B3C" w:rsidP="00124F84">
      <w:pPr>
        <w:pStyle w:val="NormalWeb"/>
      </w:pPr>
    </w:p>
    <w:p w14:paraId="2B70AB11"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Kane</w:t>
      </w:r>
    </w:p>
    <w:p w14:paraId="1C5F6FAA"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rPr>
        <w:t xml:space="preserve">The door slams behind her, vibrating through the walls, but I barely hear it over the violent roaring inside my head. Every muscle </w:t>
      </w:r>
      <w:proofErr w:type="gramStart"/>
      <w:r w:rsidRPr="00124F84">
        <w:rPr>
          <w:rFonts w:ascii="Times New Roman" w:hAnsi="Times New Roman" w:cs="Times New Roman"/>
          <w:sz w:val="24"/>
          <w:szCs w:val="24"/>
        </w:rPr>
        <w:t>strains</w:t>
      </w:r>
      <w:proofErr w:type="gramEnd"/>
      <w:r w:rsidRPr="00124F84">
        <w:rPr>
          <w:rFonts w:ascii="Times New Roman" w:hAnsi="Times New Roman" w:cs="Times New Roman"/>
          <w:sz w:val="24"/>
          <w:szCs w:val="24"/>
        </w:rPr>
        <w:t>, trembling from the effort of holding myself back holding back from tearing this room apart piece by fucking piece.</w:t>
      </w:r>
    </w:p>
    <w:p w14:paraId="144B80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walked away.</w:t>
      </w:r>
    </w:p>
    <w:p w14:paraId="2FA00E2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fucking left.</w:t>
      </w:r>
    </w:p>
    <w:p w14:paraId="2A4CAA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fists clench, nails slicing into my palms hard enough to draw blood. The pain barely registers through the fury and the hurt burning like acid through my veins.</w:t>
      </w:r>
    </w:p>
    <w:p w14:paraId="5A44BE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jaw tightens, teeth grinding violently together, forcing back a roar that builds like fire in my chest.</w:t>
      </w:r>
    </w:p>
    <w:p w14:paraId="1A588D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I’ve killed men for less than what she just did. For fewer words, quieter betrayals.</w:t>
      </w:r>
    </w:p>
    <w:p w14:paraId="523459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Camille…Camille isn’t just anyone.</w:t>
      </w:r>
    </w:p>
    <w:p w14:paraId="3D5ECF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She’s everything. And that’s the fucking problem.</w:t>
      </w:r>
    </w:p>
    <w:p w14:paraId="7950F7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 I shout, raw, brutal, my voice echoing sharply off the penthouse walls. I sweep my arm across the nearest surface, glass shattering, crystal splintering against the marble floor in a savage cascade of destruction.</w:t>
      </w:r>
    </w:p>
    <w:p w14:paraId="323604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welcomed her inside me, into my veins, my bones, into the fucking marrow of who I </w:t>
      </w:r>
      <w:proofErr w:type="gramStart"/>
      <w:r w:rsidRPr="00124F84">
        <w:rPr>
          <w:rFonts w:ascii="Times New Roman" w:hAnsi="Times New Roman" w:cs="Times New Roman"/>
          <w:sz w:val="24"/>
          <w:szCs w:val="24"/>
        </w:rPr>
        <w:t>am</w:t>
      </w:r>
      <w:proofErr w:type="gramEnd"/>
      <w:r w:rsidRPr="00124F84">
        <w:rPr>
          <w:rFonts w:ascii="Times New Roman" w:hAnsi="Times New Roman" w:cs="Times New Roman"/>
          <w:sz w:val="24"/>
          <w:szCs w:val="24"/>
        </w:rPr>
        <w:t xml:space="preserve"> and she ripped herself out like a blade, leaving me bleeding out on my own goddamn floor.</w:t>
      </w:r>
    </w:p>
    <w:p w14:paraId="5D498E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“Bitch!” I roar, my voice shredding itself, guttural and wild. I slam my fist into the wall, plaster cracking, pain exploding across my knuckles, the sting welcome but not enough. Never enough.</w:t>
      </w:r>
    </w:p>
    <w:p w14:paraId="69F831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wanted to break her walls, but the only thing she shattered was me.</w:t>
      </w:r>
    </w:p>
    <w:p w14:paraId="718B27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stood here, in this fucking room, and called me a distraction, a toy. Beneath her.</w:t>
      </w:r>
    </w:p>
    <w:p w14:paraId="0267507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the worst fucking part? The part that tastes like poison, bitter and inescapable, is that I believed her. For a second, a single sickening heartbeat, I saw it, how easily she slipped back into that empty, polished cage she pretended to hate. </w:t>
      </w:r>
    </w:p>
    <w:p w14:paraId="50866DD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Camille chose safety. She chose him. She chose a neatly packaged lie over the violent, breathtaking truth we forged in secret, etched into flesh, whispered into sheets that still smell like her.</w:t>
      </w:r>
    </w:p>
    <w:p w14:paraId="5030F36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air feels thick, oppressive, tainted by betrayal so deep it tastes metallic on my tongue. My heart slams recklessly against my ribs, sweat gathering on my skin, fury boiling beneath until I’m nothing but raw nerve endings, exposed and desperate. I stalk the length of my penthouse, every step echoing through rooms haunted by her laugh, her breath, her cries. My hands tremble violently, knuckles bruised and bloodied from the destruction left in my wake, shattered glass and splintered furniture an empty attempt at relief.</w:t>
      </w:r>
    </w:p>
    <w:p w14:paraId="00F6918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it fucking hurts. It hurts more than bullets, more than blades, more than the torture I’ve survived to become this ruthless, unstoppable force.</w:t>
      </w:r>
    </w:p>
    <w:p w14:paraId="0E39E374" w14:textId="23ECA4CD"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wasn’t supposed to matter. She was supposed to be one night, a fleeting obsession</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easily taken, easily discarded. But Camille crawled beneath my skin, dug herself into the marrow of my bones. She wrapped herself around my fucking soul, and now that she’s gone, I’m left bleeding from wounds no one else can see.</w:t>
      </w:r>
    </w:p>
    <w:p w14:paraId="5DD792D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stop dead, chest heaving, throat raw and shredded, choking on air I can’t force into my lungs. A wave of grief crashes through me so violently that I nearly collapse, knees buckling, vision blurred by tears I refuse to shed. My breath comes in short, savage gasps, drowning in loss, drowning in the unbearable emptiness she’s left behind.</w:t>
      </w:r>
    </w:p>
    <w:p w14:paraId="3228FBD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hate her. </w:t>
      </w:r>
    </w:p>
    <w:p w14:paraId="69522C0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God, I hate her for this.</w:t>
      </w:r>
    </w:p>
    <w:p w14:paraId="107059A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For stripping me bare, for showing me what it feels like to truly live, then abandoning me in the ruins. She made me need. Made me hope. Turned a ruthless, unbreakable monster into a man capable of bleeding out onto the floor.</w:t>
      </w:r>
    </w:p>
    <w:p w14:paraId="412CCD6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Camille didn’t just leave, she tore my fucking heart from my chest and took it with her. She stole every possibility, every dream of something beyond violence and vengeance, and crushed them beneath her perfect fucking heel.</w:t>
      </w:r>
    </w:p>
    <w:p w14:paraId="6ED027C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the ugliest truth, the one cutting deeper than any blade I’ve ever held, is this:</w:t>
      </w:r>
    </w:p>
    <w:p w14:paraId="4291FA5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Without her, I don’t know how to survive.</w:t>
      </w:r>
    </w:p>
    <w:p w14:paraId="753CE225" w14:textId="77777777" w:rsidR="00351B3C" w:rsidRPr="00124F84" w:rsidRDefault="00351B3C" w:rsidP="00124F84">
      <w:pPr>
        <w:spacing w:line="240" w:lineRule="auto"/>
        <w:rPr>
          <w:rFonts w:ascii="Times New Roman" w:hAnsi="Times New Roman" w:cs="Times New Roman"/>
          <w:sz w:val="24"/>
          <w:szCs w:val="24"/>
        </w:rPr>
      </w:pPr>
    </w:p>
    <w:p w14:paraId="3BBC94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4CA4B9DC" w14:textId="77777777" w:rsidR="00351B3C" w:rsidRPr="00124F84" w:rsidRDefault="00351B3C" w:rsidP="00124F84">
      <w:pPr>
        <w:spacing w:line="240" w:lineRule="auto"/>
        <w:rPr>
          <w:rFonts w:ascii="Times New Roman" w:hAnsi="Times New Roman" w:cs="Times New Roman"/>
          <w:sz w:val="24"/>
          <w:szCs w:val="24"/>
        </w:rPr>
      </w:pPr>
    </w:p>
    <w:p w14:paraId="667B1AC4" w14:textId="43243D39" w:rsidR="00351B3C" w:rsidRPr="009B69AC" w:rsidRDefault="00351B3C" w:rsidP="009B69AC">
      <w:pPr>
        <w:pStyle w:val="Heading2"/>
        <w:rPr>
          <w:rFonts w:ascii="Times New Roman" w:hAnsi="Times New Roman" w:cs="Times New Roman"/>
          <w:b/>
          <w:bCs/>
        </w:rPr>
      </w:pPr>
      <w:r w:rsidRPr="009B69AC">
        <w:rPr>
          <w:rFonts w:ascii="Times New Roman" w:hAnsi="Times New Roman" w:cs="Times New Roman"/>
          <w:b/>
          <w:bCs/>
        </w:rPr>
        <w:t xml:space="preserve">Chapter </w:t>
      </w:r>
      <w:r w:rsidR="00A45D83">
        <w:rPr>
          <w:rFonts w:ascii="Times New Roman" w:hAnsi="Times New Roman" w:cs="Times New Roman"/>
          <w:b/>
          <w:bCs/>
        </w:rPr>
        <w:t>Fourteen</w:t>
      </w:r>
      <w:r w:rsidRPr="009B69AC">
        <w:rPr>
          <w:rFonts w:ascii="Times New Roman" w:hAnsi="Times New Roman" w:cs="Times New Roman"/>
          <w:b/>
          <w:bCs/>
        </w:rPr>
        <w:t xml:space="preserve"> </w:t>
      </w:r>
    </w:p>
    <w:p w14:paraId="1BBEB5FC" w14:textId="77777777" w:rsidR="00351B3C" w:rsidRPr="00124F84" w:rsidRDefault="00351B3C" w:rsidP="00124F84">
      <w:pPr>
        <w:spacing w:line="240" w:lineRule="auto"/>
        <w:rPr>
          <w:rFonts w:ascii="Times New Roman" w:hAnsi="Times New Roman" w:cs="Times New Roman"/>
          <w:sz w:val="24"/>
          <w:szCs w:val="24"/>
        </w:rPr>
      </w:pPr>
    </w:p>
    <w:p w14:paraId="7E5843C8" w14:textId="77777777"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Camille</w:t>
      </w:r>
    </w:p>
    <w:p w14:paraId="1B2D5B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barely clear his penthouse door before reality hits, savage and merciless, sending me stumbling backward into the wall. My knees buckle beneath the weight of my betrayal, the ring slipping from my fingers to hit the marble floor with a sharp, echoing ping.</w:t>
      </w:r>
    </w:p>
    <w:p w14:paraId="361DE8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breath rushes out in harsh, broken sobs, lungs seizing, air slicing like shards of glass down my throat. It hurts. God, it hurts, like my chest is splitting open, bones fracturing beneath the crushing pressure of everything I've just destroyed.</w:t>
      </w:r>
    </w:p>
    <w:p w14:paraId="346D13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choke on a violent gasp, sliding slowly down the cold, unforgiving wall until I’m curled into myself, shuddering violently on the polished, sterile floor of a hallway I don’t belong in. My fingers claw desperately at my chest, as if I can somehow tear out the raw ache of loss ripping its way through me.</w:t>
      </w:r>
    </w:p>
    <w:p w14:paraId="578EF4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224393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see his eyes, dark, wounded, burning with hatred and betrayal, as clearly as if he's still standing in front of me. I see the way he broke apart beneath my cruelty, how every carefully aimed word sank into him, puncturing him like bullets from my own mouth.</w:t>
      </w:r>
    </w:p>
    <w:p w14:paraId="156E10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twists violently, bile rising sharply, stinging at the back of my throat. Tears spill hot and relentless down my face, blurring my vision until everything dissolves into a haze of regret and anguish.</w:t>
      </w:r>
    </w:p>
    <w:p w14:paraId="3A79EF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have I done?</w:t>
      </w:r>
    </w:p>
    <w:p w14:paraId="72EEBE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chose safety over him.</w:t>
      </w:r>
    </w:p>
    <w:p w14:paraId="4C1353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Chose emptiness over truth.</w:t>
      </w:r>
    </w:p>
    <w:p w14:paraId="1C6A73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Chose a cold, empty cage over the heat, the violence, the terrifying intimacy of Kane Rivera.</w:t>
      </w:r>
    </w:p>
    <w:p w14:paraId="3ACCE98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chose Preston’s sterile promises over the brutal honesty of the only man who ever truly saw me.</w:t>
      </w:r>
    </w:p>
    <w:p w14:paraId="6226D8A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I chose wrong.</w:t>
      </w:r>
    </w:p>
    <w:p w14:paraId="0752298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chose wrong, and it’s too fucking late.</w:t>
      </w:r>
    </w:p>
    <w:p w14:paraId="760FF5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raw, animalistic cry claws its way out of my throat, echoing down the hallway, the sound utterly desperate, utterly broken. I curl into myself tighter, feeling the violent tremors that wrack my body, helpless against the waves of agony that crash through me again and again, relentless and unforgiving.</w:t>
      </w:r>
    </w:p>
    <w:p w14:paraId="5D5CAB7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never meant for him to matter this much. Never meant for him to become the air in my lungs, the pulse in my veins. But he did. God, he did.</w:t>
      </w:r>
    </w:p>
    <w:p w14:paraId="472C17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now?</w:t>
      </w:r>
    </w:p>
    <w:p w14:paraId="018122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without Kane’s darkness, without his chaos, without the fierce, reckless truth he forced me to see, all I have left is a hollow ache, an emptiness so deep, so fucking painful, I don’t know how to keep breathing.</w:t>
      </w:r>
    </w:p>
    <w:p w14:paraId="520A52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Kane didn’t just leave a mark on me, he shattered me completely. He stripped away every layer of carefully crafted lies and left me raw, vulnerable, alive. And then I used that life, that strength, to rip him apart in return.</w:t>
      </w:r>
    </w:p>
    <w:p w14:paraId="71174C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thrashes painfully against my ribs, as though trying to escape the wreckage I’ve made. I drag myself up on shaking legs, the hallway spinning around me, vision swimming with unshed tears, regret bitter and acidic in my mouth.</w:t>
      </w:r>
    </w:p>
    <w:p w14:paraId="25DEC17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force myself forward, but I can still feel him behind me, the phantom heat of his rage, his pain, his heartbreak. It clings to my skin, to my soul, an invisible stain I know I'll never be able to scrub clean.</w:t>
      </w:r>
    </w:p>
    <w:p w14:paraId="6DB19C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as I stumble away from the destruction I've left behind, I realize the most </w:t>
      </w:r>
      <w:proofErr w:type="gramStart"/>
      <w:r w:rsidRPr="00124F84">
        <w:rPr>
          <w:rFonts w:ascii="Times New Roman" w:hAnsi="Times New Roman" w:cs="Times New Roman"/>
          <w:sz w:val="24"/>
          <w:szCs w:val="24"/>
        </w:rPr>
        <w:t>brutal truth</w:t>
      </w:r>
      <w:proofErr w:type="gramEnd"/>
      <w:r w:rsidRPr="00124F84">
        <w:rPr>
          <w:rFonts w:ascii="Times New Roman" w:hAnsi="Times New Roman" w:cs="Times New Roman"/>
          <w:sz w:val="24"/>
          <w:szCs w:val="24"/>
        </w:rPr>
        <w:t xml:space="preserve"> of all:</w:t>
      </w:r>
    </w:p>
    <w:p w14:paraId="51DFB7A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Without Kane Rivera, I'm not just empty.</w:t>
      </w:r>
    </w:p>
    <w:p w14:paraId="0E9548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nothing at all.</w:t>
      </w:r>
    </w:p>
    <w:p w14:paraId="10047D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173C7B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night air hits me hard, sharp and icy against my skin, making me shiver violently as I stagger out onto the pavement in front of the Langford. My pulse still hammers wildly, a ragged drumbeat in my chest that refuses to settle. Each breath feels like it’s tearing at the edges of my lungs, raw and agonizing.</w:t>
      </w:r>
    </w:p>
    <w:p w14:paraId="066B61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freeze, vision blurring again as I spot the sleek black car waiting silently at the curb.</w:t>
      </w:r>
    </w:p>
    <w:p w14:paraId="607DF35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5AEE3C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recognition slices into me, sharp and vicious, stealing whatever scraps of air remain in my lungs. A wave of fresh agony sweeps over me, making me sway on unsteady legs. He arranged this. Even after everything I said, everything I destroyed, he still arranged a safe ride home.</w:t>
      </w:r>
    </w:p>
    <w:p w14:paraId="008C70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choke back another wave of nausea as the driver’s side door opens, revealing Joaquin stepping quietly onto the sidewalk, his expression unreadable, professional, yet somehow shadowed by disappointment. By judgment.</w:t>
      </w:r>
    </w:p>
    <w:p w14:paraId="26C0E0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Joaquin knows.</w:t>
      </w:r>
    </w:p>
    <w:p w14:paraId="507B34F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Of course, he fucking knows.</w:t>
      </w:r>
    </w:p>
    <w:p w14:paraId="21AAC4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“Miss Sinclair,” he greets me evenly, carefully neutral, but his dark eyes hold too much understanding, too much knowledge.</w:t>
      </w:r>
    </w:p>
    <w:p w14:paraId="2F5273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hesitate, rooted to the spot, my entire body trembling uncontrollably. Going home right now feels impossible. Returning to that quiet, sterile mansion and facing the lies I chose over Kane, I can’t do it. Not yet. </w:t>
      </w:r>
    </w:p>
    <w:p w14:paraId="092D50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Instead, I force the words from my throat, voice rough, almost unrecognizable. “Can you…can you please take me somewhere else?”</w:t>
      </w:r>
    </w:p>
    <w:p w14:paraId="2A6A9AE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eyebrows lift slightly in surprise, but he nods without question, pulling open the back passenger door. “Of course. Where to?”</w:t>
      </w:r>
    </w:p>
    <w:p w14:paraId="56C488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“Lena’s.” My voice shakes, breaking on her name, and I quickly give him the address. I slide into the backseat, the scent of leather and luxury wrapping around me like a cruel reminder, familiar and aching, impossibly him.</w:t>
      </w:r>
    </w:p>
    <w:p w14:paraId="4CAACE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reach for my phone, fingers trembling violently as I quickly type out a message to Lena, each tap feeling like a knife slicing my nerves.</w:t>
      </w:r>
    </w:p>
    <w:p w14:paraId="4FBDC54C" w14:textId="77777777" w:rsidR="00351B3C" w:rsidRPr="00124F84" w:rsidRDefault="00351B3C" w:rsidP="00124F84">
      <w:pPr>
        <w:spacing w:line="240" w:lineRule="auto"/>
        <w:rPr>
          <w:rFonts w:ascii="Times New Roman" w:hAnsi="Times New Roman" w:cs="Times New Roman"/>
          <w:b/>
          <w:bCs/>
          <w:sz w:val="24"/>
          <w:szCs w:val="24"/>
        </w:rPr>
      </w:pPr>
      <w:r w:rsidRPr="00124F84">
        <w:rPr>
          <w:rFonts w:ascii="Times New Roman" w:hAnsi="Times New Roman" w:cs="Times New Roman"/>
          <w:b/>
          <w:bCs/>
          <w:sz w:val="24"/>
          <w:szCs w:val="24"/>
        </w:rPr>
        <w:t xml:space="preserve">I’m coming over. </w:t>
      </w:r>
    </w:p>
    <w:p w14:paraId="3E46DA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hit send before I can overthink, before I can explain…because how the hell do I explain this?</w:t>
      </w:r>
    </w:p>
    <w:p w14:paraId="3F286F6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Joaquin pulls the car away smoothly, and the silence that fills the interior is suffocating, oppressive, drowning me in all the words I’ve left unsaid. Every inch of this sleek, perfect car screams of Kane. His touch. His scent. His presence, lingering everywhere I look.</w:t>
      </w:r>
    </w:p>
    <w:p w14:paraId="0D46A9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throat closes tight, chest constricting painfully as the weight of what I’ve done settles deeper, heavier, clawing viciously at the frayed edges of my composure. The city lights blur past the windows, neon and shadow spinning into a chaotic blur, but all I see is Kane’s face, his eyes, raw and wounded, his jaw clenched tight with rage and hurt.</w:t>
      </w:r>
    </w:p>
    <w:p w14:paraId="6AD6AB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swallow a strangled sob, pressing a shaking fist to my mouth, desperate to hold back the tears burning behind my eyes. The agony builds, twisting like a blade inside my chest, until I’m barely breathing, barely holding myself together.</w:t>
      </w:r>
    </w:p>
    <w:p w14:paraId="487585C7" w14:textId="2C68DCC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Each mile we drive toward Lena’s feels like another brutal, agonizing step away from him</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away from the truth I chose to abandon. My skin crawls with regret, with shame, with a desperate longing I know I’ll never be able to outrun.</w:t>
      </w:r>
    </w:p>
    <w:p w14:paraId="5F9A0C1E" w14:textId="4C0667CB"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close my eyes, body shaking violently as I force back the grief clawing up my </w:t>
      </w:r>
      <w:r w:rsidR="009F4DEE" w:rsidRPr="00124F84">
        <w:rPr>
          <w:rFonts w:ascii="Times New Roman" w:hAnsi="Times New Roman" w:cs="Times New Roman"/>
          <w:sz w:val="24"/>
          <w:szCs w:val="24"/>
        </w:rPr>
        <w:t>throat and</w:t>
      </w:r>
      <w:r w:rsidRPr="00124F84">
        <w:rPr>
          <w:rFonts w:ascii="Times New Roman" w:hAnsi="Times New Roman" w:cs="Times New Roman"/>
          <w:sz w:val="24"/>
          <w:szCs w:val="24"/>
        </w:rPr>
        <w:t xml:space="preserve"> silently pray that Lena will somehow know how to pick up the shattered pieces of me when I finally collapse.</w:t>
      </w:r>
    </w:p>
    <w:p w14:paraId="33CFB9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42FF20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 car rolls to a stop outside Lena’s brownstone, sleek and familiar, elegant and safe, mocking me with every pristine line and polished brick. Joaquin doesn’t speak, doesn’t turn around. He </w:t>
      </w:r>
      <w:r w:rsidRPr="00124F84">
        <w:rPr>
          <w:rFonts w:ascii="Times New Roman" w:hAnsi="Times New Roman" w:cs="Times New Roman"/>
          <w:sz w:val="24"/>
          <w:szCs w:val="24"/>
        </w:rPr>
        <w:lastRenderedPageBreak/>
        <w:t>sits patiently, waiting for me to decide if I’m brave enough, or cowardly enough, to step out of this car.</w:t>
      </w:r>
    </w:p>
    <w:p w14:paraId="509665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grip the handle, fingers trembling, heart fracturing all over again. My throat burns, swollen from tears I can't swallow down, and I force open the door, stepping onto the curb.</w:t>
      </w:r>
    </w:p>
    <w:p w14:paraId="34CCE7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“Thank you,” I whisper hoarsely, unable to meet Joaquin’s eyes. Unable to face the questions, the quiet judgment in his careful silence.</w:t>
      </w:r>
    </w:p>
    <w:p w14:paraId="33D08A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nods once, expression unreadable. “Be safe, Camille.”</w:t>
      </w:r>
    </w:p>
    <w:p w14:paraId="62687F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car pulls away gently, leaving me standing alone beneath a streetlight, cold air slicing into me like knives. Lena’s front door flies open immediately, spilling warm, golden light onto the sidewalk. And there she is, wild hair and wide, worried eyes. My best friend. My anchor. My refuge.</w:t>
      </w:r>
    </w:p>
    <w:p w14:paraId="5DEE87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“Girl, what the actual fuck?” she blurts, giving me a head-to-toe scan. “Who died? And why do you look like you just fled a murder scene?”</w:t>
      </w:r>
    </w:p>
    <w:p w14:paraId="22DD2E6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open my mouth, but words choke and dissolve into a raw, miserable sound. Lena rushes forward, wrapping me tight in her arms, holding me as I finally let myself break fully. I shatter right there on her front steps, violent sobs ripping through my chest, shredding my lungs, cracking my ribs until I can barely breathe.</w:t>
      </w:r>
    </w:p>
    <w:p w14:paraId="1A48DD5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ask questions. Not yet. She just holds me tighter, her warmth seeping into my bones, her hands stroking gently through my hair, anchoring me when I have nothing left to hold onto.</w:t>
      </w:r>
    </w:p>
    <w:p w14:paraId="7860ED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“You’re okay,” she whispers fiercely, voice trembling softly, like my pain hurts her too. “I’ve got you babe, you’re okay now.”</w:t>
      </w:r>
    </w:p>
    <w:p w14:paraId="397156B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I’m not. And maybe I never will be again.</w:t>
      </w:r>
    </w:p>
    <w:p w14:paraId="4C18A76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guides me inside, locking the door behind us. I stagger blindly through her entryway and collapse onto her plush velvet couch, pulling my knees tight against my chest. </w:t>
      </w:r>
    </w:p>
    <w:p w14:paraId="68DA52EF" w14:textId="77777777" w:rsidR="00351B3C" w:rsidRPr="00124F84" w:rsidRDefault="00351B3C" w:rsidP="00124F84">
      <w:pPr>
        <w:pStyle w:val="NormalWeb"/>
        <w:rPr>
          <w:color w:val="000000"/>
        </w:rPr>
      </w:pPr>
      <w:r w:rsidRPr="00124F84">
        <w:rPr>
          <w:color w:val="000000"/>
        </w:rPr>
        <w:t>Lena settles deeper into the velvet couch, tucking one knee beneath her, eyes locked on mine like she’s about to binge-watch a new season of her favorite drama. The silence is thick but comforting, safe, until Lena’s patience finally shatters.</w:t>
      </w:r>
    </w:p>
    <w:p w14:paraId="1AAC9017" w14:textId="77777777" w:rsidR="00351B3C" w:rsidRPr="00124F84" w:rsidRDefault="00351B3C" w:rsidP="00124F84">
      <w:pPr>
        <w:pStyle w:val="NormalWeb"/>
        <w:rPr>
          <w:color w:val="000000"/>
        </w:rPr>
      </w:pPr>
      <w:r w:rsidRPr="00124F84">
        <w:rPr>
          <w:color w:val="000000"/>
        </w:rPr>
        <w:t xml:space="preserve">“Okay, bitch, enough,” she says bluntly, waving a manicured hand toward my oversized charcoal shirt and black Fear of God sweatpants rolled multiple times at the waist, still drooping low. “You </w:t>
      </w:r>
      <w:proofErr w:type="spellStart"/>
      <w:r w:rsidRPr="00124F84">
        <w:rPr>
          <w:color w:val="000000"/>
        </w:rPr>
        <w:t>wanna</w:t>
      </w:r>
      <w:proofErr w:type="spellEnd"/>
      <w:r w:rsidRPr="00124F84">
        <w:rPr>
          <w:color w:val="000000"/>
        </w:rPr>
        <w:t xml:space="preserve"> explain why you’re out here dressed like the world’s saddest hypebeast? And, like, no shade, but you smell expensive as fuck. Bergamot, cedar, whiskey, sex. </w:t>
      </w:r>
      <w:proofErr w:type="gramStart"/>
      <w:r w:rsidRPr="00124F84">
        <w:rPr>
          <w:color w:val="000000"/>
        </w:rPr>
        <w:t>Definitely not</w:t>
      </w:r>
      <w:proofErr w:type="gramEnd"/>
      <w:r w:rsidRPr="00124F84">
        <w:rPr>
          <w:color w:val="000000"/>
        </w:rPr>
        <w:t xml:space="preserve"> oat milk Preston vibes.”</w:t>
      </w:r>
    </w:p>
    <w:p w14:paraId="69208018" w14:textId="77777777" w:rsidR="00351B3C" w:rsidRPr="00124F84" w:rsidRDefault="00351B3C" w:rsidP="00124F84">
      <w:pPr>
        <w:pStyle w:val="NormalWeb"/>
        <w:rPr>
          <w:color w:val="000000"/>
        </w:rPr>
      </w:pPr>
      <w:r w:rsidRPr="00124F84">
        <w:rPr>
          <w:color w:val="000000"/>
        </w:rPr>
        <w:t>A laugh chokes from my throat, bitter but genuine. “God, Lena, it’s bad. Like ‘burn-it-down-and-start-over-in-Mexico’ bad.”</w:t>
      </w:r>
    </w:p>
    <w:p w14:paraId="1EDF0C56" w14:textId="77777777" w:rsidR="00351B3C" w:rsidRPr="00124F84" w:rsidRDefault="00351B3C" w:rsidP="00124F84">
      <w:pPr>
        <w:pStyle w:val="NormalWeb"/>
        <w:rPr>
          <w:color w:val="000000"/>
        </w:rPr>
      </w:pPr>
      <w:r w:rsidRPr="00124F84">
        <w:rPr>
          <w:color w:val="000000"/>
        </w:rPr>
        <w:t>Her eyes flash brighter, interest igniting immediately. “I’m fully invested. Who is he?”</w:t>
      </w:r>
    </w:p>
    <w:p w14:paraId="6DE8FD21" w14:textId="77777777" w:rsidR="00351B3C" w:rsidRPr="00124F84" w:rsidRDefault="00351B3C" w:rsidP="00124F84">
      <w:pPr>
        <w:pStyle w:val="NormalWeb"/>
        <w:rPr>
          <w:color w:val="000000"/>
        </w:rPr>
      </w:pPr>
      <w:r w:rsidRPr="00124F84">
        <w:rPr>
          <w:color w:val="000000"/>
        </w:rPr>
        <w:lastRenderedPageBreak/>
        <w:t xml:space="preserve">I exhale slowly, chest tight, lungs struggling for air as the truth spills out before I can stop it. “His name’s Kane Rivera. I met him at the Langford. The night of the Sinclair gala. I left and went to the lounge, to get away from everything for </w:t>
      </w:r>
      <w:proofErr w:type="spellStart"/>
      <w:r w:rsidRPr="00124F84">
        <w:rPr>
          <w:color w:val="000000"/>
        </w:rPr>
        <w:t>awhile</w:t>
      </w:r>
      <w:proofErr w:type="spellEnd"/>
      <w:r w:rsidRPr="00124F84">
        <w:rPr>
          <w:color w:val="000000"/>
        </w:rPr>
        <w:t xml:space="preserve">. And then he was there, watching me, like I’m going to eat </w:t>
      </w:r>
      <w:proofErr w:type="gramStart"/>
      <w:r w:rsidRPr="00124F84">
        <w:rPr>
          <w:color w:val="000000"/>
        </w:rPr>
        <w:t>you</w:t>
      </w:r>
      <w:proofErr w:type="gramEnd"/>
      <w:r w:rsidRPr="00124F84">
        <w:rPr>
          <w:color w:val="000000"/>
        </w:rPr>
        <w:t xml:space="preserve"> alive stare. And then he offered me fifty grand for one night, he assumed I was some escort</w:t>
      </w:r>
      <w:proofErr w:type="gramStart"/>
      <w:r w:rsidRPr="00124F84">
        <w:rPr>
          <w:color w:val="000000"/>
        </w:rPr>
        <w:t>-“</w:t>
      </w:r>
      <w:proofErr w:type="gramEnd"/>
    </w:p>
    <w:p w14:paraId="1E43DC8B" w14:textId="77777777" w:rsidR="00351B3C" w:rsidRPr="00124F84" w:rsidRDefault="00351B3C" w:rsidP="00124F84">
      <w:pPr>
        <w:pStyle w:val="NormalWeb"/>
        <w:rPr>
          <w:color w:val="000000"/>
        </w:rPr>
      </w:pPr>
      <w:r w:rsidRPr="00124F84">
        <w:rPr>
          <w:color w:val="000000"/>
        </w:rPr>
        <w:t>Lena nearly chokes, eyes bugging dramatically. “Shut the entire fuck up. Fifty stacks? Camille fucking Sinclair…an escort? The audacity! The disrespect! The absolute balls on this man!”</w:t>
      </w:r>
    </w:p>
    <w:p w14:paraId="2C707639" w14:textId="77777777" w:rsidR="00351B3C" w:rsidRPr="00124F84" w:rsidRDefault="00351B3C" w:rsidP="00124F84">
      <w:pPr>
        <w:pStyle w:val="NormalWeb"/>
        <w:rPr>
          <w:color w:val="000000"/>
        </w:rPr>
      </w:pPr>
      <w:r w:rsidRPr="00124F84">
        <w:rPr>
          <w:color w:val="000000"/>
        </w:rPr>
        <w:t>I nod, covering my eyes briefly, shame heating my cheeks. “I know, right? It was infuriating, but also…” I swallow hard. “Hot.</w:t>
      </w:r>
      <w:r w:rsidRPr="00124F84">
        <w:t xml:space="preserve"> god I should’ve slapped him, thrown a drink, something…but instead, I wanted him. Like, violently. Desperately.”</w:t>
      </w:r>
    </w:p>
    <w:p w14:paraId="7174253F" w14:textId="77777777" w:rsidR="00351B3C" w:rsidRPr="00124F84" w:rsidRDefault="00351B3C" w:rsidP="00124F84">
      <w:pPr>
        <w:pStyle w:val="NormalWeb"/>
        <w:rPr>
          <w:color w:val="000000"/>
        </w:rPr>
      </w:pPr>
      <w:r w:rsidRPr="00124F84">
        <w:rPr>
          <w:color w:val="000000"/>
        </w:rPr>
        <w:t>She blinks at me, jaw dropping theatrically. “You thirsty bitch.”</w:t>
      </w:r>
    </w:p>
    <w:p w14:paraId="0FC5D91A" w14:textId="53C1F3F9" w:rsidR="00351B3C" w:rsidRPr="00124F84" w:rsidRDefault="00351B3C" w:rsidP="00124F84">
      <w:pPr>
        <w:pStyle w:val="NormalWeb"/>
        <w:rPr>
          <w:color w:val="000000"/>
        </w:rPr>
      </w:pPr>
      <w:r w:rsidRPr="00124F84">
        <w:rPr>
          <w:color w:val="000000"/>
        </w:rPr>
        <w:t>“Shut up.” I groan, shoving her shoulder gently. “It was supposed to be a one-night thing, you know? No names, no strings, just pure fantasy. And Lena…fuck. The sex</w:t>
      </w:r>
      <w:r w:rsidR="00635830" w:rsidRPr="00124F84">
        <w:rPr>
          <w:color w:val="000000"/>
        </w:rPr>
        <w:t>…”</w:t>
      </w:r>
    </w:p>
    <w:p w14:paraId="34266D9F" w14:textId="77777777" w:rsidR="00351B3C" w:rsidRPr="00124F84" w:rsidRDefault="00351B3C" w:rsidP="00124F84">
      <w:pPr>
        <w:pStyle w:val="NormalWeb"/>
        <w:rPr>
          <w:color w:val="000000"/>
        </w:rPr>
      </w:pPr>
      <w:r w:rsidRPr="00124F84">
        <w:rPr>
          <w:color w:val="000000"/>
        </w:rPr>
        <w:t xml:space="preserve">Her grin turns wicked, eyes glinting mischievously. “Oh, </w:t>
      </w:r>
      <w:r w:rsidRPr="00124F84">
        <w:rPr>
          <w:i/>
          <w:iCs/>
          <w:color w:val="000000"/>
        </w:rPr>
        <w:t>now</w:t>
      </w:r>
      <w:r w:rsidRPr="00124F84">
        <w:rPr>
          <w:color w:val="000000"/>
        </w:rPr>
        <w:t xml:space="preserve"> we’re getting to the good stuff. Talk dirty to me, Sinclair. Spill every filthy detail. Was he good? Was he rough? Did he choke you…did you choke him? I need ratings. Scale of one to ten, hoe. And do not lie to me.”</w:t>
      </w:r>
    </w:p>
    <w:p w14:paraId="414848EC" w14:textId="77777777" w:rsidR="00351B3C" w:rsidRPr="00124F84" w:rsidRDefault="00351B3C" w:rsidP="00124F84">
      <w:pPr>
        <w:pStyle w:val="NormalWeb"/>
        <w:rPr>
          <w:color w:val="000000"/>
        </w:rPr>
      </w:pPr>
      <w:r w:rsidRPr="00124F84">
        <w:rPr>
          <w:color w:val="000000"/>
        </w:rPr>
        <w:t xml:space="preserve">I laugh, face burning hotter. “Eleven. A hundred. Lena, it was fucking cosmic. The man fucked me like it was his full-time job. Like he had something to prove. Every time was explosive. Unreal. The kind of sex you read </w:t>
      </w:r>
      <w:proofErr w:type="gramStart"/>
      <w:r w:rsidRPr="00124F84">
        <w:rPr>
          <w:color w:val="000000"/>
        </w:rPr>
        <w:t>about</w:t>
      </w:r>
      <w:proofErr w:type="gramEnd"/>
      <w:r w:rsidRPr="00124F84">
        <w:rPr>
          <w:color w:val="000000"/>
        </w:rPr>
        <w:t xml:space="preserve"> and think is pure fiction. Like, I didn’t even know orgasms like that existed.”</w:t>
      </w:r>
    </w:p>
    <w:p w14:paraId="0D226F9D" w14:textId="77777777" w:rsidR="00351B3C" w:rsidRPr="00124F84" w:rsidRDefault="00351B3C" w:rsidP="00124F84">
      <w:pPr>
        <w:pStyle w:val="NormalWeb"/>
        <w:rPr>
          <w:color w:val="000000"/>
        </w:rPr>
      </w:pPr>
      <w:r w:rsidRPr="00124F84">
        <w:rPr>
          <w:color w:val="000000"/>
        </w:rPr>
        <w:t>Her mouth drops open further. “Bitch, I am scandalized. Proud as fuck, but scandalized. You really had billionaire dick and didn’t think to share until now?”</w:t>
      </w:r>
    </w:p>
    <w:p w14:paraId="7D208065" w14:textId="2E0BA3D0"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color w:val="000000"/>
          <w:sz w:val="24"/>
          <w:szCs w:val="24"/>
        </w:rPr>
        <w:t xml:space="preserve">“Because it got so complicated,” I sigh, dragging my hands over my face, exhaustion bleeding through every word. “Kane’s not just some random rich guy. He’s dangerous. Ruthless. Strategic as hell. Next thing I knew, he was buying into Sinclair Media. He put his people in my foundation. Pulled strings like a goddamn puppet master. He was everywhere, Lena. </w:t>
      </w:r>
      <w:r w:rsidRPr="00124F84">
        <w:rPr>
          <w:rFonts w:ascii="Times New Roman" w:hAnsi="Times New Roman" w:cs="Times New Roman"/>
          <w:sz w:val="24"/>
          <w:szCs w:val="24"/>
        </w:rPr>
        <w:t>Stalking me, ghosting me</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then he’d show up and drag me right back into his orbit, and we’d fuck all over again. Three months of this toxic, twisted game.”</w:t>
      </w:r>
    </w:p>
    <w:p w14:paraId="62EAA2E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Lena’s eyes widen dramatically, jaw practically hitting the velvet cushions. “Camille, respectfully, what kind of magical pussy did you put on this man to have him out here buying stakes in your entire goddamn legacy? Like, girl, did you hypnotize his ass mid-orgasm or something?”</w:t>
      </w:r>
    </w:p>
    <w:p w14:paraId="5E77FCF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groan loudly, burying my face into my knees, embarrassment scorching my skin. “Lena, it was never supposed to get like this. It was just sex. Hot, mind-blowing, addictive sex…but still just sex. And now he’s deep in my bloodstream, like some fucked-up addiction I can’t shake. He’s everywhere. And it scares the absolute shit out of me.”</w:t>
      </w:r>
    </w:p>
    <w:p w14:paraId="3C2F638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whistles softly, a grin of pure mischief curling her lips. “Girl, you went from Mr. Oat Milk Vanilla to literal Dark Romance Book Boyfriend. It’s honestly iconic. I mean, fucked-up and probably therapy-worthy…but iconic.”</w:t>
      </w:r>
    </w:p>
    <w:p w14:paraId="010ABBF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color w:val="000000"/>
          <w:sz w:val="24"/>
          <w:szCs w:val="24"/>
        </w:rPr>
        <w:t xml:space="preserve">“It’s beyond </w:t>
      </w:r>
      <w:proofErr w:type="gramStart"/>
      <w:r w:rsidRPr="00124F84">
        <w:rPr>
          <w:rFonts w:ascii="Times New Roman" w:hAnsi="Times New Roman" w:cs="Times New Roman"/>
          <w:color w:val="000000"/>
          <w:sz w:val="24"/>
          <w:szCs w:val="24"/>
        </w:rPr>
        <w:t>fucked-up</w:t>
      </w:r>
      <w:proofErr w:type="gramEnd"/>
      <w:r w:rsidRPr="00124F84">
        <w:rPr>
          <w:rFonts w:ascii="Times New Roman" w:hAnsi="Times New Roman" w:cs="Times New Roman"/>
          <w:color w:val="000000"/>
          <w:sz w:val="24"/>
          <w:szCs w:val="24"/>
        </w:rPr>
        <w:t>,” I whisper shakily. “</w:t>
      </w:r>
      <w:proofErr w:type="gramStart"/>
      <w:r w:rsidRPr="00124F84">
        <w:rPr>
          <w:rFonts w:ascii="Times New Roman" w:hAnsi="Times New Roman" w:cs="Times New Roman"/>
          <w:sz w:val="24"/>
          <w:szCs w:val="24"/>
        </w:rPr>
        <w:t>but</w:t>
      </w:r>
      <w:proofErr w:type="gramEnd"/>
      <w:r w:rsidRPr="00124F84">
        <w:rPr>
          <w:rFonts w:ascii="Times New Roman" w:hAnsi="Times New Roman" w:cs="Times New Roman"/>
          <w:sz w:val="24"/>
          <w:szCs w:val="24"/>
        </w:rPr>
        <w:t xml:space="preserve"> that’s the thing. Despite how fucked it all is, I just spent the last seventy-eight hours locked away with him. No interruptions, no outside bullshit. It was like living in our own world. Just him and me, Lena. And it was… heaven.”</w:t>
      </w:r>
    </w:p>
    <w:p w14:paraId="13D9BED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brows shoot even higher, a wicked smile curling her lips. “Hold up…seventy-eight straight hours? Camille. Babe. The sheer stamina. I’m impressed as fuck. Seriously, did you two at least hydrate or something?”</w:t>
      </w:r>
    </w:p>
    <w:p w14:paraId="237BC66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“Lena be serious!” I laugh despite myself, cheeks flaming hotter.</w:t>
      </w:r>
    </w:p>
    <w:p w14:paraId="5E764F0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am dead-ass serious! Three days with dick that good is basically an Olympic event,” she insists, eyes bright with mischief. “I’m talking electrolytes, protein bars, basic survival shit. You </w:t>
      </w:r>
      <w:proofErr w:type="spellStart"/>
      <w:r w:rsidRPr="00124F84">
        <w:rPr>
          <w:rFonts w:ascii="Times New Roman" w:hAnsi="Times New Roman" w:cs="Times New Roman"/>
          <w:sz w:val="24"/>
          <w:szCs w:val="24"/>
        </w:rPr>
        <w:t>gotta</w:t>
      </w:r>
      <w:proofErr w:type="spellEnd"/>
      <w:r w:rsidRPr="00124F84">
        <w:rPr>
          <w:rFonts w:ascii="Times New Roman" w:hAnsi="Times New Roman" w:cs="Times New Roman"/>
          <w:sz w:val="24"/>
          <w:szCs w:val="24"/>
        </w:rPr>
        <w:t xml:space="preserve"> hydrate to dominate, bitch.”</w:t>
      </w:r>
    </w:p>
    <w:p w14:paraId="7BC2317E" w14:textId="77777777" w:rsidR="00351B3C" w:rsidRPr="00124F84" w:rsidRDefault="00351B3C" w:rsidP="00124F84">
      <w:pPr>
        <w:pStyle w:val="NormalWeb"/>
        <w:rPr>
          <w:color w:val="000000"/>
        </w:rPr>
      </w:pPr>
    </w:p>
    <w:p w14:paraId="63F1999F" w14:textId="77777777" w:rsidR="00351B3C" w:rsidRPr="00124F84" w:rsidRDefault="00351B3C" w:rsidP="00124F84">
      <w:pPr>
        <w:pStyle w:val="NormalWeb"/>
        <w:rPr>
          <w:color w:val="000000"/>
        </w:rPr>
      </w:pPr>
    </w:p>
    <w:p w14:paraId="469F4380" w14:textId="77777777" w:rsidR="00351B3C" w:rsidRPr="00124F84" w:rsidRDefault="00351B3C" w:rsidP="00124F84">
      <w:pPr>
        <w:pStyle w:val="NormalWeb"/>
        <w:rPr>
          <w:color w:val="000000"/>
        </w:rPr>
      </w:pPr>
    </w:p>
    <w:p w14:paraId="66ED5E10" w14:textId="77777777" w:rsidR="00351B3C" w:rsidRPr="00124F84" w:rsidRDefault="00351B3C" w:rsidP="00124F84">
      <w:pPr>
        <w:pStyle w:val="NormalWeb"/>
        <w:rPr>
          <w:color w:val="000000"/>
        </w:rPr>
      </w:pPr>
    </w:p>
    <w:p w14:paraId="3B3E807A" w14:textId="77777777" w:rsidR="00351B3C" w:rsidRPr="00124F84" w:rsidRDefault="00351B3C" w:rsidP="00124F84">
      <w:pPr>
        <w:pStyle w:val="NormalWeb"/>
        <w:rPr>
          <w:color w:val="000000"/>
        </w:rPr>
      </w:pPr>
      <w:r w:rsidRPr="00124F84">
        <w:rPr>
          <w:color w:val="000000"/>
        </w:rPr>
        <w:t>I shake my head, laughing through fresh tears. “You’re ridiculous.”</w:t>
      </w:r>
    </w:p>
    <w:p w14:paraId="67D39B0A" w14:textId="77777777" w:rsidR="00351B3C" w:rsidRPr="00124F84" w:rsidRDefault="00351B3C" w:rsidP="00124F84">
      <w:pPr>
        <w:pStyle w:val="NormalWeb"/>
        <w:rPr>
          <w:color w:val="000000"/>
        </w:rPr>
      </w:pPr>
      <w:r w:rsidRPr="00124F84">
        <w:rPr>
          <w:color w:val="000000"/>
        </w:rPr>
        <w:t>She nudges me. “What went wrong?”</w:t>
      </w:r>
    </w:p>
    <w:p w14:paraId="3BEFBCDA" w14:textId="77777777" w:rsidR="00351B3C" w:rsidRPr="00124F84" w:rsidRDefault="00351B3C" w:rsidP="00124F84">
      <w:pPr>
        <w:autoSpaceDE w:val="0"/>
        <w:autoSpaceDN w:val="0"/>
        <w:adjustRightInd w:val="0"/>
        <w:spacing w:after="240" w:line="240" w:lineRule="auto"/>
        <w:rPr>
          <w:rFonts w:ascii="Times New Roman" w:hAnsi="Times New Roman" w:cs="Times New Roman"/>
          <w:color w:val="000000"/>
          <w:sz w:val="24"/>
          <w:szCs w:val="24"/>
        </w:rPr>
      </w:pPr>
      <w:r w:rsidRPr="00124F84">
        <w:rPr>
          <w:rFonts w:ascii="Times New Roman" w:hAnsi="Times New Roman" w:cs="Times New Roman"/>
          <w:color w:val="000000"/>
          <w:sz w:val="24"/>
          <w:szCs w:val="24"/>
        </w:rPr>
        <w:t>“I literally lost my shit. Self-sabotaged. Hit the panic button so fast, I said horrible things, cruel, ruthless things that cut him deep.”</w:t>
      </w:r>
    </w:p>
    <w:p w14:paraId="772CD873" w14:textId="77777777" w:rsidR="00351B3C" w:rsidRPr="00124F84" w:rsidRDefault="00351B3C" w:rsidP="00124F84">
      <w:pPr>
        <w:pStyle w:val="NormalWeb"/>
        <w:rPr>
          <w:color w:val="000000"/>
        </w:rPr>
      </w:pPr>
      <w:r w:rsidRPr="00124F84">
        <w:rPr>
          <w:color w:val="000000"/>
        </w:rPr>
        <w:t>I swallow hard. “Lena, I told him he was beneath me, that he was just a good fuck, nothing more. Said I was going back to Preston and my safe little life.”</w:t>
      </w:r>
    </w:p>
    <w:p w14:paraId="0E78AB24" w14:textId="77777777" w:rsidR="00351B3C" w:rsidRPr="00124F84" w:rsidRDefault="00351B3C" w:rsidP="00124F84">
      <w:pPr>
        <w:pStyle w:val="NormalWeb"/>
        <w:rPr>
          <w:color w:val="000000"/>
        </w:rPr>
      </w:pPr>
      <w:r w:rsidRPr="00124F84">
        <w:rPr>
          <w:color w:val="000000"/>
        </w:rPr>
        <w:t>She nudges me gently, eyes softening just a fraction. “So, what went wrong?”</w:t>
      </w:r>
    </w:p>
    <w:p w14:paraId="464A4531" w14:textId="23489FC7" w:rsidR="00351B3C" w:rsidRPr="00124F84" w:rsidRDefault="00351B3C" w:rsidP="00124F84">
      <w:pPr>
        <w:pStyle w:val="NormalWeb"/>
        <w:rPr>
          <w:color w:val="000000"/>
        </w:rPr>
      </w:pPr>
      <w:r w:rsidRPr="00124F84">
        <w:rPr>
          <w:color w:val="000000"/>
        </w:rPr>
        <w:t>“I freaked the fuck out. Self-sabotaged,” I confess bitterly, shame heating my skin all over again. “Panic-buttoned so hard I said things</w:t>
      </w:r>
      <w:r w:rsidR="009F4DEE" w:rsidRPr="00124F84">
        <w:rPr>
          <w:color w:val="000000"/>
        </w:rPr>
        <w:t xml:space="preserve"> </w:t>
      </w:r>
      <w:r w:rsidRPr="00124F84">
        <w:rPr>
          <w:color w:val="000000"/>
        </w:rPr>
        <w:t>cruel, ruthless things just to cut him. Lena, I told him he was beneath me, just a good fuck and nothing more. I said I was going back to Preston and my safe little life.”</w:t>
      </w:r>
    </w:p>
    <w:p w14:paraId="2A4D3CB9" w14:textId="77777777" w:rsidR="00351B3C" w:rsidRPr="00124F84" w:rsidRDefault="00351B3C" w:rsidP="00124F84">
      <w:pPr>
        <w:pStyle w:val="NormalWeb"/>
        <w:rPr>
          <w:color w:val="000000"/>
        </w:rPr>
      </w:pPr>
      <w:r w:rsidRPr="00124F84">
        <w:rPr>
          <w:color w:val="000000"/>
        </w:rPr>
        <w:t>“Damn, babe, that’s savage.”</w:t>
      </w:r>
    </w:p>
    <w:p w14:paraId="701F4977" w14:textId="77777777" w:rsidR="00351B3C" w:rsidRPr="00124F84" w:rsidRDefault="00351B3C" w:rsidP="00124F84">
      <w:pPr>
        <w:pStyle w:val="NormalWeb"/>
        <w:rPr>
          <w:color w:val="000000"/>
        </w:rPr>
      </w:pPr>
      <w:r w:rsidRPr="00124F84">
        <w:rPr>
          <w:color w:val="000000"/>
        </w:rPr>
        <w:lastRenderedPageBreak/>
        <w:t>“I know,” I groan, pressing my palms into my eyes. “It’s literally the worst thing I’ve ever done. The look on his face, Lena…” My voice cracks painfully, another sob clawing up my throat. “There’s no coming back from that.”</w:t>
      </w:r>
    </w:p>
    <w:p w14:paraId="7B524646" w14:textId="31029030" w:rsidR="00351B3C" w:rsidRPr="00124F84" w:rsidRDefault="00351B3C" w:rsidP="00124F84">
      <w:pPr>
        <w:pStyle w:val="NormalWeb"/>
        <w:rPr>
          <w:color w:val="000000"/>
        </w:rPr>
      </w:pPr>
      <w:r w:rsidRPr="00124F84">
        <w:rPr>
          <w:color w:val="000000"/>
        </w:rPr>
        <w:t>Lena rolls her eyes dramatically, leaning back and kicking her bare feet up onto her coffee table. “Girl, please. Did you forget the part where he bought into your entire fucking legacy? Kane Rivera is certified, obsessively invested. You could literally torch his closet, slash the tires on one of his million cars, and key your name on his door, and this man would still be like, ‘Aw, cute</w:t>
      </w:r>
      <w:r w:rsidR="009F4DEE" w:rsidRPr="00124F84">
        <w:rPr>
          <w:color w:val="000000"/>
        </w:rPr>
        <w:t xml:space="preserve">, </w:t>
      </w:r>
      <w:r w:rsidRPr="00124F84">
        <w:rPr>
          <w:color w:val="000000"/>
        </w:rPr>
        <w:t>she noticed me.’”</w:t>
      </w:r>
    </w:p>
    <w:p w14:paraId="1E5EE8F0" w14:textId="77777777" w:rsidR="00351B3C" w:rsidRPr="00124F84" w:rsidRDefault="00351B3C" w:rsidP="00124F84">
      <w:pPr>
        <w:pStyle w:val="NormalWeb"/>
        <w:rPr>
          <w:color w:val="000000"/>
        </w:rPr>
      </w:pPr>
      <w:r w:rsidRPr="00124F84">
        <w:rPr>
          <w:color w:val="000000"/>
        </w:rPr>
        <w:t>I snort despite myself, shooting her a half-hearted glare. “This is not funny, Lena.”</w:t>
      </w:r>
    </w:p>
    <w:p w14:paraId="3A1AFC41" w14:textId="77777777" w:rsidR="00351B3C" w:rsidRPr="00124F84" w:rsidRDefault="00351B3C" w:rsidP="00124F84">
      <w:pPr>
        <w:pStyle w:val="NormalWeb"/>
        <w:rPr>
          <w:color w:val="000000"/>
        </w:rPr>
      </w:pPr>
      <w:r w:rsidRPr="00124F84">
        <w:rPr>
          <w:color w:val="000000"/>
        </w:rPr>
        <w:t xml:space="preserve">“Oh, but it is,” she retorts wickedly, sipping her wine. “Because the alternative is you marrying Preston Caldwell’s beige-ass and living your life stuck on missionary Wednesdays and oat milk brunch Sundays. I refuse that tragedy for you. I swear to </w:t>
      </w:r>
      <w:proofErr w:type="gramStart"/>
      <w:r w:rsidRPr="00124F84">
        <w:rPr>
          <w:color w:val="000000"/>
        </w:rPr>
        <w:t>god</w:t>
      </w:r>
      <w:proofErr w:type="gramEnd"/>
      <w:r w:rsidRPr="00124F84">
        <w:rPr>
          <w:color w:val="000000"/>
        </w:rPr>
        <w:t>, Camille, I’ll show up to your wedding in couture funeral black if you marry that bland motherfucker.”</w:t>
      </w:r>
    </w:p>
    <w:p w14:paraId="384C24E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stare at her for a long second before the laughter finally breaks free, real, genuine laughter that shakes my entire body. "God, Lena, you're insane."</w:t>
      </w:r>
    </w:p>
    <w:p w14:paraId="5C2F885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"Insanely right," she corrects, smirking unapologetically. "Seriously, babe. Preston is the human equivalent of dry toast. Like, yeah, he's handsome, but so is every other rich white boy with a tennis membership. You deserve better. Hell, you deserve fireworks."</w:t>
      </w:r>
    </w:p>
    <w:p w14:paraId="268EE2E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stomach flips, the humor fading into something raw and aching. "That's the thing, Lena," I whisper, voice breaking. "Kane's not fireworks. He's an atomic bomb. He's chaos and destruction and the most terrifyingly perfect thing that's ever happened to me. But I don't know if I'm strong enough for it. For him."</w:t>
      </w:r>
    </w:p>
    <w:p w14:paraId="52A280B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Lena softens immediately, eyes turning fierce, her hand squeezing mine tight. "Camille Sinclair, look at me. You're the strongest bitch I know. You handle your parents’ bullshit, your family's entire fucked-up dynasty, and Preston's bland-ass, beige expectations every day like it's nothing. You don't need 'strong enough.' You're already there."</w:t>
      </w:r>
    </w:p>
    <w:p w14:paraId="3F30E86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nod slowly, tears spilling freely again, blurring my vision. "But what if it's too late? What if I really destroyed us for good?"</w:t>
      </w:r>
    </w:p>
    <w:p w14:paraId="5250EE9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sighs dramatically, flopping her head back on the couch, exasperated. "Bitch, please. This man infiltrated your entire company, stalked you, ghosted you, chased you down, and then locked your ass up for three days of uninterrupted dick therapy. You think a little tantrum from his favorite obsession is </w:t>
      </w:r>
      <w:proofErr w:type="spellStart"/>
      <w:r w:rsidRPr="00124F84">
        <w:rPr>
          <w:rFonts w:ascii="Times New Roman" w:hAnsi="Times New Roman" w:cs="Times New Roman"/>
          <w:sz w:val="24"/>
          <w:szCs w:val="24"/>
        </w:rPr>
        <w:t>gonna</w:t>
      </w:r>
      <w:proofErr w:type="spellEnd"/>
      <w:r w:rsidRPr="00124F84">
        <w:rPr>
          <w:rFonts w:ascii="Times New Roman" w:hAnsi="Times New Roman" w:cs="Times New Roman"/>
          <w:sz w:val="24"/>
          <w:szCs w:val="24"/>
        </w:rPr>
        <w:t xml:space="preserve"> scare him off now?</w:t>
      </w:r>
    </w:p>
    <w:p w14:paraId="05DF0183" w14:textId="5A6E546C"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"Lena</w:t>
      </w:r>
      <w:r w:rsidR="009F4DEE" w:rsidRPr="00124F84">
        <w:rPr>
          <w:rFonts w:ascii="Times New Roman" w:hAnsi="Times New Roman" w:cs="Times New Roman"/>
          <w:sz w:val="24"/>
          <w:szCs w:val="24"/>
        </w:rPr>
        <w:t>…</w:t>
      </w:r>
      <w:r w:rsidRPr="00124F84">
        <w:rPr>
          <w:rFonts w:ascii="Times New Roman" w:hAnsi="Times New Roman" w:cs="Times New Roman"/>
          <w:sz w:val="24"/>
          <w:szCs w:val="24"/>
        </w:rPr>
        <w:t>"</w:t>
      </w:r>
    </w:p>
    <w:p w14:paraId="5749B776" w14:textId="63AA609D"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"Camille, babe," she interrupts firmly, eyes flashing stubbornly. "Listen to me. Kane Rivera might be dangerous, ruthless, and borderline psychotic</w:t>
      </w:r>
      <w:r w:rsidR="009F4DEE" w:rsidRPr="00124F84">
        <w:rPr>
          <w:rFonts w:ascii="Times New Roman" w:hAnsi="Times New Roman" w:cs="Times New Roman"/>
          <w:sz w:val="24"/>
          <w:szCs w:val="24"/>
        </w:rPr>
        <w:t>…</w:t>
      </w:r>
      <w:r w:rsidRPr="00124F84">
        <w:rPr>
          <w:rFonts w:ascii="Times New Roman" w:hAnsi="Times New Roman" w:cs="Times New Roman"/>
          <w:sz w:val="24"/>
          <w:szCs w:val="24"/>
        </w:rPr>
        <w:t xml:space="preserve">scratch that, </w:t>
      </w:r>
      <w:proofErr w:type="gramStart"/>
      <w:r w:rsidRPr="00124F84">
        <w:rPr>
          <w:rFonts w:ascii="Times New Roman" w:hAnsi="Times New Roman" w:cs="Times New Roman"/>
          <w:sz w:val="24"/>
          <w:szCs w:val="24"/>
        </w:rPr>
        <w:t>definitely psychotic</w:t>
      </w:r>
      <w:proofErr w:type="gramEnd"/>
      <w:r w:rsidRPr="00124F84">
        <w:rPr>
          <w:rFonts w:ascii="Times New Roman" w:hAnsi="Times New Roman" w:cs="Times New Roman"/>
          <w:sz w:val="24"/>
          <w:szCs w:val="24"/>
        </w:rPr>
        <w:t>…but men like that don't walk away. Ever.”</w:t>
      </w:r>
    </w:p>
    <w:p w14:paraId="420FFE89" w14:textId="77777777" w:rsidR="00351B3C" w:rsidRPr="00124F84" w:rsidRDefault="00351B3C" w:rsidP="00124F84">
      <w:pPr>
        <w:pStyle w:val="NormalWeb"/>
      </w:pPr>
      <w:r w:rsidRPr="00124F84">
        <w:lastRenderedPageBreak/>
        <w:t>My heart clenches at the thought, sharp and aching. “And if he doesn’t?”</w:t>
      </w:r>
    </w:p>
    <w:p w14:paraId="7AA4B159" w14:textId="77777777" w:rsidR="00351B3C" w:rsidRPr="00124F84" w:rsidRDefault="00351B3C" w:rsidP="00124F84">
      <w:pPr>
        <w:pStyle w:val="NormalWeb"/>
      </w:pPr>
      <w:r w:rsidRPr="00124F84">
        <w:t xml:space="preserve">She leans in, eyes suddenly deadly serious, gripping my hand like we’re plotting an international scandal. “Then we go full </w:t>
      </w:r>
      <w:r w:rsidRPr="00124F84">
        <w:rPr>
          <w:rStyle w:val="Emphasis"/>
          <w:i w:val="0"/>
          <w:iCs w:val="0"/>
        </w:rPr>
        <w:t>slut gear</w:t>
      </w:r>
      <w:r w:rsidRPr="00124F84">
        <w:t>. Lingerie. Heels. Lip gloss disrespectfully shiny. You show up, drop to your knees like an apology in human form. Bonus points if the lace is see-through and he ends up spanking you as punishment.”</w:t>
      </w:r>
    </w:p>
    <w:p w14:paraId="1B348C89" w14:textId="77777777" w:rsidR="00351B3C" w:rsidRPr="00124F84" w:rsidRDefault="00351B3C" w:rsidP="00124F84">
      <w:pPr>
        <w:pStyle w:val="NormalWeb"/>
      </w:pPr>
      <w:r w:rsidRPr="00124F84">
        <w:t>I gape at her. “Lena.”</w:t>
      </w:r>
    </w:p>
    <w:p w14:paraId="4A001825" w14:textId="77777777" w:rsidR="00351B3C" w:rsidRPr="00124F84" w:rsidRDefault="00351B3C" w:rsidP="00124F84">
      <w:pPr>
        <w:pStyle w:val="NormalWeb"/>
      </w:pPr>
      <w:r w:rsidRPr="00124F84">
        <w:t>“What? I’m giving you options!” she grins, raising her glass like she just solved the global crisis of heartbreak. “You lost your damn mind for a second, it happens. But trust me, if that man laid pipe the way you described? He’s thinking about you right now, pissed, hard, and one hundred percent waiting to see if you’re woman enough to crawl back for it.”</w:t>
      </w:r>
    </w:p>
    <w:p w14:paraId="00AB1C03" w14:textId="77777777" w:rsidR="00351B3C" w:rsidRPr="00124F84" w:rsidRDefault="00351B3C" w:rsidP="00124F84">
      <w:pPr>
        <w:pStyle w:val="NormalWeb"/>
        <w:rPr>
          <w:color w:val="000000"/>
        </w:rPr>
      </w:pPr>
      <w:r w:rsidRPr="00124F84">
        <w:rPr>
          <w:color w:val="000000"/>
        </w:rPr>
        <w:t>I laugh again, softer this time, grateful for her chaos. “I don’t deserve you, Lena.”</w:t>
      </w:r>
    </w:p>
    <w:p w14:paraId="3F5E4707" w14:textId="77777777" w:rsidR="00351B3C" w:rsidRPr="00124F84" w:rsidRDefault="00351B3C" w:rsidP="00124F84">
      <w:pPr>
        <w:pStyle w:val="NormalWeb"/>
        <w:rPr>
          <w:color w:val="000000"/>
        </w:rPr>
      </w:pPr>
      <w:r w:rsidRPr="00124F84">
        <w:rPr>
          <w:color w:val="000000"/>
        </w:rPr>
        <w:t xml:space="preserve">“Facts,” she agrees, raising her wineglass. “But you’re stuck with me anyway. Now finish your wine, take a breath, and then tell me again, slowly, with more graphic details…about how premium this man’s pipe game </w:t>
      </w:r>
      <w:proofErr w:type="gramStart"/>
      <w:r w:rsidRPr="00124F84">
        <w:rPr>
          <w:color w:val="000000"/>
        </w:rPr>
        <w:t>actually is</w:t>
      </w:r>
      <w:proofErr w:type="gramEnd"/>
      <w:r w:rsidRPr="00124F84">
        <w:rPr>
          <w:color w:val="000000"/>
        </w:rPr>
        <w:t>. I’ve got popcorn in the pantry, and nothing but time.”</w:t>
      </w:r>
    </w:p>
    <w:p w14:paraId="1ED7AA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52ABC606"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Fifteen minutes later, Lena disappears briefly, returning with an oversized bowl of popcorn balanced on her hip and a freshly rolled joint between her fingers. She sinks onto the plush rug beside me, holding out the joint like it's a sacrament.</w:t>
      </w:r>
    </w:p>
    <w:p w14:paraId="22D8AD6C"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 xml:space="preserve">"No," I say weakly, shaking my head. "Absolutely not. I'm already spiraling. Weed is just </w:t>
      </w:r>
      <w:proofErr w:type="spellStart"/>
      <w:r w:rsidRPr="00124F84">
        <w:rPr>
          <w:rFonts w:ascii="Times New Roman" w:eastAsia="Times New Roman" w:hAnsi="Times New Roman" w:cs="Times New Roman"/>
          <w:sz w:val="24"/>
          <w:szCs w:val="24"/>
        </w:rPr>
        <w:t>gonna</w:t>
      </w:r>
      <w:proofErr w:type="spellEnd"/>
      <w:r w:rsidRPr="00124F84">
        <w:rPr>
          <w:rFonts w:ascii="Times New Roman" w:eastAsia="Times New Roman" w:hAnsi="Times New Roman" w:cs="Times New Roman"/>
          <w:sz w:val="24"/>
          <w:szCs w:val="24"/>
        </w:rPr>
        <w:t xml:space="preserve"> accelerate the disaster."</w:t>
      </w:r>
    </w:p>
    <w:p w14:paraId="6D81C885"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 xml:space="preserve">She lights </w:t>
      </w:r>
      <w:proofErr w:type="gramStart"/>
      <w:r w:rsidRPr="00124F84">
        <w:rPr>
          <w:rFonts w:ascii="Times New Roman" w:eastAsia="Times New Roman" w:hAnsi="Times New Roman" w:cs="Times New Roman"/>
          <w:sz w:val="24"/>
          <w:szCs w:val="24"/>
        </w:rPr>
        <w:t>it</w:t>
      </w:r>
      <w:proofErr w:type="gramEnd"/>
      <w:r w:rsidRPr="00124F84">
        <w:rPr>
          <w:rFonts w:ascii="Times New Roman" w:eastAsia="Times New Roman" w:hAnsi="Times New Roman" w:cs="Times New Roman"/>
          <w:sz w:val="24"/>
          <w:szCs w:val="24"/>
        </w:rPr>
        <w:t xml:space="preserve"> anyway, rolling her eyes and exhaling dramatically. "Girl, you’ve already crashed headfirst into a full emotional breakdown. We might as well enjoy the ride. Take it. Doctor’s orders."</w:t>
      </w:r>
    </w:p>
    <w:p w14:paraId="26F690AD"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I sigh heavily, giving in to her expectant look and taking a careful hit. It burns my throat, but the warmth settles quickly, loosening the tight knots inside me.</w:t>
      </w:r>
    </w:p>
    <w:p w14:paraId="5C190826"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Soon, we're sprawled lazily on her fluffy carpet, surrounded by popcorn kernels, smoke drifting in lazy curls toward the ceiling.</w:t>
      </w:r>
    </w:p>
    <w:p w14:paraId="475A88B3"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"So," Lena drawls, eyes glassy but laser focused. "I still don't know what your billionaire sex god looks like. Details, please. Paint me a picture."</w:t>
      </w:r>
    </w:p>
    <w:p w14:paraId="773B0E45"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I press my palms over my burning face, groaning softly. "God, Lena, I can’t…"</w:t>
      </w:r>
    </w:p>
    <w:p w14:paraId="2F9F65B4"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"Ma’am." She smacks my arm gently, mouth twitching. "Do I look like someone you should be withholding information from? Spill."</w:t>
      </w:r>
    </w:p>
    <w:p w14:paraId="110D6EF4"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lastRenderedPageBreak/>
        <w:t>I roll onto my back, staring at the ceiling, slightly dizzy and way too comfortable. "He's…unfairly attractive. Dark hair, ink everywhere, eyes that look like they could ruin your entire life. Ridiculously tall. He wears suits like they offended him, but you know there's muscle underneath. Like, disrespectfully hot."</w:t>
      </w:r>
    </w:p>
    <w:p w14:paraId="4B6641D5"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Lena whistles lowly. "Damn. So, basically your type."</w:t>
      </w:r>
    </w:p>
    <w:p w14:paraId="2CF8754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eastAsia="Times New Roman" w:hAnsi="Times New Roman" w:cs="Times New Roman"/>
          <w:sz w:val="24"/>
          <w:szCs w:val="24"/>
        </w:rPr>
        <w:t>"I don’t have a type," I protest weakly.</w:t>
      </w:r>
      <w:r w:rsidRPr="00124F84">
        <w:rPr>
          <w:rFonts w:ascii="Times New Roman" w:hAnsi="Times New Roman" w:cs="Times New Roman"/>
          <w:sz w:val="24"/>
          <w:szCs w:val="24"/>
        </w:rPr>
        <w:t xml:space="preserve"> </w:t>
      </w:r>
    </w:p>
    <w:p w14:paraId="52B6EF2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snorts loudly, popping another piece of popcorn into her mouth. "Bitch, your entire type is literally 'tall, toxic, emotionally unavailable, and capable of destroying your entire life.' Tell me I’m wrong."</w:t>
      </w:r>
    </w:p>
    <w:p w14:paraId="4F02131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tilt my head, glaring weakly at her smug face. "I hate you so much right now."</w:t>
      </w:r>
    </w:p>
    <w:p w14:paraId="1DA27A3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I’m right," she grins, nudging me playfully with her foot. "Alright, so he’s criminally hot, obviously, but how good are we talking exactly?"</w:t>
      </w:r>
    </w:p>
    <w:p w14:paraId="7D36B62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groan, embarrassment scorching my skin all over again. "Lena, haven't I suffered enough tonight?"</w:t>
      </w:r>
    </w:p>
    <w:p w14:paraId="36F66516" w14:textId="02D94256"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hAnsi="Times New Roman" w:cs="Times New Roman"/>
          <w:sz w:val="24"/>
          <w:szCs w:val="24"/>
        </w:rPr>
        <w:t>"Bitch, absolutely fucking not," she says bluntly, leaning closer, eyes glittering with mischief. "It’s hard out here for us single hoes, so if my bestie</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aka you</w:t>
      </w:r>
      <w:r w:rsidR="009F4DEE" w:rsidRPr="00124F84">
        <w:rPr>
          <w:rFonts w:ascii="Times New Roman" w:hAnsi="Times New Roman" w:cs="Times New Roman"/>
          <w:sz w:val="24"/>
          <w:szCs w:val="24"/>
        </w:rPr>
        <w:t xml:space="preserve"> </w:t>
      </w:r>
      <w:proofErr w:type="gramStart"/>
      <w:r w:rsidRPr="00124F84">
        <w:rPr>
          <w:rFonts w:ascii="Times New Roman" w:hAnsi="Times New Roman" w:cs="Times New Roman"/>
          <w:sz w:val="24"/>
          <w:szCs w:val="24"/>
        </w:rPr>
        <w:t>is</w:t>
      </w:r>
      <w:proofErr w:type="gramEnd"/>
      <w:r w:rsidRPr="00124F84">
        <w:rPr>
          <w:rFonts w:ascii="Times New Roman" w:hAnsi="Times New Roman" w:cs="Times New Roman"/>
          <w:sz w:val="24"/>
          <w:szCs w:val="24"/>
        </w:rPr>
        <w:t xml:space="preserve"> getting fucked senseless by a tattooed billionaire daddy, you owe me explicit details. Now quit stalling. Did he choke you? Praise kink? Mirror sex? I need specifics, Cam."</w:t>
      </w:r>
    </w:p>
    <w:p w14:paraId="2590C6F3" w14:textId="3A15BB55"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turn my head toward her with a curious frown. "Wait, pause</w:t>
      </w:r>
      <w:r w:rsidR="009F4DEE" w:rsidRPr="00124F84">
        <w:rPr>
          <w:rFonts w:ascii="Times New Roman" w:hAnsi="Times New Roman" w:cs="Times New Roman"/>
          <w:sz w:val="24"/>
          <w:szCs w:val="24"/>
        </w:rPr>
        <w:t>…</w:t>
      </w:r>
      <w:r w:rsidRPr="00124F84">
        <w:rPr>
          <w:rFonts w:ascii="Times New Roman" w:hAnsi="Times New Roman" w:cs="Times New Roman"/>
          <w:sz w:val="24"/>
          <w:szCs w:val="24"/>
        </w:rPr>
        <w:t>what the hell is praise kink?"</w:t>
      </w:r>
    </w:p>
    <w:p w14:paraId="3E2D167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rolls her eyes dramatically, ticking examples off on her fingers. "'You're so fucking good at that. You know exactly how I like it. Your mouth, your ass, your tits, they’re perfect. And my personal favorite, “You're such a good girl.”</w:t>
      </w:r>
    </w:p>
    <w:p w14:paraId="62C3CA4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"Huh..." I murmur quietly, staring back up at the ceiling. "I think I just learned something new about myself."</w:t>
      </w:r>
    </w:p>
    <w:p w14:paraId="0C346AC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“Please share with the class.”</w:t>
      </w:r>
    </w:p>
    <w:p w14:paraId="51F10B5D" w14:textId="347CBBE9"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bite down on my lip, heat burning my cheeks as I avoid her eager stare. "It's nothing</w:t>
      </w:r>
      <w:r w:rsidR="009F4DEE" w:rsidRPr="00124F84">
        <w:rPr>
          <w:rFonts w:ascii="Times New Roman" w:hAnsi="Times New Roman" w:cs="Times New Roman"/>
          <w:sz w:val="24"/>
          <w:szCs w:val="24"/>
        </w:rPr>
        <w:t>…</w:t>
      </w:r>
      <w:r w:rsidRPr="00124F84">
        <w:rPr>
          <w:rFonts w:ascii="Times New Roman" w:hAnsi="Times New Roman" w:cs="Times New Roman"/>
          <w:sz w:val="24"/>
          <w:szCs w:val="24"/>
        </w:rPr>
        <w:t>just...he may have called me that a few times."</w:t>
      </w:r>
    </w:p>
    <w:p w14:paraId="274DDC0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grabs my arm, a Cheshire grin on her face, hazel eyes wide and delighted. "Oh my god, Cami, baby, I genuinely, wholeheartedly love this for you." She smirks wickedly, leaning even closer. "Hits every time, doesn't it?"</w:t>
      </w:r>
    </w:p>
    <w:p w14:paraId="70FEF24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groan softly, covering my face. "Every fucking time."</w:t>
      </w:r>
    </w:p>
    <w:p w14:paraId="7FA2542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We both burst out laughing, the weed making us giggly, warm, and blissfully reckless.</w:t>
      </w:r>
    </w:p>
    <w:p w14:paraId="11844B3F"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lastRenderedPageBreak/>
        <w:t>I close my eyes, a memory surfacing before I can stop it. "He told me to sit on his face and called it my throne."</w:t>
      </w:r>
    </w:p>
    <w:p w14:paraId="1B475DF8"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There's a beat of stunned silence.</w:t>
      </w:r>
    </w:p>
    <w:p w14:paraId="1BECC1C5"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Then Lena shrieks so loudly I'm surprised the neighbors don’t call the cops, popcorn flying everywhere. "Bitch, excuse me? 'Sit on your throne'? Are you fucking kidding me right now?"</w:t>
      </w:r>
    </w:p>
    <w:p w14:paraId="64D271C4"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I bury my face in my hands again, giggling uncontrollably. "I shouldn’t have said that."</w:t>
      </w:r>
    </w:p>
    <w:p w14:paraId="786345D0"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"No," Lena gasps, clutching her chest dramatically. "You absolutely should've. Queen shit, Camille! Honestly, I'd be proposing marriage after that. No wonder you're traumatized."</w:t>
      </w:r>
    </w:p>
    <w:p w14:paraId="137A460F"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I burst into laughter, my ribs aching in the best way, the weed loosening my embarrassment and the ache of missing Kane, just slightly. Lena shakes her head in disbelief, taking another hit before waving the joint like it's a pointer.</w:t>
      </w:r>
    </w:p>
    <w:p w14:paraId="54DE6CEA"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"Seriously, you had your own goddamn throne and still walked away for Mr. Oat Milk Latte?" She sighs dramatically, staring at the ceiling. "I raised you better than this."</w:t>
      </w:r>
    </w:p>
    <w:p w14:paraId="74052113"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I laugh harder, wiping tears from my eyes. "You're impossible."</w:t>
      </w:r>
    </w:p>
    <w:p w14:paraId="03D2CE77"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"And yet," she retorts, grinning proudly, "I'm still not the one fumbling bag-of-the-century dick."</w:t>
      </w:r>
    </w:p>
    <w:p w14:paraId="494768BF"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I groan loudly, flopping onto my back, covering my burning face with both hands. "You're never going to let me live this down, are you?"</w:t>
      </w:r>
    </w:p>
    <w:p w14:paraId="538A4618"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"Absolutely not," Lena says cheerfully, popping another piece of popcorn into her mouth and eyeing me smugly. "I'm going to bring it up at your wedding, your baby shower, and probably my speech at your funeral."</w:t>
      </w:r>
    </w:p>
    <w:p w14:paraId="7AAFF755"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"Lena!"</w:t>
      </w:r>
    </w:p>
    <w:p w14:paraId="4BB0784E"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"I'm kidding. Sort of." She shrugs lightly, nudging me with her foot. "Honestly, Cam, if this man is giving throne-level oral I get why you're spiraling. Your life is officially divided into pre-throne and post-throne."</w:t>
      </w:r>
    </w:p>
    <w:p w14:paraId="4C042F10"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I laugh again, lighter now, the tension in my chest easing with every ridiculous word she says. "I hate you."</w:t>
      </w:r>
    </w:p>
    <w:p w14:paraId="578E53C6"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"You love me," Lena counters smugly, stretching out lazily on the plush carpet and yawning dramatically. "But for real…give it a few days. Let him cool off.”</w:t>
      </w:r>
    </w:p>
    <w:p w14:paraId="0A30C067"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“Hmm.” I don’t have words, so I sigh softly.</w:t>
      </w:r>
    </w:p>
    <w:p w14:paraId="0B51F15C"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lastRenderedPageBreak/>
        <w:t>We lie there quietly, the room warm and hazy around us, the ache in my heart temporarily softened by laughter and Lena’s unshakeable certainty. I close my eyes, holding onto that feeling, safe, comforted, hopeful.</w:t>
      </w:r>
    </w:p>
    <w:p w14:paraId="61A503E7"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Then Lena nudges me again, her voice low and teasing. "But, Cam, seriously if you ever fumble throne-level dick again, I'm staging an intervention."</w:t>
      </w:r>
    </w:p>
    <w:p w14:paraId="12939893" w14:textId="77777777" w:rsidR="00351B3C" w:rsidRPr="00124F84" w:rsidRDefault="00351B3C" w:rsidP="00124F84">
      <w:pPr>
        <w:spacing w:before="100" w:beforeAutospacing="1" w:after="100" w:afterAutospacing="1" w:line="240" w:lineRule="auto"/>
        <w:rPr>
          <w:rFonts w:ascii="Times New Roman" w:eastAsia="Times New Roman" w:hAnsi="Times New Roman" w:cs="Times New Roman"/>
          <w:sz w:val="24"/>
          <w:szCs w:val="24"/>
        </w:rPr>
      </w:pPr>
      <w:r w:rsidRPr="00124F84">
        <w:rPr>
          <w:rFonts w:ascii="Times New Roman" w:eastAsia="Times New Roman" w:hAnsi="Times New Roman" w:cs="Times New Roman"/>
          <w:sz w:val="24"/>
          <w:szCs w:val="24"/>
        </w:rPr>
        <w:t>And as we dissolve into laughter once more, tangled up on her soft rug, I know for certain I might be a complete disaster, but with Lena at my side, at least I'll never be alone.</w:t>
      </w:r>
    </w:p>
    <w:p w14:paraId="435109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16DB0C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Lena’s sleek black Range Rover gleams under the soft streetlights as we step outside, the city quiet around us, oblivious to the chaos tearing me apart. Sliding into the buttery leather seat feels surreal, like stepping from one world straight into another.</w:t>
      </w:r>
    </w:p>
    <w:p w14:paraId="6C899FF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Reality is waiting, and I don’t know if I’m ready.</w:t>
      </w:r>
    </w:p>
    <w:p w14:paraId="76CA1E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 hits a button, the engine humming smoothly to life. She eyes me from the driver’s seat, perfectly manicured nails tapping the wheel impatiently.</w:t>
      </w:r>
    </w:p>
    <w:p w14:paraId="42FDD3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“Buckle up, Cinderella. Your pumpkin awaits.”</w:t>
      </w:r>
    </w:p>
    <w:p w14:paraId="1EA7AD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let out a weak, humorless laugh, clicking the seatbelt into place. “Pretty sure Cinderella didn’t torch her life for morally questionable dick.”</w:t>
      </w:r>
    </w:p>
    <w:p w14:paraId="21ADF1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 snorts, pulling smoothly onto the street. “And that’s exactly why no one cares about Cinderella’s basic ass anymore. Get on your villain era, babe…it’s way more interesting.”</w:t>
      </w:r>
    </w:p>
    <w:p w14:paraId="2925DE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glide quietly through Manhattan, neon lights streaking past in blurred waves. My reflection stares back at me, a ghostly, mascara-streaked disaster.</w:t>
      </w:r>
    </w:p>
    <w:p w14:paraId="2CCBDAA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“How bad is it?” I whisper, pulling Lena’s hoodie tighter around me, inhaling the familiar scent of Chanel, laundry detergent, and home.</w:t>
      </w:r>
    </w:p>
    <w:p w14:paraId="238EE7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glances over, eyes narrowing thoughtfully. “Like you just got fucked spectacularly and had your heart ripped out simultaneously. So basically, iconic disaster energy.”</w:t>
      </w:r>
    </w:p>
    <w:p w14:paraId="3C4FDB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“God,” I groan, tipping my head back. “They’re going to murder me.”</w:t>
      </w:r>
    </w:p>
    <w:p w14:paraId="5E97D3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“Probably,” Lena says cheerfully. “Or maybe they'll just exile you to the Hamptons. Worse things have happened.”</w:t>
      </w:r>
    </w:p>
    <w:p w14:paraId="01967EB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think it might be too late for that,” I say, voice bitter and hollow.</w:t>
      </w:r>
    </w:p>
    <w:p w14:paraId="05874F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gaze softens, flicking toward me. “Cam, listen. Fuck your parents. Fuck Preston. Fuck all the expectations you never signed up for. You made a choice. Maybe it was messy and impulsive, but at least it was yours.”</w:t>
      </w:r>
    </w:p>
    <w:p w14:paraId="330D3C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“You’re annoyingly insightful,” I mumble. </w:t>
      </w:r>
    </w:p>
    <w:p w14:paraId="1DE419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smirks. “It’s my superpower.”</w:t>
      </w:r>
    </w:p>
    <w:p w14:paraId="52C059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fall silent for a moment, streets rushing by in blurred streaks of neon, reality looming closer. Lena breaks it quietly.</w:t>
      </w:r>
    </w:p>
    <w:p w14:paraId="382A3CE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what now?”</w:t>
      </w:r>
    </w:p>
    <w:p w14:paraId="476E22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voice feels small. “I don’t know. Go back to my cage. Pretend everything’s normal. Hope to God Preston never finds out.”</w:t>
      </w:r>
    </w:p>
    <w:p w14:paraId="67328E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Lena snorts softly. “Yeah, right. Like you can put this shit back in the box.”</w:t>
      </w:r>
    </w:p>
    <w:p w14:paraId="1986C221" w14:textId="29C790B8"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have to try,” I whisper. “Or my parents</w:t>
      </w:r>
      <w:r w:rsidR="009F4DEE" w:rsidRPr="00124F84">
        <w:rPr>
          <w:rFonts w:ascii="Times New Roman" w:hAnsi="Times New Roman" w:cs="Times New Roman"/>
          <w:sz w:val="24"/>
          <w:szCs w:val="24"/>
        </w:rPr>
        <w:t>…</w:t>
      </w:r>
      <w:r w:rsidRPr="00124F84">
        <w:rPr>
          <w:rFonts w:ascii="Times New Roman" w:hAnsi="Times New Roman" w:cs="Times New Roman"/>
          <w:sz w:val="24"/>
          <w:szCs w:val="24"/>
        </w:rPr>
        <w:t>”</w:t>
      </w:r>
    </w:p>
    <w:p w14:paraId="61D21F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“Will do what? Disown you? Girl, please.” Lena rolls her eyes dramatically. “They’ll threaten, but they need you way more than you need them. And Preston? You’re a trophy, Cam. Not a person. Don’t kid yourself.”</w:t>
      </w:r>
    </w:p>
    <w:p w14:paraId="551F292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chest tightens painfully. “I wish it was that easy.”</w:t>
      </w:r>
    </w:p>
    <w:p w14:paraId="277997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shrugs again, smoothly navigating the Range Rover through the gates of my family’s estate. “It never is. That’s what makes life messy. And interesting.”</w:t>
      </w:r>
    </w:p>
    <w:p w14:paraId="7EBBB2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manor looms ahead, imposing, immaculate, everything about it screams expectation, pressure, suffocation.</w:t>
      </w:r>
    </w:p>
    <w:p w14:paraId="01ADEC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Everything I’m supposed to be.</w:t>
      </w:r>
    </w:p>
    <w:p w14:paraId="08460BB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Lena stops in front of the massive front doors, turning to face me fully, eyes gentle. “You </w:t>
      </w:r>
      <w:proofErr w:type="spellStart"/>
      <w:r w:rsidRPr="00124F84">
        <w:rPr>
          <w:rFonts w:ascii="Times New Roman" w:hAnsi="Times New Roman" w:cs="Times New Roman"/>
          <w:sz w:val="24"/>
          <w:szCs w:val="24"/>
        </w:rPr>
        <w:t>gonna</w:t>
      </w:r>
      <w:proofErr w:type="spellEnd"/>
      <w:r w:rsidRPr="00124F84">
        <w:rPr>
          <w:rFonts w:ascii="Times New Roman" w:hAnsi="Times New Roman" w:cs="Times New Roman"/>
          <w:sz w:val="24"/>
          <w:szCs w:val="24"/>
        </w:rPr>
        <w:t xml:space="preserve"> </w:t>
      </w:r>
      <w:proofErr w:type="gramStart"/>
      <w:r w:rsidRPr="00124F84">
        <w:rPr>
          <w:rFonts w:ascii="Times New Roman" w:hAnsi="Times New Roman" w:cs="Times New Roman"/>
          <w:sz w:val="24"/>
          <w:szCs w:val="24"/>
        </w:rPr>
        <w:t>be</w:t>
      </w:r>
      <w:proofErr w:type="gramEnd"/>
      <w:r w:rsidRPr="00124F84">
        <w:rPr>
          <w:rFonts w:ascii="Times New Roman" w:hAnsi="Times New Roman" w:cs="Times New Roman"/>
          <w:sz w:val="24"/>
          <w:szCs w:val="24"/>
        </w:rPr>
        <w:t xml:space="preserve"> okay?”</w:t>
      </w:r>
    </w:p>
    <w:p w14:paraId="023B2B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look at her, my heart aching, my body exhausted, my soul raw. “Honestly? No.”</w:t>
      </w:r>
    </w:p>
    <w:p w14:paraId="330709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expression softens. “But you will be.”</w:t>
      </w:r>
    </w:p>
    <w:p w14:paraId="3007C5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swallow hard, nodding slowly. “I hope so.”</w:t>
      </w:r>
    </w:p>
    <w:p w14:paraId="353342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squeezes my hand tightly. “Remember who you are, Camille. And who you’re not.”</w:t>
      </w:r>
    </w:p>
    <w:p w14:paraId="0A7FF9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“I’ll try.”</w:t>
      </w:r>
    </w:p>
    <w:p w14:paraId="6A83E1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out of the car, legs shaking beneath me, heart hammering violently in my chest. Lena’s window slides down, her voice drifting gently out into the darkness.</w:t>
      </w:r>
    </w:p>
    <w:p w14:paraId="607414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gramStart"/>
      <w:r w:rsidRPr="00124F84">
        <w:rPr>
          <w:rFonts w:ascii="Times New Roman" w:hAnsi="Times New Roman" w:cs="Times New Roman"/>
          <w:sz w:val="24"/>
          <w:szCs w:val="24"/>
        </w:rPr>
        <w:t>And,</w:t>
      </w:r>
      <w:proofErr w:type="gramEnd"/>
      <w:r w:rsidRPr="00124F84">
        <w:rPr>
          <w:rFonts w:ascii="Times New Roman" w:hAnsi="Times New Roman" w:cs="Times New Roman"/>
          <w:sz w:val="24"/>
          <w:szCs w:val="24"/>
        </w:rPr>
        <w:t xml:space="preserve"> Cam?”</w:t>
      </w:r>
    </w:p>
    <w:p w14:paraId="605041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back, swallowing thickly. “Yeah?”</w:t>
      </w:r>
    </w:p>
    <w:p w14:paraId="01F8B9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grins mischievously. “Next time you decide to blow your life up, maybe invite me along? Your life’s way more entertaining than mine.”</w:t>
      </w:r>
    </w:p>
    <w:p w14:paraId="3DEC6D4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choke out a soft laugh, wiping tears away. “Deal.”</w:t>
      </w:r>
    </w:p>
    <w:p w14:paraId="3229B2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gives a wave, elegant nails glinting under the porch lights. “Good luck, bitch. Call me after the meltdown.”</w:t>
      </w:r>
    </w:p>
    <w:p w14:paraId="04BCA00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window slides back up, and I watch her sleek SUV glide away, taillights fading down the driveway, leaving me standing alone outside Sinclair Manor.</w:t>
      </w:r>
    </w:p>
    <w:p w14:paraId="53536882" w14:textId="74528909"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prison.</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My home.</w:t>
      </w:r>
    </w:p>
    <w:p w14:paraId="41DD1FC3" w14:textId="7BF5EEA4"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as I walk toward the heavy double doors, my fingers gripping tight around the tote Lena gave me for Kane’s clothes, I know it deep in my bones</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this isn’t home anymore.</w:t>
      </w:r>
    </w:p>
    <w:p w14:paraId="5B186231" w14:textId="0DFF81A8"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Home is cedar and bergamot and whiskey-soaked kisses.</w:t>
      </w:r>
      <w:r w:rsidR="009F4DEE" w:rsidRPr="00124F84">
        <w:rPr>
          <w:rFonts w:ascii="Times New Roman" w:hAnsi="Times New Roman" w:cs="Times New Roman"/>
          <w:sz w:val="24"/>
          <w:szCs w:val="24"/>
        </w:rPr>
        <w:t xml:space="preserve"> </w:t>
      </w:r>
      <w:proofErr w:type="gramStart"/>
      <w:r w:rsidRPr="00124F84">
        <w:rPr>
          <w:rFonts w:ascii="Times New Roman" w:hAnsi="Times New Roman" w:cs="Times New Roman"/>
          <w:sz w:val="24"/>
          <w:szCs w:val="24"/>
        </w:rPr>
        <w:t>It’s</w:t>
      </w:r>
      <w:proofErr w:type="gramEnd"/>
      <w:r w:rsidRPr="00124F84">
        <w:rPr>
          <w:rFonts w:ascii="Times New Roman" w:hAnsi="Times New Roman" w:cs="Times New Roman"/>
          <w:sz w:val="24"/>
          <w:szCs w:val="24"/>
        </w:rPr>
        <w:t xml:space="preserve"> tattooed skin pressed roughly against mine.</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It’s dark, possessive eyes burning right through me.</w:t>
      </w:r>
    </w:p>
    <w:p w14:paraId="517BD04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Home is Kane Rivera murmuring filthy promises in my ear, making me feel alive, reckless, ruined.</w:t>
      </w:r>
    </w:p>
    <w:p w14:paraId="15F25C3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no matter how hard I try to run, how desperately I fight the pull, I already know it’s useless.</w:t>
      </w:r>
    </w:p>
    <w:p w14:paraId="0DC929D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Sooner or later, I’ll run straight back into the flames.</w:t>
      </w:r>
    </w:p>
    <w:p w14:paraId="7957C2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36C8B47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air inside the grand foyer feels too thick, suffocating with the oppressive weight of expectation. My mother stands rigid, eyes sharp as cut glass, her anger shimmering beneath a flawless veneer. My father, ever calculating, watches me with narrowed eyes that assess damage, measure liabilities, and calculate the cost of my indiscretion.</w:t>
      </w:r>
    </w:p>
    <w:p w14:paraId="4CC0201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sneakers, Lena’s sneakers, mismatched against the marble floors and polished perfection, squeak slightly as I approach. Mother’s lips curl in disdain.</w:t>
      </w:r>
    </w:p>
    <w:p w14:paraId="019C94B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“Three days, Camille.” Her voice is ice wrapped in silk, brittle and slicing. “Not a word. Not a call. Nothing. Do you have any idea the position you’ve put us in?”</w:t>
      </w:r>
    </w:p>
    <w:p w14:paraId="6F01C8F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father remains seated, fingers steepled, cold as a machine running a profit-and-loss analysis. His voice cuts straight to the point, emotionless. “The wedding must proceed, Camille. Preston’s candidacy has raised the stakes significantly. It’s a mutually beneficial arrangement for both families, especially ours.”</w:t>
      </w:r>
    </w:p>
    <w:p w14:paraId="32882E3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Beneficial. Lucrative. Always profit first.</w:t>
      </w:r>
    </w:p>
    <w:p w14:paraId="2D628C2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was with Lena,” I repeat, a well-rehearsed script falling effortlessly from my lips. “Everything happening, the engagement, Preston’s campaign, Kane Rivera breathing down my neck, I was overwhelmed. I needed space. I needed air.”</w:t>
      </w:r>
    </w:p>
    <w:p w14:paraId="38A6FA7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lie slides down my throat, smooth and easy, because I’ve been trained by masters.</w:t>
      </w:r>
    </w:p>
    <w:p w14:paraId="78E3D30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Mother’s shoulders relax slightly, accepting my crafted truth, if reluctantly. Father, however, isn’t satisfied yet. His eyes sharpen dangerously.</w:t>
      </w:r>
    </w:p>
    <w:p w14:paraId="572413B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Kane?” he asks bluntly. “Your mother has informed me about your interactions with Rivera. That man is toxic. Dangerous. I won’t have him compromising everything we’ve worked for.”</w:t>
      </w:r>
    </w:p>
    <w:p w14:paraId="1E15B26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Something deep inside me snaps, frustration cracking through the mask I’ve worn for years.</w:t>
      </w:r>
    </w:p>
    <w:p w14:paraId="41698EC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“Kind of hard to stay away,” I bite back, voice shaking with barely restrained rage, “when you’ve handed him authority over everything I have. Rivera Holdings owns me because you let them.”</w:t>
      </w:r>
    </w:p>
    <w:p w14:paraId="09974A1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Silence thickens between us, my words hanging in the air like a challenge.</w:t>
      </w:r>
    </w:p>
    <w:p w14:paraId="0C01965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father rises slowly, his movements precise and threatening. “Careful, Camille. You’re treading dangerously close to ingratitude. Preston and his family are critical to the future of Sinclair Media…your future. Whatever misguided fascination you have with Rivera ends now.”</w:t>
      </w:r>
    </w:p>
    <w:p w14:paraId="33F06BF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waits, expecting submission, waiting for me to fold. I hold his gaze, steel clashing against steel.</w:t>
      </w:r>
    </w:p>
    <w:p w14:paraId="296B4BC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told you,” I repeat, calm but firm, “I was with Lena.”</w:t>
      </w:r>
    </w:p>
    <w:p w14:paraId="1446279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studies me, weighing the sincerity behind my perfectly constructed façade. Eventually, satisfied for now, he nods dismissively.</w:t>
      </w:r>
    </w:p>
    <w:p w14:paraId="6268DA9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“Clean yourself up,” he orders. “There will be photographs tomorrow at brunch with Preston’s parents. Do not disappoint me again.”</w:t>
      </w:r>
    </w:p>
    <w:p w14:paraId="6B95ADF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dismissal stings sharply, but I straighten my spine, holding his gaze until he looks away first.</w:t>
      </w:r>
    </w:p>
    <w:p w14:paraId="683EB20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turn without another word, sneakers squeaking defiantly on marble, each step a quiet rebellion they can’t yet control.</w:t>
      </w:r>
    </w:p>
    <w:p w14:paraId="48413287" w14:textId="77777777" w:rsidR="00351B3C" w:rsidRPr="00124F84" w:rsidRDefault="00351B3C" w:rsidP="00124F84">
      <w:pPr>
        <w:spacing w:line="240" w:lineRule="auto"/>
        <w:rPr>
          <w:rFonts w:ascii="Times New Roman" w:hAnsi="Times New Roman" w:cs="Times New Roman"/>
          <w:sz w:val="24"/>
          <w:szCs w:val="24"/>
        </w:rPr>
      </w:pPr>
    </w:p>
    <w:p w14:paraId="083C39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09735F38" w14:textId="77777777" w:rsidR="00351B3C" w:rsidRPr="00124F84" w:rsidRDefault="00351B3C" w:rsidP="00124F84">
      <w:pPr>
        <w:spacing w:line="240" w:lineRule="auto"/>
        <w:rPr>
          <w:rFonts w:ascii="Times New Roman" w:hAnsi="Times New Roman" w:cs="Times New Roman"/>
          <w:sz w:val="24"/>
          <w:szCs w:val="24"/>
        </w:rPr>
      </w:pPr>
    </w:p>
    <w:p w14:paraId="2A18944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bedroom feels hollow now. It’s never felt so fucking fake, like stepping into a perfectly curated Instagram post. Clean lines, neutral colors, tasteful pieces of expensive art meant to disguise the emptiness beneath. A lie, polished to perfection by parents who think wealth and status can buy happiness, obedience, silence.</w:t>
      </w:r>
    </w:p>
    <w:p w14:paraId="0BFE273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kick Lena’s sneakers off with more force than necessary, watching them skid across the carpet, smearing dirt on pristine white. My lips twitch bitterly. A mess they’ll hate. A little rebellion they deserve.</w:t>
      </w:r>
    </w:p>
    <w:p w14:paraId="3033294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Twenty-four, and still a puppet dancing on strings I’m too cowardly to cut.</w:t>
      </w:r>
    </w:p>
    <w:p w14:paraId="35C31010" w14:textId="7A21B116"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Stripping quickly, I climb into the shower and crank the water to scalding, desperate to burn away the memories of my parents’ eyes filled with judgment, their quiet threats and manipulations. But the heat only sharpens my awareness of Kane’s marks on me</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vivid bruises, red and purple bites stamped along my throat, my chest, possessive imprints I want to press deeper into my skin.</w:t>
      </w:r>
    </w:p>
    <w:p w14:paraId="174C010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ownership. His proof.</w:t>
      </w:r>
    </w:p>
    <w:p w14:paraId="59D0C48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When I step out, steam clouds the mirror, and I swipe it clean. My reflection mocks me, exhausted eyes rimmed red, dark circles speaking truths I refuse to say out loud. The bruises pulse defiantly against my skin, whispering reminders of him, of what we did, of how I willingly begged for his cruelty, his touch, his darkness.</w:t>
      </w:r>
    </w:p>
    <w:p w14:paraId="3911795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Then, suddenly, the realization hits me, brutal and relentless: I don’t smell like him anymore.</w:t>
      </w:r>
    </w:p>
    <w:p w14:paraId="6E67EA5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emptiness punches through my chest, leaving me breathless, panic twisting sharply through my veins. I need him, his scent, his presence, the fucking taste of his skin on my tongue.</w:t>
      </w:r>
    </w:p>
    <w:p w14:paraId="23953A1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bolt from the bathroom naked, racing across the room, nearly stumbling over myself, heart slamming violently against my ribs as I rip open Lena’s tote. My breath comes in sharp, desperate gasps until my fingers finally close around Kane’s black T-shirt, worn and soft and saturated in his scent, dark, smoky, dangerously comforting.</w:t>
      </w:r>
    </w:p>
    <w:p w14:paraId="2EE21FD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yank it over my head, letting it swallow me whole, sleeves falling past my elbows, the hem brushing my thighs. My chest heaves, relief pouring through me as his scent wraps around my lungs like a possessive grip. I tug his sweatpants up my hips, drowning in the enormous fabric, desperate to bury myself in any piece of him left behind.</w:t>
      </w:r>
    </w:p>
    <w:p w14:paraId="33ECE17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Collapsing onto the bed, I clutch at his clothes, inhaling deep, ragged breaths, craving the scent that lingers there, craving him. My eyes squeeze shut, but it’s useless. Kane invades every thought, every memory, every broken piece of my mind.</w:t>
      </w:r>
    </w:p>
    <w:p w14:paraId="2191471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voice floods back, rough and possessive, etched deep into my soul:</w:t>
      </w:r>
    </w:p>
    <w:p w14:paraId="5D6179E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 look fucking beautiful wearing me, Camille…so much better than diamonds.”</w:t>
      </w:r>
    </w:p>
    <w:p w14:paraId="7F8D608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chest clenches sharply, pain mingling brutally with longing as his words rip through me, unrelenting, vivid:</w:t>
      </w:r>
    </w:p>
    <w:p w14:paraId="6DBC6F2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want your ugly. I want the broken parts. Your scars, the secrets you keep, I want your nightmares…I want to stand centered in your ugly and watch you realize I’m never leaving.”</w:t>
      </w:r>
    </w:p>
    <w:p w14:paraId="71005AC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shift restlessly, grabbing a pillow to smother my face, trying desperately to silence him. But he’s everywhere, relentless, his words burning hot in my veins:</w:t>
      </w:r>
    </w:p>
    <w:p w14:paraId="35A7154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want under your skin, Camille. I want to live there. In every breath, every ache, every goddamn decision you make. You don’t walk away from this. Not from me.”</w:t>
      </w:r>
    </w:p>
    <w:p w14:paraId="65E90DC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then the worst, the memory that slices deep, a knife dragged slowly over exposed nerves:</w:t>
      </w:r>
    </w:p>
    <w:p w14:paraId="38C361B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now I see you exactly how you are, pathetic, spineless, worthless. Empty. And you’re right… I’m beneath you, Camille, but not for the reason you think… I’d never lower myself to settle for a coward…”</w:t>
      </w:r>
    </w:p>
    <w:p w14:paraId="3A88871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 sob rips from my chest, raw and anguished. Because he’s right. Because I pushed him away, lied to his face, denied everything I felt, too scared, too fucking weak to own the truth.</w:t>
      </w:r>
    </w:p>
    <w:p w14:paraId="22B26BF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I’m in love with him.</w:t>
      </w:r>
    </w:p>
    <w:p w14:paraId="31E5E0CA" w14:textId="346F95C4"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Not tender, not sweet</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nothing normal or safe about it. A love that’s jagged and ruthless, carved into my bones with razor blades, bleeding out through every regretful breath I take.</w:t>
      </w:r>
    </w:p>
    <w:p w14:paraId="5AED865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heart breaks wide open in my chest, splintering under the weight of everything I destroyed, everything I threw away. And as tears soak into his clothes, my body shaking violently with grief and longing, I finally accept it:</w:t>
      </w:r>
    </w:p>
    <w:p w14:paraId="6547931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fucked up. </w:t>
      </w:r>
    </w:p>
    <w:p w14:paraId="05E2D13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hurt him.</w:t>
      </w:r>
    </w:p>
    <w:p w14:paraId="698202F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I might’ve just ruined the only real thing I’ve ever had.</w:t>
      </w:r>
    </w:p>
    <w:p w14:paraId="3BB9074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 </w:t>
      </w:r>
    </w:p>
    <w:p w14:paraId="44596CE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boutique smells like lavender and designer perfume, soft, sophisticated, expensive. Music murmurs quietly beneath the delicate chatter, creating a gentle hum of meaningless background noise. Chandeliers hang above us, throwing glittering prisms across ivory silk, pearl chiffon, and walls the exact color of quiet perfection.</w:t>
      </w:r>
    </w:p>
    <w:p w14:paraId="35B3137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mother sits silently in the corner, legs crossed with effortless grace, her eyes razor-sharp, assessing every detail like she’s already tallying points. Always judging, always appraising.</w:t>
      </w:r>
    </w:p>
    <w:p w14:paraId="31FF5FC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Clara stands on a raised platform in front of me, enveloped in a gown of satin and lace, the fabric pooling elegantly around her feet. Ivory perfection hugs her curves, luminous and soft, reflecting every ounce of hope in her eyes.</w:t>
      </w:r>
    </w:p>
    <w:p w14:paraId="2D0A261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Everything I’m not.</w:t>
      </w:r>
    </w:p>
    <w:p w14:paraId="79632CA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turns toward me slowly, nerves and excitement mingling in her gaze. “What do you think?” she asks softly.</w:t>
      </w:r>
    </w:p>
    <w:p w14:paraId="6CB59BC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“Stunning,” I breathe, my voice gentle and honest, my fingers smoothing the rich fabric carefully. “It’s perfect.”</w:t>
      </w:r>
    </w:p>
    <w:p w14:paraId="0E26CEB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catches my eyes in the mirror, and her expression shifts slightly. A tender furrow forms between her brows, concern shadowing her happiness. “You okay, Cam?”</w:t>
      </w:r>
    </w:p>
    <w:p w14:paraId="01D5ABE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hands pause, a brief hesitation betraying me. “Why wouldn’t I be?”</w:t>
      </w:r>
    </w:p>
    <w:p w14:paraId="7D2FCFA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 just seem…” She searches for the right word. “Off. Like you’re here, but your mind’s somewhere else.”</w:t>
      </w:r>
    </w:p>
    <w:p w14:paraId="2E3ED9C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Two blocks away. At the Langford. With Kane.</w:t>
      </w:r>
    </w:p>
    <w:p w14:paraId="3C3534B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force a smile, meeting her reflection again. “Just busy. You know…Foundation stuff, Preston’s campaign.”</w:t>
      </w:r>
    </w:p>
    <w:p w14:paraId="6033CAE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eyes soften knowingly, gentle disbelief written plainly across her delicate face. “Is that really all?”</w:t>
      </w:r>
    </w:p>
    <w:p w14:paraId="3DFD221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throat tightens. “Clara…”</w:t>
      </w:r>
    </w:p>
    <w:p w14:paraId="3311C27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reaches down, gently touching my shoulder, urging me to stand. I rise slowly, reluctantly, casting a quick glance toward our mother, whose attention has shifted briefly toward her phone, oblivious for now.</w:t>
      </w:r>
    </w:p>
    <w:p w14:paraId="4B5D4D1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“Can we talk privately?” Clara whispers, tilting her head toward the small room behind us. “Just a minute.”</w:t>
      </w:r>
    </w:p>
    <w:p w14:paraId="5562E4E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“Sure,” I manage, my voice thin.</w:t>
      </w:r>
    </w:p>
    <w:p w14:paraId="4DF4A70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carefully steps down from the pedestal, gathering the heavy skirts in her delicate hands, leading me into a secluded room in the back. Closing the door gently, she turns, her face open, vulnerable. It twists something deep inside me.</w:t>
      </w:r>
    </w:p>
    <w:p w14:paraId="3DB845A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“You’re not okay, Camille,” she whispers softly, her voice apologetic, careful. “I’m not Lena, but I still know when something’s wrong.”</w:t>
      </w:r>
    </w:p>
    <w:p w14:paraId="6154110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 brittle ache cracks inside my chest. My breath shudders slightly, the truth scraping at my throat, begging for release. “I’m just…tired.”</w:t>
      </w:r>
    </w:p>
    <w:p w14:paraId="711DDD5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takes another step forward. “Of pretending?”</w:t>
      </w:r>
    </w:p>
    <w:p w14:paraId="21C1E58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words hit sharply, piercing deep. “Maybe,” I admit quietly.</w:t>
      </w:r>
    </w:p>
    <w:p w14:paraId="268EE3B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eyes study me, so damn gentle, so forgiving. Clara has always been softer, braver, unafraid to feel things openly, honestly. Things I could never let myself feel.</w:t>
      </w:r>
    </w:p>
    <w:p w14:paraId="52C32A3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“Cam, whatever you’re hiding, whatever it is, it’s killing you,” she says carefully, but firmly. “I’ve watched you for weeks. You’re coming apart, and I’m scared.”</w:t>
      </w:r>
    </w:p>
    <w:p w14:paraId="2436688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eyes blur instantly, burning with the threat of tears. I press my hand to my mouth, trapping the truth before it spills, raw and unfiltered, into this fragile moment.</w:t>
      </w:r>
    </w:p>
    <w:p w14:paraId="5655BF6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steps closer, her hands capturing mine. Warm. Steady. Grounding me. “You don’t always have to carry everything alone. Not even you.”</w:t>
      </w:r>
    </w:p>
    <w:p w14:paraId="329C34D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 sob tries to break free, strangling my voice as I whisper, finally honest, “What if everything I’ve built, everything I’ve become was for the wrong reasons?”</w:t>
      </w:r>
    </w:p>
    <w:p w14:paraId="2DA33FC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squeezes my fingers gently, unflinching. “Then maybe it’s time to build something else. Something real.”</w:t>
      </w:r>
    </w:p>
    <w:p w14:paraId="6AD330F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don’t know how,” I whisper, my voice breaking, shaking beneath the weight of the truth. “It’s not that simple. Mom, Dad, Preston…they all expect things. I have expectations. I always meet them.”</w:t>
      </w:r>
    </w:p>
    <w:p w14:paraId="430AC5A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steps even closer, soft but relentless. “And are you happy?”</w:t>
      </w:r>
    </w:p>
    <w:p w14:paraId="0F4E7C8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“No,” I whisper. “Not even close.”</w:t>
      </w:r>
    </w:p>
    <w:p w14:paraId="510D0CF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grip tightens, loving but determined. “I see you, Camille. Behind the perfect image, the fake smiles, the flawless surface. You’re exhausted. You’re breaking.”</w:t>
      </w:r>
    </w:p>
    <w:p w14:paraId="7CB7D84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chest aches so sharply it steals my breath, and tears finally spill, hot and silent. “I feel trapped, Clara.”</w:t>
      </w:r>
    </w:p>
    <w:p w14:paraId="33F095C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Gently, she lifts a hand, wiping the tears from my cheeks. “I’m your sister. I love you…no matter what. Whatever you </w:t>
      </w:r>
      <w:proofErr w:type="gramStart"/>
      <w:r w:rsidRPr="00124F84">
        <w:rPr>
          <w:rFonts w:ascii="Times New Roman" w:hAnsi="Times New Roman" w:cs="Times New Roman"/>
          <w:sz w:val="24"/>
          <w:szCs w:val="24"/>
        </w:rPr>
        <w:t>choose,</w:t>
      </w:r>
      <w:proofErr w:type="gramEnd"/>
      <w:r w:rsidRPr="00124F84">
        <w:rPr>
          <w:rFonts w:ascii="Times New Roman" w:hAnsi="Times New Roman" w:cs="Times New Roman"/>
          <w:sz w:val="24"/>
          <w:szCs w:val="24"/>
        </w:rPr>
        <w:t xml:space="preserve"> whoever you choose, I’m here. Always.”</w:t>
      </w:r>
    </w:p>
    <w:p w14:paraId="2FAF9EE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grip her fingers desperately afraid she’ll disappear if I loosen my hold. “What if I disappoint everyone?”</w:t>
      </w:r>
    </w:p>
    <w:p w14:paraId="7F70F8E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“What if you finally set yourself free?” Her voice is a quiet challenge. “You can’t keep drowning yourself just so everyone else stays comfortable.”</w:t>
      </w:r>
    </w:p>
    <w:p w14:paraId="2C09E46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We stand in silence, her words digging deep, resonating painfully, beautifully.</w:t>
      </w:r>
    </w:p>
    <w:p w14:paraId="128D051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“I’m terrified,” I whisper finally.</w:t>
      </w:r>
    </w:p>
    <w:p w14:paraId="4708EE8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smiles softly, eyes shining with tender understanding. “Good. That means you’re finally being honest.”</w:t>
      </w:r>
    </w:p>
    <w:p w14:paraId="3CB3096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 soft knock interrupts, breaking the fragile moment. The boutique assistant peers in apologetically. “Ready for final measurements?”</w:t>
      </w:r>
    </w:p>
    <w:p w14:paraId="3B7CB14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Clara squeezes my hand again, gentle strength flowing into me. “Are we?”</w:t>
      </w:r>
    </w:p>
    <w:p w14:paraId="39A8AF4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nod slowly, wiping the remaining tears away. “Yeah. We’re ready.”</w:t>
      </w:r>
    </w:p>
    <w:p w14:paraId="175823A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starts toward the door but pauses, looking back with piercing sincerity. “Promise me something, Cam?”</w:t>
      </w:r>
    </w:p>
    <w:p w14:paraId="2B5BE19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“What?”</w:t>
      </w:r>
    </w:p>
    <w:p w14:paraId="7EE9E1E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“Remember your life is yours,” she whispers fiercely. “Only yours. Screw everyone else.”</w:t>
      </w:r>
    </w:p>
    <w:p w14:paraId="6D8C2D6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Her words ache beautifully in my chest, scary and freeing all at once. “I’ll try.”</w:t>
      </w:r>
    </w:p>
    <w:p w14:paraId="35B714E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smiles softly, full of quiet hope. “That’s all I’m asking.”</w:t>
      </w:r>
    </w:p>
    <w:p w14:paraId="4BA989D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Taking a breath, I follow my sister back into the perfect façade, leaving the messy truth tucked safely in the shadows behind us.</w:t>
      </w:r>
    </w:p>
    <w:p w14:paraId="421A6948" w14:textId="77777777" w:rsidR="00351B3C" w:rsidRPr="00124F84" w:rsidRDefault="00351B3C" w:rsidP="00124F84">
      <w:pPr>
        <w:spacing w:line="240" w:lineRule="auto"/>
        <w:rPr>
          <w:rFonts w:ascii="Times New Roman" w:hAnsi="Times New Roman" w:cs="Times New Roman"/>
          <w:sz w:val="24"/>
          <w:szCs w:val="24"/>
        </w:rPr>
      </w:pPr>
    </w:p>
    <w:p w14:paraId="0A45B70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2F8ACF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dining room is all gleam and crystal.</w:t>
      </w:r>
    </w:p>
    <w:p w14:paraId="7B415A5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Preston’s mother is talking about flatware. Rose gold versus antique silver. I’m nodding politely, lips fixed in a smile I haven’t meant in weeks. My dress is satin. My posture is perfect. My fork is untouched beside a plate of food I can’t even look at without feeling sick.</w:t>
      </w:r>
    </w:p>
    <w:p w14:paraId="15332FE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They’re all talking around me, Preston, his parents, some family friend with a tie that costs more than rent in most boroughs, but I’m not hearing a single word.</w:t>
      </w:r>
    </w:p>
    <w:p w14:paraId="67C2175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I’m not here.</w:t>
      </w:r>
    </w:p>
    <w:p w14:paraId="1C0593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still in Kane’s penthouse.</w:t>
      </w:r>
    </w:p>
    <w:p w14:paraId="1CF9B41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tied to his bed. Still aching from the weight of his hands on my throat and the filth in his mouth when he told me I was his. Still sore between my thighs where he split me open, whispering things no diamond ring could ever drown out.</w:t>
      </w:r>
    </w:p>
    <w:p w14:paraId="327E3DC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glass in my hand is sweating. My palms are damp.</w:t>
      </w:r>
    </w:p>
    <w:p w14:paraId="3014E5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my phone vibrates on the table.</w:t>
      </w:r>
    </w:p>
    <w:p w14:paraId="2CAE2F1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Once.</w:t>
      </w:r>
    </w:p>
    <w:p w14:paraId="315156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Twice.</w:t>
      </w:r>
    </w:p>
    <w:p w14:paraId="1881A11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soft little buzz against linen, a ghost of a sound, but I feel it like a slap.</w:t>
      </w:r>
    </w:p>
    <w:p w14:paraId="400CB5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seizes.</w:t>
      </w:r>
    </w:p>
    <w:p w14:paraId="428EB14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it over.</w:t>
      </w:r>
    </w:p>
    <w:p w14:paraId="773399E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11A50E9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message preview. No words. Just the name.</w:t>
      </w:r>
    </w:p>
    <w:p w14:paraId="042D63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shouldn’t look.</w:t>
      </w:r>
    </w:p>
    <w:p w14:paraId="5C411C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shouldn’t touch it.</w:t>
      </w:r>
    </w:p>
    <w:p w14:paraId="490115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 do.</w:t>
      </w:r>
    </w:p>
    <w:p w14:paraId="4993A3C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unlock the screen and tap the notification, and my breath leaves my body like a gut punch.</w:t>
      </w:r>
    </w:p>
    <w:p w14:paraId="3FFF8DA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Three images.</w:t>
      </w:r>
    </w:p>
    <w:p w14:paraId="49EABA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take a second to load. Long enough for my stomach to drop, long enough for my heart to pound against my ribcage like it wants out.</w:t>
      </w:r>
    </w:p>
    <w:p w14:paraId="4D086BB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They explode onto the screen, obscene and brutal, forcing every ounce of air from my lungs.</w:t>
      </w:r>
    </w:p>
    <w:p w14:paraId="571948C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Me, bound to Kane’s bed with black leather belts, wrists tied tightly above my head, legs spread wide, shamelessly exposed. Naked, flushed, dripping wet and aching, the filthiest version of myself laid bare beneath his merciless stare.</w:t>
      </w:r>
    </w:p>
    <w:p w14:paraId="00092F4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heart slams violently against my ribs, my blood roaring in my ears as heat floods my cheeks, humiliation and longing swirling painfully together. My hands tremble so badly I nearly drop the phone onto the gleaming linen tablecloth.</w:t>
      </w:r>
    </w:p>
    <w:p w14:paraId="7B680A8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didn’t just capture </w:t>
      </w:r>
      <w:proofErr w:type="gramStart"/>
      <w:r w:rsidRPr="00124F84">
        <w:rPr>
          <w:rFonts w:ascii="Times New Roman" w:hAnsi="Times New Roman" w:cs="Times New Roman"/>
          <w:sz w:val="24"/>
          <w:szCs w:val="24"/>
        </w:rPr>
        <w:t>me,</w:t>
      </w:r>
      <w:proofErr w:type="gramEnd"/>
      <w:r w:rsidRPr="00124F84">
        <w:rPr>
          <w:rFonts w:ascii="Times New Roman" w:hAnsi="Times New Roman" w:cs="Times New Roman"/>
          <w:sz w:val="24"/>
          <w:szCs w:val="24"/>
        </w:rPr>
        <w:t xml:space="preserve"> he fucking destroyed me. Every vulnerability, every secret </w:t>
      </w:r>
      <w:proofErr w:type="gramStart"/>
      <w:r w:rsidRPr="00124F84">
        <w:rPr>
          <w:rFonts w:ascii="Times New Roman" w:hAnsi="Times New Roman" w:cs="Times New Roman"/>
          <w:sz w:val="24"/>
          <w:szCs w:val="24"/>
        </w:rPr>
        <w:t>need</w:t>
      </w:r>
      <w:proofErr w:type="gramEnd"/>
      <w:r w:rsidRPr="00124F84">
        <w:rPr>
          <w:rFonts w:ascii="Times New Roman" w:hAnsi="Times New Roman" w:cs="Times New Roman"/>
          <w:sz w:val="24"/>
          <w:szCs w:val="24"/>
        </w:rPr>
        <w:t xml:space="preserve"> he’d ruthlessly exposed. The next image zooms closer, and my stomach twists, breath hitching painfully as I stare at the close-up of his strong, tattooed hand pressed possessively against my soaked pussy, fingers spreading me wide, claiming me in the most primal way possible.</w:t>
      </w:r>
    </w:p>
    <w:p w14:paraId="6169361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body betrays me, heat pooling low, a vicious ache spreading between my thighs. I’m dizzy, heart hammering, fighting desperately for air in this perfectly polished room full of crystal glasses and meaningless conversations.</w:t>
      </w:r>
    </w:p>
    <w:p w14:paraId="1C4DBFE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shouldn’t keep looking.</w:t>
      </w:r>
    </w:p>
    <w:p w14:paraId="6DC760F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then the screen flickers, shifting to a single message. A video.</w:t>
      </w:r>
    </w:p>
    <w:p w14:paraId="14E1084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throat tightens in panic. My thumb moves before my mind can catch up, the video opening silently. I mute the sound. But I already know the words, I know exactly what he recorded, exactly what he’s throwing back at me now.</w:t>
      </w:r>
    </w:p>
    <w:p w14:paraId="180860F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face appears, flushed, eyes glazed with desperate tears, lips swollen from his ruthless kisses. My voice fills the tiny speaker, cracked, begging, pathetic and completely real:</w:t>
      </w:r>
    </w:p>
    <w:p w14:paraId="147BD7C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only you can make me wet," I gasp out in the video, voice shuddering, breaking beneath the humiliation, need, and absolute truth. "Only you make me come. You…you own all my orgasms…"</w:t>
      </w:r>
    </w:p>
    <w:p w14:paraId="6E11485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nearly choke on the sudden wave of nausea, shame and longing colliding violently within me. My pulse throbs hot and frantic beneath my skin, blood rushing to my head.</w:t>
      </w:r>
    </w:p>
    <w:p w14:paraId="28118FD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“Camille?” Preston’s voice slices through the noise, distant and confused, wrenching me sharply back to reality. “Are you alright?”</w:t>
      </w:r>
    </w:p>
    <w:p w14:paraId="44C821B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 dining room snaps into sharp focus, the gleaming crystal, the heavy silver flatware, the expensive linens, Preston’s mother watching me curiously, his father’s brow furrowed with polite concern.</w:t>
      </w:r>
    </w:p>
    <w:p w14:paraId="4CC257ED" w14:textId="28017FAC"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w:t>
      </w:r>
      <w:r w:rsidR="009F4DEE" w:rsidRPr="00124F84">
        <w:rPr>
          <w:rFonts w:ascii="Times New Roman" w:hAnsi="Times New Roman" w:cs="Times New Roman"/>
          <w:sz w:val="24"/>
          <w:szCs w:val="24"/>
        </w:rPr>
        <w:t>…</w:t>
      </w:r>
      <w:r w:rsidRPr="00124F84">
        <w:rPr>
          <w:rFonts w:ascii="Times New Roman" w:hAnsi="Times New Roman" w:cs="Times New Roman"/>
          <w:sz w:val="24"/>
          <w:szCs w:val="24"/>
        </w:rPr>
        <w:t xml:space="preserve">I’m sorry,” I whisper shakily, lowering the phone to my lap, screen pressed tightly against my thigh like a brand. “Excuse me. I just…need to use the </w:t>
      </w:r>
      <w:proofErr w:type="gramStart"/>
      <w:r w:rsidRPr="00124F84">
        <w:rPr>
          <w:rFonts w:ascii="Times New Roman" w:hAnsi="Times New Roman" w:cs="Times New Roman"/>
          <w:sz w:val="24"/>
          <w:szCs w:val="24"/>
        </w:rPr>
        <w:t>ladies</w:t>
      </w:r>
      <w:proofErr w:type="gramEnd"/>
      <w:r w:rsidRPr="00124F84">
        <w:rPr>
          <w:rFonts w:ascii="Times New Roman" w:hAnsi="Times New Roman" w:cs="Times New Roman"/>
          <w:sz w:val="24"/>
          <w:szCs w:val="24"/>
        </w:rPr>
        <w:t xml:space="preserve"> room.”</w:t>
      </w:r>
    </w:p>
    <w:p w14:paraId="56B3EEE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push my chair back abruptly, ignoring the startled murmurs, ignoring the questions, barely feeling the plush carpet beneath my heels as I rush from the room. My breath comes in short, painful bursts as I stumble blindly toward the empty hallway, desperate for air, for silence, for escape.</w:t>
      </w:r>
    </w:p>
    <w:p w14:paraId="4FE0B23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there is no escape.</w:t>
      </w:r>
    </w:p>
    <w:p w14:paraId="7A20C3F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I ran from him, lied to him, shoved him away with words meant to cut, and Kane is making sure I feel every single piece of damage.</w:t>
      </w:r>
    </w:p>
    <w:p w14:paraId="560A9D1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phone vibrates again, cruel and persistent. Another message. Short. Ruthless.</w:t>
      </w:r>
    </w:p>
    <w:p w14:paraId="703A5F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That video is the only honest thing you’ve ever said in your entire goddamn life. That's your truth. And it belongs to me.</w:t>
      </w:r>
    </w:p>
    <w:p w14:paraId="620996EA" w14:textId="23DF5ED0"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stomach twists violently, a sickening wave crashing through me as Kane’s message burns itself into my veins</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deep, ruthless, undeniable.</w:t>
      </w:r>
    </w:p>
    <w:p w14:paraId="24EF858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stumble deeper into the empty hallway, shoulder hitting the marble wall as my legs threaten to collapse beneath me. Kane’s words echo mercilessly through my skull, stripping away every carefully constructed lie I've clung to:</w:t>
      </w:r>
    </w:p>
    <w:p w14:paraId="13E30CF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That’s your truth. And it belongs to me.</w:t>
      </w:r>
    </w:p>
    <w:p w14:paraId="0875806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“Camille.”</w:t>
      </w:r>
    </w:p>
    <w:p w14:paraId="1ECACD80" w14:textId="4A25985B"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spine snaps straight, every nerve ending flaring in sudden panic at Preston’s voice</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cold, sharp, mocking</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from behind me. I spin around, pulse slamming against my throat, breath trapped painfully inside my chest.</w:t>
      </w:r>
    </w:p>
    <w:p w14:paraId="653A6D2E" w14:textId="68ED7AB6"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Preston moves toward me slowly, hands casually tucked into his pockets, head tilted slightly as if studying something mildly interesting. But I see it</w:t>
      </w:r>
      <w:r w:rsidR="009F4DEE" w:rsidRPr="00124F84">
        <w:rPr>
          <w:rFonts w:ascii="Times New Roman" w:hAnsi="Times New Roman" w:cs="Times New Roman"/>
          <w:sz w:val="24"/>
          <w:szCs w:val="24"/>
        </w:rPr>
        <w:t xml:space="preserve">, </w:t>
      </w:r>
      <w:r w:rsidRPr="00124F84">
        <w:rPr>
          <w:rFonts w:ascii="Times New Roman" w:hAnsi="Times New Roman" w:cs="Times New Roman"/>
          <w:sz w:val="24"/>
          <w:szCs w:val="24"/>
        </w:rPr>
        <w:t>the tightly coiled anger lurking just beneath that polished facade.</w:t>
      </w:r>
    </w:p>
    <w:p w14:paraId="0D7B7B1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stops inches away, crowding me against the wall, his voice sliding out like ice. “You constantly running off for some fucking air is getting exhausting, sweetheart.” He leans closer, breath ghosting cruelly over my cheek. “Are you suffocating, or is it guilt?”</w:t>
      </w:r>
    </w:p>
    <w:p w14:paraId="552D109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swallow painfully, heart pounding wildly as I try to retreat, but the marble at my back traps me. He notices my panic, eyes narrowing dangerously.</w:t>
      </w:r>
    </w:p>
    <w:p w14:paraId="3CE273C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gaze snaps sharply down to my phone, still trembling in my hand. “Was it him?” Preston’s voice is low, deadly quiet. “Was it Kane?”</w:t>
      </w:r>
    </w:p>
    <w:p w14:paraId="567F997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freeze, throat closing, words choking in my mouth. My silence is louder than any confession.</w:t>
      </w:r>
    </w:p>
    <w:p w14:paraId="782F48B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 muscle twitches in his jaw, fury sparking hot in his eyes. He lunges suddenly, snatching the phone from my fingers so roughly it leaves my palm stinging. Fear spikes, my panic instinctive, desperate.</w:t>
      </w:r>
    </w:p>
    <w:p w14:paraId="4905703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“Give it back,” I snap, lunging forward to reclaim it. But he raises it higher, just out of reach, gaze brutal and unforgiving.</w:t>
      </w:r>
    </w:p>
    <w:p w14:paraId="70ADEE3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“Unlock it,” he orders coldly.</w:t>
      </w:r>
    </w:p>
    <w:p w14:paraId="5B990C8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“No,” I whisper fiercely, voice shaking, dread pooling </w:t>
      </w:r>
      <w:proofErr w:type="gramStart"/>
      <w:r w:rsidRPr="00124F84">
        <w:rPr>
          <w:rFonts w:ascii="Times New Roman" w:hAnsi="Times New Roman" w:cs="Times New Roman"/>
          <w:sz w:val="24"/>
          <w:szCs w:val="24"/>
        </w:rPr>
        <w:t>sickly</w:t>
      </w:r>
      <w:proofErr w:type="gramEnd"/>
      <w:r w:rsidRPr="00124F84">
        <w:rPr>
          <w:rFonts w:ascii="Times New Roman" w:hAnsi="Times New Roman" w:cs="Times New Roman"/>
          <w:sz w:val="24"/>
          <w:szCs w:val="24"/>
        </w:rPr>
        <w:t xml:space="preserve"> in my gut.</w:t>
      </w:r>
    </w:p>
    <w:p w14:paraId="1982486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said unlock the goddamn phone, Camille.” His tone is sharp, lethal, edged with a chilling calm that makes my skin crawl.</w:t>
      </w:r>
    </w:p>
    <w:p w14:paraId="3621259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breath comes in shallow gasps, but I hold his gaze, defiant despite the tears prickling my eyes. Seconds pass between us like lifetimes…heavy, charged with threats neither of us needs to voice. Finally, something snaps behind his carefully controlled eyes, something cold and brutal.</w:t>
      </w:r>
    </w:p>
    <w:p w14:paraId="30ACAB5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Without another word, he hurls the phone viciously against the marble floor. It explodes instantly, screen shattering, scattering jagged shards across pristine tiles. The sound echoes, loud and brutal, punctuating my sudden intake of breath, a strangled sob catching painfully in my chest.</w:t>
      </w:r>
    </w:p>
    <w:p w14:paraId="6B36D28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Preston steps closer, boxing me in, his eyes empty, detached, utterly void of warmth. His voice is silk and razor blades, grazing my skin like a threat.</w:t>
      </w:r>
    </w:p>
    <w:p w14:paraId="313719F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“There. No more distractions.” He leans closer, his breath a bitter whisper against my jaw. “I think you’ve had enough fucking air, sweetheart.”</w:t>
      </w:r>
    </w:p>
    <w:p w14:paraId="29EB4CD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throat tightens, humiliation flooding through me, anger helplessly simmering beneath my skin. Preston straightens, tugging his cuffs casually, his face shifting back into its mask of bored indifference. As if breaking me was nothing more than a brief inconvenience.</w:t>
      </w:r>
    </w:p>
    <w:p w14:paraId="42EF3AC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“Stop being rude,” he murmurs, stepping back, cold eyes sweeping over me dismissively. “My parents are waiting.”</w:t>
      </w:r>
    </w:p>
    <w:p w14:paraId="6EAED55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turns sharply, footsteps echoing down the hall as he walks away, leaving me shaking, breathless, and drowning in shame.</w:t>
      </w:r>
    </w:p>
    <w:p w14:paraId="443C07E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stare numbly at the shattered phone, the fragments glittering mockingly under the soft hallway lights. My vision blurs, the tears hot and heavy, a sickening wave of realization crashing over me.</w:t>
      </w:r>
    </w:p>
    <w:p w14:paraId="4E0929A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This is it. This is my fucking life if I stay…shattered phones, cruel whispers, bruises disguised beneath diamonds. A month ago, at dinner, it was the way he grabbed my hand on the table, tight, punishing, silent violence hidden beneath polite smiles. Tonight, it was my phone, smashed viciously to pieces. I swallow back bile, cold dread slicing through my stomach, because if I marry him, I know exactly what's next. I can feel it in the pit of my stomach, clear and unavoidable.</w:t>
      </w:r>
    </w:p>
    <w:p w14:paraId="5090A11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He'll hit me, sooner or later.</w:t>
      </w:r>
    </w:p>
    <w:p w14:paraId="578202D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Maybe it’ll be hidden at first, a bruised wrist, marks beneath long sleeves, carefully crafted excuses. But eventually, his hands will land somewhere I can’t cover, my face, my mouth, my eyes. Somewhere visible. Somewhere shameful.</w:t>
      </w:r>
    </w:p>
    <w:p w14:paraId="31B3F77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I’ll never be able to hide the truth again.</w:t>
      </w:r>
    </w:p>
    <w:p w14:paraId="6029E972" w14:textId="77777777" w:rsidR="00351B3C" w:rsidRPr="00124F84" w:rsidRDefault="00351B3C" w:rsidP="00124F84">
      <w:pPr>
        <w:spacing w:line="240" w:lineRule="auto"/>
        <w:rPr>
          <w:rFonts w:ascii="Times New Roman" w:hAnsi="Times New Roman" w:cs="Times New Roman"/>
          <w:sz w:val="24"/>
          <w:szCs w:val="24"/>
        </w:rPr>
      </w:pPr>
    </w:p>
    <w:p w14:paraId="42EDAA5B" w14:textId="77777777" w:rsidR="00351B3C" w:rsidRPr="00124F84" w:rsidRDefault="00351B3C" w:rsidP="00124F84">
      <w:pPr>
        <w:spacing w:line="240" w:lineRule="auto"/>
        <w:rPr>
          <w:rFonts w:ascii="Times New Roman" w:hAnsi="Times New Roman" w:cs="Times New Roman"/>
          <w:sz w:val="24"/>
          <w:szCs w:val="24"/>
        </w:rPr>
      </w:pPr>
    </w:p>
    <w:p w14:paraId="32AD4D23" w14:textId="77777777" w:rsidR="00351B3C" w:rsidRPr="00124F84" w:rsidRDefault="00351B3C" w:rsidP="00124F84">
      <w:pPr>
        <w:spacing w:line="240" w:lineRule="auto"/>
        <w:rPr>
          <w:rFonts w:ascii="Times New Roman" w:hAnsi="Times New Roman" w:cs="Times New Roman"/>
          <w:sz w:val="24"/>
          <w:szCs w:val="24"/>
        </w:rPr>
      </w:pPr>
    </w:p>
    <w:p w14:paraId="3D74F6A8" w14:textId="77777777" w:rsidR="00351B3C" w:rsidRPr="00124F84" w:rsidRDefault="00351B3C" w:rsidP="00124F84">
      <w:pPr>
        <w:spacing w:line="240" w:lineRule="auto"/>
        <w:rPr>
          <w:rFonts w:ascii="Times New Roman" w:hAnsi="Times New Roman" w:cs="Times New Roman"/>
          <w:sz w:val="24"/>
          <w:szCs w:val="24"/>
        </w:rPr>
      </w:pPr>
    </w:p>
    <w:p w14:paraId="4B2754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3EE8AC9E" w14:textId="3D8A3CD7" w:rsidR="00351B3C" w:rsidRPr="009B69AC" w:rsidRDefault="00351B3C" w:rsidP="009B69AC">
      <w:pPr>
        <w:pStyle w:val="Heading2"/>
        <w:rPr>
          <w:rFonts w:ascii="Times New Roman" w:hAnsi="Times New Roman" w:cs="Times New Roman"/>
          <w:b/>
          <w:bCs/>
        </w:rPr>
      </w:pPr>
      <w:r w:rsidRPr="009B69AC">
        <w:rPr>
          <w:rFonts w:ascii="Times New Roman" w:hAnsi="Times New Roman" w:cs="Times New Roman"/>
          <w:b/>
          <w:bCs/>
        </w:rPr>
        <w:lastRenderedPageBreak/>
        <w:t xml:space="preserve">Chapter </w:t>
      </w:r>
      <w:r w:rsidR="00A45D83">
        <w:rPr>
          <w:rFonts w:ascii="Times New Roman" w:hAnsi="Times New Roman" w:cs="Times New Roman"/>
          <w:b/>
          <w:bCs/>
        </w:rPr>
        <w:t>Fifteen</w:t>
      </w:r>
    </w:p>
    <w:p w14:paraId="2B7A0C48" w14:textId="77777777" w:rsidR="004A2A46" w:rsidRPr="00124F84" w:rsidRDefault="004A2A46" w:rsidP="00124F84">
      <w:pPr>
        <w:spacing w:line="240" w:lineRule="auto"/>
        <w:rPr>
          <w:rFonts w:ascii="Times New Roman" w:hAnsi="Times New Roman" w:cs="Times New Roman"/>
          <w:sz w:val="24"/>
          <w:szCs w:val="24"/>
          <w:u w:val="single"/>
        </w:rPr>
      </w:pPr>
    </w:p>
    <w:p w14:paraId="7F330A94" w14:textId="74779AC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w:t>
      </w:r>
      <w:r w:rsidR="00B10325" w:rsidRPr="00124F84">
        <w:rPr>
          <w:rFonts w:ascii="Times New Roman" w:hAnsi="Times New Roman" w:cs="Times New Roman"/>
          <w:sz w:val="24"/>
          <w:szCs w:val="24"/>
          <w:u w:val="single"/>
        </w:rPr>
        <w:t>ane</w:t>
      </w:r>
    </w:p>
    <w:p w14:paraId="6429C02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room reeks of death.</w:t>
      </w:r>
    </w:p>
    <w:p w14:paraId="30BDAA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the clean, quiet kind.</w:t>
      </w:r>
    </w:p>
    <w:p w14:paraId="7731A7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filthy, lingering kind, the copper tang of blood, sour sweat, the rancid undertone of vomit and piss. It coats the back of my throat, thick and choking, a reminder that some stains never wash clean. They stay etched into your skin, your bones, into the marrow of your soul.</w:t>
      </w:r>
    </w:p>
    <w:p w14:paraId="46F9F0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step forward, my shoes sticking slightly to the floor, blood congealing around the soles. The basement is a corpse itself, hidden beneath a pristine Hamptons mansion, glossy white columns and sprawling balconies masking the rot within.</w:t>
      </w:r>
    </w:p>
    <w:p w14:paraId="7D925D6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Just like him.</w:t>
      </w:r>
    </w:p>
    <w:p w14:paraId="731558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Everhart slumps forward in a chair, bound tight with surgical tape, hands twisted painfully behind his back. His wrists are raw, shredded skin flaking away to expose ragged layers beneath. He shivers uncontrollably, bare chest painted in a patchwork of dried blood, fresh crimson oozing from wounds I’ve carved with deliberate precision. Shallow enough to prolong suffering, deep enough to make him feel every second of it.</w:t>
      </w:r>
    </w:p>
    <w:p w14:paraId="14E5E0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gag stuffed into his mouth is soaked in saliva, sweat, and his muffled screams. His eyes roll upward, glassy and bulging, as I crouch down to meet his gaze. Behind me, Joaquin is silent, impassive. A sentinel who’s seen this show a hundred times, who knows exactly how it ends.</w:t>
      </w:r>
    </w:p>
    <w:p w14:paraId="51EC8E4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I whisper calmly, running my thumb across the edge of my blade, smearing red along the steel. His nostrils flare, his chest heaving in panic as I lean in close. “You’ve been quiet tonight.”</w:t>
      </w:r>
    </w:p>
    <w:p w14:paraId="7B1A1F4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shakes his head frantically, spit leaking from the corners of his gag, the tendons in his neck taut and trembling. His muffled pleas are pathetic, watery whimpers that only feed my hunger for violence. I tilt my head, studying him carefully. “Ashamed, maybe? For the first time?”</w:t>
      </w:r>
    </w:p>
    <w:p w14:paraId="342F45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jerks harder, tears dripping hot down his cheeks, but there’s nowhere left to go. Nowhere left to hide.</w:t>
      </w:r>
    </w:p>
    <w:p w14:paraId="1480B3B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rise smoothly, tracing the blade gently along the side of his jaw, pressing just enough to slice a thin line, blood welling instantly, trickling in rivulets down his throat. He lets out a broken sob, choking through the gag.</w:t>
      </w:r>
    </w:p>
    <w:p w14:paraId="287A686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Sinclair,” I say quietly, deliberately. “Ten years old. Pretty little mouth. Remember?”</w:t>
      </w:r>
    </w:p>
    <w:p w14:paraId="7B047F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freezes, terror solidifying his features, eyes widening in recognition.</w:t>
      </w:r>
    </w:p>
    <w:p w14:paraId="769E24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remember,” I murmur, voice low, almost gentle. “</w:t>
      </w:r>
      <w:proofErr w:type="gramStart"/>
      <w:r w:rsidRPr="00124F84">
        <w:rPr>
          <w:rFonts w:ascii="Times New Roman" w:hAnsi="Times New Roman" w:cs="Times New Roman"/>
          <w:sz w:val="24"/>
          <w:szCs w:val="24"/>
        </w:rPr>
        <w:t>Of course</w:t>
      </w:r>
      <w:proofErr w:type="gramEnd"/>
      <w:r w:rsidRPr="00124F84">
        <w:rPr>
          <w:rFonts w:ascii="Times New Roman" w:hAnsi="Times New Roman" w:cs="Times New Roman"/>
          <w:sz w:val="24"/>
          <w:szCs w:val="24"/>
        </w:rPr>
        <w:t xml:space="preserve"> you fucking do.”</w:t>
      </w:r>
    </w:p>
    <w:p w14:paraId="2BE2B2E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slide the knife slowly down his chest, the blade parting flesh like butter, skin splitting open with a wet, obscene whisper. Blood bubbles from the wound, thick, viscous, dripping steadily onto the floor. Douglas screams, a strangled, animalistic sound through the gag, choked off by his own panic.</w:t>
      </w:r>
    </w:p>
    <w:p w14:paraId="32F60C2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inhale deeply, savoring it.</w:t>
      </w:r>
    </w:p>
    <w:p w14:paraId="243E06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could have ended this quickly,” I continue conversationally, wiping the blade clean on his bare shoulder. “Could have just let you slip beneath the waves, let the water choke you quiet. But that would’ve been too kind.”</w:t>
      </w:r>
    </w:p>
    <w:p w14:paraId="7A8827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in closer, lips brushing his ear, my voice a deadly promise. “I can only imagine how long she was underwater, Douglas. How desperately she waited for someone to save her. So tonight…you wait.”</w:t>
      </w:r>
    </w:p>
    <w:p w14:paraId="546739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blade slices sharply into his abdomen, deeper this time, carving deliberately into muscle. Blood gushes hot and fast, soaking my fingers, dripping thickly onto the filthy floor. Douglas convulses, head thrown back in agony, tears and blood mixing grotesquely on his skin.</w:t>
      </w:r>
    </w:p>
    <w:p w14:paraId="1728A1D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 you know what silence does to a child?” I whisper against his ear. “It doesn’t vanish. It burrows. It festers. It turns into something black and gnawing that never goes away.”</w:t>
      </w:r>
    </w:p>
    <w:p w14:paraId="0CD468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sobs. Spits. “I didn’t…Camill…”</w:t>
      </w:r>
    </w:p>
    <w:p w14:paraId="4BBBC7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blade slices across his lips. Not enough to take them. Just enough to tear the corners of his mouth.</w:t>
      </w:r>
    </w:p>
    <w:p w14:paraId="7DE9467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say her name.”</w:t>
      </w:r>
    </w:p>
    <w:p w14:paraId="794129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watch him splutter, blood and spit dribbling thickly from split flesh.</w:t>
      </w:r>
    </w:p>
    <w:p w14:paraId="53E7F78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drag the knife down his thigh, opening another gruesome wound, peeling back skin until muscle and bone glisten in the harsh basement light. His screams become frantic, a tortured melody of pure, unfiltered agony.</w:t>
      </w:r>
    </w:p>
    <w:p w14:paraId="051107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relish it. Feed on it.</w:t>
      </w:r>
    </w:p>
    <w:p w14:paraId="795CC8C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takes hours before he’s ready for the finale, each cut precise, methodical, painting a masterpiece of pain, a legacy of suffering across his trembling flesh. And when it’s finally time, when his eyes have lost all hope, I carve the words into his chest, letter by brutal letter:</w:t>
      </w:r>
    </w:p>
    <w:p w14:paraId="778F58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a pedophile.</w:t>
      </w:r>
    </w:p>
    <w:p w14:paraId="514226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Deep. Jagged. Ugly.</w:t>
      </w:r>
    </w:p>
    <w:p w14:paraId="71CF932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Exactly as he deserves.</w:t>
      </w:r>
    </w:p>
    <w:p w14:paraId="434DE5C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Blood streams down his torso, pooling around his broken body. Joaquin moves silently, handing me a cloth, and I calmly wipe the gore from my hands and face.</w:t>
      </w:r>
    </w:p>
    <w:p w14:paraId="1E7531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Then, with deliberate ease, I finish what I came for. One clean, swift slice. Douglas thrashes wildly, shrieks fading to weak, pitiful sobs, as I hold the dripping trophy in my hand. Carefully, methodically, I place his severed genitals beside his ruined form on the chair, the sickening thud of flesh hitting wood echoing through the filthy room.</w:t>
      </w:r>
    </w:p>
    <w:p w14:paraId="110A20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hope she hears about this,” I murmur quietly.</w:t>
      </w:r>
    </w:p>
    <w:p w14:paraId="4C9282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will,” Joaquin replies evenly, his eyes dark, knowing. “It’s already in motion.”</w:t>
      </w:r>
    </w:p>
    <w:p w14:paraId="2BB0C2C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down once more at the wreckage of a man who dared to shatter something beautiful, who left scars no one else could see. The blood coating my hands, my clothes, my skin, feels like justice. Like redemption.</w:t>
      </w:r>
    </w:p>
    <w:p w14:paraId="372DDB2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Like devotion.</w:t>
      </w:r>
    </w:p>
    <w:p w14:paraId="753D7F9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this wasn’t revenge.</w:t>
      </w:r>
    </w:p>
    <w:p w14:paraId="5353EF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was worship.</w:t>
      </w:r>
    </w:p>
    <w:p w14:paraId="5614743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Camille…my fierce, defiant bruja, she'll never fully understand the darkness I'll drown myself in, the monsters I'll become, just to silence </w:t>
      </w:r>
      <w:proofErr w:type="gramStart"/>
      <w:r w:rsidRPr="00124F84">
        <w:rPr>
          <w:rFonts w:ascii="Times New Roman" w:hAnsi="Times New Roman" w:cs="Times New Roman"/>
          <w:sz w:val="24"/>
          <w:szCs w:val="24"/>
        </w:rPr>
        <w:t>every last</w:t>
      </w:r>
      <w:proofErr w:type="gramEnd"/>
      <w:r w:rsidRPr="00124F84">
        <w:rPr>
          <w:rFonts w:ascii="Times New Roman" w:hAnsi="Times New Roman" w:cs="Times New Roman"/>
          <w:sz w:val="24"/>
          <w:szCs w:val="24"/>
        </w:rPr>
        <w:t xml:space="preserve"> nightmare haunting her mind.</w:t>
      </w:r>
    </w:p>
    <w:p w14:paraId="2232A007" w14:textId="77777777" w:rsidR="00351B3C" w:rsidRPr="00124F84" w:rsidRDefault="00351B3C" w:rsidP="00124F84">
      <w:pPr>
        <w:spacing w:line="240" w:lineRule="auto"/>
        <w:rPr>
          <w:rFonts w:ascii="Times New Roman" w:hAnsi="Times New Roman" w:cs="Times New Roman"/>
          <w:sz w:val="24"/>
          <w:szCs w:val="24"/>
          <w:u w:val="single"/>
        </w:rPr>
      </w:pPr>
    </w:p>
    <w:p w14:paraId="0B31E0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Camille</w:t>
      </w:r>
    </w:p>
    <w:p w14:paraId="1380109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stay away from the office.</w:t>
      </w:r>
    </w:p>
    <w:p w14:paraId="3309070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Away from Sinclair Media, from the polished marble floors and the cold glass walls where his presence lingers like a ghost, relentless and inescapable. I barricade myself behind emails and Zoom meetings, behind half-hearted lies about feeling under the weather. Anything to keep the devastating promise of Kane Rivera’s touch out of reach.</w:t>
      </w:r>
    </w:p>
    <w:p w14:paraId="7C5FB51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distance is meaningless. It’s a hollow defense, useless in a city he owns.</w:t>
      </w:r>
    </w:p>
    <w:p w14:paraId="7EB419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Kane’s reach extends far beyond boardrooms and penthouses.</w:t>
      </w:r>
    </w:p>
    <w:p w14:paraId="5E3DDA2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It finds me at an exclusive cocktail party on the Upper East Side, </w:t>
      </w:r>
      <w:proofErr w:type="gramStart"/>
      <w:r w:rsidRPr="00124F84">
        <w:rPr>
          <w:rFonts w:ascii="Times New Roman" w:hAnsi="Times New Roman" w:cs="Times New Roman"/>
          <w:sz w:val="24"/>
          <w:szCs w:val="24"/>
        </w:rPr>
        <w:t>where</w:t>
      </w:r>
      <w:proofErr w:type="gramEnd"/>
      <w:r w:rsidRPr="00124F84">
        <w:rPr>
          <w:rFonts w:ascii="Times New Roman" w:hAnsi="Times New Roman" w:cs="Times New Roman"/>
          <w:sz w:val="24"/>
          <w:szCs w:val="24"/>
        </w:rPr>
        <w:t xml:space="preserve"> laughter spills like champagne and smiles glitter beneath crystal chandeliers. Music whispers, smooth and elegant, conversations carefully meaningless, until someone murmurs his name:</w:t>
      </w:r>
    </w:p>
    <w:p w14:paraId="05E5F9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Douglas Everheart.</w:t>
      </w:r>
    </w:p>
    <w:p w14:paraId="62A686E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stops dead. My muscles seize, every cell in my body screaming in sudden, vicious awareness. The room shrinks, compressing down to the single whispered name. My hand clenches around the champagne flute until the glass trembles, dangerously close to shattering.</w:t>
      </w:r>
    </w:p>
    <w:p w14:paraId="299332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happened?” someone whispers, barely audible above the gentle hum of gossip. But the crowd tightens, leaning in eagerly, vultures circling fresh prey.</w:t>
      </w:r>
    </w:p>
    <w:p w14:paraId="0F03456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“You haven’t heard?” A woman gasps, scandal lacing her voice like fine silk. “It was barbaric. They found him at his Hamptons estate.”</w:t>
      </w:r>
    </w:p>
    <w:p w14:paraId="0B89B81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pulse throbs, skin prickling hot and cold in rapid succession. I force down the nausea clawing at my throat, desperate to hear, terrified to know.</w:t>
      </w:r>
    </w:p>
    <w:p w14:paraId="3D68FF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 was tortured,” she continues, eyes wide, relishing the macabre details. “Almost skinned alive, carved up so brutally he was barely recognizable. Whoever did it </w:t>
      </w:r>
      <w:proofErr w:type="gramStart"/>
      <w:r w:rsidRPr="00124F84">
        <w:rPr>
          <w:rFonts w:ascii="Times New Roman" w:hAnsi="Times New Roman" w:cs="Times New Roman"/>
          <w:sz w:val="24"/>
          <w:szCs w:val="24"/>
        </w:rPr>
        <w:t>took</w:t>
      </w:r>
      <w:proofErr w:type="gramEnd"/>
      <w:r w:rsidRPr="00124F84">
        <w:rPr>
          <w:rFonts w:ascii="Times New Roman" w:hAnsi="Times New Roman" w:cs="Times New Roman"/>
          <w:sz w:val="24"/>
          <w:szCs w:val="24"/>
        </w:rPr>
        <w:t xml:space="preserve"> their time, hours, maybe.”</w:t>
      </w:r>
    </w:p>
    <w:p w14:paraId="001F09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stomach twists violently, bile burning bitter at the back of my throat. Yet I lean closer, compelled, disgusted, needing to know the depth of the horror.</w:t>
      </w:r>
    </w:p>
    <w:p w14:paraId="41B498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worst part?” Another voice, hushed and eager, cuts in sharply. “They mutilated him, they found his genitals next to his body. And carved right into his chest were the words...”</w:t>
      </w:r>
    </w:p>
    <w:p w14:paraId="483C02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“What words?” I breathe, the question slipping out before I can stop it.</w:t>
      </w:r>
    </w:p>
    <w:p w14:paraId="412878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Faces turn, startled eyes blinking curiously at my outburst. Heat rushes up my throat as silence falls, slicing deeper than any blade.</w:t>
      </w:r>
    </w:p>
    <w:p w14:paraId="48B5119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woman lowers her voice further, savoring the secret. “I’m a pedophile.”</w:t>
      </w:r>
    </w:p>
    <w:p w14:paraId="6571A03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room spins, my vision narrowing, blackness licking the edges. My champagne flute shakes violently, spilling over my knuckles, glass clinking ominously.</w:t>
      </w:r>
    </w:p>
    <w:p w14:paraId="531CDC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Clara touches my elbow softly, her voice distant, muted by the roaring in my ears. “Are you alright? You’ve gone pale…”</w:t>
      </w:r>
    </w:p>
    <w:p w14:paraId="153EA8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“Y-yes,” I choke, shoving through the crowd, stumbling blindly to the terrace doors. Cold night air slams into me, icy needles puncturing my skin, but it doesn’t ease the suffocating pressure in my chest. It doesn’t silence the relentless, agonizing truth carving itself through me.</w:t>
      </w:r>
    </w:p>
    <w:p w14:paraId="1FE4C2A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260C5F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don’t need to heal. You don’t need to forgive. You need a fucking monster.</w:t>
      </w:r>
    </w:p>
    <w:p w14:paraId="43CAD5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has his signature written in blood…every cruel, deliberate detail screaming his name.</w:t>
      </w:r>
    </w:p>
    <w:p w14:paraId="576BC8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devour. I break. I end.</w:t>
      </w:r>
    </w:p>
    <w:p w14:paraId="5D096EF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He’d promised it in a whisper, in a kiss, in blood and breath and darkness.</w:t>
      </w:r>
    </w:p>
    <w:p w14:paraId="4DF1EA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summoned him, my monster, and now he’s delivered.</w:t>
      </w:r>
    </w:p>
    <w:p w14:paraId="54C84B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has Kane Rivera’s signature carved into every brutal detail, every precise, violent slash, every twisted trophy left behind.</w:t>
      </w:r>
    </w:p>
    <w:p w14:paraId="23064A3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His devotion is deep.</w:t>
      </w:r>
      <w:r w:rsidRPr="00124F84">
        <w:rPr>
          <w:rFonts w:ascii="Times New Roman" w:hAnsi="Times New Roman" w:cs="Times New Roman"/>
          <w:sz w:val="24"/>
          <w:szCs w:val="24"/>
        </w:rPr>
        <w:br/>
        <w:t>Savage.</w:t>
      </w:r>
      <w:r w:rsidRPr="00124F84">
        <w:rPr>
          <w:rFonts w:ascii="Times New Roman" w:hAnsi="Times New Roman" w:cs="Times New Roman"/>
          <w:sz w:val="24"/>
          <w:szCs w:val="24"/>
        </w:rPr>
        <w:br/>
        <w:t>Terrifying.</w:t>
      </w:r>
    </w:p>
    <w:p w14:paraId="435A07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And now, undeniably…soaked in blood.</w:t>
      </w:r>
    </w:p>
    <w:p w14:paraId="6FDCE7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grip the cold railing of the terrace, fingers numb against iron, chest heaving violently as I drag air deep into starving lungs. My heart pounds brutally, a wild, savage rhythm that matches the violence he carved into Douglas Everheart’s skin.</w:t>
      </w:r>
    </w:p>
    <w:p w14:paraId="08A704D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know I should be horrified.</w:t>
      </w:r>
    </w:p>
    <w:p w14:paraId="0A7231A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Disgusted.</w:t>
      </w:r>
    </w:p>
    <w:p w14:paraId="59E8BE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Terrified.</w:t>
      </w:r>
    </w:p>
    <w:p w14:paraId="50D46F48" w14:textId="35405E2D"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instead, a sick, twisted relief pours through me, washing away years of silence, shame, and hollow smiles. For the first time since I was ten years old, drowning beneath that dark water, I breathe deep…real, unfiltered, painfully honest breaths that shred my lungs.</w:t>
      </w:r>
    </w:p>
    <w:p w14:paraId="00BDFA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gave me this.</w:t>
      </w:r>
    </w:p>
    <w:p w14:paraId="132F41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ugly, vicious gift. A love as monstrous as it is beautiful, as cruel as it is healing. And now, beneath the terror, beneath the violence, beneath the raw truth branded deep into my bones…</w:t>
      </w:r>
    </w:p>
    <w:p w14:paraId="16DDB3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more.</w:t>
      </w:r>
    </w:p>
    <w:p w14:paraId="52402A6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him.</w:t>
      </w:r>
    </w:p>
    <w:p w14:paraId="02A748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Every twisted, brutal, unforgivable piece of him. Every scar, every sin, every dark corner of his monstrous heart. I crave the darkness in him, the violent protector, the relentless avenger who would rip apart anyone who dared to touch me.</w:t>
      </w:r>
    </w:p>
    <w:p w14:paraId="668818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to sit at his feet.</w:t>
      </w:r>
    </w:p>
    <w:p w14:paraId="0E1DC4A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monster. My nightmare. My salvation.</w:t>
      </w:r>
    </w:p>
    <w:p w14:paraId="270ED85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realization rips through me, savage and beautiful, and I don’t fight it, I can’t. I don’t have the strength to lie anymore, to deny the twisted, visceral truth that coils around my heart.</w:t>
      </w:r>
    </w:p>
    <w:p w14:paraId="7F8F7ED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was never afraid of monsters.</w:t>
      </w:r>
    </w:p>
    <w:p w14:paraId="3F01DF2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was afraid of living without one.</w:t>
      </w:r>
    </w:p>
    <w:p w14:paraId="45DA243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I whisper into the biting darkness, my voice raw, aching, filled with something terrifyingly close to worship.</w:t>
      </w:r>
    </w:p>
    <w:p w14:paraId="5CAD59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close my eyes, the city lights bleeding together, tears hot on my frozen cheeks, and for the first time in years, I’m not drowning.</w:t>
      </w:r>
    </w:p>
    <w:p w14:paraId="014600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breathing.</w:t>
      </w:r>
    </w:p>
    <w:p w14:paraId="75950CE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all I can think, all I can feel, is that he’s done exactly what he promised:</w:t>
      </w:r>
    </w:p>
    <w:p w14:paraId="721C866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broke.</w:t>
      </w:r>
    </w:p>
    <w:p w14:paraId="4B5E1C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 devoured.</w:t>
      </w:r>
    </w:p>
    <w:p w14:paraId="746DB70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 ended.</w:t>
      </w:r>
    </w:p>
    <w:p w14:paraId="30149A0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me.</w:t>
      </w:r>
    </w:p>
    <w:p w14:paraId="216702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07DB768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evening begins exactly how these dinners always do.</w:t>
      </w:r>
    </w:p>
    <w:p w14:paraId="096010A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Perfectly.</w:t>
      </w:r>
    </w:p>
    <w:p w14:paraId="456BEC86" w14:textId="0E4112E5"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restaurant is immaculate</w:t>
      </w:r>
      <w:r w:rsidR="00305BAB" w:rsidRPr="00124F84">
        <w:rPr>
          <w:rFonts w:ascii="Times New Roman" w:hAnsi="Times New Roman" w:cs="Times New Roman"/>
          <w:sz w:val="24"/>
          <w:szCs w:val="24"/>
        </w:rPr>
        <w:t xml:space="preserve">, </w:t>
      </w:r>
      <w:r w:rsidRPr="00124F84">
        <w:rPr>
          <w:rFonts w:ascii="Times New Roman" w:hAnsi="Times New Roman" w:cs="Times New Roman"/>
          <w:sz w:val="24"/>
          <w:szCs w:val="24"/>
        </w:rPr>
        <w:t xml:space="preserve">white linen draped elegantly over polished tables, candles flickering softly, shadows dancing across crystal glasses and delicate </w:t>
      </w:r>
      <w:proofErr w:type="spellStart"/>
      <w:r w:rsidRPr="00124F84">
        <w:rPr>
          <w:rFonts w:ascii="Times New Roman" w:hAnsi="Times New Roman" w:cs="Times New Roman"/>
          <w:sz w:val="24"/>
          <w:szCs w:val="24"/>
        </w:rPr>
        <w:t>china</w:t>
      </w:r>
      <w:proofErr w:type="spellEnd"/>
      <w:r w:rsidRPr="00124F84">
        <w:rPr>
          <w:rFonts w:ascii="Times New Roman" w:hAnsi="Times New Roman" w:cs="Times New Roman"/>
          <w:sz w:val="24"/>
          <w:szCs w:val="24"/>
        </w:rPr>
        <w:t>, illuminating everything except the truth. Waiters glide silently across the floor, bottles of French reds and chilled whites carefully chosen to impress. Each plate arrives pristine, beautiful, arranged meticulously, as though perfection can erase reality.</w:t>
      </w:r>
    </w:p>
    <w:p w14:paraId="585DB54F" w14:textId="3C346DB9"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mother’s voice floats gently through the air</w:t>
      </w:r>
      <w:r w:rsidR="00305BAB" w:rsidRPr="00124F84">
        <w:rPr>
          <w:rFonts w:ascii="Times New Roman" w:hAnsi="Times New Roman" w:cs="Times New Roman"/>
          <w:sz w:val="24"/>
          <w:szCs w:val="24"/>
        </w:rPr>
        <w:t>, s</w:t>
      </w:r>
      <w:r w:rsidRPr="00124F84">
        <w:rPr>
          <w:rFonts w:ascii="Times New Roman" w:hAnsi="Times New Roman" w:cs="Times New Roman"/>
          <w:sz w:val="24"/>
          <w:szCs w:val="24"/>
        </w:rPr>
        <w:t>oft, practiced, elegant</w:t>
      </w:r>
      <w:r w:rsidR="00305BAB" w:rsidRPr="00124F84">
        <w:rPr>
          <w:rFonts w:ascii="Times New Roman" w:hAnsi="Times New Roman" w:cs="Times New Roman"/>
          <w:sz w:val="24"/>
          <w:szCs w:val="24"/>
        </w:rPr>
        <w:t xml:space="preserve">, </w:t>
      </w:r>
      <w:r w:rsidRPr="00124F84">
        <w:rPr>
          <w:rFonts w:ascii="Times New Roman" w:hAnsi="Times New Roman" w:cs="Times New Roman"/>
          <w:sz w:val="24"/>
          <w:szCs w:val="24"/>
        </w:rPr>
        <w:t>as she debates Clara’s bridal shower details with casual disdain. “Vera Wang simply isn’t fresh anymore,” she sighs delicately, taking a measured sip from her wineglass. My father nods, his expression cool and detached, eyes carefully scanning the room, cataloging faces and connections he values far more than his own daughters. Politicians, media moguls, old-money royalty.</w:t>
      </w:r>
    </w:p>
    <w:p w14:paraId="1E016F5E" w14:textId="01632D8D"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Beside me, Preston sits composed and confident, perfectly controlled. He smiles on cue, refills my wineglass without missing a beat, his hand resting gently, possessively, on my thigh. His gaze meets mine</w:t>
      </w:r>
      <w:r w:rsidR="00305BAB" w:rsidRPr="00124F84">
        <w:rPr>
          <w:rFonts w:ascii="Times New Roman" w:hAnsi="Times New Roman" w:cs="Times New Roman"/>
          <w:sz w:val="24"/>
          <w:szCs w:val="24"/>
        </w:rPr>
        <w:t xml:space="preserve">, </w:t>
      </w:r>
      <w:r w:rsidRPr="00124F84">
        <w:rPr>
          <w:rFonts w:ascii="Times New Roman" w:hAnsi="Times New Roman" w:cs="Times New Roman"/>
          <w:sz w:val="24"/>
          <w:szCs w:val="24"/>
        </w:rPr>
        <w:t>handsome, charming, and utterly hollow</w:t>
      </w:r>
      <w:r w:rsidR="00305BAB" w:rsidRPr="00124F84">
        <w:rPr>
          <w:rFonts w:ascii="Times New Roman" w:hAnsi="Times New Roman" w:cs="Times New Roman"/>
          <w:sz w:val="24"/>
          <w:szCs w:val="24"/>
        </w:rPr>
        <w:t xml:space="preserve"> </w:t>
      </w:r>
      <w:r w:rsidRPr="00124F84">
        <w:rPr>
          <w:rFonts w:ascii="Times New Roman" w:hAnsi="Times New Roman" w:cs="Times New Roman"/>
          <w:sz w:val="24"/>
          <w:szCs w:val="24"/>
        </w:rPr>
        <w:t>eyes glittering with well-masked contempt. He’s so good at pretending. Far better than I am.</w:t>
      </w:r>
    </w:p>
    <w:p w14:paraId="381A308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beneath that polished smile, behind his flawless manners, lurks something dark. Something vicious. The same something that grips my hand too tight on tables, leaving bruises hidden beneath diamonds. The same something that shatters phones against marble floors. Preston’s smile widens, effortlessly charming everyone at the table, his mask perfectly in place.</w:t>
      </w:r>
    </w:p>
    <w:p w14:paraId="5FC5956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But the truth is jagged and brutal: eventually, his hands won’t stop at bruising my wrists or destroying my things. He’ll hit me. And when he does, my parents won’t protect me. They’ll twist the story until </w:t>
      </w:r>
      <w:proofErr w:type="gramStart"/>
      <w:r w:rsidRPr="00124F84">
        <w:rPr>
          <w:rFonts w:ascii="Times New Roman" w:hAnsi="Times New Roman" w:cs="Times New Roman"/>
          <w:sz w:val="24"/>
          <w:szCs w:val="24"/>
        </w:rPr>
        <w:t>somehow</w:t>
      </w:r>
      <w:proofErr w:type="gramEnd"/>
      <w:r w:rsidRPr="00124F84">
        <w:rPr>
          <w:rFonts w:ascii="Times New Roman" w:hAnsi="Times New Roman" w:cs="Times New Roman"/>
          <w:sz w:val="24"/>
          <w:szCs w:val="24"/>
        </w:rPr>
        <w:t xml:space="preserve"> I’m to blame. They’ll take his side.</w:t>
      </w:r>
    </w:p>
    <w:p w14:paraId="3A012D6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that’s what they’ve always done. Protecting the image. Choosing power. Shielding monsters in pretty masks.</w:t>
      </w:r>
    </w:p>
    <w:p w14:paraId="5A3820A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Across the table, Clara laughs at something Nathan says. The joy in her eyes is warm and genuine, sparkling in a way mine haven’t in years.</w:t>
      </w:r>
    </w:p>
    <w:p w14:paraId="3649D5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And suddenly, brutally, I realize, I’m not </w:t>
      </w:r>
      <w:proofErr w:type="gramStart"/>
      <w:r w:rsidRPr="00124F84">
        <w:rPr>
          <w:rFonts w:ascii="Times New Roman" w:hAnsi="Times New Roman" w:cs="Times New Roman"/>
          <w:sz w:val="24"/>
          <w:szCs w:val="24"/>
        </w:rPr>
        <w:t>really here</w:t>
      </w:r>
      <w:proofErr w:type="gramEnd"/>
      <w:r w:rsidRPr="00124F84">
        <w:rPr>
          <w:rFonts w:ascii="Times New Roman" w:hAnsi="Times New Roman" w:cs="Times New Roman"/>
          <w:sz w:val="24"/>
          <w:szCs w:val="24"/>
        </w:rPr>
        <w:t>.</w:t>
      </w:r>
    </w:p>
    <w:p w14:paraId="498F7A3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standing outside my body, watching this perfectly staged performance unfold like I’m attending my own wake. Beautiful gown. Beautiful flowers. Beautiful corpse.</w:t>
      </w:r>
    </w:p>
    <w:p w14:paraId="20517C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Pressure builds in my chest, relentless, suffocating, like a hand squeezing tighter every time I swallow another lie.</w:t>
      </w:r>
    </w:p>
    <w:p w14:paraId="713394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breathe.</w:t>
      </w:r>
    </w:p>
    <w:p w14:paraId="62C48B4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fucking breathe.</w:t>
      </w:r>
    </w:p>
    <w:p w14:paraId="291FC5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 before I can stop it, I speak.</w:t>
      </w:r>
    </w:p>
    <w:p w14:paraId="42E243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do this anymore.”</w:t>
      </w:r>
    </w:p>
    <w:p w14:paraId="7D563EC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voice is quiet, a cracked whisper, but it slices through the careful conversation, silencing the table like shattered glass.</w:t>
      </w:r>
    </w:p>
    <w:p w14:paraId="70B2851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 pauses mid-word, eyes wide, frozen. “I’m sorry, what did you say?”</w:t>
      </w:r>
    </w:p>
    <w:p w14:paraId="0BA9DEC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my gaze lifts. Everyone is staring, shock and confusion rippling through their carefully composed expressions.</w:t>
      </w:r>
    </w:p>
    <w:p w14:paraId="0ED4AD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throat tightens, pulse roaring violently in my ears, but the words come anyway…unstoppable, bloody, raw.</w:t>
      </w:r>
    </w:p>
    <w:p w14:paraId="101E15B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pretend anymore. I can’t keep playing this part.”</w:t>
      </w:r>
    </w:p>
    <w:p w14:paraId="6D346D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My father’s voice is quiet thunder, his eyes narrowed, warning me like he has my entire life. “Now isn’t the time.”</w:t>
      </w:r>
    </w:p>
    <w:p w14:paraId="0F62DE7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I say, voice stronger, steadier. “It’s exactly the time.”</w:t>
      </w:r>
    </w:p>
    <w:p w14:paraId="5EFCC6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heart crashes against my ribs, but for the first time in years, I feel my own heartbeat. Real. True.</w:t>
      </w:r>
    </w:p>
    <w:p w14:paraId="2248DB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“I’ve been pretending since I was a little girl,” I whisper fiercely, voice breaking, hands trembling in my lap, but I don’t stop. I can’t. “I’ve smiled when I wanted to scream. I’ve said I slipped when someone shoved me. I’ve said I lied when I was telling the truth.”</w:t>
      </w:r>
    </w:p>
    <w:p w14:paraId="602B6A9F" w14:textId="47FAB91A"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mother’s face pales, eyes darting anxiously around the table, voice tight and pleading. “Camille, please</w:t>
      </w:r>
      <w:r w:rsidR="009F4DEE" w:rsidRPr="00124F84">
        <w:rPr>
          <w:rFonts w:ascii="Times New Roman" w:hAnsi="Times New Roman" w:cs="Times New Roman"/>
          <w:sz w:val="24"/>
          <w:szCs w:val="24"/>
        </w:rPr>
        <w:t>…</w:t>
      </w:r>
      <w:r w:rsidRPr="00124F84">
        <w:rPr>
          <w:rFonts w:ascii="Times New Roman" w:hAnsi="Times New Roman" w:cs="Times New Roman"/>
          <w:sz w:val="24"/>
          <w:szCs w:val="24"/>
        </w:rPr>
        <w:t>”</w:t>
      </w:r>
    </w:p>
    <w:p w14:paraId="7CA632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“Did you know Douglas Everheart molested me, Mom?”</w:t>
      </w:r>
    </w:p>
    <w:p w14:paraId="0EDBD4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silence detonates, a brutal, devastating blast that shatters every careful facade around the table. My words hang there, sharp and ugly, slicing through polished smiles and meaningless pleasantries.</w:t>
      </w:r>
    </w:p>
    <w:p w14:paraId="226E45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 flinches, her perfectly painted lips parting softly, confusion bleeding into shock, but for once I don’t feel guilty for shattering her careful facade. My father’s jaw tightens, eyes darkening with a familiar, suffocating disappointment he’s wielded like a weapon all my life.</w:t>
      </w:r>
    </w:p>
    <w:p w14:paraId="7B63B02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They stare at me like I’m speaking a language they don’t understand. And maybe I am because honesty has never been allowed at this table.</w:t>
      </w:r>
    </w:p>
    <w:p w14:paraId="3A6A4E7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“Camille,” my father’s voice warns quietly, ice wrapped in silk, but even he can’t hide the faint tremble beneath the surface. “This is neither the time nor the place.”</w:t>
      </w:r>
    </w:p>
    <w:p w14:paraId="1B520EC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never is.” My voice is quiet, broken, heavy with the weight of a thousand silences. “But somehow, it’s always your time, isn’t it? Your terms. Your comfort. Your goddamn image. Always the fucking image.”</w:t>
      </w:r>
    </w:p>
    <w:p w14:paraId="360D4A9F" w14:textId="2CBF2381"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mother reaches for her wineglass, her hand shaking violently, liquid trembling dangerously close to the rim. “Camille, please,” she whispers, eyes begging, but still refusing to truly see me. “We’re in public. Let’s discuss</w:t>
      </w:r>
      <w:r w:rsidR="009F4DEE" w:rsidRPr="00124F84">
        <w:rPr>
          <w:rFonts w:ascii="Times New Roman" w:hAnsi="Times New Roman" w:cs="Times New Roman"/>
          <w:sz w:val="24"/>
          <w:szCs w:val="24"/>
        </w:rPr>
        <w:t>…”</w:t>
      </w:r>
    </w:p>
    <w:p w14:paraId="36F492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“Discuss?” A sad, bitter laugh escapes me. “Like we discussed it when I was ten years old? When Douglas Everheart put his hands on me, and you told me to smile through it? When I begged you to hear me, and instead you dressed me up and told me silence was easier?”</w:t>
      </w:r>
    </w:p>
    <w:p w14:paraId="5F9D53F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pales, her hand falling away from her glass, lips trembling with something dangerously close to shame.</w:t>
      </w:r>
    </w:p>
    <w:p w14:paraId="31AAE2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“You failed me.” The words come softly, trembling from the depths of my chest. They’re not angry, they’re hollowed out, aching with betrayal, bleeding with every scar I’ve hidden beneath designer dresses and forced smiles. “You should’ve protected me. You should’ve believed me. Instead, you buried me alive under your perfect lies.”</w:t>
      </w:r>
    </w:p>
    <w:p w14:paraId="03CDA0E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Tears blur my vision, hot and relentless, burning a silent trail down my cheeks. “I’ve spent my entire life giving you everything you ever wanted,” I whisper hoarsely, my voice shaking, splitting open beneath the raw truth spilling free. “I swallowed my pain, my trauma, my voice. I smiled through your carefully orchestrated charade, dying piece by piece </w:t>
      </w:r>
      <w:proofErr w:type="gramStart"/>
      <w:r w:rsidRPr="00124F84">
        <w:rPr>
          <w:rFonts w:ascii="Times New Roman" w:hAnsi="Times New Roman" w:cs="Times New Roman"/>
          <w:sz w:val="24"/>
          <w:szCs w:val="24"/>
        </w:rPr>
        <w:t>every time</w:t>
      </w:r>
      <w:proofErr w:type="gramEnd"/>
      <w:r w:rsidRPr="00124F84">
        <w:rPr>
          <w:rFonts w:ascii="Times New Roman" w:hAnsi="Times New Roman" w:cs="Times New Roman"/>
          <w:sz w:val="24"/>
          <w:szCs w:val="24"/>
        </w:rPr>
        <w:t xml:space="preserve"> you made me lie about who I was.”</w:t>
      </w:r>
    </w:p>
    <w:p w14:paraId="02A2CAB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father looks away, unable, or unwilling, to meet my eyes. My mother sits frozen, hands trembling, her careful poise shattered, her perfect world splintering at my feet. Clara’s hand covers her mouth, her eyes glassy, horror seeping in as understanding hits her fully for the first time. She didn’t know. She’d never known.</w:t>
      </w:r>
    </w:p>
    <w:p w14:paraId="3A4767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chest heaves painfully, years of buried agony finally cracking open, spilling out, staining everything around me. I feel every heartbeat, every trembling breath like glass slicing through my lungs.</w:t>
      </w:r>
    </w:p>
    <w:p w14:paraId="604F33D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turn slowly, deliberately, to Preston. I turn slowly, deliberately, to Preston, meeting his cold, detached gaze head-on.</w:t>
      </w:r>
    </w:p>
    <w:p w14:paraId="5984E34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“One day,” I whisper, my voice steady despite the tears streaming silently down my face, “you’re going to hit me.”</w:t>
      </w:r>
    </w:p>
    <w:p w14:paraId="5A0FCD4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stiffens, shock flickering behind that carefully practiced mask, but I don't stop. I take a step closer, refusing to blink, my voice raw, prophetic.</w:t>
      </w:r>
    </w:p>
    <w:p w14:paraId="2B43A06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“Maybe not today, maybe not tomorrow. But someday, you’re going to raise your hand, and this perfect mask you've built will shatter. And when you do, when your knuckles bruise my skin, </w:t>
      </w:r>
      <w:r w:rsidRPr="00124F84">
        <w:rPr>
          <w:rFonts w:ascii="Times New Roman" w:hAnsi="Times New Roman" w:cs="Times New Roman"/>
          <w:sz w:val="24"/>
          <w:szCs w:val="24"/>
        </w:rPr>
        <w:lastRenderedPageBreak/>
        <w:t>they’ll still choose you.” I gesture toward my parents, my chest aching bitterly. “They’ll make excuses for you. They’ll blame me. Because protecting you is easier than admitting they let me suffer.”</w:t>
      </w:r>
    </w:p>
    <w:p w14:paraId="5C6E117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doesn’t deny it, doesn’t argue. He just watches me, eyes darkening dangerously, fury twisting beneath his skin like a shadow fighting to break free. My heartbeat pounds in my ears, the truth a living, breathing thing between us.</w:t>
      </w:r>
    </w:p>
    <w:p w14:paraId="05A118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Without another word, I pull the diamond ring from my finger, placing it gently, final and irrevocable, on the pristine tablecloth. It gleams cruelly in the candlelight, mocking every lie we ever told ourselves.</w:t>
      </w:r>
    </w:p>
    <w:p w14:paraId="102E883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rise to my feet, legs trembling, heart raw, exposed, bleeding out in front of everyone who’s never truly seen me. The chair scrapes harshly against the polished floor, the sound deafening in the painful silence.</w:t>
      </w:r>
    </w:p>
    <w:p w14:paraId="642D311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finally, for the first time in my life, I don’t ask for permission.</w:t>
      </w:r>
    </w:p>
    <w:p w14:paraId="34C17A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just walk away, away from the lies, the expectations, the suffocating charade of perfection, leaving behind the wreckage of who they wanted me to be, and stepping into the terrifying freedom of who I might become.</w:t>
      </w:r>
    </w:p>
    <w:p w14:paraId="7D979C10" w14:textId="77777777" w:rsidR="00351B3C" w:rsidRPr="00124F84" w:rsidRDefault="00351B3C" w:rsidP="00124F84">
      <w:pPr>
        <w:spacing w:line="240" w:lineRule="auto"/>
        <w:rPr>
          <w:rFonts w:ascii="Times New Roman" w:hAnsi="Times New Roman" w:cs="Times New Roman"/>
          <w:sz w:val="24"/>
          <w:szCs w:val="24"/>
        </w:rPr>
      </w:pPr>
    </w:p>
    <w:p w14:paraId="3C4B0A73" w14:textId="77777777" w:rsidR="00351B3C" w:rsidRPr="00124F84" w:rsidRDefault="00351B3C" w:rsidP="00124F84">
      <w:pPr>
        <w:spacing w:line="240" w:lineRule="auto"/>
        <w:rPr>
          <w:rFonts w:ascii="Times New Roman" w:hAnsi="Times New Roman" w:cs="Times New Roman"/>
          <w:sz w:val="24"/>
          <w:szCs w:val="24"/>
        </w:rPr>
      </w:pPr>
    </w:p>
    <w:p w14:paraId="25DCA25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1C4C9EC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sky splits open the second I step outside.</w:t>
      </w:r>
    </w:p>
    <w:p w14:paraId="4274E4F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Rain pours down in sheets, heavy droplets slamming against my skin, drenching my hair, my dress, my broken pride. I don’t shield myself. I don’t run. I just stand there on the sidewalk, head tilted back, staring blindly into the black sky, eyes open wide as water streams down my cheeks, soaking through my carefully constructed armor.</w:t>
      </w:r>
    </w:p>
    <w:p w14:paraId="1981481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Lightning cracks violently, followed immediately by thunder, deep, rumbling, echoing through my bones like judgment. Or freedom. Or both.</w:t>
      </w:r>
    </w:p>
    <w:p w14:paraId="0FB7DBE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stand there until everything blurs.</w:t>
      </w:r>
    </w:p>
    <w:p w14:paraId="1B7BC0D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Until my mascara runs down my face, until my makeup washes away, until every carefully curated illusion slides off my skin in rivers of black and gold. Until every lie I’ve told myself, every mask I’ve worn, dissolves into the puddle forming beneath my heels.</w:t>
      </w:r>
    </w:p>
    <w:p w14:paraId="75A22AC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feels like baptism.</w:t>
      </w:r>
    </w:p>
    <w:p w14:paraId="6951293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feels like drowning.</w:t>
      </w:r>
    </w:p>
    <w:p w14:paraId="69A6A0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 feels like finally breathing.</w:t>
      </w:r>
    </w:p>
    <w:p w14:paraId="385CF5C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When the family car rolls up beside me, tires hissing over wet pavement, I don’t even hesitate. I climb inside, soaking wet, trembling, my chest heaving with adrenaline, desperation, hope.</w:t>
      </w:r>
    </w:p>
    <w:p w14:paraId="614ED6E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“Where to, Miss Sinclair?” my driver asks, professional and discreet, no questions, no judgment in his voice.</w:t>
      </w:r>
    </w:p>
    <w:p w14:paraId="2897011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pause, shivering violently, droplets of rain slipping from my skin onto the buttery leather seats. My pulse thrashes wildly against my throat, demanding I reconsider, but the words leave my mouth before I can think twice.</w:t>
      </w:r>
    </w:p>
    <w:p w14:paraId="4411601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Langford,” I whisper, my voice strained, breaking. “West 57th.”</w:t>
      </w:r>
    </w:p>
    <w:p w14:paraId="699F330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driver nods without a word, eyes carefully blank. The privacy screen slides smoothly upward, sealing me into the quiet, shadowed backseat alone, exposed, nerves stripped bare beneath damp satin and a reckless heartbeat.</w:t>
      </w:r>
    </w:p>
    <w:p w14:paraId="1B7699D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stare down at my lap, fingers twisting anxiously. He could slam the door in my face. He could sneer and tell me to fuck off, and I wouldn’t blame him. God, I'd deserve it.</w:t>
      </w:r>
    </w:p>
    <w:p w14:paraId="2FF8D3A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the need burning through my veins, raw, desperate, aching, won’t let me turn back. Because every secret, every broken piece of me is screaming for Kane. For his hands, his mouth, his cruelty that cuts so deep it bleeds truth. I crave his brutal honesty, the way he owns every inch of my body, mind, and soul.</w:t>
      </w:r>
    </w:p>
    <w:p w14:paraId="77DD766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breath stays trapped in my chest, refusing to move until the Langford rises sharply into view, towering like a dark fortress against a storm-heavy sky. Jagged rivers of rain streak down tinted windows, blurring the world outside.</w:t>
      </w:r>
    </w:p>
    <w:p w14:paraId="06133B9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car glides silently to a stop, engine humming gently, waiting.</w:t>
      </w:r>
    </w:p>
    <w:p w14:paraId="2AE2978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Fear claws up my throat, fierce and paralyzing, but I shove it back. Determination fills the void left behind, hot and reckless, refusing to let me run again.</w:t>
      </w:r>
    </w:p>
    <w:p w14:paraId="51DBF74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step out into the rain, the storm lashing mercilessly against my bare skin, punishing me, soaking through my dress in seconds as I cross the sidewalk. The lobby attendant’s eyes widen in startled recognition, flickering uncertainly over my dripping hair and trembling frame, but he buzzes me up without a word.</w:t>
      </w:r>
    </w:p>
    <w:p w14:paraId="7EAB15F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don’t care.</w:t>
      </w:r>
    </w:p>
    <w:p w14:paraId="0476B28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elevator doors close, sealing me inside, alone, heart hammering wildly, pulse echoing in my ears. The numbers rise, slow, merciless…twenty-three, twenty-four, twenty-five…each glowing digit ratcheting my anxiety tighter.</w:t>
      </w:r>
    </w:p>
    <w:p w14:paraId="58AA7F1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Twenty-six, twenty-seven, twenty-eight...</w:t>
      </w:r>
    </w:p>
    <w:p w14:paraId="1FDA5DB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watch, helpless and desperate, as the numbers climb higher, each one pulling me closer to him. And then…</w:t>
      </w:r>
    </w:p>
    <w:p w14:paraId="174AE0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Ding.</w:t>
      </w:r>
    </w:p>
    <w:p w14:paraId="2EA5649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doors slide open to the penthouse floor.</w:t>
      </w:r>
    </w:p>
    <w:p w14:paraId="1A1178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heels leave wet footprints behind me on his pristine marble hallway, evidence of my unraveling. My breathing hitches, lungs straining painfully with anticipation, fear, need, hope.</w:t>
      </w:r>
    </w:p>
    <w:p w14:paraId="2B422F8B" w14:textId="3C4F902A"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freeze outside his door, heart pounding so violently it hurts, my chest heaving as panic and desperation battle inside me. My skin feels raw, every nerve frayed, twisted, tortured. My hand trembles in midair, inches from polished wood, and for a heartbeat I consider running</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away from this, away from him, away from every truth I’m terrified to face.</w:t>
      </w:r>
    </w:p>
    <w:p w14:paraId="2526B918" w14:textId="180653AC"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I don’t run</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Instead, I knock.</w:t>
      </w:r>
    </w:p>
    <w:p w14:paraId="5997A02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Once. Twice.</w:t>
      </w:r>
    </w:p>
    <w:p w14:paraId="28E7576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breath stalls, shuddering helplessly in my chest as silence presses back at me, merciless, unbearable. I knock again, louder now, fist slamming against the door as urgency overtakes shame, as the ache inside me screams louder than the voice in my head begging me to leave.</w:t>
      </w:r>
    </w:p>
    <w:p w14:paraId="4E11BBF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Footsteps.</w:t>
      </w:r>
    </w:p>
    <w:p w14:paraId="1965355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Steady. Controlled. Unyielding.</w:t>
      </w:r>
    </w:p>
    <w:p w14:paraId="5ABB59E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lock clicks open, brutal and final, echoing like a bullet in my chest. The door swings inward, and the world stops spinning entirely.</w:t>
      </w:r>
    </w:p>
    <w:p w14:paraId="607538A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Kane.</w:t>
      </w:r>
    </w:p>
    <w:p w14:paraId="0C0B45E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fills the doorway, body tense, muscles coiled tight, every inch of him radiating fury and hunger and something raw and savage enough to destroy me. His dark eyes burn, glinting with shock that swiftly twists into blistering rage, melting into pure, unchecked need. It slices through me, stripping me down to nothing but bone and blood and a heartbeat begging to be claimed again.</w:t>
      </w:r>
    </w:p>
    <w:p w14:paraId="27862DC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knuckles whiten as his grip tightens brutally on the doorframe, like it’s the only thing keeping him from tearing me apart. His jaw clenches violently, eyes dropping slowly, deliberately, taking in every broken, desperate piece of me: drenched hair tangled against flushed cheeks, mascara smeared down my face like battle scars, lips swollen from biting back sobs. His gaze pauses on my bare finger…my left hand stripped of the lies I wore like armor.</w:t>
      </w:r>
    </w:p>
    <w:p w14:paraId="6195EF5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silence between us stretches, savage and punishing, until my chest feels split wide open beneath the weight of everything I can’t say.</w:t>
      </w:r>
    </w:p>
    <w:p w14:paraId="500CFA6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left,” I whisper, voice cracking softly, trembling yet utterly sure. “I left everything.”</w:t>
      </w:r>
    </w:p>
    <w:p w14:paraId="1CF055E2" w14:textId="5CF6B4EA"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eyes narrow dangerously, tension rippling off him, dark and lethal. My name on his lips is a threat, a warning, a promise. “Camille</w:t>
      </w:r>
      <w:r w:rsidR="007A5F0A" w:rsidRPr="00124F84">
        <w:rPr>
          <w:rFonts w:ascii="Times New Roman" w:hAnsi="Times New Roman" w:cs="Times New Roman"/>
          <w:sz w:val="24"/>
          <w:szCs w:val="24"/>
        </w:rPr>
        <w:t>…</w:t>
      </w:r>
      <w:r w:rsidRPr="00124F84">
        <w:rPr>
          <w:rFonts w:ascii="Times New Roman" w:hAnsi="Times New Roman" w:cs="Times New Roman"/>
          <w:sz w:val="24"/>
          <w:szCs w:val="24"/>
        </w:rPr>
        <w:t>”</w:t>
      </w:r>
    </w:p>
    <w:p w14:paraId="4B1B859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“Kane,” I breathe out, choking on the thousand apologies clawing up my throat, each more brutal than the last. “I’m…I’m so sorry.”</w:t>
      </w:r>
    </w:p>
    <w:p w14:paraId="79E1889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Rain trails down my face, dripping steadily from my chin, splattering onto the flawless marble between us, staining his pristine world with my chaos, my brokenness, my truth.</w:t>
      </w:r>
    </w:p>
    <w:p w14:paraId="5C41D74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doesn’t move, doesn’t speak, but his stare darkens further, raw intensity blazing behind his midnight eyes. Rage tangles with desperate hunger, a savage storm barely restrained beneath that beautiful, brutal surface.</w:t>
      </w:r>
    </w:p>
    <w:p w14:paraId="64EDAC1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Slowly, trembling, I step closer, closing the torturous inches separating us. Rain slips down my throat, over my collarbone, my dress clinging like a confession to every fragile, vulnerable inch of my skin. His gaze burns over me, silent and ruthless, stripping me bare. I lift my chin higher, baring my throat, surrendering every part of myself that he’s already claimed and ruined, begging him to do it again.</w:t>
      </w:r>
    </w:p>
    <w:p w14:paraId="0CEEF52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“If you slam this door in my face,” I whisper, voice shredded, dignity abandoned, “I’ll deserve it. But I’m here, Kane. I’m not running anymore.”</w:t>
      </w:r>
    </w:p>
    <w:p w14:paraId="463E842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chest heaves violently, lungs desperate for air, but my eyes hold his relentlessly. Every secret, every lie, every truth I’ve hidden crashes down at his feet, a silent, messy offering.</w:t>
      </w:r>
    </w:p>
    <w:p w14:paraId="6760702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“I’m standing right here,” I tell him, voice splintering, shaking beneath the weight of everything I feel. “If you need me on my knees, I’ll kneel. If you need me broken, I’ll break. If you need me naked, stripped bare, I’ll take my dress off right now. But I’m done running from you, from us, from whatever twisted, brutal, fucked-up thing we’ve become.”</w:t>
      </w:r>
    </w:p>
    <w:p w14:paraId="79BAA96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 muscle twitches in his jaw, fists white-knuckled against the doorframe, the pulse in his throat racing violently.</w:t>
      </w:r>
    </w:p>
    <w:p w14:paraId="0900F71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want this,” I whisper fiercely, agony slicing through every syllable, tears mixing with the rain, blurring everything but him. “I want you. Every ruthless, dangerous, terrifying part of who you are, who we are together. I want all of it, Kane.”</w:t>
      </w:r>
    </w:p>
    <w:p w14:paraId="0512C80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stays silent, his breathing harsh, tortured, eyes burning into me, the storm raging inside him darker and more dangerous than the one soaking my skin.</w:t>
      </w:r>
    </w:p>
    <w:p w14:paraId="3C8F81C4" w14:textId="68871673"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“Say something,” I beg, desperation clawing its way up my throat, shredding every ounce of pride I’ve ever had. “Anything. Punish me, scream at me, ruin me</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but don’t leave me in this fucking silence. Don’t leave me here like this.”</w:t>
      </w:r>
    </w:p>
    <w:p w14:paraId="687206E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seconds stretch cruelly, painfully, dragging me to the brink.</w:t>
      </w:r>
    </w:p>
    <w:p w14:paraId="797FCFC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“Kane,” I plead, voice breaking, the sound of his name raw and ragged as it rips from my throat. “Please…”</w:t>
      </w:r>
    </w:p>
    <w:p w14:paraId="37536C9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silence cuts deeper than any blade, and suddenly I’m drowning in the agony of it. I don’t even think, my hands moving on their own, fingers grasping at the thin straps of my dress. I pull </w:t>
      </w:r>
      <w:r w:rsidRPr="00124F84">
        <w:rPr>
          <w:rFonts w:ascii="Times New Roman" w:hAnsi="Times New Roman" w:cs="Times New Roman"/>
          <w:sz w:val="24"/>
          <w:szCs w:val="24"/>
        </w:rPr>
        <w:lastRenderedPageBreak/>
        <w:t>them down my shoulders, trembling violently, peeling the fabric from my body, letting it slip over my hips until it pools around my feet in a defeated whisper.</w:t>
      </w:r>
    </w:p>
    <w:p w14:paraId="1679F8E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kick off my shoes next, stepping down until I’m smaller, lower, more vulnerable beneath the ruthless intensity of his stare. I feel exposed, skin prickling with fear and anticipation, stripped raw and desperate in front of him.</w:t>
      </w:r>
    </w:p>
    <w:p w14:paraId="604FAA0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Slowly, deliberately, I sink down onto my knees, the cold marble biting cruelly into my skin, bruising me instantly. My head bows submissively, hair falling forward in a tangled curtain, my breathing ragged and shallow, lungs burning with the weight of my humiliation, my surrender.</w:t>
      </w:r>
    </w:p>
    <w:p w14:paraId="6B3A0FF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trembling hand lifts hesitantly, hovering inches from his thigh. I feel the heat radiating from his body, the barely restrained violence thrumming beneath his skin, but I don’t dare look up.</w:t>
      </w:r>
    </w:p>
    <w:p w14:paraId="2D83D05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Then, gently, desperately, I press my palm against him, a silent plea in the simple act of touching him.</w:t>
      </w:r>
    </w:p>
    <w:p w14:paraId="34DBC63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“Kane,” I whisper brokenly, voice fractured, tears spilling freely, staining my cheeks, dripping helplessly onto the marble at his feet. “This is all I have left to give you. Take it…take me. Break me. Do whatever the hell you want, just don’t turn me away...</w:t>
      </w:r>
      <w:proofErr w:type="gramStart"/>
      <w:r w:rsidRPr="00124F84">
        <w:rPr>
          <w:rFonts w:ascii="Times New Roman" w:hAnsi="Times New Roman" w:cs="Times New Roman"/>
          <w:sz w:val="24"/>
          <w:szCs w:val="24"/>
        </w:rPr>
        <w:t>please..</w:t>
      </w:r>
      <w:proofErr w:type="gramEnd"/>
      <w:r w:rsidRPr="00124F84">
        <w:rPr>
          <w:rFonts w:ascii="Times New Roman" w:hAnsi="Times New Roman" w:cs="Times New Roman"/>
          <w:sz w:val="24"/>
          <w:szCs w:val="24"/>
        </w:rPr>
        <w:t>”</w:t>
      </w:r>
    </w:p>
    <w:p w14:paraId="6E4FD91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shudder, sobbing quietly, my pride in tatters, dignity abandoned completely. I kneel in front of him, stripped bare, soul bleeding openly at his feet.</w:t>
      </w:r>
    </w:p>
    <w:p w14:paraId="0848082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“I’m yours,” I whisper hoarsely, finally lifting my eyes to his, showing him every ugly truth etched across my tear-streaked face. “</w:t>
      </w:r>
      <w:proofErr w:type="gramStart"/>
      <w:r w:rsidRPr="00124F84">
        <w:rPr>
          <w:rFonts w:ascii="Times New Roman" w:hAnsi="Times New Roman" w:cs="Times New Roman"/>
          <w:sz w:val="24"/>
          <w:szCs w:val="24"/>
        </w:rPr>
        <w:t>now</w:t>
      </w:r>
      <w:proofErr w:type="gramEnd"/>
      <w:r w:rsidRPr="00124F84">
        <w:rPr>
          <w:rFonts w:ascii="Times New Roman" w:hAnsi="Times New Roman" w:cs="Times New Roman"/>
          <w:sz w:val="24"/>
          <w:szCs w:val="24"/>
        </w:rPr>
        <w:t>…tomorrow…always.”</w:t>
      </w:r>
    </w:p>
    <w:p w14:paraId="4E6E381B" w14:textId="77777777" w:rsidR="00351B3C" w:rsidRPr="00124F84" w:rsidRDefault="00351B3C" w:rsidP="00124F84">
      <w:pPr>
        <w:spacing w:line="240" w:lineRule="auto"/>
        <w:rPr>
          <w:rFonts w:ascii="Times New Roman" w:hAnsi="Times New Roman" w:cs="Times New Roman"/>
          <w:sz w:val="24"/>
          <w:szCs w:val="24"/>
        </w:rPr>
      </w:pPr>
    </w:p>
    <w:p w14:paraId="756B3F85" w14:textId="77777777" w:rsidR="00351B3C" w:rsidRPr="00C920EB" w:rsidRDefault="00351B3C" w:rsidP="00124F84">
      <w:pPr>
        <w:spacing w:line="240" w:lineRule="auto"/>
        <w:rPr>
          <w:rFonts w:ascii="Times New Roman" w:hAnsi="Times New Roman" w:cs="Times New Roman"/>
          <w:sz w:val="24"/>
          <w:szCs w:val="24"/>
          <w:u w:val="single"/>
        </w:rPr>
      </w:pPr>
      <w:r w:rsidRPr="00C920EB">
        <w:rPr>
          <w:rFonts w:ascii="Times New Roman" w:hAnsi="Times New Roman" w:cs="Times New Roman"/>
          <w:sz w:val="24"/>
          <w:szCs w:val="24"/>
          <w:u w:val="single"/>
        </w:rPr>
        <w:t>Kane</w:t>
      </w:r>
    </w:p>
    <w:p w14:paraId="2E70B7B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Fuck.</w:t>
      </w:r>
    </w:p>
    <w:p w14:paraId="3545D98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She’s on her knees, bare and trembling, palm pressed against my thigh, her skin like fire, branding straight through the fabric of my pants, burning itself into my bones. Camille Sinclair, heiress, princess, goddess…witch…my fucking torment is kneeling, broken, shattered wide open at my feet, begging me with a desperation so raw it shreds something inside my chest.</w:t>
      </w:r>
    </w:p>
    <w:p w14:paraId="53B7D4C8" w14:textId="53B894A9"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This girl isn’t just kneeling in front of me. She’s destroying herself. She’s handing me the sharpest blade imaginable and begging me to plunge it into her chest, twist it deeper, bleed her dry, drain </w:t>
      </w:r>
      <w:proofErr w:type="gramStart"/>
      <w:r w:rsidRPr="00124F84">
        <w:rPr>
          <w:rFonts w:ascii="Times New Roman" w:hAnsi="Times New Roman" w:cs="Times New Roman"/>
          <w:sz w:val="24"/>
          <w:szCs w:val="24"/>
        </w:rPr>
        <w:t>every last</w:t>
      </w:r>
      <w:proofErr w:type="gramEnd"/>
      <w:r w:rsidRPr="00124F84">
        <w:rPr>
          <w:rFonts w:ascii="Times New Roman" w:hAnsi="Times New Roman" w:cs="Times New Roman"/>
          <w:sz w:val="24"/>
          <w:szCs w:val="24"/>
        </w:rPr>
        <w:t xml:space="preserve"> drop of fight left inside her. I’ve watched her hide, run, pretend</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lie so convincingly she almost believed it herself. But now, Camille Sinclair is stripped completely raw, her pride in shreds, dignity bleeding out at my feet, pleading for punishment, forgiveness, redemption. All from me.</w:t>
      </w:r>
    </w:p>
    <w:p w14:paraId="4E6ADF5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want to hurt her, worship her, break her, protect her. I want every fractured, damaged, beautiful piece of this mess we’ve made together.</w:t>
      </w:r>
    </w:p>
    <w:p w14:paraId="7506C88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My jaw clenches hard enough to fracture, knuckles white as I grip the doorframe, forcing myself to stay still, silent, immovable.</w:t>
      </w:r>
    </w:p>
    <w:p w14:paraId="204888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Sinclair belongs to me. Her pain is mine to soothe, mine to inflict. Her tears, mine to drink or wipe away. Every broken piece scattered at my feet, mine to gather, to keep, to possess.</w:t>
      </w:r>
    </w:p>
    <w:p w14:paraId="19B09C1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then</w:t>
      </w:r>
      <w:proofErr w:type="gramStart"/>
      <w:r w:rsidRPr="00124F84">
        <w:rPr>
          <w:rFonts w:ascii="Times New Roman" w:hAnsi="Times New Roman" w:cs="Times New Roman"/>
          <w:sz w:val="24"/>
          <w:szCs w:val="24"/>
        </w:rPr>
        <w:t>…“</w:t>
      </w:r>
      <w:proofErr w:type="gramEnd"/>
      <w:r w:rsidRPr="00124F84">
        <w:rPr>
          <w:rFonts w:ascii="Times New Roman" w:hAnsi="Times New Roman" w:cs="Times New Roman"/>
          <w:sz w:val="24"/>
          <w:szCs w:val="24"/>
        </w:rPr>
        <w:t>I’m yours,” “now…tomorrow…always.”</w:t>
      </w:r>
    </w:p>
    <w:p w14:paraId="2760AAC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last thread of my restraint snaps.</w:t>
      </w:r>
    </w:p>
    <w:p w14:paraId="42850D6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w:t>
      </w:r>
      <w:proofErr w:type="spellStart"/>
      <w:r w:rsidRPr="00124F84">
        <w:rPr>
          <w:rFonts w:ascii="Times New Roman" w:hAnsi="Times New Roman" w:cs="Times New Roman"/>
          <w:sz w:val="24"/>
          <w:szCs w:val="24"/>
        </w:rPr>
        <w:t>fist</w:t>
      </w:r>
      <w:proofErr w:type="spellEnd"/>
      <w:r w:rsidRPr="00124F84">
        <w:rPr>
          <w:rFonts w:ascii="Times New Roman" w:hAnsi="Times New Roman" w:cs="Times New Roman"/>
          <w:sz w:val="24"/>
          <w:szCs w:val="24"/>
        </w:rPr>
        <w:t xml:space="preserve"> tangles in her hair, brutal, merciless, yanking her head back so sharply a fractured sob rips from her throat. Camille’s eyes fly wide, desperate and shattered, and she stares up at me with pure, raw surrender etched in every line of her face.</w:t>
      </w:r>
    </w:p>
    <w:p w14:paraId="05610D1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haul her up, slamming her body against mine with violence, ownership, fucking hunger. Her mouth opens on another sob, and I capture it, crush it, devour it. My kiss is ruthless, savage, stripping </w:t>
      </w:r>
      <w:proofErr w:type="gramStart"/>
      <w:r w:rsidRPr="00124F84">
        <w:rPr>
          <w:rFonts w:ascii="Times New Roman" w:hAnsi="Times New Roman" w:cs="Times New Roman"/>
          <w:sz w:val="24"/>
          <w:szCs w:val="24"/>
        </w:rPr>
        <w:t>every last</w:t>
      </w:r>
      <w:proofErr w:type="gramEnd"/>
      <w:r w:rsidRPr="00124F84">
        <w:rPr>
          <w:rFonts w:ascii="Times New Roman" w:hAnsi="Times New Roman" w:cs="Times New Roman"/>
          <w:sz w:val="24"/>
          <w:szCs w:val="24"/>
        </w:rPr>
        <w:t xml:space="preserve"> broken piece of her soul and swallowing it whole. Her tears, her apologies, her shattered submission, I claim them all, tasting desperation, salt, and burning truth on my tongue.</w:t>
      </w:r>
    </w:p>
    <w:p w14:paraId="773F831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clings to me instantly, legs locking around my waist, thighs trembling as she anchors herself to my body, her bare skin hot, frantic, desperate. Her nails sink into my shoulders, digging hard enough to hurt. I welcome the sting, needing the pain to ground me, to keep me from </w:t>
      </w:r>
      <w:proofErr w:type="gramStart"/>
      <w:r w:rsidRPr="00124F84">
        <w:rPr>
          <w:rFonts w:ascii="Times New Roman" w:hAnsi="Times New Roman" w:cs="Times New Roman"/>
          <w:sz w:val="24"/>
          <w:szCs w:val="24"/>
        </w:rPr>
        <w:t>completely destroying</w:t>
      </w:r>
      <w:proofErr w:type="gramEnd"/>
      <w:r w:rsidRPr="00124F84">
        <w:rPr>
          <w:rFonts w:ascii="Times New Roman" w:hAnsi="Times New Roman" w:cs="Times New Roman"/>
          <w:sz w:val="24"/>
          <w:szCs w:val="24"/>
        </w:rPr>
        <w:t xml:space="preserve"> her right here, right fucking now.</w:t>
      </w:r>
    </w:p>
    <w:p w14:paraId="5A96015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fingers dig into her thighs hard enough to bruise, the muscles flexing beneath my grip, trembling with the effort to hold me. Her heels bite into my back like punishment, like desperation, as if she’s </w:t>
      </w:r>
      <w:proofErr w:type="gramStart"/>
      <w:r w:rsidRPr="00124F84">
        <w:rPr>
          <w:rFonts w:ascii="Times New Roman" w:hAnsi="Times New Roman" w:cs="Times New Roman"/>
          <w:sz w:val="24"/>
          <w:szCs w:val="24"/>
        </w:rPr>
        <w:t>terrified</w:t>
      </w:r>
      <w:proofErr w:type="gramEnd"/>
      <w:r w:rsidRPr="00124F84">
        <w:rPr>
          <w:rFonts w:ascii="Times New Roman" w:hAnsi="Times New Roman" w:cs="Times New Roman"/>
          <w:sz w:val="24"/>
          <w:szCs w:val="24"/>
        </w:rPr>
        <w:t xml:space="preserve"> I’ll vanish if she lets go.</w:t>
      </w:r>
    </w:p>
    <w:p w14:paraId="47BE791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Not fucking happening.</w:t>
      </w:r>
    </w:p>
    <w:p w14:paraId="7138455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kick the door shut violently behind me, letting the crash echo through every dark corner of the penthouse. Let the world hear. Let them know who she belongs to.</w:t>
      </w:r>
    </w:p>
    <w:p w14:paraId="16C805B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breath hitches sharply against my mouth as I drag my lips down her jaw, finding the vulnerable hollow of her throat. My teeth sink in without mercy, biting hard, deep, marking her exactly where she’s softest, where she’ll bruise deepest.</w:t>
      </w:r>
    </w:p>
    <w:p w14:paraId="1290673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screams, not fake, not staged, real, raw, honest pain, and it fucking brands me.</w:t>
      </w:r>
    </w:p>
    <w:p w14:paraId="48D3AC9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savor the taste of her skin, metallic and hot, tongue stroking possessively over the imprint my teeth left behind. She jerks against me, hips rolling desperately, needing friction, needing me. Her fingers tangle in my hair, tugging hard, begging me with breathless, broken little moans.</w:t>
      </w:r>
    </w:p>
    <w:p w14:paraId="7B9155B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 fucking ruin me,” I snarl, teeth scraping roughly up her throat, pressing bruises into delicate skin. “Every goddamn time, Camille. Every fucking time.”</w:t>
      </w:r>
    </w:p>
    <w:p w14:paraId="1191B85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She shudders violently, gasping against my ear, hips grinding urgently, shamelessly, begging for more. But I’m already beyond control, beyond mercy, drowning in the addictive chaos of Camille Sinclair.</w:t>
      </w:r>
    </w:p>
    <w:p w14:paraId="1E5A2625" w14:textId="3E81BD39"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drag my tongue back over the bite mark, sealing it, branding her, staking my claim in a way no one else will ever see but both of us will always feel. She’s marked</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mine. Now. Forever.</w:t>
      </w:r>
    </w:p>
    <w:p w14:paraId="03761DEE" w14:textId="661BE34C"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“Mine,” I whisper darkly, the word harsh, violent, final. A promise and a threat. “Every breath, every heartbeat, every fucking inch of you, Camille. Mine to worship. Mine to </w:t>
      </w:r>
      <w:r w:rsidR="00221CC5">
        <w:rPr>
          <w:rFonts w:ascii="Times New Roman" w:hAnsi="Times New Roman" w:cs="Times New Roman"/>
          <w:sz w:val="24"/>
          <w:szCs w:val="24"/>
        </w:rPr>
        <w:t>fuck</w:t>
      </w:r>
      <w:r w:rsidR="003B20EE">
        <w:rPr>
          <w:rFonts w:ascii="Times New Roman" w:hAnsi="Times New Roman" w:cs="Times New Roman"/>
          <w:sz w:val="24"/>
          <w:szCs w:val="24"/>
        </w:rPr>
        <w:t xml:space="preserve">. </w:t>
      </w:r>
      <w:r w:rsidRPr="00124F84">
        <w:rPr>
          <w:rFonts w:ascii="Times New Roman" w:hAnsi="Times New Roman" w:cs="Times New Roman"/>
          <w:sz w:val="24"/>
          <w:szCs w:val="24"/>
        </w:rPr>
        <w:t>Mine to fucking keep.”</w:t>
      </w:r>
    </w:p>
    <w:p w14:paraId="6566E7A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clings tighter, shaking, nails clawing desperately at my back, holding on as I carry her deeper into the darkness of the penthouse, deeper into me. She buries her face into my neck, breath hitching, skin hot and damp against mine.</w:t>
      </w:r>
    </w:p>
    <w:p w14:paraId="37D3159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toss her onto the bed without gentleness, watching her land breathless and stunned, hair wild, eyes wide. But there’s no escape, no retreat because I’m already on the bed, crawling after her like a predator, stalking forward, shedding my soaked shirt along the way.</w:t>
      </w:r>
    </w:p>
    <w:p w14:paraId="37EF323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eyes track me hungrily, pupils blown wide, lips parted, chest heaving as she tries to scramble backward, instinct kicking in, fighting even as her body begs me closer. She knows…knows this time is different.</w:t>
      </w:r>
    </w:p>
    <w:p w14:paraId="6E66605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This time there’s no running.</w:t>
      </w:r>
    </w:p>
    <w:p w14:paraId="6889D25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No mercy.</w:t>
      </w:r>
    </w:p>
    <w:p w14:paraId="0A569E5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No stopping.</w:t>
      </w:r>
    </w:p>
    <w:p w14:paraId="3804F71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tonight, Camille Sinclair isn’t just submitting to me. Tonight, I’m finally unleashing everything I’ve held back, everything I’ve hidden, every savage, brutal part of myself she ever begged for.</w:t>
      </w:r>
    </w:p>
    <w:p w14:paraId="31885A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grab her ankles and drag her down the mattress in one rough, unforgiving pull, flipping her onto her stomach. Her breath punches out in a gasp, but I’m already tearing into her, ripping the lacy panties down her thighs, yanking the matching bra off with one brutal motion until nothing’s left between her and me. </w:t>
      </w:r>
    </w:p>
    <w:p w14:paraId="56F9CB8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Just skin. </w:t>
      </w:r>
    </w:p>
    <w:p w14:paraId="48026BF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My skin. </w:t>
      </w:r>
    </w:p>
    <w:p w14:paraId="1FF5903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shudders beneath me, bare and trembling, but I don’t give her time to think. I lean over her, mouth grazing her ear, my cock grinding against the curve of her ass, hard, leaking, pulsing with need so vicious it borders on pain.</w:t>
      </w:r>
    </w:p>
    <w:p w14:paraId="2AAB715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Already hers. Always fucking hers.</w:t>
      </w:r>
    </w:p>
    <w:p w14:paraId="0E28EAA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“You don’t get to run anymore,” I growl, voice raw and low, dragging my fingers down her spine as she writhes beneath me. “This isn’t a fucking vacation, Camille. I’m not a break from the world you hate. I am the world now.”</w:t>
      </w:r>
    </w:p>
    <w:p w14:paraId="52BE074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whimpers, trying to push up on her elbows, but I slam my hand down on the mattress beside her face, caging her in.</w:t>
      </w:r>
    </w:p>
    <w:p w14:paraId="5F29A14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“There’s no more going back. You hear me?” My voice is a razor across her skin, every word </w:t>
      </w:r>
      <w:proofErr w:type="gramStart"/>
      <w:r w:rsidRPr="00124F84">
        <w:rPr>
          <w:rFonts w:ascii="Times New Roman" w:hAnsi="Times New Roman" w:cs="Times New Roman"/>
          <w:sz w:val="24"/>
          <w:szCs w:val="24"/>
        </w:rPr>
        <w:t>deliberate</w:t>
      </w:r>
      <w:proofErr w:type="gramEnd"/>
      <w:r w:rsidRPr="00124F84">
        <w:rPr>
          <w:rFonts w:ascii="Times New Roman" w:hAnsi="Times New Roman" w:cs="Times New Roman"/>
          <w:sz w:val="24"/>
          <w:szCs w:val="24"/>
        </w:rPr>
        <w:t>. “That part of your life is dead. The pretending. The lies. The fake smiles and perfect pearls and that ring he bought you to own you.”</w:t>
      </w:r>
    </w:p>
    <w:p w14:paraId="5B1E12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closer, lips brushing her temple, my cock lined up at her entrance.</w:t>
      </w:r>
    </w:p>
    <w:p w14:paraId="2BC686D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 one touches you but me,” I whisper, sliding the thick head against her soaking slit, teasing her, making her wait. “No one fucking owns you but me.”</w:t>
      </w:r>
    </w:p>
    <w:p w14:paraId="7A2FEF2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moans, high and desperate...waiting.</w:t>
      </w:r>
    </w:p>
    <w:p w14:paraId="1BF6671D" w14:textId="77777777" w:rsidR="00351B3C" w:rsidRPr="00124F84" w:rsidRDefault="00351B3C" w:rsidP="00124F84">
      <w:pPr>
        <w:spacing w:line="240" w:lineRule="auto"/>
        <w:rPr>
          <w:rFonts w:ascii="Times New Roman" w:hAnsi="Times New Roman" w:cs="Times New Roman"/>
          <w:sz w:val="24"/>
          <w:szCs w:val="24"/>
        </w:rPr>
      </w:pPr>
      <w:proofErr w:type="gramStart"/>
      <w:r w:rsidRPr="00124F84">
        <w:rPr>
          <w:rFonts w:ascii="Times New Roman" w:hAnsi="Times New Roman" w:cs="Times New Roman"/>
          <w:sz w:val="24"/>
          <w:szCs w:val="24"/>
        </w:rPr>
        <w:t>So</w:t>
      </w:r>
      <w:proofErr w:type="gramEnd"/>
      <w:r w:rsidRPr="00124F84">
        <w:rPr>
          <w:rFonts w:ascii="Times New Roman" w:hAnsi="Times New Roman" w:cs="Times New Roman"/>
          <w:sz w:val="24"/>
          <w:szCs w:val="24"/>
        </w:rPr>
        <w:t xml:space="preserve"> I push in.</w:t>
      </w:r>
    </w:p>
    <w:p w14:paraId="56DE830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w:t>
      </w:r>
    </w:p>
    <w:p w14:paraId="31546B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All the way.</w:t>
      </w:r>
    </w:p>
    <w:p w14:paraId="0E9C63B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Deep.</w:t>
      </w:r>
    </w:p>
    <w:p w14:paraId="20AB07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cries out, back arching, muscles clenching as I bottom out inside her, thick and hard and unchanging. I stay there, buried to the hilt, grinding my hips against her ass as she trembles beneath me.</w:t>
      </w:r>
    </w:p>
    <w:p w14:paraId="5C3C48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the moment she breaks.</w:t>
      </w:r>
    </w:p>
    <w:p w14:paraId="0FAA27D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want her to remember it for the rest of her life.</w:t>
      </w:r>
    </w:p>
    <w:p w14:paraId="0DC6304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permanent,” I breathe against her neck, voice guttural as I start to move. “Every thrust, every bruise, every mark I leave…it’s all fucking forever.”</w:t>
      </w:r>
    </w:p>
    <w:p w14:paraId="0735F15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she gasps, voice splintered, lost, surrendering.</w:t>
      </w:r>
    </w:p>
    <w:p w14:paraId="3B78C4F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“Yeah…say my name,” I demand, hips rolling brutally slow, making her feel every inch, every nerve, every claim I lay to her body.</w:t>
      </w:r>
    </w:p>
    <w:p w14:paraId="2329053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“Kane…!” she sobs louder, voice frayed, ruined.</w:t>
      </w:r>
    </w:p>
    <w:p w14:paraId="77B9950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lean over her back, mouth against her ear, lips brushing tenderly against her skin, a stark contrast to the brutal thrusts that refuse to let her forget who’s inside her.</w:t>
      </w:r>
    </w:p>
    <w:p w14:paraId="2597E28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spellStart"/>
      <w:r w:rsidRPr="00124F84">
        <w:rPr>
          <w:rFonts w:ascii="Times New Roman" w:hAnsi="Times New Roman" w:cs="Times New Roman"/>
          <w:sz w:val="24"/>
          <w:szCs w:val="24"/>
        </w:rPr>
        <w:t>Te</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amo</w:t>
      </w:r>
      <w:proofErr w:type="spellEnd"/>
      <w:r w:rsidRPr="00124F84">
        <w:rPr>
          <w:rFonts w:ascii="Times New Roman" w:hAnsi="Times New Roman" w:cs="Times New Roman"/>
          <w:sz w:val="24"/>
          <w:szCs w:val="24"/>
        </w:rPr>
        <w:t>,” I breathe, raw and honest, the words heavy with something I’ve never given anyone. Something I promised myself I never would. “</w:t>
      </w:r>
      <w:proofErr w:type="spellStart"/>
      <w:r w:rsidRPr="00124F84">
        <w:rPr>
          <w:rFonts w:ascii="Times New Roman" w:hAnsi="Times New Roman" w:cs="Times New Roman"/>
          <w:sz w:val="24"/>
          <w:szCs w:val="24"/>
        </w:rPr>
        <w:t>Te</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amo</w:t>
      </w:r>
      <w:proofErr w:type="spellEnd"/>
      <w:r w:rsidRPr="00124F84">
        <w:rPr>
          <w:rFonts w:ascii="Times New Roman" w:hAnsi="Times New Roman" w:cs="Times New Roman"/>
          <w:sz w:val="24"/>
          <w:szCs w:val="24"/>
        </w:rPr>
        <w:t>, Camille.”</w:t>
      </w:r>
    </w:p>
    <w:p w14:paraId="4EDAF1F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shatters instantly.</w:t>
      </w:r>
    </w:p>
    <w:p w14:paraId="4082950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Violent, helpless, beautiful.</w:t>
      </w:r>
    </w:p>
    <w:p w14:paraId="6C9B519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body clenches around me, impossibly tight, pulling me under, dragging me into oblivion with her. And I don’t fucking fight it, I give in, pouring everything I have into her, body and soul and secrets and darkness.</w:t>
      </w:r>
    </w:p>
    <w:p w14:paraId="1D96860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When we collapse, breathless, sweat-slicked, hearts hammering in perfect chaos, I pull her close, wrapping my arm tight around her waist, burying my face into her tangled hair, breathing her in like salvation, like poison, like home.</w:t>
      </w:r>
    </w:p>
    <w:p w14:paraId="32A038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spellStart"/>
      <w:r w:rsidRPr="00124F84">
        <w:rPr>
          <w:rFonts w:ascii="Times New Roman" w:hAnsi="Times New Roman" w:cs="Times New Roman"/>
          <w:sz w:val="24"/>
          <w:szCs w:val="24"/>
        </w:rPr>
        <w:t>Te</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amo</w:t>
      </w:r>
      <w:proofErr w:type="spellEnd"/>
      <w:r w:rsidRPr="00124F84">
        <w:rPr>
          <w:rFonts w:ascii="Times New Roman" w:hAnsi="Times New Roman" w:cs="Times New Roman"/>
          <w:sz w:val="24"/>
          <w:szCs w:val="24"/>
        </w:rPr>
        <w:t>,” I whisper again, softer this time, vulnerable and dangerous all at once, pressing the words deeper into her skin like a brand. “You hear me, Camille? This isn’t lust. It’s our ruin. You don’t come back from this. Neither of us does.”</w:t>
      </w:r>
    </w:p>
    <w:p w14:paraId="4793E4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doesn’t answer.</w:t>
      </w:r>
    </w:p>
    <w:p w14:paraId="0FB5CE8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she doesn’t have to.</w:t>
      </w:r>
    </w:p>
    <w:p w14:paraId="4CC0B7B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Because her body curls into mine, melting against me in exhausted surrender, her breathing steadying, matching mine heartbeat for heartbeat.</w:t>
      </w:r>
    </w:p>
    <w:p w14:paraId="18546A1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know, I know without a fucking doubt, that she finally understands exactly what this is.</w:t>
      </w:r>
    </w:p>
    <w:p w14:paraId="79774E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Exactly what we’ve become.</w:t>
      </w:r>
    </w:p>
    <w:p w14:paraId="711E678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twisted, beautiful fucking disaster.</w:t>
      </w:r>
    </w:p>
    <w:p w14:paraId="3676664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I’ll destroy anything that threatens to tear us apart again.</w:t>
      </w:r>
    </w:p>
    <w:p w14:paraId="773DBF1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
    <w:p w14:paraId="16D83896" w14:textId="77777777" w:rsidR="00351B3C" w:rsidRPr="00124F84" w:rsidRDefault="00351B3C" w:rsidP="00124F84">
      <w:pPr>
        <w:spacing w:line="240" w:lineRule="auto"/>
        <w:rPr>
          <w:rFonts w:ascii="Times New Roman" w:hAnsi="Times New Roman" w:cs="Times New Roman"/>
          <w:sz w:val="24"/>
          <w:szCs w:val="24"/>
        </w:rPr>
      </w:pPr>
    </w:p>
    <w:p w14:paraId="7FFF8F8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We lie there.</w:t>
      </w:r>
    </w:p>
    <w:p w14:paraId="0A333C3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Breathless.</w:t>
      </w:r>
    </w:p>
    <w:p w14:paraId="6A99C6B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Wrecked.</w:t>
      </w:r>
    </w:p>
    <w:p w14:paraId="286A732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sound of rain tapers into the quiet, distant and rhythmic, like the world finally understands it needs to shut the fuck up and let this moment breathe.</w:t>
      </w:r>
    </w:p>
    <w:p w14:paraId="16CFF9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back is pressed to my chest, our legs tangled, her skin slick and flushed from everything we just did, everything we are. My arm’s locked around her waist, like my body knows it can’t risk losing her even now.</w:t>
      </w:r>
    </w:p>
    <w:p w14:paraId="439730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still inside her.</w:t>
      </w:r>
    </w:p>
    <w:p w14:paraId="1A1A5FF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Still buried so deep it feels like my soul is lodged between her ribs.</w:t>
      </w:r>
    </w:p>
    <w:p w14:paraId="00E0AEB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then…</w:t>
      </w:r>
    </w:p>
    <w:p w14:paraId="469BABD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Her hand slides over mine.</w:t>
      </w:r>
    </w:p>
    <w:p w14:paraId="5D1B957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 Gentle. Intentional.</w:t>
      </w:r>
    </w:p>
    <w:p w14:paraId="0641FD6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threads her fingers through mine, lacing them tight, like a vow. Her palm is soft and trembling in mine, and for a second, I almost miss the shift, until she lifts our joined hands and presses her lips to my knuckles.</w:t>
      </w:r>
    </w:p>
    <w:p w14:paraId="2CA325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kiss so soft, it cuts sharper than any scream.</w:t>
      </w:r>
    </w:p>
    <w:p w14:paraId="09F474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breath is warm, shaky against my skin. Her mouth lingers on the tattoo inked across my hand. The one that used to mean revenge.</w:t>
      </w:r>
    </w:p>
    <w:p w14:paraId="0233E6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Now it just means her.</w:t>
      </w:r>
    </w:p>
    <w:p w14:paraId="1C2365A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kisses each finger like she’s soothing every scar, every kill, every sin I’ve dragged through this life just to make it to this exact moment.</w:t>
      </w:r>
    </w:p>
    <w:p w14:paraId="14FEEC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Then she shifts.</w:t>
      </w:r>
    </w:p>
    <w:p w14:paraId="12B32E7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Slowly. Carefully.</w:t>
      </w:r>
    </w:p>
    <w:p w14:paraId="7F09EFA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Rolls in my arms and presses her lips to my chest, right over my heart.</w:t>
      </w:r>
    </w:p>
    <w:p w14:paraId="3B3BDF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she says it.</w:t>
      </w:r>
    </w:p>
    <w:p w14:paraId="030807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Quietly.</w:t>
      </w:r>
    </w:p>
    <w:p w14:paraId="6611371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So quietly I almost miss it.</w:t>
      </w:r>
    </w:p>
    <w:p w14:paraId="3D7B2F1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love you Kane.”</w:t>
      </w:r>
    </w:p>
    <w:p w14:paraId="39C99B7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go still. Every cell in my body locking down, tightening, bracing like I’ve been shot point-blank.</w:t>
      </w:r>
    </w:p>
    <w:p w14:paraId="065EA4A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voice is hoarse but certain. That low, deliberate tone she only uses when she means it. When it costs her something.</w:t>
      </w:r>
    </w:p>
    <w:p w14:paraId="77DECAB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palm flattens over my chest, feeling the chaos inside me, like she knows what she just did to me. What those words just did to me.</w:t>
      </w:r>
    </w:p>
    <w:p w14:paraId="3913D5F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lifts her head.</w:t>
      </w:r>
    </w:p>
    <w:p w14:paraId="4903B4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Her eyes meet mine, glass-soft, vulnerable, burning with that same ache I’ve been dragging through every fucking day without her. She leans in again, closer, closer still, until her lips brush against mine and she whispers it again.</w:t>
      </w:r>
    </w:p>
    <w:p w14:paraId="2E3826A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spellStart"/>
      <w:r w:rsidRPr="00124F84">
        <w:rPr>
          <w:rFonts w:ascii="Times New Roman" w:hAnsi="Times New Roman" w:cs="Times New Roman"/>
          <w:sz w:val="24"/>
          <w:szCs w:val="24"/>
        </w:rPr>
        <w:t>Te</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amo</w:t>
      </w:r>
      <w:proofErr w:type="spellEnd"/>
      <w:r w:rsidRPr="00124F84">
        <w:rPr>
          <w:rFonts w:ascii="Times New Roman" w:hAnsi="Times New Roman" w:cs="Times New Roman"/>
          <w:sz w:val="24"/>
          <w:szCs w:val="24"/>
        </w:rPr>
        <w:t>.”</w:t>
      </w:r>
    </w:p>
    <w:p w14:paraId="3B3060B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Spanish.</w:t>
      </w:r>
    </w:p>
    <w:p w14:paraId="49FA0F5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language. My curse. My fucking undoing.</w:t>
      </w:r>
    </w:p>
    <w:p w14:paraId="192C2AF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Spoken like she’s known it her whole life.</w:t>
      </w:r>
    </w:p>
    <w:p w14:paraId="4E78365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Spoken like she owns it now.</w:t>
      </w:r>
    </w:p>
    <w:p w14:paraId="74C8A84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can’t breathe.</w:t>
      </w:r>
    </w:p>
    <w:p w14:paraId="50ED7AD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Can’t move.</w:t>
      </w:r>
    </w:p>
    <w:p w14:paraId="418FA2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She kisses me gently, again and again, lips dragging over mine like she’s trying to pour the words into me, like she wants them in my blood, my bones, my fucking soul.</w:t>
      </w:r>
    </w:p>
    <w:p w14:paraId="3E4FE73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spellStart"/>
      <w:r w:rsidRPr="00124F84">
        <w:rPr>
          <w:rFonts w:ascii="Times New Roman" w:hAnsi="Times New Roman" w:cs="Times New Roman"/>
          <w:sz w:val="24"/>
          <w:szCs w:val="24"/>
        </w:rPr>
        <w:t>Te</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amo</w:t>
      </w:r>
      <w:proofErr w:type="spellEnd"/>
      <w:r w:rsidRPr="00124F84">
        <w:rPr>
          <w:rFonts w:ascii="Times New Roman" w:hAnsi="Times New Roman" w:cs="Times New Roman"/>
          <w:sz w:val="24"/>
          <w:szCs w:val="24"/>
        </w:rPr>
        <w:t>,” she whispers again into my mouth, a breath, a confession, a chain.</w:t>
      </w:r>
    </w:p>
    <w:p w14:paraId="1A65CF6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grip on her tightens, and I kiss her back like I’ve waited a lifetime. No hunger. No violence. Just mouth to mouth, tongue to tongue, holding her so close I swear we’re the same body, same breath, same fucking heartbeat.</w:t>
      </w:r>
    </w:p>
    <w:p w14:paraId="4ED31CA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I know.</w:t>
      </w:r>
    </w:p>
    <w:p w14:paraId="14000CC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This is it.</w:t>
      </w:r>
    </w:p>
    <w:p w14:paraId="60F66E9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There’s no going back.</w:t>
      </w:r>
    </w:p>
    <w:p w14:paraId="68FDFB0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There never was.</w:t>
      </w:r>
    </w:p>
    <w:p w14:paraId="72937F9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br w:type="page"/>
      </w:r>
    </w:p>
    <w:p w14:paraId="1F9304CC" w14:textId="77777777" w:rsidR="00351B3C" w:rsidRPr="00124F84" w:rsidRDefault="00351B3C" w:rsidP="00124F84">
      <w:pPr>
        <w:spacing w:line="240" w:lineRule="auto"/>
        <w:rPr>
          <w:rFonts w:ascii="Times New Roman" w:hAnsi="Times New Roman" w:cs="Times New Roman"/>
          <w:sz w:val="24"/>
          <w:szCs w:val="24"/>
        </w:rPr>
      </w:pPr>
    </w:p>
    <w:p w14:paraId="662BD575" w14:textId="00DB739B" w:rsidR="00351B3C" w:rsidRPr="009B69AC" w:rsidRDefault="00351B3C" w:rsidP="009B69AC">
      <w:pPr>
        <w:pStyle w:val="Heading2"/>
        <w:rPr>
          <w:rFonts w:ascii="Times New Roman" w:hAnsi="Times New Roman" w:cs="Times New Roman"/>
          <w:b/>
          <w:bCs/>
        </w:rPr>
      </w:pPr>
      <w:r w:rsidRPr="009B69AC">
        <w:rPr>
          <w:rFonts w:ascii="Times New Roman" w:hAnsi="Times New Roman" w:cs="Times New Roman"/>
          <w:b/>
          <w:bCs/>
        </w:rPr>
        <w:t xml:space="preserve">Chapter </w:t>
      </w:r>
      <w:r w:rsidR="00A45D83">
        <w:rPr>
          <w:rFonts w:ascii="Times New Roman" w:hAnsi="Times New Roman" w:cs="Times New Roman"/>
          <w:b/>
          <w:bCs/>
        </w:rPr>
        <w:t>Sixteen</w:t>
      </w:r>
      <w:r w:rsidRPr="009B69AC">
        <w:rPr>
          <w:rFonts w:ascii="Times New Roman" w:hAnsi="Times New Roman" w:cs="Times New Roman"/>
          <w:b/>
          <w:bCs/>
        </w:rPr>
        <w:t xml:space="preserve"> </w:t>
      </w:r>
    </w:p>
    <w:p w14:paraId="3AA8D10E" w14:textId="77777777" w:rsidR="00351B3C" w:rsidRPr="00124F84" w:rsidRDefault="00351B3C" w:rsidP="00124F84">
      <w:pPr>
        <w:spacing w:line="240" w:lineRule="auto"/>
        <w:rPr>
          <w:rFonts w:ascii="Times New Roman" w:hAnsi="Times New Roman" w:cs="Times New Roman"/>
          <w:sz w:val="24"/>
          <w:szCs w:val="24"/>
          <w:u w:val="single"/>
        </w:rPr>
      </w:pPr>
    </w:p>
    <w:p w14:paraId="7968E0F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u w:val="single"/>
        </w:rPr>
        <w:t>Kane</w:t>
      </w:r>
    </w:p>
    <w:p w14:paraId="478B96F5"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phone vibrates violently on the nightstand, ripping me from sleep with brutal efficiency.</w:t>
      </w:r>
    </w:p>
    <w:p w14:paraId="512B216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Camille shifts against my chest, murmuring softly, lashes fluttering as she drifts deeper into dreams. I tighten my arm around her, inhaling the scent of her hair, warm skin pressed into mine.</w:t>
      </w:r>
    </w:p>
    <w:p w14:paraId="7EAE261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phone vibrates again, insistent, urgent. A harsh intrusion into this fragile peace.</w:t>
      </w:r>
    </w:p>
    <w:p w14:paraId="79F7415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glance at the screen, jaw tightening.</w:t>
      </w:r>
    </w:p>
    <w:p w14:paraId="1D92F82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w:t>
      </w:r>
    </w:p>
    <w:p w14:paraId="2A47D880"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Fuck.</w:t>
      </w:r>
    </w:p>
    <w:p w14:paraId="21496D8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Carefully, quietly, I untangle myself from Camille’s warmth, pulling away gently so she doesn’t wake. Her lips part slightly, fingers twitching on the sheets. She reaches for me instinctively, and something inside my chest clenches at how quickly, how easily she’s learned to reach for me, even in her sleep.</w:t>
      </w:r>
    </w:p>
    <w:p w14:paraId="18FBDBB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grab my phone, stepping silently into the living room, pulling the sliding door shut behind me. The skyline is still dark outside, Manhattan sprawled like a glittering threat below, a stark reminder of the life I built, brick by bloodied brick.</w:t>
      </w:r>
    </w:p>
    <w:p w14:paraId="1129B9A1"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But when I answer the call, it’s not New York that speaks. It’s Miami.</w:t>
      </w:r>
    </w:p>
    <w:p w14:paraId="08C31269"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And Miami is never kind.</w:t>
      </w:r>
    </w:p>
    <w:p w14:paraId="3EA5ED1C"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“Javi,” I snap quietly, voice low and rough from sleep, but edged with impatience. “This better be good.”</w:t>
      </w:r>
    </w:p>
    <w:p w14:paraId="7E86100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“It’s not.” His voice comes through tense, clipped. Javi doesn’t get tense. Javi never fucking gets tense. Ice settles in my veins, sharp and familiar. “You need to come home, Kane. Now.”</w:t>
      </w:r>
    </w:p>
    <w:p w14:paraId="7821D9F8"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My grip tightens on the phone, heart kicking up. “Details.”</w:t>
      </w:r>
    </w:p>
    <w:p w14:paraId="45B401FE"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“Not over the phone,” he replies swiftly. “But it’s bad. Worse than the shit with the ports. We found something tonight. Someone.”</w:t>
      </w:r>
    </w:p>
    <w:p w14:paraId="25BD53B4"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“Who?”</w:t>
      </w:r>
    </w:p>
    <w:p w14:paraId="6B40DF7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A pause. Short. Sharp. Javi choosing words like weapons. “A message. Directed at you.”</w:t>
      </w:r>
    </w:p>
    <w:p w14:paraId="32CA4947"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turn sharply, eyes narrowing on the bedroom door. Camille sleeps behind it, oblivious, vulnerable, a softness I never deserved but refuse to let go. My heart pounds harder, tension radiating down my spine.</w:t>
      </w:r>
    </w:p>
    <w:p w14:paraId="1569E94F"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 xml:space="preserve">“Is </w:t>
      </w:r>
      <w:proofErr w:type="gramStart"/>
      <w:r w:rsidRPr="00124F84">
        <w:rPr>
          <w:rFonts w:ascii="Times New Roman" w:hAnsi="Times New Roman" w:cs="Times New Roman"/>
          <w:sz w:val="24"/>
          <w:szCs w:val="24"/>
        </w:rPr>
        <w:t>Diego</w:t>
      </w:r>
      <w:proofErr w:type="gramEnd"/>
      <w:r w:rsidRPr="00124F84">
        <w:rPr>
          <w:rFonts w:ascii="Times New Roman" w:hAnsi="Times New Roman" w:cs="Times New Roman"/>
          <w:sz w:val="24"/>
          <w:szCs w:val="24"/>
        </w:rPr>
        <w:t xml:space="preserve"> okay?”</w:t>
      </w:r>
    </w:p>
    <w:p w14:paraId="1B283E3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“For now. But there’s talk, whispers. Someone’s making a move, Kane, and it’s personal.”</w:t>
      </w:r>
    </w:p>
    <w:p w14:paraId="71E86906"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Personal.</w:t>
      </w:r>
    </w:p>
    <w:p w14:paraId="7C11F43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The word hits me like a bullet, tearing open wounds I thought were cauterized years ago. Miami is personal. Diego is personal. His family…my family. Camille…fuck, Camille is personal. Each of them a vulnerability. Each of them something that can be ripped from my grasp.</w:t>
      </w:r>
    </w:p>
    <w:p w14:paraId="57D34862"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“I’m on my way,” I tell him sharply. “Meet me at the hangar. Joaquin too.”</w:t>
      </w:r>
    </w:p>
    <w:p w14:paraId="5F8CC66B"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end the call, pulse hammering, fury coiling inside me like a live wire, ready to snap. Every instinct </w:t>
      </w:r>
      <w:proofErr w:type="gramStart"/>
      <w:r w:rsidRPr="00124F84">
        <w:rPr>
          <w:rFonts w:ascii="Times New Roman" w:hAnsi="Times New Roman" w:cs="Times New Roman"/>
          <w:sz w:val="24"/>
          <w:szCs w:val="24"/>
        </w:rPr>
        <w:t>screams</w:t>
      </w:r>
      <w:proofErr w:type="gramEnd"/>
      <w:r w:rsidRPr="00124F84">
        <w:rPr>
          <w:rFonts w:ascii="Times New Roman" w:hAnsi="Times New Roman" w:cs="Times New Roman"/>
          <w:sz w:val="24"/>
          <w:szCs w:val="24"/>
        </w:rPr>
        <w:t xml:space="preserve"> for violence. For action. But I breathe deeply, forcing control, tightening the reins on the beast clawing at my ribs.</w:t>
      </w:r>
    </w:p>
    <w:p w14:paraId="36A4E983"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Because right now, I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xml:space="preserve"> deal with Camille.</w:t>
      </w:r>
    </w:p>
    <w:p w14:paraId="6F9F1CF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open the bedroom door quietly, stepping back inside. She's still wrapped in my sheets, moonlight tracing every perfect curve of her body, auburn curls spilling wildly across my pillow. Beautiful, fragile, and utterly fucking mine.</w:t>
      </w:r>
    </w:p>
    <w:p w14:paraId="4627B39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move closer, leaning over her slowly, lips brushing softly, possessively, along her jaw, down her neck, gentle enough to wake but careful not to startle her.</w:t>
      </w:r>
    </w:p>
    <w:p w14:paraId="7C21324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“Camille,” I whisper against her warm skin, voice low, coaxing. “Wake up.”</w:t>
      </w:r>
    </w:p>
    <w:p w14:paraId="2092646C" w14:textId="52ED3BE9"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She shifts slightly, breathing hitching as she murmurs my name, slowly pulled from sleep. Her lashes flutter open, heavy and trusting, eyes filled with soft </w:t>
      </w:r>
      <w:proofErr w:type="gramStart"/>
      <w:r w:rsidRPr="00124F84">
        <w:rPr>
          <w:rFonts w:ascii="Times New Roman" w:hAnsi="Times New Roman" w:cs="Times New Roman"/>
          <w:sz w:val="24"/>
          <w:szCs w:val="24"/>
        </w:rPr>
        <w:t>confusion</w:t>
      </w:r>
      <w:proofErr w:type="gramEnd"/>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and something clenches violently deep in my chest.</w:t>
      </w:r>
    </w:p>
    <w:p w14:paraId="2B2357A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trusts me.</w:t>
      </w:r>
    </w:p>
    <w:p w14:paraId="05E77CE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“Kane?” she rasps softly, voice sleep-rough and vulnerable, her gaze lifting to mine, searching. “What's wrong?”</w:t>
      </w:r>
    </w:p>
    <w:p w14:paraId="1CAEDFA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“Something came up,” I say quietly, brushing the hair gently back from her face, my thumb lingering on her cheek. “I have to leave.”</w:t>
      </w:r>
    </w:p>
    <w:p w14:paraId="6AE25E60" w14:textId="77777777" w:rsidR="007A5F0A"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body stiffens instantly beneath me, tension coiling tight in her muscles, sleep vanishing like it never existed. Her eyes flash wide, suddenly sharp, fear slicing through the soft haze of trust.</w:t>
      </w:r>
    </w:p>
    <w:p w14:paraId="7E9A4267" w14:textId="47C4FB1D"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Her fingers clutch the sheets like they’re the only thing keeping her from breaking. The second I say I </w:t>
      </w:r>
      <w:proofErr w:type="gramStart"/>
      <w:r w:rsidRPr="00124F84">
        <w:rPr>
          <w:rFonts w:ascii="Times New Roman" w:hAnsi="Times New Roman" w:cs="Times New Roman"/>
          <w:sz w:val="24"/>
          <w:szCs w:val="24"/>
        </w:rPr>
        <w:t>have to</w:t>
      </w:r>
      <w:proofErr w:type="gramEnd"/>
      <w:r w:rsidRPr="00124F84">
        <w:rPr>
          <w:rFonts w:ascii="Times New Roman" w:hAnsi="Times New Roman" w:cs="Times New Roman"/>
          <w:sz w:val="24"/>
          <w:szCs w:val="24"/>
        </w:rPr>
        <w:t xml:space="preserve"> leave, I feel it</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everything in her pulls taut.</w:t>
      </w:r>
    </w:p>
    <w:p w14:paraId="7EF263D9" w14:textId="73F0332D"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“What…” she breathes, voice fraying, “why? Did I</w:t>
      </w:r>
      <w:r w:rsidR="007A5F0A" w:rsidRPr="00124F84">
        <w:rPr>
          <w:rFonts w:ascii="Times New Roman" w:hAnsi="Times New Roman" w:cs="Times New Roman"/>
          <w:sz w:val="24"/>
          <w:szCs w:val="24"/>
        </w:rPr>
        <w:t>…</w:t>
      </w:r>
      <w:r w:rsidRPr="00124F84">
        <w:rPr>
          <w:rFonts w:ascii="Times New Roman" w:hAnsi="Times New Roman" w:cs="Times New Roman"/>
          <w:sz w:val="24"/>
          <w:szCs w:val="24"/>
        </w:rPr>
        <w:t>did I do something?”</w:t>
      </w:r>
    </w:p>
    <w:p w14:paraId="33ED748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Fuck.</w:t>
      </w:r>
    </w:p>
    <w:p w14:paraId="379CC3F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exhale slowly, dragging my palm along her cheek, her jaw, the soft dip beneath her ear. “No,” I say, voice low, firm. “You didn’t do anything.”</w:t>
      </w:r>
    </w:p>
    <w:p w14:paraId="5C366059" w14:textId="60E84B2B"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But the damage is done. She’s wide awake now, bare and vulnerable, eyes flicking over my face like she’s trying to read what I’m not saying.</w:t>
      </w:r>
    </w:p>
    <w:p w14:paraId="2D1B1A1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lean in, pressing my forehead hard against hers, breathing her in until my chest aches with the weight of everything I’m holding back. I need her close enough to sink into my bloodstream, deep enough that no one could ever cut her out.</w:t>
      </w:r>
    </w:p>
    <w:p w14:paraId="03C3A89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“You’re coming with me,” I say, voice low and rough, leaving no room for questions, arguments, or escape.</w:t>
      </w:r>
    </w:p>
    <w:p w14:paraId="042754F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blinks, startled, confusion bleeding rapidly into something wary, uncertain. Her fingers twist tighter into the sheets, clinging to the fragile illusion of safety I’ve just shattered.</w:t>
      </w:r>
    </w:p>
    <w:p w14:paraId="73F44739" w14:textId="49B58EAA"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“What</w:t>
      </w:r>
      <w:r w:rsidR="007A5F0A" w:rsidRPr="00124F84">
        <w:rPr>
          <w:rFonts w:ascii="Times New Roman" w:hAnsi="Times New Roman" w:cs="Times New Roman"/>
          <w:sz w:val="24"/>
          <w:szCs w:val="24"/>
        </w:rPr>
        <w:t>…?</w:t>
      </w:r>
      <w:r w:rsidRPr="00124F84">
        <w:rPr>
          <w:rFonts w:ascii="Times New Roman" w:hAnsi="Times New Roman" w:cs="Times New Roman"/>
          <w:sz w:val="24"/>
          <w:szCs w:val="24"/>
        </w:rPr>
        <w:t>” Her voice is small, unsteady. “Why?”</w:t>
      </w:r>
    </w:p>
    <w:p w14:paraId="7D5D435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I’m not leaving you here. Not tonight. Not fucking ever.” I pull back just enough to hold her gaze, letting her see the sharp edge beneath my words. “We’re going to Miami. I have business.”</w:t>
      </w:r>
    </w:p>
    <w:p w14:paraId="7DECBD76" w14:textId="65465F60"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pulse jumps visibly, rapid and erratic, in the hollow of her throat. Her eyes search mine, wide and desperate, wanting answers I won’t give. Answers she doesn’t need yet. She doesn’t know what I am in Miami</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the ruthless, merciless version of me who built an empire on blood and bones.</w:t>
      </w:r>
    </w:p>
    <w:p w14:paraId="7E2D50D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she doesn’t know yet how easily that darkness will devour her too.</w:t>
      </w:r>
    </w:p>
    <w:p w14:paraId="2B8488B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She swallows roughly, glancing down at herself, suddenly conscious of how exposed she is beneath my sheets. “I don’t…I don’t have anything to wear.”</w:t>
      </w:r>
    </w:p>
    <w:p w14:paraId="167D2774" w14:textId="7FCC97AF"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stand without answering, crossing the room to the dresser and pulling out one of my shirts</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black, oversized, carrying my scent like a threat, like a claim. I toss it to her, and it lands softly on the bed beside her.</w:t>
      </w:r>
    </w:p>
    <w:p w14:paraId="5A5F3A3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“Wear that.”</w:t>
      </w:r>
    </w:p>
    <w:p w14:paraId="124A6A1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Her eyes widen, disbelieving, wary. “You’re serious.”</w:t>
      </w:r>
    </w:p>
    <w:p w14:paraId="4BD3C63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I let my gaze drag slowly over her bare skin, her tangled hair, the flushed, bruised lips still swollen from my kisses, my bites, my punishment. The shirt will barely cover her </w:t>
      </w:r>
      <w:proofErr w:type="gramStart"/>
      <w:r w:rsidRPr="00124F84">
        <w:rPr>
          <w:rFonts w:ascii="Times New Roman" w:hAnsi="Times New Roman" w:cs="Times New Roman"/>
          <w:sz w:val="24"/>
          <w:szCs w:val="24"/>
        </w:rPr>
        <w:t>thighs,</w:t>
      </w:r>
      <w:proofErr w:type="gramEnd"/>
      <w:r w:rsidRPr="00124F84">
        <w:rPr>
          <w:rFonts w:ascii="Times New Roman" w:hAnsi="Times New Roman" w:cs="Times New Roman"/>
          <w:sz w:val="24"/>
          <w:szCs w:val="24"/>
        </w:rPr>
        <w:t xml:space="preserve"> barely hide the marks I’ve already left behind. Good. I want every fucking eye to see what’s mine. To see exactly what I’ll bleed for.</w:t>
      </w:r>
    </w:p>
    <w:p w14:paraId="16684D7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step forward, gripping her chin firmly between my fingers, forcing her gaze to mine. “If anyone so much as breathes in your direction,” I murmur darkly, “I’ll break every goddamn bone in their body. Do you understand me, Camille?”</w:t>
      </w:r>
    </w:p>
    <w:p w14:paraId="3A701F53" w14:textId="3F91EC09"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Her breath catches, eyes darkening, fear and something else</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something raw, something she won’t admit to yet</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surfacing behind those lush, anxious eyes. Slowly, deliberately, she picks up my shirt, slipping it over her head, fabric sliding over bare curves, clinging like a second skin. No bra. No panties. Nothing beneath but flesh, heat, and my fingerprints still pressed into her bones.</w:t>
      </w:r>
    </w:p>
    <w:p w14:paraId="7A6E983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watch every movement, possessive, merciless, letting her feel my eyes like a brand. When she looks up again, voice cautious and small, there’s a question hovering between us, fragile as glass, dangerous as a blade.</w:t>
      </w:r>
    </w:p>
    <w:p w14:paraId="7FD2EA8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“What kind of business, Kane?”</w:t>
      </w:r>
    </w:p>
    <w:p w14:paraId="597CD1E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run my thumb slowly along the sharp line of her jaw, tracing her pulse, feeling the tension beneath her skin.</w:t>
      </w:r>
    </w:p>
    <w:p w14:paraId="248D6B0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kind I handle myself,” I answer quietly, final and unyielding, watching as understanding flickers into her expression, dread and fascination twisted into something beautifully destructive.</w:t>
      </w:r>
    </w:p>
    <w:p w14:paraId="6050AD4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Miami isn’t just a city.</w:t>
      </w:r>
    </w:p>
    <w:p w14:paraId="1214A20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It’s the place where the darkest parts of me live, thrive, consume. And this time, I’m taking her with me, straight into the heart of that darkness.</w:t>
      </w:r>
    </w:p>
    <w:p w14:paraId="3C98146C" w14:textId="77777777" w:rsidR="00351B3C" w:rsidRPr="00124F84" w:rsidRDefault="00351B3C" w:rsidP="00124F84">
      <w:pPr>
        <w:spacing w:line="240" w:lineRule="auto"/>
        <w:rPr>
          <w:rFonts w:ascii="Times New Roman" w:hAnsi="Times New Roman" w:cs="Times New Roman"/>
          <w:sz w:val="24"/>
          <w:szCs w:val="24"/>
        </w:rPr>
      </w:pPr>
    </w:p>
    <w:p w14:paraId="09AAA8C0" w14:textId="77E9123A" w:rsidR="00351B3C" w:rsidRPr="00124F84" w:rsidRDefault="00351B3C" w:rsidP="00124F84">
      <w:pPr>
        <w:spacing w:line="240" w:lineRule="auto"/>
        <w:rPr>
          <w:rFonts w:ascii="Times New Roman" w:hAnsi="Times New Roman" w:cs="Times New Roman"/>
          <w:sz w:val="24"/>
          <w:szCs w:val="24"/>
          <w:u w:val="single"/>
        </w:rPr>
      </w:pPr>
      <w:r w:rsidRPr="00124F84">
        <w:rPr>
          <w:rFonts w:ascii="Times New Roman" w:hAnsi="Times New Roman" w:cs="Times New Roman"/>
          <w:sz w:val="24"/>
          <w:szCs w:val="24"/>
          <w:u w:val="single"/>
        </w:rPr>
        <w:t>C</w:t>
      </w:r>
      <w:r w:rsidR="00B10325" w:rsidRPr="00124F84">
        <w:rPr>
          <w:rFonts w:ascii="Times New Roman" w:hAnsi="Times New Roman" w:cs="Times New Roman"/>
          <w:sz w:val="24"/>
          <w:szCs w:val="24"/>
          <w:u w:val="single"/>
        </w:rPr>
        <w:t>amille</w:t>
      </w:r>
    </w:p>
    <w:p w14:paraId="73188C2A"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 xml:space="preserve">Somewhere over the Carolinas, the adrenaline fades and reality </w:t>
      </w:r>
      <w:proofErr w:type="gramStart"/>
      <w:r w:rsidRPr="00124F84">
        <w:rPr>
          <w:rFonts w:ascii="Times New Roman" w:hAnsi="Times New Roman" w:cs="Times New Roman"/>
          <w:sz w:val="24"/>
          <w:szCs w:val="24"/>
        </w:rPr>
        <w:t>settles</w:t>
      </w:r>
      <w:proofErr w:type="gramEnd"/>
      <w:r w:rsidRPr="00124F84">
        <w:rPr>
          <w:rFonts w:ascii="Times New Roman" w:hAnsi="Times New Roman" w:cs="Times New Roman"/>
          <w:sz w:val="24"/>
          <w:szCs w:val="24"/>
        </w:rPr>
        <w:t xml:space="preserve"> in.</w:t>
      </w:r>
    </w:p>
    <w:p w14:paraId="0FC60CDD" w14:textId="77777777" w:rsidR="00351B3C" w:rsidRPr="00124F84" w:rsidRDefault="00351B3C" w:rsidP="00124F84">
      <w:pPr>
        <w:spacing w:line="240" w:lineRule="auto"/>
        <w:rPr>
          <w:rFonts w:ascii="Times New Roman" w:hAnsi="Times New Roman" w:cs="Times New Roman"/>
          <w:sz w:val="24"/>
          <w:szCs w:val="24"/>
        </w:rPr>
      </w:pPr>
      <w:r w:rsidRPr="00124F84">
        <w:rPr>
          <w:rFonts w:ascii="Times New Roman" w:hAnsi="Times New Roman" w:cs="Times New Roman"/>
          <w:sz w:val="24"/>
          <w:szCs w:val="24"/>
        </w:rPr>
        <w:t>I have nothing with me. No heels, no makeup bag, not even my phone. Just Kane’s shirt. No bra. No pants. Just this oversized black T-shirt that swallows my body and stops around mid-thigh, and nothing else. That’s all I have between me and him.</w:t>
      </w:r>
    </w:p>
    <w:p w14:paraId="3BE83973" w14:textId="34A360DE"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shirt smells exactly like him</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cedar, leather, and the kind of trouble that makes my stomach flip. Somehow it feels more like armor than anything designer I’ve ever worn.</w:t>
      </w:r>
    </w:p>
    <w:p w14:paraId="56F0CF5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curl up in the plush leather seat beside him, bare legs tucked beneath me, painfully aware of how little clothing stands between us. His palm rests casually on my thigh, thumb tracing slow, lazy circles that send shivers skittering over every nerve ending.</w:t>
      </w:r>
    </w:p>
    <w:p w14:paraId="6F4EF8E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 realize I packed nothing,” I murmur, my voice low, blending into the steady hum of the jet. “Not a bra, not even toothpaste.”</w:t>
      </w:r>
    </w:p>
    <w:p w14:paraId="43B0580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gaze dips slowly, deliberately, down my body, darkening at every inch of exposed skin he claims along the way. When his eyes meet mine again, they’re heated, possessive. “You don’t need anything else,” he says quietly. “You look better in my clothes anyway.”</w:t>
      </w:r>
    </w:p>
    <w:p w14:paraId="5F2E5D7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snort softly, glancing down. “You mean I look like a half-naked hostage.”</w:t>
      </w:r>
    </w:p>
    <w:p w14:paraId="10C44BF1" w14:textId="312D6E6C"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“No,” he corrects, voice calm, controlled. “I mean you look exactly how I like you</w:t>
      </w:r>
      <w:r w:rsidR="007A5F0A" w:rsidRPr="00124F84">
        <w:rPr>
          <w:rFonts w:ascii="Times New Roman" w:hAnsi="Times New Roman" w:cs="Times New Roman"/>
          <w:sz w:val="24"/>
          <w:szCs w:val="24"/>
        </w:rPr>
        <w:t>…</w:t>
      </w:r>
      <w:r w:rsidRPr="00124F84">
        <w:rPr>
          <w:rFonts w:ascii="Times New Roman" w:hAnsi="Times New Roman" w:cs="Times New Roman"/>
          <w:sz w:val="24"/>
          <w:szCs w:val="24"/>
        </w:rPr>
        <w:t>mine.”</w:t>
      </w:r>
    </w:p>
    <w:p w14:paraId="55A2086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doesn’t say it like a tease or a threat. Just cold, blunt fact. My pulse quickens, and I look away first.</w:t>
      </w:r>
    </w:p>
    <w:p w14:paraId="44287B6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“Still,” I mutter, clearing my throat, fighting back the flush climbing my neck, “unless you plan for me to wander around Miami half-naked, I’m not exactly decent.”</w:t>
      </w:r>
    </w:p>
    <w:p w14:paraId="60131C8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thumb slides up just beneath the hem of his shirt, brushing bare skin. Heat pools between my thighs instantly.</w:t>
      </w:r>
    </w:p>
    <w:p w14:paraId="583A0F0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“We’ll go shopping when we land,” he says simply.</w:t>
      </w:r>
    </w:p>
    <w:p w14:paraId="466065C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eyes narrow suspiciously. “Your version of shopping better not involve leather and restraints.”</w:t>
      </w:r>
    </w:p>
    <w:p w14:paraId="7B2D470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smirks, eyes sparking dark amusement. “Would you wear them if I asked?”</w:t>
      </w:r>
    </w:p>
    <w:p w14:paraId="130AB92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pulse trips, but I manage a bold glare. “Would you take them off if I did?”</w:t>
      </w:r>
    </w:p>
    <w:p w14:paraId="1D6EC0E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grip tightens on my thigh just enough to make my breath hitch. “I’ll buy you whatever you want.” He leans closer, his lips brushing the shell of my ear, voice velvet-edged with sin. “But for the record? You’ll always look best wearing nothing.”</w:t>
      </w:r>
    </w:p>
    <w:p w14:paraId="3CEB1152" w14:textId="249C7378"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cheeks burn hot, and I duck my head, refusing to let him see exactly how much he affects me. But he already knows</w:t>
      </w:r>
      <w:r w:rsidR="007A5F0A" w:rsidRPr="00124F84">
        <w:rPr>
          <w:rFonts w:ascii="Times New Roman" w:hAnsi="Times New Roman" w:cs="Times New Roman"/>
          <w:sz w:val="24"/>
          <w:szCs w:val="24"/>
        </w:rPr>
        <w:t xml:space="preserve">, </w:t>
      </w:r>
      <w:r w:rsidRPr="00124F84">
        <w:rPr>
          <w:rFonts w:ascii="Times New Roman" w:hAnsi="Times New Roman" w:cs="Times New Roman"/>
          <w:sz w:val="24"/>
          <w:szCs w:val="24"/>
        </w:rPr>
        <w:t>he always does. Sitting here in nothing but his shirt, bare beneath thin black fabric, feels more like myself than anything else I’ve worn.</w:t>
      </w:r>
    </w:p>
    <w:p w14:paraId="2104417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More like I’m already his.</w:t>
      </w:r>
    </w:p>
    <w:p w14:paraId="3B515C4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Outside the jet window, darkness rushes past, city lights flickering beneath us. Miami feels closer now, a storm on the horizon I’m not ready for.</w:t>
      </w:r>
    </w:p>
    <w:p w14:paraId="3B4E2A5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 cabin lights dim, leaving us wrapped in shadows, the hum of the engines blending with the tension lingering thick and unspoken between us. Kane’s hand hasn’t moved from my thigh in over an hour, but his touch grows more dangerous, more deliberate, fingertips dipping lower beneath the shirt’s edge with each passing minute.</w:t>
      </w:r>
    </w:p>
    <w:p w14:paraId="40BC4DC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Testing. Teasing. Torturing.</w:t>
      </w:r>
    </w:p>
    <w:p w14:paraId="1300F89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shift restlessly, stretching my legs across his lap. “You’re not playing fair,” I whisper.</w:t>
      </w:r>
    </w:p>
    <w:p w14:paraId="274E0AF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slides his palm higher, fingers tracing along the sensitive inside of my thigh. “I never said I would.”</w:t>
      </w:r>
    </w:p>
    <w:p w14:paraId="780718C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“You’re insatiable.”</w:t>
      </w:r>
    </w:p>
    <w:p w14:paraId="434E072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glances down, eyes glittering in the darkness. “You’re nearly naked in my jet, wearing nothing but my shirt. What exactly did you expect to happen?”</w:t>
      </w:r>
    </w:p>
    <w:p w14:paraId="2374FEA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was hoping for a nap.”</w:t>
      </w:r>
    </w:p>
    <w:p w14:paraId="5A5AB2F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mouth curves darkly, wickedly. “Wrong answer.”</w:t>
      </w:r>
    </w:p>
    <w:p w14:paraId="6491C86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presses two fingers between my thighs, just enough friction to tear a gasp from my throat.</w:t>
      </w:r>
    </w:p>
    <w:p w14:paraId="47C253F0" w14:textId="1EB6C04B"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“You’re already wet,” he murmurs, voice low, taunting. “Look at that</w:t>
      </w:r>
      <w:r w:rsidR="007A5F0A" w:rsidRPr="00124F84">
        <w:rPr>
          <w:rFonts w:ascii="Times New Roman" w:hAnsi="Times New Roman" w:cs="Times New Roman"/>
          <w:sz w:val="24"/>
          <w:szCs w:val="24"/>
        </w:rPr>
        <w:t>…</w:t>
      </w:r>
      <w:r w:rsidRPr="00124F84">
        <w:rPr>
          <w:rFonts w:ascii="Times New Roman" w:hAnsi="Times New Roman" w:cs="Times New Roman"/>
          <w:sz w:val="24"/>
          <w:szCs w:val="24"/>
        </w:rPr>
        <w:t>I did this.”</w:t>
      </w:r>
    </w:p>
    <w:p w14:paraId="051AF85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shoot him a heated glare, cheeks flaming. “You’re insufferable.”</w:t>
      </w:r>
    </w:p>
    <w:p w14:paraId="76B575B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drags his fingertips back and forth slowly, deliberately, making my hips twitch helplessly beneath his touch. My breathing grows uneven, pulse hammering louder with every stroke.</w:t>
      </w:r>
    </w:p>
    <w:p w14:paraId="2A711CEF" w14:textId="1DD26630"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“Kane…” My gaze flickers nervously toward the cockpit. “What if Joaquin</w:t>
      </w:r>
      <w:r w:rsidR="007A5F0A" w:rsidRPr="00124F84">
        <w:rPr>
          <w:rFonts w:ascii="Times New Roman" w:hAnsi="Times New Roman" w:cs="Times New Roman"/>
          <w:sz w:val="24"/>
          <w:szCs w:val="24"/>
        </w:rPr>
        <w:t>…</w:t>
      </w:r>
      <w:r w:rsidRPr="00124F84">
        <w:rPr>
          <w:rFonts w:ascii="Times New Roman" w:hAnsi="Times New Roman" w:cs="Times New Roman"/>
          <w:sz w:val="24"/>
          <w:szCs w:val="24"/>
        </w:rPr>
        <w:t>”</w:t>
      </w:r>
    </w:p>
    <w:p w14:paraId="506FCC9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“He’s busy flying,” Kane interrupts, leaning forward until his lips brush against the pulse point in my throat. His teeth graze gently, sending sparks racing down my spine. “And even if we crash, Camille, I swear you’ll come before we hit the ground.” </w:t>
      </w:r>
    </w:p>
    <w:p w14:paraId="6C09DAC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 strangled laugh, half-gasp, half-moan, escapes me. “You’re arrogant.”</w:t>
      </w:r>
    </w:p>
    <w:p w14:paraId="511A2D0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eyes burn into mine, dark and devastating. “But I always deliver.”</w:t>
      </w:r>
    </w:p>
    <w:p w14:paraId="743D41D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Without another word, he lifts me effortlessly, pulling me onto his lap. His grip is unyielding, possessive, anchoring me to the heat and hardness of him pressing urgently between my legs.</w:t>
      </w:r>
    </w:p>
    <w:p w14:paraId="6D1319E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His mouth slams onto mine, devouring every gasp, every moan, </w:t>
      </w:r>
      <w:proofErr w:type="gramStart"/>
      <w:r w:rsidRPr="00124F84">
        <w:rPr>
          <w:rFonts w:ascii="Times New Roman" w:hAnsi="Times New Roman" w:cs="Times New Roman"/>
          <w:sz w:val="24"/>
          <w:szCs w:val="24"/>
        </w:rPr>
        <w:t>every single thing</w:t>
      </w:r>
      <w:proofErr w:type="gramEnd"/>
      <w:r w:rsidRPr="00124F84">
        <w:rPr>
          <w:rFonts w:ascii="Times New Roman" w:hAnsi="Times New Roman" w:cs="Times New Roman"/>
          <w:sz w:val="24"/>
          <w:szCs w:val="24"/>
        </w:rPr>
        <w:t xml:space="preserve"> I have left to offer. We kiss like we’re starving, desperate to consume and be consumed, wild and reckless enough to burn the whole fucking plane down.</w:t>
      </w:r>
    </w:p>
    <w:p w14:paraId="10D5ECF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hand slips between us, fingers sliding expertly through my wetness, stroking, circling, dragging a ragged moan from deep inside me. My hips grind down, chasing friction, desperate for more, needing him deeper, rougher, now.</w:t>
      </w:r>
    </w:p>
    <w:p w14:paraId="79F09A2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“Kane…” My voice splinters on his name.</w:t>
      </w:r>
    </w:p>
    <w:p w14:paraId="1E5746A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“Shh,” he murmurs roughly, sliding his fingers up again, slow and deliberate. “Not yet.”</w:t>
      </w:r>
    </w:p>
    <w:p w14:paraId="153F39C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Then his hand moves away abruptly, and before I can protest, he brings those same fingers to my lips.</w:t>
      </w:r>
    </w:p>
    <w:p w14:paraId="35988CD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“Open,” he commands softly, voice dark, eyes locked onto mine, daring me to obey.</w:t>
      </w:r>
    </w:p>
    <w:p w14:paraId="385EFBA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part my lips instantly, no hesitation, no shame. I take his fingers into my mouth, tasting myself, warm, slick, sinful. My tongue wraps around him, licking slowly, deliberately. Sucking gently, I hold his stare, refusing to break eye contact even as my cheeks flush hot and my pulse pounds wildly beneath my skin.</w:t>
      </w:r>
    </w:p>
    <w:p w14:paraId="2EE810D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His thumb brushes over my lower lip, pressing lightly, and I pause, waiting, trembling in anticipation.</w:t>
      </w:r>
    </w:p>
    <w:p w14:paraId="17DA577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“Good girl,” Kane whispers, voice thick with approval, with possession. He watches intently as I suck his fingers deeper, tasting my own need on him, my tongue sliding over his skin slowly, deliberately, shamelessly.</w:t>
      </w:r>
    </w:p>
    <w:p w14:paraId="2E5AC195" w14:textId="6AE9E83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Something raw and primal flares behind his eyes. He pulls his fingers from my mouth, sliding his thumb roughly across my lower lip, my wetness there like a filthy promise. He leans forward, pressing his forehead to mine, our breaths mixing hot and desperate. “You taste that, Camille?” His voice is dark, soft, but utterly ruthless. “That melted, honeyed desire? That’s what I drink when I eat you.” His thumb presses firmer, slipping just inside my mouth, forcing me to take more of him, more of myself. “Every time you’re beneath me, every time you break open for me</w:t>
      </w:r>
      <w:r w:rsidR="00635830" w:rsidRPr="00124F84">
        <w:rPr>
          <w:rFonts w:ascii="Times New Roman" w:hAnsi="Times New Roman" w:cs="Times New Roman"/>
          <w:sz w:val="24"/>
          <w:szCs w:val="24"/>
        </w:rPr>
        <w:t xml:space="preserve">, </w:t>
      </w:r>
      <w:r w:rsidRPr="00124F84">
        <w:rPr>
          <w:rFonts w:ascii="Times New Roman" w:hAnsi="Times New Roman" w:cs="Times New Roman"/>
          <w:i/>
          <w:iCs/>
          <w:sz w:val="24"/>
          <w:szCs w:val="24"/>
        </w:rPr>
        <w:t>this</w:t>
      </w:r>
      <w:r w:rsidRPr="00124F84">
        <w:rPr>
          <w:rFonts w:ascii="Times New Roman" w:hAnsi="Times New Roman" w:cs="Times New Roman"/>
          <w:sz w:val="24"/>
          <w:szCs w:val="24"/>
        </w:rPr>
        <w:t xml:space="preserve"> is what I’m chasing. The way you drip for me, the way you surrender…” His voice trails off, heavy, dangerous, possessive. “You’re my sweetest addiction, muñequita. My favorite way to lose control.” He licks my lips, taking the last trace of my surrender.</w:t>
      </w:r>
    </w:p>
    <w:p w14:paraId="6AC137E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shiver, breath catching as his words sear through me.</w:t>
      </w:r>
    </w:p>
    <w:p w14:paraId="118BBE9E"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"More," I whisper, licking my lips, tasting myself shamelessly, watching his eyes ignite.</w:t>
      </w:r>
    </w:p>
    <w:p w14:paraId="391C715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growls softly, eyes black with hunger. His fingers tighten around my hips, lifting me slightly before settling me firmly over the hard, straining length of him. Slowly, torturously, he slides me along his cock, letting me feel every thick inch, every agonizing pulse through his pants.</w:t>
      </w:r>
    </w:p>
    <w:p w14:paraId="1335DEF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gasp, nails digging into his shoulders, desperate for friction, for contact, for him.</w:t>
      </w:r>
    </w:p>
    <w:p w14:paraId="14B69B7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mouth finds my throat, teeth scraping against delicate skin, biting just enough to leave a mark, a bruise I'll remember for days. "Tell me who owns this pussy," he demands, voice ragged, raw, barely restrained.</w:t>
      </w:r>
    </w:p>
    <w:p w14:paraId="3C761A5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 I moan helplessly, grinding myself down against him, thighs trembling. "Only you."</w:t>
      </w:r>
    </w:p>
    <w:p w14:paraId="19DE333C" w14:textId="445615EE"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eyes flash with dark approval, and in one swift movement, he frees himself, hot, heavy, and thick against my entrance. He doesn't tease, doesn't wait</w:t>
      </w:r>
      <w:r w:rsidR="00635830" w:rsidRPr="00124F84">
        <w:rPr>
          <w:rFonts w:ascii="Times New Roman" w:hAnsi="Times New Roman" w:cs="Times New Roman"/>
          <w:sz w:val="24"/>
          <w:szCs w:val="24"/>
        </w:rPr>
        <w:t xml:space="preserve">, </w:t>
      </w:r>
      <w:r w:rsidRPr="00124F84">
        <w:rPr>
          <w:rFonts w:ascii="Times New Roman" w:hAnsi="Times New Roman" w:cs="Times New Roman"/>
          <w:sz w:val="24"/>
          <w:szCs w:val="24"/>
        </w:rPr>
        <w:t>just thrusts upward, filling me brutally, completely, exactly how I need him.</w:t>
      </w:r>
    </w:p>
    <w:p w14:paraId="7C60494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cry out sharply, arching into him, overwhelmed by the harsh, perfect stretch of him deep inside me.</w:t>
      </w:r>
    </w:p>
    <w:p w14:paraId="14E829B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"Fuck," Kane growls, fingers digging into my hips, guiding me up and down, setting a relentless, punishing rhythm. "Feel how perfect you take me, Camille."</w:t>
      </w:r>
    </w:p>
    <w:p w14:paraId="29964F1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My hands slide up, tangling in his hair, gripping tight as I move against him, losing myself to the sensation. Every stroke is rough, merciless, branding pleasure and pain deep beneath my skin. His mouth claims mine again, tongue ruthless, tasting every desperate sound that escapes me.</w:t>
      </w:r>
    </w:p>
    <w:p w14:paraId="066502D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"Harder," I breathe, hips rolling shamelessly against him, chasing the friction, the heat, the brutal ache he's stirring inside me.</w:t>
      </w:r>
    </w:p>
    <w:p w14:paraId="6C2BCC7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smirks against my lips, voice rough, edged with something dark. "Greedy."</w:t>
      </w:r>
    </w:p>
    <w:p w14:paraId="675119C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thumb presses firmly between us, circling my swollen clit with ruthless precision, pulling a desperate moan from deep in my chest. My body tightens around him, trembling, breaking apart beneath his touch.</w:t>
      </w:r>
    </w:p>
    <w:p w14:paraId="2D56A1A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"Don't stop," I beg, voice shattering, fingers digging into his shoulders, holding on like he's the only thing left keeping me from spinning off this earth.</w:t>
      </w:r>
    </w:p>
    <w:p w14:paraId="6F84BD5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thrusts deeper, rougher, relentless, his rhythm fierce and punishing, every movement a challenge, a claim. He's determined to wreck me, and I'm letting him, willingly, eagerly.</w:t>
      </w:r>
    </w:p>
    <w:p w14:paraId="5260907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"You </w:t>
      </w:r>
      <w:proofErr w:type="spellStart"/>
      <w:r w:rsidRPr="00124F84">
        <w:rPr>
          <w:rFonts w:ascii="Times New Roman" w:hAnsi="Times New Roman" w:cs="Times New Roman"/>
          <w:sz w:val="24"/>
          <w:szCs w:val="24"/>
        </w:rPr>
        <w:t>gonna</w:t>
      </w:r>
      <w:proofErr w:type="spellEnd"/>
      <w:r w:rsidRPr="00124F84">
        <w:rPr>
          <w:rFonts w:ascii="Times New Roman" w:hAnsi="Times New Roman" w:cs="Times New Roman"/>
          <w:sz w:val="24"/>
          <w:szCs w:val="24"/>
        </w:rPr>
        <w:t xml:space="preserve"> come for me, Camille?" he growls, voice thick, territorial, consuming me whole.</w:t>
      </w:r>
    </w:p>
    <w:p w14:paraId="5D93FC2D"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nod frantically, words beyond me, my surrender absolute. He smiles darkly, driving harder, deeper, thumb never stopping its tormenting rhythm.</w:t>
      </w:r>
    </w:p>
    <w:p w14:paraId="113E325A" w14:textId="2028147E"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just before the thrust that'll ruin me, he leans in close, breath hot against my ear, voice a dangerous caress</w:t>
      </w:r>
      <w:r w:rsidR="007A5F0A" w:rsidRPr="00124F84">
        <w:rPr>
          <w:rFonts w:ascii="Times New Roman" w:hAnsi="Times New Roman" w:cs="Times New Roman"/>
          <w:sz w:val="24"/>
          <w:szCs w:val="24"/>
        </w:rPr>
        <w:t>…</w:t>
      </w:r>
    </w:p>
    <w:p w14:paraId="3311F185" w14:textId="77777777" w:rsidR="007A5F0A"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t>
      </w:r>
      <w:proofErr w:type="spellStart"/>
      <w:r w:rsidRPr="00124F84">
        <w:rPr>
          <w:rFonts w:ascii="Times New Roman" w:hAnsi="Times New Roman" w:cs="Times New Roman"/>
          <w:sz w:val="24"/>
          <w:szCs w:val="24"/>
        </w:rPr>
        <w:t>Mírame</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cielo</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Estás</w:t>
      </w:r>
      <w:proofErr w:type="spellEnd"/>
      <w:r w:rsidRPr="00124F84">
        <w:rPr>
          <w:rFonts w:ascii="Times New Roman" w:hAnsi="Times New Roman" w:cs="Times New Roman"/>
          <w:sz w:val="24"/>
          <w:szCs w:val="24"/>
        </w:rPr>
        <w:t xml:space="preserve"> perfecta </w:t>
      </w:r>
      <w:proofErr w:type="spellStart"/>
      <w:r w:rsidRPr="00124F84">
        <w:rPr>
          <w:rFonts w:ascii="Times New Roman" w:hAnsi="Times New Roman" w:cs="Times New Roman"/>
          <w:sz w:val="24"/>
          <w:szCs w:val="24"/>
        </w:rPr>
        <w:t>así</w:t>
      </w:r>
      <w:proofErr w:type="spellEnd"/>
      <w:r w:rsidRPr="00124F84">
        <w:rPr>
          <w:rFonts w:ascii="Times New Roman" w:hAnsi="Times New Roman" w:cs="Times New Roman"/>
          <w:sz w:val="24"/>
          <w:szCs w:val="24"/>
        </w:rPr>
        <w:t xml:space="preserve">. Tan </w:t>
      </w:r>
      <w:proofErr w:type="spellStart"/>
      <w:r w:rsidRPr="00124F84">
        <w:rPr>
          <w:rFonts w:ascii="Times New Roman" w:hAnsi="Times New Roman" w:cs="Times New Roman"/>
          <w:sz w:val="24"/>
          <w:szCs w:val="24"/>
        </w:rPr>
        <w:t>jodidamente</w:t>
      </w:r>
      <w:proofErr w:type="spellEnd"/>
      <w:r w:rsidRPr="00124F84">
        <w:rPr>
          <w:rFonts w:ascii="Times New Roman" w:hAnsi="Times New Roman" w:cs="Times New Roman"/>
          <w:sz w:val="24"/>
          <w:szCs w:val="24"/>
        </w:rPr>
        <w:t xml:space="preserve"> </w:t>
      </w:r>
      <w:proofErr w:type="spellStart"/>
      <w:r w:rsidRPr="00124F84">
        <w:rPr>
          <w:rFonts w:ascii="Times New Roman" w:hAnsi="Times New Roman" w:cs="Times New Roman"/>
          <w:sz w:val="24"/>
          <w:szCs w:val="24"/>
        </w:rPr>
        <w:t>mía</w:t>
      </w:r>
      <w:proofErr w:type="spellEnd"/>
      <w:r w:rsidRPr="00124F84">
        <w:rPr>
          <w:rFonts w:ascii="Times New Roman" w:hAnsi="Times New Roman" w:cs="Times New Roman"/>
          <w:sz w:val="24"/>
          <w:szCs w:val="24"/>
        </w:rPr>
        <w:t>."</w:t>
      </w:r>
    </w:p>
    <w:p w14:paraId="1A1E5EAB" w14:textId="64051C0C"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Look at me, heaven. You're perfect like this. So fucking mine.</w:t>
      </w:r>
    </w:p>
    <w:p w14:paraId="1A2293E6"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 xml:space="preserve">That does it. I break apart, shatter violently, body jerking uncontrollably as pleasure </w:t>
      </w:r>
      <w:proofErr w:type="spellStart"/>
      <w:r w:rsidRPr="00124F84">
        <w:rPr>
          <w:rFonts w:ascii="Times New Roman" w:hAnsi="Times New Roman" w:cs="Times New Roman"/>
          <w:sz w:val="24"/>
          <w:szCs w:val="24"/>
        </w:rPr>
        <w:t>rips</w:t>
      </w:r>
      <w:proofErr w:type="spellEnd"/>
      <w:r w:rsidRPr="00124F84">
        <w:rPr>
          <w:rFonts w:ascii="Times New Roman" w:hAnsi="Times New Roman" w:cs="Times New Roman"/>
          <w:sz w:val="24"/>
          <w:szCs w:val="24"/>
        </w:rPr>
        <w:t xml:space="preserve"> through me like fire. I come hard, fierce, sobbing his name, my nails scoring down his back as he fucks me straight through it, relentless, brutal, unyielding.</w:t>
      </w:r>
    </w:p>
    <w:p w14:paraId="3B90A6DC"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groans roughly into my shoulder, hips bucking hard, following me over that same reckless edge. He spills into me hot and deep, a raw, primal growl vibrating through his chest, marking me from the inside out.</w:t>
      </w:r>
    </w:p>
    <w:p w14:paraId="375E2AA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We stay tangled together, bodies shaking, chests heaving, breaths mingling as we cling to each other. His fingers trail lazily up and down my spine, like he's memorizing every tremble, every scar, every shuddering breath.</w:t>
      </w:r>
    </w:p>
    <w:p w14:paraId="32961AC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shift slightly, still impaled on him, still pulsing with aftershocks. Kane groans softly against my temple, grip tightening around my waist. "Don't move," he mutters roughly. "I want you just like this."</w:t>
      </w:r>
    </w:p>
    <w:p w14:paraId="438D6E2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roll my eyes, smiling softly against his throat. "Is that your ego or your dick talking?"</w:t>
      </w:r>
    </w:p>
    <w:p w14:paraId="23C69FD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chuckles low, dark and rich. "Both. But mostly me."</w:t>
      </w:r>
    </w:p>
    <w:p w14:paraId="15EDAE6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lastRenderedPageBreak/>
        <w:t>I curl closer, tucking myself deeper into his embrace. My heart still hammers wildly, but I whisper against his skin, "This'll make one hell of a first impression, no panties, jet hair, thoroughly ruined."</w:t>
      </w:r>
    </w:p>
    <w:p w14:paraId="5A4875F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Kane smirks lazily, lips brushing the corner of my mouth. "You think Diego's wife cares about your hair? She'll probably pour you tequila and ask how many times I made you scream."</w:t>
      </w:r>
    </w:p>
    <w:p w14:paraId="28E268B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swat his chest, face burning hot. "Kane!"</w:t>
      </w:r>
    </w:p>
    <w:p w14:paraId="10D6E74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grins shamelessly, eyes dancing. "What? You think I don't talk to my family?"</w:t>
      </w:r>
    </w:p>
    <w:p w14:paraId="1F726EC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think you should stop talking before I die of embarrassment."</w:t>
      </w:r>
    </w:p>
    <w:p w14:paraId="040F6FD4"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kisses my shoulder softly, murmuring, "You look fucking perfect in jet hair and no panties. Might make this your official travel uniform."</w:t>
      </w:r>
    </w:p>
    <w:p w14:paraId="5F41D4B5"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"You're insane."</w:t>
      </w:r>
    </w:p>
    <w:p w14:paraId="7B8A028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pauses, smile fading into something quieter, raw and achingly honest. "I'm in love with you."</w:t>
      </w:r>
    </w:p>
    <w:p w14:paraId="7890395A"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It hits me like a fist to the heart. Breath stolen, body frozen, heart slamming violently against my ribs. He doesn't look at me when he says it, doesn't wait for a response. He just tightens his arms around me, holding me fiercely, protectively.</w:t>
      </w:r>
    </w:p>
    <w:p w14:paraId="4FF52E00"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didn't say it to hear it back. He said it because it's the truth. Because it's always been the truth.</w:t>
      </w:r>
    </w:p>
    <w:p w14:paraId="0BF29D08"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press my lips softly to his jaw, whispering into his skin, "I love you, too."</w:t>
      </w:r>
    </w:p>
    <w:p w14:paraId="757EE603"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His breath catches sharply, hands tightening around me like he'll never let go again.</w:t>
      </w:r>
    </w:p>
    <w:p w14:paraId="204B047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By the time the plane touches down, I've found my panties somewhere beneath the seat and managed to piece together what's left of my dignity. But as the skyline of Miami rises into view, my stomach knots fiercely, nerves coiling tighter with each passing moment.</w:t>
      </w:r>
    </w:p>
    <w:p w14:paraId="78F6268F"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Palm trees. Heat. The tense, lethal posture of Kane beside me.</w:t>
      </w:r>
    </w:p>
    <w:p w14:paraId="16322F0B"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Because Miami isn't just a city. It's his city…full of darkness, danger, secrets that breed monsters and devour innocence.</w:t>
      </w:r>
    </w:p>
    <w:p w14:paraId="1E436C79"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I'm stepping into it with his marks on my skin, his love written all over me, his family waiting just beyond the tarmac.</w:t>
      </w:r>
    </w:p>
    <w:p w14:paraId="1BA52FA2"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I reach instinctively for his hand as we descend the steps.</w:t>
      </w:r>
    </w:p>
    <w:p w14:paraId="2B210CE1"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He takes it without hesitation, fingers threading tightly with mine.</w:t>
      </w:r>
    </w:p>
    <w:p w14:paraId="2DF7E1F7" w14:textId="77777777" w:rsidR="00351B3C" w:rsidRPr="00124F84" w:rsidRDefault="00351B3C" w:rsidP="00124F84">
      <w:pPr>
        <w:autoSpaceDE w:val="0"/>
        <w:autoSpaceDN w:val="0"/>
        <w:adjustRightInd w:val="0"/>
        <w:spacing w:after="240" w:line="240" w:lineRule="auto"/>
        <w:rPr>
          <w:rFonts w:ascii="Times New Roman" w:hAnsi="Times New Roman" w:cs="Times New Roman"/>
          <w:sz w:val="24"/>
          <w:szCs w:val="24"/>
        </w:rPr>
      </w:pPr>
      <w:r w:rsidRPr="00124F84">
        <w:rPr>
          <w:rFonts w:ascii="Times New Roman" w:hAnsi="Times New Roman" w:cs="Times New Roman"/>
          <w:sz w:val="24"/>
          <w:szCs w:val="24"/>
        </w:rPr>
        <w:t>And suddenly I know, without a doubt, whatever hell awaits us here, we'll face it together…</w:t>
      </w:r>
    </w:p>
    <w:p w14:paraId="79082436" w14:textId="4E73E588" w:rsidR="007A5F0A" w:rsidRPr="00124F84" w:rsidRDefault="00351B3C" w:rsidP="00C920EB">
      <w:pPr>
        <w:pStyle w:val="Title"/>
        <w:rPr>
          <w:rFonts w:ascii="Times New Roman" w:hAnsi="Times New Roman" w:cs="Times New Roman"/>
          <w:sz w:val="24"/>
          <w:szCs w:val="24"/>
        </w:rPr>
      </w:pPr>
      <w:r w:rsidRPr="00124F84">
        <w:rPr>
          <w:rFonts w:ascii="Times New Roman" w:hAnsi="Times New Roman" w:cs="Times New Roman"/>
          <w:sz w:val="24"/>
          <w:szCs w:val="24"/>
        </w:rPr>
        <w:t>End part I</w:t>
      </w:r>
    </w:p>
    <w:sectPr w:rsidR="007A5F0A" w:rsidRPr="00124F84" w:rsidSect="00520C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urier">
    <w:altName w:val="Courier New"/>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20B0604020202020204"/>
    <w:charset w:val="00"/>
    <w:family w:val="roman"/>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51245695">
    <w:abstractNumId w:val="8"/>
  </w:num>
  <w:num w:numId="2" w16cid:durableId="1178813942">
    <w:abstractNumId w:val="6"/>
  </w:num>
  <w:num w:numId="3" w16cid:durableId="906912559">
    <w:abstractNumId w:val="5"/>
  </w:num>
  <w:num w:numId="4" w16cid:durableId="1549565813">
    <w:abstractNumId w:val="4"/>
  </w:num>
  <w:num w:numId="5" w16cid:durableId="1323193">
    <w:abstractNumId w:val="7"/>
  </w:num>
  <w:num w:numId="6" w16cid:durableId="1136487505">
    <w:abstractNumId w:val="3"/>
  </w:num>
  <w:num w:numId="7" w16cid:durableId="1126849349">
    <w:abstractNumId w:val="2"/>
  </w:num>
  <w:num w:numId="8" w16cid:durableId="2054577203">
    <w:abstractNumId w:val="1"/>
  </w:num>
  <w:num w:numId="9" w16cid:durableId="125778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5CD"/>
    <w:rsid w:val="00004739"/>
    <w:rsid w:val="00027863"/>
    <w:rsid w:val="000F7B52"/>
    <w:rsid w:val="00124F84"/>
    <w:rsid w:val="001675E0"/>
    <w:rsid w:val="00221CC5"/>
    <w:rsid w:val="002306C1"/>
    <w:rsid w:val="00292F8E"/>
    <w:rsid w:val="00305BAB"/>
    <w:rsid w:val="00307646"/>
    <w:rsid w:val="00351B3C"/>
    <w:rsid w:val="003B20EE"/>
    <w:rsid w:val="003C15DD"/>
    <w:rsid w:val="004A2A46"/>
    <w:rsid w:val="004D61B3"/>
    <w:rsid w:val="00520C66"/>
    <w:rsid w:val="00552323"/>
    <w:rsid w:val="005C3AFF"/>
    <w:rsid w:val="005F0D63"/>
    <w:rsid w:val="00635830"/>
    <w:rsid w:val="006D2D42"/>
    <w:rsid w:val="006E59EE"/>
    <w:rsid w:val="007A5F0A"/>
    <w:rsid w:val="007C15CD"/>
    <w:rsid w:val="007F4CB2"/>
    <w:rsid w:val="00877FAC"/>
    <w:rsid w:val="008D0BE6"/>
    <w:rsid w:val="008E2B31"/>
    <w:rsid w:val="009215CC"/>
    <w:rsid w:val="009644F0"/>
    <w:rsid w:val="00965CF6"/>
    <w:rsid w:val="009728BD"/>
    <w:rsid w:val="009B69AC"/>
    <w:rsid w:val="009B7180"/>
    <w:rsid w:val="009E2701"/>
    <w:rsid w:val="009F4DEE"/>
    <w:rsid w:val="00A13BCD"/>
    <w:rsid w:val="00A45D83"/>
    <w:rsid w:val="00A56CB2"/>
    <w:rsid w:val="00B10325"/>
    <w:rsid w:val="00B86845"/>
    <w:rsid w:val="00BE1A78"/>
    <w:rsid w:val="00C041BE"/>
    <w:rsid w:val="00C920EB"/>
    <w:rsid w:val="00CA359B"/>
    <w:rsid w:val="00F41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04EC5"/>
  <w15:chartTrackingRefBased/>
  <w15:docId w15:val="{381403FE-52A7-7A4E-9BFF-A47D2357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B3C"/>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7C1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1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15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15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15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15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5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5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5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1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1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1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1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1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5CD"/>
    <w:rPr>
      <w:rFonts w:eastAsiaTheme="majorEastAsia" w:cstheme="majorBidi"/>
      <w:color w:val="272727" w:themeColor="text1" w:themeTint="D8"/>
    </w:rPr>
  </w:style>
  <w:style w:type="paragraph" w:styleId="Title">
    <w:name w:val="Title"/>
    <w:basedOn w:val="Normal"/>
    <w:next w:val="Normal"/>
    <w:link w:val="TitleChar"/>
    <w:uiPriority w:val="10"/>
    <w:qFormat/>
    <w:rsid w:val="007C1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5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5CD"/>
    <w:pPr>
      <w:spacing w:before="160"/>
      <w:jc w:val="center"/>
    </w:pPr>
    <w:rPr>
      <w:i/>
      <w:iCs/>
      <w:color w:val="404040" w:themeColor="text1" w:themeTint="BF"/>
    </w:rPr>
  </w:style>
  <w:style w:type="character" w:customStyle="1" w:styleId="QuoteChar">
    <w:name w:val="Quote Char"/>
    <w:basedOn w:val="DefaultParagraphFont"/>
    <w:link w:val="Quote"/>
    <w:uiPriority w:val="29"/>
    <w:rsid w:val="007C15CD"/>
    <w:rPr>
      <w:i/>
      <w:iCs/>
      <w:color w:val="404040" w:themeColor="text1" w:themeTint="BF"/>
    </w:rPr>
  </w:style>
  <w:style w:type="paragraph" w:styleId="ListParagraph">
    <w:name w:val="List Paragraph"/>
    <w:basedOn w:val="Normal"/>
    <w:uiPriority w:val="34"/>
    <w:qFormat/>
    <w:rsid w:val="007C15CD"/>
    <w:pPr>
      <w:ind w:left="720"/>
      <w:contextualSpacing/>
    </w:pPr>
  </w:style>
  <w:style w:type="character" w:styleId="IntenseEmphasis">
    <w:name w:val="Intense Emphasis"/>
    <w:basedOn w:val="DefaultParagraphFont"/>
    <w:uiPriority w:val="21"/>
    <w:qFormat/>
    <w:rsid w:val="007C15CD"/>
    <w:rPr>
      <w:i/>
      <w:iCs/>
      <w:color w:val="0F4761" w:themeColor="accent1" w:themeShade="BF"/>
    </w:rPr>
  </w:style>
  <w:style w:type="paragraph" w:styleId="IntenseQuote">
    <w:name w:val="Intense Quote"/>
    <w:basedOn w:val="Normal"/>
    <w:next w:val="Normal"/>
    <w:link w:val="IntenseQuoteChar"/>
    <w:uiPriority w:val="30"/>
    <w:qFormat/>
    <w:rsid w:val="007C1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15CD"/>
    <w:rPr>
      <w:i/>
      <w:iCs/>
      <w:color w:val="0F4761" w:themeColor="accent1" w:themeShade="BF"/>
    </w:rPr>
  </w:style>
  <w:style w:type="character" w:styleId="IntenseReference">
    <w:name w:val="Intense Reference"/>
    <w:basedOn w:val="DefaultParagraphFont"/>
    <w:uiPriority w:val="32"/>
    <w:qFormat/>
    <w:rsid w:val="007C15CD"/>
    <w:rPr>
      <w:b/>
      <w:bCs/>
      <w:smallCaps/>
      <w:color w:val="0F4761" w:themeColor="accent1" w:themeShade="BF"/>
      <w:spacing w:val="5"/>
    </w:rPr>
  </w:style>
  <w:style w:type="paragraph" w:styleId="Header">
    <w:name w:val="header"/>
    <w:basedOn w:val="Normal"/>
    <w:link w:val="HeaderChar"/>
    <w:uiPriority w:val="99"/>
    <w:unhideWhenUsed/>
    <w:rsid w:val="00351B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B3C"/>
    <w:rPr>
      <w:rFonts w:eastAsiaTheme="minorEastAsia"/>
      <w:kern w:val="0"/>
      <w:sz w:val="22"/>
      <w:szCs w:val="22"/>
      <w14:ligatures w14:val="none"/>
    </w:rPr>
  </w:style>
  <w:style w:type="paragraph" w:styleId="Footer">
    <w:name w:val="footer"/>
    <w:basedOn w:val="Normal"/>
    <w:link w:val="FooterChar"/>
    <w:uiPriority w:val="99"/>
    <w:unhideWhenUsed/>
    <w:rsid w:val="00351B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B3C"/>
    <w:rPr>
      <w:rFonts w:eastAsiaTheme="minorEastAsia"/>
      <w:kern w:val="0"/>
      <w:sz w:val="22"/>
      <w:szCs w:val="22"/>
      <w14:ligatures w14:val="none"/>
    </w:rPr>
  </w:style>
  <w:style w:type="paragraph" w:styleId="NoSpacing">
    <w:name w:val="No Spacing"/>
    <w:uiPriority w:val="1"/>
    <w:qFormat/>
    <w:rsid w:val="00351B3C"/>
    <w:pPr>
      <w:spacing w:after="0" w:line="240" w:lineRule="auto"/>
    </w:pPr>
    <w:rPr>
      <w:rFonts w:eastAsiaTheme="minorEastAsia"/>
      <w:kern w:val="0"/>
      <w:sz w:val="22"/>
      <w:szCs w:val="22"/>
      <w14:ligatures w14:val="none"/>
    </w:rPr>
  </w:style>
  <w:style w:type="paragraph" w:styleId="BodyText">
    <w:name w:val="Body Text"/>
    <w:basedOn w:val="Normal"/>
    <w:link w:val="BodyTextChar"/>
    <w:uiPriority w:val="99"/>
    <w:unhideWhenUsed/>
    <w:rsid w:val="00351B3C"/>
    <w:pPr>
      <w:spacing w:after="120"/>
    </w:pPr>
  </w:style>
  <w:style w:type="character" w:customStyle="1" w:styleId="BodyTextChar">
    <w:name w:val="Body Text Char"/>
    <w:basedOn w:val="DefaultParagraphFont"/>
    <w:link w:val="BodyText"/>
    <w:uiPriority w:val="99"/>
    <w:rsid w:val="00351B3C"/>
    <w:rPr>
      <w:rFonts w:eastAsiaTheme="minorEastAsia"/>
      <w:kern w:val="0"/>
      <w:sz w:val="22"/>
      <w:szCs w:val="22"/>
      <w14:ligatures w14:val="none"/>
    </w:rPr>
  </w:style>
  <w:style w:type="paragraph" w:styleId="BodyText2">
    <w:name w:val="Body Text 2"/>
    <w:basedOn w:val="Normal"/>
    <w:link w:val="BodyText2Char"/>
    <w:uiPriority w:val="99"/>
    <w:unhideWhenUsed/>
    <w:rsid w:val="00351B3C"/>
    <w:pPr>
      <w:spacing w:after="120" w:line="480" w:lineRule="auto"/>
    </w:pPr>
  </w:style>
  <w:style w:type="character" w:customStyle="1" w:styleId="BodyText2Char">
    <w:name w:val="Body Text 2 Char"/>
    <w:basedOn w:val="DefaultParagraphFont"/>
    <w:link w:val="BodyText2"/>
    <w:uiPriority w:val="99"/>
    <w:rsid w:val="00351B3C"/>
    <w:rPr>
      <w:rFonts w:eastAsiaTheme="minorEastAsia"/>
      <w:kern w:val="0"/>
      <w:sz w:val="22"/>
      <w:szCs w:val="22"/>
      <w14:ligatures w14:val="none"/>
    </w:rPr>
  </w:style>
  <w:style w:type="paragraph" w:styleId="BodyText3">
    <w:name w:val="Body Text 3"/>
    <w:basedOn w:val="Normal"/>
    <w:link w:val="BodyText3Char"/>
    <w:uiPriority w:val="99"/>
    <w:unhideWhenUsed/>
    <w:rsid w:val="00351B3C"/>
    <w:pPr>
      <w:spacing w:after="120"/>
    </w:pPr>
    <w:rPr>
      <w:sz w:val="16"/>
      <w:szCs w:val="16"/>
    </w:rPr>
  </w:style>
  <w:style w:type="character" w:customStyle="1" w:styleId="BodyText3Char">
    <w:name w:val="Body Text 3 Char"/>
    <w:basedOn w:val="DefaultParagraphFont"/>
    <w:link w:val="BodyText3"/>
    <w:uiPriority w:val="99"/>
    <w:rsid w:val="00351B3C"/>
    <w:rPr>
      <w:rFonts w:eastAsiaTheme="minorEastAsia"/>
      <w:kern w:val="0"/>
      <w:sz w:val="16"/>
      <w:szCs w:val="16"/>
      <w14:ligatures w14:val="none"/>
    </w:rPr>
  </w:style>
  <w:style w:type="paragraph" w:styleId="List">
    <w:name w:val="List"/>
    <w:basedOn w:val="Normal"/>
    <w:uiPriority w:val="99"/>
    <w:unhideWhenUsed/>
    <w:rsid w:val="00351B3C"/>
    <w:pPr>
      <w:ind w:left="360" w:hanging="360"/>
      <w:contextualSpacing/>
    </w:pPr>
  </w:style>
  <w:style w:type="paragraph" w:styleId="List2">
    <w:name w:val="List 2"/>
    <w:basedOn w:val="Normal"/>
    <w:uiPriority w:val="99"/>
    <w:unhideWhenUsed/>
    <w:rsid w:val="00351B3C"/>
    <w:pPr>
      <w:ind w:left="720" w:hanging="360"/>
      <w:contextualSpacing/>
    </w:pPr>
  </w:style>
  <w:style w:type="paragraph" w:styleId="List3">
    <w:name w:val="List 3"/>
    <w:basedOn w:val="Normal"/>
    <w:uiPriority w:val="99"/>
    <w:unhideWhenUsed/>
    <w:rsid w:val="00351B3C"/>
    <w:pPr>
      <w:ind w:left="1080" w:hanging="360"/>
      <w:contextualSpacing/>
    </w:pPr>
  </w:style>
  <w:style w:type="paragraph" w:styleId="ListBullet">
    <w:name w:val="List Bullet"/>
    <w:basedOn w:val="Normal"/>
    <w:uiPriority w:val="99"/>
    <w:unhideWhenUsed/>
    <w:rsid w:val="00351B3C"/>
    <w:pPr>
      <w:numPr>
        <w:numId w:val="1"/>
      </w:numPr>
      <w:contextualSpacing/>
    </w:pPr>
  </w:style>
  <w:style w:type="paragraph" w:styleId="ListBullet2">
    <w:name w:val="List Bullet 2"/>
    <w:basedOn w:val="Normal"/>
    <w:uiPriority w:val="99"/>
    <w:unhideWhenUsed/>
    <w:rsid w:val="00351B3C"/>
    <w:pPr>
      <w:numPr>
        <w:numId w:val="2"/>
      </w:numPr>
      <w:contextualSpacing/>
    </w:pPr>
  </w:style>
  <w:style w:type="paragraph" w:styleId="ListBullet3">
    <w:name w:val="List Bullet 3"/>
    <w:basedOn w:val="Normal"/>
    <w:uiPriority w:val="99"/>
    <w:unhideWhenUsed/>
    <w:rsid w:val="00351B3C"/>
    <w:pPr>
      <w:numPr>
        <w:numId w:val="3"/>
      </w:numPr>
      <w:contextualSpacing/>
    </w:pPr>
  </w:style>
  <w:style w:type="paragraph" w:styleId="ListNumber">
    <w:name w:val="List Number"/>
    <w:basedOn w:val="Normal"/>
    <w:uiPriority w:val="99"/>
    <w:unhideWhenUsed/>
    <w:rsid w:val="00351B3C"/>
    <w:pPr>
      <w:numPr>
        <w:numId w:val="5"/>
      </w:numPr>
      <w:contextualSpacing/>
    </w:pPr>
  </w:style>
  <w:style w:type="paragraph" w:styleId="ListNumber2">
    <w:name w:val="List Number 2"/>
    <w:basedOn w:val="Normal"/>
    <w:uiPriority w:val="99"/>
    <w:unhideWhenUsed/>
    <w:rsid w:val="00351B3C"/>
    <w:pPr>
      <w:numPr>
        <w:numId w:val="6"/>
      </w:numPr>
      <w:contextualSpacing/>
    </w:pPr>
  </w:style>
  <w:style w:type="paragraph" w:styleId="ListNumber3">
    <w:name w:val="List Number 3"/>
    <w:basedOn w:val="Normal"/>
    <w:uiPriority w:val="99"/>
    <w:unhideWhenUsed/>
    <w:rsid w:val="00351B3C"/>
    <w:pPr>
      <w:numPr>
        <w:numId w:val="7"/>
      </w:numPr>
      <w:contextualSpacing/>
    </w:pPr>
  </w:style>
  <w:style w:type="paragraph" w:styleId="ListContinue">
    <w:name w:val="List Continue"/>
    <w:basedOn w:val="Normal"/>
    <w:uiPriority w:val="99"/>
    <w:unhideWhenUsed/>
    <w:rsid w:val="00351B3C"/>
    <w:pPr>
      <w:spacing w:after="120"/>
      <w:ind w:left="360"/>
      <w:contextualSpacing/>
    </w:pPr>
  </w:style>
  <w:style w:type="paragraph" w:styleId="ListContinue2">
    <w:name w:val="List Continue 2"/>
    <w:basedOn w:val="Normal"/>
    <w:uiPriority w:val="99"/>
    <w:unhideWhenUsed/>
    <w:rsid w:val="00351B3C"/>
    <w:pPr>
      <w:spacing w:after="120"/>
      <w:ind w:left="720"/>
      <w:contextualSpacing/>
    </w:pPr>
  </w:style>
  <w:style w:type="paragraph" w:styleId="ListContinue3">
    <w:name w:val="List Continue 3"/>
    <w:basedOn w:val="Normal"/>
    <w:uiPriority w:val="99"/>
    <w:unhideWhenUsed/>
    <w:rsid w:val="00351B3C"/>
    <w:pPr>
      <w:spacing w:after="120"/>
      <w:ind w:left="1080"/>
      <w:contextualSpacing/>
    </w:pPr>
  </w:style>
  <w:style w:type="paragraph" w:styleId="MacroText">
    <w:name w:val="macro"/>
    <w:link w:val="MacroTextChar"/>
    <w:uiPriority w:val="99"/>
    <w:unhideWhenUsed/>
    <w:rsid w:val="00351B3C"/>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351B3C"/>
    <w:rPr>
      <w:rFonts w:ascii="Courier" w:eastAsiaTheme="minorEastAsia" w:hAnsi="Courier"/>
      <w:kern w:val="0"/>
      <w:sz w:val="20"/>
      <w:szCs w:val="20"/>
      <w14:ligatures w14:val="none"/>
    </w:rPr>
  </w:style>
  <w:style w:type="paragraph" w:styleId="Caption">
    <w:name w:val="caption"/>
    <w:basedOn w:val="Normal"/>
    <w:next w:val="Normal"/>
    <w:uiPriority w:val="35"/>
    <w:semiHidden/>
    <w:unhideWhenUsed/>
    <w:qFormat/>
    <w:rsid w:val="00351B3C"/>
    <w:pPr>
      <w:spacing w:line="240" w:lineRule="auto"/>
    </w:pPr>
    <w:rPr>
      <w:b/>
      <w:bCs/>
      <w:color w:val="156082" w:themeColor="accent1"/>
      <w:sz w:val="18"/>
      <w:szCs w:val="18"/>
    </w:rPr>
  </w:style>
  <w:style w:type="character" w:styleId="Strong">
    <w:name w:val="Strong"/>
    <w:basedOn w:val="DefaultParagraphFont"/>
    <w:uiPriority w:val="22"/>
    <w:qFormat/>
    <w:rsid w:val="00351B3C"/>
    <w:rPr>
      <w:b/>
      <w:bCs/>
    </w:rPr>
  </w:style>
  <w:style w:type="character" w:styleId="Emphasis">
    <w:name w:val="Emphasis"/>
    <w:basedOn w:val="DefaultParagraphFont"/>
    <w:uiPriority w:val="20"/>
    <w:qFormat/>
    <w:rsid w:val="00351B3C"/>
    <w:rPr>
      <w:i/>
      <w:iCs/>
    </w:rPr>
  </w:style>
  <w:style w:type="character" w:styleId="SubtleEmphasis">
    <w:name w:val="Subtle Emphasis"/>
    <w:basedOn w:val="DefaultParagraphFont"/>
    <w:uiPriority w:val="19"/>
    <w:qFormat/>
    <w:rsid w:val="00351B3C"/>
    <w:rPr>
      <w:i/>
      <w:iCs/>
      <w:color w:val="808080" w:themeColor="text1" w:themeTint="7F"/>
    </w:rPr>
  </w:style>
  <w:style w:type="character" w:styleId="SubtleReference">
    <w:name w:val="Subtle Reference"/>
    <w:basedOn w:val="DefaultParagraphFont"/>
    <w:uiPriority w:val="31"/>
    <w:qFormat/>
    <w:rsid w:val="00351B3C"/>
    <w:rPr>
      <w:smallCaps/>
      <w:color w:val="E97132" w:themeColor="accent2"/>
      <w:u w:val="single"/>
    </w:rPr>
  </w:style>
  <w:style w:type="character" w:styleId="BookTitle">
    <w:name w:val="Book Title"/>
    <w:basedOn w:val="DefaultParagraphFont"/>
    <w:uiPriority w:val="33"/>
    <w:qFormat/>
    <w:rsid w:val="00351B3C"/>
    <w:rPr>
      <w:b/>
      <w:bCs/>
      <w:smallCaps/>
      <w:spacing w:val="5"/>
    </w:rPr>
  </w:style>
  <w:style w:type="paragraph" w:styleId="TOCHeading">
    <w:name w:val="TOC Heading"/>
    <w:basedOn w:val="Heading1"/>
    <w:next w:val="Normal"/>
    <w:uiPriority w:val="39"/>
    <w:unhideWhenUsed/>
    <w:qFormat/>
    <w:rsid w:val="00351B3C"/>
    <w:pPr>
      <w:spacing w:before="480" w:after="0"/>
      <w:outlineLvl w:val="9"/>
    </w:pPr>
    <w:rPr>
      <w:b/>
      <w:bCs/>
      <w:sz w:val="28"/>
      <w:szCs w:val="28"/>
    </w:rPr>
  </w:style>
  <w:style w:type="table" w:styleId="TableGrid">
    <w:name w:val="Table Grid"/>
    <w:basedOn w:val="TableNormal"/>
    <w:uiPriority w:val="59"/>
    <w:rsid w:val="00351B3C"/>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351B3C"/>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51B3C"/>
    <w:pPr>
      <w:spacing w:after="0" w:line="240" w:lineRule="auto"/>
    </w:pPr>
    <w:rPr>
      <w:rFonts w:eastAsiaTheme="minorEastAsia"/>
      <w:color w:val="0F4761" w:themeColor="accent1" w:themeShade="BF"/>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351B3C"/>
    <w:pPr>
      <w:spacing w:after="0" w:line="240" w:lineRule="auto"/>
    </w:pPr>
    <w:rPr>
      <w:rFonts w:eastAsiaTheme="minorEastAsia"/>
      <w:color w:val="BF4E14" w:themeColor="accent2" w:themeShade="BF"/>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351B3C"/>
    <w:pPr>
      <w:spacing w:after="0" w:line="240" w:lineRule="auto"/>
    </w:pPr>
    <w:rPr>
      <w:rFonts w:eastAsiaTheme="minorEastAsia"/>
      <w:color w:val="124F1A" w:themeColor="accent3" w:themeShade="BF"/>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351B3C"/>
    <w:pPr>
      <w:spacing w:after="0" w:line="240" w:lineRule="auto"/>
    </w:pPr>
    <w:rPr>
      <w:rFonts w:eastAsiaTheme="minorEastAsia"/>
      <w:color w:val="0B769F" w:themeColor="accent4" w:themeShade="BF"/>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351B3C"/>
    <w:pPr>
      <w:spacing w:after="0" w:line="240" w:lineRule="auto"/>
    </w:pPr>
    <w:rPr>
      <w:rFonts w:eastAsiaTheme="minorEastAsia"/>
      <w:color w:val="77206D" w:themeColor="accent5" w:themeShade="BF"/>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351B3C"/>
    <w:pPr>
      <w:spacing w:after="0" w:line="240" w:lineRule="auto"/>
    </w:pPr>
    <w:rPr>
      <w:rFonts w:eastAsiaTheme="minorEastAsia"/>
      <w:color w:val="3A7C22" w:themeColor="accent6" w:themeShade="BF"/>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351B3C"/>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51B3C"/>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51B3C"/>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51B3C"/>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51B3C"/>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51B3C"/>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51B3C"/>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51B3C"/>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351B3C"/>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351B3C"/>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51B3C"/>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351B3C"/>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351B3C"/>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351B3C"/>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351B3C"/>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351B3C"/>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351B3C"/>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51B3C"/>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rsid w:val="00351B3C"/>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rsid w:val="00351B3C"/>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rsid w:val="00351B3C"/>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rsid w:val="00351B3C"/>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rsid w:val="00351B3C"/>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rsid w:val="00351B3C"/>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styleId="NormalWeb">
    <w:name w:val="Normal (Web)"/>
    <w:basedOn w:val="Normal"/>
    <w:uiPriority w:val="99"/>
    <w:unhideWhenUsed/>
    <w:rsid w:val="00351B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1B3C"/>
  </w:style>
  <w:style w:type="paragraph" w:styleId="BalloonText">
    <w:name w:val="Balloon Text"/>
    <w:basedOn w:val="Normal"/>
    <w:link w:val="BalloonTextChar"/>
    <w:uiPriority w:val="99"/>
    <w:semiHidden/>
    <w:unhideWhenUsed/>
    <w:rsid w:val="00351B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1B3C"/>
    <w:rPr>
      <w:rFonts w:ascii="Segoe UI" w:eastAsiaTheme="minorEastAsia" w:hAnsi="Segoe UI" w:cs="Segoe UI"/>
      <w:kern w:val="0"/>
      <w:sz w:val="18"/>
      <w:szCs w:val="18"/>
      <w14:ligatures w14:val="none"/>
    </w:rPr>
  </w:style>
  <w:style w:type="paragraph" w:styleId="Revision">
    <w:name w:val="Revision"/>
    <w:hidden/>
    <w:uiPriority w:val="99"/>
    <w:semiHidden/>
    <w:rsid w:val="00351B3C"/>
    <w:pPr>
      <w:spacing w:after="0" w:line="240" w:lineRule="auto"/>
    </w:pPr>
    <w:rPr>
      <w:rFonts w:eastAsiaTheme="minorEastAsia"/>
      <w:kern w:val="0"/>
      <w:sz w:val="22"/>
      <w:szCs w:val="22"/>
      <w14:ligatures w14:val="none"/>
    </w:rPr>
  </w:style>
  <w:style w:type="paragraph" w:styleId="TOC1">
    <w:name w:val="toc 1"/>
    <w:basedOn w:val="Normal"/>
    <w:next w:val="Normal"/>
    <w:autoRedefine/>
    <w:uiPriority w:val="39"/>
    <w:unhideWhenUsed/>
    <w:rsid w:val="00351B3C"/>
    <w:pPr>
      <w:spacing w:before="120" w:after="0"/>
    </w:pPr>
    <w:rPr>
      <w:b/>
      <w:bCs/>
      <w:i/>
      <w:iCs/>
      <w:sz w:val="24"/>
      <w:szCs w:val="24"/>
    </w:rPr>
  </w:style>
  <w:style w:type="paragraph" w:styleId="TOC3">
    <w:name w:val="toc 3"/>
    <w:basedOn w:val="Normal"/>
    <w:next w:val="Normal"/>
    <w:autoRedefine/>
    <w:uiPriority w:val="39"/>
    <w:unhideWhenUsed/>
    <w:rsid w:val="00351B3C"/>
    <w:pPr>
      <w:spacing w:after="0"/>
      <w:ind w:left="440"/>
    </w:pPr>
    <w:rPr>
      <w:sz w:val="20"/>
      <w:szCs w:val="20"/>
    </w:rPr>
  </w:style>
  <w:style w:type="paragraph" w:styleId="TOC2">
    <w:name w:val="toc 2"/>
    <w:basedOn w:val="Normal"/>
    <w:next w:val="Normal"/>
    <w:autoRedefine/>
    <w:uiPriority w:val="39"/>
    <w:unhideWhenUsed/>
    <w:rsid w:val="00351B3C"/>
    <w:pPr>
      <w:spacing w:before="120" w:after="0"/>
      <w:ind w:left="220"/>
    </w:pPr>
    <w:rPr>
      <w:b/>
      <w:bCs/>
    </w:rPr>
  </w:style>
  <w:style w:type="character" w:styleId="Hyperlink">
    <w:name w:val="Hyperlink"/>
    <w:basedOn w:val="DefaultParagraphFont"/>
    <w:uiPriority w:val="99"/>
    <w:unhideWhenUsed/>
    <w:rsid w:val="00351B3C"/>
    <w:rPr>
      <w:color w:val="467886" w:themeColor="hyperlink"/>
      <w:u w:val="single"/>
    </w:rPr>
  </w:style>
  <w:style w:type="paragraph" w:styleId="TOC4">
    <w:name w:val="toc 4"/>
    <w:basedOn w:val="Normal"/>
    <w:next w:val="Normal"/>
    <w:autoRedefine/>
    <w:uiPriority w:val="39"/>
    <w:semiHidden/>
    <w:unhideWhenUsed/>
    <w:rsid w:val="00351B3C"/>
    <w:pPr>
      <w:spacing w:after="0"/>
      <w:ind w:left="660"/>
    </w:pPr>
    <w:rPr>
      <w:sz w:val="20"/>
      <w:szCs w:val="20"/>
    </w:rPr>
  </w:style>
  <w:style w:type="paragraph" w:styleId="TOC5">
    <w:name w:val="toc 5"/>
    <w:basedOn w:val="Normal"/>
    <w:next w:val="Normal"/>
    <w:autoRedefine/>
    <w:uiPriority w:val="39"/>
    <w:semiHidden/>
    <w:unhideWhenUsed/>
    <w:rsid w:val="00351B3C"/>
    <w:pPr>
      <w:spacing w:after="0"/>
      <w:ind w:left="880"/>
    </w:pPr>
    <w:rPr>
      <w:sz w:val="20"/>
      <w:szCs w:val="20"/>
    </w:rPr>
  </w:style>
  <w:style w:type="paragraph" w:styleId="TOC6">
    <w:name w:val="toc 6"/>
    <w:basedOn w:val="Normal"/>
    <w:next w:val="Normal"/>
    <w:autoRedefine/>
    <w:uiPriority w:val="39"/>
    <w:semiHidden/>
    <w:unhideWhenUsed/>
    <w:rsid w:val="00351B3C"/>
    <w:pPr>
      <w:spacing w:after="0"/>
      <w:ind w:left="1100"/>
    </w:pPr>
    <w:rPr>
      <w:sz w:val="20"/>
      <w:szCs w:val="20"/>
    </w:rPr>
  </w:style>
  <w:style w:type="paragraph" w:styleId="TOC7">
    <w:name w:val="toc 7"/>
    <w:basedOn w:val="Normal"/>
    <w:next w:val="Normal"/>
    <w:autoRedefine/>
    <w:uiPriority w:val="39"/>
    <w:semiHidden/>
    <w:unhideWhenUsed/>
    <w:rsid w:val="00351B3C"/>
    <w:pPr>
      <w:spacing w:after="0"/>
      <w:ind w:left="1320"/>
    </w:pPr>
    <w:rPr>
      <w:sz w:val="20"/>
      <w:szCs w:val="20"/>
    </w:rPr>
  </w:style>
  <w:style w:type="paragraph" w:styleId="TOC8">
    <w:name w:val="toc 8"/>
    <w:basedOn w:val="Normal"/>
    <w:next w:val="Normal"/>
    <w:autoRedefine/>
    <w:uiPriority w:val="39"/>
    <w:semiHidden/>
    <w:unhideWhenUsed/>
    <w:rsid w:val="00351B3C"/>
    <w:pPr>
      <w:spacing w:after="0"/>
      <w:ind w:left="1540"/>
    </w:pPr>
    <w:rPr>
      <w:sz w:val="20"/>
      <w:szCs w:val="20"/>
    </w:rPr>
  </w:style>
  <w:style w:type="paragraph" w:styleId="TOC9">
    <w:name w:val="toc 9"/>
    <w:basedOn w:val="Normal"/>
    <w:next w:val="Normal"/>
    <w:autoRedefine/>
    <w:uiPriority w:val="39"/>
    <w:semiHidden/>
    <w:unhideWhenUsed/>
    <w:rsid w:val="00351B3C"/>
    <w:pPr>
      <w:spacing w:after="0"/>
      <w:ind w:left="1760"/>
    </w:pPr>
    <w:rPr>
      <w:sz w:val="20"/>
      <w:szCs w:val="20"/>
    </w:rPr>
  </w:style>
  <w:style w:type="character" w:styleId="PageNumber">
    <w:name w:val="page number"/>
    <w:basedOn w:val="DefaultParagraphFont"/>
    <w:uiPriority w:val="99"/>
    <w:semiHidden/>
    <w:unhideWhenUsed/>
    <w:rsid w:val="00351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863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Word_Document.doc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478</TotalTime>
  <Pages>303</Pages>
  <Words>102106</Words>
  <Characters>493172</Characters>
  <Application>Microsoft Office Word</Application>
  <DocSecurity>0</DocSecurity>
  <Lines>10721</Lines>
  <Paragraphs>7535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Francette Madou-Phal</dc:creator>
  <cp:keywords/>
  <dc:description/>
  <cp:lastModifiedBy>Francette Madou-Phal</cp:lastModifiedBy>
  <cp:revision>3</cp:revision>
  <cp:lastPrinted>2025-06-07T19:07:00Z</cp:lastPrinted>
  <dcterms:created xsi:type="dcterms:W3CDTF">2025-06-15T22:30:00Z</dcterms:created>
  <dcterms:modified xsi:type="dcterms:W3CDTF">2025-06-18T19:15:00Z</dcterms:modified>
</cp:coreProperties>
</file>