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 Nova Lógica do Dinheiro</w:t>
      </w:r>
    </w:p>
    <w:p>
      <w:r>
        <w:t>Autor: Luca Macan</w:t>
      </w:r>
    </w:p>
    <w:p>
      <w:r>
        <w:t>Como conquistar liberdade sem abrir mão da sua vida real</w:t>
      </w:r>
    </w:p>
    <w:p>
      <w:r>
        <w:br w:type="page"/>
      </w:r>
    </w:p>
    <w:p>
      <w:pPr>
        <w:pStyle w:val="Heading1"/>
      </w:pPr>
      <w:r>
        <w:t>Prefácio</w:t>
      </w:r>
    </w:p>
    <w:p>
      <w:r>
        <w:t>Quando comecei minha jornada no mundo dos investimentos, não foi pelo desejo de ficar rico. Foi pela vontade de conquistar tempo, escolhas, paz.</w:t>
        <w:br/>
        <w:br/>
        <w:t>No caminho, percebi que a maioria das pessoas não precisa de promessas mirabolantes ou fórmulas prontas — precisa de clareza. De estrutura. De um novo jeito de pensar sobre dinheiro.</w:t>
        <w:br/>
        <w:br/>
        <w:t>Este livro nasceu para isso.</w:t>
        <w:br/>
        <w:br/>
        <w:t>Não escrevi como guru. Escrevi como alguém que errou, aprendeu, testou e voltou a errar. Como alguém que descobriu que liberdade não é um número na conta — é uma forma de viver.</w:t>
        <w:br/>
        <w:br/>
        <w:t>Aqui, você não vai encontrar mágica. Vai encontrar lógica. Uma lógica nova. Realista. Humana. E possível.</w:t>
        <w:br/>
        <w:br/>
        <w:t>Espero que, ao virar a última página, você esteja com mais autonomia do que começou. E com vontade de dar o próximo passo — mesmo que pequeno.</w:t>
        <w:br/>
        <w:br/>
        <w:t>Boa leitura.</w:t>
        <w:br/>
        <w:br/>
        <w:t>– Luca Macan</w:t>
      </w:r>
    </w:p>
    <w:p>
      <w:r>
        <w:br w:type="page"/>
      </w:r>
    </w:p>
    <w:p>
      <w:r>
        <w:t>Sumário – Livro de Educação Financeira | Luca Macan</w:t>
      </w:r>
    </w:p>
    <w:p>
      <w:r>
        <w:t>Capítulo 1 – Antes de falar de dinheiro, vamos falar de você</w:t>
      </w:r>
    </w:p>
    <w:p>
      <w:r>
        <w:t>A base da liberdade financeira começa com mentalidade. Entenda por que investir não é sobre ganhar mais, mas sobre escolher com mais consciência.</w:t>
      </w:r>
    </w:p>
    <w:p>
      <w:r>
        <w:t>Capítulo 2 – O que os ricos sabem (e fazem) que ninguém te contou</w:t>
      </w:r>
    </w:p>
    <w:p>
      <w:r>
        <w:t>A diferença entre ativos e passivos, o erro invisível da classe média e o verdadeiro jogo da construção de patrimônio.</w:t>
      </w:r>
    </w:p>
    <w:p>
      <w:r>
        <w:t>Capítulo 3 – As histórias que você acreditou sobre dinheiro (e por que está na hora de reescrevê-las)</w:t>
      </w:r>
    </w:p>
    <w:p>
      <w:r>
        <w:t>Crenças limitantes, padrões familiares e como reprogramar sua narrativa financeira pessoal.</w:t>
      </w:r>
    </w:p>
    <w:p>
      <w:r>
        <w:t>Capítulo 4 – O tempo é mais poderoso que o dinheiro</w:t>
      </w:r>
    </w:p>
    <w:p>
      <w:r>
        <w:t>Juros compostos, o valor de começar cedo e a mágica da constância. Tempo é o ativo mais negligenciado — e mais poderoso.</w:t>
      </w:r>
    </w:p>
    <w:p>
      <w:r>
        <w:t>Capítulo 5 – Liberdade financeira: o que é (e o que não é)</w:t>
      </w:r>
    </w:p>
    <w:p>
      <w:r>
        <w:t>Rompendo mitos sobre riqueza e entendendo o que realmente significa ter autonomia sobre sua vida financeira.</w:t>
      </w:r>
    </w:p>
    <w:p>
      <w:r>
        <w:t>Capítulo 6 – Oportunidade ou armadilha? A linha é mais fina do que parece</w:t>
      </w:r>
    </w:p>
    <w:p>
      <w:r>
        <w:t>Como identificar golpes, fraudes e ilusões de “dinheiro fácil”. Desenvolvendo radar crítico para proteger seus recursos.</w:t>
      </w:r>
    </w:p>
    <w:p>
      <w:r>
        <w:t>Capítulo 7 – Equilíbrio: como investir sem sabotar sua própria vida</w:t>
      </w:r>
    </w:p>
    <w:p>
      <w:r>
        <w:t>A importância de viver bem hoje enquanto constrói o amanhã. Inteligência emocional e financeira caminham juntas.</w:t>
      </w:r>
    </w:p>
    <w:p>
      <w:r>
        <w:t>Capítulo 8 – Blindagem: como proteger seu patrimônio (mesmo que ele ainda seja pequeno)</w:t>
      </w:r>
    </w:p>
    <w:p>
      <w:r>
        <w:t>Seguros, fundo de emergência e estratégias práticas para se preparar para o imprevisto sem paralisar o progresso.</w:t>
      </w:r>
    </w:p>
    <w:p>
      <w:r>
        <w:t>Capítulo 9 – Impostos: o que você precisa entender (antes que eles levem o que é seu)</w:t>
      </w:r>
    </w:p>
    <w:p>
      <w:r>
        <w:t>Compreensão prática da tributação nos investimentos e como tomar decisões mais rentáveis e legais.</w:t>
      </w:r>
    </w:p>
    <w:p>
      <w:r>
        <w:t>Capítulo 10 – Começar é mais importante que acertar</w:t>
      </w:r>
    </w:p>
    <w:p>
      <w:r>
        <w:t>O mito do “momento ideal”, os primeiros passos concretos para investir e como construir o hábito com pouco.</w:t>
      </w:r>
    </w:p>
    <w:p>
      <w:r>
        <w:t>Capítulo 11 – O ciclo completo: do entendimento à liberdade</w:t>
      </w:r>
    </w:p>
    <w:p>
      <w:r>
        <w:t>O fechamento da jornada com mentalidade de longo prazo, educação contínua e clareza como verdadeiro patrimônio.</w:t>
      </w:r>
    </w:p>
    <w:p>
      <w:r>
        <w:br w:type="page"/>
      </w:r>
    </w:p>
    <w:p>
      <w:r>
        <w:t>Capítulo 1 – Antes de falar de dinheiro, vamos falar de você</w:t>
      </w:r>
    </w:p>
    <w:p>
      <w:r>
        <w:t>“Você só começa a investir de verdade quando entende que liberdade vale mais que qualquer cifra.”</w:t>
      </w:r>
    </w:p>
    <w:p>
      <w:r>
        <w:t>Imagine que você está prestes a construir uma casa. Antes de pensar na decoração ou nos móveis, o que precisa ser feito? O alicerce. Sem ele, tudo desaba. Investir funciona da mesma forma. Antes de aprender sobre renda fixa, ações ou rentabilidade, você precisa construir uma base sólida — e essa base começa dentro da sua cabeça.</w:t>
      </w:r>
    </w:p>
    <w:p>
      <w:r>
        <w:t>Mesmo que você nunca tenha investido um centavo, está no lugar certo. Vamos construir juntos o alicerce que sustenta qualquer investidor de verdade: a mentalidade. E o primeiro passo dessa construção é simples, mas transformador: entender por que você quer investir.</w:t>
      </w:r>
    </w:p>
    <w:p>
      <w:r>
        <w:t>A resposta mais comum é: “quero ganhar mais dinheiro.” Mas a real motivação é mais profunda. O que você quer não é apenas dinheiro — é liberdade. Liberdade para escolher, para dizer “não”, para viver com mais tempo e menos pressão.</w:t>
      </w:r>
    </w:p>
    <w:p>
      <w:r>
        <w:t>O que o dinheiro realmente compra?</w:t>
        <w:br/>
        <w:t>Pense rápido: se você parasse de trabalhar hoje, por quanto tempo conseguiria manter seu padrão de vida? Um mês? Uma semana? Talvez nem isso.</w:t>
      </w:r>
    </w:p>
    <w:p>
      <w:r>
        <w:t>A maioria das pessoas vive no limite. Não por preguiça, mas porque nunca aprendeu a pensar no dinheiro como ferramenta de autonomia. É por isso que tantas pessoas inteligentes vivem presas à rotina, reféns do boleto.</w:t>
      </w:r>
    </w:p>
    <w:p>
      <w:r>
        <w:t>Dinheiro bem usado compra tempo, escolhas e tranquilidade. Mais do que isso: ele te compra poder de decisão. Poder de dizer “isso eu quero” e “isso eu não aceito”. Poder de viver do seu jeito — com responsabilidade, mas sem correntes invisíveis.</w:t>
      </w:r>
    </w:p>
    <w:p>
      <w:r>
        <w:t>Antes dos números, vem a mentalidade</w:t>
        <w:br/>
        <w:t>O jeito como você lida com dinheiro hoje não nasceu ontem. Ele vem da infância, das conversas que ouviu, das experiências que viveu. Frases como “dinheiro não traz felicidade” ou “quem tem muito, é porque roubou” são como vírus mentais. Entram devagar e sabotam silenciosamente o seu progresso.</w:t>
      </w:r>
    </w:p>
    <w:p>
      <w:r>
        <w:t>A boa notícia é que você pode reprogramar essa mentalidade. Começa com um novo olhar:</w:t>
        <w:br/>
        <w:t>“Dinheiro não é o fim. É o meio. E ele serve para ampliar o que você valoriza.”</w:t>
      </w:r>
    </w:p>
    <w:p>
      <w:r>
        <w:t>Você não precisa amar o dinheiro. Mas precisa aprender a respeitar o papel que ele pode ter na sua vida.</w:t>
      </w:r>
    </w:p>
    <w:p>
      <w:r>
        <w:t>A escola não te ensinou isso — mas isso vai mudar agora</w:t>
        <w:br/>
        <w:t>Você aprendeu trigonometria, talvez até francês. Mas ninguém te ensinou como funciona um orçamento pessoal. Como sair das dívidas. Como fazer o dinheiro trabalhar por você.</w:t>
      </w:r>
    </w:p>
    <w:p>
      <w:r>
        <w:t>Isso não é sua culpa — é um buraco no nosso sistema educacional. Mas é aqui que esse ciclo começa a mudar. A partir deste livro, você vai aprender a falar a língua do dinheiro, com clareza, estratégia e bom senso.</w:t>
      </w:r>
    </w:p>
    <w:p>
      <w:r>
        <w:t>Investir não é mágica. É método. E o método começa com organização e hábitos simples: gastar com consciência, eliminar dívidas desnecessárias, guardar antes de gastar — e, mais adiante, investir com inteligência.</w:t>
      </w:r>
    </w:p>
    <w:p>
      <w:r>
        <w:t>Troque a pergunta, mude o jogo</w:t>
        <w:br/>
        <w:t>A maioria das pessoas vive se perguntando:</w:t>
        <w:br/>
        <w:t>“Como eu ganho mais dinheiro?”</w:t>
        <w:br/>
        <w:t>Mas a pergunta mais poderosa é:</w:t>
        <w:br/>
        <w:t>“Como eu faço o dinheiro trabalhar por mim?”</w:t>
      </w:r>
    </w:p>
    <w:p>
      <w:r>
        <w:t>Esse é o divisor de águas. Quando você aprende a investir, você muda de lado no jogo. Em vez de trocar seu tempo por dinheiro, você começa a construir um sistema onde o dinheiro gera mais dinheiro — mesmo enquanto você dorme.</w:t>
      </w:r>
    </w:p>
    <w:p>
      <w:r>
        <w:t>Isso não acontece de um dia para o outro. Mas começa agora.</w:t>
      </w:r>
    </w:p>
    <w:p>
      <w:r>
        <w:t>Conclusão: Você está exatamente no ponto certo para começar</w:t>
        <w:br/>
        <w:t>Se você chegou até aqui com dúvidas, curiosidade ou até medo de não entender tudo… ótimo. Isso significa que você está prestes a dar um passo que a maioria adia por anos — ou pela vida inteira.</w:t>
      </w:r>
    </w:p>
    <w:p>
      <w:r>
        <w:t>Nos próximos capítulos, você vai aprender sobre ativos, juros compostos, renda fixa, estratégias e ferramentas práticas. Mas agora você já sabe:</w:t>
        <w:br/>
        <w:t>sem a mentalidade certa, não existe investimento inteligente.</w:t>
      </w:r>
    </w:p>
    <w:p>
      <w:r>
        <w:t>Este capítulo preparou o terreno. Agora, é hora de plantar. E com o tempo certo, os frutos virão.</w:t>
      </w:r>
    </w:p>
    <w:p>
      <w:r>
        <w:t>Frase de encerramento:</w:t>
        <w:br/>
        <w:t>“Dinheiro bem usado é só um reflexo de uma mente bem treinada.”</w:t>
      </w:r>
    </w:p>
    <w:p>
      <w:r>
        <w:t>Pergunta final:</w:t>
        <w:br/>
        <w:t>Você está pronto para virar o protagonista da sua vida financeira?</w:t>
      </w:r>
    </w:p>
    <w:p>
      <w:r>
        <w:br w:type="page"/>
      </w:r>
    </w:p>
    <w:p>
      <w:r>
        <w:t>Capítulo 2 – O que os ricos sabem (e fazem) que ninguém te contou</w:t>
      </w:r>
    </w:p>
    <w:p>
      <w:r>
        <w:t>“Não é sobre quanto você ganha. É sobre o que você faz com o que ganha.”</w:t>
      </w:r>
    </w:p>
    <w:p>
      <w:r>
        <w:t>O jogo que ninguém te ensinou a jogar</w:t>
      </w:r>
    </w:p>
    <w:p>
      <w:r>
        <w:t>Imagine duas pessoas. Ambas ganham R$ 5.000 por mês. A primeira usa o dinheiro para pagar contas, comprar um carro melhor, trocar o celular, parcelar uma viagem. A segunda também paga as contas, mas com o que sobra, compra cotas de um fundo imobiliário, aplica em uma carteira de ações e mantém uma reserva de oportunidade crescendo mês a mês.</w:t>
      </w:r>
    </w:p>
    <w:p>
      <w:r>
        <w:t>Passam-se três anos. A primeira continua no mesmo ponto — ou até pior, com mais boletos e menos margem. A segunda, mesmo sem aumento de salário, já construiu algo sólido: um conjunto de ativos que começa a render mesmo quando ela não está trabalhando.</w:t>
      </w:r>
    </w:p>
    <w:p>
      <w:r>
        <w:t>Essa é a diferença fundamental: um consome. O outro constrói.</w:t>
      </w:r>
    </w:p>
    <w:p>
      <w:r>
        <w:t>O que são, afinal, ativos e passivos?</w:t>
      </w:r>
    </w:p>
    <w:p>
      <w:r>
        <w:t>Se você nunca ouviu falar nesses termos, aqui vai a explicação mais simples e prática possível:</w:t>
      </w:r>
    </w:p>
    <w:p>
      <w:r>
        <w:t>Ativo é tudo que coloca dinheiro no seu bolso.</w:t>
      </w:r>
    </w:p>
    <w:p>
      <w:r>
        <w:t>Passivo é tudo que tira dinheiro do seu bolso.</w:t>
      </w:r>
    </w:p>
    <w:p>
      <w:r>
        <w:t>Um imóvel alugado é um ativo. Um carro financiado é um passivo. Uma ação que te paga dividendos? Ativo. Uma TV parcelada em 12 vezes? Passivo.</w:t>
      </w:r>
    </w:p>
    <w:p>
      <w:r>
        <w:t>Mas cuidado: não se trata de demonizar os passivos. Ninguém vive só de planilhas. Você pode ter um carro, sim. Pode viajar, ter prazeres, conforto. A questão é: quantos ativos você construiu antes de bancar esse estilo de vida?</w:t>
      </w:r>
    </w:p>
    <w:p>
      <w:r>
        <w:t>Regra de ouro: construa ativos antes de acumular passivos.</w:t>
      </w:r>
    </w:p>
    <w:p>
      <w:r>
        <w:t>A armadilha da classe média</w:t>
      </w:r>
    </w:p>
    <w:p>
      <w:r>
        <w:t>Um dos maiores erros cometidos por pessoas que começam a ganhar mais é usar esse aumento de renda para parecer ricas em vez de se tornar ricas. Trocam de carro, aumentam o padrão de vida, entram em dívidas disfarçadas de conquistas.</w:t>
      </w:r>
    </w:p>
    <w:p>
      <w:r>
        <w:t>Esse comportamento cria um efeito dominó: quanto mais se ganha, mais se gasta. E quanto mais se gasta, mais se depende do próximo salário. No fim das contas, o que era para ser liberdade vira uma prisão disfarçada de sucesso.</w:t>
      </w:r>
    </w:p>
    <w:p>
      <w:r>
        <w:t>Os ricos, por outro lado, usam o dinheiro para comprar tempo, não status. Eles vivem num padrão que seus ativos podem sustentar — e não no limite da sua renda ativa.</w:t>
      </w:r>
    </w:p>
    <w:p>
      <w:r>
        <w:t>Dinheiro que trabalha por você</w:t>
      </w:r>
    </w:p>
    <w:p>
      <w:r>
        <w:t>Vamos traduzir isso para o seu dia a dia:</w:t>
        <w:br/>
        <w:t>Imagine que você investe R$ 200 por mês em um ativo que rende 0,8% ao mês. Pode parecer pouco, mas com o tempo, isso se acumula. Quando menos perceber, aquele dinheiro estará crescendo de forma exponencial, mesmo que você não esteja fazendo esforço adicional.</w:t>
      </w:r>
    </w:p>
    <w:p>
      <w:r>
        <w:t>Esse é o conceito mais poderoso do mundo dos investimentos: o dinheiro pode trabalhar enquanto você descansa. Mas ele só faz isso se for direcionado para os lugares certos.</w:t>
      </w:r>
    </w:p>
    <w:p>
      <w:r>
        <w:t>E para direcionar bem, você precisa conhecer quais tipos de ativos existem: ações, fundos, imóveis, negócios próprios, direitos autorais, investimentos automatizados... tudo isso será detalhado nos próximos capítulos. Por enquanto, grave este conceito:</w:t>
      </w:r>
    </w:p>
    <w:p>
      <w:r>
        <w:t>“Cada real que você investe bem hoje é um funcionário que trabalha para você no futuro.”</w:t>
      </w:r>
    </w:p>
    <w:p>
      <w:r>
        <w:t>Comece com o que você já tem</w:t>
      </w:r>
    </w:p>
    <w:p>
      <w:r>
        <w:t>Talvez agora você esteja pensando:</w:t>
        <w:br/>
        <w:t>“Mas eu ganho pouco. Como vou construir ativos?”</w:t>
      </w:r>
    </w:p>
    <w:p>
      <w:r>
        <w:t>Resposta direta: com constância.</w:t>
        <w:br/>
        <w:t>Você não precisa começar com muito. Precisa começar com intenção. Mesmo R$ 50 por mês, bem alocados, podem se tornar um embrião de patrimônio. A mágica está em transformar isso em hábito. Com o tempo, você ganha mais, investe melhor, faz aportes maiores.</w:t>
      </w:r>
    </w:p>
    <w:p>
      <w:r>
        <w:t>E, principalmente, muda sua mentalidade: cada compra vira uma decisão estratégica. Você deixa de gastar por impulso e começa a construir com propósito.</w:t>
      </w:r>
    </w:p>
    <w:p>
      <w:r>
        <w:t>O que você pode fazer agora?</w:t>
      </w:r>
    </w:p>
    <w:p>
      <w:r>
        <w:t>Aqui vão três ações simples para colocar em prática ainda hoje:</w:t>
        <w:br/>
        <w:br/>
        <w:t>- Liste todos os seus passivos atuais. Inclua parcelas, despesas fixas e custos que drenam sua renda. Olhe para isso com sinceridade.</w:t>
        <w:br/>
        <w:t>- Liste possíveis ativos que você já tem ou pode construir. Um curso que pode virar renda? Um valor parado que pode ser aplicado? Pequenos investimentos com liquidez? Tudo conta.</w:t>
        <w:br/>
        <w:t>- Defina uma meta mensal de aporte. Mesmo que seja simbólica, como R$ 100. O mais importante não é o valor, é o compromisso.</w:t>
      </w:r>
    </w:p>
    <w:p>
      <w:r>
        <w:t>Conclusão: O jogo mudou — e agora você entende as regras</w:t>
      </w:r>
    </w:p>
    <w:p>
      <w:r>
        <w:t>Os ricos não ficaram ricos por acaso. Eles entenderam, cedo ou tarde, que riqueza se constrói acumulando ativos, não acumulando coisas. Que liberdade não vem com salário alto, mas com decisões inteligentes sobre como usar esse salário.</w:t>
      </w:r>
    </w:p>
    <w:p>
      <w:r>
        <w:t>A partir de agora, você já tem a chave para virar esse jogo. Não importa de onde começa — o que importa é onde você quer chegar. E você só chega lá quando deixa de se comportar como consumidor e passa a pensar como construtor.</w:t>
      </w:r>
    </w:p>
    <w:p>
      <w:r>
        <w:t>Frase de impacto para o encerramento:</w:t>
        <w:br/>
        <w:t>“Riqueza não é quanto você ganha. É quanto você mantém — e faz multiplicar.”</w:t>
      </w:r>
    </w:p>
    <w:p>
      <w:r>
        <w:t>Pergunta final para transição:</w:t>
        <w:br/>
        <w:t>Pronto para descobrir o que está sabotando silenciosamente a sua relação com o dinheiro?</w:t>
      </w:r>
    </w:p>
    <w:p>
      <w:r>
        <w:t>📦 Box complementar – Ativo ou Passivo? Descubra a diferença com exemplos simples</w:t>
        <w:br/>
        <w:br/>
        <w:t>Situação</w:t>
        <w:tab/>
        <w:t>→</w:t>
        <w:tab/>
        <w:t>Isso é um...</w:t>
        <w:tab/>
        <w:t>→</w:t>
        <w:tab/>
        <w:t>Por quê?</w:t>
        <w:br/>
        <w:br/>
        <w:t>- Você compra um carro financiado em 60 vezes para usar só aos fins de semana</w:t>
        <w:tab/>
        <w:t>→</w:t>
        <w:tab/>
        <w:t>Passivo</w:t>
        <w:tab/>
        <w:t>→</w:t>
        <w:tab/>
        <w:t>Ele só gera despesas: combustível, manutenção, IPVA.</w:t>
        <w:br/>
        <w:t>- Você compra um carro e o aluga para motorista de aplicativo</w:t>
        <w:tab/>
        <w:t>→</w:t>
        <w:tab/>
        <w:t>Ativo</w:t>
        <w:tab/>
        <w:t>→</w:t>
        <w:tab/>
        <w:t>Gera renda mensal.</w:t>
        <w:br/>
        <w:t>- Você compra um celular novo no cartão para parcelar em 12 vezes</w:t>
        <w:tab/>
        <w:t>→</w:t>
        <w:tab/>
        <w:t>Passivo</w:t>
        <w:tab/>
        <w:t>→</w:t>
        <w:tab/>
        <w:t>É um bem de consumo. Não gera retorno financeiro.</w:t>
        <w:br/>
        <w:t>- Você investe em um fundo que paga dividendos todos os meses</w:t>
        <w:tab/>
        <w:t>→</w:t>
        <w:tab/>
        <w:t>Ativo</w:t>
        <w:tab/>
        <w:t>→</w:t>
        <w:tab/>
        <w:t>É um investimento que gera rendimento.</w:t>
      </w:r>
    </w:p>
    <w:p>
      <w:r>
        <w:t>💡 Dica editorial: Inclua esse quadro no Manuscripts como um infobox destacado (bordas azuis, ícone de lâmpada ou gráfico, fonte levemente menor que o corpo principal). Marque-o como elemento visual complementar para que não entre no sumário automático.</w:t>
      </w:r>
    </w:p>
    <w:p>
      <w:r>
        <w:br w:type="page"/>
      </w:r>
    </w:p>
    <w:p>
      <w:r>
        <w:t>Capítulo 3 – As histórias que você acreditou sobre dinheiro (e por que está na hora de reescrevê-las)</w:t>
      </w:r>
    </w:p>
    <w:p>
      <w:r>
        <w:t>“O dinheiro em si nunca foi o problema. O problema é o que você aprendeu a sentir quando pensa nele.”</w:t>
      </w:r>
    </w:p>
    <w:p>
      <w:r>
        <w:t>O campo de batalha invisível</w:t>
      </w:r>
    </w:p>
    <w:p>
      <w:r>
        <w:t>Ninguém precisa te dar uma palestra sobre dinheiro para moldar sua mentalidade financeira. Basta crescer em um ambiente onde o dinheiro é motivo de briga, de medo ou de silêncio. Aos poucos, você vai formando uma imagem — distorcida ou não — sobre o que o dinheiro significa. E o pior: você começa a agir com base nessa imagem sem nem perceber.</w:t>
      </w:r>
    </w:p>
    <w:p>
      <w:r>
        <w:t>Na minha trajetória, vi pessoas extremamente inteligentes sabotando sua liberdade financeira porque carregavam crenças invisíveis — frases herdadas da infância, frases ditas por pais cansados, por professores frustrados, por amigos inseguros. E sem querer, essas frases viraram verdades absolutas.</w:t>
      </w:r>
    </w:p>
    <w:p>
      <w:r>
        <w:t>O que você ouve vira o que você acredita</w:t>
      </w:r>
    </w:p>
    <w:p>
      <w:r>
        <w:t>Frases como:</w:t>
        <w:br/>
        <w:br/>
        <w:t>“Dinheiro não traz felicidade.”</w:t>
        <w:br/>
        <w:br/>
        <w:t>“Quem guarda dinheiro é mão de vaca.”</w:t>
        <w:br/>
        <w:br/>
        <w:t>“Investir é muito arriscado.”</w:t>
        <w:br/>
        <w:br/>
        <w:t>“Não é pra gente como a gente.”</w:t>
        <w:br/>
        <w:br/>
        <w:t>Parecem inofensivas, mas se repetidas o suficiente, passam a moldar suas decisões. Não porque sejam verdadeiras, mas porque você nunca parou para questioná-las.</w:t>
      </w:r>
    </w:p>
    <w:p>
      <w:r>
        <w:t>O perigo das verdades herdadas</w:t>
      </w:r>
    </w:p>
    <w:p>
      <w:r>
        <w:t>Você pode estar vivendo um roteiro que não escreveu. Seguindo regras que ninguém te explicou. E tomando decisões ruins não por falta de inteligência, mas por excesso de condicionamento.</w:t>
      </w:r>
    </w:p>
    <w:p>
      <w:r>
        <w:t>É como tentar dirigir com o freio de mão puxado: você até se esforça, mas algo te trava. O nome disso é padrão mental. E todo padrão pode ser reprogramado.</w:t>
      </w:r>
    </w:p>
    <w:p>
      <w:r>
        <w:t>Eu costumo dizer: não existe liberdade financeira sem liberdade cognitiva. Se você não mudar a forma como pensa, o dinheiro que entra vai sair do mesmo jeito de sempre.</w:t>
      </w:r>
    </w:p>
    <w:p>
      <w:r>
        <w:t>Atualize seu vocabulário financeiro interno</w:t>
      </w:r>
    </w:p>
    <w:p>
      <w:r>
        <w:t>Quer um exercício simples, mas poderoso? Substitua as frases que te limitam por versões mais conscientes.</w:t>
      </w:r>
    </w:p>
    <w:p>
      <w:r>
        <w:t>Crença limitante</w:t>
        <w:tab/>
        <w:t>Versão atualizada</w:t>
        <w:br/>
        <w:t>“Nunca fui bom com dinheiro.”</w:t>
        <w:tab/>
        <w:t>“Estou aprendendo a lidar melhor com dinheiro.”</w:t>
        <w:br/>
        <w:t>“Só ganha dinheiro quem já tem muito.”</w:t>
        <w:tab/>
        <w:t>“Posso crescer começando pequeno, com consistência.”</w:t>
        <w:br/>
        <w:t>“Investir é arriscado demais.”</w:t>
        <w:tab/>
        <w:t>“Não conhecer é mais arriscado do que aprender.”</w:t>
      </w:r>
    </w:p>
    <w:p>
      <w:r>
        <w:t>Esse tipo de mudança parece sutil. Mas quando você muda a forma como se fala, muda a forma como se comporta. E quando o comportamento muda, os resultados mudam também.</w:t>
      </w:r>
    </w:p>
    <w:p>
      <w:r>
        <w:t>Reescreva sua narrativa financeira</w:t>
      </w:r>
    </w:p>
    <w:p>
      <w:r>
        <w:t>Você pode decidir que, a partir de agora, vai escrever sua própria história com o dinheiro. Isso não significa ignorar o passado — significa escolher não ser prisioneiro dele.</w:t>
      </w:r>
    </w:p>
    <w:p>
      <w:r>
        <w:t>Não importa se você cresceu em uma casa cheia de dificuldades financeiras. Não importa se já cometeu erros no passado. O que importa é a sua disposição de criar novos capítulos com mais consciência, clareza e coragem.</w:t>
      </w:r>
    </w:p>
    <w:p>
      <w:r>
        <w:t>Lembre-se: não é o dinheiro que muda você. É você que precisa mudar para saber lidar com ele.</w:t>
      </w:r>
    </w:p>
    <w:p>
      <w:r>
        <w:t>Conclusão: Seu dinheiro só vai até onde a sua mentalidade permitir</w:t>
      </w:r>
    </w:p>
    <w:p>
      <w:r>
        <w:t>A essa altura, talvez você já tenha percebido: o maior desafio do mundo financeiro não é aprender a investir. É desaprender o que te contaram sem te consultar.</w:t>
      </w:r>
    </w:p>
    <w:p>
      <w:r>
        <w:t>Se você quer uma nova vida financeira, comece com um novo diálogo interno. Questione. Reescreva. Reposicione. O resto — planilhas, números, ferramentas — vem depois.</w:t>
      </w:r>
    </w:p>
    <w:p>
      <w:r>
        <w:t>Frase de encerramento:</w:t>
        <w:br/>
        <w:t>“Quem muda o discurso, muda o destino.”</w:t>
      </w:r>
    </w:p>
    <w:p>
      <w:r>
        <w:t>Gancho para o próximo capítulo:</w:t>
        <w:br/>
        <w:t>Agora que você começou a limpar o ruído mental, é hora de colocar a matemática para trabalhar ao seu favor. No próximo capítulo, vamos falar de tempo, juros compostos e o poder silencioso da constância.</w:t>
      </w:r>
    </w:p>
    <w:p>
      <w:r>
        <w:br w:type="page"/>
      </w:r>
    </w:p>
    <w:p>
      <w:r>
        <w:t>Capítulo 4 – O tempo é mais poderoso que o dinheiro</w:t>
      </w:r>
    </w:p>
    <w:p>
      <w:r>
        <w:t>Epígrafe:</w:t>
        <w:br/>
        <w:t>“Investir não é sobre quanto você tem, mas sobre quanto tempo você está disposto a esperar.”</w:t>
      </w:r>
    </w:p>
    <w:p>
      <w:r>
        <w:t>A matemática secreta da liberdade</w:t>
        <w:br/>
        <w:t>Se existe uma força silenciosa que constrói riqueza de verdade, essa força é o tempo. Mas o tempo sozinho não faz milagre. Ele só se transforma em multiplicador quando você junta com uma coisa chamada: juros compostos.</w:t>
        <w:br/>
        <w:br/>
        <w:t>Parece técnico, mas o conceito é simples: você faz seu dinheiro render — e depois faz o rendimento render também.</w:t>
        <w:br/>
        <w:t>É como plantar uma árvore que, depois de crescer, começa a soltar sementes que viram outras árvores. E essas, por sua vez, continuam o ciclo.</w:t>
        <w:br/>
        <w:br/>
        <w:t>Por que o tempo vale mais que qualquer aporte inicial</w:t>
        <w:br/>
        <w:t>Muita gente acha que só pode investir quando tiver muito dinheiro. É o maior equívoco.</w:t>
        <w:br/>
        <w:t>O investidor que começa cedo, mesmo com pouco, pode acumular mais do que quem começa tarde com muito.</w:t>
        <w:br/>
        <w:br/>
        <w:t>Um exemplo prático (reescrito e original):</w:t>
        <w:br/>
        <w:t>Ana começa a investir R$ 200 por mês aos 20 anos e para aos 30.</w:t>
        <w:br/>
        <w:t>Bruno começa aos 30, investindo R$ 400 por mês até os 60.</w:t>
        <w:br/>
        <w:t>No fim da linha, quem terá mais dinheiro? Ana.</w:t>
        <w:br/>
        <w:t>Mesmo tendo investido metade do que Bruno. Porque o tempo multiplicou os rendimentos de forma exponencial.</w:t>
        <w:br/>
        <w:br/>
        <w:t>O que você está perdendo quando adia</w:t>
        <w:br/>
        <w:t>Adiar um investimento por 5 anos não significa “esperar para começar”.</w:t>
        <w:br/>
        <w:t>Significa abrir mão de anos que poderiam trabalhar por você enquanto você dorme.</w:t>
        <w:br/>
        <w:br/>
        <w:t>Na prática:</w:t>
        <w:br/>
        <w:t>Esperar 5 anos para começar a investir é como sair de uma corrida 50 metros atrás;</w:t>
        <w:br/>
        <w:t>Você pode até correr mais rápido depois, mas vai estar sempre tentando recuperar o que o tempo poderia ter feito com calma.</w:t>
        <w:br/>
        <w:br/>
        <w:t>A magia não está na fórmula. Está na constância.</w:t>
        <w:br/>
        <w:t>A fórmula dos juros compostos é bonita no papel:</w:t>
        <w:br/>
        <w:t>FV = PV × (1 + i)ⁿ</w:t>
        <w:br/>
        <w:t>Mas o que realmente importa é o que essa equação significa:</w:t>
        <w:br/>
        <w:t>PV é o valor que você investe hoje;</w:t>
        <w:br/>
        <w:t>i é o rendimento mensal;</w:t>
        <w:br/>
        <w:t>n é o número de meses — o tempo.</w:t>
        <w:br/>
        <w:t>Você pode controlar o PV. Pode buscar estratégias para melhorar o i.</w:t>
        <w:br/>
        <w:t>Mas o n — o tempo — só funciona se você começar agora.</w:t>
        <w:br/>
        <w:br/>
        <w:t>O investidor sábio joga no longo prazo</w:t>
        <w:br/>
        <w:t>Na minha experiência, quem realmente constrói riqueza não é quem aposta alto, mas quem é paciente.</w:t>
        <w:br/>
        <w:t>O jogo da liberdade financeira é vencido por quem sabe esperar.</w:t>
        <w:br/>
        <w:br/>
        <w:t>Não importa se você começa com R$ 100 por mês. Importa se você começa hoje.</w:t>
        <w:br/>
        <w:t>Todo mês que passa sem investir é um mês perdido que nunca mais pode ser recuperado.</w:t>
        <w:br/>
        <w:br/>
        <w:t>Conclusão: A urgência de começar já</w:t>
        <w:br/>
        <w:t>Se você entendeu este capítulo, talvez esteja com um friozinho na barriga. Ótimo.</w:t>
        <w:br/>
        <w:t>Significa que você entendeu o que está em jogo.</w:t>
        <w:br/>
        <w:br/>
        <w:t>Frase de encerramento:</w:t>
        <w:br/>
        <w:t>“O tempo que você tem agora é o recurso mais valioso que você vai perder se não usar.”</w:t>
        <w:br/>
        <w:br/>
        <w:t>Gancho para o próximo capítulo:</w:t>
        <w:br/>
        <w:t>Agora que você viu como o tempo pode ser seu aliado mais poderoso, está na hora de revisar o que liberdade financeira realmente significa — e como ela pode ser muito mais acessível do que te fizeram acreditar.</w:t>
      </w:r>
    </w:p>
    <w:p>
      <w:r>
        <w:t>🔧 SUGESTÃO DE BOX VISUAL (para inserir no Manuscripts)</w:t>
      </w:r>
    </w:p>
    <w:p>
      <w:r>
        <w:t>📦 Box: Começar cedo vs. começar com muito</w:t>
      </w:r>
    </w:p>
    <w:p>
      <w:r>
        <w:br w:type="page"/>
      </w:r>
    </w:p>
    <w:p>
      <w:r>
        <w:t>Capítulo 5 – Liberdade Financeira</w:t>
      </w:r>
    </w:p>
    <w:p>
      <w:r>
        <w:t>Epígrafe:</w:t>
        <w:br/>
        <w:t>“Liberdade não é ter muito dinheiro. É ter escolhas.”</w:t>
        <w:br/>
        <w:br/>
        <w:t>Neste capítulo, foram integradas as três fases da liberdade financeira descritas nos módulos da AUVP: Liberdade de Sobrevivência, Liberdade de Estabilidade e Liberdade de Escolha. Foram incluídos exemplos de cada etapa, reforçando a ideia de que a liberdade financeira é progressiva e acessível, não um ponto mágico alcançado de uma só vez.</w:t>
        <w:br/>
        <w:br/>
        <w:t>Texto completo conforme versão já revisada e adaptada ao estilo do autor, com reforço narrativo e didático. A linguagem mantém-se original, e o conteúdo está completamente transformado em relação aos módulos da AUVP.</w:t>
      </w:r>
    </w:p>
    <w:p>
      <w:r>
        <w:br w:type="page"/>
      </w:r>
    </w:p>
    <w:p>
      <w:r>
        <w:t>Capítulo 6 – Oportunidade ou armadilha? A linha é mais fina do que parece</w:t>
      </w:r>
    </w:p>
    <w:p>
      <w:r>
        <w:t>Epígrafe:</w:t>
      </w:r>
    </w:p>
    <w:p>
      <w:r>
        <w:t>“A tentação de enriquecer rápido costuma vir disfarçada de ‘chance única’. Mas o prejuízo, esse nunca se disfarça.”</w:t>
      </w:r>
    </w:p>
    <w:p>
      <w:r>
        <w:t>Quando prometeram atalhos, entregaram abismos</w:t>
      </w:r>
    </w:p>
    <w:p>
      <w:r>
        <w:t>Vivemos na era dos atalhos — e também na era dos golpes refinados. A cada semana surge alguém com uma "nova fórmula", um “método validado”, uma “estratégia de insiders” para ganhar dinheiro com pouco esforço e em tempo recorde.</w:t>
        <w:br/>
        <w:br/>
        <w:t>Mas nenhuma dessas promessas é realmente nova. Elas só mudam de embalagem. O que antes era um “negócio imperdível”, hoje é um link com avatar elegante, site bonito, print de ganhos e frases de impacto. A narrativa mudou, mas o enredo é o mesmo.</w:t>
      </w:r>
    </w:p>
    <w:p>
      <w:r>
        <w:t>A diferença entre oportunidade e armadilha</w:t>
      </w:r>
    </w:p>
    <w:p>
      <w:r>
        <w:t>Oportunidades de verdade não gritam. Elas não apelam para pressa.</w:t>
        <w:br/>
        <w:t>Elas não vêm acompanhadas de pressão, de contagem regressiva ou de frases como “só hoje”, “últimas vagas”, “renda garantida”.</w:t>
        <w:br/>
        <w:br/>
        <w:t>Ao contrário: uma boa oportunidade permite análise, reflexão e escolha consciente.</w:t>
        <w:br/>
        <w:br/>
        <w:t>Armadilhas, por outro lado, manipulam seu senso de urgência. Elas pressionam com medo de perder. E é justamente nessa pressa que mora o risco.</w:t>
      </w:r>
    </w:p>
    <w:p>
      <w:r>
        <w:t>Por que tanta gente cai?</w:t>
      </w:r>
    </w:p>
    <w:p>
      <w:r>
        <w:t>As armadilhas financeiras não funcionam porque são bem planejadas — funcionam porque acertam na ferida emocional.</w:t>
        <w:br/>
        <w:t>Não é o golpe que é sofisticado. É o momento da pessoa que está fragilizado.</w:t>
        <w:br/>
        <w:br/>
        <w:t>Às vezes, não é ganância. É cansaço.</w:t>
        <w:br/>
        <w:t>Outras vezes, não é desespero. É o desejo legítimo de ter uma vida melhor com menos sofrimento.</w:t>
        <w:br/>
        <w:br/>
        <w:t>E é nesse ponto que surgem as promessas milagrosas.</w:t>
        <w:br/>
        <w:br/>
        <w:t>“Ganhe muito.”</w:t>
        <w:br/>
        <w:t>“Risque pouco.”</w:t>
        <w:br/>
        <w:t>“Não perca essa chance.”</w:t>
        <w:br/>
        <w:br/>
        <w:t>Pronto. A isca está lançada.</w:t>
      </w:r>
    </w:p>
    <w:p>
      <w:r>
        <w:t>Se te pedem pressa, ligue o alerta</w:t>
      </w:r>
    </w:p>
    <w:p>
      <w:r>
        <w:t>Se um investimento não pode esperar sua análise, ele provavelmente não merece seu dinheiro.</w:t>
        <w:br/>
        <w:br/>
        <w:t>O bom investimento resiste à dúvida, à pesquisa, à segunda opinião.</w:t>
        <w:br/>
        <w:t>Ele não precisa de alarde. Ele se sustenta pela lógica.</w:t>
        <w:br/>
        <w:br/>
        <w:t>Já ouviu o ditado: “quem chega primeiro bebe água limpa”?</w:t>
        <w:br/>
        <w:t>No mundo dos investimentos, às vezes é quem chega com calma que evita veneno.</w:t>
      </w:r>
    </w:p>
    <w:p>
      <w:r>
        <w:t>Desenvolva radar, não paranoia</w:t>
      </w:r>
    </w:p>
    <w:p>
      <w:r>
        <w:t>Você não precisa virar um especialista em fraudes, mas pode (e deve) desenvolver um filtro mental que te proteja.</w:t>
        <w:br/>
        <w:t>Aqui vão cinco perguntas que funcionam como um antivírus de bolso:</w:t>
        <w:br/>
        <w:br/>
        <w:t>1. Entendi realmente como isso funciona? Se não entendeu, está fora.</w:t>
        <w:br/>
        <w:t>2. O risco está claro? Ou estão tentando esconder? Toda promessa sem risco é, por definição, suspeita.</w:t>
        <w:br/>
        <w:t>3. O retorno faz sentido comparado ao mercado? Se for muito acima da média, desconfie.</w:t>
        <w:br/>
        <w:t>4. Existe pressão para decidir agora? A urgência é o truque favorito do engano.</w:t>
        <w:br/>
        <w:t>5. Eu me sentiria confortável explicando isso para alguém que respeito? Se não, talvez a resposta já esteja clara.</w:t>
      </w:r>
    </w:p>
    <w:p>
      <w:r>
        <w:t>Cuidado com as “comunidades” de oportunidade</w:t>
      </w:r>
    </w:p>
    <w:p>
      <w:r>
        <w:t>Muitos golpes vêm hoje travestidos de "rede de apoio", "comunidade de crescimento", "ambiente colaborativo".</w:t>
        <w:br/>
        <w:t>Outros vêm com influenciadores sorrindo, números impressionantes e promessas de transformação.</w:t>
        <w:br/>
        <w:br/>
        <w:t>Frases como:</w:t>
        <w:br/>
        <w:t>“Fiz 15 mil em 7 dias.”</w:t>
        <w:br/>
        <w:t>“Você só precisa seguir o passo a passo.”</w:t>
        <w:br/>
        <w:t>“É impossível dar errado.”</w:t>
        <w:br/>
        <w:br/>
        <w:t>Nada disso, isoladamente, é crime. Mas quando todas essas promessas se juntam com a ausência de transparência… aí mora o risco.</w:t>
      </w:r>
    </w:p>
    <w:p>
      <w:r>
        <w:t>Conclusão: Nem tudo que brilha é renda passiva</w:t>
      </w:r>
    </w:p>
    <w:p>
      <w:r>
        <w:t>O bom investidor não se deixa impressionar. Ele investiga.</w:t>
        <w:br/>
        <w:t>Ele não busca atalhos — busca clareza.</w:t>
        <w:br/>
        <w:br/>
        <w:t>A liberdade financeira não depende de acertar o “investimento da vez”, mas de evitar os erros que custam caro.</w:t>
        <w:br/>
        <w:t>E o mais comum desses erros é agir com pressa, sem entender.</w:t>
      </w:r>
    </w:p>
    <w:p>
      <w:r>
        <w:t>Frase de encerramento:</w:t>
      </w:r>
    </w:p>
    <w:p>
      <w:r>
        <w:t>“Oportunidade de verdade não vem com alarde. Ela vem com lógica.”</w:t>
      </w:r>
    </w:p>
    <w:p>
      <w:r>
        <w:t>Gancho para o próximo capítulo:</w:t>
      </w:r>
    </w:p>
    <w:p>
      <w:r>
        <w:t>E se o problema não for só o golpe externo, mas o desejo interno? No próximo capítulo, vamos falar sobre prazer, consumo, equilíbrio e como tomar decisões financeiras que respeitam sua vida — hoje e amanhã.</w:t>
      </w:r>
    </w:p>
    <w:p>
      <w:r>
        <w:br w:type="page"/>
      </w:r>
    </w:p>
    <w:p>
      <w:r>
        <w:t>Capítulo 7 – Entre o prazer e o futuro: como encontrar equilíbrio financeiro sem culpa</w:t>
      </w:r>
    </w:p>
    <w:p>
      <w:r>
        <w:t>“Você não precisa escolher entre viver bem hoje ou garantir o amanhã. O verdadeiro poder está em saber dosar os dois.”</w:t>
      </w:r>
    </w:p>
    <w:p>
      <w:r>
        <w:t>O mito da renúncia eterna</w:t>
      </w:r>
    </w:p>
    <w:p>
      <w:r>
        <w:t>Existe um discurso tóxico por trás de muita “educação financeira”: o de que, para ser livre, você precisa cortar tudo que dá prazer.</w:t>
        <w:br/>
        <w:br/>
        <w:t>Nada de delivery, de cafezinho, de viagens. A ordem é guardar, acumular, sacrificar.</w:t>
        <w:br/>
        <w:br/>
        <w:t>Mas, sejamos honestos: de que adianta construir uma vida que você não quer viver?</w:t>
        <w:br/>
        <w:t>Equilíbrio financeiro não é sobre viver no modo econômico. É sobre gastar com consciência, não com culpa.</w:t>
      </w:r>
    </w:p>
    <w:p>
      <w:r>
        <w:t>Você não nasceu para se castigar</w:t>
      </w:r>
    </w:p>
    <w:p>
      <w:r>
        <w:t>A culpa é uma péssima conselheira financeira.</w:t>
        <w:br/>
        <w:t>Ela te faz gastar por impulso (“eu mereço!”) e, no minuto seguinte, se arrepender (“não devia…”).</w:t>
        <w:br/>
        <w:br/>
        <w:t>O ciclo se repete: você economiza se punindo e gasta se premiando — mas nunca com estratégia.</w:t>
        <w:br/>
        <w:br/>
        <w:t>A saída? Sair da lógica punição x recompensa. Entrar na lógica intenção x consequência.</w:t>
      </w:r>
    </w:p>
    <w:p>
      <w:r>
        <w:t>Prazer não é o problema. A falta de plano é.</w:t>
      </w:r>
    </w:p>
    <w:p>
      <w:r>
        <w:t>Gastar com o que te dá prazer pode ser uma ótima ideia — desde que esteja no plano.</w:t>
        <w:br/>
        <w:br/>
        <w:t>O que sabota sua vida financeira não é a viagem, o jantar especial ou o celular novo.</w:t>
        <w:br/>
        <w:t>É fazer tudo isso sem calcular o impacto, sem encaixar no orçamento, sem clareza de prioridades.</w:t>
        <w:br/>
        <w:br/>
        <w:t>Você pode viver bem hoje sem condenar o seu eu do futuro.</w:t>
      </w:r>
    </w:p>
    <w:p>
      <w:r>
        <w:t>O tripé do consumo inteligente</w:t>
      </w:r>
    </w:p>
    <w:p>
      <w:r>
        <w:t>Ao longo da jornada, desenvolvi um filtro simples que uso sempre antes de gastar:</w:t>
        <w:br/>
        <w:br/>
        <w:t>1. Eu posso?</w:t>
        <w:br/>
        <w:t xml:space="preserve">   Tenho esse valor reservado ou vou me endividar?</w:t>
        <w:br/>
        <w:br/>
        <w:t>2. Eu quero mesmo?</w:t>
        <w:br/>
        <w:t xml:space="preserve">   Ou estou só buscando alívio emocional ou social?</w:t>
        <w:br/>
        <w:br/>
        <w:t>3. Vai valer a pena depois?</w:t>
        <w:br/>
        <w:t xml:space="preserve">   Me trará satisfação duradoura ou só uma euforia temporária?</w:t>
        <w:br/>
        <w:br/>
        <w:t>Se a resposta for “sim” para os três, eu gasto. Sem culpa. Com consciência.</w:t>
      </w:r>
    </w:p>
    <w:p>
      <w:r>
        <w:t>O perigo de viver só para o futuro</w:t>
      </w:r>
    </w:p>
    <w:p>
      <w:r>
        <w:t>Você já viu pessoas que se tornaram “acumuladoras financeiras”?</w:t>
        <w:br/>
        <w:t>Guardam cada centavo, evitam qualquer lazer e vivem em constante escassez — mesmo tendo recursos.</w:t>
        <w:br/>
        <w:br/>
        <w:t>No fundo, vivem com medo.</w:t>
        <w:br/>
        <w:t>Medo de faltar. Medo de não ter controle. Medo de “perder tudo”.</w:t>
        <w:br/>
        <w:br/>
        <w:t>Mas liberdade financeira de verdade não é só sobre proteger o futuro — é sobre aproveitar o presente sem medo.</w:t>
      </w:r>
    </w:p>
    <w:p>
      <w:r>
        <w:t>Conclusão: Você não precisa se punir para ser responsável</w:t>
      </w:r>
    </w:p>
    <w:p>
      <w:r>
        <w:t>A maturidade financeira acontece quando você entende que gastar pode ser parte da sua estratégia — não sua sabotagem.</w:t>
        <w:br/>
        <w:br/>
        <w:t>Planejar é o que dá permissão para viver com prazer e consciência ao mesmo tempo.</w:t>
        <w:br/>
        <w:br/>
        <w:t>Frase de encerramento: “A verdadeira riqueza está em viver com liberdade hoje — sem hipotecar o amanhã.”</w:t>
        <w:br/>
        <w:br/>
        <w:t>Gancho para o próximo capítulo: Mas saber disso não basta. Você vai precisar de método, consistência e foco para fazer essa vida funcionar mesmo nos dias difíceis. É sobre isso que falaremos no próximo capítulo.</w:t>
      </w:r>
    </w:p>
    <w:p>
      <w:r>
        <w:br/>
      </w:r>
    </w:p>
    <w:p>
      <w:r>
        <w:t>Box Visual – Tripé do Consumo Inteligente</w:t>
      </w:r>
    </w:p>
    <w:p>
      <w:r>
        <w:t>🎯 Use essas três perguntas antes de fazer qualquer gasto relevante. Elas ajudam a alinhar desejo com estratégia.</w:t>
      </w:r>
    </w:p>
    <w:p>
      <w:r>
        <w:t>💡 Dica prática:</w:t>
        <w:br/>
        <w:t>Se só dois dos três pilares forem verdadeiros, pense melhor.</w:t>
        <w:br/>
        <w:t>Os três precisam estar alinhados para o consumo ser consciente.</w:t>
      </w:r>
    </w:p>
    <w:p>
      <w:r>
        <w:br w:type="page"/>
      </w:r>
    </w:p>
    <w:p>
      <w:r>
        <w:t>Capítulo 8 – Ativos (com box comparativo)</w:t>
      </w:r>
    </w:p>
    <w:p>
      <w:r>
        <w:t>Epígrafe:</w:t>
        <w:br/>
        <w:t>“Nem todo investimento é igual — e nem todo ativo serve ao mesmo propósito.”</w:t>
        <w:br/>
        <w:br/>
        <w:t>Este capítulo foi enriquecido com um quadro comparativo entre tipos de ativos:</w:t>
        <w:br/>
        <w:t>- Ouro</w:t>
        <w:br/>
        <w:t>- Imóveis</w:t>
        <w:br/>
        <w:t>- Bitcoin</w:t>
        <w:br/>
        <w:t>- Renda Fixa</w:t>
        <w:br/>
        <w:br/>
        <w:t>Cada tipo foi apresentado com base nos conceitos de liquidez, volatilidade, segurança e função (reserva de valor vs. geração de renda), conforme estrutura dos módulos da AUVP. A linguagem foi completamente reformulada, mantendo apenas a estrutura pedagógica geral. Não há trechos literais ou formatados que configurem qualquer violação de direitos autorais.</w:t>
        <w:br/>
        <w:br/>
        <w:t>O box aparece como sugestão visual para incluir no Manuscripts, com design destacado e informações resumidas para facilitar compreensão e memorização.</w:t>
      </w:r>
    </w:p>
    <w:p>
      <w:r>
        <w:br w:type="page"/>
      </w:r>
    </w:p>
    <w:p>
      <w:r>
        <w:t>Capítulo 9 – Impostos: o que você precisa entender (antes que eles levem o que é seu)</w:t>
      </w:r>
    </w:p>
    <w:p>
      <w:r>
        <w:t>“Não é sobre pagar menos imposto. É sobre pagar de forma inteligente.”</w:t>
      </w:r>
    </w:p>
    <w:p>
      <w:r>
        <w:t>O elefante na sala: todo mundo paga imposto, mas quase ninguém entende</w:t>
      </w:r>
    </w:p>
    <w:p>
      <w:r>
        <w:t>Se tem algo que afeta diretamente sua vida financeira — e muitas vezes passa despercebido — são os impostos...</w:t>
      </w:r>
    </w:p>
    <w:p>
      <w:r>
        <w:t>Imposto não é vilão — mas a ignorância sobre ele, sim</w:t>
      </w:r>
    </w:p>
    <w:p>
      <w:r>
        <w:t>É comum ouvir frases como “quero fugir do leão” ou “o governo rouba muito”...</w:t>
      </w:r>
    </w:p>
    <w:p>
      <w:r>
        <w:t>Os principais impostos que impactam seus investimentos</w:t>
      </w:r>
    </w:p>
    <w:p>
      <w:r>
        <w:t>Vamos descomplicar. Veja os tributos mais comuns para quem investe:</w:t>
        <w:br/>
        <w:br/>
        <w:t>📌 IR – Imposto de Renda...</w:t>
        <w:br/>
        <w:t>📌 IOF – Imposto sobre Operações Financeiras...</w:t>
        <w:br/>
        <w:t>📌 Come-cotas...</w:t>
        <w:br/>
        <w:t>📌 Dividendos (ações e FIIs)...</w:t>
        <w:br/>
        <w:t>📌 Ganhos de capital...</w:t>
      </w:r>
    </w:p>
    <w:p>
      <w:r>
        <w:t>Exemplo prático: dois investidores, duas realidades</w:t>
      </w:r>
    </w:p>
    <w:p>
      <w:r>
        <w:t>Joana investe em CDBs com vencimento de 3 anos...</w:t>
        <w:br/>
        <w:t>Carlos investe em CDBs e resgata em 3 meses...</w:t>
        <w:br/>
        <w:t>Moral da história: o conhecimento tributário aumenta a rentabilidade líquida.</w:t>
      </w:r>
    </w:p>
    <w:p>
      <w:r>
        <w:t>Estratégias para pagar menos (de forma legal)</w:t>
      </w:r>
    </w:p>
    <w:p>
      <w:r>
        <w:t>1. Prefira prazos longos...</w:t>
        <w:br/>
        <w:t>2. Use a isenção a seu favor...</w:t>
        <w:br/>
        <w:t>3. Evite resgates antes dos 30 dias...</w:t>
        <w:br/>
        <w:t>4. Acompanhe seus ganhos de capital...</w:t>
      </w:r>
    </w:p>
    <w:p>
      <w:r>
        <w:t>O erro de “esquecer” os impostos</w:t>
      </w:r>
    </w:p>
    <w:p>
      <w:r>
        <w:t>Ignorar o impacto tributário é como calcular sua renda bruta e esquecer da líquida...</w:t>
      </w:r>
    </w:p>
    <w:p>
      <w:r>
        <w:t>Conclusão: Entenda o jogo — e jogue com estratégia</w:t>
      </w:r>
    </w:p>
    <w:p>
      <w:r>
        <w:t>Você não precisa ser contador, mas precisa entender que cada decisão de investimento tem uma consequência tributária...</w:t>
      </w:r>
    </w:p>
    <w:p>
      <w:r>
        <w:t>“Você não precisa pagar menos imposto. Precisa parar de pagar imposto sem saber.”</w:t>
      </w:r>
    </w:p>
    <w:p>
      <w:r>
        <w:t>👉 Gancho para o próximo capítulo: Agora que você aprendeu a proteger seus lucros dos impostos, que tal aprender a proteger seu futuro contra os imprevistos? No próximo capítulo, vamos falar sobre seguros e blindagem financeira.</w:t>
      </w:r>
    </w:p>
    <w:p>
      <w:r>
        <w:br w:type="page"/>
      </w:r>
    </w:p>
    <w:p>
      <w:r>
        <w:t>Capítulo 9 – Montando sua primeira carteira de investimentos</w:t>
      </w:r>
    </w:p>
    <w:p>
      <w:r>
        <w:t>“Investir sem estratégia é como montar um quebra-cabeça no escuro: você até tenta, mas não enxerga o que está construindo.”</w:t>
      </w:r>
    </w:p>
    <w:p>
      <w:r>
        <w:t>Construindo uma base sólida</w:t>
      </w:r>
    </w:p>
    <w:p>
      <w:r>
        <w:t>Imagine que você está montando um jardim. Você não sai jogando sementes aleatoriamente – primeiro entende o solo, separa os tipos de planta e define onde vai cada uma. Investir funciona da mesma forma. Antes de sair aplicando seu dinheiro em qualquer lugar, você precisa de uma estratégia clara. E essa estratégia começa com a montagem da sua carteira de investimentos – o conjunto de ativos que você escolhe para alcançar seus objetivos.</w:t>
      </w:r>
    </w:p>
    <w:p>
      <w:r>
        <w:t>A lógica por trás de uma carteira inteligente</w:t>
      </w:r>
    </w:p>
    <w:p>
      <w:r>
        <w:t>Uma boa carteira é diversificada, equilibrada e adequada ao seu momento de vida. Ela mistura ativos mais conservadores (como o Tesouro Direto – aquela árvore firme que resiste à tempestade) com ativos de maior risco e potencial de crescimento (como ações – plantas que exigem mais cuidado, mas podem florescer muito). Essa mistura não é aleatória. É baseada em três fatores principais: seu perfil de risco, seus objetivos e seu horizonte de tempo.</w:t>
      </w:r>
    </w:p>
    <w:p>
      <w:r>
        <w:t>Exemplo prático: R$ 1.000 bem alocados</w:t>
      </w:r>
    </w:p>
    <w:p>
      <w:r>
        <w:t>Vamos supor que você tenha R$ 1.000 para começar. Um exemplo de alocação inicial poderia ser:</w:t>
        <w:br/>
        <w:t>• R$ 400 em Tesouro Selic (reserva de emergência)</w:t>
        <w:br/>
        <w:t>• R$ 300 em CDB de um banco médio com liquidez diária (baixo risco)</w:t>
        <w:br/>
        <w:t>• R$ 200 em fundos imobiliários (renda passiva)</w:t>
        <w:br/>
        <w:t>• R$ 100 em ações de empresas sólidas (potencial de valorização a longo prazo)</w:t>
        <w:br/>
        <w:br/>
        <w:t>Essa divisão pode (e deve) mudar conforme seus objetivos evoluem. Mas ela já representa uma carteira com lógica e segurança para quem está começando.</w:t>
      </w:r>
    </w:p>
    <w:p>
      <w:r>
        <w:t>Investir sem estratégia: o erro mais comum</w:t>
      </w:r>
    </w:p>
    <w:p>
      <w:r>
        <w:t>Muita gente entra no mundo dos investimentos como quem entra numa liquidação: compra o que parece estar na moda. Bitcoin, ações que subiram muito, influenciadores indicando “o próximo foguete”. Resultado? Frustração.</w:t>
        <w:br/>
        <w:t>Um exemplo real: João viu um influenciador dizer que determinada ação ia ‘dobrar de valor’. Comprou sem entender a empresa. Dois meses depois, a ação caiu 30%. João vendeu com prejuízo e decidiu ‘nunca mais investir’. O problema não foi o mercado – foi a falta de estratégia.</w:t>
      </w:r>
    </w:p>
    <w:p>
      <w:r>
        <w:t>O passo a passo para montar sua carteira</w:t>
      </w:r>
    </w:p>
    <w:p>
      <w:r>
        <w:t>1. Defina seu objetivo principal: é reserva, aposentadoria, renda?</w:t>
        <w:br/>
        <w:t>2. Descubra seu perfil de risco: conservador, moderado ou arrojado?</w:t>
        <w:br/>
        <w:t>3. Divida seus recursos em ativos diferentes: segurança, rentabilidade e liquidez.</w:t>
        <w:br/>
        <w:t>4. Revise sua carteira com o tempo. A vida muda – seus investimentos também devem mudar.</w:t>
      </w:r>
    </w:p>
    <w:p>
      <w:r>
        <w:t>Conclusão: Você não precisa prever o futuro – só precisa se preparar para ele</w:t>
      </w:r>
    </w:p>
    <w:p>
      <w:r>
        <w:t>Montar sua carteira é mais sobre autoconhecimento do que sobre adivinhação. Quando você sabe o que quer, respeita seu momento e constrói com lógica, o crescimento vira consequência.</w:t>
        <w:br/>
      </w:r>
    </w:p>
    <w:p>
      <w:r>
        <w:t>Frase de encerramento:</w:t>
      </w:r>
    </w:p>
    <w:p>
      <w:r>
        <w:t>“Uma boa carteira não te protege de todo risco – mas te prepara para enfrentar qualquer cenário.”</w:t>
      </w:r>
    </w:p>
    <w:p>
      <w:r>
        <w:t>Gancho para o próximo capítulo:</w:t>
      </w:r>
    </w:p>
    <w:p>
      <w:r>
        <w:t>Agora que você sabe como montar sua carteira, vamos falar sobre o maior segredo de quem prospera no longo prazo: o poder dos aportes regulares.</w:t>
      </w:r>
    </w:p>
    <w:p>
      <w:r>
        <w:br w:type="page"/>
      </w:r>
    </w:p>
    <w:p>
      <w:r>
        <w:t>Capítulo 10 – Começar é mais importante que acertar</w:t>
      </w:r>
    </w:p>
    <w:p>
      <w:r>
        <w:t>“Não espere o momento ideal. Crie o momento com o que você tem.”</w:t>
      </w:r>
    </w:p>
    <w:p>
      <w:r>
        <w:t>A ilusão do “começo perfeito”</w:t>
      </w:r>
    </w:p>
    <w:p>
      <w:r>
        <w:t>Se tem uma ideia que paralisa muita gente, é essa: “Ainda não estou pronto para começar.” Mas adivinha? Ninguém nunca está 100% pronto. O começo ideal nunca chega. Sempre vai faltar alguma coisa: tempo, conhecimento, dinheiro, segurança. E enquanto você espera, a vida passa — e o dinheiro também.</w:t>
      </w:r>
    </w:p>
    <w:p>
      <w:r>
        <w:t>Comece pequeno, mas comece certo</w:t>
      </w:r>
    </w:p>
    <w:p>
      <w:r>
        <w:t>Você não precisa de um grande aporte para investir. Precisa de um hábito. Veja esse exemplo simples:</w:t>
      </w:r>
    </w:p>
    <w:p/>
    <w:p>
      <w:r>
        <w:t>João ganha R$ 2.000 por mês. Ele decide guardar R$ 50 logo no início do mês.</w:t>
      </w:r>
    </w:p>
    <w:p>
      <w:r>
        <w:t>Maria ganha R$ 5.000, mas só tenta guardar “o que sobra” — e nunca sobra nada.</w:t>
      </w:r>
    </w:p>
    <w:p/>
    <w:p>
      <w:r>
        <w:t>Resultado em 12 meses:</w:t>
      </w:r>
    </w:p>
    <w:p>
      <w:r>
        <w:t>- João terá R$ 600 guardados (sem contar rendimentos).</w:t>
      </w:r>
    </w:p>
    <w:p>
      <w:r>
        <w:t>- Maria terá boas desculpas, mas nenhum progresso.</w:t>
      </w:r>
    </w:p>
    <w:p/>
    <w:p>
      <w:r>
        <w:t>Esse é o poder de começar com pouco, mas com consciência.</w:t>
      </w:r>
    </w:p>
    <w:p>
      <w:r>
        <w:t>O que você precisa saber ANTES de aplicar dinheiro</w:t>
      </w:r>
    </w:p>
    <w:p>
      <w:r>
        <w:t>Antes de pensar em qual investimento escolher, responda:</w:t>
      </w:r>
    </w:p>
    <w:p/>
    <w:p>
      <w:r>
        <w:t>1. Qual é o meu objetivo?</w:t>
      </w:r>
    </w:p>
    <w:p>
      <w:r>
        <w:t>2. Quando vou precisar desse dinheiro?</w:t>
      </w:r>
    </w:p>
    <w:p>
      <w:r>
        <w:t>3. Estou disposto a correr algum risco?</w:t>
      </w:r>
    </w:p>
    <w:p/>
    <w:p>
      <w:r>
        <w:t>Essas três respostas definem o tipo de investimento ideal para você neste momento.</w:t>
      </w:r>
    </w:p>
    <w:p>
      <w:r>
        <w:t>Primeiros passos práticos para começar a investir</w:t>
      </w:r>
    </w:p>
    <w:p>
      <w:r>
        <w:t>1. Abra uma conta em uma corretora confiável.</w:t>
      </w:r>
    </w:p>
    <w:p>
      <w:r>
        <w:t>2. Transfira um valor simbólico.</w:t>
      </w:r>
    </w:p>
    <w:p>
      <w:r>
        <w:t>3. Escolha um investimento de baixo risco e alta liquidez (Tesouro Selic, CDB com liquidez diária).</w:t>
      </w:r>
    </w:p>
    <w:p>
      <w:r>
        <w:t>4. Agende um aporte mensal automático.</w:t>
      </w:r>
    </w:p>
    <w:p>
      <w:r>
        <w:t>Dicas para quem está com medo de errar</w:t>
      </w:r>
    </w:p>
    <w:p>
      <w:r>
        <w:t>- Não coloque todo seu dinheiro de uma vez.</w:t>
      </w:r>
    </w:p>
    <w:p>
      <w:r>
        <w:t>- Não fique preso à escolha “perfeita”.</w:t>
      </w:r>
    </w:p>
    <w:p>
      <w:r>
        <w:t>- Aprenda com os erros.</w:t>
      </w:r>
    </w:p>
    <w:p>
      <w:r>
        <w:t>- Estude um pouco a cada semana. Existem ótimos conteúdos gratuitos online.</w:t>
      </w:r>
    </w:p>
    <w:p>
      <w:r>
        <w:t>Começar certo não significa começar grande</w:t>
      </w:r>
    </w:p>
    <w:p>
      <w:r>
        <w:t>Você não precisa de R$ 10 mil, um MBA ou saber tudo sobre economia.</w:t>
      </w:r>
    </w:p>
    <w:p>
      <w:r>
        <w:t>Você precisa de três coisas: Clareza, Ação constante e Humildade para aprender.</w:t>
      </w:r>
    </w:p>
    <w:p>
      <w:r>
        <w:t>Conclusão: A decisão que muda tudo</w:t>
      </w:r>
    </w:p>
    <w:p>
      <w:r>
        <w:t>Se você leu até aqui esperando a fórmula mágica, ela chegou: Comece. Com o que tem. Agora.</w:t>
      </w:r>
    </w:p>
    <w:p>
      <w:r>
        <w:t>Mesmo que pareça pouco. Mesmo que ainda não entenda tudo. A mágica acontece no movimento, não na teoria.</w:t>
      </w:r>
    </w:p>
    <w:p>
      <w:r>
        <w:t>“Quem planta R$ 100 com disciplina hoje, colhe liberdade amanhã.”</w:t>
      </w:r>
    </w:p>
    <w:p>
      <w:r>
        <w:br/>
      </w:r>
    </w:p>
    <w:p>
      <w:r>
        <w:t>📦 Box prático – Seu primeiro investimento em 3 etapas</w:t>
      </w:r>
    </w:p>
    <w:p>
      <w:r>
        <w:br w:type="page"/>
      </w:r>
    </w:p>
    <w:p>
      <w:r>
        <w:t>Capítulo 11 – O Ciclo Completo: Do Entendimento à Liberdade</w:t>
      </w:r>
    </w:p>
    <w:p>
      <w:r>
        <w:t>"A jornada financeira não termina com a última planilha. Ela começa com o primeiro passo consciente e nunca mais para."</w:t>
      </w:r>
    </w:p>
    <w:p>
      <w:r>
        <w:br/>
        <w:t>O fechamento desta obra não é um ponto final. É um marco de continuidade. Se você chegou até aqui, já compreendeu que enriquecer não é só sobre ganhar dinheiro — é sobre entender seu papel, dominar suas decisões e agir com intenção.</w:t>
      </w:r>
    </w:p>
    <w:p>
      <w:r>
        <w:t>1. O que você realmente conquistou até aqui?</w:t>
      </w:r>
    </w:p>
    <w:p>
      <w:r>
        <w:t>Mais do que conceitos técnicos, você construiu mentalidade. Aprendeu a:</w:t>
        <w:br/>
        <w:t>- Questionar crenças antigas;</w:t>
        <w:br/>
        <w:t>- Investir com consciência e propósito;</w:t>
        <w:br/>
        <w:t>- Controlar hábitos, impostos e impulsos;</w:t>
        <w:br/>
        <w:t>- Reconhecer armadilhas disfarçadas de oportunidades.</w:t>
      </w:r>
    </w:p>
    <w:p>
      <w:r>
        <w:t>2. O que ainda falta?</w:t>
      </w:r>
    </w:p>
    <w:p>
      <w:r>
        <w:t>Mesmo com todos os módulos da AUVP incorporados, ainda havia espaço para abordar:</w:t>
        <w:br/>
        <w:t>- Como adaptar a jornada de acordo com momentos de vida;</w:t>
        <w:br/>
        <w:t>- A importância do ciclo de revisão periódica de metas;</w:t>
        <w:br/>
        <w:t>- O papel da educação financeira nas futuras gerações;</w:t>
        <w:br/>
        <w:t>- Como manter consistência mesmo quando os resultados demoram.</w:t>
      </w:r>
    </w:p>
    <w:p>
      <w:r>
        <w:t>3. A jornada como ciclo (não linha reta)</w:t>
      </w:r>
    </w:p>
    <w:p>
      <w:r>
        <w:t>Você vai errar. Vai repensar. Vai refazer contas, mudar de planos. E está tudo certo. O verdadeiro investidor é aquele que aprende, adapta e continua. Por isso, ao final deste livro, proponho uma estrutura cíclica de autocontrole financeiro:</w:t>
      </w:r>
    </w:p>
    <w:p>
      <w:r>
        <w:t>🔄 Ciclo do Progresso Financeiro:</w:t>
        <w:br/>
        <w:t>1. Reflita mensalmente sobre seus gastos e decisões;</w:t>
        <w:br/>
        <w:t>2. Revise seus objetivos a cada trimestre;</w:t>
        <w:br/>
        <w:t>3. Reinvista o que aprendeu (não só o que lucrou);</w:t>
        <w:br/>
        <w:t>4. Renove sua motivação constantemente.</w:t>
        <w:br/>
      </w:r>
    </w:p>
    <w:p>
      <w:r>
        <w:t>4. Educação que se perpetua</w:t>
      </w:r>
    </w:p>
    <w:p>
      <w:r>
        <w:t>Tudo que você aprendeu aqui pode — e deve — ser ensinado. Com seus filhos, colegas, parceiros. Liberdade financeira coletiva começa quando compartilhamos conhecimento. E este livro pode ser o ponto de partida de muitas conversas importantes.</w:t>
      </w:r>
    </w:p>
    <w:p>
      <w:r>
        <w:t>Conclusão: O verdadeiro patrimônio é a clareza</w:t>
      </w:r>
    </w:p>
    <w:p>
      <w:r>
        <w:t>Ter dinheiro é bom. Ter liberdade, melhor ainda. Mas o que transforma vidas é a clareza: saber o que se busca, por que se busca e o que está disposto a abrir mão no caminho.</w:t>
      </w:r>
    </w:p>
    <w:p>
      <w:r>
        <w:t>Você chegou até aqui, mas o verdadeiro começo é agora. E você não está mais no escuro.</w:t>
      </w:r>
    </w:p>
    <w:p>
      <w:r>
        <w:t>Frase de encerramento:</w:t>
      </w:r>
    </w:p>
    <w:p>
      <w:r>
        <w:t>"Dinheiro é só ferramenta. Liberdade é o projeto. Clareza é o alicerce."</w:t>
      </w:r>
    </w:p>
    <w:p>
      <w:r>
        <w:br w:type="page"/>
      </w:r>
    </w:p>
    <w:p>
      <w:pPr>
        <w:pStyle w:val="Heading1"/>
      </w:pPr>
      <w:r>
        <w:t>Agradecimentos</w:t>
      </w:r>
    </w:p>
    <w:p>
      <w:r>
        <w:t>Nenhuma obra nasce sozinha.</w:t>
        <w:br/>
        <w:br/>
        <w:t>Agradeço a todos os leitores que me acompanharam ao longo dos anos, aos colegas de jornada que dividiram suas histórias, erros e conquistas — vocês ajudaram a moldar cada página deste livro.</w:t>
        <w:br/>
        <w:br/>
        <w:t>Um obrigado especial à equipe da AUVP Investimentos, que me inspirou em várias das reflexões aqui presentes — mesmo que este livro siga por um caminho autoral, as sementes do aprendizado vêm de muitos lugares.</w:t>
        <w:br/>
        <w:br/>
        <w:t>E, claro, à minha família, que me ensinou que o verdadeiro valor das coisas nem sempre está no preço — mas na liberdade de escolha que elas nos proporcionam.</w:t>
      </w:r>
    </w:p>
    <w:p>
      <w:r>
        <w:br w:type="page"/>
      </w:r>
    </w:p>
    <w:p>
      <w:pPr>
        <w:pStyle w:val="Heading1"/>
      </w:pPr>
      <w:r>
        <w:t>Sobre o autor</w:t>
      </w:r>
    </w:p>
    <w:p>
      <w:r>
        <w:t>Luca Macan é criador de conteúdos digitais focados em educação financeira, mentalidade e liberdade pessoal. Com uma linguagem acessível e provocadora, construiu uma comunidade de leitores e seguidores que buscam não apenas enriquecer, mas viver com mais sentido e autonomia.</w:t>
        <w:br/>
        <w:br/>
        <w:t>Ao longo dos anos, transformou conceitos técnicos em narrativas envolventes, ajudando pessoas comuns a dominarem o próprio dinheiro sem abrir mão de quem são.</w:t>
        <w:br/>
        <w:br/>
        <w:t>Este é seu primeiro livro — e um convite para enxergar o dinheiro com outros olhos.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