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Chapter 1: The Gala Confrontation</w:t>
      </w:r>
    </w:p>
    <w:p/>
    <w:p>
      <w:r>
        <w:t>1</w:t>
        <w:br/>
        <w:t>CHAPTER 1 -- The Gala</w:t>
        <w:br/>
        <w:br/>
        <w:t xml:space="preserve">1.1  </w:t>
        <w:br/>
        <w:t>[Optional: description of beat here]</w:t>
        <w:br/>
        <w:br/>
        <w:t>Matt Beckham looked out the window as the limousine glided to a smooth stop in the front of the Metropolitan Museum of Art. Patting the hand of the woman seated beside him, he gave her an encouraging smile. “Nervous?”</w:t>
        <w:br/>
        <w:t>“A little,” she conceded. “It’s my first time to the Annual Gala since Karl passed away two years ago. I’m afraid seeing some of our old friends in this setting may bring back some fond memories. Remind me just how much I still miss him.”</w:t>
        <w:br/>
        <w:t>Matt gave her hand a reassuring squeeze as the driver came around to open the door. “You’ll be fine. And if you get uncomfortable and need to leave, just give me the sign, and we’ll make a graceful exit.</w:t>
        <w:br/>
        <w:t>“Thank you. You really are making this so much better.”</w:t>
        <w:br/>
        <w:t>“I try. Now, remind me, who am I again? Your old private school soccer coach? And your name is Penny Smith?”</w:t>
        <w:br/>
        <w:t>She laughed in spite of herself. “Very funny. You know very well we’re old college chums from Dartmouth, where you played lacrosse. And, I’m Kim Marshall now, but back then, I was Kim Pierce.”</w:t>
        <w:br/>
        <w:br/>
        <w:t>1.2</w:t>
        <w:br/>
        <w:t>[Optional: description of beat here]</w:t>
        <w:br/>
        <w:br/>
        <w:t>“Aah, that’s right, I forgot.”</w:t>
        <w:br/>
        <w:t>“Very funny, Mr. Beckham, very funny,” Kim said in a mock-severe tone, her eyes giving away the smile. “We spent enough time this week on our story, and Sally gave you a glowing reference. I’ll have your head if you mess this up.”</w:t>
        <w:br/>
        <w:t>An eyebrow raised, Matt smiled, then gave a slight bow and assumed a British accent, an effect enhanced by his more than passing resemblance to the actor, Sean Connery. “I’ll try to avoid the beheading, my queen.” Just then, Matt’s door opened. The driver held it as Matt stepped out, turning back and extending his hand. “Kim, I’m looking forward to a wonderful evening. Thank you so much for inviting me.”</w:t>
        <w:br/>
        <w:t>Kim carefully shifted her way out of the limousine, Matt noticing with appreciation that she handled herself better than most, with the challenges of keeping the gown intact, shoes on, and dignity intact with cameras nearby flashing. In this regard, a man’s tuxedo proved much the more convenient garment.</w:t>
        <w:br/>
        <w:t>He offered her his arm, and they turned to take the carpeted steps up to the entrance. A few more cameras flashed, and a few reporters tried to shout questions. Nothing like a movie gala, or the Academy Awards, but bothersome nonetheless. Matt stepped forward, and raised a hand as another camera flashed. “Please. We will not be answering any questions now, as we need to get inside and enjoy the Gala. Mrs. Marshall needs to focus on the remarks she’ll be giving regarding the new exhibition funded by her foundation. But there will be a press conference after the unveiling, and all of you are invited to that.” He paused. “And, if you behave, you even may partake of the refreshments.”</w:t>
        <w:br/>
        <w:t>The sound of laughter rippled through the small crowd. Matt turned, held out his arm again. “Shall we?”</w:t>
        <w:br/>
        <w:t>Kim nodded, and, leaning over, whispered loud enough for only him to hear, “well-played, Matt, well-played. You’re glowing reference seems spot-on.”</w:t>
        <w:br/>
        <w:t>“Why, thank you, Penny,” Matt replied, causing her to laugh out loud, leaving the crowd to wonder what he’d said.</w:t>
        <w:br/>
        <w:t>Once inside, they were met by the Director of the Met, Charles Whiteside. “Kim, it’s so good to see  you.” He gave her a quick hug, then cast a curious glance at Matt.</w:t>
        <w:br/>
        <w:br/>
        <w:t>1.3</w:t>
        <w:br/>
        <w:t>[Optional: description of beat here]</w:t>
        <w:br/>
        <w:br/>
        <w:t>“It’s good to see you, too, Charles. I’m looking forward to the evening, and to seeing the unveiling of the exhibition. By the way, this is my old friend from my Dartmouth days, Matt Beckham. He’s graciously agreed to be my companion for the evening.”</w:t>
        <w:br/>
        <w:t>Charles extended his hand. “Pleased to meet you, Matt. Rest assured any friend of Kim’s is a friend of ours.”</w:t>
        <w:br/>
        <w:t>“Nice to meet you as well, Charles. And I am glad to be here. It was gracious for Kim to contact me, and I’m looking forward to the exhibition.”</w:t>
        <w:br/>
        <w:t>“Oh? Are you a patron of the arts?”</w:t>
        <w:br/>
        <w:t>“I am, though not someone of such means as to purchase the types of works you deal with. Generally my tastes run rather to the more classical works, and the impressionists. I understand others have different views, but I’ve never been much one for the modern art movement.”</w:t>
        <w:br/>
        <w:t>Charles nodded. “It’s not for everyone. Which is one reason why Kim’s idea for exhibition of works done by immigrants, and first generation Americans, from the 1700s to the present day, is so exciting. It has a little something for everyone.”</w:t>
        <w:br/>
        <w:t>“Yes, when she told me about it, I was impressed. A wonderful way to highlight the value new blood brings to America, without also wading into any political issues.”</w:t>
        <w:br/>
        <w:t>“Exactly so,” Charles beamed, looking at Kim. “It was a wonderful idea, and our staff has been so excited to pull it together.”</w:t>
        <w:br/>
        <w:t>“That’s wonderful. Perhaps now we can go get the show started, so we can see the results of their work?” Kim suggested.</w:t>
        <w:br/>
        <w:br/>
        <w:t>1.4</w:t>
        <w:br/>
        <w:t>[Optional: description of beat here]</w:t>
        <w:br/>
        <w:br/>
        <w:t>“Of course,” Charles replied. “Let me show you the way to the Great Hall, where the reception is set up. The exhibition begins in the first rooms off the Hall. We have another ten minutes or so, time enough for you to grab a cocktail, before I’ll make some remarks, and introduce you. Then, Kim, you spend as much time as you like speaking, and when you’re done, we’ll pull back a curtain, and unveil the first room containing the new works. Then we’ll have a few hours of delightful music, and open bar and canapes, and everyone can enjoy wondering the halls. Also, as you suggested, we’ve left ways for those who are interested to reach out to our artists who are still alive to perhaps discuss commissioned works.”</w:t>
        <w:br/>
        <w:t>“What a wonderful idea,” Matt said, giving Kim an impressed look. I’m sure some of the newer artists will really benefit from such a boost.”</w:t>
        <w:br/>
        <w:t>“We hope so,” Charles nodded.</w:t>
        <w:br/>
        <w:t>As soon as they entered the Great Hall, they both heard a loud “Kim” echo across the room. Kim turned to see Claire Harding, beelining her way straight to Kim.</w:t>
        <w:br/>
        <w:t>“Kim, it’s so good to see you out and about again. Now, listen, I have some people I want you to meet.” She paused, looking over at Matt, then back to Kim.</w:t>
        <w:br/>
        <w:t>“Claire, it’s great to see you. Let me introduce you to an old friend, Matt Beckham.”</w:t>
        <w:br/>
        <w:t>“Nice to meet you,” Claire nodded, giving Matt an blatantly appraising glance.</w:t>
        <w:br/>
        <w:t>Matt smiled. “I’ll get us a drink, and find you. Still chardonnay, I assume?”</w:t>
        <w:br/>
        <w:t>“Yes, thanks,” Kim gave him a helpless smile as Claire took her by the arm and guided her away. “Who on earth is that dreamy man, and where did you find him?”</w:t>
        <w:br/>
        <w:br/>
        <w:t>1.5</w:t>
        <w:br/>
        <w:t>[Optional: description of beat here]</w:t>
        <w:br/>
        <w:br/>
        <w:t>Kim laughed. “Oh, that’s Matt Beckham. He’s an old friend from my Dartmouth days. We’ve stayed in touch over the years, and I invited him to be my escort for the evening.” Which, Kim thought, was more true that Claire knew.</w:t>
        <w:br/>
        <w:t>“What does he do?”</w:t>
        <w:br/>
        <w:t>“He was an English literature professor, who also did some work in early American history. Ivy League. But, he’s retired from that now, and he’s accomplished fine woodworker. He owns a small shop where they make fine furniture that’s essentially art. Oh, and he sails.”</w:t>
        <w:br/>
        <w:t>Claire raised an eyebrow. “And?”</w:t>
        <w:br/>
        <w:t>“And what?”</w:t>
        <w:br/>
        <w:t>“You know exactly what,” Claire smiled. “Are you seeing each other?”</w:t>
        <w:br/>
        <w:t>Kim laughed at Claire’s blatant grasping for a bit of gossip. “No, sorry to disappoint. His wife passed away from cancer a number of years ago, and I don’t think he’s ever gotten over her.”</w:t>
        <w:br/>
        <w:t>“Then maybe you’re the antidote.”</w:t>
        <w:br/>
        <w:t>Kim laughed. “Claire, you’re being impossible, as always,”</w:t>
        <w:br/>
        <w:br/>
        <w:t>1.6</w:t>
        <w:br/>
        <w:t>[Optional: description of beat here]</w:t>
        <w:br/>
        <w:br/>
        <w:t>Claire sniffed. “Not at all. You’re a beautiful woman, still young. Not even fifty just yet. And he’s a delightfully attractive man who I’d guess is only a few years older. Let’s see —educated, articulate, talented. I dare say I’m not crazy to think you two might have fun together.” She leaned forward, and with a conspiratorial whisper, added, “all kinds of fun, if you know what I mean.”</w:t>
        <w:br/>
        <w:t>“Claire Harding!” Kim exclaimed. “Enough of that. We’re just old friends. That’s all.”</w:t>
        <w:br/>
        <w:t>“If you say so,” Claire shrugged, wondering to herself why, if Matt was such a good friend, Kim had never mentioned him before. But she didn’t ask, as they approached the other women she wanted Kim to meet. They quickly did introductions and began chatting, when Matt walked up, holding an Old-Fashioned in a heavy crystal tumbler, and a wine glass of chardonnay for Kim.</w:t>
        <w:br/>
        <w:t>“Thank you.”</w:t>
        <w:br/>
        <w:t>“You’re welcome.”</w:t>
        <w:br/>
        <w:t>“Matt, let me introduce you to everyone here.” Kim started, only to be drowned out by the slight screech of a microphone, and then the sound of a finger tapping on it. Everyone turned. Charles Whiteside stood at the podium.</w:t>
        <w:br/>
        <w:t>“Ladies and Gentlemen, if I may have your attention, please.” Clearly an accomplished speaker, Charles waited, at ease, for the crowd murmur to fade. Then he leaned toward the microphone.</w:t>
        <w:br/>
        <w:t>My name is Charles Whiteside, and I have the honor and the privilege to be the director of this great museum. I want to welcome you to our newest exhibition, “New Blood for America – American Immigrant Art from the 1700s to Present.”  We are excited to present it to you for the first time tonight.</w:t>
        <w:br/>
        <w:t>I want to begin by thanking the Marshall Foundation for its sponsorship. We have Kim Marshall here tonight to make a few remarks and do the official opening. She, and her late husband, Karl, have long been wonderfully supportive of the Museum, and we owe her and the the Marshall Foundation our gratitude.” He paused, letting the crowd applaud, then joining in himself for a few moments.</w:t>
        <w:br/>
        <w:br/>
        <w:t>1.7</w:t>
        <w:br/>
        <w:t>[Optional: description of beat here]</w:t>
        <w:br/>
        <w:br/>
        <w:t>“Now, before I ask Kim to come up to give her remarks, let me make clear that we not only owe her our thanks for the funding, as wonderful as that was. But the idea of showcasing immigrant art was also her idea, and idea I think tonight you’ll find has led to one of the best exhibitions this Museum has ever had the honor to present.”  He paused, as a new, louder round of applause broke out, though he noticed, curiously, this time Kim’s companion, Matt, was not applauding, but looking with interest over to the main entrance to the Hall. There, he saw a heavyset man, perhaps in his late 40s, apparently in a argument with security, angrily pointing to his open wallet. Charles presumed it was the man’s ID. Must be a patron who forgot his ticket, Charles thought. Best to get Kim up here, and go deal with it. If the man was a patron, and of any importance, some smoothing of ruffled feathers was likely to be in order. A skill that a man in Charles’ position had to put into practice almost every single day.</w:t>
        <w:br/>
        <w:t>Turning back to his notes, intent on getting Kim introduced and up on the dais to speak, Charles didn’t notice the man push past security, and stride angrily toward the group of women around Kim.</w:t>
        <w:br/>
        <w:t>“Now, ladies and gentlemen, without further ado, I want to invite Kim Marshall to come up and speak on behalf of the Marshall Foundation and this new exhibition, and when she’s done, she’ll pull this silk cord you see hanging here, which will unveil the exhibition. I know we’re all excited.” He turned to smile at Kim, and to motion her to come up, only to freeze at what he saw.</w:t>
        <w:br/>
        <w:t>“You bitch! You gold-digging bitch! How dare you avoid my calls! If you think you can get away with stealing my inheritance, you better think again.”</w:t>
        <w:br/>
        <w:t>Shocked, the crowd all turned at the noise, and at the harsh language not commonly heard in the hallowed halls of the Met, and looked at the man, then at Kim, who looked both troubled and embarrassed. As the crowd stared, the man continued.</w:t>
        <w:br/>
        <w:t>What? Did you think I wouldn’t know you were here, getting credit for spending my own father’s money? Money that should be mine! Well, let me tell—.  Aah!”</w:t>
        <w:br/>
        <w:t>“That will be enough for the moment,” Matt said firmly, having grasped the inside of the man’s upper arm and applied severe pressure to the inside of the arm, just above the elbow. In too much pain to speak, the shocked man bent sidewise, mouth open, as Matt smoothly and quietly led him away toward two security men hustling toward him. Not wanting the man to resume his outburst, Matt said to the men, “follow me, I have him quiet for the moment. Let’s get him out of this Great Hall before you fellows take him. That way if he makes any noise, it won’t disturb the guests any further.”</w:t>
        <w:br/>
        <w:t>Matt returned to the Great Hall, not surprised to see the crowd buzzing, and Kim and her friends still standing, shocked. He looked up and saw that Charles Whiteside was struggling to recover. Striding past Kim, he gave her a quick firm reassuring grasp of the arm. “With your permission, I’ll say a few words,”</w:t>
        <w:br/>
        <w:t>“Please,” Kim nodded, grateful for Matt’s offer, but at a loss to see how he could recover the moment.</w:t>
        <w:br/>
        <w:br/>
        <w:t>1.8</w:t>
        <w:br/>
        <w:t>[Optional: description of beat here]</w:t>
        <w:br/>
        <w:br/>
        <w:t>Matt stepped confidently up the stage, and Charles, with a look of gratitude, stepped back and motioned to the podium.</w:t>
        <w:br/>
        <w:t>Matt looked out on the crowd. The buzzing had quieted now, as everyone was curious to hear what he was about to say.</w:t>
        <w:br/>
        <w:t>“Ladies and Gentlemen. I’m sure you are wondering about that bit of unpleasantness. And, for a moment, I’d ask first that you to look around you. Consider all the marvelous works in this Great Hall.” Matt motioned with a sweep of his arm about the room, noticing many people did as well.</w:t>
        <w:br/>
        <w:t>“These great works, and indeed the entire Met, is a mark of civilization. Only humans can do art, and only the greatest artists are shown here. But, their works don’t get here by magic.” He glanced at Charles. “I’m sure Director Whiteside will tell you that he doesn’t come in each morning to see what the art fairy has left for him the night before, much as he might wish that were the case.”</w:t>
        <w:br/>
        <w:t>Polite laughter swept the room. Kim watched, still recovering from her shock and humiliation, but bemused by the small laugh that accompanied Matt’s last remark.</w:t>
        <w:br/>
        <w:t>Matt let the laughter fade. “No, instead, these great works of art are here, for all of us to enjoy, only because men and women of means have chosen to put a portion of their grand fortunes toward bringing that art here. They could have hid the works for themselves, in their grand homes in the country, or in their multi-floor apartments off Central Park. But they chose instead to share their hard-earned and grand fortunes with all of us. And we owe them our gratitude.</w:t>
        <w:br/>
        <w:t>Mr. Karl Marshall, was one such great and generous man. Born poor, he worked his way up from a boy cleaning out vats of tanning fluids at a Connecticut shoe factory, to eventually own that factory and many more. And, in his later years, he enlivened his life, and the life of many others, by collecting great works of art and sharing them with the public. He did this with the love of his life, his wife, Kim, to whom he was married for almost twenty years, and whom, I should add, he only first met several years after his divorce. So much for that scurrilous charge of gold-digging I’m sure you’ve all heard.</w:t>
        <w:br/>
        <w:t>So, who was that unpleasant man just now? As some of you may know, he is Peter Marshall, the oldest son of Karl from Karl’s first marriage. A man to whom Karl bequeathed a sizable sum, but not quite as much, apparently, as Peter wanted. We are all aware of such tensions in great families, between self-made wealthy fathers, and their sons who had a more entitled upbringing.  It is not a new story.” He looked around. “In fact, I am sure some of this grand art you see here was provided by wealthy men whose sons would much have preferred go to them, rather than benefit of the public. But, that, quite, rightly, is a choice for the self-made father to make. I think we can all agree to that, even though we can perhaps sympathize with the son’s disappointment.</w:t>
        <w:br/>
        <w:t>Tonight, we are here to further Karl’s vision, a vision of putting his great fortune to work for the benefit of mankind, and the benefit of all of us fortunate to be here tonight, and those still to come see this grand exhibition. It was a choice he made, and his widow is here only to see that his desires be carried out. So, while we may can sympathize with a disappointed son, we should admire Karl and his public-spirited intentions, and his widow Kim’s determination to fulfill those intentions. And it in that spirit that I give you the person who conceived tonight’s exhibition, and who furthered Karl’s intentions by guiding to the opening we are about to enjoy.” He looked at Kim, extending a welcoming hand. “Kim, if you will?”</w:t>
        <w:br/>
        <w:t>As Kim approached, Matt leaned one more toward the microphone. “As Kim works her way up here, I feel I should add one other thought.” He paused, seeing he had their attention. “I am in no way suggesting that anything is amiss, but for the cautious among you, I’ll simply advise that Kim is drinking the 2018 Rombauer Chardonnay, in case you conclude prudence dictates another choice of beverage.” He smiled, as laughter rippled across the room, and then begin to grow.</w:t>
        <w:br/>
        <w:t>With the laughter in the background, Kim arrived at the podium, and gave Matt a quick nod, whispering as she passed, “You rescued me, sir. We shall talk later.”</w:t>
        <w:br/>
        <w:t>With that, she grasped the lectern, and began her remarks. Finished, she reached for the silk cord, which she grasped as she looked about the room with a smile.</w:t>
        <w:br/>
        <w:t>“Ladies and Gentlemen, the Marshall Foundation is pleased to present, for the first time, “New Blood for America – American Immigrant Art from the 1700s to Present.”</w:t>
        <w:br/>
        <w:t>With a pull of the cord, the curtain fell open, and the crowd surged to look at the beginnings of the exhibit. All except Kim, who instead looked down at Matt, and mouthed “Thank You.”</w:t>
        <w:br/>
        <w:br/>
        <w:t>2</w:t>
        <w:br/>
        <w:t>CHAPTER 2 -- Sally &amp; Matt Meet at Windholme</w:t>
        <w:br/>
        <w:br/>
        <w:t>2.1</w:t>
        <w:br/>
        <w:t>[Optional: description of beat here]</w:t>
        <w:br/>
        <w:t>Matt Beckham guided his Lexus down Bellevue Avenue, morning sun cutting through the stone walls and iron gates of Newport's grandest survivors. This was the old-money mile, where hedges stood as high as family secrets and every drive curved with the confidence of three generations' worth of lawyers. He slowed at Windholme's familiar white posts. The drive wound through clipped lawn and hydrangea, ending at a sweep of crushed oyster shell that crunched under his tires like expensive gravel.</w:t>
        <w:br/>
        <w:br/>
        <w:t>He found Sally exactly where he expected: barefoot on the veranda, linen capris rolled at the ankle, one foot propped on the rail as she surveyed the harbor with proprietary ease. A weathered teak table was buried under scattered papers—brochures for the Christmas mansion tour, highlighted floorplans, insurance binders, and a half-eaten almond croissant. She cradled a glass of San Pellegrino, orange slice floating, while her phone buzzed with rapid-fire texts.</w:t>
        <w:br/>
        <w:br/>
        <w:t>Matt paused in the doorway, taking in the scene: Sally orchestrating Newport's social calendar like a general mapping her next campaign, sea breeze riffling her hair, the faint clang of rigging from the Yacht Club beyond. He cleared his throat. "Are you planning a coup, or just the annual siege of Bellevue?"</w:t>
        <w:br/>
        <w:br/>
        <w:t>Sally didn't look up. She was texting with her left hand, right thumb scrolling through insurance requirements for the Astor jewelry collection. "If I ever stage a coup, you'll know it by the catering. Sit, Beckham. The breeze is perfect, and the view's just getting interesting."</w:t>
        <w:br/>
        <w:br/>
        <w:t>2.2</w:t>
        <w:br/>
        <w:t>[optional]</w:t>
        <w:br/>
        <w:t>She waved him toward the pair of wicker chairs angled for maximum ocean and minimum glare. Even as Matt settled in, Sally was fielding a call on speaker—"No, Martha, if the Astor tiara's going in the blue salon at Shelcourt, that means we need double security, not just a velvet rope and a stern look"—while simultaneously firing off a text about backup catering. Matt watched, equal parts impressed and exhausted on her behalf.</w:t>
        <w:br/>
        <w:br/>
        <w:t>A schooner slipped past in the bay, sails taut, and the distinctive Newport Yacht Club flag snapped in the foreground. Sally made a penciled note beside "Whitfield—Fabergé eggs—no flash photography." She sipped her San Pellegrino, eyes narrowing in concentration, then finally turned to Matt with a half-smile that managed to be both conspiratorial and commanding.</w:t>
        <w:br/>
        <w:br/>
        <w:t>"Now," she said, "tell me something I don't know. And if it's about last year's chef debacle, I've already lined up backups clear to Boston."</w:t>
        <w:br/>
        <w:br/>
        <w:t>2.3</w:t>
        <w:br/>
        <w:t>[optional]</w:t>
        <w:br/>
        <w:t>Matt leaned back in the wicker chair, letting the salt air and Sally's relentless energy wash over him. "Tell me you've at least installed a panic button in the kitchen for this year's house tour. Or maybe just a direct line to the Clarke Cooke House."</w:t>
        <w:br/>
        <w:br/>
        <w:t>Sally grinned, tucking a strand of hair behind her ear. "Very droll. But yes, I have three chefs on standby, two caterers on speed dial, and I've already bribed the Clarke Cooke pastry chef with Red Sox tickets. If Mrs. Whitfield's chef goes AWOL again, they can airlift soufflés by noon."</w:t>
        <w:br/>
        <w:br/>
        <w:t>"Progress. Last year you nearly called in the Coast Guard for quiche extraction." He watched her laugh—genuine and unfiltered, carrying across the veranda like the harbor bells. "You could write a field manual for social warfare. 'When in doubt, deploy more tartlets.'"</w:t>
        <w:br/>
        <w:br/>
        <w:t>"Spoken like a man who's never dealt with Mrs. Astor's gluten intolerance or the Whitfield twins' competing nut allergies. I live in mortal fear of cross-contamination and Newport society page puns." She sipped her San Pellegrino, eyes warming with the rhythm of old friends. "But let's not pretend you didn't save my bacon last year with that impromptu oyster roast. Half the committee still believes you moonlight as a chef."</w:t>
        <w:br/>
        <w:br/>
        <w:t>Matt shrugged. "A man learns to improvise when his dinner companions are as prone to mutiny as your guest list."</w:t>
        <w:br/>
        <w:br/>
        <w:t>Sally set her glass down with a soft clink, her humor shifting into something sharper. "Speaking of mutiny—let's talk about New York. I've heard three versions of Peter Marshall's little performance at the Met. One had him flipping tables, another claims he challenged you to a duel. Although given that crowd, it might just have been a bidding war over a Childe Hassam."</w:t>
        <w:br/>
        <w:br/>
        <w:t>2.4</w:t>
        <w:br/>
        <w:t>[optional]</w:t>
        <w:br/>
        <w:t>She leaned forward, voice taking on the tone of someone who'd spent years separating Newport wheat from chaff. "Claire Harding called this morning—apparently she was there for the whole show. Then Margaret Whitfield phoned with her version, complete with security guards and flying champagne glasses. Don't get me started on what the society pages are running." She paused, studying his face. "But I'd rather hear it from someone who was actually standing there."</w:t>
        <w:br/>
        <w:br/>
        <w:t>Matt's expression darkened. "No duels. No furniture casualties. But Peter made a scene—loud, public, vicious. He went after Kim with everything he had, right there in front of half of New York society."</w:t>
        <w:br/>
        <w:br/>
        <w:t>"That's what I was afraid of." Sally's fingers drummed once against the armrest. "The versions I'm hearing all sound like theater, but there's something underneath that feels different. More volatile."</w:t>
        <w:br/>
        <w:br/>
        <w:t>She reached for her phone, then stopped. "Claire mentioned Kim looked shaken. Really shaken, not just embarrassed. That's not like her—she's handled worse than family drama at charity galas."</w:t>
        <w:br/>
        <w:br/>
        <w:t>Matt nodded grimly. "Peter's desperate, Sally. Kim told me about his finances—bad investments, worse assumptions about his inheritance. He thought Karl would leave him everything, or at least enough to bail him out of whatever hole he's dug. Instead, he got fifty million and a lecture about responsibility."</w:t>
        <w:br/>
        <w:br/>
        <w:t>"Fifty million." Sally's eyebrows rose. "Most people would call that a generous consolation prize."</w:t>
        <w:br/>
        <w:br/>
        <w:t>"Not when you're expecting a billion and already spending like you have it." Matt watched a yacht tack across the harbor, its sail snapping in the breeze. "Kim thinks Karl deliberately limited the bequest. Wanted to see if Peter would prove himself worthy of more."</w:t>
        <w:br/>
        <w:br/>
        <w:t>"And Peter's response was to publicly humiliate his stepmother at the Met." Sally's voice carried the particular disdain Newport reserved for bad behavior in public. "Charming family dynamics."</w:t>
        <w:br/>
        <w:br/>
        <w:t>The harbor breeze picked up, rustling the insurance papers scattered across the teak table. Sally absently weighted them down with her glass, but her attention remained fixed on Matt.</w:t>
        <w:br/>
        <w:br/>
        <w:t>"How desperate are we talking? Because desperate people do stupid things. And stupid things in families with that kind of money tend to get complicated fast."</w:t>
        <w:br/>
        <w:br/>
        <w:t>2.5</w:t>
        <w:br/>
        <w:t>[Optional]</w:t>
        <w:br/>
        <w:t>Matt exhaled, watching whitecaps roll past the yacht club's moorings. "Kim gave me the whole ugly picture after the Met. Peter's been hemorrhaging money for years—venture capital, real estate, tech startups that sound like they came from late-night infomercials. He assumed Karl would just fix it. Again."</w:t>
        <w:br/>
        <w:br/>
        <w:t>Sally's fingers tightened on her glass—the quiet tell that her mind was shifting into tactical mode.</w:t>
        <w:br/>
        <w:br/>
        <w:t>"But Karl finally had enough. Told Kim that Peter was clever but reckless, always betting with someone else's chips. Left him and his siblings fifty million apiece, which sounds generous until you've already mortgaged your future against a billion-dollar expectation. The rest went into trust for Kim and the foundation."</w:t>
        <w:br/>
        <w:br/>
        <w:t>2.6</w:t>
        <w:br/>
        <w:t>[Optional]</w:t>
        <w:br/>
        <w:t>Sally's expression hardened. "So Peter's not just disappointed. He's desperate. That scene at the Met wasn't a tantrum—it was a declaration of war."</w:t>
        <w:br/>
        <w:br/>
        <w:t>"Kim's reading it the same way. Peter's convinced she manipulated his father, turned him against his own children. He's angry, cornered, and still spending like the money's coming. Word is he owes the kind of people who don't accept payment plans."</w:t>
        <w:br/>
        <w:br/>
        <w:t>The harbor breeze rattled the magnolia leaves. Sally picked up her phone, thumb tapping a brief note before setting it down with the deliberation Matt recognized as business mode.</w:t>
        <w:br/>
        <w:br/>
        <w:t>"I'm calling Sam Thornton after lunch. I want eyes on Peter—discreetly. Not just for Kim's sake, but for ours. Desperate people don't think straight, and you saw what he's capable of in public."</w:t>
        <w:br/>
        <w:br/>
        <w:t>Matt studied her face. "You really think he's dangerous?"</w:t>
        <w:br/>
        <w:br/>
        <w:t>"I think a man who's lost his money and his pride is a loaded gun. That kind of humiliation festers. Especially here, where everyone's keeping score." She surveyed the harbor, already assembling contingencies. "I've seen trust fund wars turn bloody over less. If Peter's past rational moves, we need to know where he's aiming."</w:t>
        <w:br/>
        <w:br/>
        <w:t>Matt nodded slowly. "Not all storms announce themselves."</w:t>
        <w:br/>
        <w:br/>
        <w:t>Sally met his eyes, maternal steel replacing her usual warmth. "Then we don't wait for thunder."</w:t>
        <w:br/>
        <w:br/>
        <w:t>2.7</w:t>
        <w:br/>
        <w:t>[Optional]</w:t>
        <w:br/>
        <w:t>Sally let out a slow breath, banishing Peter Marshall from the conversation with the practiced efficiency of someone who'd spent years managing Newport's more volatile personalities. "You know, when I started this little club, I thought I'd be lucky if I found two women in Newport willing to admit they'd rather show up with a dignified escort than their cousin's orthodontist. Now we're fielding calls from Watch Hill to Dark Harbor—one woman in Camden actually tried to offer me her summer cottage for first dibs on New Year's Eve."</w:t>
        <w:br/>
        <w:br/>
        <w:t>Matt's mouth twitched. "Should've held out for the yacht."</w:t>
        <w:br/>
        <w:br/>
        <w:t>"Don't tempt me. I'm not sure even a Hinckley would buy her six months with Charles Fenton." Sally's expression softened, pride and disbelief mingling in her eyes. "Do you realize there's a waiting list for our gentlemen? I had to tell Evelyn Tisdale she'd have to wait until after Labor Day if she wanted an escort for the Preservation Ball. She was more indignant than when they discontinued her favorite gin."</w:t>
        <w:br/>
        <w:br/>
        <w:t>Matt chuckled—half amusement, half satisfaction at their unlikely success. "Not bad for two people who started this because you didn't want to show up at the Rosecliff Gala with another insurance attorney."</w:t>
        <w:br/>
        <w:br/>
        <w:t>2.8</w:t>
        <w:br/>
        <w:t>[Optional]</w:t>
        <w:br/>
        <w:t>He stretched his legs, letting the harbor breeze settle between them. "You know, Sally, for all your branding and brochures, it's still just 'Rent-a-Gent' to me. And for the romantic crowd, 'Rent-a-Romance.' The Newport Second Wives Club sounds very dignified, but let's not kid ourselves. The ladies know which number to call if they want a candlelit dinner or just a well-behaved dance partner who won't pocket the silver."</w:t>
        <w:br/>
        <w:br/>
        <w:t>Sally's eyes narrowed with mock severity as she reached for her reading glasses, swatting lightly at his forearm. "If you say that around Mrs. Whitfield, you'll have a scandal in the society pages before you can spell 'escort.' It's The Newport Second Wives Club, Matthew. I have it copyrighted, trademarked, and monogrammed on Crane stationery."</w:t>
        <w:br/>
        <w:br/>
        <w:t>"Duly noted. But you should know, I overheard Mrs. Pemberton telling her bridge group she's hoping for a 'Rent-a-Gent' for Thanksgiving. The term's escaped into the wild."</w:t>
        <w:br/>
        <w:br/>
        <w:t>Sally's mock glare dissolved into laughter, bright and unguarded. "Somehow, I suspect you're to blame for that nickname sticking. But if that's our worst problem, we're doing something right."</w:t>
        <w:br/>
        <w:br/>
        <w:t>She glanced out at the harbor, watching a schooner navigate the channel with the kind of precision that came from years of reading these waters. "Honestly, I wouldn't have believed it. Not in this town."</w:t>
        <w:br/>
        <w:br/>
        <w:t>Matt shrugged, salt air ruffling his hair. "Turns out Newport's old guard just needed plausible deniability—and a touch of style."</w:t>
        <w:br/>
        <w:br/>
        <w:t>2.9</w:t>
        <w:br/>
        <w:t>[Optional]</w:t>
        <w:br/>
        <w:t>Matt let the breeze roll over him, the distant clang of rigging marking time. "You know, the real surprise wasn't how many women needed us. It was the men. I put out a few feelers—old colleagues, sailing friends, a couple of ex-diplomats I met back when Dartmouth still paid for decent sherry. Next thing I know, word's gotten to a retired ambassador in Greenwich, a CEO from Boston, even a judge whose idea of scandal is mismatched cufflinks."</w:t>
        <w:br/>
        <w:br/>
        <w:t>Sally's eyebrows shot up. "You mean Henry Laughton? The one who can quote Latin at the drop of a hat and still make it sound like a compliment?"</w:t>
        <w:br/>
        <w:br/>
        <w:t>"That's the one. Apparently, he's been the toast of three Preservation Society dinners and a funeral—same week. I'm fairly certain Mrs. Blakely's eulogy ran long just to keep him at the podium."</w:t>
        <w:br/>
        <w:br/>
        <w:t>Sally laughed, a frank, throaty sound that chased away the last shadow of their earlier worries. "So this is what we've become—matchmakers for the overqualified and the under-escorted."</w:t>
        <w:br/>
        <w:br/>
        <w:t>"By accident, mostly. Turns out if your references are solid and your tie knots symmetrical, Newport society forgives almost anything. Now I'm getting calls from Camden, Rye, even some woman in Marblehead who insisted her son-in-law was 'eminently presentable' if we ever needed a substitute."</w:t>
        <w:br/>
        <w:br/>
        <w:t>Sally shook her head, grinning. "We're going to need a vetting committee—and maybe a bouncer."</w:t>
        <w:br/>
        <w:br/>
        <w:t>2.10</w:t>
        <w:br/>
        <w:t>[Optional]</w:t>
        <w:br/>
        <w:t>Matt's eyes crinkled. "We might want one just for Mrs. Pemberton. She's developed a fixation on Charles—the Robert Redford doppelgänger. Baked him a pie last week. Apple, lattice crust, still warm. Marched right up to his cottage on Bellevue, announced herself as 'an admirer of mature masculinity,' and left him looking for the nearest fire escape."</w:t>
        <w:br/>
        <w:br/>
        <w:t>"Oh, poor Charles," Sally said, but her tone was pure mischief. "Didn't you warn him about the perils of being too handsome in this town?"</w:t>
        <w:br/>
        <w:br/>
        <w:t>"I warned him about parking tickets and the dangers of the Cliff Walk at dusk. I did not anticipate the pie ambush. Or her 'accidental' run-ins every morning—she's started timing her dog walks to match his run, quoting Butch Cassidy lines until he pretends he's got a call from the consulate."</w:t>
        <w:br/>
        <w:br/>
        <w:t>Sally dissolved into laughter, clutching her glass. "We spent months worrying some fortune hunter would turn up and fleece our clientele, and now it's Mrs. Pemberton lying in wait with baked goods."</w:t>
        <w:br/>
        <w:br/>
        <w:t>Matt grinned, savoring the absurdity. "Role reversal is Newport's new favorite sport. We may need a pamphlet—'Gentlemen Escorts: How to Escape a Determined Octogenarian.' I'll add it to the training manual."</w:t>
        <w:br/>
        <w:br/>
        <w:t>2.11</w:t>
        <w:br/>
        <w:t>[Optional]</w:t>
        <w:br/>
        <w:t>Sally's laughter faded, replaced by the kind of tension Matt recognized from boardrooms where fortunes shifted on a handshake. She set her glass down, fingers drumming against the rim. "We're doing well, Matt. Too well, maybe. But Dawson and his little circus on Ocean Drive—that's keeping me awake."</w:t>
        <w:br/>
        <w:br/>
        <w:t>Matt's smile disappeared. "You mean the 'Champagne and Chaperones' parties? Or whatever he's calling them this week?"</w:t>
        <w:br/>
        <w:br/>
        <w:t>"It's not just that he's poaching clients. It's the headlines he's hunting." Sally's tone sharpened. "Women sneaking out past midnight, cars lined up for valet service... He wants Newport to notice. He wants scandal." She scanned the harbor as if Dawson's mansion might materialize in the mist. "We spent two years building trust—discretion, boundaries, confidentiality. One overeager detective or some intern at The Boston Globe who can't tell a club from a brothel, and suddenly we're front-page news. The city will torch us to get at him."</w:t>
        <w:br/>
        <w:br/>
        <w:t>Matt's gaze found the horizon. "Dawson never had patience for slow money. Shortcuts were always his style. But he's not subtle, Sally. Newport society can smell new money and bad judgment from Jamestown."</w:t>
        <w:br/>
        <w:br/>
        <w:t>"That won't save us. People forget the difference when the headlines hit. It's all the same story—widows, escorts, money, sex." Sally's voice softened. "We have to be careful, Matt. For everyone who depends on us. For Kim."</w:t>
        <w:br/>
        <w:br/>
        <w:t>Matt nodded, weighing her words. He knew how fast reputation crumbled in Newport—how a whisper became gospel by teatime. A memory surfaced: Dawson's last visit, all teeth and ambition, promising "new horizons" for the business. Matt had refused. He wondered if that would be enough.</w:t>
        <w:br/>
        <w:br/>
        <w:t>2.12</w:t>
        <w:br/>
        <w:t>[Optional]</w:t>
        <w:br/>
        <w:t>Sally studied him, her expression gentling. "Speaking of Kim... your voice changes whenever she comes up." She smiled, implacable as the tide. "Not that I'm meddling."</w:t>
        <w:br/>
        <w:br/>
        <w:t>Matt attempted a dismissive laugh. It fell flat. "Kim's extraordinary. Smart as hell, and she sees the world—really sees it. Most people just look."</w:t>
        <w:br/>
        <w:br/>
        <w:t>Sally's eyes crinkled. "You don't say that about anyone. Ever."</w:t>
        <w:br/>
        <w:br/>
        <w:t>He turned toward Brenton Reef, watching a cutter navigate the channel. "She's been through enough. I'd rather not complicate things."</w:t>
        <w:br/>
        <w:br/>
        <w:t>Sally's silence stretched, warmer than any reassurance. "I want you happy, Matt. And safe. For what it's worth, she lights up when you walk in a room. Even Claire noticed."</w:t>
        <w:br/>
        <w:br/>
        <w:t>A real smile this time, small and private. "Let's not get ahead of ourselves."</w:t>
        <w:br/>
        <w:br/>
        <w:t>But Sally's expression said she was already several moves ahead—and perfectly content to wait.</w:t>
        <w:br/>
        <w:br/>
        <w:t>3</w:t>
        <w:br/>
        <w:t>CHAPTER 3 -- Peter Marshall - Money Problems &amp; Kim Issues</w:t>
        <w:br/>
        <w:br/>
        <w:t>3.1</w:t>
        <w:br/>
        <w:t>xxx</w:t>
        <w:br/>
        <w:t>Peter Marshall waited alone on the aft deck of Liquid Assets, nursing a Scotch that had lost its bite somewhere between the first sip and the harbor's dying light. The sun bled orange behind Brenton Point, turning the yacht's mahogany hull into something that belonged in a museum—or a morgue. Out here, with Newport's day-charter crowd finally gone, the Sagamore's legend felt almost believable. A boat thick enough to swallow secrets, where Capone and Kennedy might have shaken hands over shipments that never made the papers.</w:t>
        <w:br/>
        <w:br/>
        <w:t>Peter shifted in his teak chair, watching silver pitting creep along the polished nickel rail. Small cancer, but on this vessel, every flaw felt like a confession. The Zeppelin engines below sat silent, their last tune-up costing more than most people's cars. Two million last winter, and the mechanics still whispered about "catastrophic fatigue."</w:t>
        <w:br/>
        <w:br/>
        <w:t>The word was catching.</w:t>
        <w:br/>
        <w:br/>
        <w:t>His phone buzzed—Paul, five minutes out. Peter drained his glass and poured another, watching the gangway. Paul Maloney appeared like clockwork, sandy-haired and forgettable, the kind of man who blended into wallpaper at charity galas. But here, against the Sagamore's sweep of history, even Paul slowed his step.</w:t>
        <w:br/>
        <w:br/>
        <w:t>3.2</w:t>
        <w:br/>
        <w:t>xxxxx</w:t>
        <w:br/>
        <w:t>"Some boat," Paul said, boarding with the reverence of a man entering church. His admiration was real, but his eyes were already working—cataloguing the warped railing, the dull nickel trim, the varnish that hadn't quite set right.</w:t>
        <w:br/>
        <w:br/>
        <w:t>Peter gestured toward the aft table. "She's more history than most of Newport's museums." He poured Paul a drink, noted how the investigator's gaze lingered on hairline cracks near the companionway hatch. Spreading, like everything else.</w:t>
        <w:br/>
        <w:br/>
        <w:t>Paul lifted his glass but didn't drink. "Bet you've got stories the tour guides don't know."</w:t>
        <w:br/>
        <w:br/>
        <w:t>Peter's laugh scraped his throat. "Plenty of stories. Not enough cash to keep them from leaking out."</w:t>
        <w:br/>
        <w:br/>
        <w:t>Paul's attention drifted to oil stains near the engine vents, the yacht's subtle list to port. He was running numbers—repair bills, deferred maintenance, the arithmetic of decay. Above them, the club pennant snapped in evening wind. The Sagamore's shadows stretched longer, swallowing her wounds.</w:t>
        <w:br/>
        <w:br/>
        <w:t>But shadows, Peter knew, only lasted until morning.</w:t>
        <w:br/>
        <w:br/>
        <w:t>3.3</w:t>
        <w:br/>
        <w:t>xxxx</w:t>
        <w:br/>
        <w:t>Peter slouched deeper in his chair, gaze fixed on the darkening scuff where some careless deckhand had let a champagne bottle roll. Last summer? The one before? The memory soured like everything else about the Sagamore lately. A twelve-million-dollar albatross that ate money faster than she'd ever burned bootleg liquor.</w:t>
        <w:br/>
        <w:br/>
        <w:t>He jerked his chin toward the engine vents. "Two million, Paul. Last year's tune-up. Engines alone." His voice cracked, almost pleading. "That's not counting the nickelwork, or replacing the original settee some idiot ruined with sunscreen. You'd think, for that kind of money, she'd run like a Swiss watch. Instead, every time I leave the slip, I'm waiting for a connecting rod to punch through the hull."</w:t>
        <w:br/>
        <w:br/>
        <w:t>Paul's eyes tracked the waterline stains, the subtle sag at midships. "And Templeton?"</w:t>
        <w:br/>
        <w:br/>
        <w:t>Peter's laugh was bitter. "Templeton's done. Won't drop another dime until I make good on my share. Claims I'm behind six figures on maintenance." He looked up, panic flickering beneath the bravado. "I keep telling him—we can rent her out. Corporate junkets, film shoots. He just wants to cut his losses. Sell her off to some hedge-fund kid who'll paint her white and fill her with plasma screens."</w:t>
        <w:br/>
        <w:br/>
        <w:t>Paul's silence was pointed. The kind an investigator offers when he's heard this cycle before.</w:t>
        <w:br/>
        <w:br/>
        <w:t>Peter's fingers tightened on his glass. "You get anything on Kim?"</w:t>
        <w:br/>
        <w:br/>
        <w:t>3.4</w:t>
        <w:br/>
        <w:t>xxxx</w:t>
        <w:br/>
        <w:t>Paul produced a slim folder but didn't open it. "I dug hard, Peter. College roommates, ex-associates from the Sotheby's years. Financials, travel, old boyfriends." He shook his head. "She's clean as they come."</w:t>
        <w:br/>
        <w:br/>
        <w:t>"Everyone's got something."</w:t>
        <w:br/>
        <w:br/>
        <w:t>"Not even a question mark. No gambling, no affairs, no offshore accounts. She volunteers, she donates, she answers emails at three in the morning. Her lawyers are tight, her books are tight." Paul's voice carried a note of respect. "Sorry, Peter—the woman's crystal clean."</w:t>
        <w:br/>
        <w:br/>
        <w:t>A brittle laugh escaped Peter, high and humorless. "Crystal clean. Of course she is. She gets the house, the art, the money, the legacy—and not a single skeleton."</w:t>
        <w:br/>
        <w:br/>
        <w:t>Paul waited, reading the air. Peter's resentment boiled silent and corrosive, filling the beautiful old yacht with pressure even Zeppelin engines couldn't match.</w:t>
        <w:br/>
        <w:br/>
        <w:t>3.5</w:t>
        <w:br/>
        <w:t>xxxxx</w:t>
        <w:br/>
        <w:t>Paul cleared his throat, shifting the folder aside. "You know, I've been hearing things about your friend Beckham."</w:t>
        <w:br/>
        <w:br/>
        <w:t>Peter's eyebrows rose. A sliver of hope cutting through the resentment. "Beckham? What about him?"</w:t>
        <w:br/>
        <w:br/>
        <w:t>Paul's gaze drifted to the Sagamore's profile in the twilight, as if the hull might hold answers. "Not just him. Sally Gordon, too. My clients—widows mostly, the ones with old money and older grudges—they talk. Newport's got its own grapevine." He paused, letting the evening air fill the space. "Lately, Beckham's name comes up in the context of a service."</w:t>
        <w:br/>
        <w:br/>
        <w:t>Peter leaned forward, casualness abandoned. "What kind of service?"</w:t>
        <w:br/>
        <w:br/>
        <w:t>Paul shrugged. "Nothing criminal. They run a sort of club. Strictly aboveboard, if you ask me—gentlemen escorts for social functions. Dinners, charity events, art openings. Nobody's claiming anything untoward." His fingers drummed once against the table. "But in this town, 'escort' is a loaded word. Some clients call it a godsend. Others gossip about what happens after the dessert course."</w:t>
        <w:br/>
        <w:br/>
        <w:t>Peter snorted, but envy leaked through. "So Beckham's making himself useful to the widows? No wonder he's always got a new suit." He gestured at the yacht's fading grandeur. "That's what passes for scandal now?"</w:t>
        <w:br/>
        <w:br/>
        <w:t>Paul's smile was razor-thin. "You'd be surprised what passes for scandal here. Companionship's all they say happens, but rumors don't need facts. Especially not in Newport."</w:t>
        <w:br/>
        <w:br/>
        <w:t>3.6</w:t>
        <w:br/>
        <w:t>xxxx</w:t>
        <w:br/>
        <w:t>He set his glass down, fingertips leaving prints on the nickel. "You remember the big story a few years back? How Rhode Island had technically legalized indoor prostitution for decades without anyone noticing? From the seventies until just before the crash—all legal thanks to a loophole nobody bothered to close." Paul's voice carried the weight of someone who'd watched the fallout. "Every time the press caught wind, politicians panicked. Newport society tightened its grip on respectability like a tourniquet."</w:t>
        <w:br/>
        <w:br/>
        <w:t>Peter's mouth twisted. "I remember. Even the hint of impropriety, and people were burning their address books."</w:t>
        <w:br/>
        <w:br/>
        <w:t>"That's the real risk for Beckham and Sally. Their club might be cleaner than a church bake sale, but it wouldn't take much to twist it into something uglier." Paul leaned back, studying Peter's face. "Here, perception's reality—always has been. Newport's a city that can tolerate a little bootlegging in its history, but God forbid anyone thinks the widows are buying more than conversation."</w:t>
        <w:br/>
        <w:br/>
        <w:t>The old yacht creaked beneath them, settling deeper into the harbor's embrace.</w:t>
        <w:br/>
        <w:br/>
        <w:t>"One wrong whisper," Paul continued, "and they'll be pariahs before the ink dries."</w:t>
        <w:br/>
        <w:br/>
        <w:t>Peter looked away, silent. The slap of water against the hull kept time—a warning that in this town, the past was always bleeding into the present.</w:t>
        <w:br/>
        <w:br/>
        <w:t>3.7</w:t>
        <w:br/>
        <w:t>xxxxx</w:t>
        <w:br/>
        <w:t>Peter let out a low scoff. "Matt and Sally? Please." He swirled the last of his bourbon, eyes glinting with something meaner than amusement. "If Newport wants a real scandal, it's not the Rent-a-Gent crowd they need to worry about. You know who's got the market on impropriety? Steve Dawson. That's where the real fun is."</w:t>
        <w:br/>
        <w:br/>
        <w:t>Paul's face registered mild skepticism, but Peter was already leaning in, voice dropping to the conspiratorial. "I went to one of Dawson's parties last month. Supposedly 'tame'—his word. Caterers in black ties, passed hors d'oeuvres, a string quartet on the terrace so the neighbors wouldn't complain." Peter's grin turned predatory. "All very proper, until the guest list thinned out. Then Dawson started working the room, making introductions. He's got this pitch—'meet so-and-so, she's new to Newport, can introduce you to a different kind of philanthropy.' Half the men there didn't even pretend not to know what he meant."</w:t>
        <w:br/>
        <w:br/>
        <w:t>Paul's jaw set, but Peter pressed on, savoring the memory. "After an hour, Dawson gave me the wink—said if I liked the warm-up, I should stick around for the next one. Promised he'd bring in younger talent, maybe even some European girls, if that's my taste. Swore it would make the old Jeffrey Epstein operation look like a church bake sale." Peter's laugh was soft and ugly. "He's not subtle, Paul. But the rich never are, when they think they're among their own."</w:t>
        <w:br/>
        <w:br/>
        <w:t>3.8</w:t>
        <w:br/>
        <w:t>xxxxx</w:t>
        <w:br/>
        <w:t>He let the silence linger before finishing his drink. "And get this: Dawson's offered me a cut. If I steer any big spenders his way, I get a finder's fee. Real discreet, of course. All cash, no paperwork. He says it's just the cost of business, and who am I to argue with that?"</w:t>
        <w:br/>
        <w:br/>
        <w:t>Paul's eyes narrowed. "You think that's smart? The way Dawson runs things, it's only a matter of time before someone from the state starts sniffing around. You want to get caught up in that?"</w:t>
        <w:br/>
        <w:br/>
        <w:t>Peter shrugged, the gesture studied and cold. "Let Dawson take the risks. I'm just making introductions." He paused, running a finger along the condensation on his glass, mind already working angles Paul couldn't see. The investigator's warnings fell on deaf ears—Peter was calculating something else entirely. Every reckless move Dawson made, every compromising moment at those parties, it all had value. Information was currency, and desperate men learned to hoard it.</w:t>
        <w:br/>
        <w:br/>
        <w:t>He smiled—thin, transactional. "Everyone in Newport's got something to hide. Dawson just likes to advertise."</w:t>
        <w:br/>
        <w:br/>
        <w:t>3.9</w:t>
        <w:br/>
        <w:t>xxxx</w:t>
        <w:br/>
        <w:t>Peter's gaze drifted over the water, expression sharpening as the conversation turned from Newport's secrets to the more immediate threat—his own blood. "Annie and Henry keep pushing me to join their crusade. They think if we challenge the will together, we'll have more leverage." His voice carried the bitter edge of someone who'd heard this pitch too many times. "It's all righteous indignation on the phone, but I know they're dreaming about dollar signs."</w:t>
        <w:br/>
        <w:br/>
        <w:t>Paul didn't reply right away. He let the pause thicken, weighing the cost of every word. "They both stand to lose everything. That no-contest clause is ironclad. If you challenge and lose, you get nothing—walk away with what you can carry in your pockets."</w:t>
        <w:br/>
        <w:br/>
        <w:t>Peter's mouth twisted. "They act like it's a game. But if they're so terrified of Kim, why are they so eager to risk it all? Annie's got a house in the Berkshires she won't even heat in winter, claims she's broke every month. Henry's always flying to St. Barts, but he hasn't worked in years." He leaned forward, voice dropping. "Where's this sudden appetite for danger coming from?"</w:t>
        <w:br/>
        <w:br/>
        <w:t>Paul's eyes narrowed, calculating. "You want me to dig?"</w:t>
        <w:br/>
        <w:br/>
        <w:t>"Find out how deep their debts run. What's propping them up." Peter's urgency leaked through the studied casualness. "If they're bluffing or if someone's backing them—maybe a lawyer with an angle, or one of those trust vultures. I need to know why they think they can afford to play chicken when I can't even keep this damn yacht afloat."</w:t>
        <w:br/>
        <w:br/>
        <w:t>3.10</w:t>
        <w:br/>
        <w:t>xxxx</w:t>
        <w:br/>
        <w:t>Paul nodded, already making mental notes. "I'll see what shakes loose." He finished his drink, then set it aside, tracing a pattern in the condensation. "But you need to think very carefully about how far you want to push this. You remember what happened to Doris Duke's family?"</w:t>
        <w:br/>
        <w:br/>
        <w:t>Peter gave a dismissive snort. "That was different."</w:t>
        <w:br/>
        <w:br/>
        <w:t>"Not so different." Paul's tone turned clipped, the old PI surfacing. "Money that size turns family into enemies. I watched the Duke estate fight drag on for a decade—siblings suing each other, lawyers circling like sharks, reputations destroyed. The press loved it." He paused, letting the yacht's gentle rocking fill the silence. "By the end, the fortune was in ruins and anyone with the Duke name was either in court or rehab."</w:t>
        <w:br/>
        <w:br/>
        <w:t>The warning hung in the evening air like smoke from an old fire. Peter didn't answer. For men drowning in debt, history was just another story they'd heard and chosen to forget.</w:t>
        <w:br/>
        <w:br/>
        <w:t>Paul pushed back from the table, preparing to leave, then stopped. "Oh, and Peter? You should prepare to hear more about Kim's goodness." His tone carried the weight of bad news dressed as casual observation. "She's apparently about to donate fifty million dollars of her own inheritance to fund a business center at Dartmouth. In Karl's name."</w:t>
        <w:br/>
        <w:br/>
        <w:t>The words hit Peter like a physical blow. His face went rigid, then flushed dark red. "Fifty million?" The number came out strangled. "She told me months ago that her money was all tied up with lawyers. Couldn't spare a dime."</w:t>
        <w:br/>
        <w:br/>
        <w:t>Paul watched the rage build behind Peter's eyes. "The announcement's tomorrow. Big ceremony at the Castle Inn luncheon."</w:t>
        <w:br/>
        <w:br/>
        <w:t>Peter's hands clenched into fists. The hypocrisy burned through him like acid—Kim's pious refusal to help him while secretly planning to throw away more money than he'd ever see. The yacht creaked beneath them, a reminder of everything he stood to lose while his stepmother played philanthropist with his father's fortune.</w:t>
        <w:br/>
        <w:br/>
        <w:t>"Tomorrow," he repeated, voice deadly quiet. The word carried the weight of a decision made.</w:t>
        <w:br/>
        <w:br/>
        <w:t>3.11</w:t>
        <w:br/>
        <w:t>xxxx</w:t>
        <w:br/>
        <w:t>Peter poured himself the last inch of bourbon, watching the amber swirl as Paul packed up his notepad and snapped the leather folio shut. The yacht's wood-paneled lounge had settled into late-afternoon quiet—just the tick of the ship's barometer, the bilge pump's steady hum, and somewhere below, the echoing clang of a mechanic's wrench against stubborn metal. Newport sunlight, filtered through nickel-trimmed windows, caught the sweating glass and made everything look expensive and faintly poisonous.</w:t>
        <w:br/>
        <w:br/>
        <w:t>"Paul." Peter's tone went casual—too casual. "Suppose someone needed to spend time out of the country. Just until things cooled down. How would a person arrange that? Quietly."</w:t>
        <w:br/>
        <w:br/>
        <w:t>Paul paused, phone halfway to his jacket pocket. He glanced up, expression flat, and offered the thinnest smile. "Depends where you're headed. Some places, all you need is a ticket and clean shoes. Others—paperwork gets trickier." He left it hanging, voice deliberately bland.</w:t>
        <w:br/>
        <w:br/>
        <w:t>Peter watched him, hungry for a promise, but Paul gave him nothing. Just that blank, knowing look. They both understood the subtext—fake passports, offshore accounts, the whole kit. Paul was the sort of man who could open any door, but only if you had the right leverage. Or the right kind of desperation. Peter realized, with a cold twist in his gut, that he was running out of both.</w:t>
        <w:br/>
        <w:br/>
        <w:t>Paul straightened his tie, checked his watch. "I'll see what I can find out about Annie and Henry. Give me a week."</w:t>
        <w:br/>
        <w:br/>
        <w:t>Peter forced a nod, but the bravado was gone. For a moment, he looked every inch the heir with no inheritance—just a man marooned on his own gilded ship.</w:t>
        <w:br/>
        <w:br/>
        <w:t>3.12</w:t>
        <w:br/>
        <w:t>xxxx</w:t>
        <w:br/>
        <w:t>Paul moved toward the companionway stairs, then paused at the threshold. His voice stayed casual, almost careless. "Oh, before I forget. You'll want to brace yourself for tomorrow's papers. Word is, Kim's about to announce a fifty million dollar donation. Business center at Dartmouth. In Karl's name, of course."</w:t>
        <w:br/>
        <w:br/>
        <w:t>The words hit Peter like a sucker punch—worse because they came so calmly, without warning. For a second, the only sound was the brittle clink as his glass slipped from his fingers and rolled across the inlaid teak.</w:t>
        <w:br/>
        <w:br/>
        <w:t>"She—what?" Peter's voice came out raw.</w:t>
        <w:br/>
        <w:br/>
        <w:t>Paul shrugged. "That's what people are saying. Looks like she found a way to make the lawyers move fast after all."</w:t>
        <w:br/>
        <w:br/>
        <w:t>He didn't wait for a reply. The door swung shut, leaving Peter alone in the fading light, bourbon forgotten, breath coming short and furious as the scale of Kim's betrayal took shape. Fifty million. His money—her show. The hypocrisy burned hotter than whiskey ever could.</w:t>
        <w:br/>
        <w:br/>
        <w:t>3.13</w:t>
        <w:br/>
        <w:t>xxx</w:t>
        <w:br/>
        <w:t xml:space="preserve">Peter Marshall didn't sleep. He spent the night pacing the silent length of his father's old study, bourbon glass in hand, the digital clock on the mantel bleeding red minutes into dawn. Every time he replayed Paul's words—Kim, fifty million, Dartmouth—pressure built behind his eyes, hot and corrosive. </w:t>
        <w:br/>
        <w:br/>
        <w:t>He saw her face as she'd declined his plea for a loan just months before, smoothing her tone with practiced sympathy: "Peter, I'm sorry. Everything's tied up with the lawyers. I can't touch it yet. You know how these things go." She'd even patted his arm, as if that made it honest.</w:t>
        <w:br/>
        <w:br/>
        <w:t>But it hadn't been honesty. It had been theater—her lawyers, her rules, her show. Now she was about to stand before Newport's gossips and philanthropists, announcing her grand largesse, her pure intentions, while he scraped together favors just to keep the lights on at the yacht. The hypocrisy burned in his throat like bile.</w:t>
        <w:br/>
        <w:br/>
        <w:t xml:space="preserve">He stared at the framed portrait of his father above the fireplace, jaw clenched hard enough to ache. Let her make her speech. Let her bask in the applause. Tomorrow, at that luncheon, he would have his say. Newport could see them both as they really were. </w:t>
        <w:br/>
        <w:br/>
        <w:t>If he had to rip the mask off in front of everyone, so be it. He'd already lost his inheritance—he had nothing left to lose.</w:t>
        <w:br/>
        <w:br/>
        <w:t>4</w:t>
        <w:br/>
        <w:t>CHAPTER 4 -- Peter confronts Kim at Castle Inn Luncheon</w:t>
        <w:br/>
        <w:br/>
        <w:t>4.1</w:t>
        <w:br/>
        <w:t>xxxx</w:t>
        <w:br/>
        <w:t>Windholme looked its part—late-morning sun glancing off Palladian windows, the clipped boxwoods marching in formation along the drive. Kim parked behind a florist's van, slid her sunglasses atop her hair, and tried to summon the kind of breezy composure Sally always managed even when her world was on fire. She'd barely made it halfway to the colonnaded porch when Sally flung open the front door herself, waving a sheaf of printouts like a white flag.</w:t>
        <w:br/>
        <w:br/>
        <w:t>"Rescue me from Google Docs, will you?" she called, ushering Kim inside with the brisk authority of a general who'd just lost patience with her troops.</w:t>
        <w:br/>
        <w:br/>
        <w:t>The foyer was awash in the scent of lilies and lemon polish. Kim followed Sally past the formal parlor—two staffers negotiating over red velvet bows—to the sunroom, where charity tour folders fanned out across a table already crowded with crystal pitchers and notecards. For ten minutes, they played their parts: reviewing route maps, debating whether the Elks Club could be trusted with valet, Sally making notes in a looping, forceful hand.</w:t>
        <w:br/>
        <w:br/>
        <w:t>Only when the housekeeper retreated with a tray and the last volunteer's car crunched away down the drive did Sally let her voice drop.</w:t>
        <w:br/>
        <w:br/>
        <w:t>"This is perfect." She leaned back in her chair, shoulders finally relaxing. "Nobody gives a second thought when two widows huddle over Christmas tour plans. But honestly, Kim, I wanted a chance to check in before you get thrown into the deep end again. Newport's lovely, but it's also…well. You know."</w:t>
        <w:br/>
        <w:br/>
        <w:t>Kim gave a wry smile. "You mean a cocktail party crossed with a shark tank?"</w:t>
        <w:br/>
        <w:br/>
        <w:t>Sally's laughter came quick and sharp. "That's not far off. Especially now that you're Matt's official 'old Dartmouth friend.'" Her eyes crinkled. "We do need to review your cover story. Claire Harding could trip you up just by accident."</w:t>
        <w:br/>
        <w:br/>
        <w:t>4.2</w:t>
        <w:br/>
        <w:t>xxxxx</w:t>
        <w:br/>
        <w:t>Moments later, they were gliding down Bellevue in Sally's Range Rover, the world outside orderly and lush. Sally drove one-handed, the other absently twisting her wedding band—a habit Kim had noticed before, always when something real was about to be said.</w:t>
        <w:br/>
        <w:br/>
        <w:t>"You know, after Charlie died," Sally began, her tone shifting, "I spent a year going to every event alone. You'd think, with all the money and all the invitations, it would be easier. It isn't. You're an odd number at every table. You're a question to be solved—'Why hasn't Sally brought anyone?'—as if grief has an expiration date."</w:t>
        <w:br/>
        <w:br/>
        <w:t>She paused, letting the scenery slide by: mansions, lawns, American flags flapping with studied indifference.</w:t>
        <w:br/>
        <w:br/>
        <w:t>"I kept thinking it was just me. But it wasn't. Every other woman at those tables—second wives, third wives, doesn't matter—sat there with the same forced smile. Their husbands gone, their stepchildren circling, all of us just trying not to look like bait."</w:t>
        <w:br/>
        <w:br/>
        <w:t>Sally glanced over, eyes bright with something rawer than humor. "That's really why I started the club. Not for romance, not for money. Just so no one else had to feel that alone, in a room full of people."</w:t>
        <w:br/>
        <w:br/>
        <w:t>Kim reached for her hand. The Range Rover rolled on, heading toward a luncheon that promised more secrets than salad.</w:t>
        <w:br/>
        <w:br/>
        <w:t>4.3</w:t>
        <w:br/>
        <w:t>xxxxx</w:t>
        <w:br/>
        <w:t>Sally took a left past the looming stone of Belcourt, the Range Rover's engine a low hum. Her gaze stayed on the road, but her words grew sharper, more precise. "It took me a while to see the pattern. Newport's not unique—every wealthy town's got its share of second and third wives. But here, you notice how many of us didn't marry for some wild, passionate affair. We married men who wanted comfort. Companionship. Someone to run things, keep up appearances." She glanced at Kim, measuring her reaction. "And then, one by one, we end up alone. Fifty, sixty—suddenly rich, technically powerful, but surrounded by people who either want something from you or wish you'd disappear."</w:t>
        <w:br/>
        <w:br/>
        <w:t>Kim nodded, quietly. She knew the look Sally described—the polite skepticism from old-money wives, the brittle civility of stepchildren who saw her as an obstacle, not family. "And the minute you bring a new man around, everyone's doing math in their heads. How much is he after? How fast will the will change?"</w:t>
        <w:br/>
        <w:br/>
        <w:t>Sally laughed—a short, knowing sound. "Exactly. The stepkids circle like sharks. The lawyers start sniffing for loopholes. I had one client—her stepson actually hired a private detective to follow her around for months. Just to see if she'd slipped up and let someone move in."</w:t>
        <w:br/>
        <w:br/>
        <w:t>They slowed at a crosswalk, letting a pair of tourists amble across, oblivious to the undercurrent of Newport's social calculus. "So you don't just need a companion, you need a safe companion. Someone who won't trigger World War III at Thanksgiving."</w:t>
        <w:br/>
        <w:br/>
        <w:t>"Enter the club." Kim managed a half-smile.</w:t>
        <w:br/>
        <w:br/>
        <w:t>4.4</w:t>
        <w:br/>
        <w:t>xxxxx</w:t>
        <w:br/>
        <w:t>"Enter the club," Sally confirmed, wry. "At first, it was strictly aboveboard. You book an escort the same way you'd book a caterer—references, contracts, all business. Matt insisted on it. He has a thing about boundaries." She grinned. "Of course, he also calls the main service 'Rent-a-Gent,' which is the least dignified term I've ever heard in my life. And the other one—'Rent-a-Romance.'"</w:t>
        <w:br/>
        <w:br/>
        <w:t>Kim burst out laughing, the kind that startled even herself. "He didn't."</w:t>
        <w:br/>
        <w:br/>
        <w:t>"Oh, he did. And now half the staff uses it, even the judges and retired diplomats." Sally's own laughter was lighter now, genuine. "But the rules mattered. No gold-diggers, no overnight stays, no talk of inheritance, ever. If anyone so much as hinted at a finder's fee for getting married, they were out. Period."</w:t>
        <w:br/>
        <w:br/>
        <w:t>Kim sobered a little, curiosity flickering. "But it doesn't always stay that tidy, does it?"</w:t>
        <w:br/>
        <w:br/>
        <w:t>Sally's smile turned rueful. "Life never does. Sometimes people really connect. There've been a few…exceptions. We don't police feelings, but we do keep the paperwork clear. If you want romance, you sign off on the risks—and the kids can't sue us if you fall in love with your ballroom partner." She shrugged, almost proud. "Mostly, though, it's what it says on the tin. Companionship. A shield against suspicion, a reason to walk into a gala with your head up instead of looking like someone's next mark."</w:t>
        <w:br/>
        <w:br/>
        <w:t>The car turned onto the drive for Castle Inn, the conversation settling between them—a practiced balance of candor and discretion, business and need. In Newport, that was as close to trust as anyone got.</w:t>
        <w:br/>
        <w:br/>
        <w:t>4.5</w:t>
        <w:br/>
        <w:t>xxxx</w:t>
        <w:br/>
        <w:t>Sally eased the Range Rover into a side street, pausing at a red light. Her lips curled with anticipation. "Did I ever tell you about the Salon Mario incident? The day Newport's most genteel ladies nearly reenacted a cage match over Judge Allen?"</w:t>
        <w:br/>
        <w:br/>
        <w:t>Kim shook her head, already grinning.</w:t>
        <w:br/>
        <w:br/>
        <w:t>"Picture it: two of our most decorous clients—Mrs. Lyman and Mrs. Barrett, both seventy if they're a day. Each with her heart set on the judge for the Preservation Ball. They both show up at Mario's for a blowout, and—here's the punchline—they'd each brought in the same magazine clipping. Same cut, same silvery blue rinse, same 'elegant but playful' waves." Sally's voice dropped to a conspiratorial whisper. "Neither one would budge."</w:t>
        <w:br/>
        <w:br/>
        <w:t>Kim pressed her hand to her mouth.</w:t>
        <w:br/>
        <w:br/>
        <w:t>"Mrs. Barrett accused Mrs. Lyman of copying her, right there in the shampoo aisle. Mrs. Lyman called Mrs. Barrett a 'provincial opportunist.' Mario—mind you, he's been styling senators and socialites for forty years—started shouting in Italian and threatened to call the police. I thought Mrs. Barrett was going to brain her with the flat iron."</w:t>
        <w:br/>
        <w:br/>
        <w:t>Kim doubled over, helpless. "Please tell me someone filmed it."</w:t>
        <w:br/>
        <w:br/>
        <w:t>"If only. By the end, Mario had to separate them with a broom. The judge arrived just in time to see two society matrons glaring at each other through matching clouds of Aqua Net." Sally grinned. "That was the year we instituted the 'one escort, one event' rule."</w:t>
        <w:br/>
        <w:br/>
        <w:t>"I've been to funerals with less tension." Kim wiped her eyes. "Only in Newport would you need crowd control at a hair salon."</w:t>
        <w:br/>
        <w:br/>
        <w:t>The Range Rover swung into Castle Inn's gravel drive. Sally parked, letting the engine tick into silence. She turned, her tone shifting.</w:t>
        <w:br/>
        <w:br/>
        <w:t>4.6</w:t>
        <w:br/>
        <w:t>xxxx</w:t>
        <w:br/>
        <w:t>"Speaking of judges—and gentlemen." She watched Kim carefully. "You and Matt seem to get on."</w:t>
        <w:br/>
        <w:br/>
        <w:t>Kim hesitated, glancing at her hands. "He's…easy to be with. Not like most men here. He listens."</w:t>
        <w:br/>
        <w:br/>
        <w:t>Sally nodded, reading the subtle flush in Kim's cheeks, the half-smile that lingered. "He does have a knack for showing up just when you need him."</w:t>
        <w:br/>
        <w:br/>
        <w:t>"He's just—Matt. Kind, decent. And he has that dry humor." Kim's voice brightened despite herself. "I don't know how you found him."</w:t>
        <w:br/>
        <w:br/>
        <w:t>"I didn't find him. He found his way here." Sally's voice carried quiet pride. "And for what it's worth, I think he's exactly the right kind of trouble."</w:t>
        <w:br/>
        <w:br/>
        <w:t>Kim shook her head, laughter threading through something more hopeful. "Let's just survive lunch, shall we?"</w:t>
        <w:br/>
        <w:br/>
        <w:t>"As you wish." Sally climbed out, filing away every detail—the light in Kim's eyes, the way hope crept into her voice when she said his name. She locked the car, feeling the rare satisfaction of a matchmaker who just might be right.</w:t>
        <w:br/>
        <w:br/>
        <w:br/>
        <w:t>4.7</w:t>
        <w:br/>
        <w:t>xxxx</w:t>
        <w:br/>
        <w:t>The Castle Inn's side entrance opened onto polished marble and conditioned air, heavy with lilies and lemon polish. Kim and Sally slipped into the private dining room where Newport's social machinery already whirred at full volume. White linen tables clustered around a row of jewelry cases that glittered beneath track lights—emerald brooches, pearl chokers, diamond tennis bracelets staged for the library's silent auction.</w:t>
        <w:br/>
        <w:br/>
        <w:t>Claire Harding presided by the sapphire cufflinks like a queen bee, drawing admirers and the society photographer's attention. Vintage Chanel suit, practiced smile, doling out commentary with surgical precision. Kim watched Claire's gaze flick from cases to faces, cataloging diamonds and vulnerabilities with equal interest.</w:t>
        <w:br/>
        <w:br/>
        <w:t>Chief Grayson loomed nearby, bulk stuffed into a navy blazer and club tie. He'd stationed himself by the most expensive display as if daring anyone to test his authority—though his eyes lingered on Mrs. Pemberton's Cartier more than the guest list. He greeted each society matron by name, voice honeyed, but Kim caught the calculating pause before he addressed Sally. A subtle reminder of old battles. Sally acknowledged him with a nod that managed to be both gracious and dismissive.</w:t>
        <w:br/>
        <w:br/>
        <w:t>4.8</w:t>
        <w:br/>
        <w:t>xxxx</w:t>
        <w:br/>
        <w:t xml:space="preserve">The conversation flowed in calibrated currents. Air kisses, hand squeezes, then the Newport topics surfaced with predictable choreography. Next month's regatta. The Preservation Society's rumored shakeups. Who was opening their summer house for July Fourth, and who was quietly selling. Yacht club politics, recited like liturgy. </w:t>
        <w:br/>
        <w:br/>
        <w:t>Sally and Kim moved through it together, finishing each other's sentences about the charity Christmas tour, their rapport so smooth it bordered on rehearsed.</w:t>
        <w:br/>
        <w:br/>
        <w:t>"We're hoping to break last year's record," Sally said. "Kim's helping us with the art selection for the children's auction. Her eye is unmatched."</w:t>
        <w:br/>
        <w:br/>
        <w:t>Kim smiled, playing her part. "It's a treat to work with Sally. And the Windholme ballroom is perfect for the preview party—if the roof holds another season."</w:t>
        <w:br/>
        <w:br/>
        <w:t>Laughter rippled through the cluster. Claire, sensing an opening, glided closer. "Kim, I heard the Marshall Foundation's new exhibit is drawing notice in New York. Our library board's been admiring your fundraising methods. I know a few donors who'd love to see Newport's name in the Times."</w:t>
        <w:br/>
        <w:br/>
        <w:t>The compliment was barbed—support paired with a subtle prod for patronage. Kim handled it with a grateful nod, her instincts attuned to the undercurrents.</w:t>
        <w:br/>
        <w:br/>
        <w:t>Grayson cut in, eyes glinting. "If you ladies need security for the art preview, my department's always happy to oblige. We wouldn't want any of these treasures walking off." His gaze lingered on Kim a moment too long.</w:t>
        <w:br/>
        <w:br/>
        <w:t xml:space="preserve">Sally deflected smoothly. "Thank you, Brett, but I think we can manage. Unless you've taken up jewelry appraisal on the side?" </w:t>
        <w:br/>
        <w:br/>
        <w:t>The room tittered. Social tempo safely reset.</w:t>
        <w:br/>
        <w:br/>
        <w:t>Around them, the show went on—auction paddles raised, bids whispered, alliances made and unmade beneath crystal chandeliers. In Newport, the real currency was information, traded in smiles and half-truths. Kim and Sally, perfectly in step, kept their secrets close, their cover story pristine amid the polish and performance.</w:t>
        <w:br/>
        <w:br/>
        <w:br/>
        <w:t>4.9</w:t>
        <w:br/>
        <w:t>xxxx</w:t>
        <w:br/>
        <w:t>A hush of crystal and linen settled as the auction coordinator tapped her glass. Waiters glided between tables, depositing salads crowned with pink shrimp and frisée. Kim lingered at the jewelry case—her eyes fixed on an antique sapphire pendant, a distraction from the low hum of gossip and Claire's sidelong glance. She started for her seat, purse in hand.</w:t>
        <w:br/>
        <w:br/>
        <w:t>A hand clamped her forearm. "We need to talk. Now." Peter's teeth barely moved; his grip was iron.</w:t>
        <w:br/>
        <w:br/>
        <w:t>Kim recoiled, masking her wince with a brittle smile. "Not now, Peter. Please let go." She twisted free—years of practice in public composure holding her upright—and strode toward her table, heart thudding.</w:t>
        <w:br/>
        <w:br/>
        <w:t>She slid in beside Sally just as Claire was complimenting the auctioneer's taste. The illusion of calm lasted three seconds.</w:t>
        <w:br/>
        <w:br/>
        <w:t>Peter barreled up, red-faced, ignoring the startled hush as he planted himself behind Kim's chair. "So that's it, then? You'll announce your precious gift to Dartmouth, but you won't help your own family?" His voice carried—deliberately pitched to slice through conversation.</w:t>
        <w:br/>
        <w:br/>
        <w:t>Forks stilled. Claire's mouth parted in shock. Sally braced, shoulders squared.</w:t>
        <w:br/>
        <w:br/>
        <w:t>Kim kept her eyes on her salad. "This isn't the time, Peter. We can discuss it privately."</w:t>
        <w:br/>
        <w:br/>
        <w:t>"No, apparently you only do things in public—when it makes you look good." Peter's hand gripped the chair-back. "All I asked for was a loan. A fraction of what you'll donate to strangers. But you—"</w:t>
        <w:br/>
        <w:br/>
        <w:t>He stepped closer, looming. "Maybe you'd rather impress your new friends with charity than help your husband's son."</w:t>
        <w:br/>
        <w:br/>
        <w:t>A ripple of discomfort radiated out. Mrs. Pemberton made a show of rearranging her napkin. Even the auctioneer faltered, voice trailing off.</w:t>
        <w:br/>
        <w:br/>
        <w:t>4.10</w:t>
        <w:br/>
        <w:t>xxxx</w:t>
        <w:br/>
        <w:t>Chief Grayson materialized, eyes alight with opportunity. "All right, Mr. Marshall, that's enough." He inserted himself between Peter and the table—too forceful, too late. Peter shrugged him off, voice rising.</w:t>
        <w:br/>
        <w:br/>
        <w:t>"Why should I leave? Maybe everyone should hear what kind of person—"</w:t>
        <w:br/>
        <w:br/>
        <w:t>Grayson reached for Peter's arm. Peter jerked away, bumping the server behind him. A tray of vinaigrette sailed, crashed—lettuce and glass everywhere.</w:t>
        <w:br/>
        <w:br/>
        <w:t>Grayson's reaction was pure theater. He drew his holstered sidearm, barking, "Back off!" as if expecting a riot among society matrons. Chairs scraped. Claire gasped. The noise, the weapon—all wrong for Newport, which preferred its scandals whispered, not staged.</w:t>
        <w:br/>
        <w:br/>
        <w:t>Sally's voice, low and sharp: "Chief, that's not necessary."</w:t>
        <w:br/>
        <w:br/>
        <w:t>But Grayson was locked in, puffed up in front of his audience. He hustled Peter toward the door, making a show of restraining him. "Let's take a walk, Mr. Marshall. Newport's seen enough drama today."</w:t>
        <w:br/>
        <w:br/>
        <w:t>Peter twisted, sneering at Kim. "You'll regret this."</w:t>
        <w:br/>
        <w:br/>
        <w:t>Grayson, relishing the attention, turned to Kim as he passed. "You all right, Mrs. Marshall?" His hand lingered on her chair-back. "If you ever need real protection, you know where to find me."</w:t>
        <w:br/>
        <w:br/>
        <w:t>Kim managed a frozen nod, skin crawling.</w:t>
        <w:br/>
        <w:br/>
        <w:t>Claire's eyes narrowed, catching the possessive edge in Grayson's voice. She tucked her clutch tighter, her discomfort plain. Around them, the thrum of conversation restarted—louder, forced, eager to erase the spectacle. But Newport would be feasting on this scene for weeks.</w:t>
        <w:br/>
        <w:br/>
        <w:t>4.11</w:t>
        <w:br/>
        <w:t>xxxx</w:t>
        <w:br/>
        <w:t xml:space="preserve">Conversation at the table resumed in fits and starts, the forced levity brittle as glass. Kim focused on slicing her shrimp, but her hand shook. Sally laid a steadying palm atop hers—a gesture subtle enough to pass for sisterly encouragement, but Kim caught the message: You're not alone. </w:t>
        <w:br/>
        <w:br/>
        <w:t>Across the table, Claire Harding studied Kim with that particular brand of Newport concern—half empathy, half curiosity, always with a ledger running.</w:t>
        <w:br/>
        <w:br/>
        <w:t>"So, Kim," Claire broke in, voice bright but eyes calculating, "remind me again—how did you and Matt meet? You overlapped at Dartmouth, didn't you?"</w:t>
        <w:br/>
        <w:br/>
        <w:t>Kim's fork stilled. "Yes. Matt's a few years ahead, but we both took Professor Wilkins' seminar. He was already working on his thesis when I arrived."</w:t>
        <w:br/>
        <w:br/>
        <w:t>Claire's eyebrows lifted. "Wilkins? Goodness, I thought he retired when my nephew started, and that would've been—" She did a little mental math, gaze flickering. "Well, never mind. I suppose time blurs." The smile she offered was razor-thin. "Matt certainly doesn't look his age."</w:t>
        <w:br/>
        <w:br/>
        <w:t>Kim nodded, keeping her tone light. "He's one of those lucky ones. I still say he could pass for an adjunct, not a retiree."</w:t>
        <w:br/>
        <w:br/>
        <w:t>Sally cut in, steering them toward Christmas house tour logistics, but the moment hung in the air—just long enough for Claire to file it away alongside Newport's other unsolved puzzles. She dabbed her lips, eyes distant, gears turning. The ledger had a new entry.</w:t>
        <w:br/>
        <w:br/>
        <w:t>4.12</w:t>
        <w:br/>
        <w:t>xxxx</w:t>
        <w:br/>
        <w:t>Outside, the wind off the harbor had teeth, snapping Kim's scarf as she and Sally descended the granite steps to Thames Street. The Range Rover waited at the curb—sanctuary in a town where safety was mostly performance.</w:t>
        <w:br/>
        <w:br/>
        <w:t>Kim exhaled, watching her breath dissolve. "I'm meeting Annie and Henry tomorrow. They want to 'talk things through' before Peter drags us all into court." Her voice stayed level, but her knuckles whitened around her clutch. "They swear it's just about understanding the will, but after today—" She shook her head. "Maybe I should hire security. Or just send a decoy."</w:t>
        <w:br/>
        <w:br/>
        <w:t>Sally pressed the fob, unlocking the car. "You're sure you want to go alone?"</w:t>
        <w:br/>
        <w:br/>
        <w:t>"I have to. If I don't show, I'm the villain again. If I do, I'm walking into an ambush." She glanced back at the Castle Inn, where the echoes of Peter's outburst still seemed to hang over the manicured hedges. "I keep thinking, maybe if I'm careful—if I explain everything, if I'm reasonable—they'll remember I'm family." Her laugh was hollow. "But I'm not sure I ever was."</w:t>
        <w:br/>
        <w:br/>
        <w:t>Sally's reply was simple, solid. "Whatever happens, you won't face it alone. Not in this town."</w:t>
        <w:br/>
        <w:br/>
        <w:t>Kim nodded, grateful for the promise—or the lie. In Newport, sometimes they were the same thing.</w:t>
        <w:br/>
        <w:br/>
        <w:t>4.13</w:t>
        <w:br/>
        <w:t>xxxx</w:t>
        <w:br/>
        <w:t>Sally didn't wait for dessert. She leaned in, one hand closing over Kim's. "Listen. If Peter so much as sends you another nasty email, I want to know. Don't play Newport stoic."</w:t>
        <w:br/>
        <w:br/>
        <w:t>Kim's smile was wan. "I can handle Peter. Really."</w:t>
        <w:br/>
        <w:br/>
        <w:t>"That's not the point." Sally's voice carried the certainty of someone who'd outmaneuvered more than a few trust-fund tempests. "You don't have to handle it alone. If things escalate—if he shows up at your house, starts some campaign—Sam Thornton will be on it before you pour your morning coffee." She let that hang. "Sam's the best PI in the county. Quiet as fog, thorough as an IRS audit, and he's on retainer. Use him. Or I will."</w:t>
        <w:br/>
        <w:br/>
        <w:t>Kim almost laughed, tension easing. "Does everyone in Newport have a private investigator on speed dial?"</w:t>
        <w:br/>
        <w:br/>
        <w:t>Sally's grin was quick, pragmatic. "Only the ones who intend to keep their reputations—and their bank accounts—intact." She squeezed Kim's hand. "You have friends, Kim. Leverage them. That's what Newport is—a network. For trouble and for protection."</w:t>
        <w:br/>
        <w:br/>
        <w:t>4.14</w:t>
        <w:br/>
        <w:t>xxxxx</w:t>
        <w:br/>
        <w:t>Across the table, Claire watched the exchange, her posture stiffening. She'd seen enough—Sally's easy confidence, the quiet conspiracy of support. To an outsider, it might look like friendship. To Claire, it was something else: a sign the game had changed.</w:t>
        <w:br/>
        <w:br/>
        <w:t>Kim was vulnerable, whether she admitted it or not. And Matt—charming, erudite, recently parachuted into Kim's orbit—was a question mark Claire couldn't ignore. Not with her own family's history of wolves in bespoke suits.</w:t>
        <w:br/>
        <w:br/>
        <w:t>She excused herself, phone already in hand by the time she reached the cloakroom. The number she dialed was muscle memory.</w:t>
        <w:br/>
        <w:br/>
        <w:t>"It's Claire Harding," she said, voice clipped. "I need a full discreet workup on a Matthew Beckham. Dartmouth, Newport, the whole bit. Yes, quietly—this isn't a divorce case, but I want anything even remotely odd."</w:t>
        <w:br/>
        <w:br/>
        <w:t>She ended the call, smoothing her hair, gaze hardening in the mirror. Protecting Kim wasn't about mistrust—not entirely. It was survival instinct, honed on years of watching fortunes evaporate and reputations torched in the softest rooms of the city's grandest houses.</w:t>
        <w:br/>
        <w:br/>
        <w:t>Claire checked her reflection one last time. In Newport, trust was a currency more volatile than stock, and she intended to keep her friend solvent.</w:t>
        <w:br/>
        <w:br/>
        <w:t>5</w:t>
        <w:br/>
        <w:t xml:space="preserve">CHAPTER 5 - Confrontations at Shelcourte </w:t>
        <w:br/>
        <w:br/>
        <w:t>5.1</w:t>
        <w:br/>
        <w:t>xxxxx</w:t>
        <w:br/>
        <w:t>Kim Marshall moved through Shelcourt's maze of corridors, her heels muffled by Persian runners that had absorbed a century of whispered conspiracies. She'd chosen the library deliberately—oak paneling rising twelve feet like courthouse walls, first-edition volumes standing witness behind glass, Karl's maritime paintings brooding from their frames. Storm-lashed ships and granite headlands. How fitting.</w:t>
        <w:br/>
        <w:br/>
        <w:t>She straightened the legal folders on the mahogany table, aligned the silver water pitcher. Everything precise, formal, armored. The Baccarat chandelier threw fractured light across parquet floors, and the scent of old leather mixed with lemon oil—the perfume of inherited power.</w:t>
        <w:br/>
        <w:br/>
        <w:t>The doorbell's distant chime made her stomach tighten. She'd managed Karl's business dinners, his charity galas, his family emergencies. This felt different. More personal. More dangerous.</w:t>
        <w:br/>
        <w:br/>
        <w:t>5.2</w:t>
        <w:br/>
        <w:t>xxxxx</w:t>
        <w:br/>
        <w:t>Annie's voice carried from the foyer first—that practiced brightness that fooled no one. Two sets of footsteps crossed marble, then the library doors swung open.</w:t>
        <w:br/>
        <w:br/>
        <w:t>Annie Geldman entered like she was walking into a board meeting: navy dress, pearls, every hair in place. Her smile was surgical. "Kim. Thank you for having us."</w:t>
        <w:br/>
        <w:br/>
        <w:t>Henry followed, shoulders hunched, hands jammed in his pockets. Designer blazer, clenched jaw, eyes that wouldn't meet hers. He nodded once—barely civil.</w:t>
        <w:br/>
        <w:br/>
        <w:t>"Please." Kim gestured to the table, taking the head chair herself. A small territory claim.</w:t>
        <w:br/>
        <w:br/>
        <w:t>Annie settled with choreographed grace, ankles crossed. Henry slumped, one knee bouncing like a trapped nerve. The silence stretched until it became its own presence in the room.</w:t>
        <w:br/>
        <w:br/>
        <w:t>"I think we all know why we're here." Annie's voice was steady, but her knuckles were white where her hands clasped together.</w:t>
        <w:br/>
        <w:br/>
        <w:t>Henry's glare could have etched glass. Years of resentment, barely leashed by Newport breeding.</w:t>
        <w:br/>
        <w:br/>
        <w:t>Kim kept her tone level. "Let's be honest with each other. For Karl's sake."</w:t>
        <w:br/>
        <w:br/>
        <w:t>Annie's smile turned razor-thin. Henry's jaw worked silently. The heirs of Shelcourt sat in their corners, waiting for someone to throw the first punch.</w:t>
        <w:br/>
        <w:br/>
        <w:t>5.3</w:t>
        <w:br/>
        <w:t>xxxxx</w:t>
        <w:br/>
        <w:t>Annie wasted no time. She leaned forward, elbows on the table's gleaming edge, voice pitched low. "Kim, I won't pretend this isn't awkward. But Henry and I—we're still reeling." Her words carried the precision of a lawyer's daughter threading reason through outrage. "When Dad was alive, he always said he wanted things 'fair.' He told us—more than once—the estate would be divided among his children and his wife. Roughly equal. That was the promise. It's how families like ours work."</w:t>
        <w:br/>
        <w:br/>
        <w:t>Henry made a noise, something between a scoff and a groan. Annie pressed on. "And then the will. Fifty million each"—her lips compressed on the number like it tasted sour—"plus our childhood homes, which are assets but also obligations. While you control the foundation, the investments, the properties. The lion's share." She hesitated, polite mask slipping. "It's not just about the money, Kim. It's about what Dad meant to us. About legacy. About trust."</w:t>
        <w:br/>
        <w:br/>
        <w:t>The chandelier crystals trembled overhead, as if the house itself was listening.</w:t>
        <w:br/>
        <w:br/>
        <w:t>5.4</w:t>
        <w:br/>
        <w:t>xxxxx</w:t>
        <w:br/>
        <w:t>Kim folded her hands, the legal folders cool beneath her palms. Annie's words weren't wrong. She could see it: the bewilderment masked as indignation, the sense of betrayal that came not from hardship—never that—but from a violation of Newport's unspoken rules. The Marshalls didn't air grievances, they litigated them. Annie's voice was steady, but a faint tremor ran through it, and Henry's silence thrummed with pain.</w:t>
        <w:br/>
        <w:br/>
        <w:t>"We're not naïve," Annie continued. "We know how these things can twist families. But it's hard not to feel like we've been cut out. I keep thinking—why? Why would Dad make it so absolute?" She glanced at Kim, searching, almost pleading. "You must know. You were closest to him at the end."</w:t>
        <w:br/>
        <w:br/>
        <w:t>Kim's practiced composure faltered. She saw Karl's face in the hospice window, his hand squeezing hers as he dictated yet another clause to his attorney, determined to keep the peace by force of legal armor. The late-night confessions, the anger at Peter's entitlement, the disappointment in Annie's choices, the helplessness over Henry's wasted potential. But also the warmth—how Karl had trusted her with his legacy, believing she'd do right by all of them.</w:t>
        <w:br/>
        <w:br/>
        <w:t>Kim took a breath. "Annie, Henry—I understand why you're hurt. I've spent nights thinking about it myself." She looked from one to the other. "What Karl chose wasn't meant as a rejection. He agonized over every detail. He wanted to protect you, and the family name. He trusted me to honor that."</w:t>
        <w:br/>
        <w:br/>
        <w:t>She hesitated, caught between compassion and allegiance. "I know it seems unfair. Maybe it is. I wish—" But the wish died there, unspoken. Because loyalty, in Newport, was currency too. Kim sat straighter, caught between the woman she was and the widow Karl asked her to become, feeling every ounce of the conflict that wealth and love and family could muster.</w:t>
        <w:br/>
        <w:br/>
        <w:t>5.5</w:t>
        <w:br/>
        <w:t>xxxxx</w:t>
        <w:br/>
        <w:t>Kim steadied her voice, but inside, another current moved—private, sorrowful, edged with exhaustion. Those long evenings last autumn. Karl propped in his study armchair, oxygen canister hissing beside him like a mechanical confessor. He'd been reflective then, stripped of bluster and denial. The will had become his last campaign, and he'd wanted her to understand every trench and redoubt.</w:t>
        <w:br/>
        <w:br/>
        <w:t>She glanced at Annie, then Henry—seeing not adversaries, but the accumulated disappointments of a father who'd run out of time to mend them.</w:t>
        <w:br/>
        <w:br/>
        <w:t>"Your father talked to me about all of this." Kim kept her tone level, conversational. "He didn't want to hurt anyone. He wanted to protect what he'd built—and all of you, in the ways he thought he still could."</w:t>
        <w:br/>
        <w:br/>
        <w:t>The chandelier crystals caught the afternoon light, fracturing it across the table between them.</w:t>
        <w:br/>
        <w:br/>
        <w:t>"Peter." She said the name like it carried weight. "Karl felt he'd given up. Years without a phone call, except when there was money trouble. He worried Peter was living beyond his means—gambling on his inheritance arriving before the bills came due." No need to mention the failed startups, the trust-fund bravado masking panic. "It weighed on him. He was angry, but mostly he was sad. He told me once, 'A fortune's no gift to a man who's already mortgaged his future.'"</w:t>
        <w:br/>
        <w:br/>
        <w:t>Annie's hands trembled in her lap. Kim pressed on, gentler now.</w:t>
        <w:br/>
        <w:br/>
        <w:t>"And Annie—he loved you, but he saw you getting swept up with men who wanted the Marshall name more than they wanted you. He worried about someone convincing you to sign everything away. That's why so much of your portion is in trust, with conditions. He thought he was protecting you—from others, maybe from yourself."</w:t>
        <w:br/>
        <w:br/>
        <w:t>The silence thickened. Henry's foot tapped faster—impatience or guilt, hard to tell. Kim turned her gaze to him, softening her tone.</w:t>
        <w:br/>
        <w:br/>
        <w:t>5.6</w:t>
        <w:br/>
        <w:t>xxxxx</w:t>
        <w:br/>
        <w:t>"As for you, Henry." She managed a faint, rueful smile. "He was proud of your charm, your sense of humor. But he wished you'd find something—someone—to be serious about. He told me, 'Henry's never met a party he couldn't outlast, or a tab he couldn't sign.'" Henry flinched, cheeks coloring. "Behind that—he just wanted to see you grow up. To trust you with something lasting."</w:t>
        <w:br/>
        <w:br/>
        <w:t>Kim exhaled, feeling the ache in her chest. "He didn't do any of this lightly. He trusted me because he knew I'd keep the family together as best I could. He wanted me to look after the Foundation—to use what he left for good, when the time was right." She met their eyes, one by one. "I know it's not what you hoped for. But I promised him I'd honor both his wishes and his love for you. That's all I can do."</w:t>
        <w:br/>
        <w:br/>
        <w:t>5.7</w:t>
        <w:br/>
        <w:t>xxxxx</w:t>
        <w:br/>
        <w:t>Annie's hands found one another, white-knuckled in her lap. She let the library's hush stretch—an old Gilded Age trick, silence as leverage. When she finally spoke, her voice carried the brittleness of winter ice.</w:t>
        <w:br/>
        <w:br/>
        <w:t>"There's a reason Dad's lawyers kept talking about Doris Duke." Annie's gaze drifted to the carved overmantel, as if Karl's portrait might weigh in. "They didn't want another Newport circus. Years of depositions, cousins suing cousins, the family name dragged through Page Six like some reality show."</w:t>
        <w:br/>
        <w:br/>
        <w:t>Henry snorted. "So they built us a trapdoor."</w:t>
        <w:br/>
        <w:br/>
        <w:t>"A 'no contest' clause. With rabid teeth." Annie's precision turned surgical. "If any of us contests the will and loses, we forfeit everything. Not just the money—the houses, the paintings, even our childhood things. It all goes to the Foundation. Or to you, Kim, as you see fit."</w:t>
        <w:br/>
        <w:br/>
        <w:t>Kim's stomach dropped. No contest. All or nothing. Endgame.</w:t>
        <w:br/>
        <w:br/>
        <w:t>"Makes you wonder what he thought we'd do," Henry said, that mean edge creeping into his smile.</w:t>
        <w:br/>
        <w:br/>
        <w:t>5.8</w:t>
        <w:br/>
        <w:t>xxxxx</w:t>
        <w:br/>
        <w:t>Annie leaned forward, her composure cracking just enough to show the calculation beneath. "But there's a loophole. If all three of us challenge together—me, Henry, and Peter—we only lose the money. We keep the houses. The family things." Her lips curled in grim satisfaction. "It's the only way to avoid total disaster."</w:t>
        <w:br/>
        <w:br/>
        <w:t>Henry's laugh bounced off the wainscoting. "So we need Peter. God help us."</w:t>
        <w:br/>
        <w:br/>
        <w:t>The pressure in Kim's chest tightened. Peter—volatile, aggrieved, unpredictable—was their linchpin. Without his cooperation, Annie and Henry risked annihilation. With it, they invited chaos into their own camp. Karl's masterstroke: the only exit required climbing into the lifeboat with the sibling most likely to set it alight.</w:t>
        <w:br/>
        <w:br/>
        <w:t>"He knows it, too." Annie's control slipped another degree. "He's dragging his feet, wants leverage. And we're stuck—can't move forward without him, and he knows exactly how much we hate needing him."</w:t>
        <w:br/>
        <w:br/>
        <w:t>Henry's fists pressed into the table, wood groaning under his grip. "We need him. One way or another, we're getting him on board."</w:t>
        <w:br/>
        <w:br/>
        <w:t>The library's old clock chimed, each note counting down to something none of them could name.</w:t>
        <w:br/>
        <w:br/>
        <w:t>5.9</w:t>
        <w:br/>
        <w:t>xxxxx</w:t>
        <w:br/>
        <w:t>Henry exhaled through his nose—sharp, audible, like a boxer before a round. His knuckles drummed the table in staccato bursts. Annie shot him a look, but he was past warnings.</w:t>
        <w:br/>
        <w:br/>
        <w:t>"Peter isn't dragging his feet." Henry's voice dropped to something uglier. "He's performing. Midnight calls, demands meetings in the city, then ghosts. Last week he let me cool my heels two hours at some dive in Chelsea. Sent a text—'Emergency, ran out of chips.'"</w:t>
        <w:br/>
        <w:br/>
        <w:t>The words hit the air like a slap.</w:t>
        <w:br/>
        <w:br/>
        <w:t>Kim's pulse quickened. Henry's cologne—too sharp, aggressive—couldn't mask the sour tang of someone running dangerously hot.</w:t>
        <w:br/>
        <w:br/>
        <w:t>"Peter loves an audience," Annie said quietly, studying the Persian rug's intricate patterns. "He wants us desperate. Wants to bleed this for every drop of leverage."</w:t>
        <w:br/>
        <w:br/>
        <w:t>Henry's jaw worked side to side. "He thinks he's the puppet master. Thinks we'll dance forever." He leaned forward, and the Newport polish cracked. His smile turned predatory. "But he forgets—he's not the only one who knows about pressure."</w:t>
        <w:br/>
        <w:br/>
        <w:t>The temperature in the room plummeted.</w:t>
        <w:br/>
        <w:br/>
        <w:t>5.10</w:t>
        <w:br/>
        <w:t>xxxxx</w:t>
        <w:br/>
        <w:t>"Henry, whatever you're thinking—" Kim began.</w:t>
        <w:br/>
        <w:br/>
        <w:t>"I'm thinking he needs education in consequences." Henry's eyes glittered with something that made Kim's stomach clench. "He's made fools of us long enough. Maybe it's time he learned what happens when you cross the wrong family."</w:t>
        <w:br/>
        <w:br/>
        <w:t>Annie's head snapped up. "Henry, don't. We need him functional—"</w:t>
        <w:br/>
        <w:br/>
        <w:t>"I'm not talking about breaking his legs." Too quick, too defensive. "But everyone has soft spots. Friends, ex-wives, those gambling debts he thinks nobody knows about. If reason won't work, maybe a little heat will. One way or another, we get his signature."</w:t>
        <w:br/>
        <w:br/>
        <w:t>Kim's mind raced through possibilities—Newport's whisper network, lawyers who specialized in pressure, threats that never made headlines. But Henry's tone carried conviction. This wasn't bluster.</w:t>
        <w:br/>
        <w:br/>
        <w:t>She pictured Peter—volatile, entitled, but ultimately fragile. Newport's old-money rules protected their own, but violence? That was different territory entirely.</w:t>
        <w:br/>
        <w:br/>
        <w:t>"Let's not escalate unnecessarily," Kim said, fighting to keep her voice level. "There are other approaches. Mediation, or perhaps—"</w:t>
        <w:br/>
        <w:br/>
        <w:t>Henry's stare cut through her like a blade. "No more delays. He signs, or he discovers what he has to lose beyond money. Some lessons need to stick."</w:t>
        <w:br/>
        <w:br/>
        <w:t>The library's oak panels seemed to press closer, heavy with generations of Marshall secrets. Now they held something darker. Kim managed a brittle smile, but her hands shook in her lap, hidden beneath the table's edge.</w:t>
        <w:br/>
        <w:br/>
        <w:t>The old grandfather clock ticked in the corner, counting down to something none of them could name.</w:t>
        <w:br/>
        <w:br/>
        <w:t>5.11</w:t>
        <w:br/>
        <w:t>xxxxx</w:t>
        <w:br/>
        <w:t>Kim rose first, letting the scrape of her chair serve as the bell that ended the round. Annie and Henry followed, tension trailing them like cigarette smoke. In the library's hush, only Karl's grandfather clock marked time—each second a small mercy.</w:t>
        <w:br/>
        <w:br/>
        <w:t>She led them through the colonnaded hall, past glass cases of scrimshaw and ancestral portraits whose painted eyes followed the family drama like bored jurors. Even the marble floors seemed to echo with old verdicts. The air carried lemon polish and legacy—a house built for triumphs, not these mutinous retreats.</w:t>
        <w:br/>
        <w:br/>
        <w:t>Annie's heels clicked with crisp precision, but her poise was frayed. She glanced at Henry, who stalked ahead, jaw tight, hands balled. Kim felt the weight of the Marshall fortune pressing down from the coffered ceilings, the whole mansion conspiring to suffocate any hope of reconciliation. She said nothing as she opened the great oak doors, letting in the blue Newport afternoon and salt air she hadn't realized she needed.</w:t>
        <w:br/>
        <w:br/>
        <w:t>"Thank you for coming," Kim managed, defaulting to etiquette where empathy failed. Annie gave a brittle nod. Henry didn't look back.</w:t>
        <w:br/>
        <w:br/>
        <w:t>5.12</w:t>
        <w:br/>
        <w:t>xxxxx</w:t>
        <w:br/>
        <w:t>She watched them cross the black-and-white marble expanse, diminished in the vast entry that had once hosted senators and shipping magnates. Their footsteps faded down the front steps, leaving Kim alone with her reflection in the glass—pale, drawn, someone she barely recognized.</w:t>
        <w:br/>
        <w:br/>
        <w:t>For a moment she stood rooted, stress headaches crowding her temples. Dinner with Matt tonight—a lifeline, or at least an exit ramp from this family battlefield. His calm, his dry humor, the way he could make even estate law sound like Trollope. She clung to the thought as she made her way back toward the library, craving silence.</w:t>
        <w:br/>
        <w:br/>
        <w:t>But the world outside refused to grant it.</w:t>
        <w:br/>
        <w:br/>
        <w:t>At the tall bay window overlooking the circular drive, Kim halted. Beyond the clipped boxwoods and bronze stag fountain, Annie and Henry were locked in fierce debate beside Henry's car. Their postures were all sharp angles—Annie's arms slicing the air in rapid, desperate emphasis, Henry's bulk looming, shoulders squared, chin thrust forward. He jabbed a finger inches from Annie's face; she recoiled, then recovered, matching him gesture for gesture.</w:t>
        <w:br/>
        <w:br/>
        <w:t>No sound reached her through the thick glass, but the spectacle was unmistakable—siblings weaponizing every shared slight, every memory of their father's favor or neglect, hurling them across the manicured gravel. Annie stepped between Henry and the car door, blocking his path; he shoved past her, then spun back, voice clearly raised. Annie's hands went up, palms out—not surrender, but warning.</w:t>
        <w:br/>
        <w:br/>
        <w:t>Kim watched, immobilized by pity and dread. There was no winning this fight—just different kinds of loss. For a moment, Newport's grandeur faded, and all she saw were two children, orphaned by money, left to tear each other apart on the driveway of a house that no longer felt like home.</w:t>
        <w:br/>
        <w:br/>
        <w:t xml:space="preserve">She let the curtain fall back into place, heart thudding. </w:t>
        <w:br/>
        <w:br/>
        <w:t>Whatever happened next, it would not be contained by Shelcourt's walls.</w:t>
        <w:br/>
        <w:br/>
        <w:t>5.13</w:t>
        <w:br/>
        <w:t>xxxxx</w:t>
        <w:br/>
        <w:t>The wind off Narragansett Bay rattled Henry's sedan as Annie yanked the passenger door shut. She didn't wait for the engine to catch.</w:t>
        <w:br/>
        <w:br/>
        <w:t>"You can't threaten Peter." Her voice pitched high, desperate. "He's not stable—he'll lash out. Or worse."</w:t>
        <w:br/>
        <w:br/>
        <w:t>Henry stared through the windshield, hands strangling the wheel. His jaw worked side to side. "We're out of time. He's playing us—yanking the chain, loving every goddamn second. Keep letting him run the show, and the lawyers carve up everything while we get scraps."</w:t>
        <w:br/>
        <w:br/>
        <w:t>Annie searched his profile for cracks in the resolve. Found granite. "He's dangerous, Henry. Those debts—the people he owes aren't Newport Yacht Club types. Corner him now and—"</w:t>
        <w:br/>
        <w:br/>
        <w:t>"He won't call the cops." Henry's voice could have chilled champagne. "Can't afford to. But he's got one weakness left—that ego. I crack that, he folds. We end this tonight."</w:t>
        <w:br/>
        <w:br/>
        <w:t>Annie's shoulders dropped. The fight leaked out of her like air from a punctured tire. "And if he doesn't fold?"</w:t>
        <w:br/>
        <w:br/>
        <w:t>Henry's smile belonged in a morgue. "Then he discovers what losing actually costs."</w:t>
        <w:br/>
        <w:br/>
        <w:t>Annie stared at him—really looked—and saw the moment inheritance became blood sport. In the rearview mirror, Shelcourt's windows glowed like dying embers, swallowed by Newport's gathering dark.</w:t>
        <w:br/>
        <w:br/>
        <w:t>The bay wind howled through the car's weather stripping, carrying salt and the promise of storms.</w:t>
        <w:br/>
        <w:br/>
        <w:br/>
        <w:br/>
        <w:br/>
        <w:br/>
        <w:br/>
        <w:br/>
        <w:br/>
        <w:br/>
        <w:br/>
        <w:br/>
        <w:br/>
        <w:br/>
        <w:br/>
        <w:br/>
        <w:br/>
        <w:br/>
        <w:br/>
        <w:br/>
        <w:br/>
        <w:br/>
        <w:br/>
        <w:br/>
        <w:br/>
        <w:br/>
        <w:br/>
        <w:br/>
        <w:br/>
        <w:br/>
        <w:br/>
        <w:br/>
        <w:br/>
        <w:br/>
        <w:br/>
        <w:br/>
        <w:br/>
        <w:br/>
        <w:br/>
        <w:br/>
        <w:br/>
        <w:br/>
        <w:br/>
        <w:br/>
        <w:br/>
        <w:br/>
        <w:br/>
        <w:br/>
        <w:br/>
        <w:br/>
        <w:br/>
        <w:br/>
        <w:br/>
        <w:br/>
        <w:br/>
        <w:br/>
        <w:br/>
        <w:br/>
        <w:br/>
        <w:br/>
        <w:br/>
        <w:br/>
        <w:br/>
        <w:br/>
      </w:r>
    </w:p>
    <w:p>
      <w:r>
        <w:rPr>
          <w:i/>
        </w:rPr>
        <w:t>6.1: Sally and Kim arrive at Matt's waterfront workshop after the Newport Hospital Board meeting, with Sally suggesting they stop by so she can drop off résumés of potential gentleman escorts - her stated reason masking her matchmaking intentions.</w:t>
      </w:r>
    </w:p>
    <w:p>
      <w:r>
        <w:rPr>
          <w:i/>
        </w:rPr>
        <w:t>6.2: Matt greets both women warmly in his converted boat building facility, clearly pleased to see Kim again, while Sally efficiently hands over the résumés and explains their desperate need for distinguished gentlemen.</w:t>
      </w:r>
    </w:p>
    <w:p/>
    <w:p>
      <w:r>
        <w:t>A thin brine hung in the air as Sally's Mercedes nosed into the gravel lot beside Beckham Restoration. The old boatworks crouched at the water's edge like a retired sea captain—weathered, dignified, refusing to be replaced. Past the cracked shell driveway, Narragansett Bay glinted through a fringe of masts and rope. The building's cedar shingles wore streaks of salt and decades of weather, its barn-door entrance wide open to the late afternoon sun.</w:t>
        <w:br/>
        <w:br/>
        <w:t>Sally shut off the engine and turned to Kim. "Just a quick stop—Matt's been begging for reinforcements. I have a stack of would-be Cary Grants in my bag." She paused, studying Kim's face. "Unless you'd rather flee back to the hospital and read MRI scans for fun?"</w:t>
        <w:br/>
        <w:br/>
        <w:t>Kim smiled, tension finally thawing from her shoulders. The board meeting lingered—donor politics and strategic plans—but Matt's workshop promised better company.</w:t>
        <w:br/>
        <w:br/>
        <w:t>Inside, the scent hit first: sawdust, linseed oil, a whisper of varnish layered over the tang of the bay. Matt Beckham looked up from a workbench littered with brass hardware and curly shavings, glasses perched on his nose. He wore a faded oxford shirt, sleeves rolled, hands scarred and sure.</w:t>
        <w:br/>
        <w:br/>
        <w:t>"Well, if it isn't the Newport Hospital Board's power duo." His eyes brightened, but the gaze landed on Kim, lingered just a beat too long. "To what do I owe this pleasure—are you both here to audit my disaster mitigation protocols?"</w:t>
        <w:br/>
        <w:br/>
        <w:t>Sally breezed forward, swinging her tote onto an empty stool. "Don't tempt me. Actually, I come bearing gifts—résumés. I'm on a gentleman hunt, Matt, and the prospects are grim. We can't keep sending Senator Collings to every museum gala; he thinks postmodernism is a venereal disease."</w:t>
        <w:br/>
        <w:br/>
        <w:t>Kim laughed, glancing past Matt to the racks of half-built cabinets and the phosphorescent ripple of sunlight on the plank floor. "You really work here, don't you?"</w:t>
        <w:br/>
        <w:br/>
        <w:t>Matt grinned. "Every day. Keeps me out of trouble—and off Sally's client list."</w:t>
        <w:br/>
        <w:br/>
        <w:t>Sally fanned the papers across his bench—doctorates, glossy headshots, a retired ambassador or two. "We need your eye. Newport's eligible widows are multiplying like rabbits with trust funds. If we don't recruit more gentlemen, we'll have riots in the salon."</w:t>
        <w:br/>
        <w:br/>
        <w:t>Matt shook his head, mock grave. "The sacrifices I make for civic order."</w:t>
        <w:br/>
        <w:br/>
        <w:t>He stepped aside, gesturing them deeper into the workshop. The invitation was easy, but his pleasure at seeing Kim again radiated beneath the banter—subtle, unmistakable. Sally caught it, one eyebrow arching in quiet satisfaction as she set the matchmaking wheels in motion.</w:t>
      </w:r>
    </w:p>
    <w:p/>
    <w:p>
      <w:r>
        <w:rPr>
          <w:i/>
        </w:rPr>
        <w:t>6.3: Kim expresses genuine curiosity about the workshop, prompting Matt to offer a tour that showcases his passion for maritime furniture restoration amid the warm atmosphere of sawdust and wood stain.</w:t>
      </w:r>
    </w:p>
    <w:p>
      <w:r>
        <w:rPr>
          <w:i/>
        </w:rPr>
        <w:t>6.4: Kim surprises Matt by recognizing his specialized tools and techniques, revealing her grandfather was a skilled woodworker who taught her basics, though she modestly downplays her own limited expertise.</w:t>
      </w:r>
    </w:p>
    <w:p/>
    <w:p>
      <w:r>
        <w:t>Kim drifted toward the rack of half-finished cabinet doors, fingertips hovering over curly maple that caught the light like water. "This is incredible." Her voice carried something deeper than politeness. "I always pictured workshops as cluttered chaos—yours feels deliberate. Like everything has a place."</w:t>
        <w:br/>
        <w:br/>
        <w:t>Matt's smile deepened, pride flickering through his reserve. "Order's a survival tactic. I've lost enough chisels to the Bermuda Triangle under that bench." He nodded toward a battered carpentry chest, brass corners dulled by decades of use.</w:t>
        <w:br/>
        <w:br/>
        <w:t>Sally wandered toward the window, grinning. "He says that, but I've never seen a man so grumpy about misplaced sandpaper."</w:t>
        <w:br/>
        <w:br/>
        <w:t>Kim laughed, letting her eyes roam. The long worktables were crowded but not messy—bandsaw here, tray of inlay veneers there, clamps and planes arranged in tidy squads. One wall bristled with tools: mallets, measuring gauges, a row of Japanese chisels glinting under a battered reading lamp. The air held that clean, resinous tang; sunlight caught the motes, turning them gold.</w:t>
        <w:br/>
        <w:br/>
        <w:t>Matt caught her gaze on the chisels. "Curious?"</w:t>
        <w:br/>
        <w:br/>
        <w:t>She nodded, a little sheepish. "My grandfather was obsessed with tools. Built everything—half of my mother's house, all the furniture. He'd let me help when I was little, mostly sanding or fetching things. I still remember the sound of a chisel tapping dovetails." Her eyes softened. "He had a set almost like those, only American—old Witherbys. I can still smell the linseed oil on his overalls."</w:t>
        <w:br/>
        <w:br/>
        <w:t>Matt's skepticism—reflexive with Newport socialites—faded. "Not many people would notice the difference." He picked up a chisel, ran his thumb along the hollow-ground back. "These are Fujihiro—Japanese steel. Ridiculously sharp."</w:t>
        <w:br/>
        <w:br/>
        <w:t>Kim smiled, self-conscious. "I only know enough to get myself in trouble. Tried refinishing a bookshelf once; ended up with more paint in my hair than on the wood. Granddad said I was a 'fearless hazard.'" Her grin lingered, half apology, half challenge.</w:t>
        <w:br/>
        <w:br/>
        <w:t>Sally watched from the window, noting the ease between them—the way Matt's wariness ebbed and Kim's laughter filled the gaps. "Well, I know nothing about chisels, but I do know when two people are about to disappear down a sawdust rabbit hole."</w:t>
        <w:br/>
        <w:br/>
        <w:t>Matt shrugged, his eyes not leaving Kim. "Could be worse places to get lost."</w:t>
        <w:br/>
        <w:br/>
        <w:t>The warmth in the workshop was no longer just from the sun.</w:t>
      </w:r>
    </w:p>
    <w:p/>
    <w:p>
      <w:r>
        <w:rPr>
          <w:i/>
        </w:rPr>
        <w:t>6.5: Matt finds himself charmed by Kim's genuine appreciation for craftsmanship and her obvious comfort with the workshop environment - qualities that set her apart from typical Newport wealthy widows.</w:t>
      </w:r>
    </w:p>
    <w:p>
      <w:r>
        <w:rPr>
          <w:i/>
        </w:rPr>
        <w:t>6.6: When Sally proudly mentions Kim's Dartmouth art history degree and Wharton MBA, Kim laughingly tells her to stop showing off, displaying an appealing lack of pretension.</w:t>
      </w:r>
    </w:p>
    <w:p/>
    <w:p>
      <w:r>
        <w:t>Matt watched Kim's hands trace the dovetail joints on the maple cabinet—her touch light but unafraid. More reverence than performance. She belonged here, he realized, not in the way of people who played at workshop chic, but in the way of someone who understood the patient, stubborn logic of wood and steel. He'd seen a dozen Newport wives tour through in polite horror, careful not to snag a manicure. Kim looked utterly at home, sunlight catching in her hair, a faint smudge of hospital-blue ink still on her finger from that morning's board meeting.</w:t>
        <w:br/>
        <w:br/>
        <w:t>He found himself wanting to show her everything—the stash of vintage hardware, the clever runners he'd scavenged from a wrecked Herreshoff, the battered calipers he trusted more than digital ones. "Most people come in here and wonder how I keep the dust out of my lungs," he said.</w:t>
        <w:br/>
        <w:br/>
        <w:t>Kim smiled. "My grandfather said sawdust is proof of progress. He used to joke that if you weren't sneezing, you weren't working hard enough."</w:t>
        <w:br/>
        <w:br/>
        <w:t>Matt's grin lingered. He didn't admit how rare this was—this ease. Newport was full of charm, but not much comfort. He realized, with a mild startle, that he liked her being here. Not in any risky, hearts-on-the-line way. Just a simple, surprising pleasure.</w:t>
        <w:br/>
        <w:br/>
        <w:t>Sally, never one to let a good moment idle, circled back into the conversation. "She's underselling herself, you know." Her tone carried half-mischief, half-pride. "Kim here has a Dartmouth art history degree and a Wharton MBA. I practically had to threaten blackmail to get her on the hospital board."</w:t>
        <w:br/>
        <w:br/>
        <w:t>Kim groaned. "Sally, you make me sound like a show pony. Next you'll tell him I finished the New York Marathon and cured polio on the side."</w:t>
        <w:br/>
        <w:br/>
        <w:t>Sally grinned, undeterred. "Well, I didn't mention the marathon."</w:t>
        <w:br/>
        <w:br/>
        <w:t>Matt shot Kim a conspiratorial look. "I'm just glad you know what a mortise is. The rest is icing."</w:t>
        <w:br/>
        <w:br/>
        <w:t>Kim laughed, a flush rising in her cheeks—pleased but unguarded. "Trust me, I'm a disaster with a paint roller. Credentials don't save you from sticky varnish or splinters."</w:t>
        <w:br/>
        <w:br/>
        <w:t>Sally crossed her arms, satisfied. "Humility. That's what makes her dangerous. The ones who don't advertise how smart they are—those are the ones you watch."</w:t>
        <w:br/>
        <w:br/>
        <w:t>Matt considered that, watching Kim tuck a stray strand behind her ear. Sally might, for once, have a point.</w:t>
      </w:r>
    </w:p>
    <w:p/>
    <w:p>
      <w:r>
        <w:rPr>
          <w:i/>
        </w:rPr>
        <w:t>6.7: Kim spots Matt's detailed drawings for the McNaughton desk commission, leading to Matt's infectious enthusiasm about creating thirty secret compartments and intricate inlay work.</w:t>
      </w:r>
    </w:p>
    <w:p>
      <w:r>
        <w:rPr>
          <w:i/>
        </w:rPr>
        <w:t>6.8: Kim casually mentions working on refinishing her mother's old chest of drawers - a 1870s Berkey &amp; Gay piece, nothing extremely valuable but deeply sentimental - explaining how multiple generations had painted and refinished it over the decades, leaving stubborn layers of old varnish and paint caked deep in the decorative fluted columns that she simply cannot clean out properly no matter what she tries.</w:t>
      </w:r>
    </w:p>
    <w:p/>
    <w:p>
      <w:r>
        <w:t>Kim's gaze snagged on the vellum sheets spread across Matt's worktable—not rough sketches but blueprints, dense with obsessive linework. She drifted closer. "Is this the McNaughton commission? Sally mentioned something about a desk with more secrets than Fort Knox."</w:t>
        <w:br/>
        <w:br/>
        <w:t>Matt's face lit up, years falling away. "Thirty hidden compartments. The client wants a faithful 1830s Newport replica." He tapped a delicate cross-section. "Spring-loaded runners here—push the top just right and this drawer releases. Only works if you tilt the pen tray first."</w:t>
        <w:br/>
        <w:br/>
        <w:t>Sally peered over Kim's shoulder. "Isn't that overkill for hiding love letters?"</w:t>
        <w:br/>
        <w:br/>
        <w:t>"He collects scandalous correspondence from failed British politicians. The more devious the hiding spots, the happier he is." Matt pointed out mosaic inlay patterns, thumbnail notes crowding the margins: holly, rosewood, mother-of-pearl. "The trick is making it look effortless—like it's always been there."</w:t>
        <w:br/>
        <w:br/>
        <w:t>Matt's laugh came quick and unguarded. "Half the fun is imagining what someone finds in these nooks a hundred years from now—love letters, war medals, contraband cigars."</w:t>
        <w:br/>
        <w:br/>
        <w:t>Kim traced the labyrinth of false bottoms and pivoting panels, her finger catching on a wood sample—weathered pine, its grain worn smooth by decades of handling. The familiar scent triggered something deeper than memory. *He'd understand,* she realized, watching Matt's careful reverence for his craft. *If anyone would understand...*</w:t>
        <w:br/>
        <w:br/>
        <w:t>"I wish I had something as exciting," she said, her voice quieter now. "I'm just trying to save an old chest from my mother's house. Berkey &amp; Gay, 1870s—every generation painted it some new color." She touched the pine sample again. "The fluted columns are caked with decades of paint and varnish. I've spent hours with steel wool and toothpicks, but nothing gets into those grooves."</w:t>
        <w:br/>
        <w:br/>
        <w:t>She looked up, embarrassed at the intimacy. "It's probably hopeless, but I can't give up on it. My mother kept her letters in the top drawer. Even the smell of the wood reminds me of her. Silly, I know, but I'd rather have that old chest working again than any fancy antique."</w:t>
        <w:br/>
        <w:br/>
        <w:t>Matt's voice softened, professional bravado gone. "That's not silly. Sentiment's the only thing that gives furniture a soul."</w:t>
      </w:r>
    </w:p>
    <w:p/>
    <w:p>
      <w:r>
        <w:rPr>
          <w:i/>
        </w:rPr>
        <w:t>6.9: Matt's eyes light up as he says he has just the tool for that exact problem, retrieving an elegant Japanese chisel and explaining how the Fujihiro's hollow-ground back and razor-sharp edge can scrape away built-up finish from tight crevices without damaging the underlying wood, demonstrating the technique with obvious enthusiasm for both the tool and Kim's project.</w:t>
      </w:r>
    </w:p>
    <w:p>
      <w:r>
        <w:rPr>
          <w:i/>
        </w:rPr>
        <w:t>6.10: Sally lets out an exaggerated yawn, announcing that all this tool talk is putting her to sleep, which breaks the serious moment as they all burst into laughter, prompting Kim to ask Matt if he's really sure it's okay to borrow such a beautiful chisel, and when he insists "of course," he mentions he'd actually love to stop by sometime to see how she's making out with it, to which Kim responds warmly that she'd love that, while Sally smiles quietly to herself as things unfold exactly as she'd hoped.</w:t>
      </w:r>
    </w:p>
    <w:p/>
    <w:p>
      <w:r>
        <w:t>Matt's face brightened—pure craftsman's glee. "Hang on. I've got just the thing." He moved to the far workbench, shifting a tray of marking gauges to unearth a slender box wrapped in faded indigo cloth. He untied the cord with the precision of ritual, unfolding the cloth to reveal a chisel—sleek, small, the blade catching light with surgical glint.</w:t>
        <w:br/>
        <w:br/>
        <w:t>"Fujihiro," Matt said, reverence edging his voice. "Japanese steel. Hand-forged, hollow-ground on the back. Sharp enough to shave freckles off your knuckles." He held it out, handle first. "See how the back's scooped? Lets you ride the edge flat over old finish, even in a groove, without gouging the wood underneath."</w:t>
        <w:br/>
        <w:br/>
        <w:t>Kim took it carefully, testing the balance. The handle was worn smooth, the blade honed to a hair's breadth. "It feels alive."</w:t>
        <w:br/>
        <w:br/>
        <w:t>Matt grinned, warming to his subject. "Western chisels push through. This—watch." He plucked a battered spindle from the scrap bin, a relic caked with ancient shellac and paint. With practiced ease, he set the chisel's flat to the fluting, drawing it along the groove in a slow, confident arc. The crusted finish lifted in a perfect ribbon, clean pale wood emerging beneath. "No sandpaper. No solvents. Just patience and the right edge."</w:t>
        <w:br/>
        <w:br/>
        <w:t>Kim's eyes widened. "That's magic. I've murdered four toothbrushes trying to get half that result."</w:t>
        <w:br/>
        <w:br/>
        <w:t>"It's all in the steel. And not rushing it." He offered her the chisel again. "Borrow it. Just keep it dry, and no prying open paint cans."</w:t>
        <w:br/>
        <w:br/>
        <w:t>Before Kim could respond, Sally let out a theatrical sigh so loud it rattled the shop's old windows. "If I hear one more word about hollow-ground backs, I'm going to need CPR. Have you two eloped and forgotten to tell me?"</w:t>
        <w:br/>
        <w:br/>
        <w:t>The spell broke—Kim burst out laughing, warmth flushing her cheeks. "Sorry, Sally. Workshop Stockholm Syndrome."</w:t>
        <w:br/>
        <w:br/>
        <w:t>Matt shook his head, still grinning. "She's right. We're insufferable. But the offer stands. Seriously—take it. That chest deserves better than sandpaper abuse."</w:t>
        <w:br/>
        <w:br/>
        <w:t>Kim hesitated, fingers tracing the chisel's handle. "Are you sure? This looks precious. If I mess it up—"</w:t>
        <w:br/>
        <w:br/>
        <w:t>"You won't. Besides, I'd love to see how you're getting on with it. If you need a hand—"</w:t>
        <w:br/>
        <w:br/>
        <w:t>She caught his gaze, her smile easy and unguarded. "You'd be welcome. I could use a coach. Maybe some moral support."</w:t>
        <w:br/>
        <w:br/>
        <w:t>Sally, arms folded and grin smug, watched the exchange like she was ticking boxes on an invisible list. "Well, look at that. Keep this up, I'll have to start charging rent."</w:t>
        <w:br/>
        <w:br/>
        <w:t>Kim rolled her eyes but didn't let go of the chisel. "Deal. But only if you promise not to yawn again until we hit varnish removal theory."</w:t>
        <w:br/>
        <w:br/>
        <w:t>The laughter lingered, warming the corners of the drafty shop. For a moment, the world outside—old grudges, Newport's brittle etiquette—felt distant as harbor fog.</w:t>
      </w:r>
    </w:p>
    <w:p/>
    <w:p>
      <w:r>
        <w:rPr>
          <w:i/>
        </w:rPr>
        <w:t>6.11: Sally and Matt discuss their staffing needs, with Kim amused by the business's success, while Sally shares an entertaining story about a new client seeking someone to discuss 18th-century botanical illustrations.</w:t>
      </w:r>
    </w:p>
    <w:p>
      <w:r>
        <w:rPr>
          <w:i/>
        </w:rPr>
        <w:t>6.12: Sally mentions Matt's suggestion of a retired Cornell botany professor as the perfect solution for their scholarly client, demonstrating his skill at understanding client needs.</w:t>
      </w:r>
    </w:p>
    <w:p/>
    <w:p>
      <w:r>
        <w:t>Sally shook off the last of her laughter and leaned against the drafting table, its surface scarred by decades of careful work. "You know, if you two keep this up, I'll have to start a woodworking support group. But speaking of recruitment—" She nudged the folder of résumés toward Matt. "We're running dangerously low on available gentlemen. Everyone respectable is either booked through the next three charity cycles or has developed a sudden allergy to dancing."</w:t>
        <w:br/>
        <w:br/>
        <w:t>Matt thumbed through the papers, his expression skeptical. "Distinguished, discreet, and good in a tux. That's three needle-in-a-haystack problems rolled into one."</w:t>
        <w:br/>
        <w:br/>
        <w:t>"Which is why I pay you the big consulting fee." Sally's voice turned dry. "Or would, if you ever cashed the checks."</w:t>
        <w:br/>
        <w:br/>
        <w:t>Kim watched this exchange with obvious amusement. "Is there really that much demand? I keep picturing Newport's social calendar as a closed circuit—same faces, same scandals on rotation."</w:t>
        <w:br/>
        <w:br/>
        <w:t>"That was true until Mrs. Pemberton's eighty-third birthday dinner." Sally's grin turned wicked. "She brought an escort and suddenly every widow in Bellevue Avenue is calling for a plus-one. Now we're getting requests more specialized than a Harvard library's card catalog."</w:t>
        <w:br/>
        <w:br/>
        <w:t>She warmed to her favorite subject. "Case in point: Mrs. Eleanor Vickers. Just inherited her late husband's rare book collection—three thousand volumes on 18th-century botany. She wants someone who can discuss the Linnaean system over oysters without falling asleep when she shows off her annotated Curtis's Flora Londinensis."</w:t>
        <w:br/>
        <w:br/>
        <w:t>Matt's mouth twitched. "Not exactly cocktail party conversation."</w:t>
        <w:br/>
        <w:br/>
        <w:t>"Exactly. She vetoed all my best conversationalists—said any man who can't tell his Geranium pratense from his Pelargonium doesn't deserve dessert."</w:t>
        <w:br/>
        <w:br/>
        <w:t>Kim laughed, the sound bright in the dusty workshop. "So what did you do?"</w:t>
        <w:br/>
        <w:br/>
        <w:t>Sally pointed at Matt with theatrical flourish. "This one saved me. He remembered Professor Carlsen—you know, the Cornell botanist who nearly died of boredom at the Commodore's regatta? Just retired to Jamestown. Apparently he can quote Linnaeus in three languages and play Bach on the harpsichord."</w:t>
        <w:br/>
        <w:br/>
        <w:t>Matt shrugged. "Right man for the right job. Sometimes it's about listening between the lines."</w:t>
        <w:br/>
        <w:br/>
        <w:t>Sally's smile softened, her glance drifting between Matt and Kim. "That's what makes the difference. Anyone can fill a dinner seat, but finding someone who actually fits..."</w:t>
        <w:br/>
        <w:br/>
        <w:t>Kim caught the implication but only smiled, still turning the chisel in her hands. "Maybe I should commission a guest who can discuss finishing oils and French polish."</w:t>
        <w:br/>
        <w:br/>
        <w:t>"Careful," Matt said. "I might start charging by the hour."</w:t>
        <w:br/>
        <w:br/>
        <w:t>Outside, a gull's cry cut through the harbor air. The workshop settled into comfortable quiet—sawdust motes dancing in late afternoon light, the scent of wood and varnish wrapping around them like a shared secret.</w:t>
      </w:r>
    </w:p>
    <w:p/>
    <w:p>
      <w:r>
        <w:rPr>
          <w:i/>
        </w:rPr>
        <w:t>6.13: As Matt escorts them to Sally's car, a gleaming tech-money mega-yacht rumbles past, prompting Matt's dry observation about old versus new money and Sally's prediction about the Newport Yacht Club's reception of such ostentation, while Sally feels quietly satisfied watching Matt and Kim's developing attraction.</w:t>
      </w:r>
    </w:p>
    <w:p/>
    <w:p>
      <w:r>
        <w:t>They stepped into the briny dusk, Matt locking up as Sally and Kim made for Sally's car. Harbor air thrummed with engine rumble—a floating palace of glass and chrome idled past, decks blazing with LED uplight, jet skis mounted like trophy game. The thing dwarfed every classic hull in the marina.</w:t>
        <w:br/>
        <w:br/>
        <w:t>Matt watched it glide by, mouth twitching. "There goes the neighborhood. Five million in underwater lighting, and not one honest plank above the waterline."</w:t>
        <w:br/>
        <w:br/>
        <w:t>"Old Yacht Club's going to need smelling salts," Sally snorted, unlocking her door. "Half the board still thinks innovation peaked with the cotton gin. They'll take one look at that floating casino and reach for their pearls."</w:t>
        <w:br/>
        <w:br/>
        <w:t>Matt glanced at Kim as she slid into the passenger seat, something easy settling between them. Sally caught it—that quick spark of recognition, the way Matt's shoulders relaxed when Kim laughed. Her matchmaker's instincts hummed with quiet satisfaction. She'd seen the signs all evening: the lingering glances, the way conversation flowed like good wine.</w:t>
        <w:br/>
        <w:br/>
        <w:t>Sally settled behind the wheel, still grinning. The world was shifting—old fortunes, new money, fresh connections threading through Newport's careful routines. And sometimes, if you were lucky, you got to watch it happen.</w:t>
        <w:br/>
        <w:br/>
        <w:t>She shot Matt a look through the window. Some changes, her eyes said, were worth orchestrating.</w:t>
      </w:r>
    </w:p>
    <w:p/>
    <w:p>
      <w:r>
        <w:br w:type="page"/>
      </w:r>
    </w:p>
    <w:p>
      <w:pPr>
        <w:pStyle w:val="Heading1"/>
      </w:pPr>
      <w:r>
        <w:t>Chapter 7: Secrets and Scandals Aboard the Yacht</w:t>
      </w:r>
    </w:p>
    <w:p/>
    <w:p>
      <w:r>
        <w:rPr>
          <w:i/>
        </w:rPr>
        <w:t>7.1: Matt Beckham puts finishing touches on the intricate inlaid countertop aboard Bob Donnelly's yacht "Fair Winds," carefully crafting sentimental elements representing Bob's home state, college, and family farmhouse. The yacht's elegant but modest appointments reflect Bob's substantial wealth, though nothing approaching the Marshall family's resources. He is using the Fujihiro 9mm chisel, which Bob comments upon, and Matt explains.</w:t>
      </w:r>
    </w:p>
    <w:p>
      <w:r>
        <w:rPr>
          <w:i/>
        </w:rPr>
        <w:t>7.2: Their conversation flows naturally into America's Cup gossip and Newport Yacht Club's historical scandals, including laughing about the infamous woman member controversy that rocked the exclusive club years earlier. Their easy camaraderie reflects years of shared Newport maritime culture and insider knowledge.</w:t>
      </w:r>
    </w:p>
    <w:p/>
    <w:p>
      <w:r>
        <w:t>Matt Beckham pressed the Fujihiro chisel against walnut grain, feeling the Japanese steel bite clean through the wood's resistance. The yacht's cabin held the golden hush of late afternoon, Fair Winds swaying beneath him as he fitted the final piece of Bob Donnelly's countertop—a miniature farmhouse rendered in honeyed maple. Three months of work, and tomorrow's delivery would barely cover his slip fees.</w:t>
        <w:br/>
        <w:br/>
        <w:t>The Marshall yacht had slid past his porthole an hour ago, its gleaming hull twice the length of Fair Winds, crew in matching polos preparing for the evening's regatta. Matt had watched it pass without lifting his head from the inlay.</w:t>
        <w:br/>
        <w:br/>
        <w:t>"They're dredging up the Cup rumors again," Bob said from the threshold, coffee mug in hand. "Chalmers still swears the Kiwis used banned composites in '86."</w:t>
        <w:br/>
        <w:br/>
        <w:t>Matt wiped sawdust from the farmhouse's tiny door. "That protest letter's got more signatures than the Constitution by now."</w:t>
        <w:br/>
        <w:br/>
        <w:t>"Half as many as the petition against letting women in the Club." Bob settled beside him, inspecting the seamless joinery. "Remember the Monday after that vote? Grown men weeping into their chowder."</w:t>
        <w:br/>
        <w:br/>
        <w:t>"And the world carried on—just with better conversation."</w:t>
        <w:br/>
        <w:br/>
        <w:t>Bob laughed, then grew quiet, studying Matt's hands as they worked. The tools arrayed on oilcloth spoke their own language of precision—chisels burnished from years of use, each one worth more than most men's monthly rent.</w:t>
        <w:br/>
        <w:br/>
        <w:t>"You know," Bob said carefully, "the Commodore's been asking about you. Something about the Harvest Ball committee needing a new treasurer."</w:t>
        <w:br/>
        <w:br/>
        <w:t>Matt's chisel paused mid-cut. The Harvest Ball—Newport's annual display of old money and older grudges, where membership dues were discussed over champagne and men like him served drinks, not opinions.</w:t>
        <w:br/>
        <w:br/>
        <w:t>"I'll stick to woodworking," he said, resuming his cut. The blade sang against the grain, a clean high note that filled the cabin's careful silence.</w:t>
        <w:br/>
        <w:br/>
        <w:t>Bob nodded, understanding passing between them like the afternoon light slanting through brass fittings. Outside, the Marshall yacht's horn sounded twice—a summons to those who belonged, a reminder to those who didn't.</w:t>
        <w:br/>
        <w:br/>
        <w:t>Matt set down his chisel and ran his thumb along the countertop's edge. Perfect. Tomorrow he'd deliver it, collect his payment, and begin again.</w:t>
      </w:r>
    </w:p>
    <w:p/>
    <w:p>
      <w:r>
        <w:rPr>
          <w:i/>
        </w:rPr>
        <w:t>7.3: Matt asks how Bob's son is doing, fondly remembering him as one of his great students during his Dartmouth teaching days. Their exchange reveals the depth of their friendship, built through years of Matt doing projects for Bob and their families knowing each other well.</w:t>
      </w:r>
    </w:p>
    <w:p>
      <w:r>
        <w:rPr>
          <w:i/>
        </w:rPr>
        <w:t>7.4: Bob demonstrates his knowledge of Matt and Sally's Club while emphasizing his absolute discretion, showing the kind of trusted friendship that makes their business possible. His protective silence about their operation reflects Newport's unwritten rules about wealthy people's private affairs.</w:t>
      </w:r>
    </w:p>
    <w:p/>
    <w:p>
      <w:r>
        <w:t>Matt flexed his hands, working out the tension, then reached for a rag to clean glue from the maple inlay. The silence stretched between them—comfortable, earned over years of friendship.</w:t>
        <w:br/>
        <w:br/>
        <w:t>"How's Kevin doing these days?" Matt's voice warmed at the name. "Last I saw him was Winter Carnival. Still torn between law school and teaching Shakespeare to Vermont high schoolers."</w:t>
        <w:br/>
        <w:br/>
        <w:t>Bob's face lit up. "Boston now. Practicing law, of all things. Teaching dream's on hold until the loans get paid or he burns out on billable hours." He straightened his cuffs. "Still talks about your classes, though. Says you made 'King Lear' feel like a chess match for the soul."</w:t>
        <w:br/>
        <w:br/>
        <w:t>Matt snorted. "Kid was sharper than half my grad students. Never missed a trick—in the text or out of it. That paper he wrote on betrayal? Read it three times. Still think about it."</w:t>
        <w:br/>
        <w:br/>
        <w:t>"He got a lot from you and Katie. The way you treated him—never just the kid tagging along. He was proud of that."</w:t>
        <w:br/>
        <w:br/>
        <w:t>Matt looked away, busying himself with a chisel he didn't need. Sometimes gratitude cut too deep.</w:t>
        <w:br/>
        <w:br/>
        <w:t>Bob shifted in his chair, voice casual but weighted. "Hear you and Sally have your hands full these days. Newport's own little agency of manners and miracles."</w:t>
        <w:br/>
        <w:br/>
        <w:t>Matt's smile turned rueful. The air thickened with Newport's particular brand of discretion—the kind that ran deeper than any club rulebook. Real privacy here wasn't enforced by threats but by understanding. A long game played by people who'd watched each other's children grow up, seen fortunes bloom and wither over a single summer.</w:t>
        <w:br/>
        <w:br/>
        <w:t>"You don't need to worry about me, Matt." Bob's gaze stayed steady. "People talk, sure, but I know what you and Sally are doing. Why you're doing it. Nobody who counts wants to see a good thing derailed by bad gossip." He leaned forward. "Newport's built on looking the other way when the right people need it. Just...be careful. Takes one careless mouth. One outsider who doesn't know the rules."</w:t>
        <w:br/>
        <w:br/>
        <w:t>Matt's exhale sounded like relief. "You've always understood the lines, Bob. Not everyone does."</w:t>
        <w:br/>
        <w:br/>
        <w:t>"That's why you can trust me with your secrets—and your best work." Bob grinned, tapping the countertop. "Some things in this town ought to be protected."</w:t>
        <w:br/>
        <w:br/>
        <w:t>Their eyes met. The understanding was old, unspoken, absolute.</w:t>
        <w:br/>
        <w:br/>
        <w:t>Outside, the Marshall yacht's horn cut through the afternoon—sharp, commanding. In Newport, some alliances mattered more than money.</w:t>
      </w:r>
    </w:p>
    <w:p/>
    <w:p>
      <w:r>
        <w:rPr>
          <w:i/>
        </w:rPr>
        <w:t>7.5: Bob mentions hearing about Peter Marshall's disruptions at both the Met Gala and Castle Inn luncheon through his social connections with Kim, expressing genuine concern about the potential damage to reputations. He asks directly if Matt worries Peter might drag Kim and him "into the mud."</w:t>
      </w:r>
    </w:p>
    <w:p>
      <w:r>
        <w:rPr>
          <w:i/>
        </w:rPr>
        <w:t>7.6: Matt admits his growing concerns about Peter's volatile behavior while mentioning Sally shares similar worries, then asks if Bob knows anything about Steve Dawson. Bob's expression immediately turns pained, signaling an unpleasant recent experience.</w:t>
      </w:r>
    </w:p>
    <w:p/>
    <w:p>
      <w:r>
        <w:t>Bob sipped cooling coffee from his perch at the yacht club's mahogany bar, the distant slap of halyards against masts drifting through salt-tinged air. "Saw Kim at the Club last week." His eyes stayed fixed on the bar. "Looked like she'd spent the night dodging torpedoes. Word's out about Peter making scenes—the Met, that Castle Inn lunch. Newport's rumor mill's working overtime, and names get dragged through the mud whether you deserve it or not."</w:t>
        <w:br/>
        <w:br/>
        <w:t>Matt's exhale came slow and controlled. "I was there. Both times. Peter wanted a spectacle."</w:t>
        <w:br/>
        <w:br/>
        <w:t>"You worried he's gunning for you next? Or is it Kim he wants to take down?"</w:t>
        <w:br/>
        <w:br/>
        <w:t>Matt wiped his hands on the rag, buying time. "Peter's got a talent for chaos. Grievances, debts, nothing left to lose." He set down the rag. "Sally's keeping tabs on him, but it's like chasing smoke. Kim tries to stay above it, but he pushes. Publicly, privately. Almost like he wants one of us to snap."</w:t>
        <w:br/>
        <w:br/>
        <w:t>Bob's mug hit the table hard enough to rattle. "That family's always been trouble, but this feels different. Peter's running out of moves, and that's when people stop caring about consequences."</w:t>
        <w:br/>
        <w:br/>
        <w:t>The ache in Matt's forearms deepened. "Sally thinks he's dangerous now. Not just angry—cornered. And when a man like that feels cornered..."</w:t>
        <w:br/>
        <w:br/>
        <w:t>He didn't need to finish. The weight of unspoken possibilities settled between them.</w:t>
        <w:br/>
        <w:br/>
        <w:t>Matt's voice dropped. "Speaking of trouble—Steve Dawson. You heard his name lately?"</w:t>
        <w:br/>
        <w:br/>
        <w:t>Bob's face went dark. Lines deepened around his mouth, and he looked away before forcing back a tight smile—the kind not meant for company. His fingers drummed against the coffee mug's handle.</w:t>
        <w:br/>
        <w:br/>
        <w:t>"Wish I hadn't." The words carried weight, like someone who'd stepped in something foul and couldn't scrape it off. "That's a name I'd rather not hear again."</w:t>
        <w:br/>
        <w:br/>
        <w:t>Matt read the discomfort in his friend's posture. Whatever Bob's experience with Dawson had been, it left marks.</w:t>
        <w:br/>
        <w:br/>
        <w:t>"Bad as I'm thinking?"</w:t>
        <w:br/>
        <w:br/>
        <w:t>Bob's exhale was answer enough.</w:t>
      </w:r>
    </w:p>
    <w:p/>
    <w:p>
      <w:r>
        <w:rPr>
          <w:i/>
        </w:rPr>
        <w:t>7.7: Bob reveals that Peter referred Dawson to him, and Dawson visited "Fair Winds" the previous day trying to recruit him for his club. Though Dawson didn't mention Matt and Sally's operation, he made clear his services could involve "hard-core stuff" that deeply repulsed Bob.</w:t>
      </w:r>
    </w:p>
    <w:p>
      <w:r>
        <w:rPr>
          <w:i/>
        </w:rPr>
        <w:t>7.8: Bob expresses serious worry that if Dawson's reckless operation gets exposed, any resulting witch hunt might sweep up Matt and Sally's respectable business through guilt by association. Matt shares this exact concern, recognizing the danger of being lumped together with Dawson's activities.</w:t>
      </w:r>
    </w:p>
    <w:p/>
    <w:p>
      <w:r>
        <w:t>Bob scraped his chair back, the sound sharp against the yacht's quiet. The marina's unofficial mayor looked like he'd swallowed something bitter. "Peter sent Dawson my way." His voice carried the weight of something distasteful. "Apparently thought I'd appreciate an 'upgrade' in my social calendar."</w:t>
        <w:br/>
        <w:br/>
        <w:t>Matt's jaw tightened. "Let me guess. He didn't bring scones."</w:t>
        <w:br/>
        <w:br/>
        <w:t>"Not unless 'scones' is code for parties where the guest list runs young and the contracts run silent." Bob's laugh held no humor. "Dawson showed up right here yesterday. Marched onto 'Fair Winds' like he owned her. All smiles, all teeth—the kind of guy who thinks a firm handshake covers for a rotten core."</w:t>
        <w:br/>
        <w:br/>
        <w:t>The harbor sounds seemed to fade. Matt set down his chisel.</w:t>
        <w:br/>
        <w:br/>
        <w:t>"Made his pitch," Bob continued. "Exclusive gatherings, lucrative networking. Promised he could 'take care of any need, no judgment.' Then he leaned in—" Bob's voice dropped to a mock whisper. "'We're not talking about just dinner and dancing, if you know what I mean, Bob. There are clients who want more. We cater to them. Quietly.'"</w:t>
        <w:br/>
        <w:br/>
        <w:t>Bob's knuckles went white around his coffee mug. "The way he said it made my skin crawl. Like the old rules don't apply anymore. Thirty years building a name that opens doors—gone in one news cycle."</w:t>
        <w:br/>
        <w:br/>
        <w:t>Matt shook his head. "He never did know where the line was."</w:t>
        <w:br/>
        <w:br/>
        <w:t>"I told him I wasn't interested. Told him I liked my friends, liked my reputation, didn't need any 'upgrades.'" Bob's mouth twisted. "He just winked. Said I'd change my mind once I saw the money. Then he started name-dropping—hinting at people in town who'd already said yes."</w:t>
        <w:br/>
        <w:br/>
        <w:t>The silence stretched between them, heavy with implication.</w:t>
        <w:br/>
        <w:br/>
        <w:t>"Some of those names..." Bob didn't finish.</w:t>
        <w:br/>
        <w:br/>
        <w:t>Matt stared through the porthole. The harbor suddenly felt smaller, more exposed. "This is how it starts. One or two get in, then we all get painted with the same brush."</w:t>
        <w:br/>
        <w:br/>
        <w:t>"That's what keeps me up at night." Bob pushed his mug away. "If Dawson's circus gets exposed—even a whiff of scandal—the press won't parse who was running a respectable club and who was running something dirty. They'll just see rich people and secrets. We all burn together."</w:t>
        <w:br/>
        <w:br/>
        <w:t>Matt's exhale came slow and controlled. "Sally and I have been lucky so far. But all it takes is one headline, one investigation. Suddenly we're the same as Dawson in the public eye. Truth doesn't matter."</w:t>
        <w:br/>
        <w:br/>
        <w:t>"We've built our lives on trust, Matt. On knowing who's at the table." Bob's voice carried years of careful reputation-building. "The right kind of trust. The kind that keeps certain questions unasked." He paused. "Guys like Dawson burn it all down for a quick score."</w:t>
        <w:br/>
        <w:br/>
        <w:t>Outside, a yacht's horn sounded—sharp, warning, too close for comfort.</w:t>
      </w:r>
    </w:p>
    <w:p/>
    <w:p>
      <w:r>
        <w:rPr>
          <w:i/>
        </w:rPr>
        <w:t>7.9: The conversation grows more alarming as Bob describes Peter's recent attempts to sell assets to him - a smaller boat, plane, and yacht furniture - driven by financial desperation after expecting much more from Karl's will and borrowing heavily in anticipation of a larger inheritance.</w:t>
      </w:r>
    </w:p>
    <w:p>
      <w:r>
        <w:rPr>
          <w:i/>
        </w:rPr>
        <w:t>7.10: Bob mentions he'd be interested if Peter ever wanted to sell his famous McNaughton desk, alluding to having seen it when he was on Peter's yacht, where Peter was carelessly showing it off despite its value as a precious antique. This carelessness troubled Bob as a collector who respects fine craftsmanship.</w:t>
      </w:r>
    </w:p>
    <w:p/>
    <w:p>
      <w:r>
        <w:t>Bob let out a slow breath, studying the ring his mug left on the teak. "Peter's been sniffing around, trying to offload anything that isn't nailed down. Couple weeks back, he tried to sell me that runabout—the little Hunt with the cracked windshield. Then his Cessna. 'Time to downsize' his hangar, but he was practically begging me to take it at half its worth." Bob's mouth twisted. "Even offered me deck chairs off 'Liquid Assets.' Real teak, but sun-bleached and wobbly. Said they had 'provenance.'"</w:t>
        <w:br/>
        <w:br/>
        <w:t>His eyebrows rose. "Provenance, Matt. I told him if he wanted to prove anything, he should start with the unpaid yard bill at Bannister's."</w:t>
        <w:br/>
        <w:br/>
        <w:t>Matt's lips twitched, but the humor died fast. "He's that desperate?"</w:t>
        <w:br/>
        <w:br/>
        <w:t>"Desperate doesn't cover it." Bob's voice went sharp. "He borrowed against the estate before probate. Figured he'd hit the jackpot—new will, new wife, new lease on life. But the numbers didn't land his way. Now every week, he's got another asset on the block. Trouble is, half of them are either encumbered or in worse shape than his reputation."</w:t>
        <w:br/>
        <w:br/>
        <w:t>A gust rattled the rigging outside.</w:t>
        <w:br/>
        <w:br/>
        <w:t>Bob's eyes shifted, focusing somewhere past Matt's shoulder. "You know what I told him? I said, 'If you're ever serious about liquidating, let me know when you're ready to part with the McNaughton desk.'" Something hungry flickered in his voice. "That thing's a marvel—rosewood, secret compartments, original hardware. Worth more than his tender by a mile."</w:t>
        <w:br/>
        <w:br/>
        <w:t>Matt nodded. He'd seen the piece: a true collector's item, centuries-old, the kind of desk that would make any art historian genuflect.</w:t>
        <w:br/>
        <w:br/>
        <w:t>Bob shook his head. "Last time I was on 'Liquid Assets,' Peter was showing it off to anyone who'd listen—drinks in hand, feet propped on the kneehole, letting some hedge fund kid flick the inlays open like a toy. No gloves. Just greasy fingers all over the marquetry." His jaw went tight. "Painful to watch. That desk survived two world wars and three customs seizures, and now it's a party trick on a boat that probably won't make it through the season."</w:t>
        <w:br/>
        <w:br/>
        <w:t>Laughter drifted up from the marina—jarring against the quiet anger.</w:t>
        <w:br/>
        <w:br/>
        <w:t>Bob leaned in. "People like Peter—money comes easy, so nothing means anything. They don't respect what lasts. They just burn through it."</w:t>
        <w:br/>
        <w:br/>
        <w:t>Matt's eyes followed a gull circling the mast. "Some things deserve better."</w:t>
        <w:br/>
        <w:br/>
        <w:t>Bob's nod said he'd tried to teach that lesson too many times. Always failed.</w:t>
      </w:r>
    </w:p>
    <w:p/>
    <w:p>
      <w:r>
        <w:rPr>
          <w:i/>
        </w:rPr>
        <w:t>7.11: Bob reveals he had already expressed interest in commissioning a replica from Matt, maybe even having him improve on the original design with extra compartments or innovative features. Matt, prepared for this discussion, explains the desk's complexity and its connection to the famous Roentgen desk.</w:t>
      </w:r>
    </w:p>
    <w:p>
      <w:r>
        <w:rPr>
          <w:i/>
        </w:rPr>
        <w:t>7.12: Bob marvels when Matt mentions the Roentgen desk contains 2,492 pieces of wood and the potential $150,000-$250,000 price tag for a replica, laughing that it gives him an idea what Matt might charge. Both men share appreciation for the extraordinary craftsmanship involved.</w:t>
      </w:r>
    </w:p>
    <w:p/>
    <w:p>
      <w:r>
        <w:t>Bob's finger traced the condensation ring on the table, drawing invisible blueprints. "I've been meaning to talk to you about the desk. Not Peter's—that thing's probably cursed by now. But a replica. Maybe even better than the real thing."</w:t>
        <w:br/>
        <w:br/>
        <w:t>Matt's mouth quirked. He'd seen that look before: Bob's collector's hunger, half reverence, half the need to one-up history.</w:t>
        <w:br/>
        <w:br/>
        <w:t>"Hidden compartment for my passports. Secret slot for the bourbon. A few improvements Roentgen never dreamed of." Bob's grin widened. "You'd want the secret drawers, right? The ones you trip with a button under the kneehole?"</w:t>
        <w:br/>
        <w:br/>
        <w:t>"Hell yes. And maybe something for modern life—USB port, fingerprint lock. But the rest, I want old school. Veneer, inlay, dovetails so tight you'd need a microscope to find the seams. That kind of magic."</w:t>
        <w:br/>
        <w:br/>
        <w:t>Matt leaned back, already picturing the contours. "It's not a weekend project. You know the Roentgen desk it's modeled on? Two thousand four hundred ninety-two pieces of wood. Every sliver, every gear, cut by hand. Veneers from six countries. Took Abraham Roentgen and his son years to build. One desk—maybe the most complicated mechanical piece of furniture ever made. Makes a Patek Philippe look mass-produced."</w:t>
        <w:br/>
        <w:br/>
        <w:t>Bob whistled low. "I read somewhere one of those fetched a quarter million at auction. For a desk. Not even a yacht attached."</w:t>
        <w:br/>
        <w:br/>
        <w:t>"Try one-fifty, if you're lucky and it's not missing a finial." Matt's tone stayed flat. "A full Roentgen, with provenance? You're bidding against museums. I could build you one, but by the time I finished, your grandkids would be asking when it ships. And you'd need to mortgage 'Fair Winds' to pay me."</w:t>
        <w:br/>
        <w:br/>
        <w:t>Bob's laugh came honest and delighted. "Now I know what I'm dealing with. I always figured your rates were steep, but at least you come with fewer maintenance bills than a Gulfstream."</w:t>
        <w:br/>
        <w:br/>
        <w:t>Matt shrugged. "True craftsmanship commands a price. It's not just wood and glue—it's centuries of mistakes, all solved in advance."</w:t>
        <w:br/>
        <w:br/>
        <w:t>Bob's expression softened, the old pride settling in. "Worth every penny, if it means something lasts. Not like the junk Peter keeps peddling—sell it, lose it, forget it ever mattered. But the right piece, with the right story..."</w:t>
        <w:br/>
        <w:br/>
        <w:t>He didn't finish. Didn't need to.</w:t>
        <w:br/>
        <w:br/>
        <w:t>Matt nodded, watching sunlight catch the grain in the countertop—evidence, quiet and solid, of what hands could build when time and care still mattered.</w:t>
      </w:r>
    </w:p>
    <w:p/>
    <w:p>
      <w:r>
        <w:rPr>
          <w:i/>
        </w:rPr>
        <w:t>7.13: Matt mentions Kim Marshall was impressed with the idea of a similar McNaughton desk, which surprises Bob. How would she know about it, and how would she know anything about woodworking. Matt explains that she dropped by with Sally, and turns out her grandfather was a woodworker and she picked some of it up from him. In fact, Matt mentions, the Fujihiro chisel comes in pairs, and he actually loaned the other to Kim for her project restoring her mother's heirloom chest.</w:t>
      </w:r>
    </w:p>
    <w:p>
      <w:r>
        <w:rPr>
          <w:i/>
        </w:rPr>
        <w:t>7.14: Bob laughs and says, "be careful, my friend." I sense a feminine trap being set. If not by Kim, certainly by Sally. Matt frowns, and says, I " I don't think so." Bob laughs again, and say's "we'll see. One day you're talkinga about an innocent antique restoration, the next day you're having lunch at The Clarke Cooke House, nad once you're there, well, then, my friend, all I can tell you is that "there have been more 'innocent' lunches at The Clarke Cooke House that two bottles later have led to torrid affairs than there are liars about their handicaps in the clubhouse of the Newport Yacht Club."</w:t>
      </w:r>
    </w:p>
    <w:p/>
    <w:p>
      <w:r>
        <w:t>Matt let his hand rest on the countertop, thumb tracing a line through the inlay. "You know, you're not the only one who appreciates a clever desk." He shot Bob a sidelong glance. "Kim Marshall noticed the McNaughton when she dropped by the shop last week with Sally."</w:t>
        <w:br/>
        <w:br/>
        <w:t>Bob's eyebrows shot up. "Kim? Not the sort I'd peg for woodwork talk. I thought her world was all art galas and foundation luncheons."</w:t>
        <w:br/>
        <w:br/>
        <w:t>"You'd be surprised. Turns out her grandfather was a cabinetmaker—old New Hampshire stock. She spent summers in his shop, helping sand drawer fronts and watching him fuss over dovetails. She knew what a half-blind tenon was before she knew how to drive."</w:t>
        <w:br/>
        <w:br/>
        <w:t>Bob whistled low. "Hell of a pedigree for Newport. You don't see many who can spot a French lock from across a room."</w:t>
        <w:br/>
        <w:br/>
        <w:t>"She does." Matt's face softened. "Asked about the McNaughton's mechanism. Said her mother's jewelry chest—an old family piece—needed new runners and some veneer work. So I loaned her one of my Fujihiro chisels. The nine-mil, from my matched pair."</w:t>
        <w:br/>
        <w:br/>
        <w:t>Bob barked a laugh. "You what? Matt, my friend, that's practically an engagement present in some circles. Next thing, you'll be showing her how to sharpen it on your Japanese water stones."</w:t>
        <w:br/>
        <w:br/>
        <w:t>"It's just a tool, Bob."</w:t>
        <w:br/>
        <w:br/>
        <w:t>"Sure." Bob's grin widened. "That's how it starts. You think you're just lending a chisel, then you wake up picking out fabric for her guest suite."</w:t>
        <w:br/>
        <w:br/>
        <w:t>Matt frowned, but Bob pressed on. "Listen to me: I've seen more men fall for a woman over shared sandpaper than over candlelight. If Kim doesn't get you, Sally just might. You know she's been matchmaking since the Lyndon Johnson administration."</w:t>
        <w:br/>
        <w:br/>
        <w:t>Matt lifted his hands in surrender. "I'm not walking into that trap."</w:t>
        <w:br/>
        <w:br/>
        <w:t>Bob chuckled, the sound carrying the weight of too many seasons watching affairs bloom and wilt along the harbor. "We'll see. Today it's antique restoration. Tomorrow, she's inviting you for lunch at Clarke Cooke House." His eyes glinted. "And from what I hear, more innocent lunches at Clarke Cooke have led to torrid affairs—two bottles in—than there are liars about their handicaps in the Newport Yacht Club."</w:t>
        <w:br/>
        <w:br/>
        <w:t xml:space="preserve">Matt tried to look scandalized, but failed. The truth was, Newport ran on rituals—good wood, good wine, and good stories. </w:t>
        <w:br/>
        <w:br/>
        <w:t>Everyone, sooner or later, played their part.</w:t>
      </w:r>
    </w:p>
    <w:p/>
    <w:p>
      <w:r>
        <w:rPr>
          <w:i/>
        </w:rPr>
        <w:t>7.15: Matt laughs ,but shakes his head "no." Not ready for that, Bob. You know. I still love my Katie, even if she is gone. Bob puts his hand on Matt's shoulder. "I know, Matt. That was a hard thing. But, and I am sure others have told you, Katie would be the first to want you to find someone and be happy. And, Bob patted his hand, one could do a lot worse that Kim Marshall.</w:t>
      </w:r>
    </w:p>
    <w:p>
      <w:r>
        <w:rPr>
          <w:i/>
        </w:rPr>
        <w:t>7.16: Matt smiles, and says "we'll see. He then checks his watch and notes the time. Says he'll return over the weekend to finish detail work, Bob readily agrees to let him leave his tool chest aboard "Fair Winds".</w:t>
      </w:r>
    </w:p>
    <w:p/>
    <w:p>
      <w:r>
        <w:t>Matt grinned, but the weight behind it was familiar—a diffusing gesture, not an invitation. "Not ready for that, Bob. You know how it is. I still love my Katie, even if she's gone. Some days it feels like yesterday. Some days, like another lifetime."</w:t>
        <w:br/>
        <w:br/>
        <w:t>Bob's face softened, the bravado sliding off like old varnish from weathered teak. He reached across, steady and unhurried, setting a weathered hand on Matt's shoulder. "I know, Matt. I do." His voice dropped, the old confidence edged with something gentler. "That was a hard thing. Nobody's saying you need to forget Katie. Hell, she was a force—could outshoot half the club at skeet and still charm the chef into giving her the secret for his bouillabaisse."</w:t>
        <w:br/>
        <w:br/>
        <w:t>He let the memory sit, then squeezed once, firm. "But—look, I'm just saying what everyone else is too polite to put plain. Katie would be the first to want you to find someone. To be happy. And, for what it's worth, one could do a whole lot worse than Kim Marshall." Bob's eyes met his, frank and unblinking, the old sailor's directness that had brokered boardroom deals and calmed squalls at sea.</w:t>
        <w:br/>
        <w:br/>
        <w:t>Matt held the gaze a beat too long, then let it go with a quiet exhale. "We'll see." He forced a lighter note, glancing down at the sawdust on his hands as if suddenly remembering where he was.</w:t>
        <w:br/>
        <w:br/>
        <w:t>Out of habit, he checked his watch—the hands ticking past the hour, time slipping like tidewater under a dock. "Speaking of which, I should shove off. I'll come back over the weekend, finish the detail work on the drawer runners. That way you can show off your new treasure at Sunday brunch."</w:t>
        <w:br/>
        <w:br/>
        <w:t>Bob nodded, the practicalities reasserting themselves. "No rush. Take whatever time you need. Leave your tool chest here—nobody's going to touch it but me. Unless you count Cookie, and she's afraid of anything sharper than a butter knife."</w:t>
        <w:br/>
        <w:br/>
        <w:t>Matt's smile came easier this time, the moment lighter. He slid the chest back under the bench, the satisfying click of brass latches echoing in the quiet. Tools stowed, debts acknowledged, possibilities shelved—for now.</w:t>
        <w:br/>
        <w:br/>
        <w:t>He shook Bob's hand—a craftsman's grip, strong and sure—then stepped out into the harbor sun. Behind him, the Fair Winds rocked gently, oblivious to the old griefs and new hopes passing quietly aboard.</w:t>
      </w:r>
    </w:p>
    <w:p/>
    <w:p>
      <w:r>
        <w:br w:type="page"/>
      </w:r>
    </w:p>
    <w:p>
      <w:pPr>
        <w:pStyle w:val="Heading1"/>
      </w:pPr>
      <w:r>
        <w:t>Chapter 8: Peter Marshall and Charles Templeton Meet</w:t>
      </w:r>
    </w:p>
    <w:p/>
    <w:p>
      <w:r>
        <w:rPr>
          <w:i/>
        </w:rPr>
        <w:t>8.1: A hungover Peter Marshall calls his private investigator Paul on Sunday afternoon, still reeling from the previous night's debauchery at Steve Dawson's party where he witnessed influential figures engaging in compromising activities.</w:t>
      </w:r>
    </w:p>
    <w:p>
      <w:r>
        <w:rPr>
          <w:i/>
        </w:rPr>
        <w:t>8.2: Peter confides to Paul that he secretly captured incriminating images of powerful individuals with his phone during the party, seeking advice on how to leverage this material for extortion to solve his mounting financial problems.</w:t>
      </w:r>
    </w:p>
    <w:p/>
    <w:p>
      <w:r>
        <w:t>Peter Marshall woke with a skull-splitting ache behind his right eye and the taste of stale gin and caviar stuck to his molars. Noon sunlight hammered through the yacht's portholes, slicing across scattered tumblers and spent cocktail napkins that looked more incriminating than the real evidence buried in his phone. He squinted at the mess, then at his own reflection in the cabin's mirror—shirt wrinkled, cufflinks missing, hair askew, eyes bloodshot as raw steak. Newport's golden boy, one bad night away from the rocks.</w:t>
        <w:br/>
        <w:br/>
        <w:t>He fumbled for his phone, thumb skating past notifications—three missed calls from Annie, a text from Dawson (just an emoji: devil grin)—and dialed Paul Maloney's number from muscle memory. The line clicked and Paul's voice came through, flat and wary as ever. "This better be good, Peter. It's Sunday."</w:t>
        <w:br/>
        <w:br/>
        <w:t>Peter managed a raspy croak. "You're awake. That's good. I need a professional opinion."</w:t>
        <w:br/>
        <w:br/>
        <w:t>A beat of silence. "On what, exactly?"</w:t>
        <w:br/>
        <w:br/>
        <w:t>Peter swallowed, his mouth dry as sawdust. "That party last night—Dawson's place. You know the crowd. Let's just say, things got lively." He forced a laugh, but it snagged in his throat. "There was a senator in the pool without his trunks. Two hedge fund guys with Dawson's twins on their laps—literally. Couple of city council types doing lines off the billiard table. I started thinking: maybe I should start a scrapbook."</w:t>
        <w:br/>
        <w:br/>
        <w:t>Paul didn't bite. "And?"</w:t>
        <w:br/>
        <w:br/>
        <w:t>Peter leaned back, the leather of the settee squealing under his weight. "I took pictures, Paul. Not just party snaps. The kind that could bankrupt half the room if they ever saw daylight. I've got them—right here." He tapped the phone, then lowered his voice. "I need to know how to use them. Quietly. Discreetly. I'm not looking to make the front page—just get some leverage. Pay off Templeton, the bank, the damn boat repairs. These guys owe me."</w:t>
        <w:br/>
        <w:br/>
        <w:t>Paul's sigh was pure acid. "Jesus, Peter. You're talking blackmail. You film the wrong people, you don't get paid—you get found floating off Brenton Point. You know who swims in those waters?"</w:t>
        <w:br/>
        <w:br/>
        <w:t>Peter's confidence, always half an act, flickered. But beneath the bravado, desperation gnawed. "I'm not afraid of a few old men and their lawyers," he lied. "They wouldn't dare make trouble. Not with what I've got."</w:t>
        <w:br/>
        <w:br/>
        <w:t>Outside, the world blazed summer-bright, indifferent to the secrets hatching in the shadows. Inside, Peter waited—heart pounding, headache surging—for Paul to answer, to save him or damn him outright.</w:t>
      </w:r>
    </w:p>
    <w:p/>
    <w:p>
      <w:r>
        <w:rPr>
          <w:i/>
        </w:rPr>
        <w:t>8.3: Paul vehemently advises against the illegal and dangerous blackmail scheme, warning Peter about the risks of threatening powerful individuals who have resources to retaliate violently.</w:t>
      </w:r>
    </w:p>
    <w:p>
      <w:r>
        <w:rPr>
          <w:i/>
        </w:rPr>
        <w:t>8.4: Paul suggests Peter instead cooperate with his siblings Annie and Henry to challenge their father's will, presenting it as a safer legal alternative to extortion.</w:t>
      </w:r>
    </w:p>
    <w:p/>
    <w:p>
      <w:r>
        <w:t>Paul's reply hit like a thrown wrench—sharp, metallic, no room for argument. "Stop. Right there, Peter. You even *think* about using those pictures, you're not buying yourself time—you're buying a body bag. These people don't pay quietly. They erase problems. You want to threaten a state senator or a hedge fund prince? That's not leverage, that's suicide."</w:t>
        <w:br/>
        <w:br/>
        <w:t>Peter snorted, but his confidence wavered. "Nobody's getting erased, Paul. It's just business. I ask for a little help, they help, we all go our separate ways. Worst case, I delete the files and they sweat for a week."</w:t>
        <w:br/>
        <w:br/>
        <w:t>Paul's voice dropped, but the pressure shifted—less scolding, more like a fire alarm you can't ignore. "You don't know these circles. You think Dawson's crowd is dangerous because they party loud? The real players, the ones you photographed—they don't make calls to lawyers. They make calls to fixers. And if they *do* call the police, who do you think gets arrested first? The guy with the phone, that's who. You end up in court or the river."</w:t>
        <w:br/>
        <w:br/>
        <w:t>Peter fell silent, rubbing his forehead. The bravado leaked away like air from a punctured tire. The clink of glass somewhere in the galley punctuated the moment—reminding him how thin the hull really was.</w:t>
        <w:br/>
        <w:br/>
        <w:t>Paul pressed on, gentling his tone just enough. "Listen, there's another way. I keep telling you—the will. Annie and Henry want to contest it. You three work together, you might have a real shot. It's legal, and you'd have some heavy hitters of your own on retainer. No one pulls a gun, no one ends up on the evening news. Just lawyers and paperwork. You could walk away with double what you've got now, all above board."</w:t>
        <w:br/>
        <w:br/>
        <w:t>Peter shifted on the settee, leather creaking beneath him. The suggestion hung in the air like salt spray—familiar, persistent, impossible to ignore completely. Outside, a gull cried once, sharp and mocking.</w:t>
        <w:br/>
        <w:br/>
        <w:t>"The will," he repeated, voice flat. Paul had been pushing this angle for weeks, but it felt like betting everything on a coin flip. Legal, sure. Safe, maybe. But also slow, expensive, and crawling with variables he couldn't control.</w:t>
        <w:br/>
        <w:br/>
        <w:t>The silence stretched, filled only by the gentle slap of water against the hull and the distant hum of harbor traffic. Peter stared at his phone, thumb hovering over the gallery where his insurance policy waited—digital dynamite that could blow up half of Newport's power structure.</w:t>
        <w:br/>
        <w:br/>
        <w:t>Or blow up in his face.</w:t>
      </w:r>
    </w:p>
    <w:p/>
    <w:p>
      <w:r>
        <w:rPr>
          <w:i/>
        </w:rPr>
        <w:t>8.5: Peter dismisses Paul's suggestion about the will challenge, explaining he refuses to risk freezing his current fifty million dollar inheritance during a lengthy legal battle when he needs money immediately.</w:t>
      </w:r>
    </w:p>
    <w:p>
      <w:r>
        <w:rPr>
          <w:i/>
        </w:rPr>
        <w:t>8.6: Paul warns that Chief Grayson is investigating Dawson's parties and Peter might get caught up in law enforcement scrutiny, but Peter laughs off the concern, claiming he knows Grayson well and isn't worried.</w:t>
      </w:r>
    </w:p>
    <w:p/>
    <w:p>
      <w:r>
        <w:t>Peter let the silence settle, then blew it apart with a humorless chuckle. "The will again, Paul? You sound like my sister. Maybe you should join her book club." He slouched lower, massaging his temples where the gin was still hammering. "Let me spell it out: if we contest, the lawyers freeze everything. Months, maybe years. Meanwhile, I'm sitting here with bills and a bank that wants my liver as collateral. I can't wait for some probate judge to dribble out my allowance. Fifty million's nice, but not if I can't touch a dime."</w:t>
        <w:br/>
        <w:br/>
        <w:t>Paul's exhale crackled through the line. "And blackmailing Newport's finest is your Plan B?"</w:t>
        <w:br/>
        <w:br/>
        <w:t>Peter's laugh came out brittle. "It's not blackmail, it's pressure. Just a little incentive for some well-heeled degenerates to be generous. I know these people, Paul. They'll pay to make it disappear." He said it like he believed it, but even to his own ears it sounded thin. He stared at the phone, jaw set, as if stubbornness could conjure cash from thin air.</w:t>
        <w:br/>
        <w:br/>
        <w:t>A pause. Paul's tone dropped—lower, more urgent. "You're not bulletproof just because you grew up shaking hands at the club. Word is Chief Grayson's been poking around Dawson's parties. You get swept up in that dragnet, you'll wish you'd listened. Grayson's not dumb, and he's got it out for anyone with your surname. You're sloppy, Peter. You're on too many lists."</w:t>
        <w:br/>
        <w:br/>
        <w:t>The warning barely grazed Peter's armor. He grinned—too wide, too practiced. "Grayson? Please. He's a Labrador with a badge. My father played squash with him every Saturday for two decades. I buy him a couple of drinks at Clarke Cooke House every Christmas, listen to him whine about parking tickets, and he thinks we're friends. He's not going to hassle me over a party at Dawson's. He's looking for headlines, not headaches."</w:t>
        <w:br/>
        <w:br/>
        <w:t>Paul didn't answer right away. The silence stretched, heavy as harbor fog. Peter filled it, voice rising with manufactured confidence. "I appreciate your concern, but I've got this covered. I'll handle Grayson if he comes sniffing. Been doing it since college. He's predictable."</w:t>
        <w:br/>
        <w:br/>
        <w:t>The headache throbbed behind his eyes, insistent. But Peter clung to his illusions—connections, old favors, the idea that nothing could truly touch him in Newport if he just played his cards right. The world outside might be shifting, dangerous, but he was convinced he still held the deck.</w:t>
      </w:r>
    </w:p>
    <w:p/>
    <w:p>
      <w:r>
        <w:rPr>
          <w:i/>
        </w:rPr>
        <w:t>8.7: Their phone conversation is interrupted by the arrival of Charles Templeton, Peter's fifty-percent partner in their shared yacht "Liquid Assets," setting up a tense confrontation.</w:t>
      </w:r>
    </w:p>
    <w:p>
      <w:r>
        <w:rPr>
          <w:i/>
        </w:rPr>
        <w:t>8.8: Templeton angrily confronts Peter about defaulting on a bank loan that Peter had secretly secured using the yacht as collateral without informing his partner about the lien.</w:t>
      </w:r>
    </w:p>
    <w:p/>
    <w:p>
      <w:r>
        <w:t>Peter's reply to Paul—a reflexive, "Don't worry about it, I'll handle Grayson"—died on his lips as the metallic rattle of the companionway hatch cut through the cabin. Heavy footsteps pounded down the teak stairs, sharp and uninvited. Templeton never knocked, never called ahead. The man was built for confrontation—a slab of a jaw, thick hands, a way of filling a room before his voice caught up.</w:t>
        <w:br/>
        <w:br/>
        <w:t>"Gotta go," Peter muttered, not waiting for Paul's answer. He stabbed the phone screen dark and flicked it onto the galley counter just as Charles Templeton appeared in the cramped doorway, face flushed from sun and rage.</w:t>
        <w:br/>
        <w:br/>
        <w:t>"Peter." Templeton's voice was flat, deadly calm—the kind you heard before bar fights and boardroom firings. He scanned the cabin, eyes landing on the half-finished gin on the table, Peter's rumpled clothes, the day-old detritus of bad decisions. "Do you ever answer your damn phone?"</w:t>
        <w:br/>
        <w:br/>
        <w:t>Peter forced a grin, pushing himself upright. "Sunday, Charles. I thought the Sabbath was for rest."</w:t>
        <w:br/>
        <w:br/>
        <w:t>Templeton didn't bite. He strode into the cabin, dropping a thick envelope onto the table with a slap that echoed off the mahogany paneling. "That came certified. From the bank. Want to guess what it says?"</w:t>
        <w:br/>
        <w:br/>
        <w:t>Peter's stomach dipped. He glanced at the envelope—Bank of New England, heavy legal font, his name and Templeton's both on the address. "Not particularly."</w:t>
        <w:br/>
        <w:br/>
        <w:t>Templeton's lips curled. "Then let me summarize: the loan you took out—using *our* yacht as collateral, without so much as a goddamn text to me—is in default. The bank's calling the note. If they don't get their money, they seize the Liquid Assets. Which means—remind me—what happens to my half?"</w:t>
        <w:br/>
        <w:br/>
        <w:t>Peter's confidence leaked out, replaced by a thin, bureaucratic defensiveness. "It's a misunderstanding. Temporary. The payments got—delayed. I'll cover it, Charles. I've got some things lined up for next weekend—"</w:t>
        <w:br/>
        <w:br/>
        <w:t>"Don't." Templeton's hand slammed flat on the table. Every glass in the galley rattled. "You lied to me. You put a lien on the boat—*our* boat—behind my back, and now you're gambling with both our futures. I put everything into this project. I trusted you."</w:t>
        <w:br/>
        <w:br/>
        <w:t>Peter opened his mouth, but Templeton's glare froze him. The man's nostrils flared, jaw rigid—a bull sizing up the matador.</w:t>
        <w:br/>
        <w:br/>
        <w:t>"I was your partner, not your mark. You'd better have a miracle lined up, Peter. Because if this boat goes, I lose everything. And I swear to God, if you try to talk your way out of this with another story about next weekend's 'investors'—I'll show you what a real partner does when he's betrayed."</w:t>
        <w:br/>
        <w:br/>
        <w:t>The word hung in the air—*betrayed*—heavier than the smell of stale gin and engine oil. And for the first time all day, Peter Marshall had nothing left to say.</w:t>
      </w:r>
    </w:p>
    <w:p/>
    <w:p>
      <w:r>
        <w:rPr>
          <w:i/>
        </w:rPr>
        <w:t>8.9: Templeton explains that the bank's threatened seizure of the yacht will destroy his fifty percent stake, made worse because he mortgaged his own house to invest in the vessel they planned to renovate and resell.</w:t>
      </w:r>
    </w:p>
    <w:p>
      <w:r>
        <w:rPr>
          <w:i/>
        </w:rPr>
        <w:t>8.10: The confrontation becomes increasingly heated as Templeton issues an ultimatum demanding Peter rectify the loan situation or face serious consequences.</w:t>
      </w:r>
    </w:p>
    <w:p/>
    <w:p>
      <w:r>
        <w:t>Templeton's knuckles went white around his coffee mug. He set it down with deliberate care, then jabbed a finger at the envelope. "You think this is just your problem? Bank seizes the whole thing, Peter. Everything." His voice came out flat, measured. Each word deliberate. "You know how I bought in? I mortgaged my house. Thirty years of work, my wife's inheritance—all on the line because you said this was guaranteed money."</w:t>
        <w:br/>
        <w:br/>
        <w:t>The boat shifted under them as Templeton stood, the hull creaking against the dock lines. "If this goes down, I lose my house. My kids' college fund." He loomed over Peter. "All because you can't pay your debts."</w:t>
        <w:br/>
        <w:br/>
        <w:t>Peter straightened, but his hands trembled as he reached for his gin. "Charles, listen. There's another event next week—real money this time. I just need—"</w:t>
        <w:br/>
        <w:br/>
        <w:t>"Need what?" Templeton's laugh came out sharp. "Last month you needed backing for some charter deal. Before that, it was day trading." He leaned forward. "You know what I need? My name off every paper that ties me to your mess."</w:t>
        <w:br/>
        <w:br/>
        <w:t>The cabin felt smaller now, thick with gin fumes and sweat. Outside, rigging clanged against the mast in the harbor wind—a steady, metallic countdown.</w:t>
        <w:br/>
        <w:br/>
        <w:t>"Seventy-two hours," Templeton said. "Three days to clean this up. After that, I go to the bank myself."</w:t>
        <w:br/>
        <w:br/>
        <w:t>Peter's throat worked. "You can't—"</w:t>
        <w:br/>
        <w:br/>
        <w:t>"I came up pouring concrete in the Bronx." Templeton's voice dropped. "Not playing yacht club games with daddy's money. I know how to protect what's mine."</w:t>
        <w:br/>
        <w:br/>
        <w:t>He reached into his jacket, pulled out a folded document. Smoothed it against the table without looking away from Peter's face. "Remember our partnership agreement? The life insurance clause?"</w:t>
        <w:br/>
        <w:br/>
        <w:t>Peter went very still.</w:t>
        <w:br/>
        <w:br/>
        <w:t>"Either partner dies, the policies pay off all debts. Survivor gets clear title." Templeton's finger traced the paragraph. "Clean solution to a messy problem."</w:t>
        <w:br/>
        <w:br/>
        <w:t>"Charles—"</w:t>
        <w:br/>
        <w:br/>
        <w:t>"Three days." Templeton folded the paper, tucked it away. "After that, I protect what's mine. However I have to."</w:t>
        <w:br/>
        <w:br/>
        <w:t>He turned and climbed the companionway, boots thudding overhead like a countdown timer. The rigging kept clanging in the wind.</w:t>
        <w:br/>
        <w:br/>
        <w:t>Peter slumped back into the banquette, the boat rocking gently beneath him. Three days. The hangover was just getting started.</w:t>
      </w:r>
    </w:p>
    <w:p/>
    <w:p>
      <w:r>
        <w:rPr>
          <w:i/>
        </w:rPr>
        <w:t>8.11: Templeton warns Peter that he came up through New York's rough construction business and is not someone to be trifled with, emphasizing his capacity for handling problems decisively.</w:t>
      </w:r>
    </w:p>
    <w:p>
      <w:r>
        <w:rPr>
          <w:i/>
        </w:rPr>
        <w:t>8.12: Peter says not to worry, he is having this giant party aboard the Liquid Assets this next weekend and he is lining up big investors, which will be enough to get him out of a hole and to get bank caught up, and get Templeton paid back for Peter's half of the repairs, to which Templeton scoffs, telling Peter he's delusional -- people will show up becuase he has tied the event to a charity in his father's name for a cancer center, but not for the half-ass crypto-coin venture Peter is trying to promote. Peter insists otherwise, but not convincingly</w:t>
      </w:r>
    </w:p>
    <w:p/>
    <w:p>
      <w:r>
        <w:t>Peter's voice caught in his throat as the deck creaked overhead—Templeton's boots moving in tight circles, like a predator deciding whether to strike. The footsteps stopped. Then started back toward the companionway.</w:t>
        <w:br/>
        <w:br/>
        <w:t>"You know what I learned in the Bronx?" Templeton's voice drifted down from the cockpit, flat and conversational. "Pouring foundations for guys who'd knife you over a union slot. You survive that game by never letting your partner screw you twice." A pause. "Or once, if you're smart."</w:t>
        <w:br/>
        <w:br/>
        <w:t>Peter tried to force some steel into his voice. "You're not in the Bronx anymore, Charles."</w:t>
        <w:br/>
        <w:br/>
        <w:t>The footsteps resumed—slow, deliberate. Templeton's silhouette filled the companionway again, backlit by harbor light. "No, but I remember what it takes to keep what's mine. And I don't bluff." He descended one step, then another, until he loomed over the galley. "You think Newport's soft? You think these people won't eat you alive if you cross the line? I've seen what happens when someone gets desperate, Peter. It never ends well for them."</w:t>
        <w:br/>
        <w:br/>
        <w:t>He paused, letting the words settle.</w:t>
        <w:br/>
        <w:br/>
        <w:t>"Or anyone close."</w:t>
        <w:br/>
        <w:br/>
        <w:t>Peter's stomach curdled, but pride forced him upright. He swept the half-empty gin glass aside, stood with the exaggerated steadiness of a man pretending not to be cornered. "You're overreacting. I told you, it's under control." He forced a confidence he didn't feel. "Next Saturday—big charity event, right here on Liquid Assets. Already confirmed half the guest list. Investors, VIPs, real money. I've got a whole pitch lined up—crypto initiative, green tech, all the buzzwords. We'll clear the arrears and then some."</w:t>
        <w:br/>
        <w:br/>
        <w:t>Templeton's laugh was low, humorless. "Investors? You mean the same yacht club crowd who watch you set hundred-dollar bills on fire every quarter? The only reason they'll show up is because you used Karl's name and tied it to the cancer center. You think they care about your latest half-baked crypto scheme?"</w:t>
        <w:br/>
        <w:br/>
        <w:t>Peter bristled, but it came off weak. "You'd be surprised who's interested. Newport's full of people looking to diversify. I've got guys coming in from Boston, New York—a couple venture types, real players. We just need a little runway."</w:t>
        <w:br/>
        <w:br/>
        <w:t>"You're dreaming, Peter." Templeton shook his head, slow and pitying. "Throw all the parties you want—it won't change the math. You're not saving this boat with PowerPoint slides and promises. And if you drag my name into another one of your stunts, you'll wish the bank got to you first."</w:t>
        <w:br/>
        <w:br/>
        <w:t>The wind lashed the halyards—a relentless, indifferent rhythm. Peter tried to hold his ground, chin up, but the effect was undone by the tremor in his hands. "Just watch. This is the one. Saturday solves everything."</w:t>
        <w:br/>
        <w:br/>
        <w:t>Templeton's silence said it all. He turned for the ladder, boots thudding. "You have three days. Don't waste them on fairy tales."</w:t>
      </w:r>
    </w:p>
    <w:p/>
    <w:p>
      <w:r>
        <w:rPr>
          <w:i/>
        </w:rPr>
        <w:t>8.13: Templeton ominously mentions their insurance policy where if either partner dies, all loans are paid off and the survivor becomes the yacht's sole owner, creating an obvious murder motive that hangs unspoken in the air.</w:t>
      </w:r>
    </w:p>
    <w:p/>
    <w:p>
      <w:r>
        <w:t>Templeton paused halfway up the companionway, one hand braced on the rail, backlit by the flat harbor light bleeding down the hatch. The halyards ticked against the mast—a metronome counting down to something final.</w:t>
        <w:br/>
        <w:br/>
        <w:t>He didn't look back. "You know what's funny about insurance policies?" His tone carried the same conversational weight as discussing the weather. "They're so clean. No courts, no messy probate." He let that settle in the gin-thick air. "Just a phone call, some paperwork. Problems disappear."</w:t>
        <w:br/>
        <w:br/>
        <w:t>Peter's throat closed. The words hung there like a noose.</w:t>
        <w:br/>
        <w:br/>
        <w:t>Templeton's silhouette shifted, broad shoulders blocking what little light filtered down. "Accidents happen all the time around boats. Slippery decks, rough weather, too much to drink." His voice dropped to barely above the wind. "Coast Guard finds you floating face-down, they write it up as another Newport tragedy. Rich guy who couldn't handle his liquor."</w:t>
        <w:br/>
        <w:br/>
        <w:t>Peter tried to speak, but his jaw just worked soundlessly. The boat rocked beneath them—no longer sanctuary, just a floating coffin.</w:t>
        <w:br/>
        <w:br/>
        <w:t>Templeton finally turned, angling his face just enough for Peter to catch the cold math in his eyes. A man who'd spent thirty years building things with his hands knew exactly how to break them.</w:t>
        <w:br/>
        <w:br/>
        <w:t>"Three days." The words came out flat, final. "One way or another, someone's getting paid."</w:t>
        <w:br/>
        <w:br/>
        <w:t>He vanished topside. The hatch swung shut with the sound of a verdict being read.</w:t>
      </w:r>
    </w:p>
    <w:p/>
    <w:p>
      <w:r>
        <w:br w:type="page"/>
      </w:r>
    </w:p>
    <w:p>
      <w:pPr>
        <w:pStyle w:val="Heading1"/>
      </w:pPr>
      <w:r>
        <w:t>Chapter 9: Matt and Sally Meet At Newport Yacht Club</w:t>
      </w:r>
    </w:p>
    <w:p/>
    <w:p>
      <w:r>
        <w:rPr>
          <w:i/>
        </w:rPr>
        <w:t>9.1: Matt Beckham arrives at the Newport Country Club where Sally Gordon has arranged lunch, walking past portraits of distinguished past commodores that remind him of Newport's old-money traditions as Sally leads him to a quiet veranda table overlooking the harbor.</w:t>
      </w:r>
    </w:p>
    <w:p>
      <w:r>
        <w:rPr>
          <w:i/>
        </w:rPr>
        <w:t>9.2: Sally and Matt settle at their waterfront table with privacy for business discussion, the refined Country Club atmosphere providing the perfect backdrop for their conversation about the Club's operations.</w:t>
      </w:r>
    </w:p>
    <w:p/>
    <w:p>
      <w:r>
        <w:t>Matt Beckham found the Newport Country Club's driveway lined with sedans that hadn't seen a valet's careless knuckles in decades. Gravel crunched underfoot as he stepped out, June sunlight catching the brass-trimmed entrance like a spotlight. Inside, the hush was the sort money cultivates over generations—leather banquettes, cherry paneling, an oil portrait every six feet. Commodores in naval whites glared down from the walls, their eyes full of blue-blooded warnings about standards. Matt tipped his head to the first portrait—Archibald P. Winthrop, 1922 Commodore, looked exactly as humorless as he'd remembered from last year's Commodore's Ball.</w:t>
        <w:br/>
        <w:br/>
        <w:t>Sally Gordon intercepted him in the foyer, smiling with the kind of ease that only comes from decades of membership and the certainty that her table would always be ready, no matter the crowd or the season. Turquoise scarf, crisp linen, practiced warmth. She offered a conspirator's wink. "You survived the gauntlet. I hope you left your socks at home—dress code's in mourning since I joined the board."</w:t>
        <w:br/>
        <w:br/>
        <w:t>He followed Sally past a sea of well-tended hydrangeas and the echo of whispered gossip. Outside, the veranda spread wide above the harbor, breeze snapping white tablecloths and carrying the salt tang of low tide. The silverware gleamed; the view—masts bristling, sunlight winking on the water—was staged to remind you: this was Newport, and Newport belonged to people who understood discretion as much as display.</w:t>
        <w:br/>
        <w:br/>
        <w:t>Sally chose a table tucked behind a potted fig, shielded from the churning lunch crowd but with a clear sightline of the water and the steady ballet of crew teams slicing the channel. A waiter appeared, silent and efficient, placing menus with a nod that said he knew exactly what they wanted before they did.</w:t>
        <w:br/>
        <w:br/>
        <w:t>Matt settled into the wicker-backed chair, stretching his legs under the table. "You always get the best seat." He glanced at Sally, who smiled with the satisfaction of someone who'd mastered the subtle politics of table placement before most people understood the difference between port and starboard.</w:t>
        <w:br/>
        <w:br/>
        <w:t>"It's not what you know. It's who you tip at Christmas." Her voice pitched low for privacy. The club's atmosphere pressed in: dappled sunlight, the dull hum of old money, the faint click of mahjong tiles from the solarium. No better place to conduct the business of Newport's most discreet enterprise. Here, their operations could be discussed in the same breath as the regatta schedule—a matter of logistics, not scandal.</w:t>
        <w:br/>
        <w:br/>
        <w:t>Sally opened her leather folio, paper crisp and perfectly aligned. "Let's review our roster." All business now—though her eyes sparkled with the pleasure of efficiency. Matt leaned in, the harbor breeze carrying salt and cut grass, ready to audit the machinery that kept Newport's second wives—and their secrets—safe.</w:t>
      </w:r>
    </w:p>
    <w:p/>
    <w:p>
      <w:r>
        <w:rPr>
          <w:i/>
        </w:rPr>
        <w:t>9.3: Sally reports success with Margaret Whitman, their scholarly client seeking someone to discuss 18th-century botanical illustrations, who is delighted with Matt's suggestion of the retired Cornell botany professor and even attending a New York Horticultural Society event with him next month.</w:t>
      </w:r>
    </w:p>
    <w:p>
      <w:r>
        <w:rPr>
          <w:i/>
        </w:rPr>
        <w:t>9.4: Sally reviews three potential new gentleman recruits with Matt, discussing the retired museum curator who seems perfect until Sally notes his tendency to mention expensive restaurants on first meetings, suggesting inappropriate interest in clients' wealth.</w:t>
      </w:r>
    </w:p>
    <w:p/>
    <w:p>
      <w:r>
        <w:t>Sally slid a folder across the table, her nails drumming once against the leather. "Before we get to the new candidates—Margaret Whitman called twice this morning. First to thank me, then again because she was too excited to wait." The satisfaction in Sally's voice had nothing to do with flattery. "Your professor was a revelation. Apparently he brought an original hand-colored Sowerby print to their first coffee at the Breakers."</w:t>
        <w:br/>
        <w:br/>
        <w:t>Matt pictured Margaret's sharp eyes lighting up over botanical minutiae. "I had a feeling. She doesn't want opera tickets or spa days—she wants someone who can debate Linnaean taxonomy over scones."</w:t>
        <w:br/>
        <w:br/>
        <w:t>"They're going to the New York Horticultural Society's spring gala next month. She's already planning her dress." Sally's tone carried genuine warmth. "Frankly, I think she may end up funding his next book. It's nice when it really is about the conversation. Reminds me why we started this."</w:t>
        <w:br/>
        <w:br/>
        <w:t>Matt's reply was dry. "As opposed to running a matchmaking service for hedge fund managers' third ex-wives."</w:t>
        <w:br/>
        <w:br/>
        <w:t>Sally's laugh was brief—steel behind the humor. She opened the next folder, business face back in place. "All right. First candidate—Martin Escher. Retired museum curator, impeccable manners, Yale tie, the whole package. Clearly bright, references from three major galleries, even ran the restoration program at the Frick."</w:t>
        <w:br/>
        <w:br/>
        <w:t>Matt scanned the résumé. "So what's the catch?"</w:t>
        <w:br/>
        <w:br/>
        <w:t>"He takes his first meetings at Bouchard's. Always. Mentions Le Bernardin within the first ten minutes. Once convinced a client to take a 'quick detour' to Boston for dinner at Menton—on her dime." Sally's mouth tightened. "Margaret Pemberton said she felt like she was vetting a sommelier, not meeting a companion."</w:t>
        <w:br/>
        <w:br/>
        <w:t>"The old 'cultivate the connoisseur, hope for the check' routine. How many clients?"</w:t>
        <w:br/>
        <w:br/>
        <w:t>"Four. Two felt pressured to order the tasting menu. One said he asked if her late husband had left her any rare wine."</w:t>
        <w:br/>
        <w:br/>
        <w:t>Matt's frown was subtle but definitive. "That's a pattern. We're not running a gold-digger finishing school."</w:t>
        <w:br/>
        <w:br/>
        <w:t>Sally closed the file with a snap. "Exactly. He's out." Her eyes were steady across the table. "We protect our clients. That comes first."</w:t>
        <w:br/>
        <w:br/>
        <w:t>The harbor breeze shifted, carrying salt and the distant sound of rigging. Newport's elegance was built on unspoken boundaries—and their job was to enforce them, quietly and without apology.</w:t>
      </w:r>
    </w:p>
    <w:p/>
    <w:p>
      <w:r>
        <w:rPr>
          <w:i/>
        </w:rPr>
        <w:t>9.5: They examine the second candidate, a former diplomat who appears distinguished but Matt observes is twice-divorced and currently dating a woman thirty years younger, leading them to question his motivations and boundaries with older wealthy widows.</w:t>
      </w:r>
    </w:p>
    <w:p>
      <w:r>
        <w:rPr>
          <w:i/>
        </w:rPr>
        <w:t>9.6: The third candidate, a widowed former yacht club commodore with impeccable references, earns their approval for his genuine character and appropriate boundaries, demonstrating their rigorous selection process for gentleman escorts.</w:t>
      </w:r>
    </w:p>
    <w:p/>
    <w:p>
      <w:r>
        <w:t>Sally flipped open the next folder—thick stack, edges worn from handling. "Our diplomat: Anthony Harrow. Retired consular staff, Paris and Bern. Speaks four languages, owns more tuxedos than I have shoes." Her tone carried the wariness of someone who'd learned to read between résumé lines.</w:t>
        <w:br/>
        <w:br/>
        <w:t>Matt scanned Harrow's credentials, then tapped a page. "Twice-divorced. Both settlements weren't exactly friendly."</w:t>
        <w:br/>
        <w:br/>
        <w:t>"Currently seeing a Pilates instructor half his age. She was his date at the Yacht Ball—thirty-one to his sixty-four." Sally's voice flattened. "He asked Margo Danforth if she'd ever been to Gstaad. First outing. Told her he could get them a chalet for 'old times' sake.'"</w:t>
        <w:br/>
        <w:br/>
        <w:t>Matt closed the folder. "Years of diplomatic charm, and he thinks it's a substitute for boundaries. He'll want a patron, not a partnership."</w:t>
        <w:br/>
        <w:br/>
        <w:t>"Exactly." Sally set Harrow's file aside. "I want discretion, not Casanova."</w:t>
        <w:br/>
        <w:br/>
        <w:t>The next folder was nearly empty—single page, two handwritten notes. Sally's tone shifted. "Robert Leland. Widower, former commodore. Thirty years on the club's board, never a whiff of scandal."</w:t>
        <w:br/>
        <w:br/>
        <w:t>Matt's interest sharpened. "Leland? Met him at the Classic Regatta—still sails his own boat. Lost his wife last winter."</w:t>
        <w:br/>
        <w:br/>
        <w:t>"Volunteers at the hospital. Reads to the oncology ward on Sundays." Sally's voice softened. "References from the bishop, the club secretary, even Mrs. Pemberton. She called him 'the last gentleman in Newport.'"</w:t>
        <w:br/>
        <w:br/>
        <w:t>Matt studied the summary—fundraisers, escorting elderly neighbors to mass, quiet presence at every community event that mattered. "He'll never ask about a client's portfolio."</w:t>
        <w:br/>
        <w:br/>
        <w:t>Sally's approval needed no smile. "Quiet dignity. No agenda."</w:t>
        <w:br/>
        <w:br/>
        <w:t>Matt nodded, rare satisfaction passing between them. Character over charisma. Boundaries over bravado. In a town thick with stories, Leland would leave no trace but respect.</w:t>
        <w:br/>
        <w:br/>
        <w:t>Sally moved his folder to the top of the pile. "We'll start him with Mrs. Van Rensselaer's luncheon. If he survives her, he'll survive anything."</w:t>
        <w:br/>
        <w:br/>
        <w:t>Matt grinned. Standards held. The club would remain exactly what they'd built—an island of integrity, even as the tide rose around them.</w:t>
      </w:r>
    </w:p>
    <w:p/>
    <w:p>
      <w:r>
        <w:rPr>
          <w:i/>
        </w:rPr>
        <w:t>9.7: Matt mentions his upcoming visit to Kim Marshall's house to advise her on an antique restoration project, with Sally raising a knowing eyebrow at this development in their friendship.</w:t>
      </w:r>
    </w:p>
    <w:p>
      <w:r>
        <w:rPr>
          <w:i/>
        </w:rPr>
        <w:t>9.8: Matt quickly deflects Sally's knowing look with "Don't start, Sally," while she only smiles in response, clearly pleased with how Matt and Kim's friendship is developing naturally without her interference.</w:t>
      </w:r>
    </w:p>
    <w:p/>
    <w:p>
      <w:r>
        <w:t>Matt leaned back, tracing the rim of his water glass. "I'm stopping by Shelcourt Thursday." The words came out casual, almost throwaway. "Kim's got a pair of Louis XVI chairs in the west parlor—someone convinced her they're museum pieces, but the veneer's splitting and there's a botched repair job underneath. She wants my verdict before bringing in a restorer."</w:t>
        <w:br/>
        <w:br/>
        <w:t>Sally's hand froze halfway to her iced tea. One eyebrow climbed toward her hairline. "The west parlor?" Her voice carried that particular note of innocence that meant trouble. "With the rose marble fireplace? Karl used to serve his best Armagnac in there—well, before six o'clock anyway."</w:t>
        <w:br/>
        <w:br/>
        <w:t>Matt kept his eyes on the harbor, where a Herreshoff sloop drifted past on barely enough wind to fill her sails. "It's a consult, Sally. She's worried the whole set will fall apart if she lets the wrong person touch it. You know how she gets about the house."</w:t>
        <w:br/>
        <w:br/>
        <w:t>"Of course." Sally's tone went silk-smooth. "You're very...thorough with these consultations."</w:t>
        <w:br/>
        <w:br/>
        <w:t>He shot her a look—resigned but not irritated. "Don't start."</w:t>
        <w:br/>
        <w:br/>
        <w:t>Both hands went up, palms out. Complete surrender. "Not a word." But the smile stayed, softening the sharp angles of her face, and Matt found himself answering it despite himself.</w:t>
        <w:br/>
        <w:br/>
        <w:t>The moment stretched between them—comfortable, familiar. Twenty years of friendship meant knowing exactly where the lines were drawn, and more importantly, when not to cross them. Sally could read whatever she wanted into his visits with Kim. He wasn't handing her ammunition, but he also didn't mind that she noticed.</w:t>
        <w:br/>
        <w:br/>
        <w:t>The harbor spread out before them, all clean water and quiet elegance. For now, that was enough.</w:t>
      </w:r>
    </w:p>
    <w:p/>
    <w:p>
      <w:r>
        <w:rPr>
          <w:i/>
        </w:rPr>
        <w:t>9.9: Sally shares the amusing predicament of Eleanor Cavendish, their 78-year-old mystery romance client who has become confused about which of her two suitors is the arranged encounter after genuinely meeting someone at the farmers market before her planned romance occurred.</w:t>
      </w:r>
    </w:p>
    <w:p>
      <w:r>
        <w:rPr>
          <w:i/>
        </w:rPr>
        <w:t>9.10: Sally explains how Eleanor is now juggling both relationships while testing both men with obscure historical questions to determine which one seems "coached," creating an entertaining dilemma for their mystery romance service.</w:t>
      </w:r>
    </w:p>
    <w:p/>
    <w:p>
      <w:r>
        <w:t>Sally set her glass down with a soft clink, her posture shifting from businesslike to conspiratorial. "You'll appreciate this one." Her voice dropped. "Eleanor Cavendish—remember her? The mystery romance client, always asks for a gentleman with 'good Latin and better table manners'? Well, we finally lined up her surprise market encounter. Except—" Sally's lips quirked. "Except Eleanor beat us to it."</w:t>
        <w:br/>
        <w:br/>
        <w:t>Matt's brow arched. "She ran her own operation?"</w:t>
        <w:br/>
        <w:br/>
        <w:t>"Unwittingly. The day before our man was scheduled to 'accidentally' meet her at the cheese counter, Eleanor strikes up a conversation with a retired naval architect over rutabagas. He quotes Catullus, helps her pick out a ripe melon, and they end up splitting a coffee and three stories about the Queen Mary. She walks away convinced she's finally gotten the Club's best work."</w:t>
        <w:br/>
        <w:br/>
        <w:t>"Except we hadn't deployed him yet."</w:t>
        <w:br/>
        <w:br/>
        <w:t>"Exactly." Sally's grin turned rueful. "Next afternoon, our official candidate—Arthur, the ex-history teacher—shows up in the flower aisle, just as orchestrated. Polite, slightly nervous, fresh-cut peonies in hand. Eleanor's gracious, of course, but now she's suspicious. She's sure one of these men is 'the plant' and the other is fate, but she can't tell which."</w:t>
        <w:br/>
        <w:br/>
        <w:t>Matt tried not to laugh. "Classic Newport. Never let a good coincidence go unexamined."</w:t>
        <w:br/>
        <w:br/>
        <w:t>"She's made it a project. Invited both of them to separate luncheons at her house. She's grilling them. Wednesday, she asked each for their opinion on the Treaty of Ghent. Friday, it was the role of Queen Charlotte in American horticulture. Arthur brushes up after every lunch, convinced it's a quiz. The naval architect claims he once danced with Lady Bird Johnson—so now Eleanor's digging through old society pages to check."</w:t>
        <w:br/>
        <w:br/>
        <w:t>Matt chuckled, picturing Eleanor at her parlor desk, spectacles perched, two dossiers open, cross-referencing gentlemen and geraniums. "So which one is she leaning toward?"</w:t>
        <w:br/>
        <w:br/>
        <w:t>Sally lifted a shoulder. "Depends on the day. She told me yesterday she's looking for the one 'who seems coached, but not too coached.' Apparently, sincerity is suspicious."</w:t>
        <w:br/>
        <w:br/>
        <w:t>"Can't fault her logic." Matt's smile was dry. "Newport's full of men who know their Queen Charlottes but still can't pass muster."</w:t>
        <w:br/>
        <w:br/>
        <w:t>Sally's laughter was quick and bright. "If only all our clients treated love—and subterfuge—as a chess match. At least it keeps them entertained."</w:t>
        <w:br/>
        <w:br/>
        <w:t>The harbor breeze fluttered Eleanor's file on the table. For Sally and Matt, it was another reminder—the best-laid plans could always be outfoxed by a widow with too much curiosity and time.</w:t>
      </w:r>
    </w:p>
    <w:p/>
    <w:p>
      <w:r>
        <w:rPr>
          <w:i/>
        </w:rPr>
        <w:t>9.11: The conversation turns serious as Sally shares Peter Marshall's deteriorating financial situation, including failed Indian gaming investments, rumored mob connections, and his upcoming crypto fundraiser disguised as a cancer charity event in his father's honor.</w:t>
      </w:r>
    </w:p>
    <w:p>
      <w:r>
        <w:rPr>
          <w:i/>
        </w:rPr>
        <w:t>9.12: Sally describes the competitive escalation between Victoria Ashworth and Penelope Van Der Berg, two Newport social queens whose escort requirements keep escalating from "Pierce Brosnan lookalike" to "speaks French" to "has sailing experience" as they try to outdo each other.</w:t>
      </w:r>
    </w:p>
    <w:p/>
    <w:p>
      <w:r>
        <w:t>Sally's laughter faded. She reached for a folder in her bag—navy, unmarked—and set it between them like she was laying down a chess piece.</w:t>
        <w:br/>
        <w:br/>
        <w:t>"On a less amusing note." Her voice dropped. "Peter Marshall's situation is going from bad to catastrophic. I had Thornton dig deeper. Forget the crypto—he was neck-deep in Indian gaming last year. Bought heavy into a start-up casino chain in Oklahoma that never got licensed. The partners took the seed money and vanished. Seven figures, gone."</w:t>
        <w:br/>
        <w:br/>
        <w:t>Matt's brow furrowed. "Does he ever pick a winner?"</w:t>
        <w:br/>
        <w:br/>
        <w:t>"Only in his own mind." Sally glanced out over the water, as if she could see the Marshall yacht bobbing somewhere in the haze. "There's more. Rumors starting to swirl—he's borrowed from people you don't want to owe. Mob-adjacent, at least. The kind who don't leave reminders, just empty slips where your car used to be. His housekeeper says he's taking calls in the study at midnight, then locking himself in the den for hours."</w:t>
        <w:br/>
        <w:br/>
        <w:t>Matt exhaled sharply. "And yet, he's throwing a party?"</w:t>
        <w:br/>
        <w:br/>
        <w:t>Sally's smile was blade-thin. "Not just any party. He's branded it as a fundraiser for a cancer wing at Newport Hospital—in memory of Karl, of course. Invitations went out last week, gold-embossed, tasteful. But the fine print? It's all about networking with 'visionary investors' for his new crypto venture. Pitch deck, silent auction, the works. Half the guest list doesn't know they're being courted for a blockchain Ponzi scheme."</w:t>
        <w:br/>
        <w:br/>
        <w:t>"Charming."</w:t>
        <w:br/>
        <w:br/>
        <w:t>"Classic Newport. Wrap a con in philanthropy, and everyone brings their checkbook."</w:t>
        <w:br/>
        <w:br/>
        <w:t>A gust caught the edge of the folder, fluttering Eleanor's dossier beneath it. Sally anchored the file with her palm and leaned in, mischief returning to her eyes. "Speaking of classic Newport—Victoria Ashworth and Penelope Van Der Berg are at it again."</w:t>
        <w:br/>
        <w:br/>
        <w:t>Matt groaned. "What now? Last I heard, Victoria wanted an escort who could pass for Pierce Brosnan circa 1995."</w:t>
        <w:br/>
        <w:br/>
        <w:t>"Which Penelope countered by demanding someone 'Brosnanish, but fluent in French.'" Sally's tone went mock-serious. "Last week, Victoria raised the bar—her escort must also have 'serious sailing credentials.' Preferably someone who's skippered a twelve-meter in the America's Cup."</w:t>
        <w:br/>
        <w:br/>
        <w:t>Matt shook his head, lips twitching. "Did they specify waltz or foxtrot?"</w:t>
        <w:br/>
        <w:br/>
        <w:t>"Give it time. I'm half-expecting Penelope's next request to be for a Nobel Laureate who plays the cello." Sally's expression turned rueful. "There's a certain artistry to social one-upmanship here. Each woman convinced she's setting the standard for Newport sophistication, when really they're just pricing themselves out of reasonable expectations."</w:t>
        <w:br/>
        <w:br/>
        <w:t>The harbor breeze caught their napkins. Matt anchored his with his elbow. "How do you even source a French-speaking sailing champion who happens to look like a movie star?"</w:t>
        <w:br/>
        <w:br/>
        <w:t>"Very carefully." Sally's smile turned sharp. "And with creative interpretation of what constitutes 'sailing experience' versus 'has been on a boat.'"</w:t>
      </w:r>
    </w:p>
    <w:p/>
    <w:p>
      <w:r>
        <w:rPr>
          <w:i/>
        </w:rPr>
        <w:t>9.13: Sally reveals her clever solution of arranging both competitive clients for different charity events on the same evening with equally distinguished escorts, preventing direct comparison while satisfying their competitive instincts, earning Matt's admiration for her diplomatic brilliance.</w:t>
      </w:r>
    </w:p>
    <w:p>
      <w:r>
        <w:rPr>
          <w:i/>
        </w:rPr>
        <w:t>9.14: They conclude by discussing concerns about Steve Dawson's increasingly risqué operation and Chief Grayson's potential investigation, acknowledging the mounting external pressures threatening their refined business while appreciating the elegant world they've created for their clients.</w:t>
      </w:r>
    </w:p>
    <w:p/>
    <w:p>
      <w:r>
        <w:t>Sally's grin sharpened. "You're wondering how I resolved the Victoria–Penelope arms race."</w:t>
        <w:br/>
        <w:br/>
        <w:t>Matt's eyebrows went up. "Let me guess. You found a French-speaking, sailing Nobel Laureate who moonlights as a cellist."</w:t>
        <w:br/>
        <w:br/>
        <w:t>"Close." Sally's tone turned conspiratorial. "I did something more Newport—two separate events, same night, different corners of town. Victoria's at the Preservation Society gala at Rosecliff. Penelope's chairing the oceanography benefit at the Breakers. I matched each with a suitably 'distinguished' escort—one's a retired America's Cup navigator who spent a semester in Paris, the other's an MIT oceanographer who looks enough like Brosnan at a distance and can waltz without stepping on toes."</w:t>
        <w:br/>
        <w:br/>
        <w:t>Matt let out a low whistle. "You split the atom. They'll each think they've won, and neither will see the other's arm candy."</w:t>
        <w:br/>
        <w:br/>
        <w:t>Sally's eyes sparkled. "Exactly. Now they can outdo each other in exclusive circles, and neither will realize their 'unique' companion was handpicked to their competitor's specifications. Everyone leaves happy—or at least convinced they've gotten the better deal."</w:t>
        <w:br/>
        <w:br/>
        <w:t>"I hope you're charging double for that maneuver. That's diplomacy, not logistics."</w:t>
        <w:br/>
        <w:br/>
        <w:t>Sally's smile softened. "It's what we do. Keep the peace, give them stories to tell, let them feel seen—without ever letting the illusion get punctured."</w:t>
        <w:br/>
        <w:br/>
        <w:t>A lull settled, punctuated by the distant clang of rigging in the harbor and the hush of late-summer wind. Matt's gaze drifted toward the water, then back to Sally. "If only the rest of Newport's games were that harmless."</w:t>
        <w:br/>
        <w:br/>
        <w:t>Her expression grew sober. "Dawson's pushing things—too many parties, too much tabloid bait. Last week, one of his 'escorts' wound up in the ER with a black eye, and it made the rounds at the Red Cross lunch. Grayson's sniffing around, trying to connect us. He'd love nothing more than to see us dragged through the mud alongside Dawson's circus."</w:t>
        <w:br/>
        <w:br/>
        <w:t>Matt's jaw tightened. "We keep it clean. But that only matters until someone decides the scandal's more interesting than the truth."</w:t>
        <w:br/>
        <w:br/>
        <w:t>Sally nodded, fingers tracing the rim of her glass. "We built this on trust—reputation, discretion, real companionship. Doesn't matter to the world if the headlines catch up with us."</w:t>
        <w:br/>
        <w:br/>
        <w:t>The weight of it settled between them—a fragile, elegant world they'd constructed, always one step from exposure or collapse. But in the hush that followed, Matt managed a wry half-smile. "Still, it's a hell of a thing. All this trouble, just to make sure no one has to go to a gala alone."</w:t>
        <w:br/>
        <w:br/>
        <w:t>Sally's answering smile was rueful, but proud. "And to make sure, for a night, everyone gets to feel a little less vulnerable."</w:t>
        <w:br/>
        <w:br/>
        <w:t>She paused, watching a yacht glide past in the distance.</w:t>
        <w:br/>
        <w:br/>
        <w:t>"Even us."</w:t>
      </w:r>
    </w:p>
    <w:p/>
    <w:p>
      <w:r>
        <w:br w:type="page"/>
      </w:r>
    </w:p>
    <w:p>
      <w:pPr>
        <w:pStyle w:val="Heading1"/>
      </w:pPr>
      <w:r>
        <w:t>Chapter 10: Lou Voletti Visits Peter Marshall</w:t>
      </w:r>
    </w:p>
    <w:p/>
    <w:p>
      <w:r>
        <w:rPr>
          <w:i/>
        </w:rPr>
        <w:t>10.1: Peter Marshall is violently awakened in the master cabin of his yacht "Liquid Assets" when Mafia boss Lou Voletti and his thugs break in during the middle of the night, roughly dragging him from bed and delivering immediate physical threats over his unpaid loans.</w:t>
      </w:r>
    </w:p>
    <w:p>
      <w:r>
        <w:rPr>
          <w:i/>
        </w:rPr>
        <w:t>10.2: Lou Voletti, a stocky mid-level boss with graying hair, takes sadistic pleasure in mocking Peter's weakness while his associates rough him up in the well-appointed cabin, creating an ironic contrast between the yacht's luxury and Peter's helpless situation.</w:t>
      </w:r>
    </w:p>
    <w:p/>
    <w:p>
      <w:r>
        <w:t>Peter Marshall woke to the sound of breaking glass.</w:t>
        <w:br/>
        <w:br/>
        <w:t>Sharp. Splintered. Foreign in the velvet dark of his master cabin.</w:t>
        <w:br/>
        <w:br/>
        <w:t>He jerked upright, sheet tangled around his legs, disoriented by the haze of single-malt and three hours of sleep. Before his mind caught up, the world exploded: two men in black windbreakers—faces blunt, eyes dead—wrenched him from the mattress and slammed him facedown against the teak floor. The back of his head bounced off a velvet throw pillow.</w:t>
        <w:br/>
        <w:br/>
        <w:t>"Rise and shine, Peter."</w:t>
        <w:br/>
        <w:br/>
        <w:t>One of them twisted his arm behind his back until something in his shoulder popped. He tried to shout, but a meaty hand shoved his face into the Persian rug. Sandalwood and aftershave—his own—mixed with sweat and old fear.</w:t>
        <w:br/>
        <w:br/>
        <w:t>Heavy footsteps crossed the threshold. The men hauled Peter upright and propped him on the edge of the bed, one on each side, pinning his arms. He blinked, vision swimming, as Lou Voletti filled the doorway.</w:t>
        <w:br/>
        <w:br/>
        <w:t>Stocky. Thick-necked. Pushing sixty. Lou wore a cheap golf shirt and the self-satisfied grin of a man who'd never needed to impress anyone except the sort who'd kill you for less.</w:t>
        <w:br/>
        <w:br/>
        <w:t>Lou's gaze swept the stateroom—Italian marble, crystal decanters, a Monet sketch of the harbor in moonlight—and he shook his head, amused.</w:t>
        <w:br/>
        <w:br/>
        <w:t>"Nice digs. You always sleep this sound, or just when you think all this crap protects you?"</w:t>
        <w:br/>
        <w:br/>
        <w:t>Peter's pulse jackhammered. "What do you want?"</w:t>
        <w:br/>
        <w:br/>
        <w:t>Lou's grin widened. "What do I want? My money. My time back. Mostly, I want to see if rich boys cry the same as regular folks."</w:t>
        <w:br/>
        <w:br/>
        <w:t>The thugs yanked Peter to his feet. One jabbed him in the ribs—hard enough to double him over, surgical in its precision. Lou watched, hands in his pockets, savoring the show.</w:t>
        <w:br/>
        <w:br/>
        <w:t>"Your father," Lou said, stepping close enough that Peter could smell garlic and stale cologne, "he'd have met me on the dock with a checkbook and a bottle of his best bourbon. You? You're hiding on a floating palace, hoping your problems drown themselves."</w:t>
        <w:br/>
        <w:br/>
        <w:t>Peter sucked in a shaky breath. The room—walnut paneling, silk sheets, bespoke suits draped over a club chair—only sharpened his humiliation. Here, surrounded by everything he'd inherited, he was utterly powerless.</w:t>
        <w:br/>
        <w:br/>
        <w:t>Lou's gaze traveled the length of the stateroom and landed on Peter's trembling hands.</w:t>
        <w:br/>
        <w:br/>
        <w:t>"Look at this." His voice dropped to a whisper. "All this comfort. All this privilege. But you—you're just meat. A scared little boy with daddy's money and no one left to run to."</w:t>
        <w:br/>
        <w:br/>
        <w:t>He nodded to his men.</w:t>
        <w:br/>
        <w:br/>
        <w:t>"Remind him what happens when you forget who you owe."</w:t>
        <w:br/>
        <w:br/>
        <w:t>The first punch landed with a dull, wet sound. Peter saw stars, tasted copper, and understood—finally, fully—that nothing he owned could save him now.</w:t>
      </w:r>
    </w:p>
    <w:p/>
    <w:p>
      <w:r>
        <w:rPr>
          <w:i/>
        </w:rPr>
        <w:t>10.3: Lou delivers his scathing comparison between Peter and his late father Karl, sneering: "Your old man Karl started with our money but had the balls to make something of it and eventually grow out of needing us. Every generation of rich people gets weaker and more spineless - like that old saying about a copy of a copy of a copy. That's definitely true of you, Peter."</w:t>
      </w:r>
    </w:p>
    <w:p>
      <w:r>
        <w:rPr>
          <w:i/>
        </w:rPr>
        <w:t>10.4: Peter desperately attempts to explain that he cannot access his fifty million dollar inheritance because it remains tied up with bank loans and other financial complications, hoping to buy time with this fabricated excuse.</w:t>
      </w:r>
    </w:p>
    <w:p/>
    <w:p>
      <w:r>
        <w:t>Lou dropped to one knee, pressing into the silk carpet until his eyes were level with Peter's. The position was almost tender—a father with a child, a confessor with a penitent. His breath reeked of onions and bottom-shelf whiskey.</w:t>
        <w:br/>
        <w:br/>
        <w:t>"You know what your old man did right?" Lou's voice carried the intimacy of a shared secret. "He borrowed from us. Hell, that's smart business—every man with ambition starts by spending someone else's money. But Karl..." His gaze swept the stateroom, lingering on French antiques, lacquered yacht models, the framed photo of Karl glad-handing some governor. "Your father had stones. Took our cash, built an empire, then walked away clean. No begging. No hiding on floating palaces, praying the ocean would wash away his debts."</w:t>
        <w:br/>
        <w:br/>
        <w:t>Peter tried to turn his head. Lou's fingers clamped his jaw, forcing contact.</w:t>
        <w:br/>
        <w:br/>
        <w:t>"Then you happened. Raised in the bubble, never bled for a dollar. I see it everywhere—rich families, three generations from shirt-sleeves to shirt-sleeves. Each kid a little softer, a little more useless. Like photocopying a twenty-dollar bill until it's gray smudges on paper." Lou's thumb pressed harder. "That's you, Peter. The ghost of your father's ghost."</w:t>
        <w:br/>
        <w:br/>
        <w:t>He released Peter's face with a dismissive shove. The thugs loosened their grip just enough for Peter to suck air.</w:t>
        <w:br/>
        <w:br/>
        <w:t>Blood pooled under his tongue. His mind clawed for leverage—any foothold in this nightmare. "I can pay. But the money's not liquid. My inheritance—fifty million—it's all locked up in probate." He fought to sound bored, inconvenienced rather than terrified. "Bank claims, estate taxes, Foundation bylaws. My father built so many legal walls around the money that even I can't touch it without lawyers and court orders."</w:t>
        <w:br/>
        <w:br/>
        <w:t>Lou watched him with the patience of a snake.</w:t>
        <w:br/>
        <w:br/>
        <w:t>"There's a process," Peter continued, desperation bleeding through his practiced calm. "Filings, hearings, trustee approvals. These things take time with this kind of money. Weeks, maybe a month. But you'll get everything—every penny, plus interest. I just need the estate to clear."</w:t>
        <w:br/>
        <w:br/>
        <w:t>The silence stretched. Peter's pulse hammered against his throat. He could feel Lou dissecting every word, every hesitation, like a coroner cataloging cause of death. A thread of hope flickered—maybe the lie would hold, maybe wealth's complexity would buy him time.</w:t>
        <w:br/>
        <w:br/>
        <w:t>Lou's expression revealed nothing. For the first time tonight, Peter wondered if the truth might have served him better—or if, in this room, honesty and deception were equally fatal.</w:t>
      </w:r>
    </w:p>
    <w:p/>
    <w:p>
      <w:r>
        <w:rPr>
          <w:i/>
        </w:rPr>
        <w:t>10.5: Lou's expression hardens as he grabs Peter roughly by the chin, his voice dropping to a menacing whisper: "Listen here, ya little bastard - we know the real story about where that money went. Don't make this worse by lying to my face," exposing Peter's attempt to hide his spectacularly bad investments.</w:t>
      </w:r>
    </w:p>
    <w:p>
      <w:r>
        <w:rPr>
          <w:i/>
        </w:rPr>
        <w:t>10.6: Lou reveals that the Mafia has thoroughly researched Peter's financial situation and understands that most complications would disappear upon Peter's death through insurance payoffs or because his personal debts cannot reach a properly structured inheritance.</w:t>
      </w:r>
    </w:p>
    <w:p/>
    <w:p>
      <w:r>
        <w:t>Lou's hand shot out, thick fingers clamping Peter's chin. The grip was intimate, possessive—a lover's touch turned violent. Sweat and nicotine flooded Peter's nostrils.</w:t>
        <w:br/>
        <w:br/>
        <w:t>"Listen here, you little bastard." Lou's voice dropped to a whisper, each word deliberate. "We know where the money went. Don't make this worse by lying to my face."</w:t>
        <w:br/>
        <w:br/>
        <w:t>Peter's jaw creaked under the pressure. Lou twisted his head, forcing eye contact—pale gray drowning in bloodshot blue.</w:t>
        <w:br/>
        <w:br/>
        <w:t>"You think we do business with amateurs? You think we didn't look under every rock, every shell company, every Cayman shadow your genius advisors set up?" Lou's thumb pressed harder, forcing Peter's mouth shut. "We saw the trades. The crypto plays. That shell-game with startup shares—what, hoping to land the next Facebook?"</w:t>
        <w:br/>
        <w:br/>
        <w:t>The enforcers waited, one cracking his knuckles with mechanical precision. Peter tried to shake his head, a pathetic denial, but Lou's grip was iron.</w:t>
        <w:br/>
        <w:br/>
        <w:t>"Here's the thing." Lou's tone shifted, conversational but deadlier for it. "We know all about those 'complications' you keep whining about. The probate, the 'locked-up' funds." He released Peter's face with a dismissive shove. "You think any of that matters to us?"</w:t>
        <w:br/>
        <w:br/>
        <w:t>Lou rocked back on his heels, surveying Peter like a butcher appraising meat. "We also know what happens if you slip on a dock. Or go for a night swim and don't come back up. Insurance pays out. The Foundation keeps its name on a plaque. Your debts?" He shrugged. "Personal. Nontransferable—except for what you signed as collateral. And you were just sloppy enough to let us in the side door."</w:t>
        <w:br/>
        <w:br/>
        <w:t>Peter's mouth went dry. His mind scrambled through wills, trusts, endless legal jargon, but the math was brutal: dead, he was worth more to them than alive.</w:t>
        <w:br/>
        <w:br/>
        <w:t>Lou gestured, businesslike. "We've mapped it all out. Timeline, beneficiaries, what gets paid first. You're not the first trust-fund clown to run out of road."</w:t>
        <w:br/>
        <w:br/>
        <w:t>He stepped closer, voice dropping to a growl. "So let's not pretend you're special, Peter. You burned through your old man's legacy and bought yourself a one-way ticket. Now you're running on borrowed hours. And if you think you can hide behind lawyers and loopholes, you're dumber than I thought."</w:t>
        <w:br/>
        <w:br/>
        <w:t>Silence settled over the stateroom like oil. Peter's hands trembled, useless in his lap. The yacht—his fortress—felt suddenly as fragile as paper. Lou watched him with the patience of a predator, already moving to the next piece of business.</w:t>
      </w:r>
    </w:p>
    <w:p/>
    <w:p>
      <w:r>
        <w:rPr>
          <w:i/>
        </w:rPr>
        <w:t>10.7: Lou's associates produce a pre-prepared will and force Peter to sign the document while a notary in an expensive suit legitimizes the coerced transaction, assigning Peter's entire inheritance to a Mafia-controlled charity front with a mob-affiliated law firm as executor.</w:t>
      </w:r>
    </w:p>
    <w:p>
      <w:r>
        <w:rPr>
          <w:i/>
        </w:rPr>
        <w:t>10.8: Despite Peter's initial resistance, he capitulates after being physically intimidated into signing the new will, understanding that his inheritance now belongs to the Mafia upon his death while they grant him exactly three days to present a viable repayment plan.</w:t>
      </w:r>
    </w:p>
    <w:p/>
    <w:p>
      <w:r>
        <w:t>A leather satchel hit the silk carpet with a dull thud. One of Lou's men unzipped it, producing a sheaf of papers thick as a phone book, notary seal winking gold at the corner. The man—tall, soft around the middle, his suit expensive but wrong for his frame—dropped it on the lacquered table beside Peter's hand.</w:t>
        <w:br/>
        <w:br/>
        <w:t>"Read it," Lou said. "Or don't. Makes no difference."</w:t>
        <w:br/>
        <w:br/>
        <w:t>A fourth figure stepped from the shadows by the stateroom door. Notary public, three-thousand-dollar suit, signet ring catching the light. He had the bored, predatory eyes of someone who made his living in legal gray areas. The fountain pen he placed atop the pages landed with surgical precision.</w:t>
        <w:br/>
        <w:br/>
        <w:t xml:space="preserve">Peter squinted at the heading through swollen eyes. "LAST WILL AND TESTAMENT OF PETER ANDREW MARSHALL." Below it, paragraphs of legalese marched down the page in block print. He caught fragments—"The Rhode Island Charitable Heritage Fund, Incorporated." A shell charity with no address, no actual charity. Executor: "Voletti, Rossi &amp; DeMarco, LLP." </w:t>
        <w:br/>
        <w:br/>
        <w:t>His signature would hand everything to Lou's people the moment he stopped breathing.</w:t>
        <w:br/>
        <w:br/>
        <w:t>"I won't—" The words died in his throat. Peter tried to rise. Two sets of hands slammed him back down.</w:t>
        <w:br/>
        <w:br/>
        <w:t>Lou's lips peeled back. Not a smile. "You're not being asked."</w:t>
        <w:br/>
        <w:br/>
        <w:t>The notary slid a single sheet free, tapped the signature line with one manicured finger. "Here."</w:t>
        <w:br/>
        <w:br/>
        <w:t>Peter's vision tunneled. The room collapsed to that blank line, that pen. He wanted to scream, to hurl the papers across the cabin, but his wrists were pinned. Lou's hand settled on his shoulder—almost gentle. A squeeze that promised worse.</w:t>
        <w:br/>
        <w:br/>
        <w:t>"Three days," Lou murmured, breath hot against Peter's ear. "You bring us a plan. Real money, real timeline. Or this"—he tapped the page—"makes you worth more to us dead."</w:t>
        <w:br/>
        <w:br/>
        <w:t>The notary cleared his throat. "Now, Mr. Marshall."</w:t>
        <w:br/>
        <w:br/>
        <w:t>The goon released Peter's right hand just enough to let him grip the pen. His signature came out jagged, barely his own. The notary stamped, initialed, countersigned. The seal clicked with courthouse finality.</w:t>
        <w:br/>
        <w:br/>
        <w:t>Peter slumped back, shirt plastered to his spine with cold sweat. The papers vanished into the satchel. Lou's men released him with a dismissive shove.</w:t>
        <w:br/>
        <w:br/>
        <w:t>Lou leaned close one last time. "Tick-tock, Peter. Enjoy your floating palace while you still own it." He straightened, nodded to his crew. The notary pocketed his fee and melted back into shadow.</w:t>
        <w:br/>
        <w:br/>
        <w:t>The yacht's brass clock filled the silence with its mechanical heartbeat. Three days. Peter's life reduced to a deadline, and a will that now belonged to his executioners.</w:t>
      </w:r>
    </w:p>
    <w:p/>
    <w:p>
      <w:r>
        <w:rPr>
          <w:i/>
        </w:rPr>
        <w:t>10.9: Lou adds pressure regarding Peter's upcoming fundraising event, warning crudely: "You better hope our two investors at your big party next week see people actually signing up for your crypto bullshit, not just throwing pocket change at some dead guy's cancer wing we don't give a damn about."</w:t>
      </w:r>
    </w:p>
    <w:p>
      <w:r>
        <w:rPr>
          <w:i/>
        </w:rPr>
        <w:t>10.10: As the mobsters prepare to leave, they pause on the yacht's deck to admire the moonlit harbor, with Lou commenting conversationally: "Beautiful, ain't it. Maybe I should take up sailing," showing his appreciation for the luxury lifestyle his violence supports.</w:t>
      </w:r>
    </w:p>
    <w:p/>
    <w:p>
      <w:r>
        <w:t>Lou was already halfway to the door when he paused, glancing back at Peter—still slumped in the chair, still shivering, one hand pressed against his ribs like he could hold himself together through sheer will.</w:t>
        <w:br/>
        <w:br/>
        <w:t>"Oh, one more thing." Lou's tone went breezy, almost cheerful. He rapped his knuckles against the lacquered bulkhead—a little drumroll. "That big shindig you've been bragging about all over Newport? The 'fundraiser.'" Air quotes with two thick fingers. "You better hope our two investors see more than the usual charity crowd dropping checks for some dead guy's cancer wing. I want contracts. Wire transfers. Not blue-hairs clapping while you pass the caviar."</w:t>
        <w:br/>
        <w:br/>
        <w:t>His grin stretched wide, teeth yellow and square. "If those crypto geniuses you lured up from New York aren't signing on the dotted line, your timeline gets real short. We clear?"</w:t>
        <w:br/>
        <w:br/>
        <w:t>Peter managed a nod—small, convulsive. His mouth worked soundlessly. Lou watched, hunting for any flicker of defiance. Found none. Turned away, satisfied.</w:t>
        <w:br/>
        <w:br/>
        <w:t>The crew filed out in practiced choreography: muscle first, then the notary, finally the lawyer clutching his satchel of doom. Lou lingered, waiting for the others to clear the companionway. He gestured for Peter to stay put, then ducked through the doorway and climbed toward the deck.</w:t>
        <w:br/>
        <w:br/>
        <w:t>Outside, the air bit sharp with salt and diesel. The harbor stretched silver under moonlight, teak planks glowing faintly beneath his feet. Lou paused at the rail, breathing in the briny stillness. Scattered anchor lights dotted the water like fallen stars, dark hulls bobbing between them.</w:t>
        <w:br/>
        <w:br/>
        <w:t>His men hovered behind him, restless. Lou ignored them. He leaned both elbows on the polished mahogany, let the wind tug at his jacket.</w:t>
        <w:br/>
        <w:br/>
        <w:t>"Beautiful, ain't it." Not a question. He gazed out at the postcard perfection—all privilege and maritime romance. "This whole scene. Peaceful. Money buys you quiet like this." He turned, half-smiling. "Maybe I should take up sailing. Get myself a captain's hat. Push some old bastard overboard when he gets mouthy."</w:t>
        <w:br/>
        <w:br/>
        <w:t>The lawyer snorted. One of the goons actually laughed.</w:t>
        <w:br/>
        <w:br/>
        <w:t>Lou drank in the view—hungry, wistful. Moonlight caught the silver threading his hair, softened the brutal lines around his eyes. The contradiction wasn't lost on him: violence and beauty sharing the same deck, separated by nothing but a few planks of wood.</w:t>
        <w:br/>
        <w:br/>
        <w:t>"Yeah," he murmured, still gazing at the water. "Maybe someday."</w:t>
      </w:r>
    </w:p>
    <w:p/>
    <w:p>
      <w:r>
        <w:rPr>
          <w:i/>
        </w:rPr>
        <w:t>10.11: The notary questions Lou's decision to give Peter additional time, asking: "Why are you giving him more time. With this new will, just wait a few days and let him have an accident," while Lou responds philosophically that he would prefer seeing if Peter can repay, reasoning: "A cow giving milk beats one pile of hamburger."</w:t>
      </w:r>
    </w:p>
    <w:p>
      <w:r>
        <w:rPr>
          <w:i/>
        </w:rPr>
        <w:t>10.12: The confrontation concludes with the mobsters departing into the night, leaving Peter alone with his terror, three days to solve an impossible financial crisis, and the knowledge that his life hangs in the balance of his upcoming party's success in attracting genuine investors rather than mere charitable donors.</w:t>
      </w:r>
    </w:p>
    <w:p/>
    <w:p>
      <w:r>
        <w:t>The midnight air was thinning as Lou's men hustled down the gangway, their laughter fading into the harbor's hush. The notary lingered at the foot of the stairs, briefcase in hand, eyes fixed on Lou's silhouette against the rail. Salt wind lifted his lapels. He waited until the others were out of earshot.</w:t>
        <w:br/>
        <w:br/>
        <w:t>"Voletti." Voice pitched low, crisp as snapped twine. "Why give him days? You've got the paper now. Wait a week, let him slip and crack his skull on the deck. Nobody'd blink. The will's clean. His lawyer's already in your pocket." A pause. "Why bother with the show?"</w:t>
        <w:br/>
        <w:br/>
        <w:t>Lou considered the question like it was posed over chess, not murder. He took his time, tracing the harbor lights with his gaze. "You ever butcher a cow, Pete?" He didn't wait for an answer. "You can take the first swing and have steak for a month. Or you let her keep giving milk—over and over. You get a hell of a lot more that way."</w:t>
        <w:br/>
        <w:br/>
        <w:t>He rolled his shoulders, eyes still on the water. "Peter Marshall's a mess, but he's not empty. He's desperate. Desperate men pull off miracles. And if he does—if he brings me those investors, those contracts—he's worth more alive. Milk, not hamburger." Lou cracked a thin smile. "Besides, accidents get attention. Cops, insurance, headlines. Noise. I like quiet. You should too."</w:t>
        <w:br/>
        <w:br/>
        <w:t>The notary nodded once, tugged his cufflinks—a nervous tic—and vanished down the dock, patent leather shoes silent on the old planks.</w:t>
        <w:br/>
        <w:br/>
        <w:t>Lou lingered another beat, watching the pale shape of the yacht behind him. Then he melted into shadow, footsteps swallowed by distance.</w:t>
        <w:br/>
        <w:br/>
        <w:t>Inside, Peter Marshall sat alone in the stateroom, the air thick with the ghost of sweat and fear. The clock ticked, unhurried and lethal. Three days. He could taste the deadline—metallic, cold, final.</w:t>
        <w:br/>
        <w:br/>
        <w:t>He stared at the signed will, its pages still rumpled where he'd gripped them. No escape now. The party he'd planned as a last-ditch celebration was suddenly a public execution: unless he conjured millions from thin air, the men who'd just left would come back for what was theirs. And this time, there'd be no paperwork.</w:t>
        <w:br/>
        <w:br/>
        <w:t>Only silence, and the dark.</w:t>
        <w:br/>
        <w:br/>
        <w:t>Peter pressed his palms to his temples, willing the panic down. Outside, the harbor was peaceful, the world indifferent to the fate of one ruined man. Three days.</w:t>
        <w:br/>
        <w:br/>
        <w:t>The clock kept counting.</w:t>
      </w:r>
    </w:p>
    <w:p/>
    <w:p>
      <w:r>
        <w:br w:type="page"/>
      </w:r>
    </w:p>
    <w:p>
      <w:pPr>
        <w:pStyle w:val="Heading1"/>
      </w:pPr>
      <w:r>
        <w:t>Chapter 11: Matt visits Kim Marshall at Shelcourte</w:t>
      </w:r>
    </w:p>
    <w:p/>
    <w:p>
      <w:r>
        <w:rPr>
          <w:i/>
        </w:rPr>
        <w:t>11.1: Matt Beckham arrives at Shelcourt, Kim Marshall's impressive Gothic Revival mansion built in the 1890s by railroad magnate Harrison Sheldon, where Kim greets him warmly for their planned restoration consultation and offers a brief tour of the grand hall's stained glass windows and carved oak paneling.</w:t>
      </w:r>
    </w:p>
    <w:p>
      <w:r>
        <w:rPr>
          <w:i/>
        </w:rPr>
        <w:t>11.2: Kim leads Matt to her bright studio overlooking the gardens where they examine her restoration project - an ornate mahogany chest inherited from her mother with stubborn decorative crevices proving difficult to clean properly.</w:t>
      </w:r>
    </w:p>
    <w:p/>
    <w:p>
      <w:r>
        <w:t>The iron gates of Shelcourt parted with a whisper, revealing the sweeping drive that curved through ancient oaks toward the mansion's imposing silhouette. Matt Beckham had restored furniture in penthouses and brownstones, but nothing had prepared him for this—Harrison Sheldon's Gothic Revival masterpiece rising from manicured grounds like something conjured from a fever dream of medieval grandeur. Limestone towers pierced the October sky, their pointed arches and flying buttresses casting sharp shadows across the circular drive where his truck looked suddenly, embarrassingly modest.</w:t>
        <w:br/>
        <w:br/>
        <w:t>Kim Marshall emerged from the massive oak doors before he'd even cut the engine, her smile as warm as the autumn light catching the stained glass rose window above the entrance. She moved with the easy confidence of someone born to such spaces, yet there was nothing affected in her greeting—just genuine pleasure at his arrival.</w:t>
        <w:br/>
        <w:br/>
        <w:t>"Matt, thank you for coming all this way." Her handshake was firm, calloused in a way that spoke of actual work rather than weekend gardening. "I hope the drive wasn't too brutal."</w:t>
        <w:br/>
        <w:br/>
        <w:t>"Worth every mile," he said, craning his neck to take in the soaring facade. "This place is extraordinary."</w:t>
        <w:br/>
        <w:br/>
        <w:t>"Isn't it wonderfully excessive?" Kim laughed, following his gaze. "Harrison Sheldon never met an architectural flourish he didn't like. Come, let me show you the great hall before we get to work—you have to see it properly."</w:t>
        <w:br/>
        <w:br/>
        <w:t>The entrance hall opened before them like a cathedral nave, its ribbed vaulting disappearing into shadows forty feet above. Jeweled light streamed through lancet windows, painting the carved oak paneling in blues and crimsons that shifted with each passing cloud. Matt found himself moving slowly, reverently, his craftsman's eye cataloging the intricate woodwork—the foliated capitals, the trefoil arches, the newel post carved with climbing roses so delicate they seemed to tremble in the colored light.</w:t>
        <w:br/>
        <w:br/>
        <w:t>"The paneling is all original," Kim said, running her fingers along a section of wainscoting. "English oak, shipped over in 1894. Sheldon hired craftsmen from Yorkshire to install it."</w:t>
        <w:br/>
        <w:br/>
        <w:t>Matt nodded, understanding now why she'd called him. This wasn't just restoration—it was stewardship of something irreplaceable.</w:t>
        <w:br/>
        <w:br/>
        <w:t>Kim led him through a corridor lined with family portraits, their subjects' eyes following their progress toward the back of the house. "My studio's just through here," she said, pushing open a door that revealed a sun-drenched room overlooking formal gardens where late roses still bloomed against box hedges.</w:t>
        <w:br/>
        <w:br/>
        <w:t>The space was clearly a working artist's domain—easels clustered near the windows, brushes standing at attention in mason jars, the air sweet with linseed oil and turpentine. But it was the piece on the central worktable that drew Matt's attention: a mahogany chest of drawers, its surface a symphony of carved acanthus leaves and scrollwork that spoke of nineteenth-century craftsmanship at its finest.</w:t>
        <w:br/>
        <w:br/>
        <w:t>"My mother's," Kim said simply, moving to stand beside the piece. "It came down through her family—probably made in Philadelphia around 1850. The problem is here." She indicated the decorative crevices where the carved elements met the drawer fronts. "Decades of wax buildup, maybe longer. I've tried everything I can think of, but I'm afraid of damaging the patina."</w:t>
        <w:br/>
        <w:br/>
        <w:t>Matt leaned closer, his trained eye reading the chest's history in its surfaces—the subtle wear patterns, the way the carving caught and held the light, the rich depth that only came from generations of careful tending. In the deepest recesses of the scrollwork, he could see the stubborn accumulation Kim meant: a grayish buildup that dulled the wood's natural luster and obscured the crisp definition of the original carving.</w:t>
        <w:br/>
        <w:br/>
        <w:t>"Beautiful piece," he murmured, already mentally cataloging the tools and techniques he'd need. "And you're right to be cautious. This kind of work—it's as much archaeology as restoration."</w:t>
      </w:r>
    </w:p>
    <w:p/>
    <w:p>
      <w:r>
        <w:rPr>
          <w:i/>
        </w:rPr>
        <w:t>11.3: Matt demonstrates proper technique for reaching the tight spaces in the chest's crevices, guiding Kim's hand with the fine chisel to remove years of accumulated grime and old wax, creating an unexpected moment of physical intimacy.</w:t>
      </w:r>
    </w:p>
    <w:p>
      <w:r>
        <w:rPr>
          <w:i/>
        </w:rPr>
        <w:t>11.4: Both Matt and Kim become slightly flustered by the unexpected physical contact, stepping back with mutual embarrassment as they recognize the romantic undertones of their innocent collaboration.</w:t>
      </w:r>
    </w:p>
    <w:p/>
    <w:p>
      <w:r>
        <w:t>Matt set his tool roll on the edge of the worktable and selected a slender chisel, steel honed to a hair's edge. He held it to the light, measuring the curve against the chest's tightest scroll. "This should do it."</w:t>
        <w:br/>
        <w:br/>
        <w:t>Kim hovered beside him, arms folded. "I'm convinced I'll ruin it. Last time I tried, I swear I heard the wood whimper."</w:t>
        <w:br/>
        <w:br/>
        <w:t>"Then we'll work quietly." He steadied the chest with one hand, braced the chisel with the other, and worked the blade into the deepest channel. His movements were surgical—slow, deliberate. The tool's tip teased at a dull ridge of old wax and lifted it, flaking off a crescent of grime that revealed rich mahogany underneath.</w:t>
        <w:br/>
        <w:br/>
        <w:t>Kim leaned closer. "That's sorcery."</w:t>
        <w:br/>
        <w:br/>
        <w:t>He glanced at her, then back at the carving. "Just patience. And knowing when to stop. Want to try?"</w:t>
        <w:br/>
        <w:br/>
        <w:t>She hesitated, then nodded. Matt wiped the chisel's blade and offered her the handle, his fingers brushing hers—brief, electric. He positioned her hand, then reached around to steady her wrist. "Don't fight it. Let your hand follow the grain."</w:t>
        <w:br/>
        <w:br/>
        <w:t>His palm settled over hers, guiding the movement. They were close enough that he could feel the warmth of her skin, the subtle tremor of concentration. Together, they eased the chisel into the recess, their shoulders nearly touching, the small dance of breath and focus drawing them into something intimate and unplanned.</w:t>
        <w:br/>
        <w:br/>
        <w:t>"Angle it like this—good. Now press, slowly."</w:t>
        <w:br/>
        <w:br/>
        <w:t>Kim exhaled, and the blade coaxed free a sliver of ancient wax. "Oh." A hush of triumph. "There it is."</w:t>
        <w:br/>
        <w:br/>
        <w:t>Neither moved. His hand still cradled hers, their arms entwined over the battered surface. The ordinary sunlight suddenly felt charged, the air thick with possibility. When Matt realized he hadn't let go, he released her hand and stepped back as if he'd crossed a line he hadn't meant to approach.</w:t>
        <w:br/>
        <w:br/>
        <w:t>Kim straightened, color rising in her cheeks. She tucked a stray lock behind her ear and busied herself with a cloth, polishing the exposed wood. "I see what you mean about patience."</w:t>
        <w:br/>
        <w:br/>
        <w:t>Matt cleared his throat, retreating to his tool roll, suddenly meticulous about aligning his chisels. "You've got good instincts. Most people rush and gouge the edge."</w:t>
        <w:br/>
        <w:br/>
        <w:t>They found themselves on opposite sides of the table—distance restored, but the charged silence lingering. Both pretended to study the chest, but neither was really looking at mahogany now. The moment had passed, but its echo hung in the sunlit air, as tangible as wood shavings and linseed oil.</w:t>
      </w:r>
    </w:p>
    <w:p/>
    <w:p>
      <w:r>
        <w:rPr>
          <w:i/>
        </w:rPr>
        <w:t>11.5: To cover the awkward moment, Kim quickly leads Matt to the expansive veranda where her maid has arranged a casual but refined luncheon featuring artisanal breads, finest cured hams, and rare imported cheeses that Matt clearly appreciates.</w:t>
      </w:r>
    </w:p>
    <w:p>
      <w:r>
        <w:rPr>
          <w:i/>
        </w:rPr>
        <w:t>11.6: Kim mentions that Karl treasured this particular vista of manicured lawns sweeping down to the water with sailboats and the Newport Yacht Club in the distance, opening a deeper conversation about their deceased spouses and how much they both miss them.</w:t>
      </w:r>
    </w:p>
    <w:p/>
    <w:p>
      <w:r>
        <w:t>Kim broke the silence. "Let's escape before we start sanding each other down."</w:t>
        <w:br/>
        <w:br/>
        <w:t>She led him from the studio, her stride brisk despite the color still high in her cheeks. They crossed a marble corridor that felt ten degrees cooler and emerged onto Shelcourt's veranda—a terrace wide as a dance floor, shaded by striped awnings and flanked with stone urns spilling late hydrangeas. Salt air drifted up from the harbor, carrying the distant sound of a gardener's radio playing something that might have been Ellington.</w:t>
        <w:br/>
        <w:br/>
        <w:t>A table waited at the rail. No silver domes or ceremony—just linen, a squat glass of wildflowers, and food that looked like it had been lifted from a French market stall. Seeded rye and crusty baguette, prosciutto and jamón curled beside wedges of cheese Matt recognized: Jasper Hill blue, something soft and runny from Vermont, truffled pecorino he'd only ever seen in Manhattan. Bowls of olives, fresh figs, a small jar of grainy mustard.</w:t>
        <w:br/>
        <w:br/>
        <w:t>"Mrs. Hale's idea of casual," Kim said, glancing toward the house. "She refuses to let me serve anyone 'just sandwiches.'"</w:t>
        <w:br/>
        <w:br/>
        <w:t>"I'll write her a thank-you note." Matt reached for the bread, already assembling his first bite.</w:t>
        <w:br/>
        <w:br/>
        <w:t>They settled into chairs with the easy grace of people who'd learned to be comfortable in silence. Matt bit into the ham and made a low sound of approval that had Kim hiding a smile behind her water glass.</w:t>
        <w:br/>
        <w:br/>
        <w:t>Below them, the lawns rolled in terraces toward a low bluff where the land met restless blue water. Sailboats ghosted across the harbor, their canvas bright against the afternoon light. At the far curve of the bay, the Newport Yacht Club's flag snapped in the breeze.</w:t>
        <w:br/>
        <w:br/>
        <w:t>"Karl loved this view," Kim said, her voice going soft. "Said it made him feel like he'd finally landed somewhere—like there was nothing left to prove." She watched a yacht tack across the harbor. "He'd sit out here every morning with his coffee, sketching out ideas for the foundation. The water helped him think about legacy, about what really mattered. He wanted to change the world, one donation at a time."</w:t>
        <w:br/>
        <w:br/>
        <w:t>Matt felt the familiar ache surface. "Katie had that same drive. Even during the worst of her treatments, she'd be planning fundraisers for the oncology ward, writing thank-you notes to nurses between chemo sessions." He paused, remembering. "The doctors said they'd never seen anyone face it with such grace. She turned her own battle into a way to help others fight theirs."</w:t>
        <w:br/>
        <w:br/>
        <w:t>Kim's eyes stayed on the sailboats, but her focus had drifted somewhere far beyond them. "Does it get easier? The missing them?"</w:t>
        <w:br/>
        <w:br/>
        <w:t>"Some days are quieter than others. The sharpness dulls, but the absence—" He gestured toward the empty space beside her. "It doesn't fill itself."</w:t>
        <w:br/>
        <w:br/>
        <w:t>Kim nodded, her lips pressed tight. "I keep expecting Karl to appear in doorways. Especially here, where every room still carries his shadow." She cleared her throat, blinking hard. "Sorry. I didn't mean to—"</w:t>
        <w:br/>
        <w:br/>
        <w:t>"Never apologize for remembering."</w:t>
        <w:br/>
        <w:br/>
        <w:t>They let the silence settle between them—neither comfort nor pain, just something true and shared, held steady by the sound of the harbor and the weight of those they'd lost.</w:t>
      </w:r>
    </w:p>
    <w:p/>
    <w:p>
      <w:r>
        <w:rPr>
          <w:i/>
        </w:rPr>
        <w:t>11.7: When Kim asks about his academic background, Matt explains his specialty in maritime literature - Melville, Conrad, London - joking that it suits someone who nearly made the US Olympic sailing team in his youth.</w:t>
      </w:r>
    </w:p>
    <w:p>
      <w:r>
        <w:rPr>
          <w:i/>
        </w:rPr>
        <w:t>11.8: Matt mentions being fortunate with a great-grandfather's trust that provides financial independence, allowing him to pursue woodworking purely for passion rather than necessity, accepting only projects that truly challenge or interest him.</w:t>
      </w:r>
    </w:p>
    <w:p/>
    <w:p>
      <w:r>
        <w:t>Kim refilled his water glass, her gaze searching. "So what did you study, before you became Newport's answer to William Morris?"</w:t>
        <w:br/>
        <w:br/>
        <w:t>Matt tore a piece of bread, buying time. "Maritime literature, mostly. Melville, Conrad, a little Jack London for the masochists. Not as glamorous as it sounds—unless you enjoy footnoting whaling logs at two in the morning."</w:t>
        <w:br/>
        <w:br/>
        <w:t>She grinned. "Is that why you always look mildly haunted?"</w:t>
        <w:br/>
        <w:br/>
        <w:t>"That and grad school coffee." He shrugged. "But I always liked the sea. Came close to making the Olympic sailing team, back in the day. Lost out to a kid from Sarasota who could tack in his sleep. Probably for the best—my mother threatened to hide the dinghy if I didn't finish my thesis."</w:t>
        <w:br/>
        <w:br/>
        <w:t>Kim's laughter was soft, genuine. "So you're a scholar and an athlete. That's not intimidating at all."</w:t>
        <w:br/>
        <w:br/>
        <w:t>He waved it off. "I'm not sure my dissertation on the symbolism of fog in 'The Secret Sharer' qualifies as athletic achievement. Mostly, I just liked being around boats. Something about weathered teak and salt air—makes the literary posturing feel less pointless."</w:t>
        <w:br/>
        <w:br/>
        <w:t>She studied him, reassembling details. "And the woodworking—how did that happen? Or do all maritime scholars moonlight as furniture restorers?"</w:t>
        <w:br/>
        <w:br/>
        <w:t>Matt's mouth curled. "Only the lucky ones. Truth is, I don't need to work for money. My great-grandfather made a fortune in railroads and had the foresight—or the guilt—to leave a trust behind. Pays enough that I can spend my life sanding dovetails or translating Melville, whichever strikes my mood."</w:t>
        <w:br/>
        <w:br/>
        <w:t>Kim's brow arched. "That sounds…liberating."</w:t>
        <w:br/>
        <w:br/>
        <w:t>"It is. Most of the time. Means I can take only the projects I care about. No deadlines, no clients from hell. I turn down more commissions than I accept." He glanced at the horizon, sails drifting like ideas just beyond reach. "If something doesn't challenge me, I'd rather leave it to someone who needs the paycheck."</w:t>
        <w:br/>
        <w:br/>
        <w:t>The admission hung there, neither boast nor apology. Just fact—a simple freedom that was both privilege and burden.</w:t>
        <w:br/>
        <w:br/>
        <w:t>Kim traced a condensation ring on her glass. "I envy that. Not the money, so much. The ability to choose what matters—to say no when something isn't right."</w:t>
        <w:br/>
        <w:br/>
        <w:t>Matt's smile was small, almost rueful. "It's a gift I try not to waste. Life's short. Too short to spend it making things you don't believe in."</w:t>
        <w:br/>
        <w:br/>
        <w:t>The conversation drifted for a moment, quiet as the swells below. A shared understanding settled between them, unforced and true as the salt air that carried the distant sound of rigging and the cry of gulls wheeling over the harbor.</w:t>
      </w:r>
    </w:p>
    <w:p/>
    <w:p>
      <w:r>
        <w:rPr>
          <w:i/>
        </w:rPr>
        <w:t>11.9: Kim shows intrigue when Matt casually mentions writing several academic books and currently toying with fiction, but he deflects further discussion saying "maybe another time," clearly uncomfortable with the personal revelation.</w:t>
      </w:r>
    </w:p>
    <w:p>
      <w:r>
        <w:rPr>
          <w:i/>
        </w:rPr>
        <w:t>11.10: Recognizing Matt's desire to change subjects, he asks Kim how she came to decide on getting an art history degree, while Kim recognizes the topic shift but willingly lets his book writing rest for now and answers his question.</w:t>
      </w:r>
    </w:p>
    <w:p/>
    <w:p>
      <w:r>
        <w:t>Kim cocked her head, a smile flickering as she set her glass aside. The restaurant's low hum of conversation wrapped around them, punctuated by the soft clink of silverware against porcelain. "Academic books, plural? And now fiction? You've been holding out on me, Beckham."</w:t>
        <w:br/>
        <w:br/>
        <w:t>Matt's mouth twitched. He tore off another piece of baguette, eyes fixed on the crumb. "It's nothing serious. A few monographs—arcane stuff for the three people on the planet who still care about Joseph Conrad's lesser-known metaphors. The fiction's just..." He shrugged. "An experiment. I wouldn't inflict it on anyone."</w:t>
        <w:br/>
        <w:br/>
        <w:t>She leaned forward, elbows on the table. "You're being modest. I know the tone. My ex-husband Karl used to do it whenever someone caught him writing op-eds at midnight—pretend it was nothing, then next thing you know, there's a glossy profile in the Times." Her gaze sharpened. "What kind of fiction?"</w:t>
        <w:br/>
        <w:br/>
        <w:t>Matt shook his head, almost sheepish. "Maybe another time." He managed a lopsided grin. "If it ever sees daylight, you'll be the first to know. For now, I'd rather not jinx it."</w:t>
        <w:br/>
        <w:br/>
        <w:t>Kim recognized the line—firm, but not unfriendly. She let it go, the way you let a closed door be.</w:t>
        <w:br/>
        <w:br/>
        <w:t>He reached for his water glass, buying himself a moment before shifting gears. "What about you? Art history's not exactly the default for someone who could've done anything. What drew you in—besides gallery wine and uncomfortable shoes?"</w:t>
        <w:br/>
        <w:br/>
        <w:t>She laughed, the ease returning. "Mostly paint fumes, actually. I was always the kid with smudged hands and ruined jeans—my mother used to threaten to tape newspapers to the walls. I started as a painter, convinced I'd be the next Georgia O'Keeffe." She paused, swirling her water glass. "Turns out, I was better at talking about art than making it. My professors nudged me toward scholarship, and I fell in love with the backstories—why someone painted the way they did, how a frame changed a canvas, all the invisible choices that make a masterpiece."</w:t>
        <w:br/>
        <w:br/>
        <w:t>Matt nodded. "That's not nothing. Most people stop at what's pretty. You wanted to know why."</w:t>
        <w:br/>
        <w:br/>
        <w:t>"I suppose so. I still paint, sometimes, but mostly for myself. There's less pressure when you know no one else will see the mess." She shrugged. "Art history felt safer. You can hide behind research, footnotes, a clever turn of phrase. You get to be passionate without being exposed."</w:t>
        <w:br/>
        <w:br/>
        <w:t xml:space="preserve">He studied her, recognizing the echo—boundaries built from loss or simple self-preservation. </w:t>
        <w:br/>
        <w:br/>
        <w:t>"Nothing wrong with a little privacy," he said. "Some things are better off as secrets, at least for a while."</w:t>
        <w:br/>
        <w:br/>
        <w:t>Kim smiled, the conversation settling into comfortable territory—no prying, no posturing. Just two people carrying their unfinished stories, content to leave a few pages unturned. She glanced at her watch, then back at him with genuine warmth.</w:t>
      </w:r>
    </w:p>
    <w:p/>
    <w:p>
      <w:r>
        <w:rPr>
          <w:i/>
        </w:rPr>
        <w:t>11.11: Kim shares how her art history degree grew from her love of painting, though when Matt expresses genuine interest in seeing her work, she laughingly refuses with "Not on your life," showing her own creative privacy boundaries.</w:t>
      </w:r>
    </w:p>
    <w:p>
      <w:r>
        <w:rPr>
          <w:i/>
        </w:rPr>
        <w:t>11.12: Later when Matt again declines to discuss his fiction writing, Kim laughs and suggests "Fair enough. Maybe someday we'll have to have an 'I'll show you mine if you show me yours' conversation," until the unintended sexual undertone creates fleeting awkward embarrassment that Matt quickly covers by changing subjects.</w:t>
      </w:r>
    </w:p>
    <w:p/>
    <w:p>
      <w:r>
        <w:t>Kim glanced sideways, as if weighing a confession. "You know, I picked art history because I couldn't imagine not being around paint. I was always covered in it as a kid—smudges on my face, streaks in my hair, half the laundry ruined. My mother used to joke I cost more in turpentine than tuition." She smiled, remembering. "I kept thinking I'd be some wild-eyed painter, starving in Paris, when in reality, I hated showing anyone what I made. Too personal, too raw. In critique sessions I'd practically hide behind my easel."</w:t>
        <w:br/>
        <w:br/>
        <w:t>Matt's interest was genuine. "Now I want to see it even more. You can't just dangle the promise of a Parisian phase, then not deliver."</w:t>
        <w:br/>
        <w:br/>
        <w:t>She recoiled, hands up in mock surrender. "Not on your life. There are limits to my self-destruction, Beckham. Besides, I've seen how you look at wood grain—if I handed you one of my old canvases, you'd start talking about brushwork like a Sotheby's catalog."</w:t>
        <w:br/>
        <w:br/>
        <w:t>He grinned, undeterred. "I promise, no technical analysis. I'll even bring snacks. Think of it as cultural exchange."</w:t>
        <w:br/>
        <w:br/>
        <w:t>"Nice try," Kim said, laughing. "Every artist needs one secret stash that never sees the light of day. Mine happens to be most of what I painted in my twenties." She shook her head. "You can't guilt-trip me into a gallery show, not even in my own house."</w:t>
        <w:br/>
        <w:br/>
        <w:t>Matt held up both palms, conceding. "Fair enough. I know the territory. I'd rather sand a thousand feet of molding than let anyone read my first stories."</w:t>
        <w:br/>
        <w:br/>
        <w:t>She eyed him, playful. "So the fiction's off-limits too?"</w:t>
        <w:br/>
        <w:br/>
        <w:t>"Absolutely," he said. "My pride's fragile."</w:t>
        <w:br/>
        <w:br/>
        <w:t>Kim chuckled, then—almost without thinking—said, "We'll have to make a deal. Maybe someday we'll have an 'I'll show you mine if you show me yours' conversation."</w:t>
        <w:br/>
        <w:br/>
        <w:t>The phrase hung between them, awkwardly bright as a dropped utensil in a quiet room.</w:t>
        <w:br/>
        <w:br/>
        <w:t>Kim's eyes widened; a flush crept up her cheek. Matt coughed, covering it with a quick sip of water. "Well," he said, tone deliberately dry, "I think I'd need a few more art history lectures before I'm ready for that particular exchange."</w:t>
        <w:br/>
        <w:br/>
        <w:t>She laughed—nervous, genuine—then shook her head. "That came out wrong."</w:t>
        <w:br/>
        <w:br/>
        <w:t>"It's fine," Matt said, quick to rescue her. "I walked into it. Occupational hazard of literary people—innuendo's practically a job requirement."</w:t>
        <w:br/>
        <w:br/>
        <w:t>The tension ebbed, replaced by rueful amusement. Kim tucked a stray lock of hair behind her ear, eyes dancing but wary. Matt changed the subject without ceremony, pointing toward the garden. "Is that a Japanese maple down there, or am I hallucinating from too much cheese?"</w:t>
      </w:r>
    </w:p>
    <w:p/>
    <w:p>
      <w:r>
        <w:rPr>
          <w:i/>
        </w:rPr>
        <w:t>11.13: Kim confides her growing uncertainty about Karl's decision to limit his children's inheritance, wondering if fifty million each was too harsh given the estate's enormous size and considering giving Peter additional funds from her portion, while Matt gently counsels against this approach, explaining that Peter represents a type who will squander any amount and return demanding more.</w:t>
      </w:r>
    </w:p>
    <w:p>
      <w:r>
        <w:rPr>
          <w:i/>
        </w:rPr>
        <w:t>11.14: Kim acknowledges Matt's wisdom about Peter while noting that Annie and Henry's anger presents similar challenges though she feels more sympathy for them, and expresses concerns about Claire Harding's persistent suspicions and her uncertainty about attending Peter's upcoming yacht party, where she worries about provoking confrontations by appearing with Matt.</w:t>
      </w:r>
    </w:p>
    <w:p/>
    <w:p>
      <w:r>
        <w:t>Kim's gaze drifted past the terrace railing, where the bay caught afternoon light in fractured silvers. When she spoke, her voice carried the weight of something she'd been carrying alone too long.</w:t>
        <w:br/>
        <w:br/>
        <w:t>"Some days I wonder if Karl made a mistake. With the will." She paused, fingers tightening around her glass. "Fifty million sounds like justice in a lawyer's office. But when you see what it does to people—Peter especially—it feels like cruelty for the sake of cruelty."</w:t>
        <w:br/>
        <w:br/>
        <w:t>The confession hung between them, raw and unvarnished.</w:t>
        <w:br/>
        <w:br/>
        <w:t>"I keep thinking I should give him something. Quietly. Enough so he can get clear."</w:t>
        <w:br/>
        <w:br/>
        <w:t>Matt studied her, reading the fatigue etched in her posture. "That's generous. Also dangerous." He leaned forward, voice gentle but firm. "Peter's not a one-time charity case. You hand him a lifeboat, he'll poke holes in it out of spite, then blame you for the leak. There's a kind of person—doesn't matter if it's fifty thousand or fifty million, it burns the same. He'll be back in a year, angrier, asking why you didn't give more."</w:t>
        <w:br/>
        <w:br/>
        <w:t>Her jaw tightened. "It's not just guilt. I remember him as a kid—awkward, desperate for approval. I keep thinking, if I could just—"</w:t>
        <w:br/>
        <w:br/>
        <w:t>"You're not his mother." Matt's tone stayed steady. "Karl tried to set boundaries Peter couldn't cross. If you erase those now, you're not doing Peter any favors. You're just moving the finish line."</w:t>
        <w:br/>
        <w:br/>
        <w:t>Kim exhaled, conceding the point though sadness lingered in her eyes. "Annie and Henry are different. They're angry, but not... lost, the way Peter is. Annie's got her pride, Henry his temper. At least they know where the line is." Her fingers traced condensation on her glass. "They want fairness, not a blank check. I could talk to them, maybe find a way to ease things without turning it into a spectacle."</w:t>
        <w:br/>
        <w:br/>
        <w:t>"You'll handle it," Matt said. "You've got a talent for defusing bombs before they go off."</w:t>
        <w:br/>
        <w:br/>
        <w:t>Kim's smile flickered, then died. "There's one more problem—Claire. She's circling like a bloodhound. Keeps dropping hints about Matt Beckham, the mysterious escort-slash-craftsman." She met his gaze, embarrassed and wary. "Last night she asked me, point blank, if you were after my money."</w:t>
        <w:br/>
        <w:br/>
        <w:t>He grimaced. "Claire's job is to protect you, even from your own judgment. Can't fault her for loyalty." He paused, mouth twitching. "But if it helps, I'm not after your money. Just your taste in cheese."</w:t>
        <w:br/>
        <w:br/>
        <w:t>She snorted. "That's exactly what a con man would say."</w:t>
        <w:br/>
        <w:br/>
        <w:t>"I'm a craftsman, not a con man. Besides, I'd need a better suit."</w:t>
        <w:br/>
        <w:br/>
        <w:t>Her laughter faded too quickly. "Peter's yacht party is coming up. I'm supposed to go. If I show up with you, it'll be a circus—Peter will make a scene, Annie and Henry will glower, Claire will interrogate. If I go alone, I'll be a target anyway."</w:t>
        <w:br/>
        <w:br/>
        <w:t>Matt leaned back, pragmatic. "You can't win with this crowd. Pick the option that lets you sleep at night. I'll be there if you want backup—or not, if you'd rather avoid the spectacle."</w:t>
        <w:br/>
        <w:br/>
        <w:t>She nodded, grateful but unsettled. Below them, the water glittered restless and bright—mirroring the world she'd inherited, one fraught with legacies, secrets, and no easy answers.</w:t>
      </w:r>
    </w:p>
    <w:p/>
    <w:p>
      <w:r>
        <w:br w:type="page"/>
      </w:r>
    </w:p>
    <w:p>
      <w:pPr>
        <w:pStyle w:val="Heading1"/>
      </w:pPr>
      <w:r>
        <w:t>Chapter 12: Steve Dawson Visits Bob donnelly on Bob's Yacht, "Fair Winds"</w:t>
      </w:r>
    </w:p>
    <w:p/>
    <w:p>
      <w:r>
        <w:rPr>
          <w:i/>
        </w:rPr>
        <w:t>12.1: Bob Donnelly enjoys a peaceful morning aboard his yacht "Fair Winds" when Steve Dawson arrives unexpectedly, claiming to be in the neighborhood and asking to come aboard, though Bob finds the timing curious but Newport social conventions require he invite Dawson for coffee on the deck.</w:t>
      </w:r>
    </w:p>
    <w:p>
      <w:r>
        <w:rPr>
          <w:i/>
        </w:rPr>
        <w:t>12.2: After initial pleasantries about harbor conditions and sailing, Dawson appears well-dressed and charming as always, but Bob detects an underlying tension in his manner that suggests this isn't purely a social call.</w:t>
      </w:r>
    </w:p>
    <w:p/>
    <w:p>
      <w:r>
        <w:t>Bob Donnelly had the sort of morning that felt engineered for peace: strong black coffee in a chipped mug, the gentle slap of tide against the hull, and the slow ballet of gulls scavenging over the bay. "Fair Winds" swayed at her mooring, teak deck still damp with dew, the kind of quiet that made even Newport harbor seem honest. Bob let himself settle into the ritual—newspaper folded just-so, a mental list of minor repairs, and no one expecting anything of him until noon.</w:t>
        <w:br/>
        <w:br/>
        <w:t>So when the voice called up from the dock—"Permission to come aboard?"—Bob felt the familiar sting of Newport's social obligations reasserting themselves. Steve Dawson, in all his immaculate, Ralph Lauren glory. Even his sunglasses looked expensive enough to require their own insurance rider.</w:t>
        <w:br/>
        <w:br/>
        <w:t>"Morning, Steve," Bob called, masking surprise with the practiced ease of a man who'd attended too many charity regattas. "Come aboard. Watch that cleat."</w:t>
        <w:br/>
        <w:br/>
        <w:t>Dawson moved with practiced grace, one hand on the polished rail, shoes offended by the faint smear of salt. "I was just walking the harbor," he said, smile big and breezy. "Saw your flag, thought I'd say hello. Hope I'm not intruding."</w:t>
        <w:br/>
        <w:br/>
        <w:t>"Not at all. Coffee?" Bob gestured toward a shaded corner of the aft deck, where the breeze carried just enough warmth to take the chill off.</w:t>
        <w:br/>
        <w:br/>
        <w:t>"Wouldn't say no. Smells better than what they're serving at the club these days." Dawson shed his jacket with the casual precision of a man who knew exactly how to look relaxed in company he intended to impress.</w:t>
        <w:br/>
        <w:br/>
        <w:t>They sat, the bay's idle murmur filling the silences between pleasantries. Dawson complimented the varnish on the teak, made a knowing remark about the shifting sandbar near Goat Island, even dropped a story about weathering last season's Nor'easter on a borrowed Hinckley. He played the part—effortless, gracious, a man who never appeared anywhere by accident.</w:t>
        <w:br/>
        <w:br/>
        <w:t>Bob responded in kind, but as Dawson's questions circled around the condition of Bob's mooring, the schedule for yacht club races, and the latest squabble over slip fees, Bob found himself watching the man with a craftsman's eye. Dawson was too attentive, his laughter a beat too eager. Not nervous—Dawson wasn't built for nerves—but running at some private speed Bob couldn't quite clock.</w:t>
        <w:br/>
        <w:br/>
        <w:t>In a lull, Dawson's gaze drifted past the bay, settling briefly on the tool chest near the workstation, then back to Bob, smile holding steady. Bob felt it then: this wasn't a neighborly drop-in. Dawson had come for something. The only question, as always in Newport, was whose secret he was here to probe—and how much trouble it would cost to send him away satisfied.</w:t>
      </w:r>
    </w:p>
    <w:p/>
    <w:p>
      <w:r>
        <w:rPr>
          <w:i/>
        </w:rPr>
        <w:t>12.3: Dawson gradually steers the conversation toward his club and the "exclusive social opportunities" it provides for Newport's affluent residents, extending an invitation for Bob to join and attend their upcoming gatherings.</w:t>
      </w:r>
    </w:p>
    <w:p>
      <w:r>
        <w:rPr>
          <w:i/>
        </w:rPr>
        <w:t>12.4: Bob politely declines the invitation, explaining that such activities don't align with his interests, which genuinely surprises Dawson who mentions that Peter Marshall had specifically suggested Bob might be interested in their "more adventurous social scene."</w:t>
      </w:r>
    </w:p>
    <w:p/>
    <w:p>
      <w:r>
        <w:t>Dawson let the conversation idle, watching sunlight fracture across the bay's surface. When he shifted gears, it was with the practiced ease of a man who'd made this pitch before.</w:t>
        <w:br/>
        <w:br/>
        <w:t>"You know, Bob, there's something happening in Newport these days that's more... stimulating than the usual charity circuit." His smile carried just enough private knowledge to intrigue without revealing. "The city's evolving. People want authenticity. A place to drop the masks, meet genuine company. No Newport theater. Just honest connection."</w:t>
        <w:br/>
        <w:br/>
        <w:t>Bob sipped his coffee, saying nothing. The proposition settled between them.</w:t>
        <w:br/>
        <w:br/>
        <w:t>Dawson leaned forward, voice dropping to confidential register. "I've been hosting intimate gatherings—invitation only. Curated crowd, no gossip columnists. You'd appreciate the caliber of people. There's one this Friday, actually. Some remarkable individuals flying in from the city." That practiced grin flashed again. "I thought you might enjoy the conversation. Or at least the entertainment value."</w:t>
        <w:br/>
        <w:br/>
        <w:t>Bob had caught whispers about Dawson's new venture—the parties, the carefully managed rumors, the sudden influx of out-of-town visitors. "Appreciate the thought, Steve," he said, tone level as still water. "But I'm not much for entertainment these days. I prefer my evenings quiet. My company uncomplicated."</w:t>
        <w:br/>
        <w:br/>
        <w:t>Dawson's eyebrows lifted—surprise that seemed too unguarded to be performance. "Really? Peter Marshall suggested you'd be interested. Said you'd been looking for something more... dynamic. His exact words, actually. When Peter vouches for someone, I tend to listen."</w:t>
        <w:br/>
        <w:br/>
        <w:t>That hit wrong. Bob set down his mug, studying Dawson with new attention. "Peter and I aren't exactly confidants," he said, voice carrying a note of genuine puzzlement. "We move in different orbits. If he thinks I'm hunting for excitement, he's either projecting his own needs or confusing me with someone else entirely."</w:t>
        <w:br/>
        <w:br/>
        <w:t>Dawson held his gaze a beat too long, smile cooling into something more calculating. "Maybe he is," he replied, but there was an edge now. "Peter's judgment has been... questionable lately. His version of 'dynamic' might not align with yours or mine."</w:t>
        <w:br/>
        <w:br/>
        <w:t>The words carried weight beyond their surface meaning. Bob caught the implication—Peter's name had become currency Dawson was reconsidering.</w:t>
        <w:br/>
        <w:br/>
        <w:t>"Still," Bob said finally, "thanks for thinking of me. But I'll pass."</w:t>
        <w:br/>
        <w:br/>
        <w:t>Dawson's laugh came softer this time, almost philosophical. "Can't fault a man for trying." But the question hung between them like smoke—why Peter had offered Bob's name, and why Dawson had bothered to collect on it.</w:t>
      </w:r>
    </w:p>
    <w:p/>
    <w:p>
      <w:r>
        <w:rPr>
          <w:i/>
        </w:rPr>
        <w:t>12.5: Bob expresses bewilderment that Peter would make such a recommendation, noting they aren't particularly close friends and their social preferences seem quite different based on what he's observed about Peter's questionable choices.</w:t>
      </w:r>
    </w:p>
    <w:p>
      <w:r>
        <w:rPr>
          <w:i/>
        </w:rPr>
        <w:t>12.6: Dawson's expression darkens slightly as he responds with a wry smile, making oblique references to Peter's "questionable judgment" and "inappropriate behavior" without elaborating on specifics, though his tone suggests growing frustration with Peter that extends beyond simple social missteps.</w:t>
      </w:r>
    </w:p>
    <w:p/>
    <w:p>
      <w:r>
        <w:t>Bob let Dawson's last words hang in the salt air, the way you let a fish tire itself out before hauling it aboard. The harbor was stirring now—an engine coughing to life near the marina, the distant splash of someone's morning swim. He set his mug down with a deliberate tick against the teak.</w:t>
        <w:br/>
        <w:br/>
        <w:t>"I have to admit, I'm surprised Peter thought I'd be a candidate for your kind of gathering." Bob's tone carried the flat precision of a man stating facts for the record. "We barely know each other. Sure, we cross paths at the usual functions, but I can't recall the last time we had what you'd call a conversation. And from what I've observed, his idea of 'adventurous' usually involves crossing lines most people have sense enough to respect."</w:t>
        <w:br/>
        <w:br/>
        <w:t>Dawson's smile held, but something shifted behind it—the warmth draining out like water from a cracked hull. "Peter's always fancied himself the center of Newport's social universe. He drops names when he thinks it'll buy him credibility. Yours, mine, others." The words came smooth as varnish, but with an undertone that could strip paint. "Problem is, he forgets that credibility has to be earned. And lately, his account's been running dry."</w:t>
        <w:br/>
        <w:br/>
        <w:t>Bob lifted one shoulder—a gesture that said he had no intention of getting tangled in Peter's web, not at this stage of his life. "Well, if he's recommending me as a thrill-seeker, he's either desperate or delusional. Most days, I just want my engine running and my slip fees current. That's about as dangerous as I get."</w:t>
        <w:br/>
        <w:br/>
        <w:t>Dawson pushed his coffee aside, gaze turning inward to some private calculation. When he spoke again, his voice dropped to the register men use for sharing unpleasant truths. "Peter's judgment isn't what it used to be. He's been making promises he can't keep, threats he shouldn't make—sometimes in the same conversation. You know the type. They don't recognize the edge until they're already falling."</w:t>
        <w:br/>
        <w:br/>
        <w:t>The rigging creaked softly in the breeze. Dawson's next words carried the dry bite of a man who'd watched too many train wrecks from too close a distance.</w:t>
        <w:br/>
        <w:br/>
        <w:t>"His specialty these days seems to be inappropriate behavior. Not just the garden-variety Newport indiscretions—he's managed to pioneer new forms of liability." His eyes found Bob's again, measuring. "I'm sure you've caught wind of things. Everyone has. But some of what's been happening lately..." He let the sentence die, then resurrected it with surgical precision. "Let's say I'm not surprised he's burning bridges faster than he can build them."</w:t>
        <w:br/>
        <w:br/>
        <w:t>The smile returned, thin as old ice. "You're smart to keep your distance. Sometimes the only thing you can do is watch the current carry a man out to sea and hope he doesn't grab your anchor line on the way down."</w:t>
      </w:r>
    </w:p>
    <w:p/>
    <w:p>
      <w:r>
        <w:rPr>
          <w:i/>
        </w:rPr>
        <w:t>12.7: During their conversation, Dawson's attention occasionally drifts to Matt's tool chest positioned near the yacht's workstation, asking casual questions about the craftsmanship project and admiring the quality of the specialized woodworking equipment with particular interest.</w:t>
      </w:r>
    </w:p>
    <w:p>
      <w:r>
        <w:rPr>
          <w:i/>
        </w:rPr>
        <w:t>12.8: When Bob steps below deck to refill their coffee, ostensibly giving Dawson a few moments alone on deck, Dawson examines the tool chest more closely, noting the rare Fujihiro chisels and their potential usefulness.</w:t>
      </w:r>
    </w:p>
    <w:p/>
    <w:p>
      <w:r>
        <w:t>Dawson let the silence stretch, his gaze wandering the deck with what passed for idle appreciation. But Bob caught the way he catalogued details—the grain pattern in the teak, the brass cleats polished to mirror finish, the precise mortise work on a folding table. When Dawson's attention settled on Matt Beckham's tool chest near the workstation, something shifted in his posture. The chest sat open just enough to reveal its contents: handles nested in custom-cut foam, steel glinting like promises.</w:t>
        <w:br/>
        <w:br/>
        <w:t>"Hell of a kit," Dawson said, voice carrying that practiced casualness Bob had heard him use when discussing wine vintages or real estate. "Beckham's work?"</w:t>
        <w:br/>
        <w:br/>
        <w:t>"Matt built the chest himself. Storm-felled oak from Fort Adams—turned it into something that'll outlast both of us." Bob's pride was genuine, unguarded. "Keeps his tools sharper than a deacon's conscience."</w:t>
        <w:br/>
        <w:br/>
        <w:t>Dawson crouched beside the chest, fingers hovering over the brass fittings like a man afraid to disturb something sacred. "Japanese chisels?" His tone held the reverence of a collector spotting museum pieces. "Fujihiro, unless I miss my guess."</w:t>
        <w:br/>
        <w:br/>
        <w:t>Bob's eyebrows lifted. "You know your steel."</w:t>
        <w:br/>
        <w:br/>
        <w:t>"I appreciate craftsmanship." Dawson's smile was all surface, but his eyes stayed hungry. "Matt's been working on your companionway project?"</w:t>
        <w:br/>
        <w:br/>
        <w:t>"Replacing the old mahogany. Tolerances tighter than a miser's purse." Bob gestured toward the half-finished work. "Takes a delicate touch."</w:t>
        <w:br/>
        <w:br/>
        <w:t>"Or a steady hand," Dawson murmured, straightening. "A man could do precise work with tools like those. Very precise."</w:t>
        <w:br/>
        <w:br/>
        <w:t>Bob's phone buzzed from below—a sharp interruption that broke whatever spell the morning had cast. He excused himself with a wave toward the galley. "Let me freshen the coffee. You still taking it black?"</w:t>
        <w:br/>
        <w:br/>
        <w:t>"Black's perfect."</w:t>
        <w:br/>
        <w:br/>
        <w:t>The moment Bob's footsteps faded down the companionway, Dawson's mask slipped. He moved to the chest with predatory efficiency, lifting the lid higher. The interior was a symphony of organization: each tool nested in its designated space, edges honed to surgical sharpness. He selected a chisel—narrow, perfectly balanced, the kanji characters etched into its steel catching the morning light.</w:t>
        <w:br/>
        <w:br/>
        <w:t>Dawson tested its weight, thumb tracing the razor edge. It would slide into a coat sleeve, vanish into a jacket pocket. He didn't take it—not yet—but his fingers memorized its dimensions, the way it wanted to be held.</w:t>
        <w:br/>
        <w:br/>
        <w:t>Everything went back exactly as he'd found it. By the time Bob's footsteps creaked on the ladder, Dawson was at the rail, hands clasped behind his back, studying the harbor traffic with the detached interest of a man who had nothing more pressing on his mind than the morning's gentle beauty.</w:t>
      </w:r>
    </w:p>
    <w:p/>
    <w:p>
      <w:r>
        <w:rPr>
          <w:i/>
        </w:rPr>
        <w:t>12.9: Dawson reveals his concern about Peter's increasingly erratic behavior, particularly his threats against Matt Beckham and the Newport Second Wives Club, mentioning that Peter has been making wild accusations about Matt being a "gigolo" and threatening to expose Kim Marshall's involvement.</w:t>
      </w:r>
    </w:p>
    <w:p>
      <w:r>
        <w:rPr>
          <w:i/>
        </w:rPr>
        <w:t>12.10: Dawson assures Bob these allegations against Matt are completely baseless, ironically noting that such accusations are precisely why he left Sally's legitimate operation to start his own "more honest" club that doesn't pretend to be purely platonic.</w:t>
      </w:r>
    </w:p>
    <w:p/>
    <w:p>
      <w:r>
        <w:t>Dawson accepted his refilled mug with a nod, but the social veneer had worn thin. His fingers drummed against the ceramic—not nervous energy, but the measured tempo of a man organizing his thoughts for maximum impact.</w:t>
        <w:br/>
        <w:br/>
        <w:t>"You know, Peter's been making quite the spectacle of himself lately." Dawson's gaze drifted to the harbor traffic, but his voice carried the precision of a surgeon making the first incision. "Ranting to anyone who'll listen about Matt Beckham being some kind of gigolo. Claims Kim Marshall's running an escort service through Sally's dance studio. Says he has evidence that'll blow the whole thing wide open."</w:t>
        <w:br/>
        <w:br/>
        <w:t>Bob's coffee went still in his hands. "That's horseshit. Anyone with eyes can see Sally runs a legitimate operation."</w:t>
        <w:br/>
        <w:br/>
        <w:t>"Of course it is." Dawson's smile held no warmth. "But Peter's not interested in facts. He's interested in leverage. Or cash. Probably both." He paused, letting a fishing boat's wake slap against the hull. "The man's turned into a one-man wrecking crew, showing up at the yacht club with photocopied bank statements, cornering people at the marina with his conspiracy theories."</w:t>
        <w:br/>
        <w:br/>
        <w:t>Dawson set his mug down with deliberate care. "Here's the real joke—Matt and Sally are probably the only people in Newport who actually mean what they say. No side deals, no wink-and-nudge arrangements. Hell, that's why I left." His hands opened in a gesture that might have been honesty or performance art, but his shoulders straightened with unmistakable pride. "I got tired of the charade. All that 'companionship and conversation' nonsense when everyone knows what these women really want. So I started my own club. No fairy tales, no Victorian pretense. If someone's looking for more than bridge lessons, at least I don't insult their intelligence."</w:t>
        <w:br/>
        <w:br/>
        <w:t>The harbor breeze shifted, carrying the smell of low tide and diesel fuel. Dawson's voice dropped to match it.</w:t>
        <w:br/>
        <w:br/>
        <w:t>"But Peter? He's going after the only people in town who actually try to keep their hands clean. Not because he gives a damn about morality—he just wants to watch it all burn so he can sift through the wreckage for loose change."</w:t>
        <w:br/>
        <w:br/>
        <w:t>Bob set down his mug harder than necessary. "Sally's been good to this town. Peter comes after her, he'll have more than bank statements to worry about."</w:t>
        <w:br/>
        <w:br/>
        <w:t>Dawson's eyes found the tool chest again, lingering on the brass fittings like a man pricing antiques. "The accusations won't stick to Kim or Matt. They're too careful. But the stink will hang around Newport like fog off the water, and in a town like this, that fog never lifts."</w:t>
        <w:br/>
        <w:br/>
        <w:t>Bob said nothing more. He watched a cormorant dive near the breakwater and felt the morning's peace slip away like a tide he couldn't hold back.</w:t>
      </w:r>
    </w:p>
    <w:p/>
    <w:p>
      <w:r>
        <w:rPr>
          <w:i/>
        </w:rPr>
        <w:t>12.11: When Bob mentions his hope that Peter's upcoming party might help him find legitimate investors, Dawson's laugh carries a bitter edge, suggesting he doubts Peter's ability to attract serious business partners given his current reputation and desperate behavior.</w:t>
      </w:r>
    </w:p>
    <w:p>
      <w:r>
        <w:rPr>
          <w:i/>
        </w:rPr>
        <w:t>12.12: As Dawson prepares to leave, he makes a cryptic comment about hoping Peter doesn't do anything "irreversibly stupid" that might damage everyone associated with Newport's social scene, leaving Bob feeling unsettled by undercurrents he doesn't fully understand.</w:t>
      </w:r>
    </w:p>
    <w:p/>
    <w:p>
      <w:r>
        <w:t>Bob shifted his mug, searching for warmth that had already fled. "Maybe this party'll help Peter get his head straight. He's talking up new investors—says he's got some big fish from Boston interested in his next venture. Little Newport hospitality, maybe it turns everything around. Maybe he stops chasing ghosts."</w:t>
        <w:br/>
        <w:br/>
        <w:t>Dawson laughed—sharp, unpleasant. "Investors?" He let the word hang in the salt air. "Bob, the only thing Peter Marshall's attracting these days are vultures who want ringside seats for the crash. Serious money doesn't wade into scandals—they buy lifeboats and wave goodbye from shore." His gaze drifted toward the harbor mouth. "Peter starts pitching business plans after the second Mai Tai, I'd keep your wallet buttoned tight."</w:t>
        <w:br/>
        <w:br/>
        <w:t>Bob's smile flickered, died. "Still. He's got the Marshall name. That counts for something."</w:t>
        <w:br/>
        <w:br/>
        <w:t>"Maybe it buys him a few more minutes before the music stops." Dawson shrugged with practiced indifference.</w:t>
        <w:br/>
        <w:br/>
        <w:t>The silence stretched between them. Dawson set his mug on the rail with deliberate precision, the ceramic meeting teak with a soft click.</w:t>
        <w:br/>
        <w:br/>
        <w:t>"Well. I should let you get back to your morning. Got a lunch at Spinnaker's—club business." His tone stayed light, but something had shifted behind his eyes.</w:t>
        <w:br/>
        <w:br/>
        <w:t>At the gangway's edge, Dawson paused. The morning sun threw his shadow across the deck, cutting clean between light and shade. "Just a word of advice, Bob. You might want to stay clear of the splash zone at Peter's party." He tapped his temple. "Sometimes a man gets desperate enough, he does something irreversibly stupid. When that happens, it's rarely just him who gets wet."</w:t>
        <w:br/>
        <w:br/>
        <w:t>The harbor breeze carried diesel fumes and distant laughter from the tourist boats. Bob heard none of it. He watched Dawson's figure dissolve into the morning glare, his hands tightening on the rail.</w:t>
        <w:br/>
        <w:br/>
        <w:t xml:space="preserve">For the first time that morning, cold touched his spine. The warning had been delivered with surgical precision—not about business failure, but about what desperate men do when their backs hit the wall. Bob thought of Peter's manic energy lately, the forced brightness in his voice when he talked about fresh starts and second chances. </w:t>
        <w:br/>
        <w:br/>
        <w:t>All he could do now was wait and see which way the tide would turn.</w:t>
      </w:r>
    </w:p>
    <w:p/>
    <w:p>
      <w:r>
        <w:br w:type="page"/>
      </w:r>
    </w:p>
    <w:p>
      <w:pPr>
        <w:pStyle w:val="Heading1"/>
      </w:pPr>
      <w:r>
        <w:t>Chapter 13: Matt Visits Bob Donnelly to Finish Project</w:t>
      </w:r>
    </w:p>
    <w:p/>
    <w:p>
      <w:r>
        <w:rPr>
          <w:i/>
        </w:rPr>
        <w:t>13.1: Matt Beckham returns to Bob Donnelly's yacht "Fair Winds" to complete the intricate inlay work on the bar countertop, carefully fitting the final pieces of rare wood that showcase both men's appreciation for traditional craftsmanship as morning sun illuminates the finished project.</w:t>
      </w:r>
    </w:p>
    <w:p>
      <w:r>
        <w:rPr>
          <w:i/>
        </w:rPr>
        <w:t>13.2: Bob examines the finished countertop with obvious satisfaction, running his fingers along the seamless joints and praising Matt's meticulous attention to detail, demonstrating genuine appreciation for the quality and complexity of the craftsmanship.</w:t>
      </w:r>
    </w:p>
    <w:p/>
    <w:p>
      <w:r>
        <w:t>Matt Beckham let himself onto the deck of Fair Winds with the silent confidence of a man comfortable around both mahogany and men who measured their worth by the yard. The yacht bobbed in her slip, her hull catching the fractured light off Newport Harbor, all white polish and the faint brine of old money. Matt's toolbox—a scarred veteran with brass corners and a history—hung heavy in his grasp. He navigated around winches and neatly coiled lines, boots muffled on sun-warmed teak.</w:t>
        <w:br/>
        <w:br/>
        <w:t>Inside, the cabin was washed in the kind of morning light architects fantasize about but rarely achieve. Dust motes drifted like slow confetti above the inlayed bar, where Matt's tools and a handful of exotic wood strips waited for the last ritual. He set to work with measured patience, each movement economical, his focus narrowing to the puzzle of wood grain and glue. The air in the cabin was sharp with citrus oil and the faintest tang of varnish, mixing with the scent of Bob's morning coffee.</w:t>
        <w:br/>
        <w:br/>
        <w:t>The countertop was a labor of weeks: a compass rose set amid curling waves, the points rendered in holly, the sea in black walnut and maple. Matt had carved the tiny dolphins himself, each no bigger than a thumbnail—details you'd only notice if you were the sort who cared. He pressed the final piece, a sliver of rosewood, into its mortise. The fit was tight; the satisfaction, silent. He wiped away a bead of glue, then stepped back.</w:t>
        <w:br/>
        <w:br/>
        <w:t>Bob Donnelly emerged from the galley, mug in hand, pausing at the threshold. For a moment, he said nothing. He set his coffee down, then ran the flat of his palm along the bar, tracing the joinery, the direction of the grain, the way the inlay caught the angled sunlight. He tapped his fingers—once, twice—over an edge so flush it might have been grown that way.</w:t>
        <w:br/>
        <w:br/>
        <w:t>"Jesus, Matt." Bob's voice carried the weight of recognition. "You didn't just repair it. You made it better than new. Better than I ever pictured."</w:t>
        <w:br/>
        <w:br/>
        <w:t>His eyes stayed on the countertop, reading the story written in wood: the nod to old schooners, the sly wink at Bob's racing days, details layered for a man who'd recognize them. He lingered at a dolphin, thumb brushing the tiny fin.</w:t>
        <w:br/>
        <w:br/>
        <w:t>"I've seen museum pieces with less soul. You could teach those restoration hacks at Herreshoff a thing or two."</w:t>
        <w:br/>
        <w:br/>
        <w:t>Matt allowed himself a rare grin. "If you tell them that, you'll ruin my reputation for modesty."</w:t>
        <w:br/>
        <w:br/>
        <w:t>Bob laughed—short, genuine, not the practiced yacht club chuckle but the sound of a man truly pleased. He looked up, blue eyes as sharp as salt spray. "This is art, Matt. Not just craft. You know that, right?"</w:t>
        <w:br/>
        <w:br/>
        <w:t>Matt shrugged, not quite meeting his gaze. "Just trying to do the wood justice."</w:t>
        <w:br/>
        <w:br/>
        <w:t>"No." Bob shook his head. "You're doing yourself justice. And giving this old boat more than she deserves."</w:t>
        <w:br/>
        <w:br/>
        <w:t>For a moment, the yacht was quiet but for the soft slap of water against the hull and the squeak of the dock lines. Two men and a bar—one proud, one quietly gratified—basking in the rare satisfaction of work done right, and recognized.</w:t>
      </w:r>
    </w:p>
    <w:p/>
    <w:p>
      <w:r>
        <w:rPr>
          <w:i/>
        </w:rPr>
        <w:t>13.3: Impressed by the quality of Matt's work, Bob formally commissions him to create an even more elaborate McNaughton desk with additional secret compartments and sophisticated mechanisms, discussing potential improvements to the historical design while Matt shows enthusiasm for the challenging project.</w:t>
      </w:r>
    </w:p>
    <w:p>
      <w:r>
        <w:rPr>
          <w:i/>
        </w:rPr>
        <w:t>13.4: As Matt carefully packs his specialized tools into his chest, Bob recounts yesterday's unexpected visit from Steve Dawson, describing the encounter with a mixture of puzzlement and concern about the man's underlying tension and apparent agenda.</w:t>
      </w:r>
    </w:p>
    <w:p/>
    <w:p>
      <w:r>
        <w:t>Bob lingered at the bar, fingers tracing the inlay's edge as if reluctant to let the spell break. Then he straightened, some private calculation resolved.</w:t>
        <w:br/>
        <w:br/>
        <w:t>"Matt, I want you for another project. Something ambitious." He paused, thumb circling the rim of his mug. "That McNaughton desk I inherited from my grandfather—beautiful old thing, but the drawers stick and the secret compartment's about as subtle as a fire alarm. I want a new one. Built right this time. More clever. More... you."</w:t>
        <w:br/>
        <w:br/>
        <w:t>Matt's eyebrows rose. He set his rag down, curiosity piqued. "Full bespoke? Custom layout, hidden locks, false bottoms—the works?"</w:t>
        <w:br/>
        <w:br/>
        <w:t>"And then some." Bob's smile warmed. "I want compartments so subtle I could sit the IRS, a divorce attorney, and my mother-in-law in front of it—not one would find them. But it needs to look like it's been there since the days of sail. None of that shiny modern stuff. Pull this off, and it'll be the centerpiece of the study. Maybe even tempt my nephew into learning the lost art of writing a letter."</w:t>
        <w:br/>
        <w:br/>
        <w:t>Matt grinned, already sketching mechanical solutions in his head. "I've got ideas. Modern adhesives, but period joinery. Maybe a spring latch buried in the molding, activated by a hidden dowel. We could use some of that Cuban mahogany I've been saving, and I know just the brass for the locks." He hesitated. "I'll draw up concepts by Friday. You'll get your money's worth."</w:t>
        <w:br/>
        <w:br/>
        <w:t>Bob clapped him on the shoulder—the gesture both business and friendship. "If this desk is half as good as your bar, I'll have to put velvet ropes around it."</w:t>
        <w:br/>
        <w:br/>
        <w:t>Matt chuckled, but his hands were already moving. Tools returned to their slots, cloths folded with the habitual care of a man who trusts nothing to luck. He had just snapped the brass latches when Bob's tone shifted—less jovial now, pitched low as if the wood itself might be listening.</w:t>
        <w:br/>
        <w:br/>
        <w:t>"Speaking of which—did I mention Dawson showed up yesterday?"</w:t>
        <w:br/>
        <w:br/>
        <w:t>Matt paused, brow furrowing. "Steve Dawson? Here?"</w:t>
        <w:br/>
        <w:br/>
        <w:t>"Dropped by unannounced. Said he was just 'checking in' on an old friend, but you know how some people talk—too easy, like they're selling you something and measuring for the drapes at the same time." Bob leaned against the bulkhead, gaze distant. "Something was off about the whole visit. He had this restlessness. Like he wanted to say more but was afraid he'd already said too much."</w:t>
        <w:br/>
        <w:br/>
        <w:t>Matt's grip tightened on the tool chest handle. "That man never drops by without an angle."</w:t>
        <w:br/>
        <w:br/>
        <w:t>"Exactly what I thought." Bob's eyes narrowed. "He kept checking his watch, kept glancing toward the harbor like he was expecting someone. Or maybe worried someone might see him here." His voice dropped further. "I can't put my finger on it, but there was something tight in his voice—almost like he's worried about what comes next. Whatever he's mixed up in, it's got him spooked."</w:t>
        <w:br/>
        <w:br/>
        <w:t>Matt closed the chest, the click echoing in the quiet cabin. He read the concern in Bob's face and felt it settle in his own bones—an unease that couldn't be sanded smooth.</w:t>
      </w:r>
    </w:p>
    <w:p/>
    <w:p>
      <w:r>
        <w:rPr>
          <w:i/>
        </w:rPr>
        <w:t>13.5: Bob explains Dawson's surprise at his refusal to join the club, particularly since Peter Marshall had specifically recommended Bob as a potential member, leading Bob to suspect Peter is throwing out names for commission referrals from Dawson.</w:t>
      </w:r>
    </w:p>
    <w:p>
      <w:r>
        <w:rPr>
          <w:i/>
        </w:rPr>
        <w:t>13.6: Bob expresses bewilderment about Peter's presumption, noting they aren't close friends and their tastes seem entirely different based on what he hears about Peter's improper predilections, while mentioning Dawson's wry smile when alluding to Peter's inappropriate behavior.</w:t>
      </w:r>
    </w:p>
    <w:p/>
    <w:p>
      <w:r>
        <w:t>Bob turned his mug in slow circles, gaze fixed where the sunlight fractured on the countertop. "Funny thing—Dawson didn't just drop in for chit-chat. He acted surprised when I told him I wasn't interested in joining his 'club.' Almost offended. Said he'd heard I was open-minded, good company." Bob's mouth twisted. "Turns out Peter Marshall's been tossing my name around. Told Dawson I'd be a perfect fit."</w:t>
        <w:br/>
        <w:br/>
        <w:t>Matt's eyebrows creased. "Peter—recruiting for Dawson now?"</w:t>
        <w:br/>
        <w:br/>
        <w:t>"Apparently. Dawson was almost apologetic about it, said Peter vouched for me, claimed we were old sailing buddies." Bob snorted. "I set him straight. We've maybe shared a drink at the club, but that's it. Peter's idea of friendship is anyone with a wallet bigger than his problems."</w:t>
        <w:br/>
        <w:br/>
        <w:t>The yacht creaked faintly at her mooring. Bob sipped his coffee, buying himself a moment. "You know what gets me? Dawson seemed genuinely puzzled I'd say no. Like it was a foregone conclusion—anyone from our set, especially if Peter vouched for them, would jump at the chance." He shook his head. "I told him—politely, mind you—that I've got all the 'adventure' I need restoring boats and dodging the IRS. Didn't seem to compute."</w:t>
        <w:br/>
        <w:br/>
        <w:t>Matt set a chisel in its velvet slot. "He pushing hard?"</w:t>
        <w:br/>
        <w:br/>
        <w:t>"Not overt. Just that salesman undertow. And you could see the wheels turning." Bob's expression soured. "If Peter's getting a cut for referrals, explains a lot. The man's in hock up to his eyeballs. Probably pitching every name he knows, hoping for commission checks to bail himself out. No loyalty. Just leverage. Dawson saw right through it, too."</w:t>
        <w:br/>
        <w:br/>
        <w:t>He paused, thumb drumming the wood. "Here's the kicker—Dawson got this little smile when he mentioned some of Peter's 'after-hours parties.' Didn't spell it out, but you know the look: half amusement, half warning. Like he's seen things even he wouldn't touch." Bob's voice dropped. "Said, 'Peter's got an appetite for trouble, but not the taste to match.'"</w:t>
        <w:br/>
        <w:br/>
        <w:t>Matt let out a low whistle.</w:t>
        <w:br/>
        <w:br/>
        <w:t>"Whatever Peter's into, it sure as hell isn't my scene. I don't mind a good time, but there's a line." Bob gave Matt a measuring glance, as if confirming they still spoke the same moral dialect. "Funny how some people think we all want what they want. Says more about them than it ever will about us."</w:t>
        <w:br/>
        <w:br/>
        <w:t>He looked back at the inlay, fingers drumming softly—grounding himself in the difference between workmanship and carelessness, craft and corruption.</w:t>
      </w:r>
    </w:p>
    <w:p/>
    <w:p>
      <w:r>
        <w:rPr>
          <w:i/>
        </w:rPr>
        <w:t>13.7: Bob reveals his reluctant decision to attend Peter's upcoming yacht party solely out of respect for Karl Marshall's memory and support for the proposed cancer wing dedication, demonstrating his principled approach to social obligations.</w:t>
      </w:r>
    </w:p>
    <w:p>
      <w:r>
        <w:rPr>
          <w:i/>
        </w:rPr>
        <w:t>13.8: When Bob wonders aloud whether Kim Marshall will attend the party, Matt doubts she'll risk another confrontation with Peter, prompting Bob to teasingly question how close Matt and Kim have become that he would know her social plans so confidently.</w:t>
      </w:r>
    </w:p>
    <w:p/>
    <w:p>
      <w:r>
        <w:t>Bob's gaze drifted to the harbor beyond the porthole, where morning light carved diamonds from choppy water. "I'll tell you something, Matt—I said no to Dawson, but I couldn't say no to Peter. Not this week." His shoulders carried the weight of old obligations. "He's throwing one of those affairs on Liquid Assets Friday night. Full Newport circus—catered, live band, speechifying about Karl's cancer wing. I don't like the man. Never have. But Karl was…" He let the sentence hang. "Someone needs to fly the flag, even if it's just to keep the memory honest."</w:t>
        <w:br/>
        <w:br/>
        <w:t>Matt nodded, keeping judgment off his face. The obligations of old friendships—they clung tighter than barnacles, no matter how much you scraped. "You're a better man than I am, Bob. I'd find an excuse."</w:t>
        <w:br/>
        <w:br/>
        <w:t>"You'd mail a condolence card and send whiskey." Bob's grin carried desert-dry humor. "But if we all start ducking the hard invitations, the only people left in the room will be the ones who never had scruples to begin with." His fingers pressed the countertop's edge, grounding himself in honest craftsmanship. "I'll go. Toast the wing, say a few words, then escape before the midnight shenanigans."</w:t>
        <w:br/>
        <w:br/>
        <w:t>He paused, shooting Matt a sidelong look. "Kim Marshall going to be there, you think?"</w:t>
        <w:br/>
        <w:br/>
        <w:t>Matt's hand stilled, chisel halfway to its felt groove. "Doubt it. After everything with Peter at the Castle Inn… she's not stepping back into that lion's den. Not unless she has to."</w:t>
        <w:br/>
        <w:br/>
        <w:t>Bob's eyes lit with familiar mischief. "Well, listen to you. Almost sounds like you know her social calendar better than her secretary." He nudged Matt's elbow. "Unless you've taken to reading her RSVP pile, want to explain how you're so sure?"</w:t>
        <w:br/>
        <w:br/>
        <w:t>Matt rolled his eyes, but Bob pressed on, the teasing unmistakable: "Or maybe you're spending enough time at Shelcourt these days to know who's hiding from whom?"</w:t>
        <w:br/>
        <w:br/>
        <w:t>No malice in it—just the practiced needle of a man who'd watched his friend circle something tender for too long. Bob's grin widened, unrepentant. "Honestly, Matt, if I didn't know better, I'd say Newport's second most eligible bachelor is finally letting himself have skin in the game."</w:t>
        <w:br/>
        <w:br/>
        <w:t>Matt snorted, snapping the tool chest shut with unnecessary force. "If by 'skin' you mean teaching her to sharpen a chisel, then sure. That's the scandal."</w:t>
        <w:br/>
        <w:br/>
        <w:t>Bob's laughter bounced off varnished wood, rich and knowing. "Uh huh. That's always how it starts."</w:t>
      </w:r>
    </w:p>
    <w:p/>
    <w:p>
      <w:r>
        <w:rPr>
          <w:i/>
        </w:rPr>
        <w:t>13.9: Matt protests that he simply visited to help Kim with an antique restoration project, explaining he showed her proper chisel technique, which causes Bob to laugh appreciatively at the unintended double entendre while Matt moves from annoyance to joining the laughter and insisting "it's not like that."</w:t>
      </w:r>
    </w:p>
    <w:p>
      <w:r>
        <w:rPr>
          <w:i/>
        </w:rPr>
        <w:t>13.10: Bob responds with gentle wisdom: "But ah, my friend, maybe it should be," revealing his genuine affection for Matt and his hope that Matt might find happiness again after years of mourning his deceased wife.</w:t>
      </w:r>
    </w:p>
    <w:p/>
    <w:p>
      <w:r>
        <w:t>Matt snorted, still half-bristling. "For the record, the only thing I've been up to at Shelcourt is showing Kim how to clean up the marquetry on an eighteenth-century breakfront. She's got the right eye—just needed a lesson in not butchering the veneer with dull tools." He grabbed the last chisel, rolling it between his fingers like evidence. "We spent half the afternoon talking about French polish and glue squeeze-out. Riveting stuff."</w:t>
        <w:br/>
        <w:br/>
        <w:t>Bob's eyebrows climbed. "'Showing her how to use a chisel,' huh?" The words hung in the air, sly as a cat with cream on its whiskers. "That's what the kids are calling it these days?"</w:t>
        <w:br/>
        <w:br/>
        <w:t>Matt shot him a look—half exasperation, half silent plea for mercy—but Bob was already laughing, deep and infectious, bouncing off mahogany and brass. "Careful, Beckham. That's just the sort of line that gets a man's name up in lights at the salon."</w:t>
        <w:br/>
        <w:br/>
        <w:t>Matt's annoyance wavered. He set the chisel down, surrendering to the absurdity. "You'd think after all these years, I'd get credit for one conversation with a widow that doesn't end up in the society pages." His mouth quirked despite himself. "I'm telling you, it's not like that."</w:t>
        <w:br/>
        <w:br/>
        <w:t xml:space="preserve">Bob's laughter faded to a gentle smile, but the warmth in his eyes lingered. "But ah, my friend—maybe it should be." </w:t>
        <w:br/>
        <w:br/>
        <w:t>He said it quietly, the jest gone, replaced by something softer and older than their friendship: hope, dressed up in plainspoken care.</w:t>
        <w:br/>
        <w:br/>
        <w:t>Matt hesitated—not defensive now, just unsettled. The bar's new inlay caught the light in shifting patterns, like a tide pulling him forward against his will. Bob didn't press, simply waited, letting the silence stretch.</w:t>
        <w:br/>
        <w:br/>
        <w:t>"You know," Bob said finally, voice pitched low, "there's more to life than work and ghosts. Your hands build beautiful things, but you get to have something for yourself, too. If not Kim, then someone." He gestured at the completed inlay. "Hell, even old boats need their share of new varnish now and then."</w:t>
        <w:br/>
        <w:br/>
        <w:t>Matt tried for a smirk but it landed crooked, betraying more than he meant to. "That's a dangerous sentiment, coming from a man who's spent the better part of fifty years married to teak and epoxy."</w:t>
        <w:br/>
        <w:br/>
        <w:t>Bob shrugged, unoffended. "Even teak gets lonely in drydock."</w:t>
        <w:br/>
        <w:br/>
        <w:t>Outside, the wind rattled the rigging. Something in Matt's chest shifted—a warning, or maybe the start of possibility. He closed the tool chest with deliberate care, grounding himself in the familiar weight and precision of brass latches.</w:t>
        <w:br/>
        <w:br/>
        <w:t>"Yeah," he said, almost to himself. "Maybe it should be."</w:t>
      </w:r>
    </w:p>
    <w:p/>
    <w:p>
      <w:r>
        <w:rPr>
          <w:i/>
        </w:rPr>
        <w:t>13.11: The conversation turns serious when Bob shares Dawson's concerns about Peter's increasingly desperate threats, including wild accusations about Matt being a "gigolo" and threats to expose the Newport Second Wives Club as an escort service, with Dawson laughingly assuring these allegations are false while noting such pretense was why he left Sally's operation.</w:t>
      </w:r>
    </w:p>
    <w:p>
      <w:r>
        <w:rPr>
          <w:i/>
        </w:rPr>
        <w:t>13.12: As Matt secures his tool chest and prepares to leave, both men feel the weight of mounting tensions surrounding Peter's desperation, completely unaware that the very tools Matt carefully protects may already be compromised by Dawson's earlier visit.</w:t>
      </w:r>
    </w:p>
    <w:p/>
    <w:p>
      <w:r>
        <w:t>Bob grew quiet, thumb working a scuff in the countertop. The easy laughter died, replaced by something sharper. "You know, Dawson's been stirring the pot again. Ran into him at the club yesterday—he's on a tear about Peter. Says Peter's slipping into wild territory, threats flying every which way." Bob shot Matt a sidelong look. "Dawson claims Peter's started telling anyone who'll listen that you're some kind of professional gigolo. Says you're fleecing Newport widows with Sally's blessing."</w:t>
        <w:br/>
        <w:br/>
        <w:t>Matt snorted, but the sound came out flat. "That's rich. Dawson calling someone a gigolo. He's the one who wanted to put out a price list."</w:t>
        <w:br/>
        <w:br/>
        <w:t>Bob's smile was thin as paper. "Yeah, well, Dawson was laughing about it—says it's all nonsense, of course. Complete fabrication. But he's not joking about Peter being dangerous. Says Peter's desperate enough to torch the whole thing just to see who gets burned." Bob's expression darkened. "Dawson left Sally's operation because she wouldn't let him run it like a real escort business—too much paperwork, not enough action. Called your club 'Disneyland for the half-dead.' But even he thinks Peter's crossed a line."</w:t>
        <w:br/>
        <w:br/>
        <w:t>The words hung between them like smoke. Matt finished packing his chisels, each one slotted into its felt cradle with surgical precision. He'd always believed in protecting his tools—steel kept sharp, hinges oiled, locks clicked tight. But people? People were messier. "Let Peter run his mouth. Truth has a way of outlasting rumor."</w:t>
        <w:br/>
        <w:br/>
        <w:t>Bob didn't look convinced. "This is Newport, Matt. Truth's whatever the last person in the room believes. And Peter's got nothing left to lose."</w:t>
        <w:br/>
        <w:br/>
        <w:t>Matt checked the latches on the tool chest, fingers lingering on the polished brass a beat too long. The ritual was muscle memory—a small defense against the chaos outside these walls. He glanced around the workshop, taking in the orderly rows of clamps and mallets. A world where everything had its place, and nothing slipped by unnoticed.</w:t>
        <w:br/>
        <w:br/>
        <w:t>"I'll lock up," he said.</w:t>
        <w:br/>
        <w:br/>
        <w:t>Bob nodded, his voice softening. "Just watch your back. Dawson's not the only one with a key to trouble these days."</w:t>
        <w:br/>
        <w:br/>
        <w:t>Neither man noticed the faint scrape on the workbench's edge, or the way a single chisel lay half a degree off from perfect alignment—disturbed, perhaps, by someone else's hand earlier that day. Matt hefted the chest, feeling its reassuring weight. He thought he was protecting what mattered.</w:t>
        <w:br/>
        <w:br/>
        <w:t>Outside, the wind rattled the windowpanes.</w:t>
        <w:br/>
        <w:br/>
        <w:t>The two men parted with a handshake—firm, familiar, laced with things neither dared voice. As Matt stepped into the dusk, toolbox in hand, neither realized that for all his vigilance, the breach had already begun.</w:t>
      </w:r>
    </w:p>
    <w:p/>
    <w:p>
      <w:r>
        <w:br w:type="page"/>
      </w:r>
    </w:p>
    <w:p>
      <w:pPr>
        <w:pStyle w:val="Heading1"/>
      </w:pPr>
      <w:r>
        <w:t>Chapter 14: nan</w:t>
      </w:r>
    </w:p>
    <w:p/>
    <w:p>
      <w:r>
        <w:rPr>
          <w:i/>
        </w:rPr>
        <w:t>14.1: Peter Marshall sits in his yacht office as party preparation sounds echo through "Liquid Assets" - band warming up, caterers bustling with crystal and silver, florists arranging elaborate centerpieces - making him wince at the mounting costs while calculating his desperation.</w:t>
      </w:r>
    </w:p>
    <w:p>
      <w:r>
        <w:rPr>
          <w:i/>
        </w:rPr>
        <w:t>14.2: Before Peter spread photographs from Steve Dawson's recent party showing powerful figures in compromising situations: a current U.S. Senator in a bunny costume, Fortune 500 CEOs in suggestive poses, a prestigious law firm chairman with inappropriate companions, calculating their blackmail value at twenty to thirty million dollars.</w:t>
      </w:r>
    </w:p>
    <w:p/>
    <w:p>
      <w:r>
        <w:t>Peter Marshall sat behind the glossy walnut desk in his yacht's office, the "Liquid Assets" thrumming beneath him as it tugged at its moorings. Through the tinted glass, Newport's early evening settled over the harbor—water gone sullen gray, the skyline fractured by masts and the odd gilded cupola. Above, the band was tuning up, trumpet and bass rattling the fixtures. A caterer's clipped orders, the clatter of silver trays, the muted thump of a crate dragged across deck. Someone barked about peonies, and the air filled with the scent of bruised greenery.</w:t>
        <w:br/>
        <w:br/>
        <w:t>Peter pinched the bridge of his nose. Every new sound—another expense. He tallied them automatically: imported caviar he couldn't afford, three extra servers Sally Gordon had insisted on ("For appearances, Peter, really"), the custom ice sculpture sweating somewhere in the heat. Centerpieces taller than a bishop's mitre, each one a three-figure line item. Crystal chimed—someone was mishandling the Waterford again. He'd itemized it all, and still the numbers bled red across the spreadsheet in his mind. The crypto venture was a corpse; he just hadn't buried it yet.</w:t>
        <w:br/>
        <w:br/>
        <w:t>But if the party was a facade, it was set-dressing for what really mattered. He turned his attention to the photos fanned across the desk, glossy and damning as trading cards. Steve Dawson's handiwork—gleefully delivered, despite Dawson's own gripes—was a tableau of American power gone feral. Peter's lips twitched in something nearly like a smile.</w:t>
        <w:br/>
        <w:br/>
        <w:t>There was the U.S. Senator, jowly and self-important, stuffed into a satin bunny costume next to two women who looked half his age and twice as bored. Next: a Fortune 500 CEO, red-faced, tie askew, grinning drunkenly while another man shoved cake into his mouth with lascivious delight. The chairman of that Manhattan law firm—name on every blue-chip transaction this side of the Atlantic—tangled up with a pair of twins, neither of whom could possibly be his niece, though that was surely the story he'd offer.</w:t>
        <w:br/>
        <w:br/>
        <w:t>Peter leaned forward, calculating. Each image was a lever—no, a lottery ticket. The math was simple. Any one of these men would pay dearly to keep their reputations intact. Twenty million, maybe thirty, if he played the angles right—enough to staunch the bleeding, enough to buy off Templeton, enough to keep the yacht afloat for another year. Enough to make Dawson—smirking, unreliable bastard—irrelevant.</w:t>
        <w:br/>
        <w:br/>
        <w:t>He swept the stack into a neat pile, then moved to the hidden compartment behind the false panel. The mechanism clicked softly as he secured the photos inside. The world ran on secrets. Tonight, he'd be king—if only for long enough to survive.</w:t>
        <w:br/>
        <w:br/>
        <w:t>Outside, the band hit its stride. Inside, Peter Marshall tallied the cost of desperation—and found, for the first time in weeks, the ledger slanting in his favor.</w:t>
      </w:r>
    </w:p>
    <w:p/>
    <w:p>
      <w:r>
        <w:rPr>
          <w:i/>
        </w:rPr>
        <w:t>14.3: Peter pats the stack of photographs with renewed confidence, thinking "This is my insurance policy - enough to solve all my problems," before carefully locking them away in a secret compartment where they will be safe from discovery.</w:t>
      </w:r>
    </w:p>
    <w:p>
      <w:r>
        <w:rPr>
          <w:i/>
        </w:rPr>
        <w:t>14.4: The evening transforms "Liquid Assets" into a showcase of Newport society with guests arriving in elegant cocktail attire - women in Carolina Herrera and Oscar de la Renta gowns, men in perfectly tailored navy blazers with nautical details, creating an atmosphere of refined wealth and social prestige.</w:t>
      </w:r>
    </w:p>
    <w:p/>
    <w:p>
      <w:r>
        <w:t>Peter's palm pressed against the photographs, the glossy stack still warm from the printer. Senator Whitmore's wife, caught in flagrante with her stepson's roommate—twenty-two and eager, judging by the expression on his face. Each image was a small masterpiece of leverage, more valuable than any blue-chip stock, more liquid than the crypto tokens bleeding out in his account. He allowed himself a genuine smile. Twenty million, conservatively. Thirty if he played the timing right.</w:t>
        <w:br/>
        <w:br/>
        <w:t>The manila envelope slid shut with a whisper. Peter turned to the cabinet behind his desk, fingers finding the concealed mechanism the yacht's original owner—some Gilded Age arms dealer with a taste for secrets—had installed decades ago. Two clicks, a soft whir, and the panel opened. He slipped the envelope inside, checked the alignment twice, and pressed the seam closed until it vanished completely.</w:t>
        <w:br/>
        <w:br/>
        <w:t>Let Dawson smirk. Let Templeton threaten. Let the whole pack of them circle if they wanted. Peter wiped his hands on his jacket, straightened his tie, and checked his reflection in the cabin's mirror. Time to play host. Time to become someone else entirely.</w:t>
        <w:br/>
        <w:br/>
        <w:t>An hour later, "Liquid Assets" had transformed into Newport's glittering stage. Light pooled across the polished decks, the harbor's black water reflecting a thousand pinpricks of champagne-colored warmth. The band's mellow standards drifted over the crowd—not too loud, never too loud. Volume was for the nouveau riche.</w:t>
        <w:br/>
        <w:br/>
        <w:t>The women arrived like magazine spreads come to life: liquid silk that moved like water, diamond tennis bracelets catching light with every gesture. Antique brooches—family pieces, naturally—pinned with studied carelessness to lapels and shoulders. Heels clicked against teak in a rhythm that spoke of finishing schools and trust funds.</w:t>
        <w:br/>
        <w:br/>
        <w:t>The men wore their breeding like armor: navy blazers with brass buttons polished to mirrors, club ties in bloodline stripes, pocket squares folded with military precision. Signet rings bore family crests older than the republic. They clustered near the rails, crystal tumblers of single malt catching the light, voices pitched low as they discussed market volatility and "the state of things."</w:t>
        <w:br/>
        <w:br/>
        <w:t>Peter moved through the crowd, dispensing charm like a practiced dealer. Inside the yacht's main salon, crystal chandeliers threw fractured light across the scene, each surface reflecting a different version of the evening's performance. Mrs. Ashworth—old Newport royalty—touched his arm and murmured something about what a "divine evening" he'd orchestrated, her eyes bright with the particular hunger of those who collected experiences like trophies.</w:t>
        <w:br/>
        <w:br/>
        <w:t>Newport had demanded spectacle. Peter had delivered theater. For now, that was enough.</w:t>
      </w:r>
    </w:p>
    <w:p/>
    <w:p>
      <w:r>
        <w:rPr>
          <w:i/>
        </w:rPr>
        <w:t>14.5: Peter nervously presents his crypto-trading venture to guests despite knowing the business is already failing spectacularly, his stammering betraying awareness that both his legitimate and illegitimate plans are crumbling simultaneously.</w:t>
      </w:r>
    </w:p>
    <w:p>
      <w:r>
        <w:rPr>
          <w:i/>
        </w:rPr>
        <w:t>14.6: Steve Dawson corners Peter with visible anger, confronting him about falsely claiming Bob Donnelly would be interested in joining his club and pointedly reminding Peter: "You're seriously overdue on your membership dues, and I don't appreciate being lied to about potential clients."</w:t>
      </w:r>
    </w:p>
    <w:p/>
    <w:p>
      <w:r>
        <w:t>Peter braced against the mahogany bar, spotlights winking off polished brass fixtures. The band had eased into Gershwin, conversations dropping to a respectful murmur. He'd rehearsed this pitch in the mirror—shoulders back, voice steady, the very picture of entrepreneurial confidence. Now, facing Newport's finest, his throat felt lined with sand.</w:t>
        <w:br/>
        <w:br/>
        <w:t>"Ladies and gentlemen—" He clinked his glass, drawing a loose semicircle of faces. "Thank you all for coming aboard tonight. This isn't just a celebration—it's an opportunity." Templeton's cold stare found him across the crowd. Sweat beaded along Peter's collar. "As many of you know, Marshall Digital Holdings has secured strategic partnerships with tier-one institutional backers." He gestured toward the two men by the buffet, both studying shrimp with unusual intensity. "We're deploying blockchain infrastructure to unlock liquidity in traditionally illiquid asset classes. Think fine art, collectibles, real estate—all tokenized for fractional ownership."</w:t>
        <w:br/>
        <w:br/>
        <w:t>Someone coughed. Mrs. Ashworth held the glossy brochures at arm's length. Peter pushed forward, his voice climbing. "The addressable market is enormous. We're talking about—" He almost said *finally giving regular people a chance*, almost let something real slip through. But he caught himself. "We're talking about revolutionary market access. Tonight, we're offering a friends-and-family allocation before the Series B closes to institutional investors. The upside potential is tremendous." His smile felt carved from wood. "Of course, the real star tonight is Sally's charity auction for the hospital. But if you have questions about the opportunity—please, don't hesitate."</w:t>
        <w:br/>
        <w:br/>
        <w:t>The applause died like a guttering candle. Peter's shoulders sagged as the crowd dispersed, most heading straight for the auction tables. In the corner, someone photographed the ice sculpture.</w:t>
        <w:br/>
        <w:br/>
        <w:t>He turned toward the main salon, but Steve Dawson materialized in his path—tan, confident, sharp-elbowed. Dawson adjusted his platinum cufflinks, his grin all surface tension.</w:t>
        <w:br/>
        <w:br/>
        <w:t>"Hell of a pitch, Peter. Almost believed it myself." Dawson's voice carried too far. "Funny thing, though—I hear you've been telling people Bob Donnelly's joining my club."</w:t>
        <w:br/>
        <w:br/>
        <w:t>Peter's pulse kicked. "This isn't the time—"</w:t>
        <w:br/>
        <w:br/>
        <w:t>"You're three months overdue on your membership dues." Dawson stepped closer, checking his Patek Philippe with theatrical precision. "And I don't appreciate being lied to about potential clients. My reputation actually means something around here."</w:t>
        <w:br/>
        <w:br/>
        <w:t>The party chatter seemed to thicken around them, making the threat feel intimate. Dawson's jaw worked, words coming out surgical: "Pay your debts, Peter. And keep my name out of your mouth."</w:t>
        <w:br/>
        <w:br/>
        <w:t>Peter tried for dignity, but it came out strangled. "We can discuss this later."</w:t>
        <w:br/>
        <w:br/>
        <w:t>"Later's not really your strong suit, is it?" Dawson's eyes went flat. "Clean this up, or I'll clean it up for you."</w:t>
        <w:br/>
        <w:br/>
        <w:t>He stepped back, leaving Peter to straighten his jacket with trembling hands. Around them, the party pulsed on—crystal chiming, laughter rising and falling. The ice sculpture caught the light, perfectly composed. Peter counted his new enemies and wondered when his safety net had turned to smoke.</w:t>
      </w:r>
    </w:p>
    <w:p/>
    <w:p>
      <w:r>
        <w:rPr>
          <w:i/>
        </w:rPr>
        <w:t>14.7: Peter responds to Dawson's complaints with a threatening edge, warning: "You better back off, Steve, or I may take care of you in ways you won't like," his tone carrying implications that visibly distress Dawson who understands the veiled blackmail threat.</w:t>
      </w:r>
    </w:p>
    <w:p>
      <w:r>
        <w:rPr>
          <w:i/>
        </w:rPr>
        <w:t>14.8: Two well-dressed men introduced as Peter's "business partners from New York" periodically check with Peter about investor interest, their disappointment obvious when only two information packets have been taken from the display table.</w:t>
      </w:r>
    </w:p>
    <w:p/>
    <w:p>
      <w:r>
        <w:t>Peter's patience had worn to wire. The skin around his jaw stretched white. Dawson lingered at the bar, hands splayed in mock relaxation, but his eyes stayed sharp—cataloging angles, always cataloging angles.</w:t>
        <w:br/>
        <w:br/>
        <w:t>Peter leaned in. His voice dropped to a whisper only Dawson could catch. "You'd be wise to back off, Steve. Newport's a small town, but the world's smaller. Cross me, and I'll take care of you in ways you won't like."</w:t>
        <w:br/>
        <w:br/>
        <w:t>Not bluster. Cold, flat certainty from a man pushed to the edge—one with insurance locked away and nothing left to lose. Dawson's veneer cracked. The smirk died, replaced by something brittle. His gaze darted to the security cameras, to the crowd, recalibrating risk.</w:t>
        <w:br/>
        <w:br/>
        <w:t>"Careful, Peter." Dawson's voice had lost its conviction. "Everyone's got something to lose."</w:t>
        <w:br/>
        <w:br/>
        <w:t>"Some more than others." Peter straightened his cuffs. "Enjoy the party."</w:t>
        <w:br/>
        <w:br/>
        <w:t>Dawson melted back into the crowd, shoulders rigid. Peter watched him go, pulse jackhammering. Another enemy for the ledger.</w:t>
        <w:br/>
        <w:br/>
        <w:t>He barely had time to savor the minor victory before his "business partners" materialized—Vince and Greg, the kind of men who wore expensive watches but cheap expressions. Wall Street sober suits, smiles strictly for show.</w:t>
        <w:br/>
        <w:br/>
        <w:t>"Well?" Vince scanned the room like a loan officer at a foreclosure. "Any bites?"</w:t>
        <w:br/>
        <w:br/>
        <w:t>Greg's eyes found the table by the salon door. Peter's glossy prospectuses sat in a too-neat stack. Only two missing—one clutched by Mrs. Fairchild, squinting as if the font itself was suspicious, the other by Templeton's junior associate who looked petrified to be holding anything.</w:t>
        <w:br/>
        <w:br/>
        <w:t>Peter forced a grin. "Early days. Big money never takes the first step."</w:t>
        <w:br/>
        <w:br/>
        <w:t>Vince's mouth twitched. "That's not what you told Lou."</w:t>
        <w:br/>
        <w:br/>
        <w:t>Greg checked his phone. "You said we'd have names. Commitments. All we see is charity money." He made "charity" sound like a communicable disease.</w:t>
        <w:br/>
        <w:br/>
        <w:t>Sweat pricked Peter's hairline. "People are mingling. The right pitch, right moment—"</w:t>
        <w:br/>
        <w:br/>
        <w:t>"We didn't come up from New York for small talk." Vince's eyes went flat. "You know Lou doesn't like to wait."</w:t>
        <w:br/>
        <w:br/>
        <w:t>A pulse of music covered the silence. Peter looked past them to the crowd—well-fed, well-defended, already drifting toward auction tables with the hunger of people who'd never felt real risk. His investors saw through it all. They'd take assets or blood, but never excuses.</w:t>
        <w:br/>
        <w:br/>
        <w:t>Greg pocketed his phone with a snap. "We'll check back in an hour. For your sake, Peter, let's hope the mood changes."</w:t>
        <w:br/>
        <w:br/>
        <w:t>The two men drifted away, leaving Peter alone in the glare. Just another host. Just another mark.</w:t>
      </w:r>
    </w:p>
    <w:p/>
    <w:p>
      <w:r>
        <w:rPr>
          <w:i/>
        </w:rPr>
        <w:t>14.9: Meanwhile pledges for the cancer wing pour in generously from sympathetic guests, causing Peter to wonder briefly if he could somehow redirect those charitable funds to address his own desperate financial situation.</w:t>
      </w:r>
    </w:p>
    <w:p>
      <w:r>
        <w:rPr>
          <w:i/>
        </w:rPr>
        <w:t>14.10: Bob Donnelly mingles reluctantly through the crowd, having attended solely to honor Karl Marshall's memory, while noting Kim Marshall's notable absence despite the event's stated charitable purpose honoring her late husband.</w:t>
      </w:r>
    </w:p>
    <w:p/>
    <w:p>
      <w:r>
        <w:t>Peter drifted through the main salon, smile lacquered in place as the charity auction fever built to a low, expensive hum. The room swelled with the sort of practiced generosity only Newport could muster—diamond bracelets twinkling on paddle-raising wrists, laughter gilded with the knowledge that tax write-offs awaited at year's end. Sally's cancer wing pitch landed with surgical precision; pledges stacked up in quick succession, the auctioneer barely keeping pace. A Cartier set went to Mrs. Fairchild for twice its appraised value. Men in blazer-and-tie packs scribbled down numbers, each bid a subtle flex for the peerage.</w:t>
        <w:br/>
        <w:br/>
        <w:t>Peter watched Sally beam on the dais, one hand lightly touching the shoulder of a grateful oncologist flown in for the night. The numbers climbed higher. Seventy thousand. Ninety. A hundred twenty. It was dizzying—real money, real momentum—yet all of it swept straight into the hospital's accounts before he ever touched a dime. For a pounding second, Peter's mind twisted. What if the wires got crossed? What if the winning bidder's routing number pointed elsewhere? Harbor Foundation, say, "by mistake." If he intercepted even a fraction—just enough to bridge the gap, keep the lights on, buy time with Vince and Lou. The fantasy flickered: a spreadsheet, a subtle reroute, no one the wiser.</w:t>
        <w:br/>
        <w:br/>
        <w:t>But the reality snapped back. Sally ran a tight ship. The hospital's lawyers were pit bulls. And any misstep would mean more than bankruptcy—he'd be crucified, not just ruined. He swallowed, bitterness burning behind his polished smile. All that capital, all that goodwill, flowing right past him—never his to claim.</w:t>
        <w:br/>
        <w:br/>
        <w:t>Across the parquet, Bob Donnelly wound his way through the crowd with the air of a man fulfilling a civic sentence. He gripped his seltzer glass like a lifeline, nodding politely at faces he recognized from yacht club meetings and boardrooms. This wasn't his world—at least, not anymore. He'd shown up for one reason: respect for Karl, who'd once pulled him out of a jam so quietly that Bob still wasn't sure how the trick had been done.</w:t>
        <w:br/>
        <w:br/>
        <w:t>The auctioneer's voice rose, punctuating Bob's thoughts. He scanned the room for Kim, expecting a glimpse of her signature silk scarf or the easy way she made strangers feel like confidants. Nothing. He circled the silent auction tables—jewelry glinting, attendees gossiping, but no sign of Kim. Bob frowned. Her absence wasn't just a social misfire—it was a deliberate withdrawal, he realized. Smart. She knew better than to be drawn into Peter's orbit tonight, especially when her name was stamped on the event's every invitation.</w:t>
        <w:br/>
        <w:br/>
        <w:t>Bob lingered by the panoramic windows, watching the party reflected in the black glass. Duty done, he thought. Kim had the right idea. Sometimes, protection meant not showing up at all.</w:t>
      </w:r>
    </w:p>
    <w:p/>
    <w:p>
      <w:r>
        <w:rPr>
          <w:i/>
        </w:rPr>
        <w:t>14.11: Charles Templeton's consumption of premium scotch throughout the evening leads to increasingly bitter public comments: "It's interesting how everyone's enjoying themselves on a yacht that I - and I alone - am actually paying for," drawing uncomfortable glances from nearby guests.</w:t>
      </w:r>
    </w:p>
    <w:p>
      <w:r>
        <w:rPr>
          <w:i/>
        </w:rPr>
        <w:t>14.12: Annie and Henry Marshall arrive and immediately engage Peter in a heated argument about joining their will contest, with Henry angrily declaring: "With all the enemies you're making, Peter, maybe one of them will just knock you off - then Annie and I could bring the suit without risking everything."</w:t>
      </w:r>
    </w:p>
    <w:p/>
    <w:p>
      <w:r>
        <w:t>Charles Templeton had found the bottom of his fourth glass of Lagavulin and stopped pretending otherwise. He leaned against the grand piano, one hand braced on the lacquered lid, the yacht's subtle roll making him grip tighter than dignity allowed. His voice pitched to carry over the conversational hum, landing on Mrs. Hartwell first. "Enjoying the Macallan, Margaret? That's a two-hundred-dollar bottle you're nursing." Her champagne flute froze halfway to her lips. "And Douglas—" He swiveled toward the hedge fund prince by the bar. "Third helping of the Ossetra? At four hundred a tin, I'd pace myself."</w:t>
        <w:br/>
        <w:br/>
        <w:t>The deck seemed to tilt more sharply, though the harbor was glass-calm. Heads turned, then snapped away, as if proximity might infect their portfolios. Peter caught Charles's eye from across the salon—a silent warning, maybe a plea—but Charles had already cornered a passing server, muttering about "feeding time at the zoo."</w:t>
        <w:br/>
        <w:br/>
        <w:t>Near the aft bulkhead, fresh drama materialized. Annie and Henry Marshall swept in, the siblings a study in forced poise and simmering grievance. Annie wore a diplomatic smile that calcified each time she glimpsed Peter. Henry dispensed with pretense entirely, cutting through the crowd with the purposeful stride of a man collecting debts.</w:t>
        <w:br/>
        <w:br/>
        <w:t>"We need to talk. Now." His voice carried the clinical detachment of a surgeon announcing bad news. "Annie and I have waited—"</w:t>
        <w:br/>
        <w:br/>
        <w:t>"Not tonight, Henry." Peter's jaw locked, his knuckles white against his whiskey glass. "This isn't—"</w:t>
        <w:br/>
        <w:br/>
        <w:t>"It's exactly the night." Henry stepped closer, close enough that Peter could smell his cologne mixed with something sharper—sweat, maybe desperation. "You think we don't know about the Meridian deal? The leveraged buyout that's bleeding capital?"</w:t>
        <w:br/>
        <w:br/>
        <w:t>Annie moved to flank Peter, her voice softer but no less determined. "Dad's trust is hemorrhaging money, Peter. Your schemes, your risks—we want our share before there's nothing left. Join with us. We contest together, split it three ways."</w:t>
        <w:br/>
        <w:br/>
        <w:t>Peter's smile stretched tight, his free hand finding the salon's mahogany rail as if anchoring himself. "You're asking me to blow up my own inheritance on a—"</w:t>
        <w:br/>
        <w:br/>
        <w:t>"On a certainty." Henry's interruption was surgical, precise. "Look around, Pete. Templeton's broadcasting your failures to half the city. Dawson's already circling. The way you're going..." He paused, straightening his cufflinks with deliberate care. "Well. Men in your position develop dangerous habits. Keep dangerous company. Sometimes these things resolve themselves."</w:t>
        <w:br/>
        <w:br/>
        <w:t>The words hung in the salt air like smoke. Annie recoiled, her diplomatic mask finally cracking. "Henry, Jesus. He's your—"</w:t>
        <w:br/>
        <w:br/>
        <w:t>"He's a liability." Henry's gaze never left Peter's face, studying him with the detached interest of an entomologist. "Just stating the actuarial reality."</w:t>
        <w:br/>
        <w:br/>
        <w:t>A hush rippled outward from their triangle, cocktail chatter faltering as the crowd sensed blood in the water. The yacht's gentle motion seemed to pause, as if the vessel itself held its breath. Peter looked at Henry with strange, resigned clarity, seeing not his brother but a stranger wearing a familiar face. For a moment, blood and legality meant nothing at all—only the cold mathematics of survival, and the growing certainty that one of them wouldn't survive the night's calculations.</w:t>
      </w:r>
    </w:p>
    <w:p/>
    <w:p>
      <w:r>
        <w:rPr>
          <w:i/>
        </w:rPr>
        <w:t>14.13: Annie recoils in horror at Henry's suggestion, exclaiming "How can you even say such a thing about our own brother?" before walking away in disgust, while Chief Brett Grayson overhears both Henry's death wish and Templeton's earlier bitter remarks about yacht ownership.</w:t>
      </w:r>
    </w:p>
    <w:p>
      <w:r>
        <w:rPr>
          <w:i/>
        </w:rPr>
        <w:t>14.14: Sally Gordon watches the evening unfold with growing concern about Peter's substantial pledge to their charity drive, increasingly doubting it will be honored while observing the multiple undercurrents of resentment, desperation, and potential violence swirling beneath the sophisticated surface.</w:t>
      </w:r>
    </w:p>
    <w:p/>
    <w:p>
      <w:r>
        <w:t>Annie's face drained of color. "How can you even say such a thing about our own brother?" The words cracked across the salon like a whip, slicing through champagne chatter and forced laughter. The string quartet faltered mid-phrase, bows hanging suspended. Even the servers froze, crystal glasses balanced on silver trays.</w:t>
        <w:br/>
        <w:br/>
        <w:t>Henry didn't flinch. He studied his sister with the detached interest of a man examining a balance sheet—calculating her worth, finding her wanting. "Because it's true."</w:t>
        <w:br/>
        <w:br/>
        <w:t>Annie pressed trembling fingers to her lips. For a heartbeat she looked like the frightened girl who used to hide behind their father's chair when the lawyers came calling. Then something hardened in her face. "I'm done." The words fell flat, final. Her heels struck the parquet in sharp staccato as she fled toward the companionway, leaving Henry standing alone in the wreckage of their family name.</w:t>
        <w:br/>
        <w:br/>
        <w:t>The crowd's attention drifted elsewhere, but the damage was done. Conversations resumed in hushed tones, eyes cutting sideways, everyone suddenly aware they were witnessing something that would be dissected at dinner parties for months.</w:t>
        <w:br/>
        <w:br/>
        <w:t>Chief Brett Grayson watched from the salon's edge, nursing a club soda and keeping the practiced distance of a man who'd learned to read Newport's undercurrents. He'd caught Henry's death wish, clear as a bell, and filed it alongside Templeton's earlier performance about Peter's "parasitic" lifestyle. Neither man looked remotely sorry. Grayson had seen enough family feuds turn ugly to know the warning signs—and tonight, they were flashing neon.</w:t>
        <w:br/>
        <w:br/>
        <w:t>Across the room, Sally Gordon set down her glass with deliberate care. Her fundraiser instincts had been screaming all evening, and now she understood why. Peter's grand pledge—half a million for the cancer wing—had sounded impressive over the microphone. But she'd watched his face during the bidding war, caught the way he'd flinched at each climbing number. There was no security behind those promises. At best, he was overextended. At worst, he was writing checks with money that didn't exist.</w:t>
        <w:br/>
        <w:br/>
        <w:t>The yacht's gentle roll seemed to match the shifting alliances around her: Templeton's brittle performance at the bar, Henry's surgical cruelty, Annie's shell-shocked retreat. Even Matt had kept to the shadows all night, his attention split between Kim and the nearest exit. Sally absorbed it all—the clipped voices, the sidelong glances, the metallic taste of desperation cutting through the salt air.</w:t>
        <w:br/>
        <w:br/>
        <w:t>Newport's elite had always excelled at polite warfare, but tonight felt different. Sharper. More dangerous. She found herself mentally drafting tomorrow's damage control: double-check the accounting, warn the hospital board, keep her mouth shut. For the first time in years, Sally wished the party would simply end—before someone did something they couldn't take back.</w:t>
      </w:r>
    </w:p>
    <w:p/>
    <w:p>
      <w:r>
        <w:br w:type="page"/>
      </w:r>
    </w:p>
    <w:p>
      <w:pPr>
        <w:pStyle w:val="Heading1"/>
      </w:pPr>
      <w:r>
        <w:t>Chapter 15: Peter Marshall Found Murdered On "Liquid Assets"</w:t>
      </w:r>
    </w:p>
    <w:p/>
    <w:p>
      <w:r>
        <w:rPr>
          <w:i/>
        </w:rPr>
        <w:t>15.1: The cleaning crew boards Peter Marshall’s yacht the morning after the extravagant party, exchanging tired, knowing glances at the excess of discarded liquor bottles, crystal glasses, and cigar ashes.</w:t>
      </w:r>
    </w:p>
    <w:p>
      <w:r>
        <w:rPr>
          <w:i/>
        </w:rPr>
        <w:t>15.2: Rosa, one of the maids, cautiously approaches Peter's master suite, hesitating due to unpleasant past encounters where Peter made inappropriate advances.</w:t>
      </w:r>
    </w:p>
    <w:p/>
    <w:p>
      <w:r>
        <w:t>The sun crept over Newport Harbor like a guilty conscience, casting the "Liquid Assets" in deceptively forgiving light. The cleaning crew shuffled aboard at nine sharp—five women in matching navy polos, clutching spray bottles and industrial-grade regret. They'd seen aftermath before, but this felt different. Heavier.</w:t>
        <w:br/>
        <w:br/>
        <w:t>Crystal tumblers lay scattered across the teak deck like casualties of war. Ashtrays overflowed with Cuban stubs and lipstick-stained cigarettes, one still smoldering in defiance. Empty bottles of Macallan and Lagavulin crowded the rails—liquid evidence of last night's excess, each one worth more than Rosa's monthly rent.</w:t>
        <w:br/>
        <w:br/>
        <w:t>"Mira esto," Rosa muttered, nudging a shattered champagne flute with her toe. The glass caught the morning light, throwing fractured rainbows across the deck. "They party like money grows on trees."</w:t>
        <w:br/>
        <w:br/>
        <w:t>Lucia snorted, already gathering soggy cocktail napkins. "For them, it does."</w:t>
        <w:br/>
        <w:br/>
        <w:t>The crew worked in practiced silence, but tension clung to the yacht like salt spray. Every footstep echoed too sharp. Every glance toward the salon carried weight—memories of last night's laughter turning ugly, voices raised in anger, the kind of confrontations that left marks.</w:t>
        <w:br/>
        <w:br/>
        <w:t>Rosa saved the master suite for last. She always did. The others were grateful—nobody wanted to deal with Peter Marshall's private mess. Down the corridor, she paused outside his door, brass handle cool under her palm. The memory surfaced unbidden: last month, Peter drunk and cornering her by the linen closet, his voice slurred and hands too familiar. Her supervisor's response still burned: "Just be careful and don't be alone with him."</w:t>
        <w:br/>
        <w:br/>
        <w:t>Now, the silence behind the door felt wrong. Thick. Unnatural.</w:t>
        <w:br/>
        <w:br/>
        <w:t>Rosa knocked once, softly. Nothing. She waited, heart hammering, then knocked again—louder this time. Still nothing. No snoring. No blaring CNBC. Not even the rustle of expensive sheets.</w:t>
        <w:br/>
        <w:br/>
        <w:t>"Señor Marshall?" Her voice barely carried.</w:t>
        <w:br/>
        <w:br/>
        <w:t>The quiet stretched, heavy with possibility. Rosa gripped her cleaning caddy tighter, knuckles white. She'd seen plenty in Newport—the ugly underside of all that polish and money. But this silence felt different. Final.</w:t>
        <w:br/>
        <w:br/>
        <w:t>Like the party was truly over.</w:t>
      </w:r>
    </w:p>
    <w:p/>
    <w:p>
      <w:r>
        <w:rPr>
          <w:i/>
        </w:rPr>
        <w:t>15.3: Rosa knocks repeatedly and, receiving no answer, nervously opens the suite door, finding Peter’s lifeless body on the blood-stained bed, prompting a horrified scream.</w:t>
      </w:r>
    </w:p>
    <w:p>
      <w:r>
        <w:rPr>
          <w:i/>
        </w:rPr>
        <w:t>15.4: Chief Brett Grayson quickly arrives on the scene, immediately recognizing the high stakes due to Newport’s wealthy community's inevitable scrutiny.</w:t>
      </w:r>
    </w:p>
    <w:p/>
    <w:p>
      <w:r>
        <w:t>Rosa stood outside the master suite, hand trembling on the brass handle. The silence behind the door felt thick, deliberate, wrong. She knocked a third time, knuckles sharp against mahogany. Nothing.</w:t>
        <w:br/>
        <w:br/>
        <w:t>Peter Marshall's drunken leer flashed through her memory—last month, cornering her by the linen closet, his breath sour with whiskey and entitlement. But this silence was different. Final.</w:t>
        <w:br/>
        <w:br/>
        <w:t>The door swung open.</w:t>
        <w:br/>
        <w:br/>
        <w:t>Sunlight flooded the suite through floor-to-ceiling windows, casting everything in cruel clarity. Peter lay twisted in cream silk sheets, one arm flung wide like he was reaching for something just out of grasp. His chest bloomed with blood—dark, congealed, spreading in patterns that made no sense. His eyes stared at the ceiling, mouth frozen mid-word.</w:t>
        <w:br/>
        <w:br/>
        <w:t>The metallic sweetness hit her first. Her worn canvas shoes seemed to sink into the plush carpet as she gripped the doorframe, the elegant suite tilting around her.</w:t>
        <w:br/>
        <w:br/>
        <w:t>Rosa's cleaning caddy crashed to the floor. Her scream split the morning quiet—raw, primal, echoing off the polished surfaces. Down the corridor, voices erupted. Running feet. The other women crowding behind her, faces draining white as they glimpsed the carnage.</w:t>
        <w:br/>
        <w:br/>
        <w:t>"¡Dios mío!" Lucia's voice cracked. "Call the police!"</w:t>
        <w:br/>
        <w:br/>
        <w:t>The yacht's captain materialized, barking orders that no one heard. Rosa pressed against the wall, vision swimming, watching him pace across marble that cost more than her annual salary.</w:t>
        <w:br/>
        <w:br/>
        <w:t>###</w:t>
        <w:br/>
        <w:br/>
        <w:t>Twenty minutes later, Chief Brett Grayson's footsteps echoed across the gangway. He moved with the measured pace of a man who'd learned to read disasters before they fully revealed themselves. The yacht still gleamed in the harbor sun, but something had shifted—the crew's faces, the quality of silence, the way even the gulls seemed to circle wider.</w:t>
        <w:br/>
        <w:br/>
        <w:t>A uniform met him at the salon entrance. "Body's in the master suite, Chief. Cleaning lady found him around nine-thirty."</w:t>
        <w:br/>
        <w:br/>
        <w:t>Grayson nodded, taking inventory: crystal glasses abandoned mid-sip, ashtrays overflowing with expensive cigars, the lingering ghost of last night's champagne now soured by something darker. The opulence looked obscene in daylight—a stage set for tragedy.</w:t>
        <w:br/>
        <w:br/>
        <w:t>He paused outside the suite. Rosa huddled nearby, tears cutting tracks through her makeup, her polyester uniform a stark contrast to the hand-carved moldings. The captain hovered, projecting authority while reeking of panic.</w:t>
        <w:br/>
        <w:br/>
        <w:t>Grayson stepped inside.</w:t>
        <w:br/>
        <w:br/>
        <w:t>Peter Marshall sprawled across blood-soaked sheets, designer clothes scattered like discarded promises. The wound was precise, almost surgical—nothing random or passionate about it. This was deliberate. Calculated. Grayson's trained eye catalogued the scene: no signs of struggle, the victim's Rolex still gleaming on his wrist, a half-empty bottle of Dom Pérignon on the nightstand.</w:t>
        <w:br/>
        <w:br/>
        <w:t>His mind raced past the body to the implications: press conferences, donor meetings, every lawyer in Newport circling like sharks. The yacht's gentle roll seemed to mock him—this floating palace worth more than his department's annual budget, and death had still found its way aboard.</w:t>
        <w:br/>
        <w:br/>
        <w:t>He exhaled slowly, removing his aviators. The morning light caught the blood on Egyptian cotton sheets, and Grayson knew this case would define his career.</w:t>
        <w:br/>
        <w:br/>
        <w:t>Newport's reputation was bleeding out, and the clock was already ticking.</w:t>
      </w:r>
    </w:p>
    <w:p/>
    <w:p>
      <w:r>
        <w:rPr>
          <w:i/>
        </w:rPr>
        <w:t>15.5: Grayson and Detective Lewis carefully interview Rosa and other cleaning crew members, building a timeline and collecting initial eyewitness accounts.</w:t>
      </w:r>
    </w:p>
    <w:p>
      <w:r>
        <w:rPr>
          <w:i/>
        </w:rPr>
        <w:t>15.6: The medical examiner examines the wound closely, puzzled by its unusual characteristics—wide, thin, and scalloped—remarking he's never seen such a wound before.</w:t>
      </w:r>
    </w:p>
    <w:p/>
    <w:p>
      <w:r>
        <w:t>Grayson let the suite door fall shut and motioned Lewis into the corridor. Rosa sat crumpled against the bulkhead, hands knotted in her apron, lips moving soundlessly. He'd seen that look before—shock had its own signature.</w:t>
        <w:br/>
        <w:br/>
        <w:t>He crouched to her level. "Rosa. I'm Chief Grayson. You found Mr. Marshall?"</w:t>
        <w:br/>
        <w:br/>
        <w:t>She nodded, a jerky puppet movement. "I knocked. Three times." Her accent thickened with stress. "No answer. I open the door and he was—" Her breath caught. "Already gone."</w:t>
        <w:br/>
        <w:br/>
        <w:t>"Anyone else on board this morning? Anything unusual?" Lewis had his pad ready, pen poised.</w:t>
        <w:br/>
        <w:br/>
        <w:t>"No, señor. Only us cleaning ladies. We come together—nine o'clock sharp, like always."</w:t>
        <w:br/>
        <w:br/>
        <w:t>Lewis worked the crew while Grayson watched their faces. Lucia saw nothing but sunrise on the harbor. Pilar remembered a car idling at the dock around dawn—couldn't describe the driver. The captain insisted the yacht was locked tight from midnight on, his voice pitched high with self-preservation.</w:t>
        <w:br/>
        <w:br/>
        <w:t>The timeline emerged in fragments: Peter last seen alive when the party wound down, guests scattering around one-thirty, crew gone by two. After that, nothing. A six-hour window where anything could have happened.</w:t>
        <w:br/>
        <w:br/>
        <w:t>Grayson left Lewis collecting statements and returned to the suite. Dr. Heller hunched over the bed, latex gloves catching sunlight as he worked with jeweler's precision.</w:t>
        <w:br/>
        <w:br/>
        <w:t>"You need to see this, Brett."</w:t>
        <w:br/>
        <w:br/>
        <w:t>Grayson circled the bed. The wound gaped just below the sternum—wide, clean, almost surgical. But the edge caught his attention. Scalloped, like something had taken a bite from the flesh.</w:t>
        <w:br/>
        <w:br/>
        <w:t>Heller wiped his brow. "Thirty years doing this, I've never seen anything like it. Kitchen knives leave straight cuts. Ice picks make punctures. This?" He traced the wound's perimeter with a capped pen. "Wide blade, thin profile. Almost like a chisel, but look at this scalloping."</w:t>
        <w:br/>
        <w:br/>
        <w:t>"So not your average murder weapon."</w:t>
        <w:br/>
        <w:br/>
        <w:t>"Not unless Newport's killers shop at specialty tool stores." Heller straightened, mouth grim. "Whatever did this is uncommon. Maybe even custom-made."</w:t>
        <w:br/>
        <w:br/>
        <w:t>Lewis appeared in the doorway, notepad forgotten. "We're looking for someone with access to rare tools."</w:t>
        <w:br/>
        <w:br/>
        <w:t>"Or someone who knows exactly where to find them," Grayson said. The morning light streaming through the windows suddenly felt colder, casting the blood-soaked sheets in stark relief. This wasn't a crime of passion or convenience. Someone had come prepared.</w:t>
        <w:br/>
        <w:br/>
        <w:t>The real investigation was just beginning.</w:t>
      </w:r>
    </w:p>
    <w:p/>
    <w:p>
      <w:r>
        <w:rPr>
          <w:i/>
        </w:rPr>
        <w:t>15.7: Chief Grayson suggests the possibility of a specialized woodworking chisel, which the medical examiner cautiously agrees might match the wound’s pattern.</w:t>
      </w:r>
    </w:p>
    <w:p>
      <w:r>
        <w:rPr>
          <w:i/>
        </w:rPr>
        <w:t>15.8: Chief Grayson and Detective Lewis privately review possible suspects, discussing Peter’s recent public confrontations at the Castle Inn luncheon and his aggressive behavior toward Kim at the Met Gala.</w:t>
      </w:r>
    </w:p>
    <w:p/>
    <w:p>
      <w:r>
        <w:t>I cannot provide a revision without the necessary information. No prose to revise, no feedback to address, and no original instructions have been provided. Please supply:</w:t>
        <w:br/>
        <w:br/>
        <w:t>1. The actual prose that needs revision</w:t>
        <w:br/>
        <w:t>2. The specific feedback from the Narrative Canon Analyst</w:t>
        <w:br/>
        <w:t>3. The original instructions or canonical guidelines</w:t>
        <w:br/>
        <w:br/>
        <w:t>Once these elements are provided, I will deliver the full rewritten prose that resolves all flagged deviations.</w:t>
      </w:r>
    </w:p>
    <w:p/>
    <w:p>
      <w:r>
        <w:rPr>
          <w:i/>
        </w:rPr>
        <w:t>15.9: An officer arrives urgently, informing Grayson that Charles Templeton has an airtight alibi—confirmed helicopter trip immediately after the party to his New York apartment, verified by multiple witnesses and security footage.</w:t>
      </w:r>
    </w:p>
    <w:p>
      <w:r>
        <w:rPr>
          <w:i/>
        </w:rPr>
        <w:t>15.10: The same officer confirms Henry Marshall’s alibi: he left shortly after Templeton, arriving at his Boston home around 2:45 AM, corroborated by his butler and confirmed by home security footage.</w:t>
      </w:r>
    </w:p>
    <w:p/>
    <w:p>
      <w:r>
        <w:t>A uniformed officer hustled down the narrow passageway, boots squeaking on teak. Grayson clocked the look—something definitive.</w:t>
        <w:br/>
        <w:br/>
        <w:t>"Chief." The officer's voice carried that faint awe Newport's patrolmen reserved for the high and mighty. "We got word on Templeton. He choppered out after the party—private pad, twelve-forty a.m. Landed on his building's roof in Manhattan. Staff logged the landing, lobby cameras caught everything. Security footage, timestamps, the works."</w:t>
        <w:br/>
        <w:br/>
        <w:t>Lewis let out a low whistle. "Airtight."</w:t>
        <w:br/>
        <w:br/>
        <w:t>Grayson's mind recalibrated. He'd watched Templeton at the party—cool, glacial, a man who'd never sweat. Now, with an alibi stitched tighter than a billionaire's prenup, he dropped from prime suspect to spectator.</w:t>
        <w:br/>
        <w:br/>
        <w:t>The officer hesitated, notepad trembling. "Henry Marshall's movements just confirmed. Left the marina at twelve-fifty. GPS from his car service shows Boston by two-forty-five a.m. Butler logged him in, home security footage matches. Never left the house again."</w:t>
        <w:br/>
        <w:br/>
        <w:t>Lewis scratched his jaw. "Two off the board."</w:t>
        <w:br/>
        <w:br/>
        <w:t>The suite's air shifted—less possibility, more pressure. Their pool of suspects, once swirling with familiar sharks, was draining fast.</w:t>
        <w:br/>
        <w:br/>
        <w:t>Grayson dismissed the officer. "Good work. Tell forensics I want every print lifted from that rail and tool marks analyzed by noon."</w:t>
        <w:br/>
        <w:br/>
        <w:t>Silence settled, heavier now. Lewis paced to the window, sunlight dancing mockingly on the harbor. "You ever get the feeling the universe likes cutting it down to just the people you don't want it to be?"</w:t>
        <w:br/>
        <w:br/>
        <w:t>Grayson didn't answer. Templeton's alibi was ironclad, Henry's movements surgically traceable. That left only the two with public motive—and enough social standing to make things very messy.</w:t>
        <w:br/>
        <w:br/>
        <w:t>He surveyed the suite—bloodied sheets, surgical precision, a weapon as rare as the company Peter Marshall kept. Noise drifted up from the dock: a launch idling, rubberneckers chattering. Newport already buzzing.</w:t>
        <w:br/>
        <w:br/>
        <w:t>"Beckham and Kim Marshall," Lewis said.</w:t>
        <w:br/>
        <w:br/>
        <w:t>Grayson stared at the harbor, jaw set. "No more easy outs. Bring me everything on Beckham—background, travel, known associates. And Kim—call records, foundation business, everything."</w:t>
        <w:br/>
        <w:br/>
        <w:t>Lewis nodded. "Full court press."</w:t>
        <w:br/>
        <w:br/>
        <w:t>The investigation had narrowed to a fine, dangerous point. In Newport, the truth was rarely convenient.</w:t>
        <w:br/>
        <w:br/>
        <w:t>Never simple.</w:t>
      </w:r>
    </w:p>
    <w:p/>
    <w:p>
      <w:r>
        <w:rPr>
          <w:i/>
        </w:rPr>
        <w:t>15.11: Grayson, surprised and somewhat frustrated by these rapid eliminations, discusses the narrowed options with Detective Lewis, acknowledging Matt Beckham and Kim Marshall as primary remaining suspects due to recent tensions.</w:t>
      </w:r>
    </w:p>
    <w:p>
      <w:r>
        <w:rPr>
          <w:i/>
        </w:rPr>
        <w:t>15.12: Detective Lewis suggests they immediately question Matt Beckham and Kim Marshall, but Grayson firmly insists he'll handle it personally, understanding the delicacy and implications.</w:t>
      </w:r>
    </w:p>
    <w:p/>
    <w:p>
      <w:r>
        <w:t>I understand you're requesting a revision, but I'm unable to provide one without the essential components:</w:t>
        <w:br/>
        <w:br/>
        <w:t>1. **The actual prose text** that needs revision</w:t>
        <w:br/>
        <w:t>2. **Specific feedback** about what canonical deviations need to be addressed</w:t>
        <w:br/>
        <w:t>3. **The original instructions** that establish the canon parameters</w:t>
        <w:br/>
        <w:br/>
        <w:t>The current submission contains only placeholder text indicating these elements are missing. To deliver the requested full rewritten prose, please provide:</w:t>
        <w:br/>
        <w:br/>
        <w:t>- The original prose passage requiring revision</w:t>
        <w:br/>
        <w:t>- The Narrative Canon Analyst's specific feedback points</w:t>
        <w:br/>
        <w:t>- The established canon/original instructions for context</w:t>
        <w:br/>
        <w:br/>
        <w:t>Once these elements are provided, I can immediately deliver the complete revised prose that addresses all canonical concerns.</w:t>
      </w:r>
    </w:p>
    <w:p/>
    <w:p>
      <w:r>
        <w:rPr>
          <w:i/>
        </w:rPr>
        <w:t>15.13: Chief Grayson stands at the yacht’s rail, feeling the intense pressure from Newport society, knowing a wealthy man’s murder will attract national media and intense local scrutiny.</w:t>
      </w:r>
    </w:p>
    <w:p>
      <w:r>
        <w:rPr>
          <w:i/>
        </w:rPr>
        <w:t>15.14: Grayson leaves the yacht determinedly, already mentally preparing for difficult conversations with Matt and Kim, knowing the smallest misstep could ruin the investigation and his career.</w:t>
      </w:r>
    </w:p>
    <w:p/>
    <w:p>
      <w:r>
        <w:t>Grayson stood at the yacht's rail, diesel and salt thick in his nostrils. Down on the dock, the vultures were gathering—phones up, rumors already metastasizing. The harbor stretched blue and indifferent while above deck, his headache was just beginning.</w:t>
        <w:br/>
        <w:br/>
        <w:t>Crime scene techs moved with practiced efficiency, cameras clicking, brushes working the curved timber. Every detail catalogued: blood spatter angles, fiber samples, the maddening absence of anything convenient. No wallet. No phone. Newport's elite didn't die messy—they left gaps, silence, and battalions of lawyers.</w:t>
        <w:br/>
        <w:br/>
        <w:t>Twenty-three years carrying a badge had taught Grayson one thing: dead society men weren't cases, they were spectacles. The press would swarm. Board members would speed-dial city hall. Some senator's nephew was probably boarding a plane right now, expecting answers Grayson didn't have.</w:t>
        <w:br/>
        <w:br/>
        <w:t>He could already see the headlines: PHILANTHROPIST FOUND DEAD, POLICE TIGHT-LIPPED AS SCANDAL BREWS.</w:t>
        <w:br/>
        <w:br/>
        <w:t>The bloodstained deck told its own story—neat, surgical precision. No panic, no struggle. Just someone who knew exactly what they were doing, confident enough to vanish while the world slept. Grayson's jaw tightened. In Newport, the line between victim and suspect was gossamer-thin. The wrong question could cost him more than an indictment.</w:t>
        <w:br/>
        <w:br/>
        <w:t>A gull shrieked overhead. He stepped off the yacht, shoes catching briefly on the tape line. Detective Lewis was already fielding calls, wearing a frown that wouldn't lift for days. Grayson nodded—no words needed.</w:t>
        <w:br/>
        <w:br/>
        <w:t>He walked the dock with purpose, mind racing ahead to difficult conversations and hostile stares. Matt Beckham first. Then Kim Marshall. Both smart, both connected. One misstep—one poorly timed accusation, one leak to the wrong columnist—and his investigation would unravel in the society pages before it reached a courtroom.</w:t>
        <w:br/>
        <w:br/>
        <w:t>By the time he hit the parking lot, the first news van was crawling up the hill, bristling with antennas. Grayson's spine straightened. For Newport, for his own future, he had to thread this needle perfectly.</w:t>
        <w:br/>
        <w:br/>
        <w:t>The city's powerful would demand answers.</w:t>
        <w:br/>
        <w:br/>
        <w:t>So would the dead.</w:t>
      </w:r>
    </w:p>
    <w:p/>
    <w:p>
      <w:r>
        <w:br w:type="page"/>
      </w:r>
    </w:p>
    <w:p>
      <w:pPr>
        <w:pStyle w:val="Heading1"/>
      </w:pPr>
      <w:r>
        <w:t>Chapter 16: Sheriff Grayson Visit Matt at Matt's Shop</w:t>
      </w:r>
    </w:p>
    <w:p/>
    <w:p>
      <w:r>
        <w:rPr>
          <w:i/>
        </w:rPr>
        <w:t>16.1: Matt Beckham works quietly in his woodworking shop, absorbed in the precise shaping of an intricate table leg.</w:t>
      </w:r>
    </w:p>
    <w:p>
      <w:r>
        <w:rPr>
          <w:i/>
        </w:rPr>
        <w:t>16.2: Sheriff Brett Grayson enters the workshop, his careful neutrality immediately unsettling Matt, who senses something serious beneath Grayson's controlled manner.</w:t>
      </w:r>
    </w:p>
    <w:p/>
    <w:p>
      <w:r>
        <w:t>Matt Beckham's days began and ended in wood grain—the world outside rarely intruded before noon. He worked with the shop door wide to the salt air, late morning light slanting through high windows, catching sawdust motes that drifted and vanished. Now he was coaxing a leg from walnut, the slow work that required both hands and a mind emptied of everything but curve, angle, grain. The radio murmured news he barely registered. The city, the scandal, the club—none of it belonged in the hush of his workshop.</w:t>
        <w:br/>
        <w:br/>
        <w:t>He turned the leg in his palm, thumb tracing the fresh channel. Clean, almost surgical. He set it down and reached for a chisel, finding comfort in the ritual: select the tool, test the edge, measure twice. The world could fray outside these walls, but here, everything obeyed rules. Precision, patience, finish.</w:t>
        <w:br/>
        <w:br/>
        <w:t>He didn't hear the car pull up, or the heavy footsteps on gravel. Only when the hinge shrieked did Matt look up, startled, chisel poised mid-air. Sheriff Brett Grayson stood in the doorway, broad-shouldered and careful, his presence swallowing the light. No uniform—just slacks, a pressed shirt, the badge clipped low at his belt.</w:t>
        <w:br/>
        <w:br/>
        <w:t xml:space="preserve">Matt set the chisel down. Slow. Deliberate. "Morning, Sheriff. Looking for a new dining set?" </w:t>
        <w:br/>
        <w:br/>
        <w:t>Dry, automatic. He could see Grayson cataloging the room in swift glances: the bench, the tool wall, the half-finished projects lined like patients on a ward.</w:t>
        <w:br/>
        <w:br/>
        <w:t>Grayson stepped inside, careful not to drag dust over the threshold. His smile was tight, practiced. "Just visiting, Matt. Quiet morning?"</w:t>
        <w:br/>
        <w:br/>
        <w:t>"Was." Matt forced a half-smile. He wiped his hands on a rag, buying time. He'd seen Grayson go neutral before—at charity auctions, after a bar fight on Thames Street. That measured calm always meant something unwelcome was about to happen.</w:t>
        <w:br/>
        <w:br/>
        <w:t>"Looks like you've been busy," Grayson said, nodding at the table leg, the shavings curled at Matt's feet.</w:t>
        <w:br/>
        <w:br/>
        <w:t>"Trying to keep out of trouble." Matt gestured at a stool, but Grayson declined, choosing instead to roam the perimeter.</w:t>
        <w:br/>
        <w:br/>
        <w:t>The silence stretched. The shop, usually a sanctuary, felt suddenly exposed—every tool on display, every project a question waiting to be asked. Matt's chest tightened.</w:t>
        <w:br/>
        <w:br/>
        <w:t xml:space="preserve">Grayson's gaze lingered on the chisels arrayed on the workbench—a gleaming, meticulous set. He didn't touch them. </w:t>
        <w:br/>
        <w:br/>
        <w:t>Not yet.</w:t>
        <w:br/>
        <w:br/>
        <w:t>"I need to ask you a few things," Grayson said, voice gentle, but his eyes cool and searching.</w:t>
        <w:br/>
        <w:br/>
        <w:t>Matt nodded, mask in place, but every sense sharpened. This wasn't a social call.</w:t>
      </w:r>
    </w:p>
    <w:p/>
    <w:p>
      <w:r>
        <w:rPr>
          <w:i/>
        </w:rPr>
        <w:t>16.3: Grayson casually questions Matt about his recent interactions with Peter Marshall, deliberately indirect, trying not to alert Matt prematurely.</w:t>
      </w:r>
    </w:p>
    <w:p>
      <w:r>
        <w:rPr>
          <w:i/>
        </w:rPr>
        <w:t>16.4: Matt answers cautiously, mentioning he repaired minor damage Peter caused to the antique McNaughton desk "some time ago," while deliberately omitting his brief early-morning visit.</w:t>
      </w:r>
    </w:p>
    <w:p/>
    <w:p>
      <w:r>
        <w:t>Grayson let silence build, letting the shop's ambient hum fill space that usually belonged to conversation. He circled a shelf stacked with unfinished cedar, trailing his finger along the edge of a dovetailed panel. When he spoke, his tone was light, conversational—the practiced ease of a man who preferred his questions to feel like casual weather talk. "You see much of Peter Marshall lately?"</w:t>
        <w:br/>
        <w:br/>
        <w:t>Matt shrugged, schooling his features to idle politeness. "Here and there. Newport's not exactly sprawling." He watched Grayson's eyes, trying to read the current.</w:t>
        <w:br/>
        <w:br/>
        <w:t>Grayson nodded as if that settled something. "He ever bring you trouble?" A pause, then: "Or just business?"</w:t>
        <w:br/>
        <w:br/>
        <w:t>"Mostly business." Matt forced a short laugh. "Peter could turn a leaky faucet into a federal case. Called me about a desk—McNaughton, from the twenties. Said he'd chipped a drawer handle moving his laptop, wanted it fixed before his next yacht party."</w:t>
        <w:br/>
        <w:br/>
        <w:t>Grayson arched a brow, feigning mild interest. "You get down to the yacht for that?"</w:t>
        <w:br/>
        <w:br/>
        <w:t>Matt nodded, keeping his cadence slow, casual. "Yeah, some time ago. He was fussing over the grain not matching the original—wanted perfection, as always. I patched it up, told him to call if he broke it again." He left it there, the timeline vague. No mention of that hasty dawn visit, no hint of the anxious call that had pulled him from bed. Omission wasn't lying—it was survival.</w:t>
        <w:br/>
        <w:br/>
        <w:t>Grayson wandered to the open window, backlit by white daylight. "Peter strike you as more stressed than usual?"</w:t>
        <w:br/>
        <w:br/>
        <w:t>Matt hesitated, then selected his words with the same care he reserved for a dangerous cut. "He was tense. Running on caffeine and complaints. Talked a lot about his siblings, the will, business pressures." He met Grayson's gaze, steady. "But that wasn't new. Peter liked having problems to solve. Gave him something to bark about."</w:t>
        <w:br/>
        <w:br/>
        <w:t>Grayson let that hang. His attention drifted, ostensibly to the joinery on the window frame, but Matt could feel him weighing each omission, each careful answer.</w:t>
        <w:br/>
        <w:br/>
        <w:t>"And you haven't seen him since?" Grayson's voice was mild, almost bored.</w:t>
        <w:br/>
        <w:br/>
        <w:t>Matt shook his head. "Not since the desk repair. Haven't heard from him, either." He kept his hands loose at his sides, resisting the urge to fidget.</w:t>
        <w:br/>
        <w:br/>
        <w:t>The sheriff only nodded, but Matt sensed the shift—the subtle tightening of focus, the cataloguing of what had been said and, more importantly, what hadn't.</w:t>
      </w:r>
    </w:p>
    <w:p/>
    <w:p>
      <w:r>
        <w:rPr>
          <w:i/>
        </w:rPr>
        <w:t>16.5: Growing uneasy with Grayson’s questions, Matt anxiously asks if Kim Marshall is safe, his immediate concern alerting Grayson’s interest.</w:t>
      </w:r>
    </w:p>
    <w:p>
      <w:r>
        <w:rPr>
          <w:i/>
        </w:rPr>
        <w:t>16.6: Grayson calmly informs Matt of Peter Marshall’s death, closely observing Matt’s shocked and genuinely troubled reaction.</w:t>
      </w:r>
    </w:p>
    <w:p/>
    <w:p>
      <w:r>
        <w:t>Matt felt the weight of Grayson's silence settle between his shoulder blades. The questions had shifted—just enough to raise the hair on his arms. The shop, moments ago all walnut and calm, now felt like a stage set. His own voice sounded distant when he spoke.</w:t>
        <w:br/>
        <w:br/>
        <w:t xml:space="preserve">He cleared his throat, made a show of wiping his hands. "Kim Marshall—she's all right, isn't she?" </w:t>
        <w:br/>
        <w:br/>
        <w:t>The words came out wrong. Too quick, too sharp. Matt heard the tremor and knew Grayson had caught it too—that flicker of interest, not surprise.</w:t>
        <w:br/>
        <w:br/>
        <w:t>Grayson let the question hang. "She's fine, Matt." A beat. "Why do you ask?"</w:t>
        <w:br/>
        <w:br/>
        <w:t>Matt shrugged, the gesture stiff. "She's had a rough run with Peter. The will, the arguments." He gestured vaguely. "You hear things."</w:t>
        <w:br/>
        <w:br/>
        <w:t>"I hear plenty." Grayson's voice dropped. "And I see people worry—sometimes more than they let on."</w:t>
        <w:br/>
        <w:br/>
        <w:t>Matt's mouth went dry. He forced his gaze to the sunlit window, searching for something ordinary. The world outside seemed suddenly far away. "Is there something I should know, Sheriff?"</w:t>
        <w:br/>
        <w:br/>
        <w:t>Grayson stepped closer, close enough that Matt could smell his aftershave, see the small scar above his left eyebrow. "Peter Marshall was found dead this morning. On his yacht."</w:t>
        <w:br/>
        <w:br/>
        <w:t>The words hit like a physical blow. Matt blinked, waiting for a punchline that didn't come. His heart did a slow, sickening roll. "Dead." The word felt foreign in his mouth. "You're sure?"</w:t>
        <w:br/>
        <w:br/>
        <w:t>"Early hours. Crew found him."</w:t>
        <w:br/>
        <w:br/>
        <w:t>Matt tried to recall the last thing he'd said to Peter—some crack about veneer, maybe nothing at all. The memory wouldn't surface. He pressed fingers to his temple. "Christ. I didn't think..." He stopped, knowing how anything might sound.</w:t>
        <w:br/>
        <w:br/>
        <w:t>He met Grayson's eyes, hoping to project confusion rather than guilt. Grayson just watched—cataloguing every flicker, every ragged edge. The air thickened with unspoken calculations.</w:t>
        <w:br/>
        <w:br/>
        <w:t>"Did Kim—does she know?"</w:t>
        <w:br/>
        <w:br/>
        <w:t>"Not yet. You're among the first." Grayson's voice carried an almost-gentleness, but Matt heard the steel underneath.</w:t>
        <w:br/>
        <w:br/>
        <w:t>Matt gripped the workbench edge. The world, a moment ago so precise and ordered, now tilted off its axis. Everything suddenly up for question.</w:t>
      </w:r>
    </w:p>
    <w:p/>
    <w:p>
      <w:r>
        <w:rPr>
          <w:i/>
        </w:rPr>
        <w:t>16.7: Grayson casually asks Matt if he has any specialized or unusual woodworking chisels; Matt willingly shows him various sets, including fishtail and carving chisels, but notices Grayson's particular interest in the Fujihiro chisels with their fluted edges, privately noting with confusion the missing larger pair.</w:t>
      </w:r>
    </w:p>
    <w:p>
      <w:r>
        <w:rPr>
          <w:i/>
        </w:rPr>
        <w:t>16.8: Matt silently questions himself about the missing 9mm chisel, privately recalling clearly his use aboard Bob Donnelly’s yacht, wondering if he mistakenly left it behind.</w:t>
      </w:r>
    </w:p>
    <w:p/>
    <w:p>
      <w:r>
        <w:t>Grayson's gaze swept the workbenches, pausing on the neat rows of tools lining the back wall—sharp steel, maple handles, the whole inventory of a craftsman who believed in order. "You keep specialty gear back here, Matt? Anything unusual?"</w:t>
        <w:br/>
        <w:br/>
        <w:t>Matt nodded, grateful for a question he could answer with certainty. He gestured to the wall racks. "Depends what you call unusual. Most of it's standard—bevel edges, mortising, fishtails for fine joinery." He pulled open a shallow drawer and set a handful of chisels on a felt pad: some stubby, some with delicate, curved blades. "These are carving sets—English, mostly. Fishtails are Japanese. Want to see the oddballs?" He tried for dry humor, but his voice cracked.</w:t>
        <w:br/>
        <w:br/>
        <w:t>Grayson leaned in, picking up a slender chisel and turning it in his hand. "Nice weight. You sharpen these yourself?"</w:t>
        <w:br/>
        <w:br/>
        <w:t>"Every week. Bad tools make for bad work." Matt watched as Grayson set the chisel down, then moved along the rack to a wooden case—his prized Fujihiro set, the kind you ordered from Kyoto and waited months to clear customs. Matt unclipped the latches, lifted the lid with quiet pride he couldn't quite suppress.</w:t>
        <w:br/>
        <w:br/>
        <w:t>Inside: precisely nested chisels, each with a fluted, hand-forged blade and a dark, lacquered handle. Grayson's eyes narrowed—not in admiration but calculation. "Japanese, right?"</w:t>
        <w:br/>
        <w:br/>
        <w:t>Matt nodded. "Fujihiro. They're rare. Fluted edge keeps chips from binding up in the cut. That's the theory, anyway."</w:t>
        <w:br/>
        <w:br/>
        <w:t>Grayson ran a finger along the empty velvet slot near the center. "You missing one?"</w:t>
        <w:br/>
        <w:br/>
        <w:t>Matt blinked. There should have been a pair of nine-millimeter chisels—matched set, side by side. Only the left-handed one remained. The right slot gaped empty. A subtle thing, but glaring to someone who lived by symmetry. Heat prickled at the base of his neck.</w:t>
        <w:br/>
        <w:br/>
        <w:t>"Must be out on the finishing table," he lied, snapping the case closed. "I've been working curved walnut rails. Could've set it down somewhere dumb."</w:t>
        <w:br/>
        <w:br/>
        <w:t>But even as he said it, the memory cut through: that last job on Bob Donnelly's yacht—hunched over the maple drawer runners, late light slanting through the porthole, the chisel slipping into his tool roll. Or had it? He replayed the sequence, the muscle memory, but drew a blank after the job was finished—just the rush to pack up, Bob's distracted chatter, the sense of being in someone else's home, out of rhythm.</w:t>
        <w:br/>
        <w:br/>
        <w:t>He forced his face neutral, turning back to Grayson, but the question gnawed at him. Had he left the chisel on the yacht? Or worse—had someone else found it?</w:t>
        <w:br/>
        <w:br/>
        <w:t>The shop felt suddenly airless, every surface watching, every tool a possible alibi or trap. Matt kept his hands steady, but inside, doubt pressed in, sharp as steel.</w:t>
      </w:r>
    </w:p>
    <w:p/>
    <w:p>
      <w:r>
        <w:rPr>
          <w:i/>
        </w:rPr>
        <w:t>16.9: Grayson politely asks Matt if he can take the chisels for further examination, offering no specific reasons; Matt readily and calmly agrees, privately anxious.</w:t>
      </w:r>
    </w:p>
    <w:p>
      <w:r>
        <w:rPr>
          <w:i/>
        </w:rPr>
        <w:t>16.10: Grayson advises Matt, in a professional but firm tone, to remain in Newport for further questioning, subtly reinforcing the seriousness of the situation.</w:t>
      </w:r>
    </w:p>
    <w:p/>
    <w:p>
      <w:r>
        <w:t>Grayson set the last chisel down with the deliberate care of a man handling evidence. He straightened, studying the sleek case and its empty slot like a jeweler who'd found a crack in a perfect stone.</w:t>
        <w:br/>
        <w:br/>
        <w:t>"I'd like to take these with me, Matt. Have our lab give them a closer look." His tone stayed conversational, almost apologetic. "Standard procedure when specialty tools might be involved."</w:t>
        <w:br/>
        <w:br/>
        <w:t>Matt's hands found the benchtop, knuckles going white against the walnut. "Sure thing, Sheriff. They're insured." He forced casualness into his voice. "Just—they're hard to replace. Sentimental value."</w:t>
        <w:br/>
        <w:br/>
        <w:t>Grayson latched the case, tucked it under his arm. "I understand. These things matter to a craftsman." His gaze lingered on Matt's face—cataloguing tension, filing away tells. "Anything else missing? Tools borrowed, maybe left somewhere?"</w:t>
        <w:br/>
        <w:br/>
        <w:t>The question hung between them like smoke. Matt shook his head. "Nothing I can't account for."</w:t>
        <w:br/>
        <w:br/>
        <w:t>The lie sat bitter on his tongue, but the truth felt like stepping off a cliff. He cleared his throat. "If something comes to mind, I'll call."</w:t>
        <w:br/>
        <w:br/>
        <w:t>"Please do." Grayson moved toward the door, paused with his hand on the brass knob. When he turned back, his expression had shifted—still polite, but with an edge that cut through the shop's warm air.</w:t>
        <w:br/>
        <w:br/>
        <w:t>"One more thing. I'd appreciate it if you stayed local for now." The words dropped soft as cotton, landed hard as stone. "We may need to talk again as the investigation develops."</w:t>
        <w:br/>
        <w:br/>
        <w:t>Matt's chest constricted. The weight of those words settled in his ribs, heavy and permanent. "I'm not going anywhere. You know where to find me."</w:t>
        <w:br/>
        <w:br/>
        <w:t>Grayson nodded—a small, precise motion that felt like a check mark in an invisible ledger. "Good. I'll be in touch."</w:t>
        <w:br/>
        <w:br/>
        <w:t>The door closed behind him with a soft click. Matt watched through the window as the squad car pulled away, gravel crunching under tires, taking his tools and maybe his freedom with it.</w:t>
        <w:br/>
        <w:br/>
        <w:t>The shop fell silent except for the tick of the old wall clock. Matt stared at the empty felt where his chisels had been, the absence as stark as a missing tooth. Outside, the world continued its ordinary rhythm, but inside these walls, everything had tilted off its axis.</w:t>
        <w:br/>
        <w:br/>
        <w:t>He drew a slow breath, steadying himself against the bench. Then, with the deliberate motion of a man preparing for impact, he reached for his phone.</w:t>
      </w:r>
    </w:p>
    <w:p/>
    <w:p>
      <w:r>
        <w:rPr>
          <w:i/>
        </w:rPr>
        <w:t>16.11: After Grayson leaves, Matt stands alone, deeply unsettled by the encounter, his familiar workshop feeling newly shadowed by suspicion and uncertainty.</w:t>
      </w:r>
    </w:p>
    <w:p>
      <w:r>
        <w:rPr>
          <w:i/>
        </w:rPr>
        <w:t>16.12: Matt considers calling Kim Marshall to discuss the troubling developments but decides the sensitive situation requires a face-to-face conversation; instead, he reaches decisively for his phone to call Sally Gordon.</w:t>
      </w:r>
    </w:p>
    <w:p/>
    <w:p>
      <w:r>
        <w:t>Matt stood in the center of his workshop, hands braced against the walnut bench. The grain bit cold against his palms. The old wall clock measured out seconds—each tick another step toward whatever his life was becoming. Outside, a lawnmower droned two blocks over. A delivery truck rattled past. Newport's careful rhythm, oblivious to the fact that inside these walls, his world had just cracked open.</w:t>
        <w:br/>
        <w:br/>
        <w:t>He studied the tool racks, the half-finished table legs, the precise order he'd spent years building. The missing Fujihiro chisel stared back—an empty slot that felt like an accusation. Grayson's suspicion still hung in the air, sharp as sawdust. Matt tried to piece together that last job on Donnelly's yacht: the rushed cleanup, Bob's distracted chatter, the muscle memory of packing his tools. Had he left the chisel behind? Or had someone lifted it after he'd gone?</w:t>
        <w:br/>
        <w:br/>
        <w:t>His palm came away damp from the bench. He should call Kim. Warn her. But the thought stopped him cold—phones tapped, every word a potential noose. Grayson was hunting now, and Matt had handed him a scent trail. Calling Kim would only drag her deeper.</w:t>
        <w:br/>
        <w:br/>
        <w:t>He needed someone who understood Newport's angles. Someone who'd survived the gossip wars and lived to tell about it. Sally. If this town had a crisis center, it was her veranda—coffee, legal pads, and the stiff breeze off the bay.</w:t>
        <w:br/>
        <w:br/>
        <w:t>Matt reached for his phone, thumb hovering over Kim's contact. He forced himself to scroll past. Found Sally's number instead. Two rings. He half-hoped she'd answer with her usual dry wit, some crack about his "Rent-a-Gent" troubles. But the stakes had moved beyond jokes.</w:t>
        <w:br/>
        <w:br/>
        <w:t>He stared at the empty felt where his chisel should have been. For the first time in years, he felt less like the man who fixed things and more like the one who needed fixing. When Sally's voice came through—calm, sharp—he drew a breath.</w:t>
        <w:br/>
        <w:br/>
        <w:t>Time to ask for help he wasn't sure he deserved.</w:t>
      </w:r>
    </w:p>
    <w:p/>
    <w:p>
      <w:r>
        <w:br w:type="page"/>
      </w:r>
    </w:p>
    <w:p>
      <w:pPr>
        <w:pStyle w:val="Heading1"/>
      </w:pPr>
      <w:r>
        <w:t>Chapter 17: Kim is Arrested</w:t>
      </w:r>
    </w:p>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