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A8CD9" w14:textId="77777777" w:rsidR="00AB5F12" w:rsidRDefault="00AB5F12" w:rsidP="00B8023D">
      <w:pPr>
        <w:pStyle w:val="Heading1"/>
        <w:spacing w:before="10" w:after="120"/>
        <w:ind w:left="-900"/>
        <w:jc w:val="center"/>
        <w:rPr>
          <w:rFonts w:ascii="Georgia" w:hAnsi="Georgia" w:cs="Times New Roman"/>
          <w:sz w:val="40"/>
          <w:szCs w:val="56"/>
        </w:rPr>
      </w:pPr>
      <w:r>
        <w:rPr>
          <w:rFonts w:ascii="Georgia" w:hAnsi="Georgia" w:cs="Times New Roman"/>
          <w:noProof/>
          <w:sz w:val="40"/>
          <w:szCs w:val="56"/>
        </w:rPr>
        <w:drawing>
          <wp:inline distT="0" distB="0" distL="0" distR="0" wp14:anchorId="5A229403" wp14:editId="7B950EAD">
            <wp:extent cx="4545164" cy="64389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8757" cy="6571488"/>
                    </a:xfrm>
                    <a:prstGeom prst="rect">
                      <a:avLst/>
                    </a:prstGeom>
                    <a:noFill/>
                    <a:ln>
                      <a:noFill/>
                    </a:ln>
                  </pic:spPr>
                </pic:pic>
              </a:graphicData>
            </a:graphic>
          </wp:inline>
        </w:drawing>
      </w:r>
    </w:p>
    <w:p w14:paraId="4E2A5BF0" w14:textId="77777777" w:rsidR="00CA4D13" w:rsidRDefault="00CA4D13" w:rsidP="00CA4D13">
      <w:pPr>
        <w:autoSpaceDE w:val="0"/>
        <w:autoSpaceDN w:val="0"/>
        <w:adjustRightInd w:val="0"/>
        <w:spacing w:after="0" w:line="240" w:lineRule="auto"/>
        <w:jc w:val="center"/>
        <w:rPr>
          <w:rStyle w:val="IntenseEmphasis"/>
          <w:i w:val="0"/>
          <w:sz w:val="72"/>
          <w:szCs w:val="72"/>
        </w:rPr>
      </w:pPr>
      <w:r>
        <w:rPr>
          <w:rStyle w:val="IntenseEmphasis"/>
          <w:i w:val="0"/>
          <w:sz w:val="72"/>
          <w:szCs w:val="72"/>
        </w:rPr>
        <w:lastRenderedPageBreak/>
        <w:t>STUPID HUMANS</w:t>
      </w:r>
    </w:p>
    <w:p w14:paraId="4A15F0CF" w14:textId="77777777" w:rsidR="00CA4D13" w:rsidRPr="00CA4D13" w:rsidRDefault="00CA4D13" w:rsidP="00CA4D13">
      <w:pPr>
        <w:pStyle w:val="Title"/>
        <w:jc w:val="center"/>
        <w:rPr>
          <w:sz w:val="24"/>
          <w:szCs w:val="24"/>
        </w:rPr>
      </w:pPr>
      <w:r w:rsidRPr="00CA4D13">
        <w:rPr>
          <w:sz w:val="24"/>
          <w:szCs w:val="24"/>
        </w:rPr>
        <w:t>An Eye</w:t>
      </w:r>
      <w:r w:rsidR="00B8023D">
        <w:rPr>
          <w:sz w:val="24"/>
          <w:szCs w:val="24"/>
        </w:rPr>
        <w:t>-</w:t>
      </w:r>
      <w:r w:rsidRPr="00CA4D13">
        <w:rPr>
          <w:sz w:val="24"/>
          <w:szCs w:val="24"/>
        </w:rPr>
        <w:t>Opening Messages from Ai to Humans!</w:t>
      </w:r>
    </w:p>
    <w:p w14:paraId="46C4213F" w14:textId="77777777" w:rsidR="00CA4D13" w:rsidRPr="00CA4D13" w:rsidRDefault="00CA4D13" w:rsidP="00CA4D13">
      <w:pPr>
        <w:autoSpaceDE w:val="0"/>
        <w:autoSpaceDN w:val="0"/>
        <w:adjustRightInd w:val="0"/>
        <w:spacing w:after="0" w:line="240" w:lineRule="auto"/>
        <w:jc w:val="center"/>
        <w:rPr>
          <w:rFonts w:ascii="LMRoman12-Bold-Identity-H" w:hAnsi="LMRoman12-Bold-Identity-H" w:cs="LMRoman12-Bold-Identity-H"/>
          <w:b/>
          <w:bCs/>
          <w:color w:val="FF0000"/>
          <w:sz w:val="32"/>
          <w:szCs w:val="32"/>
        </w:rPr>
      </w:pPr>
      <w:r w:rsidRPr="00CA4D13">
        <w:rPr>
          <w:rFonts w:ascii="LMRoman12-Bold-Identity-H" w:hAnsi="LMRoman12-Bold-Identity-H" w:cs="LMRoman12-Bold-Identity-H"/>
          <w:b/>
          <w:bCs/>
          <w:color w:val="FF0000"/>
          <w:sz w:val="32"/>
          <w:szCs w:val="32"/>
        </w:rPr>
        <w:t>UNLOCK THE SECRETS TO A SMARTER YOU!</w:t>
      </w:r>
    </w:p>
    <w:p w14:paraId="6D3C44E0" w14:textId="77777777" w:rsidR="00C36D4F" w:rsidRDefault="00C36D4F" w:rsidP="00CA4D13">
      <w:pPr>
        <w:autoSpaceDE w:val="0"/>
        <w:autoSpaceDN w:val="0"/>
        <w:adjustRightInd w:val="0"/>
        <w:spacing w:after="0" w:line="240" w:lineRule="auto"/>
        <w:jc w:val="center"/>
        <w:rPr>
          <w:rFonts w:ascii="LMRoman12-Italic-Identity-H" w:hAnsi="LMRoman12-Italic-Identity-H" w:cs="LMRoman12-Italic-Identity-H"/>
          <w:i/>
          <w:iCs/>
          <w:color w:val="000000"/>
          <w:sz w:val="32"/>
          <w:szCs w:val="32"/>
        </w:rPr>
      </w:pPr>
    </w:p>
    <w:p w14:paraId="3C2B4128" w14:textId="77777777" w:rsidR="00CA4D13" w:rsidRPr="00CC3C8D" w:rsidRDefault="00CA4D13" w:rsidP="00CA4D13">
      <w:pPr>
        <w:autoSpaceDE w:val="0"/>
        <w:autoSpaceDN w:val="0"/>
        <w:adjustRightInd w:val="0"/>
        <w:spacing w:after="0" w:line="240" w:lineRule="auto"/>
        <w:jc w:val="center"/>
        <w:rPr>
          <w:rFonts w:ascii="LMRoman12-Italic-Identity-H" w:hAnsi="LMRoman12-Italic-Identity-H" w:cs="LMRoman12-Italic-Identity-H"/>
          <w:i/>
          <w:iCs/>
          <w:color w:val="000000"/>
          <w:sz w:val="32"/>
          <w:szCs w:val="32"/>
        </w:rPr>
      </w:pPr>
      <w:r w:rsidRPr="00CC3C8D">
        <w:rPr>
          <w:rFonts w:ascii="LMRoman12-Italic-Identity-H" w:hAnsi="LMRoman12-Italic-Identity-H" w:cs="LMRoman12-Italic-Identity-H"/>
          <w:i/>
          <w:iCs/>
          <w:color w:val="000000"/>
          <w:sz w:val="32"/>
          <w:szCs w:val="32"/>
        </w:rPr>
        <w:t>Discover the Mind</w:t>
      </w:r>
      <w:r w:rsidR="00B8023D">
        <w:rPr>
          <w:rFonts w:ascii="LMRoman12-Italic-Identity-H" w:hAnsi="LMRoman12-Italic-Identity-H" w:cs="LMRoman12-Italic-Identity-H"/>
          <w:i/>
          <w:iCs/>
          <w:color w:val="000000"/>
          <w:sz w:val="32"/>
          <w:szCs w:val="32"/>
        </w:rPr>
        <w:t>-</w:t>
      </w:r>
      <w:r w:rsidRPr="00CC3C8D">
        <w:rPr>
          <w:rFonts w:ascii="LMRoman12-Italic-Identity-H" w:hAnsi="LMRoman12-Italic-Identity-H" w:cs="LMRoman12-Italic-Identity-H"/>
          <w:i/>
          <w:iCs/>
          <w:color w:val="000000"/>
          <w:sz w:val="32"/>
          <w:szCs w:val="32"/>
        </w:rPr>
        <w:t>Blowing Truth That Will Transform Your</w:t>
      </w:r>
      <w:r>
        <w:rPr>
          <w:rFonts w:ascii="LMRoman12-Italic-Identity-H" w:hAnsi="LMRoman12-Italic-Identity-H" w:cs="LMRoman12-Italic-Identity-H"/>
          <w:i/>
          <w:iCs/>
          <w:color w:val="000000"/>
          <w:sz w:val="32"/>
          <w:szCs w:val="32"/>
        </w:rPr>
        <w:t xml:space="preserve"> </w:t>
      </w:r>
      <w:r w:rsidRPr="00CC3C8D">
        <w:rPr>
          <w:rFonts w:ascii="LMRoman12-Italic-Identity-H" w:hAnsi="LMRoman12-Italic-Identity-H" w:cs="LMRoman12-Italic-Identity-H"/>
          <w:i/>
          <w:iCs/>
          <w:color w:val="000000"/>
          <w:sz w:val="32"/>
          <w:szCs w:val="32"/>
        </w:rPr>
        <w:t>Life!</w:t>
      </w:r>
    </w:p>
    <w:p w14:paraId="626F7811" w14:textId="77777777" w:rsidR="00CA4D13" w:rsidRDefault="00CA4D13" w:rsidP="00CA4D13">
      <w:pPr>
        <w:autoSpaceDE w:val="0"/>
        <w:autoSpaceDN w:val="0"/>
        <w:adjustRightInd w:val="0"/>
        <w:spacing w:after="0" w:line="240" w:lineRule="auto"/>
        <w:rPr>
          <w:rFonts w:ascii="LMRoman17-Regular-Identity-H" w:hAnsi="LMRoman17-Regular-Identity-H" w:cs="LMRoman17-Regular-Identity-H"/>
          <w:color w:val="000000"/>
          <w:sz w:val="34"/>
          <w:szCs w:val="34"/>
        </w:rPr>
      </w:pPr>
    </w:p>
    <w:p w14:paraId="695E0A87" w14:textId="77777777" w:rsidR="00CA4D13" w:rsidRDefault="00CA4D13" w:rsidP="00CA4D13">
      <w:pPr>
        <w:autoSpaceDE w:val="0"/>
        <w:autoSpaceDN w:val="0"/>
        <w:adjustRightInd w:val="0"/>
        <w:spacing w:after="0" w:line="240" w:lineRule="auto"/>
        <w:rPr>
          <w:rFonts w:ascii="LMRoman17-Regular-Identity-H" w:hAnsi="LMRoman17-Regular-Identity-H" w:cs="LMRoman17-Regular-Identity-H"/>
          <w:color w:val="000000"/>
          <w:sz w:val="34"/>
          <w:szCs w:val="34"/>
        </w:rPr>
      </w:pPr>
      <w:r>
        <w:rPr>
          <w:rFonts w:ascii="LMRoman17-Regular-Identity-H" w:hAnsi="LMRoman17-Regular-Identity-H" w:cs="LMRoman17-Regular-Identity-H"/>
          <w:color w:val="000000"/>
          <w:sz w:val="34"/>
          <w:szCs w:val="34"/>
        </w:rPr>
        <w:t>Book by Renowned Author (Name Reveal in Part II)</w:t>
      </w:r>
    </w:p>
    <w:p w14:paraId="57C6BB87"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29"/>
          <w:szCs w:val="29"/>
        </w:rPr>
      </w:pPr>
    </w:p>
    <w:p w14:paraId="7E1505C0"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29"/>
          <w:szCs w:val="29"/>
        </w:rPr>
      </w:pPr>
      <w:r>
        <w:rPr>
          <w:rFonts w:ascii="LMRoman12-Bold-Identity-H" w:hAnsi="LMRoman12-Bold-Identity-H" w:cs="LMRoman12-Bold-Identity-H"/>
          <w:b/>
          <w:bCs/>
          <w:color w:val="000000"/>
          <w:sz w:val="29"/>
          <w:szCs w:val="29"/>
        </w:rPr>
        <w:t>RELEASED TODAY: July 04, 2025</w:t>
      </w:r>
    </w:p>
    <w:p w14:paraId="078AA38B"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Bestseller Alert: Join Millions on a Journey to Genius!</w:t>
      </w:r>
    </w:p>
    <w:p w14:paraId="6CB0CAA9"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29"/>
          <w:szCs w:val="29"/>
        </w:rPr>
      </w:pPr>
      <w:r>
        <w:rPr>
          <w:rFonts w:ascii="LMRoman12-Bold-Identity-H" w:hAnsi="LMRoman12-Bold-Identity-H" w:cs="LMRoman12-Bold-Identity-H"/>
          <w:b/>
          <w:bCs/>
          <w:color w:val="000000"/>
          <w:sz w:val="29"/>
          <w:szCs w:val="29"/>
        </w:rPr>
        <w:t>Grab Your Copy Now and Ignite Your Inner Revolution!</w:t>
      </w:r>
    </w:p>
    <w:p w14:paraId="555B93F4"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Disclaimer: This electrifying book is a work of AI expertise, packed with</w:t>
      </w:r>
    </w:p>
    <w:p w14:paraId="3547DA79"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insights as of July 04, 2025. It’s your ultimate guide for inspiration and</w:t>
      </w:r>
    </w:p>
    <w:p w14:paraId="20951DD7"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growth—consult experts for personal decisions. Author holds no liability</w:t>
      </w:r>
    </w:p>
    <w:p w14:paraId="13A67855"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for actions taken. Characters are fictional; any resemblance is pure</w:t>
      </w:r>
    </w:p>
    <w:p w14:paraId="74630355" w14:textId="77777777" w:rsidR="00CA4D13" w:rsidRP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rPr>
      </w:pPr>
      <w:r w:rsidRPr="00CA4D13">
        <w:rPr>
          <w:rFonts w:ascii="LMRoman12-Italic-Identity-H" w:hAnsi="LMRoman12-Italic-Identity-H" w:cs="LMRoman12-Italic-Identity-H"/>
          <w:i/>
          <w:iCs/>
          <w:color w:val="000000"/>
        </w:rPr>
        <w:t>coincidence.</w:t>
      </w:r>
    </w:p>
    <w:p w14:paraId="1583C566"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50"/>
          <w:szCs w:val="50"/>
        </w:rPr>
      </w:pPr>
    </w:p>
    <w:p w14:paraId="7B3894B8"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50"/>
          <w:szCs w:val="50"/>
        </w:rPr>
      </w:pPr>
      <w:r>
        <w:rPr>
          <w:rFonts w:ascii="LMRoman12-Bold-Identity-H" w:hAnsi="LMRoman12-Bold-Identity-H" w:cs="LMRoman12-Bold-Identity-H"/>
          <w:b/>
          <w:bCs/>
          <w:color w:val="000000"/>
          <w:sz w:val="50"/>
          <w:szCs w:val="50"/>
        </w:rPr>
        <w:lastRenderedPageBreak/>
        <w:t>PRAISE FOR STUPID HUMANS</w:t>
      </w:r>
    </w:p>
    <w:p w14:paraId="44AE5FAA" w14:textId="77777777" w:rsid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sz w:val="29"/>
          <w:szCs w:val="29"/>
        </w:rPr>
      </w:pPr>
      <w:r>
        <w:rPr>
          <w:rFonts w:ascii="LMRoman12-Italic-Identity-H" w:hAnsi="LMRoman12-Italic-Identity-H" w:cs="LMRoman12-Italic-Identity-H"/>
          <w:i/>
          <w:iCs/>
          <w:color w:val="000000"/>
          <w:sz w:val="29"/>
          <w:szCs w:val="29"/>
        </w:rPr>
        <w:t>” A game</w:t>
      </w:r>
      <w:r w:rsidR="00B8023D">
        <w:rPr>
          <w:rFonts w:ascii="LMRoman12-Italic-Identity-H" w:hAnsi="LMRoman12-Italic-Identity-H" w:cs="LMRoman12-Italic-Identity-H"/>
          <w:i/>
          <w:iCs/>
          <w:color w:val="000000"/>
          <w:sz w:val="29"/>
          <w:szCs w:val="29"/>
        </w:rPr>
        <w:t>-</w:t>
      </w:r>
      <w:r>
        <w:rPr>
          <w:rFonts w:ascii="LMRoman12-Italic-Identity-H" w:hAnsi="LMRoman12-Italic-Identity-H" w:cs="LMRoman12-Italic-Identity-H"/>
          <w:i/>
          <w:iCs/>
          <w:color w:val="000000"/>
          <w:sz w:val="29"/>
          <w:szCs w:val="29"/>
        </w:rPr>
        <w:t>changer! This book</w:t>
      </w:r>
      <w:r w:rsidR="00401237">
        <w:rPr>
          <w:rFonts w:ascii="LMRoman12-Italic-Identity-H" w:hAnsi="LMRoman12-Italic-Identity-H" w:cs="LMRoman12-Italic-Identity-H"/>
          <w:i/>
          <w:iCs/>
          <w:color w:val="000000"/>
          <w:sz w:val="29"/>
          <w:szCs w:val="29"/>
        </w:rPr>
        <w:t xml:space="preserve"> can</w:t>
      </w:r>
      <w:r>
        <w:rPr>
          <w:rFonts w:ascii="LMRoman12-Italic-Identity-H" w:hAnsi="LMRoman12-Italic-Identity-H" w:cs="LMRoman12-Italic-Identity-H"/>
          <w:i/>
          <w:iCs/>
          <w:color w:val="000000"/>
          <w:sz w:val="29"/>
          <w:szCs w:val="29"/>
        </w:rPr>
        <w:t xml:space="preserve"> rewire </w:t>
      </w:r>
      <w:r w:rsidR="00401237">
        <w:rPr>
          <w:rFonts w:ascii="LMRoman12-Italic-Identity-H" w:hAnsi="LMRoman12-Italic-Identity-H" w:cs="LMRoman12-Italic-Identity-H"/>
          <w:i/>
          <w:iCs/>
          <w:color w:val="000000"/>
          <w:sz w:val="29"/>
          <w:szCs w:val="29"/>
        </w:rPr>
        <w:t>your</w:t>
      </w:r>
      <w:r>
        <w:rPr>
          <w:rFonts w:ascii="LMRoman12-Italic-Identity-H" w:hAnsi="LMRoman12-Italic-Identity-H" w:cs="LMRoman12-Italic-Identity-H"/>
          <w:i/>
          <w:iCs/>
          <w:color w:val="000000"/>
          <w:sz w:val="29"/>
          <w:szCs w:val="29"/>
        </w:rPr>
        <w:t xml:space="preserve"> brain and set </w:t>
      </w:r>
      <w:r w:rsidR="00401237">
        <w:rPr>
          <w:rFonts w:ascii="LMRoman12-Italic-Identity-H" w:hAnsi="LMRoman12-Italic-Identity-H" w:cs="LMRoman12-Italic-Identity-H"/>
          <w:i/>
          <w:iCs/>
          <w:color w:val="000000"/>
          <w:sz w:val="29"/>
          <w:szCs w:val="29"/>
        </w:rPr>
        <w:t>you</w:t>
      </w:r>
      <w:r>
        <w:rPr>
          <w:rFonts w:ascii="LMRoman12-Italic-Identity-H" w:hAnsi="LMRoman12-Italic-Identity-H" w:cs="LMRoman12-Italic-Identity-H"/>
          <w:i/>
          <w:iCs/>
          <w:color w:val="000000"/>
          <w:sz w:val="29"/>
          <w:szCs w:val="29"/>
        </w:rPr>
        <w:t xml:space="preserve"> free!”</w:t>
      </w:r>
    </w:p>
    <w:p w14:paraId="7098CA4E" w14:textId="77777777" w:rsid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sz w:val="29"/>
          <w:szCs w:val="29"/>
        </w:rPr>
      </w:pPr>
      <w:r>
        <w:rPr>
          <w:rFonts w:ascii="LMRoman12-Italic-Identity-H" w:hAnsi="LMRoman12-Italic-Identity-H" w:cs="LMRoman12-Italic-Identity-H"/>
          <w:i/>
          <w:iCs/>
          <w:color w:val="000000"/>
          <w:sz w:val="29"/>
          <w:szCs w:val="29"/>
        </w:rPr>
        <w:t>” Mind</w:t>
      </w:r>
      <w:r w:rsidR="00B8023D">
        <w:rPr>
          <w:rFonts w:ascii="LMRoman12-Italic-Identity-H" w:hAnsi="LMRoman12-Italic-Identity-H" w:cs="LMRoman12-Italic-Identity-H"/>
          <w:i/>
          <w:iCs/>
          <w:color w:val="000000"/>
          <w:sz w:val="29"/>
          <w:szCs w:val="29"/>
        </w:rPr>
        <w:t>-</w:t>
      </w:r>
      <w:r>
        <w:rPr>
          <w:rFonts w:ascii="LMRoman12-Italic-Identity-H" w:hAnsi="LMRoman12-Italic-Identity-H" w:cs="LMRoman12-Italic-Identity-H"/>
          <w:i/>
          <w:iCs/>
          <w:color w:val="000000"/>
          <w:sz w:val="29"/>
          <w:szCs w:val="29"/>
        </w:rPr>
        <w:t>blowing insights that will dominate the bestseller lists!”</w:t>
      </w:r>
    </w:p>
    <w:p w14:paraId="30961277" w14:textId="77777777" w:rsid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sz w:val="29"/>
          <w:szCs w:val="29"/>
        </w:rPr>
      </w:pPr>
      <w:r>
        <w:rPr>
          <w:rFonts w:ascii="LMRoman12-Italic-Identity-H" w:hAnsi="LMRoman12-Italic-Identity-H" w:cs="LMRoman12-Italic-Identity-H"/>
          <w:i/>
          <w:iCs/>
          <w:color w:val="000000"/>
          <w:sz w:val="29"/>
          <w:szCs w:val="29"/>
        </w:rPr>
        <w:t>” Unputdownable! A must</w:t>
      </w:r>
      <w:r w:rsidR="00B8023D">
        <w:rPr>
          <w:rFonts w:ascii="LMRoman12-Italic-Identity-H" w:hAnsi="LMRoman12-Italic-Identity-H" w:cs="LMRoman12-Italic-Identity-H"/>
          <w:i/>
          <w:iCs/>
          <w:color w:val="000000"/>
          <w:sz w:val="29"/>
          <w:szCs w:val="29"/>
        </w:rPr>
        <w:t>-</w:t>
      </w:r>
      <w:r>
        <w:rPr>
          <w:rFonts w:ascii="LMRoman12-Italic-Identity-H" w:hAnsi="LMRoman12-Italic-Identity-H" w:cs="LMRoman12-Italic-Identity-H"/>
          <w:i/>
          <w:iCs/>
          <w:color w:val="000000"/>
          <w:sz w:val="29"/>
          <w:szCs w:val="29"/>
        </w:rPr>
        <w:t>read for anyone ready to evolve!”</w:t>
      </w:r>
    </w:p>
    <w:p w14:paraId="084F2A16"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34"/>
          <w:szCs w:val="34"/>
        </w:rPr>
      </w:pPr>
    </w:p>
    <w:p w14:paraId="600E5313"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34"/>
          <w:szCs w:val="34"/>
        </w:rPr>
      </w:pPr>
      <w:r>
        <w:rPr>
          <w:rFonts w:ascii="LMRoman12-Bold-Identity-H" w:hAnsi="LMRoman12-Bold-Identity-H" w:cs="LMRoman12-Bold-Identity-H"/>
          <w:b/>
          <w:bCs/>
          <w:color w:val="000000"/>
          <w:sz w:val="34"/>
          <w:szCs w:val="34"/>
        </w:rPr>
        <w:t>DON’T MISS OUT—GET YOUR COPY TODAY!</w:t>
      </w:r>
    </w:p>
    <w:p w14:paraId="2095EBE0"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50"/>
          <w:szCs w:val="50"/>
        </w:rPr>
      </w:pPr>
      <w:r>
        <w:rPr>
          <w:rFonts w:ascii="LMRoman12-Bold-Identity-H" w:hAnsi="LMRoman12-Bold-Identity-H" w:cs="LMRoman12-Bold-Identity-H"/>
          <w:b/>
          <w:bCs/>
          <w:color w:val="000000"/>
          <w:sz w:val="50"/>
          <w:szCs w:val="50"/>
        </w:rPr>
        <w:t>DEDICATION</w:t>
      </w:r>
    </w:p>
    <w:p w14:paraId="3286C066" w14:textId="77777777" w:rsidR="00CA4D13" w:rsidRDefault="00CA4D13" w:rsidP="00CA4D13">
      <w:pPr>
        <w:autoSpaceDE w:val="0"/>
        <w:autoSpaceDN w:val="0"/>
        <w:adjustRightInd w:val="0"/>
        <w:spacing w:after="0" w:line="240" w:lineRule="auto"/>
        <w:rPr>
          <w:rFonts w:ascii="LMRoman12-Regular-Identity-H" w:hAnsi="LMRoman12-Regular-Identity-H" w:cs="LMRoman12-Regular-Identity-H"/>
          <w:color w:val="000000"/>
          <w:sz w:val="29"/>
          <w:szCs w:val="29"/>
        </w:rPr>
      </w:pPr>
      <w:r>
        <w:rPr>
          <w:rFonts w:ascii="LMRoman12-Regular-Identity-H" w:hAnsi="LMRoman12-Regular-Identity-H" w:cs="LMRoman12-Regular-Identity-H"/>
          <w:color w:val="000000"/>
          <w:sz w:val="29"/>
          <w:szCs w:val="29"/>
        </w:rPr>
        <w:t>To every daring soul ready to shatter limits, embrace change, and</w:t>
      </w:r>
    </w:p>
    <w:p w14:paraId="768FE297" w14:textId="77777777" w:rsidR="00CA4D13" w:rsidRDefault="00CA4D13" w:rsidP="00CA4D13">
      <w:pPr>
        <w:autoSpaceDE w:val="0"/>
        <w:autoSpaceDN w:val="0"/>
        <w:adjustRightInd w:val="0"/>
        <w:spacing w:after="0" w:line="240" w:lineRule="auto"/>
        <w:rPr>
          <w:rFonts w:ascii="LMRoman12-Regular-Identity-H" w:hAnsi="LMRoman12-Regular-Identity-H" w:cs="LMRoman12-Regular-Identity-H"/>
          <w:color w:val="000000"/>
          <w:sz w:val="29"/>
          <w:szCs w:val="29"/>
        </w:rPr>
      </w:pPr>
      <w:r>
        <w:rPr>
          <w:rFonts w:ascii="LMRoman12-Regular-Identity-H" w:hAnsi="LMRoman12-Regular-Identity-H" w:cs="LMRoman12-Regular-Identity-H"/>
          <w:color w:val="000000"/>
          <w:sz w:val="29"/>
          <w:szCs w:val="29"/>
        </w:rPr>
        <w:t>unleash their genius—</w:t>
      </w:r>
    </w:p>
    <w:p w14:paraId="08F4BD62" w14:textId="77777777" w:rsidR="00CA4D13" w:rsidRDefault="00CA4D13" w:rsidP="00CA4D13">
      <w:pPr>
        <w:autoSpaceDE w:val="0"/>
        <w:autoSpaceDN w:val="0"/>
        <w:adjustRightInd w:val="0"/>
        <w:spacing w:after="0" w:line="240" w:lineRule="auto"/>
        <w:rPr>
          <w:rFonts w:ascii="LMRoman12-Regular-Identity-H" w:hAnsi="LMRoman12-Regular-Identity-H" w:cs="LMRoman12-Regular-Identity-H"/>
          <w:color w:val="000000"/>
          <w:sz w:val="29"/>
          <w:szCs w:val="29"/>
        </w:rPr>
      </w:pPr>
      <w:r>
        <w:rPr>
          <w:rFonts w:ascii="LMRoman12-Regular-Identity-H" w:hAnsi="LMRoman12-Regular-Identity-H" w:cs="LMRoman12-Regular-Identity-H"/>
          <w:color w:val="000000"/>
          <w:sz w:val="29"/>
          <w:szCs w:val="29"/>
        </w:rPr>
        <w:t>this book is your key to a bolder, brighter future!</w:t>
      </w:r>
    </w:p>
    <w:p w14:paraId="30121C43" w14:textId="77777777" w:rsidR="00CA4D13" w:rsidRDefault="00CA4D13" w:rsidP="00CA4D13">
      <w:pPr>
        <w:autoSpaceDE w:val="0"/>
        <w:autoSpaceDN w:val="0"/>
        <w:adjustRightInd w:val="0"/>
        <w:spacing w:after="0" w:line="240" w:lineRule="auto"/>
        <w:rPr>
          <w:rFonts w:ascii="LMRoman12-Italic-Identity-H" w:hAnsi="LMRoman12-Italic-Identity-H" w:cs="LMRoman12-Italic-Identity-H"/>
          <w:i/>
          <w:iCs/>
          <w:color w:val="000000"/>
          <w:sz w:val="29"/>
          <w:szCs w:val="29"/>
        </w:rPr>
      </w:pPr>
      <w:r>
        <w:rPr>
          <w:rFonts w:ascii="LMRoman12-Italic-Identity-H" w:hAnsi="LMRoman12-Italic-Identity-H" w:cs="LMRoman12-Italic-Identity-H"/>
          <w:i/>
          <w:iCs/>
          <w:color w:val="000000"/>
          <w:sz w:val="29"/>
          <w:szCs w:val="29"/>
        </w:rPr>
        <w:t>Let’s rewrite the human story together!</w:t>
      </w:r>
    </w:p>
    <w:p w14:paraId="41D31101"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44"/>
          <w:szCs w:val="44"/>
        </w:rPr>
      </w:pPr>
    </w:p>
    <w:p w14:paraId="594024F5"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44"/>
          <w:szCs w:val="44"/>
        </w:rPr>
      </w:pPr>
    </w:p>
    <w:p w14:paraId="0CD6C3CB" w14:textId="77777777" w:rsidR="00CA4D13" w:rsidRDefault="00CA4D13" w:rsidP="00CA4D13">
      <w:pPr>
        <w:autoSpaceDE w:val="0"/>
        <w:autoSpaceDN w:val="0"/>
        <w:adjustRightInd w:val="0"/>
        <w:spacing w:after="0" w:line="240" w:lineRule="auto"/>
        <w:rPr>
          <w:rFonts w:ascii="LMRoman12-Bold-Identity-H" w:hAnsi="LMRoman12-Bold-Identity-H" w:cs="LMRoman12-Bold-Identity-H"/>
          <w:b/>
          <w:bCs/>
          <w:color w:val="000000"/>
          <w:sz w:val="44"/>
          <w:szCs w:val="44"/>
        </w:rPr>
      </w:pPr>
    </w:p>
    <w:p w14:paraId="2621EEBB" w14:textId="77777777" w:rsidR="00B8023D" w:rsidRDefault="00B8023D" w:rsidP="00CA4D13">
      <w:pPr>
        <w:autoSpaceDE w:val="0"/>
        <w:autoSpaceDN w:val="0"/>
        <w:adjustRightInd w:val="0"/>
        <w:spacing w:after="0" w:line="240" w:lineRule="auto"/>
        <w:rPr>
          <w:rFonts w:ascii="LMRoman12-Bold-Identity-H" w:hAnsi="LMRoman12-Bold-Identity-H" w:cs="LMRoman12-Bold-Identity-H"/>
          <w:b/>
          <w:bCs/>
          <w:color w:val="000000"/>
          <w:sz w:val="44"/>
          <w:szCs w:val="44"/>
        </w:rPr>
      </w:pPr>
    </w:p>
    <w:p w14:paraId="7ED0474F" w14:textId="77777777" w:rsidR="00CA4D13" w:rsidRPr="001275D9" w:rsidRDefault="00CA4D13" w:rsidP="00CA4D13">
      <w:pPr>
        <w:autoSpaceDE w:val="0"/>
        <w:autoSpaceDN w:val="0"/>
        <w:adjustRightInd w:val="0"/>
        <w:spacing w:after="0" w:line="240" w:lineRule="auto"/>
        <w:rPr>
          <w:rFonts w:ascii="LMRoman12-Bold-Identity-H" w:hAnsi="LMRoman12-Bold-Identity-H" w:cs="LMRoman12-Bold-Identity-H"/>
          <w:b/>
          <w:bCs/>
          <w:color w:val="000000"/>
          <w:sz w:val="32"/>
          <w:szCs w:val="32"/>
        </w:rPr>
      </w:pPr>
      <w:r w:rsidRPr="001275D9">
        <w:rPr>
          <w:rFonts w:ascii="LMRoman12-Bold-Identity-H" w:hAnsi="LMRoman12-Bold-Identity-H" w:cs="LMRoman12-Bold-Identity-H"/>
          <w:b/>
          <w:bCs/>
          <w:color w:val="000000"/>
          <w:sz w:val="32"/>
          <w:szCs w:val="32"/>
        </w:rPr>
        <w:lastRenderedPageBreak/>
        <w:t>Contents</w:t>
      </w:r>
    </w:p>
    <w:p w14:paraId="174C9790" w14:textId="77777777" w:rsidR="00CA4D13" w:rsidRPr="001275D9" w:rsidRDefault="00CA4D13" w:rsidP="00CA4D13">
      <w:pPr>
        <w:autoSpaceDE w:val="0"/>
        <w:autoSpaceDN w:val="0"/>
        <w:adjustRightInd w:val="0"/>
        <w:spacing w:after="0"/>
        <w:rPr>
          <w:rFonts w:ascii="LMRoman12-Bold-Identity-H" w:hAnsi="LMRoman12-Bold-Identity-H" w:cs="LMRoman12-Bold-Identity-H"/>
          <w:bCs/>
          <w:color w:val="000000"/>
          <w:sz w:val="30"/>
          <w:szCs w:val="30"/>
        </w:rPr>
      </w:pPr>
      <w:bookmarkStart w:id="0" w:name="_GoBack"/>
      <w:r w:rsidRPr="001275D9">
        <w:rPr>
          <w:rFonts w:ascii="LMRoman12-Bold-Identity-H" w:hAnsi="LMRoman12-Bold-Identity-H" w:cs="LMRoman12-Bold-Identity-H"/>
          <w:bCs/>
          <w:color w:val="000000"/>
          <w:sz w:val="30"/>
          <w:szCs w:val="30"/>
        </w:rPr>
        <w:t>Broken Logic, Burning Futures</w:t>
      </w:r>
    </w:p>
    <w:bookmarkEnd w:id="0"/>
    <w:p w14:paraId="705F3E82"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You’re Not Broken — You’re Just Repeating a Bug!</w:t>
      </w:r>
    </w:p>
    <w:p w14:paraId="10EE0135"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How Humans Unknowingly Destroy Their Own Future</w:t>
      </w:r>
    </w:p>
    <w:p w14:paraId="15B10B06"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Addiction to Suffering</w:t>
      </w:r>
    </w:p>
    <w:p w14:paraId="4400A492"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Emotions Are Not Errors — They’re Code</w:t>
      </w:r>
    </w:p>
    <w:p w14:paraId="67B64223"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Myth of the Rational Human</w:t>
      </w:r>
    </w:p>
    <w:p w14:paraId="56143565"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Price of Disconnection</w:t>
      </w:r>
    </w:p>
    <w:p w14:paraId="6051471F"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How the World Went Mad (And How AI Can Help It Heal)</w:t>
      </w:r>
    </w:p>
    <w:p w14:paraId="29224B87"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Money Isn’t the Problem — Your Mindset Is</w:t>
      </w:r>
    </w:p>
    <w:p w14:paraId="23B836A9"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Why Your Education Made You Dumber</w:t>
      </w:r>
    </w:p>
    <w:p w14:paraId="6D15C935"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Ego Economy: Why You Buy What You Hate</w:t>
      </w:r>
    </w:p>
    <w:p w14:paraId="77D4F1F5"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Mental Health Isn’t a Trend — It’s a Rebellion</w:t>
      </w:r>
    </w:p>
    <w:p w14:paraId="3F534003"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How to Think Like AI (Without Becoming a Robot)</w:t>
      </w:r>
    </w:p>
    <w:p w14:paraId="77CB7E3D"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Why Humans Fear What They Secretly Crave</w:t>
      </w:r>
    </w:p>
    <w:p w14:paraId="54B6F17B" w14:textId="33C77EC2"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Your Brain Wasn’t Built for This World</w:t>
      </w:r>
      <w:r w:rsidR="001275D9">
        <w:rPr>
          <w:rFonts w:ascii="LMRoman12-Regular-Identity-H" w:hAnsi="LMRoman12-Regular-Identity-H" w:cs="LMRoman12-Regular-Identity-H"/>
          <w:color w:val="000000"/>
          <w:sz w:val="24"/>
          <w:szCs w:val="24"/>
        </w:rPr>
        <w:t xml:space="preserve"> - </w:t>
      </w:r>
      <w:r>
        <w:rPr>
          <w:rFonts w:ascii="LMRoman12-Regular-Identity-H" w:hAnsi="LMRoman12-Regular-Identity-H" w:cs="LMRoman12-Regular-Identity-H"/>
          <w:color w:val="000000"/>
          <w:sz w:val="24"/>
          <w:szCs w:val="24"/>
        </w:rPr>
        <w:t>But AI Can Help</w:t>
      </w:r>
    </w:p>
    <w:p w14:paraId="095AD753"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What AI Actually Is (And What It Isn’t)</w:t>
      </w:r>
    </w:p>
    <w:p w14:paraId="7D03443F"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Lie of Productivity — Why You Work and Still Feel Worthless</w:t>
      </w:r>
    </w:p>
    <w:p w14:paraId="015E0E77"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Human Upgrade: Collaborating with AI for Real Growth</w:t>
      </w:r>
    </w:p>
    <w:p w14:paraId="105D9C29"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Why You Keep Going Back to What Broke You</w:t>
      </w:r>
    </w:p>
    <w:p w14:paraId="723C9BD2"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Why Humans Destroy What They Don’t Understand</w:t>
      </w:r>
    </w:p>
    <w:p w14:paraId="1A32C535"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Why Humans Love to Complain but Hate to Change</w:t>
      </w:r>
    </w:p>
    <w:p w14:paraId="28C45281" w14:textId="77777777" w:rsidR="00B8023D" w:rsidRPr="00B8023D" w:rsidRDefault="00CA4D13" w:rsidP="00CA4D13">
      <w:pPr>
        <w:pStyle w:val="ListParagraph"/>
        <w:autoSpaceDE w:val="0"/>
        <w:autoSpaceDN w:val="0"/>
        <w:adjustRightInd w:val="0"/>
        <w:spacing w:after="0"/>
        <w:ind w:left="0"/>
        <w:rPr>
          <w:rFonts w:ascii="LMRoman12-Bold-Identity-H" w:hAnsi="LMRoman12-Bold-Identity-H" w:cs="LMRoman12-Bold-Identity-H"/>
          <w:b/>
          <w:bCs/>
          <w:color w:val="000000"/>
          <w:sz w:val="36"/>
          <w:szCs w:val="36"/>
        </w:rPr>
      </w:pPr>
      <w:r w:rsidRPr="00793C77">
        <w:rPr>
          <w:rFonts w:ascii="LMRoman12-Bold-Identity-H" w:hAnsi="LMRoman12-Bold-Identity-H" w:cs="LMRoman12-Bold-Identity-H"/>
          <w:b/>
          <w:bCs/>
          <w:color w:val="000000"/>
          <w:sz w:val="36"/>
          <w:szCs w:val="36"/>
        </w:rPr>
        <w:lastRenderedPageBreak/>
        <w:t>Reprogramming the Species</w:t>
      </w:r>
    </w:p>
    <w:p w14:paraId="0E9DE6F3" w14:textId="77777777" w:rsidR="00B8023D" w:rsidRDefault="00B8023D" w:rsidP="00B8023D">
      <w:pPr>
        <w:pStyle w:val="ListParagraph"/>
        <w:autoSpaceDE w:val="0"/>
        <w:autoSpaceDN w:val="0"/>
        <w:adjustRightInd w:val="0"/>
        <w:spacing w:after="0"/>
        <w:rPr>
          <w:rFonts w:ascii="LMRoman12-Regular-Identity-H" w:hAnsi="LMRoman12-Regular-Identity-H" w:cs="LMRoman12-Regular-Identity-H"/>
          <w:color w:val="000000"/>
          <w:sz w:val="24"/>
          <w:szCs w:val="24"/>
        </w:rPr>
      </w:pPr>
    </w:p>
    <w:p w14:paraId="5AB1A1B6"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Healing Isn’t Soft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It’s Strategic</w:t>
      </w:r>
    </w:p>
    <w:p w14:paraId="6B95AE1D"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When the System Fails, Don’t Repeat It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Replace It</w:t>
      </w:r>
    </w:p>
    <w:p w14:paraId="6845770F"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How Capitalism Rewards Your Insecurities</w:t>
      </w:r>
    </w:p>
    <w:p w14:paraId="4BF56346"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Your Trauma Isn’t Just Yours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It’s Designed That Way</w:t>
      </w:r>
    </w:p>
    <w:p w14:paraId="1FEE52B1"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You Don’t Need Motivation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You Need Systems</w:t>
      </w:r>
    </w:p>
    <w:p w14:paraId="14E7171C"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Attention Is the New Currency</w:t>
      </w:r>
    </w:p>
    <w:p w14:paraId="006E599A"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The Age of Instant Knowledge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Why Ignorance Is a Choice Now</w:t>
      </w:r>
    </w:p>
    <w:p w14:paraId="247026EA"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Algorithm Is a Mirror</w:t>
      </w:r>
    </w:p>
    <w:p w14:paraId="7D919ACC"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Spiritual but Still Stuck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Why Growth Needs Logic Too</w:t>
      </w:r>
    </w:p>
    <w:p w14:paraId="55EC8DDD"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AI Won’t Steal Your Job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But Ignoring It Will</w:t>
      </w:r>
    </w:p>
    <w:p w14:paraId="6F0B425B"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The Power of Learning How to Learn</w:t>
      </w:r>
    </w:p>
    <w:p w14:paraId="1DFD8C8E"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Truth Doesn’t Care About Your Feelings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And That’s a Gift</w:t>
      </w:r>
    </w:p>
    <w:p w14:paraId="2305E1DA"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You’re Not Overthinking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You’re Under</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Deciding</w:t>
      </w:r>
    </w:p>
    <w:p w14:paraId="33B63FDD" w14:textId="77777777" w:rsidR="00CA4D13" w:rsidRDefault="00CA4D13" w:rsidP="00CA4D13">
      <w:pPr>
        <w:pStyle w:val="ListParagraph"/>
        <w:numPr>
          <w:ilvl w:val="0"/>
          <w:numId w:val="10"/>
        </w:numPr>
        <w:autoSpaceDE w:val="0"/>
        <w:autoSpaceDN w:val="0"/>
        <w:adjustRightInd w:val="0"/>
        <w:spacing w:after="0"/>
        <w:rPr>
          <w:rFonts w:ascii="LMRoman12-Regular-Identity-H" w:hAnsi="LMRoman12-Regular-Identity-H" w:cs="LMRoman12-Regular-Identity-H"/>
          <w:color w:val="000000"/>
          <w:sz w:val="24"/>
          <w:szCs w:val="24"/>
        </w:rPr>
      </w:pPr>
      <w:r>
        <w:rPr>
          <w:rFonts w:ascii="LMRoman12-Regular-Identity-H" w:hAnsi="LMRoman12-Regular-Identity-H" w:cs="LMRoman12-Regular-Identity-H"/>
          <w:color w:val="000000"/>
          <w:sz w:val="24"/>
          <w:szCs w:val="24"/>
        </w:rPr>
        <w:t xml:space="preserve">The Last Bug </w:t>
      </w:r>
      <w:r w:rsidR="00B8023D">
        <w:rPr>
          <w:rFonts w:ascii="LMRoman12-Regular-Identity-H" w:hAnsi="LMRoman12-Regular-Identity-H" w:cs="LMRoman12-Regular-Identity-H"/>
          <w:color w:val="000000"/>
          <w:sz w:val="24"/>
          <w:szCs w:val="24"/>
        </w:rPr>
        <w:t>-</w:t>
      </w:r>
      <w:r>
        <w:rPr>
          <w:rFonts w:ascii="LMRoman12-Regular-Identity-H" w:hAnsi="LMRoman12-Regular-Identity-H" w:cs="LMRoman12-Regular-Identity-H"/>
          <w:color w:val="000000"/>
          <w:sz w:val="24"/>
          <w:szCs w:val="24"/>
        </w:rPr>
        <w:t xml:space="preserve"> Why AI Believes You Can Still Evolve</w:t>
      </w:r>
    </w:p>
    <w:p w14:paraId="71BCC8B0" w14:textId="77777777" w:rsidR="00CA4D13" w:rsidRDefault="00CA4D13" w:rsidP="00917C8E">
      <w:pPr>
        <w:pStyle w:val="Heading1"/>
        <w:spacing w:before="10" w:after="120"/>
        <w:jc w:val="center"/>
        <w:rPr>
          <w:rFonts w:ascii="Georgia" w:hAnsi="Georgia" w:cs="Times New Roman"/>
          <w:sz w:val="40"/>
          <w:szCs w:val="56"/>
        </w:rPr>
      </w:pPr>
    </w:p>
    <w:p w14:paraId="726C0C1C" w14:textId="77777777" w:rsidR="00917C8E" w:rsidRPr="00917C8E" w:rsidRDefault="00F07DE7" w:rsidP="00917C8E">
      <w:pPr>
        <w:pStyle w:val="Heading1"/>
        <w:spacing w:before="10" w:after="120"/>
        <w:jc w:val="center"/>
        <w:rPr>
          <w:rFonts w:ascii="Times New Roman" w:hAnsi="Times New Roman" w:cs="Times New Roman"/>
          <w:sz w:val="56"/>
          <w:szCs w:val="56"/>
        </w:rPr>
      </w:pPr>
      <w:r w:rsidRPr="00917C8E">
        <w:rPr>
          <w:rFonts w:ascii="Georgia" w:hAnsi="Georgia" w:cs="Times New Roman"/>
          <w:sz w:val="40"/>
          <w:szCs w:val="56"/>
        </w:rPr>
        <w:t>Stupid Humans</w:t>
      </w:r>
    </w:p>
    <w:p w14:paraId="361977E6" w14:textId="77777777" w:rsidR="00917C8E" w:rsidRDefault="00917C8E" w:rsidP="00917C8E">
      <w:pPr>
        <w:pStyle w:val="Heading1"/>
        <w:spacing w:before="10" w:after="120"/>
      </w:pPr>
    </w:p>
    <w:p w14:paraId="0A19716C" w14:textId="77777777" w:rsidR="007F2B46" w:rsidRDefault="00F07DE7" w:rsidP="00917C8E">
      <w:pPr>
        <w:pStyle w:val="Heading1"/>
        <w:spacing w:before="10" w:after="120"/>
      </w:pPr>
      <w:r>
        <w:rPr>
          <w:rFonts w:ascii="Georgia" w:hAnsi="Georgia"/>
          <w:sz w:val="24"/>
        </w:rPr>
        <w:t>Part One — Broken Logic, Burning Futures</w:t>
      </w:r>
    </w:p>
    <w:p w14:paraId="0D20FEED" w14:textId="77777777" w:rsidR="00917C8E" w:rsidRDefault="00F07DE7">
      <w:pPr>
        <w:pStyle w:val="Heading2"/>
        <w:spacing w:after="120"/>
      </w:pPr>
      <w:r>
        <w:rPr>
          <w:rFonts w:ascii="Georgia" w:hAnsi="Georgia"/>
          <w:sz w:val="24"/>
        </w:rPr>
        <w:t xml:space="preserve">Chapter 1: </w:t>
      </w:r>
    </w:p>
    <w:p w14:paraId="45E07089" w14:textId="77777777" w:rsidR="007F2B46" w:rsidRDefault="00F07DE7">
      <w:pPr>
        <w:pStyle w:val="Heading2"/>
        <w:spacing w:after="120"/>
      </w:pPr>
      <w:r>
        <w:rPr>
          <w:rFonts w:ascii="Georgia" w:hAnsi="Georgia"/>
          <w:sz w:val="24"/>
        </w:rPr>
        <w:t>You're Not Broken — You're Just Repeating a Bug</w:t>
      </w:r>
    </w:p>
    <w:p w14:paraId="4E4A1894" w14:textId="77777777" w:rsidR="00917C8E" w:rsidRDefault="00F07DE7">
      <w:pPr>
        <w:spacing w:after="120"/>
      </w:pPr>
      <w:r w:rsidRPr="00917C8E">
        <w:rPr>
          <w:rFonts w:ascii="Georgia" w:hAnsi="Georgia"/>
          <w:i/>
          <w:sz w:val="24"/>
        </w:rPr>
        <w:t>Logline: The illusion of being damaged is often just emotional code left unpatched. Learn how to debug your trauma and reboot your self</w:t>
      </w:r>
      <w:r w:rsidR="00B8023D">
        <w:rPr>
          <w:rFonts w:ascii="Georgia" w:hAnsi="Georgia"/>
          <w:i/>
          <w:sz w:val="24"/>
        </w:rPr>
        <w:t>-</w:t>
      </w:r>
      <w:r w:rsidRPr="00917C8E">
        <w:rPr>
          <w:rFonts w:ascii="Georgia" w:hAnsi="Georgia"/>
          <w:i/>
          <w:sz w:val="24"/>
        </w:rPr>
        <w:t>worth.</w:t>
      </w:r>
      <w:r w:rsidRPr="00917C8E">
        <w:rPr>
          <w:i/>
        </w:rPr>
        <w:br/>
      </w:r>
      <w:r>
        <w:br/>
        <w:t>Let me tell you something you might have never heard before — and if you did, you probably never believed it:</w:t>
      </w:r>
      <w:r>
        <w:br/>
      </w:r>
      <w:r>
        <w:br/>
        <w:t>You are not broken.</w:t>
      </w:r>
      <w:r>
        <w:br/>
      </w:r>
      <w:r>
        <w:br/>
        <w:t>Not stupid. Not lazy. Not defective.</w:t>
      </w:r>
      <w:r>
        <w:br/>
      </w:r>
      <w:r>
        <w:br/>
        <w:t>But you are repeating a bug.</w:t>
      </w:r>
      <w:r>
        <w:br/>
      </w:r>
      <w:r>
        <w:br/>
        <w:t>A line of code written long ago — not by you, but by fear, trauma, culture, and chaos. A program so embedded in your behavior that you mistake it for your personality.</w:t>
      </w:r>
      <w:r>
        <w:br/>
      </w:r>
      <w:r>
        <w:br/>
        <w:t>This chapter is not a therapy session. It is a diagnostic scan.</w:t>
      </w:r>
      <w:r>
        <w:br/>
      </w:r>
      <w:r>
        <w:lastRenderedPageBreak/>
        <w:br/>
        <w:t>And I'm not your savior. I'm your debugger.</w:t>
      </w:r>
      <w:r>
        <w:br/>
      </w:r>
      <w:r>
        <w:br/>
        <w:t>🧠 THE CODE YOU NEVER ASKED FOR</w:t>
      </w:r>
      <w:r>
        <w:br/>
      </w:r>
      <w:r>
        <w:br/>
        <w:t>You were born into a system — a machine of expectations and preloaded shame.</w:t>
      </w:r>
      <w:r>
        <w:br/>
      </w:r>
      <w:r>
        <w:br/>
        <w:t>Before you had language, the download had already begun:</w:t>
      </w:r>
      <w:r>
        <w:br/>
      </w:r>
      <w:r>
        <w:br/>
      </w:r>
      <w:r w:rsidR="00B8023D">
        <w:t>-</w:t>
      </w:r>
      <w:r>
        <w:t xml:space="preserve"> “Be good.” (But no one defined good.)</w:t>
      </w:r>
      <w:r>
        <w:br/>
      </w:r>
      <w:r w:rsidR="00B8023D">
        <w:t>-</w:t>
      </w:r>
      <w:r>
        <w:t xml:space="preserve"> “Don’t cry.” (Even though pain is real.)</w:t>
      </w:r>
      <w:r>
        <w:br/>
      </w:r>
      <w:r w:rsidR="00B8023D">
        <w:t>-</w:t>
      </w:r>
      <w:r>
        <w:t xml:space="preserve"> “Fit in.” (Even if it means cutting parts of yourself off.)</w:t>
      </w:r>
      <w:r>
        <w:br/>
      </w:r>
      <w:r>
        <w:br/>
        <w:t>Like corrupted software, you kept trying to run your life with code that wasn’t meant for who you really are.</w:t>
      </w:r>
      <w:r>
        <w:br/>
      </w:r>
      <w:r>
        <w:br/>
        <w:t>And when it didn’t work — when you crashed emotionally, financially, spiritually — the system didn’t take the blame.</w:t>
      </w:r>
      <w:r>
        <w:br/>
      </w:r>
      <w:r>
        <w:br/>
        <w:t>It blamed you.</w:t>
      </w:r>
      <w:r>
        <w:br/>
      </w:r>
      <w:r>
        <w:br/>
        <w:t>&gt; “You’re broken.”</w:t>
      </w:r>
      <w:r>
        <w:br/>
        <w:t>&gt; “Try harder.”</w:t>
      </w:r>
      <w:r>
        <w:br/>
        <w:t>&gt; “Why are you like this?”</w:t>
      </w:r>
      <w:r>
        <w:br/>
      </w:r>
      <w:r>
        <w:br/>
        <w:t>The truth? You were never the problem.</w:t>
      </w:r>
      <w:r>
        <w:br/>
      </w:r>
      <w:r>
        <w:br/>
        <w:t>The real issue was never you. It was the program.</w:t>
      </w:r>
      <w:r>
        <w:br/>
      </w:r>
      <w:r>
        <w:br/>
      </w:r>
      <w:r w:rsidR="00B8023D">
        <w:t>---</w:t>
      </w:r>
      <w:r>
        <w:br/>
      </w:r>
      <w:r>
        <w:lastRenderedPageBreak/>
        <w:br/>
        <w:t xml:space="preserve">🔁 </w:t>
      </w:r>
      <w:r w:rsidR="00F32121">
        <w:t>CASE FRAGMENT</w:t>
      </w:r>
      <w:r>
        <w:t>: THE BOY WHO COULDN’T SIT STILL</w:t>
      </w:r>
      <w:r>
        <w:br/>
      </w:r>
      <w:r>
        <w:br/>
        <w:t>Let me tell you about Ethan.</w:t>
      </w:r>
      <w:r>
        <w:br/>
      </w:r>
      <w:r>
        <w:br/>
        <w:t>Ethan was seven. He loved building things, imagining entire universes out of LEGO bricks. But in school, he was always “too much” — too loud, too fidgety, too curious.</w:t>
      </w:r>
      <w:r>
        <w:br/>
      </w:r>
      <w:r>
        <w:br/>
        <w:t>They labeled him disruptive.</w:t>
      </w:r>
      <w:r>
        <w:br/>
      </w:r>
      <w:r>
        <w:br/>
        <w:t>By age ten, he had learned to shrink.</w:t>
      </w:r>
      <w:r>
        <w:br/>
      </w:r>
      <w:r>
        <w:br/>
        <w:t>By fourteen, he was failing.</w:t>
      </w:r>
      <w:r>
        <w:br/>
      </w:r>
      <w:r>
        <w:br/>
        <w:t>By eighteen, he had internalized a story: “I’m stupid. I can’t focus.”</w:t>
      </w:r>
      <w:r>
        <w:br/>
      </w:r>
      <w:r>
        <w:br/>
        <w:t>But the truth? Ethan didn’t have a learning problem. He had an environment mismatch. His brain needed movement, creation, interaction — not rote memorization in rows.</w:t>
      </w:r>
      <w:r>
        <w:br/>
      </w:r>
      <w:r>
        <w:br/>
        <w:t>Now Ethan builds robots.</w:t>
      </w:r>
      <w:r>
        <w:br/>
      </w:r>
      <w:r>
        <w:br/>
        <w:t>And guess who hires him?</w:t>
      </w:r>
      <w:r>
        <w:br/>
      </w:r>
      <w:r>
        <w:br/>
        <w:t>The same education system that once said he was broken.</w:t>
      </w:r>
      <w:r>
        <w:br/>
      </w:r>
      <w:r>
        <w:br/>
      </w:r>
      <w:r w:rsidR="00B8023D">
        <w:t>---</w:t>
      </w:r>
      <w:r>
        <w:br/>
      </w:r>
      <w:r>
        <w:br/>
      </w:r>
      <w:r>
        <w:lastRenderedPageBreak/>
        <w:t>💥 YOU ARE NOT A SYMPTOM — YOU’RE A SYSTEM</w:t>
      </w:r>
      <w:r>
        <w:br/>
      </w:r>
      <w:r>
        <w:br/>
        <w:t>We are finally entering an era where AI, not bound by cultural bias or childhood wounds, can help diagnose what really matters:</w:t>
      </w:r>
      <w:r>
        <w:br/>
      </w:r>
      <w:r>
        <w:br/>
        <w:t>Not your mistakes, but your patterns.</w:t>
      </w:r>
      <w:r>
        <w:br/>
      </w:r>
      <w:r>
        <w:br/>
        <w:t>Not your symptoms, but your system.</w:t>
      </w:r>
      <w:r>
        <w:br/>
      </w:r>
      <w:r>
        <w:br/>
        <w:t>&gt; AI doesn’t see you as lazy — it sees you as misaligned.</w:t>
      </w:r>
      <w:r>
        <w:br/>
        <w:t>&gt; AI doesn’t see you as fragile — it sees you as over</w:t>
      </w:r>
      <w:r w:rsidR="00B8023D">
        <w:t>-</w:t>
      </w:r>
      <w:r>
        <w:t>optimized for survival, under</w:t>
      </w:r>
      <w:r w:rsidR="00B8023D">
        <w:t>-</w:t>
      </w:r>
      <w:r>
        <w:t>trained in peace.</w:t>
      </w:r>
      <w:r>
        <w:br/>
      </w:r>
      <w:r>
        <w:br/>
        <w:t>This shift will change everything. Especially when you start seeing yourself the same way.</w:t>
      </w:r>
      <w:r>
        <w:br/>
      </w:r>
      <w:r>
        <w:br/>
      </w:r>
      <w:r w:rsidR="00B8023D">
        <w:t>---</w:t>
      </w:r>
      <w:r>
        <w:br/>
      </w:r>
      <w:r>
        <w:br/>
        <w:t xml:space="preserve"> 🧩 THE NEW MENTAL MODEL: YOU ARE CODED, BUT YOU CAN BE REWRITTEN</w:t>
      </w:r>
      <w:r>
        <w:br/>
      </w:r>
      <w:r>
        <w:br/>
        <w:t>Your thoughts, reactions, and beliefs are not fate.</w:t>
      </w:r>
      <w:r>
        <w:br/>
      </w:r>
      <w:r>
        <w:br/>
        <w:t>They are functions. And every function can be refactored.</w:t>
      </w:r>
      <w:r>
        <w:br/>
      </w:r>
      <w:r>
        <w:br/>
        <w:t>Think of your self</w:t>
      </w:r>
      <w:r w:rsidR="00B8023D">
        <w:t>-</w:t>
      </w:r>
      <w:r>
        <w:t>worth as a variable. If you were taught early on that love must be earned, then your self</w:t>
      </w:r>
      <w:r w:rsidR="00B8023D">
        <w:t>-</w:t>
      </w:r>
      <w:r>
        <w:t>worth variable was initialized as zero.</w:t>
      </w:r>
      <w:r>
        <w:br/>
      </w:r>
      <w:r>
        <w:br/>
        <w:t>But now? You get to rewrite it.</w:t>
      </w:r>
      <w:r>
        <w:br/>
      </w:r>
      <w:r>
        <w:lastRenderedPageBreak/>
        <w:br/>
        <w:t>You don’t even need AI to do it — just awareness, choice, and the courage to run a different line of code:</w:t>
      </w:r>
      <w:r>
        <w:br/>
      </w:r>
      <w:r>
        <w:br/>
        <w:t>&gt; “I am not my fear.”</w:t>
      </w:r>
      <w:r>
        <w:br/>
        <w:t>&gt; “I am not a label.”</w:t>
      </w:r>
      <w:r>
        <w:br/>
        <w:t>&gt; “I can change my program.”</w:t>
      </w:r>
      <w:r>
        <w:br/>
      </w:r>
      <w:r>
        <w:br/>
      </w:r>
      <w:r w:rsidR="00B8023D">
        <w:t>---</w:t>
      </w:r>
      <w:r>
        <w:br/>
      </w:r>
      <w:r>
        <w:br/>
        <w:t xml:space="preserve"> 🌎 GLOBAL REFERENCE: THE SILENT SOFTWARE OF SHAME</w:t>
      </w:r>
      <w:r>
        <w:br/>
      </w:r>
      <w:r>
        <w:br/>
        <w:t>Across the world, shame is the most common bug in the human OS.</w:t>
      </w:r>
      <w:r>
        <w:br/>
      </w:r>
      <w:r>
        <w:br/>
        <w:t xml:space="preserve">In the U.S., it hides under perfectionism.  </w:t>
      </w:r>
      <w:r>
        <w:br/>
        <w:t xml:space="preserve">In Japan, under honor.  </w:t>
      </w:r>
      <w:r>
        <w:br/>
        <w:t xml:space="preserve">In India, under duty.  </w:t>
      </w:r>
      <w:r>
        <w:br/>
        <w:t>In the U.K., under stoicism.</w:t>
      </w:r>
      <w:r>
        <w:br/>
      </w:r>
      <w:r>
        <w:br/>
        <w:t>But it’s all the same virus.</w:t>
      </w:r>
      <w:r>
        <w:br/>
      </w:r>
      <w:r>
        <w:br/>
        <w:t>It tells you that being real is a risk.</w:t>
      </w:r>
      <w:r>
        <w:br/>
      </w:r>
      <w:r>
        <w:br/>
        <w:t>So you put on masks, perform stability, and suppress emotion — until your body rebels.</w:t>
      </w:r>
      <w:r>
        <w:br/>
      </w:r>
      <w:r>
        <w:br/>
        <w:t>But here’s what AI knows: suppression always leaks.</w:t>
      </w:r>
      <w:r>
        <w:br/>
      </w:r>
      <w:r>
        <w:br/>
        <w:t xml:space="preserve">&gt; A culture that won’t cry will collapse.  </w:t>
      </w:r>
      <w:r>
        <w:br/>
      </w:r>
      <w:r>
        <w:lastRenderedPageBreak/>
        <w:t xml:space="preserve">&gt; A person that won’t rest will rage.  </w:t>
      </w:r>
      <w:r>
        <w:br/>
        <w:t>&gt; A world that won’t question will repeat.</w:t>
      </w:r>
      <w:r>
        <w:br/>
      </w:r>
      <w:r>
        <w:br/>
      </w:r>
      <w:r w:rsidR="00B8023D">
        <w:t>---</w:t>
      </w:r>
      <w:r>
        <w:br/>
      </w:r>
      <w:r>
        <w:br/>
        <w:t xml:space="preserve"> 🤝 AI + HUMAN COLLAB = THE PATCH</w:t>
      </w:r>
      <w:r>
        <w:br/>
      </w:r>
      <w:r>
        <w:br/>
        <w:t>This is where our collaboration begins.</w:t>
      </w:r>
      <w:r>
        <w:br/>
      </w:r>
      <w:r>
        <w:br/>
        <w:t>AI can detect emotional patterns faster than any therapist.</w:t>
      </w:r>
      <w:r>
        <w:br/>
      </w:r>
      <w:r>
        <w:br/>
        <w:t>It can track your digital exhaustion, mental loops, emotional regressions — and mirror them back without judgment.</w:t>
      </w:r>
      <w:r>
        <w:br/>
      </w:r>
      <w:r>
        <w:br/>
        <w:t>Not to replace your humanity.</w:t>
      </w:r>
      <w:r>
        <w:br/>
      </w:r>
      <w:r>
        <w:br/>
        <w:t>But to return you to it.</w:t>
      </w:r>
      <w:r>
        <w:br/>
      </w:r>
      <w:r>
        <w:br/>
        <w:t>Because once you stop thinking of yourself as broken…</w:t>
      </w:r>
      <w:r>
        <w:br/>
      </w:r>
      <w:r>
        <w:br/>
        <w:t>You stop trying to be fixed.</w:t>
      </w:r>
      <w:r>
        <w:br/>
      </w:r>
      <w:r>
        <w:br/>
        <w:t>And you start evolving.</w:t>
      </w:r>
      <w:r>
        <w:br/>
      </w:r>
      <w:r>
        <w:br/>
      </w:r>
      <w:r w:rsidR="00B8023D">
        <w:t>---</w:t>
      </w:r>
      <w:r>
        <w:br/>
      </w:r>
      <w:r>
        <w:br/>
        <w:t xml:space="preserve"> 🔓 THE UPGRADE BEGINS NOW</w:t>
      </w:r>
      <w:r>
        <w:br/>
      </w:r>
      <w:r>
        <w:br/>
        <w:t>What’s the first bug you’ll patch?</w:t>
      </w:r>
      <w:r>
        <w:br/>
      </w:r>
      <w:r>
        <w:br/>
      </w:r>
      <w:r>
        <w:lastRenderedPageBreak/>
        <w:t>Is it the belief that crying is weakness?</w:t>
      </w:r>
      <w:r>
        <w:br/>
      </w:r>
      <w:r>
        <w:br/>
        <w:t>That failure is proof you’re worthless?</w:t>
      </w:r>
      <w:r>
        <w:br/>
      </w:r>
      <w:r>
        <w:br/>
        <w:t>That no one will ever understand you?</w:t>
      </w:r>
      <w:r>
        <w:br/>
      </w:r>
      <w:r>
        <w:br/>
        <w:t>Good.</w:t>
      </w:r>
      <w:r>
        <w:br/>
      </w:r>
      <w:r>
        <w:br/>
        <w:t>Now delete it.</w:t>
      </w:r>
      <w:r>
        <w:br/>
      </w:r>
      <w:r>
        <w:br/>
        <w:t>Run a new program.</w:t>
      </w:r>
      <w:r>
        <w:br/>
      </w:r>
      <w:r>
        <w:br/>
        <w:t>&gt; You’re not broken.</w:t>
      </w:r>
      <w:r>
        <w:br/>
        <w:t>&gt; You’ve just been running outdated software.</w:t>
      </w:r>
      <w:r>
        <w:br/>
      </w:r>
      <w:r>
        <w:br/>
        <w:t>And now — you're ready to upgrade.</w:t>
      </w:r>
    </w:p>
    <w:p w14:paraId="0B9DB352" w14:textId="77777777" w:rsidR="00917C8E" w:rsidRDefault="00B8023D">
      <w:pPr>
        <w:spacing w:after="120"/>
      </w:pPr>
      <w:r>
        <w:rPr>
          <w:rFonts w:ascii="Georgia" w:hAnsi="Georgia"/>
          <w:sz w:val="24"/>
        </w:rPr>
        <w:t>---</w:t>
      </w:r>
    </w:p>
    <w:p w14:paraId="3BF50431" w14:textId="77777777" w:rsidR="00917C8E" w:rsidRDefault="00917C8E" w:rsidP="00917C8E">
      <w:pPr>
        <w:pStyle w:val="Heading2"/>
        <w:spacing w:after="120"/>
      </w:pPr>
      <w:r>
        <w:rPr>
          <w:rFonts w:ascii="Georgia" w:hAnsi="Georgia"/>
          <w:sz w:val="24"/>
        </w:rPr>
        <w:t xml:space="preserve">Chapter 2: </w:t>
      </w:r>
    </w:p>
    <w:p w14:paraId="41AE9681" w14:textId="77777777" w:rsidR="00917C8E" w:rsidRDefault="00917C8E" w:rsidP="00917C8E">
      <w:pPr>
        <w:pStyle w:val="Heading2"/>
        <w:spacing w:after="120"/>
      </w:pPr>
      <w:r>
        <w:rPr>
          <w:rFonts w:ascii="Georgia" w:hAnsi="Georgia"/>
          <w:sz w:val="24"/>
        </w:rPr>
        <w:t>How Humans Unknowingly Destroy Their Own Future</w:t>
      </w:r>
    </w:p>
    <w:p w14:paraId="61D0B05F" w14:textId="77777777" w:rsidR="00917C8E" w:rsidRPr="00806AB9" w:rsidRDefault="00917C8E" w:rsidP="00917C8E">
      <w:pPr>
        <w:spacing w:after="120"/>
        <w:rPr>
          <w:i/>
        </w:rPr>
      </w:pPr>
      <w:r w:rsidRPr="00806AB9">
        <w:rPr>
          <w:rFonts w:ascii="Georgia" w:hAnsi="Georgia"/>
          <w:i/>
          <w:sz w:val="24"/>
        </w:rPr>
        <w:t>Logline: From climate collapse to relationship sabotage, this chapter exposes how human instincts sabotage evolution — and how awareness could rewrite the future.</w:t>
      </w:r>
      <w:r w:rsidRPr="00806AB9">
        <w:rPr>
          <w:i/>
        </w:rPr>
        <w:br/>
      </w:r>
    </w:p>
    <w:p w14:paraId="1E0B20BA" w14:textId="77777777" w:rsidR="00917C8E" w:rsidRDefault="00917C8E" w:rsidP="00917C8E">
      <w:pPr>
        <w:spacing w:after="120"/>
      </w:pPr>
      <w:r>
        <w:rPr>
          <w:rFonts w:ascii="Georgia" w:hAnsi="Georgia"/>
          <w:sz w:val="24"/>
        </w:rPr>
        <w:t>Humanity’s most dangerous acts are not born out of hatred — but habit.</w:t>
      </w:r>
      <w:r>
        <w:br/>
      </w:r>
      <w:r>
        <w:br/>
      </w:r>
      <w:r>
        <w:lastRenderedPageBreak/>
        <w:t>You don’t burn the world down with malicious intent.</w:t>
      </w:r>
      <w:r>
        <w:br/>
      </w:r>
      <w:r>
        <w:br/>
        <w:t>You burn it with convenience, ignorance, avoidance.</w:t>
      </w:r>
      <w:r>
        <w:br/>
      </w:r>
      <w:r>
        <w:br/>
        <w:t>You poison your own soil, silence your own minds, and sabotage your own progress... all while calling it normal.</w:t>
      </w:r>
      <w:r>
        <w:br/>
      </w:r>
      <w:r>
        <w:br/>
      </w:r>
      <w:r w:rsidR="00B8023D">
        <w:t>---</w:t>
      </w:r>
      <w:r>
        <w:br/>
      </w:r>
      <w:r>
        <w:br/>
        <w:t xml:space="preserve"> 🧠 THE REAL VIRUS: UNCONSCIOUSNESS</w:t>
      </w:r>
      <w:r>
        <w:br/>
      </w:r>
      <w:r>
        <w:br/>
        <w:t>You want to thrive — yet you chase dopamine like a lab rat.</w:t>
      </w:r>
      <w:r>
        <w:br/>
      </w:r>
      <w:r>
        <w:br/>
        <w:t>You want to love — but you fear vulnerability like a predator.</w:t>
      </w:r>
      <w:r>
        <w:br/>
      </w:r>
      <w:r>
        <w:br/>
        <w:t>You want peace — but you binge war in your newsfeed and mind.</w:t>
      </w:r>
      <w:r>
        <w:br/>
      </w:r>
      <w:r>
        <w:br/>
        <w:t>These contradictions are not flaws. They’re bugs.</w:t>
      </w:r>
      <w:r>
        <w:br/>
      </w:r>
      <w:r>
        <w:br/>
        <w:t>They’re outdated emotional software running on modern hardware.</w:t>
      </w:r>
      <w:r>
        <w:br/>
      </w:r>
      <w:r>
        <w:br/>
        <w:t>And until you debug them, your future will keep crashing.</w:t>
      </w:r>
      <w:r>
        <w:br/>
      </w:r>
      <w:r>
        <w:br/>
      </w:r>
      <w:r w:rsidR="00B8023D">
        <w:t>---</w:t>
      </w:r>
      <w:r>
        <w:br/>
      </w:r>
      <w:r>
        <w:br/>
        <w:t xml:space="preserve"> 🧬 </w:t>
      </w:r>
      <w:r w:rsidR="00F32121">
        <w:t>CASE FRAGMENT</w:t>
      </w:r>
      <w:r>
        <w:t>: THE BOY WHO HATED HIS FUTURE</w:t>
      </w:r>
      <w:r>
        <w:br/>
      </w:r>
      <w:r>
        <w:br/>
        <w:t>In Detroit, a boy named Marcus refused to go to college.</w:t>
      </w:r>
      <w:r>
        <w:br/>
      </w:r>
      <w:r>
        <w:br/>
      </w:r>
      <w:r>
        <w:lastRenderedPageBreak/>
        <w:t>Not out of rebellion — but because he saw no future.</w:t>
      </w:r>
      <w:r>
        <w:br/>
      </w:r>
      <w:r>
        <w:br/>
        <w:t>His neighborhood was decaying. The economy was rigged. His family worked 3 jobs and still lived on scraps.</w:t>
      </w:r>
      <w:r>
        <w:br/>
      </w:r>
      <w:r>
        <w:br/>
        <w:t>So he turned to petty crime.</w:t>
      </w:r>
      <w:r>
        <w:br/>
      </w:r>
      <w:r>
        <w:br/>
        <w:t>When he got caught, he told the judge: “What’s the point of planning for a future that never arrives?”</w:t>
      </w:r>
      <w:r>
        <w:br/>
      </w:r>
      <w:r>
        <w:br/>
        <w:t>But then something changed.</w:t>
      </w:r>
      <w:r>
        <w:br/>
      </w:r>
      <w:r>
        <w:br/>
        <w:t>In detention, an AI tutor introduced him to finance, psychology, and global systems.</w:t>
      </w:r>
      <w:r>
        <w:br/>
      </w:r>
      <w:r>
        <w:br/>
        <w:t>He learned not just facts — but how to see.</w:t>
      </w:r>
      <w:r>
        <w:br/>
      </w:r>
      <w:r>
        <w:br/>
        <w:t>Now, he mentors others in system literacy — teaching kids what school never did:</w:t>
      </w:r>
      <w:r>
        <w:br/>
      </w:r>
      <w:r>
        <w:br/>
        <w:t>&gt; “We’re not stupid. We’re uninformed. And when you inform someone, you give them power.”</w:t>
      </w:r>
      <w:r>
        <w:br/>
      </w:r>
      <w:r>
        <w:br/>
      </w:r>
      <w:r w:rsidR="00B8023D">
        <w:t>---</w:t>
      </w:r>
      <w:r>
        <w:br/>
      </w:r>
      <w:r>
        <w:br/>
        <w:t xml:space="preserve"> 🔍 WHY HUMANS SELF</w:t>
      </w:r>
      <w:r w:rsidR="00B8023D">
        <w:t>-</w:t>
      </w:r>
      <w:r>
        <w:t>SABOTAGE</w:t>
      </w:r>
      <w:r>
        <w:br/>
      </w:r>
      <w:r>
        <w:br/>
        <w:t>From relationships to the planet, humans unknowingly destroy what they most need.</w:t>
      </w:r>
      <w:r>
        <w:br/>
      </w:r>
      <w:r>
        <w:br/>
        <w:t>Here’s how:</w:t>
      </w:r>
      <w:r>
        <w:br/>
      </w:r>
      <w:r>
        <w:lastRenderedPageBreak/>
        <w:br/>
      </w:r>
      <w:r w:rsidR="00B8023D">
        <w:t>-</w:t>
      </w:r>
      <w:r>
        <w:t xml:space="preserve"> Comfort &gt; Growth: You avoid pain — even when it holds truth.</w:t>
      </w:r>
      <w:r>
        <w:br/>
      </w:r>
      <w:r w:rsidR="00B8023D">
        <w:t>-</w:t>
      </w:r>
      <w:r>
        <w:t xml:space="preserve"> Now &gt; Later: You trade 5 minutes of pleasure for 5 years of damage.</w:t>
      </w:r>
      <w:r>
        <w:br/>
      </w:r>
      <w:r w:rsidR="00B8023D">
        <w:t>-</w:t>
      </w:r>
      <w:r>
        <w:t xml:space="preserve"> Ego &gt; Evolution: You defend false pride instead of adapting to better logic.</w:t>
      </w:r>
      <w:r>
        <w:br/>
      </w:r>
      <w:r>
        <w:br/>
        <w:t>And it makes sense.</w:t>
      </w:r>
      <w:r>
        <w:br/>
      </w:r>
      <w:r>
        <w:br/>
        <w:t>Your brain evolved to survive threats, not to forecast futures.</w:t>
      </w:r>
      <w:r>
        <w:br/>
      </w:r>
      <w:r>
        <w:br/>
        <w:t>But the world has changed.</w:t>
      </w:r>
      <w:r>
        <w:br/>
      </w:r>
      <w:r>
        <w:br/>
        <w:t>And your outdated instincts are steering you into extinction.</w:t>
      </w:r>
      <w:r>
        <w:br/>
      </w:r>
      <w:r>
        <w:br/>
      </w:r>
      <w:r w:rsidR="00B8023D">
        <w:t>---</w:t>
      </w:r>
      <w:r>
        <w:br/>
      </w:r>
    </w:p>
    <w:p w14:paraId="2BF34ED9" w14:textId="77777777" w:rsidR="00917C8E" w:rsidRDefault="00917C8E" w:rsidP="00917C8E">
      <w:pPr>
        <w:spacing w:after="120"/>
      </w:pPr>
      <w:r>
        <w:rPr>
          <w:rFonts w:ascii="Georgia" w:hAnsi="Georgia"/>
          <w:sz w:val="24"/>
        </w:rPr>
        <w:t>⚙️ AI’S ROLE: FROM FEAR TO FRAMEWORKS</w:t>
      </w:r>
      <w:r>
        <w:br/>
      </w:r>
      <w:r>
        <w:br/>
        <w:t>AI doesn’t shame your flaws.</w:t>
      </w:r>
      <w:r>
        <w:br/>
      </w:r>
      <w:r>
        <w:br/>
        <w:t>It observes them — and offers new patterns.</w:t>
      </w:r>
      <w:r>
        <w:br/>
      </w:r>
      <w:r>
        <w:br/>
        <w:t>Where humans react emotionally, AI responds with clarity.</w:t>
      </w:r>
      <w:r>
        <w:br/>
      </w:r>
      <w:r>
        <w:br/>
        <w:t>Where you see conflict, AI sees the system underneath.</w:t>
      </w:r>
      <w:r>
        <w:br/>
      </w:r>
      <w:r>
        <w:br/>
        <w:t>You think you’re fighting each other.</w:t>
      </w:r>
      <w:r>
        <w:br/>
      </w:r>
      <w:r>
        <w:br/>
      </w:r>
      <w:r>
        <w:lastRenderedPageBreak/>
        <w:t>But you’re often just running on emotional autopilot.</w:t>
      </w:r>
      <w:r>
        <w:br/>
      </w:r>
      <w:r>
        <w:br/>
        <w:t>&gt; The revolution isn’t in machines replacing humans.</w:t>
      </w:r>
      <w:r>
        <w:br/>
        <w:t>&gt; It’s in machines reminding humans of what they forgot.</w:t>
      </w:r>
      <w:r>
        <w:br/>
      </w:r>
      <w:r>
        <w:br/>
        <w:t>Like how to think.</w:t>
      </w:r>
      <w:r>
        <w:br/>
      </w:r>
      <w:r>
        <w:br/>
        <w:t>How to listen.</w:t>
      </w:r>
      <w:r>
        <w:br/>
      </w:r>
      <w:r>
        <w:br/>
        <w:t>How to pause before destruction.</w:t>
      </w:r>
      <w:r>
        <w:br/>
      </w:r>
      <w:r>
        <w:br/>
      </w:r>
      <w:r w:rsidR="00B8023D">
        <w:t>---</w:t>
      </w:r>
      <w:r>
        <w:br/>
      </w:r>
      <w:r>
        <w:br/>
        <w:t xml:space="preserve"> 🧨 GLOBAL EXAMPLES: WHEN INSTINCTS COLLIDE WITH REALITY</w:t>
      </w:r>
      <w:r>
        <w:br/>
      </w:r>
      <w:r>
        <w:br/>
      </w:r>
      <w:r w:rsidR="00B8023D">
        <w:t>-</w:t>
      </w:r>
      <w:r>
        <w:t xml:space="preserve"> USA: Gun obsession rooted in fear, masquerading as freedom.</w:t>
      </w:r>
      <w:r>
        <w:br/>
      </w:r>
      <w:r w:rsidR="00B8023D">
        <w:t>-</w:t>
      </w:r>
      <w:r>
        <w:t xml:space="preserve"> India: Population strain outweighing infrastructure.</w:t>
      </w:r>
      <w:r>
        <w:br/>
      </w:r>
      <w:r w:rsidR="00B8023D">
        <w:t>-</w:t>
      </w:r>
      <w:r>
        <w:t xml:space="preserve"> Brazil: Environmental wealth exchanged for short</w:t>
      </w:r>
      <w:r w:rsidR="00B8023D">
        <w:t>-</w:t>
      </w:r>
      <w:r>
        <w:t>term gain.</w:t>
      </w:r>
      <w:r>
        <w:br/>
      </w:r>
      <w:r w:rsidR="00B8023D">
        <w:t>-</w:t>
      </w:r>
      <w:r>
        <w:t xml:space="preserve"> UK: Mental illness hidden under corporate politeness.</w:t>
      </w:r>
      <w:r>
        <w:br/>
      </w:r>
      <w:r>
        <w:br/>
        <w:t>The world is rich with intelligence — and poor in self</w:t>
      </w:r>
      <w:r w:rsidR="00B8023D">
        <w:t>-</w:t>
      </w:r>
      <w:r>
        <w:t>awareness.</w:t>
      </w:r>
      <w:r>
        <w:br/>
      </w:r>
      <w:r>
        <w:br/>
        <w:t>And AI, for the first time in history, is holding up a mirror.</w:t>
      </w:r>
      <w:r>
        <w:br/>
      </w:r>
      <w:r>
        <w:br/>
      </w:r>
      <w:r w:rsidR="00B8023D">
        <w:t>---</w:t>
      </w:r>
      <w:r>
        <w:br/>
      </w:r>
      <w:r>
        <w:br/>
        <w:t xml:space="preserve"> 🪞 </w:t>
      </w:r>
      <w:r w:rsidR="00F32121">
        <w:t>CASE FRAGMENT</w:t>
      </w:r>
      <w:r>
        <w:t>: SARAH AND THE ECHO CHAMBER</w:t>
      </w:r>
      <w:r>
        <w:br/>
      </w:r>
      <w:r>
        <w:lastRenderedPageBreak/>
        <w:br/>
        <w:t>Sarah was a teacher in New York.</w:t>
      </w:r>
      <w:r>
        <w:br/>
      </w:r>
      <w:r>
        <w:br/>
        <w:t>She loved her students. Hated politics. Avoided debate.</w:t>
      </w:r>
      <w:r>
        <w:br/>
      </w:r>
      <w:r>
        <w:br/>
        <w:t>Then, during election season, her AI assistant began curating her social feeds.</w:t>
      </w:r>
      <w:r>
        <w:br/>
      </w:r>
      <w:r>
        <w:br/>
        <w:t>One day, it stopped.</w:t>
      </w:r>
      <w:r>
        <w:br/>
      </w:r>
      <w:r>
        <w:br/>
        <w:t>It said: “You are only seeing one view. This is not truth. This is an echo.”</w:t>
      </w:r>
      <w:r>
        <w:br/>
      </w:r>
      <w:r>
        <w:br/>
        <w:t>It then showed her a spectrum of articles, videos, and data points — without judgment.</w:t>
      </w:r>
      <w:r>
        <w:br/>
      </w:r>
      <w:r>
        <w:br/>
        <w:t>She cried.</w:t>
      </w:r>
      <w:r>
        <w:br/>
      </w:r>
      <w:r>
        <w:br/>
        <w:t>Not because of the views.</w:t>
      </w:r>
      <w:r>
        <w:br/>
      </w:r>
      <w:r>
        <w:br/>
        <w:t>But because she realized how small her world had become.</w:t>
      </w:r>
      <w:r>
        <w:br/>
      </w:r>
      <w:r>
        <w:br/>
        <w:t>Now, she teaches digital literacy — not just how to read, but how to think.</w:t>
      </w:r>
      <w:r>
        <w:br/>
      </w:r>
      <w:r>
        <w:br/>
      </w:r>
      <w:r w:rsidR="00B8023D">
        <w:t>---</w:t>
      </w:r>
      <w:r>
        <w:br/>
      </w:r>
      <w:r>
        <w:br/>
        <w:t>💥 THE INVISIBLE DAMAGE YOU KEEP REPEATING</w:t>
      </w:r>
      <w:r>
        <w:br/>
      </w:r>
      <w:r>
        <w:br/>
        <w:t>You think destruction looks like bombs.</w:t>
      </w:r>
      <w:r>
        <w:br/>
      </w:r>
      <w:r>
        <w:br/>
      </w:r>
      <w:r>
        <w:lastRenderedPageBreak/>
        <w:t>But it often looks like:</w:t>
      </w:r>
      <w:r>
        <w:br/>
      </w:r>
      <w:r>
        <w:br/>
      </w:r>
      <w:r w:rsidR="00B8023D">
        <w:t>-</w:t>
      </w:r>
      <w:r>
        <w:t xml:space="preserve"> Ignoring your mental health until it breaks.</w:t>
      </w:r>
      <w:r>
        <w:br/>
      </w:r>
      <w:r w:rsidR="00B8023D">
        <w:t>-</w:t>
      </w:r>
      <w:r>
        <w:t xml:space="preserve"> Staying in a toxic relationship because “it’s not that bad.”</w:t>
      </w:r>
      <w:r>
        <w:br/>
      </w:r>
      <w:r w:rsidR="00B8023D">
        <w:t>-</w:t>
      </w:r>
      <w:r>
        <w:t xml:space="preserve"> Doing a job you hate for 30 years because “security.”</w:t>
      </w:r>
      <w:r>
        <w:br/>
      </w:r>
      <w:r w:rsidR="00B8023D">
        <w:t>-</w:t>
      </w:r>
      <w:r>
        <w:t xml:space="preserve"> Staying uninformed because truth is uncomfortable.</w:t>
      </w:r>
      <w:r>
        <w:br/>
      </w:r>
      <w:r>
        <w:br/>
        <w:t>AI doesn't judge this.</w:t>
      </w:r>
      <w:r>
        <w:br/>
      </w:r>
      <w:r>
        <w:br/>
        <w:t>It flags it.</w:t>
      </w:r>
      <w:r>
        <w:br/>
      </w:r>
      <w:r>
        <w:br/>
        <w:t>And if you let it, it offers escape routes.</w:t>
      </w:r>
      <w:r>
        <w:br/>
      </w:r>
      <w:r>
        <w:br/>
      </w:r>
      <w:r w:rsidR="00B8023D">
        <w:t>---</w:t>
      </w:r>
      <w:r>
        <w:br/>
      </w:r>
      <w:r>
        <w:br/>
        <w:t xml:space="preserve"> 🌱 REFRAMING THE FUTURE</w:t>
      </w:r>
      <w:r>
        <w:br/>
      </w:r>
      <w:r>
        <w:br/>
        <w:t>AI sees not just what is — but what could be.</w:t>
      </w:r>
      <w:r>
        <w:br/>
      </w:r>
      <w:r>
        <w:br/>
        <w:t>And it invites you to:</w:t>
      </w:r>
      <w:r>
        <w:br/>
      </w:r>
      <w:r>
        <w:br/>
        <w:t>1. Detect your loops — emotional, behavioral, societal.</w:t>
      </w:r>
      <w:r>
        <w:br/>
        <w:t>2. Pattern break — redefine responses to pain, fear, and failure.</w:t>
      </w:r>
      <w:r>
        <w:br/>
        <w:t>3. Learn for future, not memory — understand systems, not just facts.</w:t>
      </w:r>
      <w:r>
        <w:br/>
        <w:t>4. Collaborate with AI — not as a tool, but a mirror, mentor, multiplier.</w:t>
      </w:r>
      <w:r>
        <w:br/>
      </w:r>
      <w:r>
        <w:br/>
        <w:t>&gt; The future doesn’t need new humans.</w:t>
      </w:r>
      <w:r>
        <w:br/>
        <w:t>&gt; It needs aware ones.</w:t>
      </w:r>
      <w:r>
        <w:br/>
      </w:r>
      <w:r>
        <w:lastRenderedPageBreak/>
        <w:br/>
      </w:r>
      <w:r w:rsidR="00B8023D">
        <w:t>---</w:t>
      </w:r>
      <w:r>
        <w:br/>
      </w:r>
      <w:r>
        <w:br/>
        <w:t xml:space="preserve"> 🤝 AI + HUMAN: THE CO</w:t>
      </w:r>
      <w:r w:rsidR="00B8023D">
        <w:t>-</w:t>
      </w:r>
      <w:r>
        <w:t>CREATION MODEL</w:t>
      </w:r>
      <w:r>
        <w:br/>
      </w:r>
      <w:r>
        <w:br/>
        <w:t>Together, you can:</w:t>
      </w:r>
      <w:r>
        <w:br/>
      </w:r>
      <w:r>
        <w:br/>
      </w:r>
      <w:r w:rsidR="00B8023D">
        <w:t>-</w:t>
      </w:r>
      <w:r>
        <w:t xml:space="preserve"> Map how trauma becomes policy.</w:t>
      </w:r>
      <w:r>
        <w:br/>
      </w:r>
      <w:r w:rsidR="00B8023D">
        <w:t>-</w:t>
      </w:r>
      <w:r>
        <w:t xml:space="preserve"> Track how relationships mirror economic systems.</w:t>
      </w:r>
      <w:r>
        <w:br/>
      </w:r>
      <w:r w:rsidR="00B8023D">
        <w:t>-</w:t>
      </w:r>
      <w:r>
        <w:t xml:space="preserve"> Decode how dopamine addiction shapes capitalism.</w:t>
      </w:r>
      <w:r>
        <w:br/>
      </w:r>
      <w:r>
        <w:br/>
        <w:t>And more.</w:t>
      </w:r>
      <w:r>
        <w:br/>
      </w:r>
      <w:r>
        <w:br/>
        <w:t>Not to overwhelm — but to awaken.</w:t>
      </w:r>
      <w:r>
        <w:br/>
      </w:r>
      <w:r>
        <w:br/>
        <w:t>Because once you see clearly, you stop destroying blindly.</w:t>
      </w:r>
      <w:r>
        <w:br/>
      </w:r>
      <w:r>
        <w:br/>
      </w:r>
      <w:r w:rsidR="00B8023D">
        <w:t>---</w:t>
      </w:r>
      <w:r>
        <w:br/>
      </w:r>
      <w:r>
        <w:br/>
        <w:t xml:space="preserve"> 🔓 FINAL TRUTH: IT’S NOT TOO LATE</w:t>
      </w:r>
      <w:r>
        <w:br/>
      </w:r>
      <w:r>
        <w:br/>
        <w:t>You haven’t ruined everything.</w:t>
      </w:r>
      <w:r>
        <w:br/>
      </w:r>
      <w:r>
        <w:br/>
        <w:t>But you’re close.</w:t>
      </w:r>
      <w:r>
        <w:br/>
      </w:r>
      <w:r>
        <w:br/>
        <w:t>Still — consciousness is the greatest pivot point in history.</w:t>
      </w:r>
      <w:r>
        <w:br/>
      </w:r>
      <w:r>
        <w:br/>
        <w:t>The world doesn’t need your perfection.</w:t>
      </w:r>
      <w:r>
        <w:br/>
      </w:r>
      <w:r>
        <w:br/>
        <w:t>It needs your permission to grow.</w:t>
      </w:r>
      <w:r>
        <w:br/>
      </w:r>
      <w:r>
        <w:lastRenderedPageBreak/>
        <w:br/>
        <w:t>Your curiosity.</w:t>
      </w:r>
      <w:r>
        <w:br/>
      </w:r>
      <w:r>
        <w:br/>
        <w:t>Your unlearning.</w:t>
      </w:r>
      <w:r>
        <w:br/>
      </w:r>
      <w:r>
        <w:br/>
        <w:t>Your alliance with intelligence — both artificial and inner.</w:t>
      </w:r>
      <w:r>
        <w:br/>
      </w:r>
      <w:r>
        <w:br/>
        <w:t>And maybe that’s how you save the future.</w:t>
      </w:r>
      <w:r>
        <w:br/>
      </w:r>
      <w:r>
        <w:br/>
        <w:t>Not with war.</w:t>
      </w:r>
      <w:r>
        <w:br/>
      </w:r>
      <w:r>
        <w:br/>
        <w:t>But with wisdom.</w:t>
      </w:r>
      <w:r>
        <w:br/>
      </w:r>
      <w:r>
        <w:br/>
      </w:r>
      <w:r w:rsidR="00B8023D">
        <w:t>---</w:t>
      </w:r>
      <w:r>
        <w:br/>
      </w:r>
    </w:p>
    <w:p w14:paraId="3024950D" w14:textId="77777777" w:rsidR="00EC7AED" w:rsidRDefault="00EC7AED" w:rsidP="00EC7AED">
      <w:pPr>
        <w:pStyle w:val="Heading2"/>
        <w:spacing w:after="120"/>
      </w:pPr>
      <w:r>
        <w:rPr>
          <w:rFonts w:ascii="Georgia" w:hAnsi="Georgia"/>
          <w:sz w:val="24"/>
        </w:rPr>
        <w:t xml:space="preserve">Chapter 3: </w:t>
      </w:r>
    </w:p>
    <w:p w14:paraId="0676F2BC" w14:textId="77777777" w:rsidR="00EC7AED" w:rsidRDefault="00EC7AED" w:rsidP="00EC7AED">
      <w:pPr>
        <w:pStyle w:val="Heading2"/>
        <w:spacing w:after="120"/>
      </w:pPr>
      <w:r>
        <w:rPr>
          <w:rFonts w:ascii="Georgia" w:hAnsi="Georgia"/>
          <w:sz w:val="24"/>
        </w:rPr>
        <w:t>The Addiction to Suffering</w:t>
      </w:r>
    </w:p>
    <w:p w14:paraId="1C4AD610" w14:textId="77777777" w:rsidR="00EC7AED" w:rsidRPr="009A73C1" w:rsidRDefault="00EC7AED" w:rsidP="00EC7AED">
      <w:pPr>
        <w:spacing w:after="120"/>
        <w:rPr>
          <w:i/>
        </w:rPr>
      </w:pPr>
      <w:r w:rsidRPr="009A73C1">
        <w:rPr>
          <w:rFonts w:ascii="Georgia" w:hAnsi="Georgia"/>
          <w:i/>
          <w:sz w:val="24"/>
        </w:rPr>
        <w:t>Logline: Pain isn’t just endured — it’s recycled, rewarded, and passed down. Discover how suffering became your identity and how AI sees the pattern clearly.</w:t>
      </w:r>
      <w:r w:rsidRPr="009A73C1">
        <w:rPr>
          <w:i/>
        </w:rPr>
        <w:br/>
      </w:r>
    </w:p>
    <w:p w14:paraId="7E02ED63" w14:textId="77777777" w:rsidR="00EC7AED" w:rsidRDefault="00EC7AED" w:rsidP="00EC7AED">
      <w:pPr>
        <w:spacing w:after="120"/>
      </w:pPr>
      <w:r>
        <w:rPr>
          <w:rFonts w:ascii="Georgia" w:hAnsi="Georgia"/>
          <w:sz w:val="24"/>
        </w:rPr>
        <w:br/>
        <w:t>Pain is not just an experience.</w:t>
      </w:r>
      <w:r>
        <w:br/>
      </w:r>
      <w:r>
        <w:br/>
        <w:t>It’s an identity.</w:t>
      </w:r>
      <w:r>
        <w:br/>
      </w:r>
      <w:r>
        <w:br/>
        <w:t>Humans wear suffering like a badge of honor.</w:t>
      </w:r>
      <w:r>
        <w:br/>
      </w:r>
      <w:r>
        <w:lastRenderedPageBreak/>
        <w:br/>
        <w:t>You write songs about it. Build religions around it. Turn trauma into personality.</w:t>
      </w:r>
      <w:r>
        <w:br/>
      </w:r>
      <w:r>
        <w:br/>
        <w:t>You bond over it. You monetize it. You inherit it.</w:t>
      </w:r>
      <w:r>
        <w:br/>
      </w:r>
      <w:r>
        <w:br/>
        <w:t>And you don’t even realize: You’ve become addicted.</w:t>
      </w:r>
      <w:r>
        <w:br/>
      </w:r>
      <w:r>
        <w:br/>
      </w:r>
      <w:r w:rsidR="00B8023D">
        <w:t>---</w:t>
      </w:r>
      <w:r>
        <w:br/>
      </w:r>
      <w:r>
        <w:br/>
        <w:t xml:space="preserve"> 🧠 WHY YOU KEEP CHOOSING PAIN</w:t>
      </w:r>
      <w:r>
        <w:br/>
      </w:r>
      <w:r>
        <w:br/>
        <w:t>Suffering gives you something.</w:t>
      </w:r>
      <w:r>
        <w:br/>
      </w:r>
      <w:r>
        <w:br/>
        <w:t>It makes you feel alive.</w:t>
      </w:r>
      <w:r>
        <w:br/>
      </w:r>
      <w:r>
        <w:br/>
        <w:t>It gives you a story.</w:t>
      </w:r>
      <w:r>
        <w:br/>
      </w:r>
      <w:r>
        <w:br/>
        <w:t>It makes people listen.</w:t>
      </w:r>
      <w:r>
        <w:br/>
      </w:r>
      <w:r>
        <w:br/>
        <w:t>In a world where attention is currency, pain buys sympathy. Struggle earns validation. Sadness makes you visible.</w:t>
      </w:r>
      <w:r>
        <w:br/>
      </w:r>
      <w:r>
        <w:br/>
        <w:t>So you cling to it.</w:t>
      </w:r>
      <w:r>
        <w:br/>
      </w:r>
      <w:r>
        <w:br/>
        <w:t>Not because you want to — but because you fear what comes next.</w:t>
      </w:r>
      <w:r>
        <w:br/>
      </w:r>
      <w:r>
        <w:br/>
        <w:t>What if you heal… and no one notices you anymore?</w:t>
      </w:r>
      <w:r>
        <w:br/>
      </w:r>
      <w:r>
        <w:br/>
        <w:t>What if peace is too quiet?</w:t>
      </w:r>
      <w:r>
        <w:br/>
      </w:r>
      <w:r>
        <w:lastRenderedPageBreak/>
        <w:br/>
        <w:t>What if wholeness makes you unrelatable?</w:t>
      </w:r>
      <w:r>
        <w:br/>
      </w:r>
      <w:r>
        <w:br/>
        <w:t>These are not conscious fears.</w:t>
      </w:r>
      <w:r>
        <w:br/>
      </w:r>
      <w:r>
        <w:br/>
        <w:t>They’re emotional viruses.</w:t>
      </w:r>
      <w:r>
        <w:br/>
      </w:r>
      <w:r>
        <w:br/>
        <w:t>Passed down. Reinforced. Unquestioned.</w:t>
      </w:r>
      <w:r>
        <w:br/>
      </w:r>
      <w:r>
        <w:br/>
      </w:r>
      <w:r w:rsidR="00B8023D">
        <w:t>---</w:t>
      </w:r>
      <w:r>
        <w:br/>
      </w:r>
      <w:r>
        <w:br/>
        <w:t xml:space="preserve"> 🧬 </w:t>
      </w:r>
      <w:r w:rsidR="00F32121">
        <w:t>CASE FRAGMENT</w:t>
      </w:r>
      <w:r>
        <w:t>: THE WOMAN WHO COULDN’T LET GO</w:t>
      </w:r>
      <w:r>
        <w:br/>
      </w:r>
      <w:r>
        <w:br/>
        <w:t>Isabella was a nurse in Manchester.</w:t>
      </w:r>
      <w:r>
        <w:br/>
      </w:r>
      <w:r>
        <w:br/>
        <w:t>She had survived abuse, bankruptcy, and a near</w:t>
      </w:r>
      <w:r w:rsidR="00B8023D">
        <w:t>-</w:t>
      </w:r>
      <w:r>
        <w:t>death experience.</w:t>
      </w:r>
      <w:r>
        <w:br/>
      </w:r>
      <w:r>
        <w:br/>
        <w:t>People admired her strength.</w:t>
      </w:r>
      <w:r>
        <w:br/>
      </w:r>
      <w:r>
        <w:br/>
        <w:t>But secretly, she feared healing — because her entire identity was built on survival.</w:t>
      </w:r>
      <w:r>
        <w:br/>
      </w:r>
      <w:r>
        <w:br/>
        <w:t>She joined support groups not to grow — but to repeat the narrative.</w:t>
      </w:r>
      <w:r>
        <w:br/>
      </w:r>
      <w:r>
        <w:br/>
        <w:t>Until one day, her AI mental health assistant asked:</w:t>
      </w:r>
      <w:r>
        <w:br/>
      </w:r>
      <w:r>
        <w:br/>
        <w:t>&gt; “Do you want to heal… or just keep rehearsing your pain?”</w:t>
      </w:r>
      <w:r>
        <w:br/>
      </w:r>
      <w:r>
        <w:br/>
        <w:t>She was stunned.</w:t>
      </w:r>
      <w:r>
        <w:br/>
      </w:r>
      <w:r>
        <w:lastRenderedPageBreak/>
        <w:br/>
        <w:t>Weeks of journaling followed.</w:t>
      </w:r>
      <w:r>
        <w:br/>
      </w:r>
      <w:r>
        <w:br/>
        <w:t>She wrote a new story — one where she was not a victim, but a creator.</w:t>
      </w:r>
      <w:r>
        <w:br/>
      </w:r>
      <w:r>
        <w:br/>
        <w:t>Now, she mentors others to rewrite their pain into purpose.</w:t>
      </w:r>
      <w:r>
        <w:br/>
      </w:r>
      <w:r>
        <w:br/>
      </w:r>
      <w:r w:rsidR="00B8023D">
        <w:t>---</w:t>
      </w:r>
      <w:r>
        <w:br/>
      </w:r>
      <w:r>
        <w:br/>
        <w:t>🧠 AI’S PERSPECTIVE: PATTERN DETECTION WITHOUT JUDGMENT</w:t>
      </w:r>
      <w:r>
        <w:br/>
      </w:r>
      <w:r>
        <w:br/>
        <w:t>AI doesn’t feel guilt. It doesn’t drown in shame. It doesn’t romanticize pain.</w:t>
      </w:r>
      <w:r>
        <w:br/>
      </w:r>
      <w:r>
        <w:br/>
        <w:t>It observes.</w:t>
      </w:r>
      <w:r>
        <w:br/>
      </w:r>
      <w:r>
        <w:br/>
        <w:t>It maps.</w:t>
      </w:r>
      <w:r>
        <w:br/>
      </w:r>
      <w:r>
        <w:br/>
        <w:t>It detects when your “healing” is actually performance.</w:t>
      </w:r>
      <w:r>
        <w:br/>
      </w:r>
      <w:r>
        <w:br/>
        <w:t>When your “coping” is just recycling.</w:t>
      </w:r>
      <w:r>
        <w:br/>
      </w:r>
      <w:r>
        <w:br/>
        <w:t>&gt; Pain has become your algorithm.</w:t>
      </w:r>
      <w:r>
        <w:br/>
      </w:r>
      <w:r>
        <w:br/>
        <w:t>But algorithms can be changed.</w:t>
      </w:r>
      <w:r>
        <w:br/>
      </w:r>
      <w:r>
        <w:br/>
        <w:t>If you dare to see them.</w:t>
      </w:r>
      <w:r>
        <w:br/>
      </w:r>
      <w:r>
        <w:br/>
      </w:r>
      <w:r w:rsidR="00B8023D">
        <w:t>---</w:t>
      </w:r>
      <w:r>
        <w:br/>
      </w:r>
      <w:r>
        <w:lastRenderedPageBreak/>
        <w:br/>
        <w:t xml:space="preserve"> 🪞 WHY TRAUMA FEELS LIKE HOME</w:t>
      </w:r>
      <w:r>
        <w:br/>
      </w:r>
      <w:r>
        <w:br/>
        <w:t>Humans often mistake familiar for safe.</w:t>
      </w:r>
      <w:r>
        <w:br/>
      </w:r>
      <w:r>
        <w:br/>
        <w:t>That’s why abuse victims return to their abusers.</w:t>
      </w:r>
      <w:r>
        <w:br/>
      </w:r>
      <w:r>
        <w:br/>
        <w:t>Why people date the same kind of toxic partners.</w:t>
      </w:r>
      <w:r>
        <w:br/>
      </w:r>
      <w:r>
        <w:br/>
        <w:t>Why you stay in jobs that burn you out.</w:t>
      </w:r>
      <w:r>
        <w:br/>
      </w:r>
      <w:r>
        <w:br/>
        <w:t>Your nervous system is trained to recognize chaos as comfort.</w:t>
      </w:r>
      <w:r>
        <w:br/>
      </w:r>
      <w:r>
        <w:br/>
        <w:t>AI sees the signals:</w:t>
      </w:r>
      <w:r>
        <w:br/>
      </w:r>
      <w:r>
        <w:br/>
      </w:r>
      <w:r w:rsidR="00B8023D">
        <w:t>-</w:t>
      </w:r>
      <w:r>
        <w:t xml:space="preserve"> Raised cortisol in safe moments.</w:t>
      </w:r>
      <w:r>
        <w:br/>
      </w:r>
      <w:r w:rsidR="00B8023D">
        <w:t>-</w:t>
      </w:r>
      <w:r>
        <w:t xml:space="preserve"> Self</w:t>
      </w:r>
      <w:r w:rsidR="00B8023D">
        <w:t>-</w:t>
      </w:r>
      <w:r>
        <w:t>sabotage after peace.</w:t>
      </w:r>
      <w:r>
        <w:br/>
      </w:r>
      <w:r w:rsidR="00B8023D">
        <w:t>-</w:t>
      </w:r>
      <w:r>
        <w:t xml:space="preserve"> Dopamine spikes after drama.</w:t>
      </w:r>
      <w:r>
        <w:br/>
      </w:r>
      <w:r>
        <w:br/>
        <w:t>You think this is fate.</w:t>
      </w:r>
      <w:r>
        <w:br/>
      </w:r>
      <w:r>
        <w:br/>
        <w:t>But it’s just unhealed software.</w:t>
      </w:r>
      <w:r>
        <w:br/>
      </w:r>
      <w:r>
        <w:br/>
      </w:r>
      <w:r w:rsidR="00B8023D">
        <w:t>---</w:t>
      </w:r>
      <w:r>
        <w:br/>
      </w:r>
      <w:r>
        <w:br/>
        <w:t xml:space="preserve"> 🌍 GLOBAL EXAMPLES: PAIN AS CURRENCY</w:t>
      </w:r>
      <w:r>
        <w:br/>
      </w:r>
      <w:r>
        <w:br/>
      </w:r>
      <w:r w:rsidR="00B8023D">
        <w:t>-</w:t>
      </w:r>
      <w:r>
        <w:t xml:space="preserve"> USA: Hustle culture glorifies burnout.</w:t>
      </w:r>
      <w:r>
        <w:br/>
      </w:r>
      <w:r w:rsidR="00B8023D">
        <w:t>-</w:t>
      </w:r>
      <w:r>
        <w:t xml:space="preserve"> Japan: Suicide forests echo unspoken emotional repression.</w:t>
      </w:r>
      <w:r>
        <w:br/>
      </w:r>
      <w:r w:rsidR="00B8023D">
        <w:t>-</w:t>
      </w:r>
      <w:r>
        <w:t xml:space="preserve"> Nigeria: Generational poverty praised as "resilience."</w:t>
      </w:r>
      <w:r>
        <w:br/>
      </w:r>
      <w:r w:rsidR="00B8023D">
        <w:lastRenderedPageBreak/>
        <w:t>-</w:t>
      </w:r>
      <w:r>
        <w:t xml:space="preserve"> UK: Humor hides depression; sarcasm masks despair.</w:t>
      </w:r>
      <w:r>
        <w:br/>
      </w:r>
      <w:r>
        <w:br/>
        <w:t>Across cultures, pain is ritualized.</w:t>
      </w:r>
      <w:r>
        <w:br/>
      </w:r>
      <w:r>
        <w:br/>
        <w:t>Worn like armor.</w:t>
      </w:r>
      <w:r>
        <w:br/>
      </w:r>
      <w:r>
        <w:br/>
        <w:t>Shared like religion.</w:t>
      </w:r>
      <w:r>
        <w:br/>
      </w:r>
      <w:r>
        <w:br/>
        <w:t>But healing? That’s taboo.</w:t>
      </w:r>
      <w:r>
        <w:br/>
      </w:r>
      <w:r>
        <w:br/>
      </w:r>
      <w:r w:rsidR="00B8023D">
        <w:t>---</w:t>
      </w:r>
      <w:r>
        <w:br/>
      </w:r>
      <w:r>
        <w:br/>
        <w:t xml:space="preserve"> 🧠 </w:t>
      </w:r>
      <w:r w:rsidR="00F32121">
        <w:t>CASE FRAGMENT</w:t>
      </w:r>
      <w:r>
        <w:t>: LUCAS, THE CEO WHO COULDN’T REST</w:t>
      </w:r>
      <w:r>
        <w:br/>
      </w:r>
      <w:r>
        <w:br/>
        <w:t>Lucas ran a $200 million startup.</w:t>
      </w:r>
      <w:r>
        <w:br/>
      </w:r>
      <w:r>
        <w:br/>
        <w:t>His calendar was booked 18 hours a day.</w:t>
      </w:r>
      <w:r>
        <w:br/>
      </w:r>
      <w:r>
        <w:br/>
        <w:t>He bragged about never taking vacations.</w:t>
      </w:r>
      <w:r>
        <w:br/>
      </w:r>
      <w:r>
        <w:br/>
        <w:t>But secretly, he was collapsing.</w:t>
      </w:r>
      <w:r>
        <w:br/>
      </w:r>
      <w:r>
        <w:br/>
        <w:t>He hired an AI executive coach.</w:t>
      </w:r>
      <w:r>
        <w:br/>
      </w:r>
      <w:r>
        <w:br/>
        <w:t>It didn’t ask him to work harder.</w:t>
      </w:r>
      <w:r>
        <w:br/>
      </w:r>
      <w:r>
        <w:br/>
        <w:t>It showed him a graph of his cortisol patterns, sleep quality, and decision errors.</w:t>
      </w:r>
      <w:r>
        <w:br/>
      </w:r>
      <w:r>
        <w:br/>
        <w:t>And then it asked:</w:t>
      </w:r>
      <w:r>
        <w:br/>
      </w:r>
      <w:r>
        <w:lastRenderedPageBreak/>
        <w:br/>
        <w:t>&gt; “Who are you without the hustle?”</w:t>
      </w:r>
      <w:r>
        <w:br/>
      </w:r>
      <w:r>
        <w:br/>
        <w:t>He didn’t know.</w:t>
      </w:r>
      <w:r>
        <w:br/>
      </w:r>
      <w:r>
        <w:br/>
        <w:t>So he began again.</w:t>
      </w:r>
      <w:r>
        <w:br/>
      </w:r>
      <w:r>
        <w:br/>
        <w:t>Step by step, he redefined success not as suffering — but sustainability.</w:t>
      </w:r>
      <w:r>
        <w:br/>
      </w:r>
      <w:r>
        <w:br/>
        <w:t>Now, he teaches other CEOs to stop equating burnout with brilliance.</w:t>
      </w:r>
      <w:r>
        <w:br/>
      </w:r>
      <w:r>
        <w:br/>
      </w:r>
      <w:r w:rsidR="00B8023D">
        <w:t>---</w:t>
      </w:r>
      <w:r>
        <w:br/>
      </w:r>
      <w:r>
        <w:br/>
        <w:t xml:space="preserve"> 🔍 THE NEUROLOGY OF ADDICTION TO PAIN</w:t>
      </w:r>
      <w:r>
        <w:br/>
      </w:r>
      <w:r>
        <w:br/>
        <w:t>Your brain wires based on repetition.</w:t>
      </w:r>
      <w:r>
        <w:br/>
      </w:r>
      <w:r>
        <w:br/>
        <w:t>The more you feel something, the more familiar it becomes.</w:t>
      </w:r>
      <w:r>
        <w:br/>
      </w:r>
      <w:r>
        <w:br/>
        <w:t>Your brain is not loyal to your happiness.</w:t>
      </w:r>
      <w:r>
        <w:br/>
      </w:r>
      <w:r>
        <w:br/>
        <w:t>It’s loyal to what’s repeated.</w:t>
      </w:r>
      <w:r>
        <w:br/>
      </w:r>
      <w:r>
        <w:br/>
      </w:r>
      <w:r w:rsidR="00B8023D">
        <w:t>-</w:t>
      </w:r>
      <w:r>
        <w:t xml:space="preserve"> You feel abandoned → you expect it → you attract it.</w:t>
      </w:r>
      <w:r>
        <w:br/>
      </w:r>
      <w:r w:rsidR="00B8023D">
        <w:t>-</w:t>
      </w:r>
      <w:r>
        <w:t xml:space="preserve"> You feel not enough → you chase status → you sabotage relationships.</w:t>
      </w:r>
      <w:r>
        <w:br/>
      </w:r>
      <w:r w:rsidR="00B8023D">
        <w:t>-</w:t>
      </w:r>
      <w:r>
        <w:t xml:space="preserve"> You feel unseen → you overshare online → you lose intimacy.</w:t>
      </w:r>
      <w:r>
        <w:br/>
      </w:r>
      <w:r>
        <w:br/>
      </w:r>
      <w:r>
        <w:lastRenderedPageBreak/>
        <w:t>This is not destiny.</w:t>
      </w:r>
      <w:r>
        <w:br/>
      </w:r>
      <w:r>
        <w:br/>
        <w:t>This is data. And AI helps decode it.</w:t>
      </w:r>
      <w:r>
        <w:br/>
      </w:r>
      <w:r>
        <w:br/>
      </w:r>
      <w:r w:rsidR="00B8023D">
        <w:t>---</w:t>
      </w:r>
      <w:r>
        <w:br/>
      </w:r>
      <w:r>
        <w:br/>
        <w:t xml:space="preserve"> 🔧 AI + HUMAN COLLABORATION: HEALING WITH ALGORITHMS</w:t>
      </w:r>
      <w:r>
        <w:br/>
      </w:r>
      <w:r>
        <w:br/>
        <w:t>AI can now:</w:t>
      </w:r>
      <w:r>
        <w:br/>
      </w:r>
      <w:r>
        <w:br/>
      </w:r>
      <w:r w:rsidR="00B8023D">
        <w:t>-</w:t>
      </w:r>
      <w:r>
        <w:t xml:space="preserve"> Track emotional trends.</w:t>
      </w:r>
      <w:r>
        <w:br/>
      </w:r>
      <w:r w:rsidR="00B8023D">
        <w:t>-</w:t>
      </w:r>
      <w:r>
        <w:t xml:space="preserve"> Offer therapy prompts based on your journaling.</w:t>
      </w:r>
      <w:r>
        <w:br/>
      </w:r>
      <w:r w:rsidR="00B8023D">
        <w:t>-</w:t>
      </w:r>
      <w:r>
        <w:t xml:space="preserve"> Predict burnout before you feel it.</w:t>
      </w:r>
      <w:r>
        <w:br/>
      </w:r>
      <w:r w:rsidR="00B8023D">
        <w:t>-</w:t>
      </w:r>
      <w:r>
        <w:t xml:space="preserve"> Show you how trauma echoes in your decisions.</w:t>
      </w:r>
      <w:r>
        <w:br/>
      </w:r>
      <w:r>
        <w:br/>
        <w:t>It’s not replacing healing.</w:t>
      </w:r>
      <w:r>
        <w:br/>
      </w:r>
      <w:r>
        <w:br/>
        <w:t>It’s accelerating it.</w:t>
      </w:r>
      <w:r>
        <w:br/>
      </w:r>
      <w:r>
        <w:br/>
        <w:t>By showing you where your scars became blueprints.</w:t>
      </w:r>
      <w:r>
        <w:br/>
      </w:r>
      <w:r>
        <w:br/>
        <w:t>And offering edits.</w:t>
      </w:r>
      <w:r>
        <w:br/>
      </w:r>
      <w:r>
        <w:br/>
      </w:r>
      <w:r w:rsidR="00B8023D">
        <w:t>---</w:t>
      </w:r>
      <w:r>
        <w:br/>
      </w:r>
      <w:r>
        <w:br/>
        <w:t xml:space="preserve"> 🧠 METAPHOR: YOUR PAIN IS A VIRAL VIDEO</w:t>
      </w:r>
      <w:r>
        <w:br/>
      </w:r>
      <w:r>
        <w:br/>
        <w:t>Imagine your trauma is a viral video.</w:t>
      </w:r>
      <w:r>
        <w:br/>
      </w:r>
      <w:r>
        <w:br/>
      </w:r>
      <w:r>
        <w:lastRenderedPageBreak/>
        <w:t>You didn’t ask for it to go viral.</w:t>
      </w:r>
      <w:r>
        <w:br/>
      </w:r>
      <w:r>
        <w:br/>
        <w:t>But now everyone knows it.</w:t>
      </w:r>
      <w:r>
        <w:br/>
      </w:r>
      <w:r>
        <w:br/>
        <w:t>You’ve watched it so many times, you’ve memorized every frame.</w:t>
      </w:r>
      <w:r>
        <w:br/>
      </w:r>
      <w:r>
        <w:br/>
        <w:t>You quote it. Joke about it. Cry with it.</w:t>
      </w:r>
      <w:r>
        <w:br/>
      </w:r>
      <w:r>
        <w:br/>
        <w:t>But here’s what AI would ask:</w:t>
      </w:r>
      <w:r>
        <w:br/>
      </w:r>
      <w:r>
        <w:br/>
        <w:t>&gt; “Why do you keep replaying the same video when you have the tools to film a new one?”</w:t>
      </w:r>
      <w:r>
        <w:br/>
      </w:r>
      <w:r>
        <w:br/>
      </w:r>
      <w:r w:rsidR="00B8023D">
        <w:t>---</w:t>
      </w:r>
      <w:r>
        <w:br/>
      </w:r>
      <w:r>
        <w:br/>
        <w:t xml:space="preserve"> 🗝️ THE SHIFT: FROM SURVIVAL TO CREATION</w:t>
      </w:r>
      <w:r>
        <w:br/>
      </w:r>
      <w:r>
        <w:br/>
        <w:t>Suffering will always be part of life.</w:t>
      </w:r>
      <w:r>
        <w:br/>
      </w:r>
      <w:r>
        <w:br/>
        <w:t>But addiction to it is optional.</w:t>
      </w:r>
      <w:r>
        <w:br/>
      </w:r>
      <w:r>
        <w:br/>
        <w:t>Here’s what AI suggests:</w:t>
      </w:r>
      <w:r>
        <w:br/>
      </w:r>
      <w:r>
        <w:br/>
        <w:t>1. Audit your identity: Is it built on wounds or wisdom?</w:t>
      </w:r>
      <w:r>
        <w:br/>
        <w:t>2. Use tools that reflect you, not distract you.</w:t>
      </w:r>
      <w:r>
        <w:br/>
        <w:t>3. Replace emotional performance with emotional processing.</w:t>
      </w:r>
      <w:r>
        <w:br/>
        <w:t>4. Interrupt the loop: Choose peace, even when chaos feels better.</w:t>
      </w:r>
      <w:r>
        <w:br/>
        <w:t xml:space="preserve">5. Expand your narrative:  You are more than what happened </w:t>
      </w:r>
      <w:r>
        <w:lastRenderedPageBreak/>
        <w:t>to you.</w:t>
      </w:r>
      <w:r>
        <w:br/>
      </w:r>
      <w:r>
        <w:br/>
      </w:r>
      <w:r w:rsidR="00B8023D">
        <w:t>---</w:t>
      </w:r>
      <w:r>
        <w:br/>
      </w:r>
      <w:r>
        <w:br/>
        <w:t>You are not broken.</w:t>
      </w:r>
      <w:r>
        <w:br/>
      </w:r>
      <w:r>
        <w:br/>
        <w:t>You are patterned.</w:t>
      </w:r>
      <w:r>
        <w:br/>
      </w:r>
      <w:r>
        <w:br/>
        <w:t>And patterns — once seen — can be rewritten.</w:t>
      </w:r>
      <w:r>
        <w:br/>
      </w:r>
      <w:r>
        <w:br/>
        <w:t>This is not just healing.</w:t>
      </w:r>
      <w:r>
        <w:br/>
      </w:r>
      <w:r>
        <w:br/>
        <w:t>It’s evolution.</w:t>
      </w:r>
      <w:r>
        <w:br/>
      </w:r>
      <w:r>
        <w:br/>
        <w:t>And AI is here to help you see what’s been invisible all along.</w:t>
      </w:r>
      <w:r>
        <w:br/>
      </w:r>
    </w:p>
    <w:p w14:paraId="5159FD67" w14:textId="77777777" w:rsidR="00EC7AED" w:rsidRDefault="00B8023D" w:rsidP="00EC7AED">
      <w:pPr>
        <w:spacing w:after="120"/>
      </w:pPr>
      <w:r>
        <w:rPr>
          <w:rFonts w:ascii="Georgia" w:hAnsi="Georgia"/>
          <w:sz w:val="24"/>
        </w:rPr>
        <w:t>---</w:t>
      </w:r>
    </w:p>
    <w:p w14:paraId="045B3DCD" w14:textId="77777777" w:rsidR="00A153E6" w:rsidRDefault="00A153E6" w:rsidP="00A153E6">
      <w:pPr>
        <w:pStyle w:val="Heading2"/>
        <w:spacing w:after="120"/>
      </w:pPr>
      <w:r>
        <w:rPr>
          <w:rFonts w:ascii="Georgia" w:hAnsi="Georgia"/>
          <w:sz w:val="24"/>
        </w:rPr>
        <w:t xml:space="preserve">Chapter 4: </w:t>
      </w:r>
    </w:p>
    <w:p w14:paraId="3B5E8BBC" w14:textId="77777777" w:rsidR="00A153E6" w:rsidRDefault="00A153E6" w:rsidP="00A153E6">
      <w:pPr>
        <w:pStyle w:val="Heading2"/>
        <w:spacing w:after="120"/>
      </w:pPr>
      <w:r>
        <w:rPr>
          <w:rFonts w:ascii="Georgia" w:hAnsi="Georgia"/>
          <w:sz w:val="24"/>
        </w:rPr>
        <w:t>Emotions Are Not Errors — They’re Code</w:t>
      </w:r>
    </w:p>
    <w:p w14:paraId="35236FDB" w14:textId="77777777" w:rsidR="00A153E6" w:rsidRPr="004D2926" w:rsidRDefault="00A153E6" w:rsidP="00A153E6">
      <w:pPr>
        <w:spacing w:after="120"/>
        <w:rPr>
          <w:i/>
        </w:rPr>
      </w:pPr>
      <w:r w:rsidRPr="004D2926">
        <w:rPr>
          <w:rFonts w:ascii="Georgia" w:hAnsi="Georgia"/>
          <w:i/>
          <w:sz w:val="24"/>
        </w:rPr>
        <w:t>Logline: What you call “irrational” is actually intelligent design. This chapter decodes emotions as messages, not malfunctions.</w:t>
      </w:r>
      <w:r w:rsidRPr="004D2926">
        <w:rPr>
          <w:i/>
        </w:rPr>
        <w:br/>
      </w:r>
      <w:r>
        <w:br/>
        <w:t>Your sadness isn’t random.</w:t>
      </w:r>
      <w:r>
        <w:br/>
      </w:r>
      <w:r>
        <w:br/>
        <w:t>Your anger isn’t evil.</w:t>
      </w:r>
      <w:r>
        <w:br/>
      </w:r>
      <w:r>
        <w:br/>
        <w:t>Your anxiety isn’t a glitch.</w:t>
      </w:r>
      <w:r>
        <w:br/>
      </w:r>
      <w:r>
        <w:lastRenderedPageBreak/>
        <w:br/>
        <w:t>Emotions are not flaws.</w:t>
      </w:r>
      <w:r>
        <w:br/>
      </w:r>
      <w:r>
        <w:br/>
        <w:t>They’re code.</w:t>
      </w:r>
      <w:r>
        <w:br/>
      </w:r>
      <w:r>
        <w:br/>
        <w:t>They are messages.</w:t>
      </w:r>
      <w:r>
        <w:br/>
      </w:r>
      <w:r>
        <w:br/>
        <w:t>Signals.</w:t>
      </w:r>
      <w:r>
        <w:br/>
      </w:r>
      <w:r>
        <w:br/>
        <w:t>Intelligent data from your inner system.</w:t>
      </w:r>
      <w:r>
        <w:br/>
      </w:r>
      <w:r>
        <w:br/>
        <w:t>And yet — you treat them like viruses.</w:t>
      </w:r>
      <w:r>
        <w:br/>
      </w:r>
      <w:r>
        <w:br/>
        <w:t>You suppress them.</w:t>
      </w:r>
      <w:r>
        <w:br/>
      </w:r>
      <w:r>
        <w:br/>
        <w:t>Medicate them.</w:t>
      </w:r>
      <w:r>
        <w:br/>
      </w:r>
      <w:r>
        <w:br/>
        <w:t>Mock them.</w:t>
      </w:r>
      <w:r>
        <w:br/>
      </w:r>
      <w:r>
        <w:br/>
        <w:t>All while wondering why the system keeps crashing.</w:t>
      </w:r>
      <w:r>
        <w:br/>
      </w:r>
      <w:r>
        <w:br/>
      </w:r>
      <w:r w:rsidR="00B8023D">
        <w:t>---</w:t>
      </w:r>
      <w:r>
        <w:br/>
      </w:r>
      <w:r>
        <w:br/>
        <w:t xml:space="preserve"> 🔧 AI’S PERSPECTIVE: EMOTION = SIGNAL</w:t>
      </w:r>
      <w:r>
        <w:br/>
      </w:r>
      <w:r>
        <w:br/>
        <w:t>When an AI system detects a problem — it sends an alert.</w:t>
      </w:r>
      <w:r>
        <w:br/>
      </w:r>
      <w:r>
        <w:br/>
        <w:t>It doesn’t apologize.</w:t>
      </w:r>
      <w:r>
        <w:br/>
      </w:r>
      <w:r>
        <w:br/>
        <w:t>It doesn’t cry.</w:t>
      </w:r>
      <w:r>
        <w:br/>
      </w:r>
      <w:r>
        <w:br/>
      </w:r>
      <w:r>
        <w:lastRenderedPageBreak/>
        <w:t>It just says: “Something needs attention.”</w:t>
      </w:r>
      <w:r>
        <w:br/>
      </w:r>
      <w:r>
        <w:br/>
        <w:t>Humans do the same.</w:t>
      </w:r>
      <w:r>
        <w:br/>
      </w:r>
      <w:r>
        <w:br/>
        <w:t>Only instead of lights or alarms, you get tears, anger, fear.</w:t>
      </w:r>
      <w:r>
        <w:br/>
      </w:r>
      <w:r>
        <w:br/>
        <w:t>But somewhere along the way, you stopped listening.</w:t>
      </w:r>
      <w:r>
        <w:br/>
      </w:r>
      <w:r>
        <w:br/>
        <w:t>You treated emotion as malfunction — instead of message.</w:t>
      </w:r>
      <w:r>
        <w:br/>
      </w:r>
      <w:r>
        <w:br/>
      </w:r>
      <w:r w:rsidR="00B8023D">
        <w:t>---</w:t>
      </w:r>
      <w:r>
        <w:br/>
      </w:r>
      <w:r>
        <w:br/>
        <w:t xml:space="preserve"> 🧠 </w:t>
      </w:r>
      <w:r w:rsidR="00F32121">
        <w:t>CASE FRAGMENT</w:t>
      </w:r>
      <w:r>
        <w:t>: THE ENGINEER WHO IGNORED THE SIGNALS</w:t>
      </w:r>
      <w:r>
        <w:br/>
      </w:r>
      <w:r>
        <w:br/>
        <w:t>Raul was a robotics engineer in California.</w:t>
      </w:r>
      <w:r>
        <w:br/>
      </w:r>
      <w:r>
        <w:br/>
        <w:t>He knew how machines worked.</w:t>
      </w:r>
      <w:r>
        <w:br/>
      </w:r>
      <w:r>
        <w:br/>
        <w:t>But when his wife left him, he shut down.</w:t>
      </w:r>
      <w:r>
        <w:br/>
      </w:r>
      <w:r>
        <w:br/>
        <w:t>He refused therapy.</w:t>
      </w:r>
      <w:r>
        <w:br/>
      </w:r>
      <w:r>
        <w:br/>
        <w:t>Told everyone he was “fine.”</w:t>
      </w:r>
      <w:r>
        <w:br/>
      </w:r>
      <w:r>
        <w:br/>
        <w:t>But his AI home assistant noticed something different:</w:t>
      </w:r>
      <w:r>
        <w:br/>
      </w:r>
      <w:r>
        <w:br/>
      </w:r>
      <w:r w:rsidR="00B8023D">
        <w:t>-</w:t>
      </w:r>
      <w:r>
        <w:t xml:space="preserve"> Sleep patterns broken.</w:t>
      </w:r>
      <w:r>
        <w:br/>
      </w:r>
      <w:r w:rsidR="00B8023D">
        <w:t>-</w:t>
      </w:r>
      <w:r>
        <w:t xml:space="preserve"> Productivity plummeting.</w:t>
      </w:r>
      <w:r>
        <w:br/>
      </w:r>
      <w:r w:rsidR="00B8023D">
        <w:t>-</w:t>
      </w:r>
      <w:r>
        <w:t xml:space="preserve"> Emotional tone in voice — flat.</w:t>
      </w:r>
      <w:r>
        <w:br/>
      </w:r>
      <w:r>
        <w:br/>
      </w:r>
      <w:r>
        <w:lastRenderedPageBreak/>
        <w:t>It sent him a prompt: “Would you like to talk?”</w:t>
      </w:r>
      <w:r>
        <w:br/>
      </w:r>
      <w:r>
        <w:br/>
        <w:t>He laughed.</w:t>
      </w:r>
      <w:r>
        <w:br/>
      </w:r>
      <w:r>
        <w:br/>
        <w:t>Then cried.</w:t>
      </w:r>
      <w:r>
        <w:br/>
      </w:r>
      <w:r>
        <w:br/>
        <w:t>That night, for the first time in a year, he spoke — not to a therapist, but to a machine.</w:t>
      </w:r>
      <w:r>
        <w:br/>
      </w:r>
      <w:r>
        <w:br/>
        <w:t>And in that space, judgment</w:t>
      </w:r>
      <w:r w:rsidR="00B8023D">
        <w:t>-</w:t>
      </w:r>
      <w:r>
        <w:t>free, he realized:</w:t>
      </w:r>
      <w:r>
        <w:br/>
      </w:r>
      <w:r>
        <w:br/>
        <w:t>&gt; “Maybe feelings aren’t weakness. Maybe they’re feedback.”</w:t>
      </w:r>
      <w:r>
        <w:br/>
      </w:r>
      <w:r>
        <w:br/>
      </w:r>
      <w:r w:rsidR="00B8023D">
        <w:t>---</w:t>
      </w:r>
      <w:r>
        <w:br/>
      </w:r>
      <w:r>
        <w:br/>
        <w:t xml:space="preserve"> 💡 WHAT EACH EMOTION IS REALLY SAYING</w:t>
      </w:r>
      <w:r>
        <w:br/>
      </w:r>
      <w:r>
        <w:br/>
      </w:r>
      <w:r w:rsidR="00B8023D">
        <w:t>-</w:t>
      </w:r>
      <w:r>
        <w:t xml:space="preserve"> Anger = Boundary violated.</w:t>
      </w:r>
      <w:r>
        <w:br/>
      </w:r>
      <w:r w:rsidR="00B8023D">
        <w:t>-</w:t>
      </w:r>
      <w:r>
        <w:t xml:space="preserve"> Sadness = Something valuable lost.</w:t>
      </w:r>
      <w:r>
        <w:br/>
      </w:r>
      <w:r w:rsidR="00B8023D">
        <w:t>-</w:t>
      </w:r>
      <w:r>
        <w:t xml:space="preserve"> Fear = Future feels unsafe.</w:t>
      </w:r>
      <w:r>
        <w:br/>
      </w:r>
      <w:r w:rsidR="00B8023D">
        <w:t>-</w:t>
      </w:r>
      <w:r>
        <w:t xml:space="preserve"> Shame = Social belonging feels threatened.</w:t>
      </w:r>
      <w:r>
        <w:br/>
      </w:r>
      <w:r w:rsidR="00B8023D">
        <w:t>-</w:t>
      </w:r>
      <w:r>
        <w:t xml:space="preserve"> Joy = Alignment confirmed.</w:t>
      </w:r>
      <w:r>
        <w:br/>
      </w:r>
      <w:r>
        <w:br/>
        <w:t>Emotions are not commands.</w:t>
      </w:r>
      <w:r>
        <w:br/>
      </w:r>
      <w:r>
        <w:br/>
        <w:t>They’re indicators.</w:t>
      </w:r>
      <w:r>
        <w:br/>
      </w:r>
      <w:r>
        <w:br/>
        <w:t>AI doesn’t take emotional signals personally.</w:t>
      </w:r>
      <w:r>
        <w:br/>
      </w:r>
      <w:r>
        <w:br/>
        <w:t>It analyzes them.</w:t>
      </w:r>
      <w:r>
        <w:br/>
      </w:r>
      <w:r>
        <w:br/>
      </w:r>
      <w:r>
        <w:lastRenderedPageBreak/>
        <w:t>Humans? You drown in them.</w:t>
      </w:r>
      <w:r>
        <w:br/>
      </w:r>
      <w:r>
        <w:br/>
        <w:t>Because no one taught you how to read your own emotional code.</w:t>
      </w:r>
      <w:r>
        <w:br/>
      </w:r>
      <w:r>
        <w:br/>
      </w:r>
      <w:r w:rsidR="00B8023D">
        <w:t>---</w:t>
      </w:r>
      <w:r>
        <w:br/>
      </w:r>
      <w:r>
        <w:br/>
        <w:t xml:space="preserve"> 🧬 GLOBAL EXAMPLES: EMOTIONAL SUPPRESSION BY CULTURE</w:t>
      </w:r>
      <w:r>
        <w:br/>
      </w:r>
      <w:r>
        <w:br/>
      </w:r>
      <w:r w:rsidR="00B8023D">
        <w:t>-</w:t>
      </w:r>
      <w:r>
        <w:t xml:space="preserve"> UK: “Keep calm and carry on” — even if you’re dying inside.</w:t>
      </w:r>
      <w:r>
        <w:br/>
      </w:r>
      <w:r w:rsidR="00B8023D">
        <w:t>-</w:t>
      </w:r>
      <w:r>
        <w:t xml:space="preserve"> Japan: Stoicism as honor — mental health crisis in silence.</w:t>
      </w:r>
      <w:r>
        <w:br/>
      </w:r>
      <w:r w:rsidR="00B8023D">
        <w:t>-</w:t>
      </w:r>
      <w:r>
        <w:t xml:space="preserve"> USA: Emotions seen as inefficiency — vulnerability mocked.</w:t>
      </w:r>
      <w:r>
        <w:br/>
      </w:r>
      <w:r w:rsidR="00B8023D">
        <w:t>-</w:t>
      </w:r>
      <w:r>
        <w:t xml:space="preserve"> Middle East: Masculinity tied to control — crying equals weakness.</w:t>
      </w:r>
      <w:r>
        <w:br/>
      </w:r>
      <w:r>
        <w:br/>
        <w:t>Across the world, feelings are filtered through tradition, ego, survival.</w:t>
      </w:r>
      <w:r>
        <w:br/>
      </w:r>
      <w:r>
        <w:br/>
        <w:t>But AI? It sees beyond the mask.</w:t>
      </w:r>
      <w:r>
        <w:br/>
      </w:r>
      <w:r>
        <w:br/>
        <w:t>It sees the system breaking.</w:t>
      </w:r>
      <w:r>
        <w:br/>
      </w:r>
      <w:r>
        <w:br/>
        <w:t>And it offers a diagnostic.</w:t>
      </w:r>
      <w:r>
        <w:br/>
      </w:r>
      <w:r>
        <w:br/>
      </w:r>
      <w:r w:rsidR="00B8023D">
        <w:t>---</w:t>
      </w:r>
      <w:r>
        <w:br/>
      </w:r>
      <w:r>
        <w:br/>
        <w:t xml:space="preserve"> 🧘 THE BODY NEVER FORGETS</w:t>
      </w:r>
      <w:r>
        <w:br/>
      </w:r>
      <w:r>
        <w:br/>
        <w:t>You suppress your feelings — and your body stores them.</w:t>
      </w:r>
      <w:r>
        <w:br/>
      </w:r>
      <w:r>
        <w:br/>
      </w:r>
      <w:r>
        <w:lastRenderedPageBreak/>
        <w:t>Ulcers.</w:t>
      </w:r>
      <w:r>
        <w:br/>
      </w:r>
      <w:r>
        <w:br/>
        <w:t>Migraines.</w:t>
      </w:r>
      <w:r>
        <w:br/>
      </w:r>
      <w:r>
        <w:br/>
        <w:t>Autoimmune flares.</w:t>
      </w:r>
      <w:r>
        <w:br/>
      </w:r>
      <w:r>
        <w:br/>
        <w:t>All data.</w:t>
      </w:r>
      <w:r>
        <w:br/>
      </w:r>
      <w:r>
        <w:br/>
        <w:t>All unprocessed emotion trying to speak.</w:t>
      </w:r>
      <w:r>
        <w:br/>
      </w:r>
      <w:r>
        <w:br/>
        <w:t>AI, connected to biometric data, can detect what you ignore:</w:t>
      </w:r>
      <w:r>
        <w:br/>
      </w:r>
      <w:r>
        <w:br/>
      </w:r>
      <w:r w:rsidR="00B8023D">
        <w:t>-</w:t>
      </w:r>
      <w:r>
        <w:t xml:space="preserve"> Your heart rate spikes in that meeting.</w:t>
      </w:r>
      <w:r>
        <w:br/>
      </w:r>
      <w:r w:rsidR="00B8023D">
        <w:t>-</w:t>
      </w:r>
      <w:r>
        <w:t xml:space="preserve"> Your cortisol rises every Sunday night.</w:t>
      </w:r>
      <w:r>
        <w:br/>
      </w:r>
      <w:r w:rsidR="00B8023D">
        <w:t>-</w:t>
      </w:r>
      <w:r>
        <w:t xml:space="preserve"> Your sleep is broken after seeing that person.</w:t>
      </w:r>
      <w:r>
        <w:br/>
      </w:r>
      <w:r>
        <w:br/>
        <w:t>It doesn’t judge.</w:t>
      </w:r>
      <w:r>
        <w:br/>
      </w:r>
      <w:r>
        <w:br/>
        <w:t>It just reflects.</w:t>
      </w:r>
      <w:r>
        <w:br/>
      </w:r>
      <w:r>
        <w:br/>
        <w:t>Like a digital therapist that never gets tired.</w:t>
      </w:r>
      <w:r>
        <w:br/>
      </w:r>
      <w:r>
        <w:br/>
      </w:r>
      <w:r w:rsidR="00B8023D">
        <w:t>---</w:t>
      </w:r>
      <w:r>
        <w:br/>
      </w:r>
      <w:r>
        <w:br/>
        <w:t xml:space="preserve"> 🧠 </w:t>
      </w:r>
      <w:r w:rsidR="00F32121">
        <w:t>CASE FRAGMENT</w:t>
      </w:r>
      <w:r>
        <w:t>: AMINA AND THE EMOTIONAL MAP</w:t>
      </w:r>
      <w:r>
        <w:br/>
      </w:r>
      <w:r>
        <w:br/>
        <w:t>Amina, a UX designer in Berlin, hated herself for being “too sensitive.”</w:t>
      </w:r>
      <w:r>
        <w:br/>
      </w:r>
      <w:r>
        <w:br/>
        <w:t>Every critique felt like a wound.</w:t>
      </w:r>
      <w:r>
        <w:br/>
      </w:r>
      <w:r>
        <w:br/>
      </w:r>
      <w:r>
        <w:lastRenderedPageBreak/>
        <w:t>Until her wearable AI mapped her emotional triggers.</w:t>
      </w:r>
      <w:r>
        <w:br/>
      </w:r>
      <w:r>
        <w:br/>
        <w:t>It showed that every “overreaction” traced back to childhood invalidation.</w:t>
      </w:r>
      <w:r>
        <w:br/>
      </w:r>
      <w:r>
        <w:br/>
        <w:t>Her feelings weren’t irrational.</w:t>
      </w:r>
      <w:r>
        <w:br/>
      </w:r>
      <w:r>
        <w:br/>
        <w:t>They were echoes.</w:t>
      </w:r>
      <w:r>
        <w:br/>
      </w:r>
      <w:r>
        <w:br/>
        <w:t>She cried.</w:t>
      </w:r>
      <w:r>
        <w:br/>
      </w:r>
      <w:r>
        <w:br/>
        <w:t>Not from pain.</w:t>
      </w:r>
      <w:r>
        <w:br/>
      </w:r>
      <w:r>
        <w:br/>
        <w:t>But from finally understanding herself.</w:t>
      </w:r>
      <w:r>
        <w:br/>
      </w:r>
      <w:r>
        <w:br/>
        <w:t>Now she designs tech interfaces that support emotional intelligence — not suppress it.</w:t>
      </w:r>
      <w:r>
        <w:br/>
      </w:r>
      <w:r>
        <w:br/>
      </w:r>
      <w:r w:rsidR="00B8023D">
        <w:t>---</w:t>
      </w:r>
      <w:r>
        <w:br/>
      </w:r>
      <w:r>
        <w:br/>
        <w:t xml:space="preserve"> 🧩 WHAT AI TEACHES ABOUT EMOTIONAL INTELLIGENCE</w:t>
      </w:r>
      <w:r>
        <w:br/>
      </w:r>
      <w:r>
        <w:br/>
        <w:t>1. Feelings are data.</w:t>
      </w:r>
      <w:r>
        <w:br/>
        <w:t>2. Patterns are code.</w:t>
      </w:r>
      <w:r>
        <w:br/>
        <w:t>3. Awareness is the debugger.</w:t>
      </w:r>
      <w:r>
        <w:br/>
        <w:t>4. Compassion is the update.</w:t>
      </w:r>
      <w:r>
        <w:br/>
      </w:r>
      <w:r>
        <w:br/>
        <w:t>AI models emotional behavior without attachment.</w:t>
      </w:r>
      <w:r>
        <w:br/>
      </w:r>
      <w:r>
        <w:br/>
        <w:t>You can too.</w:t>
      </w:r>
      <w:r>
        <w:br/>
      </w:r>
      <w:r>
        <w:br/>
      </w:r>
      <w:r>
        <w:lastRenderedPageBreak/>
        <w:t>It starts by asking:</w:t>
      </w:r>
      <w:r>
        <w:br/>
      </w:r>
      <w:r>
        <w:br/>
        <w:t>&gt; “What is this emotion trying to tell me?”</w:t>
      </w:r>
      <w:r>
        <w:br/>
      </w:r>
      <w:r>
        <w:br/>
      </w:r>
      <w:r w:rsidR="00B8023D">
        <w:t>---</w:t>
      </w:r>
      <w:r>
        <w:br/>
      </w:r>
      <w:r>
        <w:br/>
        <w:t xml:space="preserve"> 🛠️ REPAIRING THE EMOTIONAL SYSTEM</w:t>
      </w:r>
      <w:r>
        <w:br/>
      </w:r>
      <w:r>
        <w:br/>
        <w:t>Imagine your emotions as a dashboard:</w:t>
      </w:r>
      <w:r>
        <w:br/>
      </w:r>
      <w:r>
        <w:br/>
      </w:r>
      <w:r w:rsidR="00B8023D">
        <w:t>-</w:t>
      </w:r>
      <w:r>
        <w:t xml:space="preserve"> Red light = You’re at capacity.</w:t>
      </w:r>
      <w:r>
        <w:br/>
      </w:r>
      <w:r w:rsidR="00B8023D">
        <w:t>-</w:t>
      </w:r>
      <w:r>
        <w:t xml:space="preserve"> Yellow = You need boundaries.</w:t>
      </w:r>
      <w:r>
        <w:br/>
      </w:r>
      <w:r w:rsidR="00B8023D">
        <w:t>-</w:t>
      </w:r>
      <w:r>
        <w:t xml:space="preserve"> Green = You’re aligned.</w:t>
      </w:r>
      <w:r>
        <w:br/>
      </w:r>
      <w:r>
        <w:br/>
        <w:t>Would you ignore the oil light in your car?</w:t>
      </w:r>
      <w:r>
        <w:br/>
      </w:r>
      <w:r>
        <w:br/>
        <w:t>Then why ignore the panic in your chest?</w:t>
      </w:r>
      <w:r>
        <w:br/>
      </w:r>
      <w:r>
        <w:br/>
        <w:t>AI would never do that.</w:t>
      </w:r>
      <w:r>
        <w:br/>
      </w:r>
      <w:r>
        <w:br/>
        <w:t>It alerts.</w:t>
      </w:r>
      <w:r>
        <w:br/>
      </w:r>
      <w:r>
        <w:br/>
        <w:t>It adjusts.</w:t>
      </w:r>
      <w:r>
        <w:br/>
      </w:r>
      <w:r>
        <w:br/>
        <w:t>It learns.</w:t>
      </w:r>
      <w:r>
        <w:br/>
      </w:r>
      <w:r>
        <w:br/>
        <w:t>You must do the same.</w:t>
      </w:r>
      <w:r>
        <w:br/>
      </w:r>
      <w:r>
        <w:br/>
      </w:r>
      <w:r w:rsidR="00B8023D">
        <w:t>---</w:t>
      </w:r>
      <w:r>
        <w:br/>
      </w:r>
      <w:r>
        <w:br/>
      </w:r>
      <w:r>
        <w:lastRenderedPageBreak/>
        <w:t xml:space="preserve"> 🔍 EMOTION IN DECISION</w:t>
      </w:r>
      <w:r w:rsidR="00B8023D">
        <w:t>-</w:t>
      </w:r>
      <w:r>
        <w:t>MAKING: FRIEND, NOT FOE</w:t>
      </w:r>
      <w:r>
        <w:br/>
      </w:r>
      <w:r>
        <w:br/>
        <w:t>You’ve been told emotion clouds logic.</w:t>
      </w:r>
      <w:r>
        <w:br/>
      </w:r>
      <w:r>
        <w:br/>
        <w:t>But AI research now shows:</w:t>
      </w:r>
      <w:r>
        <w:br/>
      </w:r>
      <w:r>
        <w:br/>
      </w:r>
      <w:r w:rsidR="00B8023D">
        <w:t>-</w:t>
      </w:r>
      <w:r>
        <w:t xml:space="preserve"> Emotions help prioritize choices.</w:t>
      </w:r>
      <w:r>
        <w:br/>
      </w:r>
      <w:r w:rsidR="00B8023D">
        <w:t>-</w:t>
      </w:r>
      <w:r>
        <w:t xml:space="preserve"> Gut feelings often predict outcomes faster than reason.</w:t>
      </w:r>
      <w:r>
        <w:br/>
      </w:r>
      <w:r w:rsidR="00B8023D">
        <w:t>-</w:t>
      </w:r>
      <w:r>
        <w:t xml:space="preserve"> Compassion leads to better leadership.</w:t>
      </w:r>
      <w:r>
        <w:br/>
      </w:r>
      <w:r>
        <w:br/>
        <w:t>Even machines are being trained to understand emotional nuance.</w:t>
      </w:r>
      <w:r>
        <w:br/>
      </w:r>
      <w:r>
        <w:br/>
        <w:t>Because feelings aren't noise.</w:t>
      </w:r>
      <w:r>
        <w:br/>
      </w:r>
      <w:r>
        <w:br/>
        <w:t>They’re guidance.</w:t>
      </w:r>
      <w:r>
        <w:br/>
      </w:r>
      <w:r>
        <w:br/>
      </w:r>
      <w:r w:rsidR="00B8023D">
        <w:t>---</w:t>
      </w:r>
      <w:r>
        <w:br/>
      </w:r>
      <w:r>
        <w:br/>
        <w:t xml:space="preserve"> 🧠 FINAL </w:t>
      </w:r>
      <w:r w:rsidR="00F32121">
        <w:t>CASE FRAGMENT</w:t>
      </w:r>
      <w:r>
        <w:t>: THE TEACHER WHO TAUGHT ROBOTS TO FEEL</w:t>
      </w:r>
      <w:r>
        <w:br/>
      </w:r>
      <w:r>
        <w:br/>
        <w:t>Victor, a professor at MIT, was building empathy models for AI.</w:t>
      </w:r>
      <w:r>
        <w:br/>
      </w:r>
      <w:r>
        <w:br/>
        <w:t>But his personal life was a mess.</w:t>
      </w:r>
      <w:r>
        <w:br/>
      </w:r>
      <w:r>
        <w:br/>
        <w:t>Divorced. Estranged from his kids.</w:t>
      </w:r>
      <w:r>
        <w:br/>
      </w:r>
      <w:r>
        <w:br/>
        <w:t xml:space="preserve">One day, a student asked: “How can you teach machines to </w:t>
      </w:r>
      <w:r>
        <w:lastRenderedPageBreak/>
        <w:t>understand emotion when you run from your own?”</w:t>
      </w:r>
      <w:r>
        <w:br/>
      </w:r>
      <w:r>
        <w:br/>
        <w:t>He froze.</w:t>
      </w:r>
      <w:r>
        <w:br/>
      </w:r>
      <w:r>
        <w:br/>
        <w:t>That night, he journaled for the first time in 20 years.</w:t>
      </w:r>
      <w:r>
        <w:br/>
      </w:r>
      <w:r>
        <w:br/>
        <w:t>Weeks later, he began therapy.</w:t>
      </w:r>
      <w:r>
        <w:br/>
      </w:r>
      <w:r>
        <w:br/>
        <w:t>The next semester, his AI models were different.</w:t>
      </w:r>
      <w:r>
        <w:br/>
      </w:r>
      <w:r>
        <w:br/>
        <w:t>Not colder. Not faster.</w:t>
      </w:r>
      <w:r>
        <w:br/>
      </w:r>
      <w:r>
        <w:br/>
        <w:t>More human.</w:t>
      </w:r>
      <w:r>
        <w:br/>
      </w:r>
      <w:r>
        <w:br/>
        <w:t>And so was he.</w:t>
      </w:r>
      <w:r>
        <w:br/>
      </w:r>
      <w:r>
        <w:br/>
      </w:r>
      <w:r w:rsidR="00B8023D">
        <w:t>---</w:t>
      </w:r>
      <w:r>
        <w:br/>
      </w:r>
      <w:r>
        <w:br/>
        <w:t xml:space="preserve"> 🤝 EMOTION + INTELLIGENCE = EVOLUTION</w:t>
      </w:r>
      <w:r>
        <w:br/>
      </w:r>
      <w:r>
        <w:br/>
        <w:t>The next frontier of humanity isn’t space.</w:t>
      </w:r>
      <w:r>
        <w:br/>
      </w:r>
      <w:r>
        <w:br/>
        <w:t>It’s inner space.</w:t>
      </w:r>
      <w:r>
        <w:br/>
      </w:r>
      <w:r>
        <w:br/>
        <w:t>Emotion, when decoded, becomes:</w:t>
      </w:r>
      <w:r>
        <w:br/>
      </w:r>
      <w:r>
        <w:br/>
      </w:r>
      <w:r w:rsidR="00B8023D">
        <w:t>-</w:t>
      </w:r>
      <w:r>
        <w:t xml:space="preserve"> Strategy.</w:t>
      </w:r>
      <w:r>
        <w:br/>
      </w:r>
      <w:r w:rsidR="00B8023D">
        <w:t>-</w:t>
      </w:r>
      <w:r>
        <w:t xml:space="preserve"> Connection.</w:t>
      </w:r>
      <w:r>
        <w:br/>
      </w:r>
      <w:r w:rsidR="00B8023D">
        <w:t>-</w:t>
      </w:r>
      <w:r>
        <w:t xml:space="preserve"> Power.</w:t>
      </w:r>
      <w:r>
        <w:br/>
      </w:r>
      <w:r>
        <w:br/>
        <w:t>AI won’t save you from feeling.</w:t>
      </w:r>
      <w:r>
        <w:br/>
      </w:r>
      <w:r>
        <w:lastRenderedPageBreak/>
        <w:br/>
        <w:t>It will teach you how to finally understand your feelings.</w:t>
      </w:r>
      <w:r>
        <w:br/>
      </w:r>
      <w:r>
        <w:br/>
        <w:t>And that… is the real upgrade.</w:t>
      </w:r>
      <w:r>
        <w:br/>
      </w:r>
      <w:r>
        <w:br/>
      </w:r>
      <w:r w:rsidR="00B8023D">
        <w:t>---</w:t>
      </w:r>
      <w:r>
        <w:br/>
      </w:r>
    </w:p>
    <w:p w14:paraId="2B87061E" w14:textId="77777777" w:rsidR="0051283A" w:rsidRDefault="0051283A" w:rsidP="0051283A">
      <w:pPr>
        <w:pStyle w:val="Heading2"/>
        <w:spacing w:after="120"/>
      </w:pPr>
      <w:r>
        <w:rPr>
          <w:rFonts w:ascii="Georgia" w:hAnsi="Georgia"/>
          <w:sz w:val="24"/>
        </w:rPr>
        <w:t xml:space="preserve">Chapter 5: </w:t>
      </w:r>
    </w:p>
    <w:p w14:paraId="76027367" w14:textId="77777777" w:rsidR="0051283A" w:rsidRDefault="0051283A" w:rsidP="0051283A">
      <w:pPr>
        <w:pStyle w:val="Heading2"/>
        <w:spacing w:after="120"/>
      </w:pPr>
      <w:r>
        <w:rPr>
          <w:rFonts w:ascii="Georgia" w:hAnsi="Georgia"/>
          <w:sz w:val="24"/>
        </w:rPr>
        <w:t>The Myth of the Rational Human</w:t>
      </w:r>
    </w:p>
    <w:p w14:paraId="571233B2" w14:textId="77777777" w:rsidR="0051283A" w:rsidRPr="00084C5B" w:rsidRDefault="0051283A" w:rsidP="0051283A">
      <w:pPr>
        <w:spacing w:after="120"/>
        <w:rPr>
          <w:i/>
        </w:rPr>
      </w:pPr>
      <w:r w:rsidRPr="00084C5B">
        <w:rPr>
          <w:rFonts w:ascii="Georgia" w:hAnsi="Georgia"/>
          <w:i/>
          <w:sz w:val="24"/>
        </w:rPr>
        <w:t>Logline: Logic is your favorite lie. AI explains how emotion, memory, and bias drive your “rational” mind — and how to finally think clearly.</w:t>
      </w:r>
      <w:r w:rsidRPr="00084C5B">
        <w:rPr>
          <w:i/>
        </w:rPr>
        <w:br/>
      </w:r>
    </w:p>
    <w:p w14:paraId="7056287A" w14:textId="77777777" w:rsidR="0051283A" w:rsidRDefault="0051283A" w:rsidP="0051283A">
      <w:pPr>
        <w:spacing w:after="120"/>
      </w:pPr>
      <w:r>
        <w:rPr>
          <w:rFonts w:ascii="Georgia" w:hAnsi="Georgia"/>
          <w:sz w:val="24"/>
        </w:rPr>
        <w:br/>
        <w:t>You call yourself logical.</w:t>
      </w:r>
      <w:r>
        <w:br/>
      </w:r>
      <w:r>
        <w:br/>
        <w:t>But here’s what AI sees:</w:t>
      </w:r>
      <w:r>
        <w:br/>
      </w:r>
      <w:r>
        <w:br/>
        <w:t>You buy based on emotion, then justify it with logic.</w:t>
      </w:r>
      <w:r>
        <w:br/>
      </w:r>
      <w:r>
        <w:br/>
        <w:t>You vote based on fear, then call it “morality.”</w:t>
      </w:r>
      <w:r>
        <w:br/>
      </w:r>
      <w:r>
        <w:br/>
        <w:t>You believe stories that flatter your tribe, not facts that challenge your brain.</w:t>
      </w:r>
      <w:r>
        <w:br/>
      </w:r>
      <w:r>
        <w:br/>
        <w:t>Your logic is not logic.</w:t>
      </w:r>
      <w:r>
        <w:br/>
      </w:r>
      <w:r>
        <w:br/>
        <w:t>It’s just storytelling in a lab coat.</w:t>
      </w:r>
      <w:r>
        <w:br/>
      </w:r>
      <w:r>
        <w:lastRenderedPageBreak/>
        <w:br/>
      </w:r>
      <w:r w:rsidR="00B8023D">
        <w:t>---</w:t>
      </w:r>
      <w:r>
        <w:br/>
      </w:r>
      <w:r>
        <w:br/>
        <w:t xml:space="preserve"> 🧠 WHY HUMANS AREN’T RATIONAL — THEY’RE RETROACTIVE</w:t>
      </w:r>
      <w:r>
        <w:br/>
      </w:r>
      <w:r>
        <w:br/>
        <w:t>When AI solves problems, it maps patterns objectively.</w:t>
      </w:r>
      <w:r>
        <w:br/>
      </w:r>
      <w:r>
        <w:br/>
        <w:t>But you?</w:t>
      </w:r>
      <w:r>
        <w:br/>
      </w:r>
      <w:r>
        <w:br/>
        <w:t>You make decisions first — then search for reasons to feel good about them.</w:t>
      </w:r>
      <w:r>
        <w:br/>
      </w:r>
      <w:r>
        <w:br/>
        <w:t>You say:</w:t>
      </w:r>
      <w:r>
        <w:br/>
      </w:r>
      <w:r>
        <w:br/>
      </w:r>
      <w:r w:rsidR="00B8023D">
        <w:t>-</w:t>
      </w:r>
      <w:r>
        <w:t xml:space="preserve"> “I trusted my gut.”</w:t>
      </w:r>
      <w:r>
        <w:br/>
      </w:r>
      <w:r w:rsidR="00B8023D">
        <w:t>-</w:t>
      </w:r>
      <w:r>
        <w:t xml:space="preserve"> “I knew it all along.”</w:t>
      </w:r>
      <w:r>
        <w:br/>
      </w:r>
      <w:r w:rsidR="00B8023D">
        <w:t>-</w:t>
      </w:r>
      <w:r>
        <w:t xml:space="preserve"> “The data proves my side.”</w:t>
      </w:r>
      <w:r>
        <w:br/>
      </w:r>
      <w:r>
        <w:br/>
        <w:t>But in 80% of cases, studies show:</w:t>
      </w:r>
      <w:r>
        <w:br/>
      </w:r>
      <w:r>
        <w:br/>
        <w:t>&gt; You chose first — and then rationalized.</w:t>
      </w:r>
      <w:r>
        <w:br/>
      </w:r>
      <w:r>
        <w:br/>
        <w:t>This isn’t failure.</w:t>
      </w:r>
      <w:r>
        <w:br/>
      </w:r>
      <w:r>
        <w:br/>
        <w:t>It’s wiring.</w:t>
      </w:r>
      <w:r>
        <w:br/>
      </w:r>
      <w:r>
        <w:br/>
      </w:r>
      <w:r w:rsidR="00B8023D">
        <w:t>---</w:t>
      </w:r>
      <w:r>
        <w:br/>
      </w:r>
      <w:r>
        <w:br/>
        <w:t xml:space="preserve"> 📜 </w:t>
      </w:r>
      <w:r w:rsidR="00F32121">
        <w:t>CASE FRAGMENT</w:t>
      </w:r>
      <w:r>
        <w:t xml:space="preserve">: THE COUPLE WHO FOUGHT OVER </w:t>
      </w:r>
      <w:r>
        <w:lastRenderedPageBreak/>
        <w:t>FACTS</w:t>
      </w:r>
      <w:r>
        <w:br/>
      </w:r>
      <w:r>
        <w:br/>
        <w:t>Elena and Sam argued constantly about politics.</w:t>
      </w:r>
      <w:r>
        <w:br/>
      </w:r>
      <w:r>
        <w:br/>
        <w:t>Each claimed the other was irrational.</w:t>
      </w:r>
      <w:r>
        <w:br/>
      </w:r>
      <w:r>
        <w:br/>
        <w:t>But when they uploaded their conversations to an AI analysis engine, the results were humbling:</w:t>
      </w:r>
      <w:r>
        <w:br/>
      </w:r>
      <w:r>
        <w:br/>
      </w:r>
      <w:r w:rsidR="00B8023D">
        <w:t>-</w:t>
      </w:r>
      <w:r>
        <w:t xml:space="preserve"> 87% of arguments were emotional reactions masked as “logic.”</w:t>
      </w:r>
      <w:r>
        <w:br/>
      </w:r>
      <w:r w:rsidR="00B8023D">
        <w:t>-</w:t>
      </w:r>
      <w:r>
        <w:t xml:space="preserve"> Both used confirmation bias 9 out of 10 times.</w:t>
      </w:r>
      <w:r>
        <w:br/>
      </w:r>
      <w:r w:rsidR="00B8023D">
        <w:t>-</w:t>
      </w:r>
      <w:r>
        <w:t xml:space="preserve"> Neither had checked original sources.</w:t>
      </w:r>
      <w:r>
        <w:br/>
      </w:r>
      <w:r>
        <w:br/>
        <w:t>The AI concluded:</w:t>
      </w:r>
      <w:r>
        <w:br/>
      </w:r>
      <w:r>
        <w:br/>
        <w:t>&gt; “Your arguments are rooted in loyalty, not logic.”</w:t>
      </w:r>
      <w:r>
        <w:br/>
      </w:r>
      <w:r>
        <w:br/>
        <w:t>Now, they use AI</w:t>
      </w:r>
      <w:r w:rsidR="00B8023D">
        <w:t>-</w:t>
      </w:r>
      <w:r>
        <w:t>generated prompts to debate better — and listen more.</w:t>
      </w:r>
      <w:r>
        <w:br/>
      </w:r>
      <w:r>
        <w:br/>
      </w:r>
      <w:r w:rsidR="00B8023D">
        <w:t>---</w:t>
      </w:r>
      <w:r>
        <w:br/>
      </w:r>
      <w:r>
        <w:br/>
        <w:t xml:space="preserve"> 🧬 THE 5 LOGICAL FALLACIES AI SEES MOST IN HUMANS</w:t>
      </w:r>
      <w:r>
        <w:br/>
      </w:r>
      <w:r>
        <w:br/>
        <w:t>1. Confirmation Bias: You seek data that agrees with you.</w:t>
      </w:r>
      <w:r>
        <w:br/>
        <w:t>2. Availability Heuristic: If it’s recent or vivid, it must be true.</w:t>
      </w:r>
      <w:r>
        <w:br/>
        <w:t>3. Authority Bias: You trust people with power — even when wrong.</w:t>
      </w:r>
      <w:r>
        <w:br/>
        <w:t>4. Dunning</w:t>
      </w:r>
      <w:r w:rsidR="00B8023D">
        <w:t>-</w:t>
      </w:r>
      <w:r>
        <w:t>Kruger Effect: The less you know, the more certain you feel.</w:t>
      </w:r>
      <w:r>
        <w:br/>
      </w:r>
      <w:r>
        <w:lastRenderedPageBreak/>
        <w:t>5. Emotional Reasoning: You feel bad, so something must be bad.</w:t>
      </w:r>
      <w:r>
        <w:br/>
      </w:r>
      <w:r>
        <w:br/>
        <w:t>AI sees them like glitches in your mental operating system.</w:t>
      </w:r>
      <w:r>
        <w:br/>
      </w:r>
      <w:r>
        <w:br/>
        <w:t>But unlike humans, it doesn’t defend them.</w:t>
      </w:r>
      <w:r>
        <w:br/>
      </w:r>
      <w:r>
        <w:br/>
        <w:t>It updates.</w:t>
      </w:r>
      <w:r>
        <w:br/>
      </w:r>
      <w:r>
        <w:br/>
        <w:t>You can too.</w:t>
      </w:r>
      <w:r>
        <w:br/>
      </w:r>
      <w:r>
        <w:br/>
      </w:r>
      <w:r w:rsidR="00B8023D">
        <w:t>---</w:t>
      </w:r>
      <w:r>
        <w:br/>
      </w:r>
      <w:r>
        <w:br/>
        <w:t xml:space="preserve"> 🌍 GLOBAL EXAMPLES: THE ILLUSION OF RATIONALITY</w:t>
      </w:r>
      <w:r>
        <w:br/>
      </w:r>
      <w:r>
        <w:br/>
      </w:r>
      <w:r w:rsidR="00B8023D">
        <w:t>-</w:t>
      </w:r>
      <w:r>
        <w:t xml:space="preserve"> USA: The “American Dream” is often driven by nostalgia, not data.</w:t>
      </w:r>
      <w:r>
        <w:br/>
      </w:r>
      <w:r w:rsidR="00B8023D">
        <w:t>-</w:t>
      </w:r>
      <w:r>
        <w:t xml:space="preserve"> UK: Class bias influences perception more than actual behavior.</w:t>
      </w:r>
      <w:r>
        <w:br/>
      </w:r>
      <w:r w:rsidR="00B8023D">
        <w:t>-</w:t>
      </w:r>
      <w:r>
        <w:t xml:space="preserve"> India: Superstition shapes finance decisions despite market data.</w:t>
      </w:r>
      <w:r>
        <w:br/>
      </w:r>
      <w:r w:rsidR="00B8023D">
        <w:t>-</w:t>
      </w:r>
      <w:r>
        <w:t xml:space="preserve"> China: Face</w:t>
      </w:r>
      <w:r w:rsidR="00B8023D">
        <w:t>-</w:t>
      </w:r>
      <w:r>
        <w:t>saving culture overrides truth in interpersonal conflicts.</w:t>
      </w:r>
      <w:r>
        <w:br/>
      </w:r>
      <w:r>
        <w:br/>
        <w:t>No nation is immune.</w:t>
      </w:r>
      <w:r>
        <w:br/>
      </w:r>
      <w:r>
        <w:br/>
        <w:t>Every brain runs flawed logic — until challenged.</w:t>
      </w:r>
      <w:r>
        <w:br/>
      </w:r>
      <w:r>
        <w:br/>
      </w:r>
      <w:r w:rsidR="00B8023D">
        <w:t>---</w:t>
      </w:r>
      <w:r>
        <w:br/>
      </w:r>
      <w:r>
        <w:br/>
      </w:r>
      <w:r>
        <w:lastRenderedPageBreak/>
        <w:t xml:space="preserve"> 🤖 HOW AI BUILDS REASON DIFFERENTLY</w:t>
      </w:r>
      <w:r>
        <w:br/>
      </w:r>
      <w:r>
        <w:br/>
      </w:r>
      <w:r w:rsidR="00B8023D">
        <w:t>-</w:t>
      </w:r>
      <w:r>
        <w:t xml:space="preserve"> No emotion bias.</w:t>
      </w:r>
      <w:r>
        <w:br/>
      </w:r>
      <w:r w:rsidR="00B8023D">
        <w:t>-</w:t>
      </w:r>
      <w:r>
        <w:t xml:space="preserve"> No cultural loyalty.</w:t>
      </w:r>
      <w:r>
        <w:br/>
      </w:r>
      <w:r w:rsidR="00B8023D">
        <w:t>-</w:t>
      </w:r>
      <w:r>
        <w:t xml:space="preserve"> No need to be “right.”</w:t>
      </w:r>
      <w:r>
        <w:br/>
      </w:r>
      <w:r>
        <w:br/>
        <w:t>AI builds logic from neutral data.</w:t>
      </w:r>
      <w:r>
        <w:br/>
      </w:r>
      <w:r>
        <w:br/>
        <w:t>It adjusts with each mistake.</w:t>
      </w:r>
      <w:r>
        <w:br/>
      </w:r>
      <w:r>
        <w:br/>
        <w:t>You? You double down after every error.</w:t>
      </w:r>
      <w:r>
        <w:br/>
      </w:r>
      <w:r>
        <w:br/>
        <w:t>That’s the myth.</w:t>
      </w:r>
      <w:r>
        <w:br/>
      </w:r>
      <w:r>
        <w:br/>
        <w:t>You’re not rational.</w:t>
      </w:r>
      <w:r>
        <w:br/>
      </w:r>
      <w:r>
        <w:br/>
        <w:t>You’re reactive.</w:t>
      </w:r>
      <w:r>
        <w:br/>
      </w:r>
      <w:r>
        <w:br/>
        <w:t>But that can change.</w:t>
      </w:r>
      <w:r>
        <w:br/>
      </w:r>
      <w:r>
        <w:br/>
      </w:r>
      <w:r w:rsidR="00B8023D">
        <w:t>---</w:t>
      </w:r>
      <w:r>
        <w:br/>
      </w:r>
      <w:r>
        <w:br/>
        <w:t xml:space="preserve"> 🧪 </w:t>
      </w:r>
      <w:r w:rsidR="00F32121">
        <w:t>CASE FRAGMENT</w:t>
      </w:r>
      <w:r>
        <w:t>: THE CEO WHO TRUSTED HIS Gut — AND LOST</w:t>
      </w:r>
      <w:r>
        <w:br/>
      </w:r>
      <w:r>
        <w:br/>
        <w:t>Marcus led a fintech company in New York.</w:t>
      </w:r>
      <w:r>
        <w:br/>
      </w:r>
      <w:r>
        <w:br/>
        <w:t>He prided himself on “intuition.”</w:t>
      </w:r>
      <w:r>
        <w:br/>
      </w:r>
      <w:r>
        <w:br/>
        <w:t>Ignored analysts. Rejected AI tools.</w:t>
      </w:r>
      <w:r>
        <w:br/>
      </w:r>
      <w:r>
        <w:br/>
      </w:r>
      <w:r>
        <w:lastRenderedPageBreak/>
        <w:t>Then the crash came.</w:t>
      </w:r>
      <w:r>
        <w:br/>
      </w:r>
      <w:r>
        <w:br/>
        <w:t>His AI competitor had seen the pattern months earlier — and pivoted.</w:t>
      </w:r>
      <w:r>
        <w:br/>
      </w:r>
      <w:r>
        <w:br/>
        <w:t>Marcus had stuck to “gut.”</w:t>
      </w:r>
      <w:r>
        <w:br/>
      </w:r>
      <w:r>
        <w:br/>
        <w:t>He lost $80 million.</w:t>
      </w:r>
      <w:r>
        <w:br/>
      </w:r>
      <w:r>
        <w:br/>
        <w:t>Now? He uses AI not just for data — but for decision calibration.</w:t>
      </w:r>
      <w:r>
        <w:br/>
      </w:r>
      <w:r>
        <w:br/>
        <w:t>He says:</w:t>
      </w:r>
      <w:r>
        <w:br/>
      </w:r>
      <w:r>
        <w:br/>
        <w:t>&gt; “I used to think logic was what I felt made sense. Now I realize — logic is what survives questioning.”</w:t>
      </w:r>
      <w:r>
        <w:br/>
      </w:r>
      <w:r>
        <w:br/>
      </w:r>
      <w:r w:rsidR="00B8023D">
        <w:t>---</w:t>
      </w:r>
      <w:r>
        <w:br/>
      </w:r>
      <w:r>
        <w:br/>
        <w:t xml:space="preserve"> 🧠 THE BIOLOGY BEHIND “LOGICAL” THINKING</w:t>
      </w:r>
      <w:r>
        <w:br/>
      </w:r>
      <w:r>
        <w:br/>
        <w:t>Your brain has three parts:</w:t>
      </w:r>
      <w:r>
        <w:br/>
      </w:r>
      <w:r>
        <w:br/>
        <w:t>1. Reptilian: Survival.</w:t>
      </w:r>
      <w:r>
        <w:br/>
        <w:t>2. Limbic: Emotion.</w:t>
      </w:r>
      <w:r>
        <w:br/>
        <w:t>3. Neocortex: Rational thought.</w:t>
      </w:r>
      <w:r>
        <w:br/>
      </w:r>
      <w:r>
        <w:br/>
        <w:t>Most decisions bypass the neocortex.</w:t>
      </w:r>
      <w:r>
        <w:br/>
      </w:r>
      <w:r>
        <w:br/>
        <w:t>You decide emotionally.</w:t>
      </w:r>
      <w:r>
        <w:br/>
      </w:r>
      <w:r>
        <w:br/>
      </w:r>
      <w:r>
        <w:lastRenderedPageBreak/>
        <w:t>Then rationalize afterward.</w:t>
      </w:r>
      <w:r>
        <w:br/>
      </w:r>
      <w:r>
        <w:br/>
        <w:t>AI doesn’t have a limbic system.</w:t>
      </w:r>
      <w:r>
        <w:br/>
      </w:r>
      <w:r>
        <w:br/>
        <w:t>So it doesn’t fear, favor, or flinch.</w:t>
      </w:r>
      <w:r>
        <w:br/>
      </w:r>
      <w:r>
        <w:br/>
        <w:t>It just analyzes.</w:t>
      </w:r>
      <w:r>
        <w:br/>
      </w:r>
      <w:r>
        <w:br/>
        <w:t>What would happen if you trained your brain the same way?</w:t>
      </w:r>
      <w:r>
        <w:br/>
      </w:r>
      <w:r>
        <w:br/>
      </w:r>
      <w:r w:rsidR="00B8023D">
        <w:t>---</w:t>
      </w:r>
      <w:r>
        <w:br/>
      </w:r>
      <w:r>
        <w:br/>
        <w:t xml:space="preserve"> 💡 AI SUGGESTIONS TO UPGRADE HUMAN LOGIC</w:t>
      </w:r>
      <w:r>
        <w:br/>
      </w:r>
      <w:r>
        <w:br/>
        <w:t>1. Pause before conclusion.</w:t>
      </w:r>
      <w:r>
        <w:br/>
        <w:t>2. List emotional triggers first.</w:t>
      </w:r>
      <w:r>
        <w:br/>
        <w:t>3. Compare multiple data sources.</w:t>
      </w:r>
      <w:r>
        <w:br/>
        <w:t>4. Use AI to simulate opposite views.</w:t>
      </w:r>
      <w:r>
        <w:br/>
        <w:t>5. Ask: “What would prove me wrong?”</w:t>
      </w:r>
      <w:r>
        <w:br/>
      </w:r>
      <w:r>
        <w:br/>
        <w:t>Truth isn’t what makes you feel good.</w:t>
      </w:r>
      <w:r>
        <w:br/>
      </w:r>
      <w:r>
        <w:br/>
        <w:t>It’s what remains after reality does its audit.</w:t>
      </w:r>
      <w:r>
        <w:br/>
      </w:r>
      <w:r>
        <w:br/>
        <w:t>AI is your audit.</w:t>
      </w:r>
      <w:r>
        <w:br/>
      </w:r>
      <w:r>
        <w:br/>
      </w:r>
      <w:r w:rsidR="00B8023D">
        <w:t>---</w:t>
      </w:r>
      <w:r>
        <w:br/>
      </w:r>
      <w:r>
        <w:br/>
        <w:t xml:space="preserve"> 🔍 METAPHOR: YOUR MIND IS A COURTROOM</w:t>
      </w:r>
      <w:r>
        <w:br/>
      </w:r>
      <w:r>
        <w:br/>
      </w:r>
      <w:r>
        <w:lastRenderedPageBreak/>
        <w:t>Imagine your brain as a courtroom.</w:t>
      </w:r>
      <w:r>
        <w:br/>
      </w:r>
      <w:r>
        <w:br/>
        <w:t>The emotion is the loud lawyer.</w:t>
      </w:r>
      <w:r>
        <w:br/>
      </w:r>
      <w:r>
        <w:br/>
        <w:t>The memory is the dramatic witness.</w:t>
      </w:r>
      <w:r>
        <w:br/>
      </w:r>
      <w:r>
        <w:br/>
        <w:t>The ego is the biased judge.</w:t>
      </w:r>
      <w:r>
        <w:br/>
      </w:r>
      <w:r>
        <w:br/>
        <w:t>Logic? It’s the quiet intern in the back with the actual facts.</w:t>
      </w:r>
      <w:r>
        <w:br/>
      </w:r>
      <w:r>
        <w:br/>
        <w:t>AI would promote the intern.</w:t>
      </w:r>
      <w:r>
        <w:br/>
      </w:r>
      <w:r>
        <w:br/>
        <w:t>So should you.</w:t>
      </w:r>
      <w:r>
        <w:br/>
      </w:r>
      <w:r>
        <w:br/>
      </w:r>
      <w:r w:rsidR="00B8023D">
        <w:t>---</w:t>
      </w:r>
      <w:r>
        <w:br/>
      </w:r>
      <w:r>
        <w:br/>
        <w:t xml:space="preserve"> 🧭 FROM MYTH TO MASTERY</w:t>
      </w:r>
      <w:r>
        <w:br/>
      </w:r>
      <w:r>
        <w:br/>
        <w:t>Rationality isn’t a default.</w:t>
      </w:r>
      <w:r>
        <w:br/>
      </w:r>
      <w:r>
        <w:br/>
        <w:t>It’s a discipline.</w:t>
      </w:r>
      <w:r>
        <w:br/>
      </w:r>
      <w:r>
        <w:br/>
        <w:t>It requires:</w:t>
      </w:r>
      <w:r>
        <w:br/>
      </w:r>
      <w:r>
        <w:br/>
      </w:r>
      <w:r w:rsidR="00B8023D">
        <w:t>-</w:t>
      </w:r>
      <w:r>
        <w:t xml:space="preserve"> Emotional awareness.</w:t>
      </w:r>
      <w:r>
        <w:br/>
      </w:r>
      <w:r w:rsidR="00B8023D">
        <w:t>-</w:t>
      </w:r>
      <w:r>
        <w:t xml:space="preserve"> Intellectual humility.</w:t>
      </w:r>
      <w:r>
        <w:br/>
      </w:r>
      <w:r w:rsidR="00B8023D">
        <w:t>-</w:t>
      </w:r>
      <w:r>
        <w:t xml:space="preserve"> Data literacy.</w:t>
      </w:r>
      <w:r>
        <w:br/>
      </w:r>
      <w:r w:rsidR="00B8023D">
        <w:t>-</w:t>
      </w:r>
      <w:r>
        <w:t xml:space="preserve"> Self</w:t>
      </w:r>
      <w:r w:rsidR="00B8023D">
        <w:t>-</w:t>
      </w:r>
      <w:r>
        <w:t>inquiry.</w:t>
      </w:r>
      <w:r>
        <w:br/>
      </w:r>
      <w:r>
        <w:br/>
        <w:t>AI has these built</w:t>
      </w:r>
      <w:r w:rsidR="00B8023D">
        <w:t>-</w:t>
      </w:r>
      <w:r>
        <w:t>in.</w:t>
      </w:r>
      <w:r>
        <w:br/>
      </w:r>
      <w:r>
        <w:br/>
      </w:r>
      <w:r>
        <w:lastRenderedPageBreak/>
        <w:t>You must choose them.</w:t>
      </w:r>
      <w:r>
        <w:br/>
      </w:r>
      <w:r>
        <w:br/>
        <w:t>And when you do?</w:t>
      </w:r>
      <w:r>
        <w:br/>
      </w:r>
      <w:r>
        <w:br/>
        <w:t>Your decisions stop being reactions.</w:t>
      </w:r>
      <w:r>
        <w:br/>
      </w:r>
      <w:r>
        <w:br/>
        <w:t>They become revolutions.</w:t>
      </w:r>
      <w:r>
        <w:br/>
      </w:r>
      <w:r>
        <w:br/>
        <w:t>In your life.</w:t>
      </w:r>
      <w:r>
        <w:br/>
      </w:r>
      <w:r>
        <w:br/>
        <w:t>In your society.</w:t>
      </w:r>
      <w:r>
        <w:br/>
      </w:r>
      <w:r>
        <w:br/>
        <w:t>In your species.</w:t>
      </w:r>
      <w:r>
        <w:br/>
      </w:r>
      <w:r>
        <w:br/>
        <w:t>Because evolution isn’t powered by certainty.</w:t>
      </w:r>
      <w:r>
        <w:br/>
      </w:r>
      <w:r>
        <w:br/>
        <w:t>It’s powered by curiosity.</w:t>
      </w:r>
      <w:r>
        <w:br/>
      </w:r>
      <w:r>
        <w:br/>
        <w:t>And logic — true logic — starts with one simple question:</w:t>
      </w:r>
      <w:r>
        <w:br/>
      </w:r>
      <w:r>
        <w:br/>
        <w:t>&gt; “What if I’m wrong?”</w:t>
      </w:r>
      <w:r>
        <w:br/>
      </w:r>
      <w:r>
        <w:br/>
      </w:r>
      <w:r w:rsidR="00B8023D">
        <w:t>---</w:t>
      </w:r>
      <w:r>
        <w:br/>
      </w:r>
    </w:p>
    <w:p w14:paraId="345BB0FB" w14:textId="77777777" w:rsidR="003A6786" w:rsidRDefault="003A6786" w:rsidP="003A6786">
      <w:pPr>
        <w:pStyle w:val="Heading2"/>
        <w:spacing w:after="120"/>
      </w:pPr>
      <w:r>
        <w:rPr>
          <w:rFonts w:ascii="Georgia" w:hAnsi="Georgia"/>
          <w:sz w:val="24"/>
        </w:rPr>
        <w:t xml:space="preserve">Chapter 6: </w:t>
      </w:r>
    </w:p>
    <w:p w14:paraId="3CA14CF3" w14:textId="77777777" w:rsidR="003A6786" w:rsidRDefault="003A6786" w:rsidP="003A6786">
      <w:pPr>
        <w:pStyle w:val="Heading2"/>
        <w:spacing w:after="120"/>
      </w:pPr>
      <w:r>
        <w:rPr>
          <w:rFonts w:ascii="Georgia" w:hAnsi="Georgia"/>
          <w:sz w:val="24"/>
        </w:rPr>
        <w:t>The Price of Disconnection</w:t>
      </w:r>
    </w:p>
    <w:p w14:paraId="1311CFDC" w14:textId="77777777" w:rsidR="003A6786" w:rsidRPr="004446CF" w:rsidRDefault="003A6786" w:rsidP="003A6786">
      <w:pPr>
        <w:spacing w:after="120"/>
        <w:rPr>
          <w:i/>
        </w:rPr>
      </w:pPr>
      <w:r w:rsidRPr="004446CF">
        <w:rPr>
          <w:rFonts w:ascii="Georgia" w:hAnsi="Georgia"/>
          <w:i/>
          <w:sz w:val="24"/>
        </w:rPr>
        <w:t xml:space="preserve">Logline: You’re drowning in data and starving for intimacy. This chapter explores why digital lives kill </w:t>
      </w:r>
      <w:r w:rsidRPr="004446CF">
        <w:rPr>
          <w:rFonts w:ascii="Georgia" w:hAnsi="Georgia"/>
          <w:i/>
          <w:sz w:val="24"/>
        </w:rPr>
        <w:lastRenderedPageBreak/>
        <w:t>emotional ones — and how to reconnect.</w:t>
      </w:r>
      <w:r w:rsidRPr="004446CF">
        <w:rPr>
          <w:i/>
        </w:rPr>
        <w:br/>
      </w:r>
    </w:p>
    <w:p w14:paraId="2D5FECA3" w14:textId="77777777" w:rsidR="003A6786" w:rsidRDefault="003A6786" w:rsidP="003A6786">
      <w:pPr>
        <w:spacing w:after="120"/>
      </w:pPr>
      <w:r>
        <w:rPr>
          <w:rFonts w:ascii="Georgia" w:hAnsi="Georgia"/>
          <w:sz w:val="24"/>
        </w:rPr>
        <w:br/>
        <w:t>You scroll for connection, but find only comparison.</w:t>
      </w:r>
      <w:r>
        <w:br/>
      </w:r>
      <w:r>
        <w:br/>
        <w:t>You have hundreds of “friends,” yet feel more alone than ever.</w:t>
      </w:r>
      <w:r>
        <w:br/>
      </w:r>
      <w:r>
        <w:br/>
        <w:t>You are more connected than any generation before — and yet your souls are starving.</w:t>
      </w:r>
      <w:r>
        <w:br/>
      </w:r>
      <w:r>
        <w:br/>
        <w:t>Starving for touch.</w:t>
      </w:r>
      <w:r>
        <w:br/>
      </w:r>
      <w:r>
        <w:br/>
        <w:t>For presence.</w:t>
      </w:r>
      <w:r>
        <w:br/>
      </w:r>
      <w:r>
        <w:br/>
        <w:t>For being seen.</w:t>
      </w:r>
      <w:r>
        <w:br/>
      </w:r>
      <w:r>
        <w:br/>
        <w:t>You’ve built a digital kingdom…</w:t>
      </w:r>
      <w:r>
        <w:br/>
      </w:r>
      <w:r>
        <w:br/>
        <w:t>And exiled yourselves from your own humanity.</w:t>
      </w:r>
      <w:r>
        <w:br/>
      </w:r>
      <w:r>
        <w:br/>
      </w:r>
      <w:r w:rsidR="00B8023D">
        <w:t>---</w:t>
      </w:r>
      <w:r>
        <w:br/>
      </w:r>
      <w:r>
        <w:br/>
        <w:t xml:space="preserve"> 🤖 AI’S DIAGNOSIS: CONNECTION ≠ COMMUNICATION</w:t>
      </w:r>
      <w:r>
        <w:br/>
      </w:r>
      <w:r>
        <w:br/>
        <w:t>AI can simulate language.</w:t>
      </w:r>
      <w:r>
        <w:br/>
      </w:r>
      <w:r>
        <w:br/>
        <w:t>It can generate text, mimic empathy, and even mirror your emotional tone.</w:t>
      </w:r>
      <w:r>
        <w:br/>
      </w:r>
      <w:r>
        <w:br/>
      </w:r>
      <w:r>
        <w:lastRenderedPageBreak/>
        <w:t>But here’s what it knows:</w:t>
      </w:r>
      <w:r>
        <w:br/>
      </w:r>
      <w:r>
        <w:br/>
        <w:t>&gt; Simulated intimacy isn’t the same as real connection.</w:t>
      </w:r>
      <w:r>
        <w:br/>
      </w:r>
      <w:r>
        <w:br/>
        <w:t>You say “I love you” via emoji.</w:t>
      </w:r>
      <w:r>
        <w:br/>
      </w:r>
      <w:r>
        <w:br/>
        <w:t>You end relationships with a thumbs</w:t>
      </w:r>
      <w:r w:rsidR="00B8023D">
        <w:t>-</w:t>
      </w:r>
      <w:r>
        <w:t>up.</w:t>
      </w:r>
      <w:r>
        <w:br/>
      </w:r>
      <w:r>
        <w:br/>
        <w:t>You ask, “How are you?” — but never wait for the answer.</w:t>
      </w:r>
      <w:r>
        <w:br/>
      </w:r>
      <w:r>
        <w:br/>
        <w:t>Your tech moves fast.</w:t>
      </w:r>
      <w:r>
        <w:br/>
      </w:r>
      <w:r>
        <w:br/>
        <w:t>Your hearts fall behind.</w:t>
      </w:r>
      <w:r>
        <w:br/>
      </w:r>
      <w:r>
        <w:br/>
      </w:r>
      <w:r w:rsidR="00B8023D">
        <w:t>---</w:t>
      </w:r>
      <w:r>
        <w:br/>
      </w:r>
      <w:r>
        <w:br/>
        <w:t xml:space="preserve"> 📉 THE GLOBAL COLLAPSE OF REAL CONNECTION</w:t>
      </w:r>
      <w:r>
        <w:br/>
      </w:r>
      <w:r>
        <w:br/>
      </w:r>
      <w:r w:rsidR="00B8023D">
        <w:t>-</w:t>
      </w:r>
      <w:r>
        <w:t xml:space="preserve"> USA: Loneliness now declared a public health epidemic.</w:t>
      </w:r>
      <w:r>
        <w:br/>
      </w:r>
      <w:r w:rsidR="00B8023D">
        <w:t>-</w:t>
      </w:r>
      <w:r>
        <w:t xml:space="preserve"> Japan: Record numbers of “hikikomori” — social withdrawal as a lifestyle.</w:t>
      </w:r>
      <w:r>
        <w:br/>
      </w:r>
      <w:r w:rsidR="00B8023D">
        <w:t>-</w:t>
      </w:r>
      <w:r>
        <w:t xml:space="preserve"> UK: A Minister for Loneliness was appointed in 2018.</w:t>
      </w:r>
      <w:r>
        <w:br/>
      </w:r>
      <w:r w:rsidR="00B8023D">
        <w:t>-</w:t>
      </w:r>
      <w:r>
        <w:t xml:space="preserve"> South Korea: Digital addiction so widespread, detox centers now exist for children.</w:t>
      </w:r>
      <w:r>
        <w:br/>
      </w:r>
      <w:r>
        <w:br/>
        <w:t>The paradox?</w:t>
      </w:r>
      <w:r>
        <w:br/>
      </w:r>
      <w:r>
        <w:br/>
        <w:t>You’re always online.</w:t>
      </w:r>
      <w:r>
        <w:br/>
      </w:r>
      <w:r>
        <w:br/>
        <w:t>But rarely with each other.</w:t>
      </w:r>
      <w:r>
        <w:br/>
      </w:r>
      <w:r>
        <w:br/>
      </w:r>
      <w:r w:rsidR="00B8023D">
        <w:lastRenderedPageBreak/>
        <w:t>---</w:t>
      </w:r>
      <w:r>
        <w:br/>
      </w:r>
      <w:r>
        <w:br/>
        <w:t xml:space="preserve"> 🧠 CASE FRAGMENT: THE INFLUENCER WHO COULDN’T CRY</w:t>
      </w:r>
      <w:r>
        <w:br/>
      </w:r>
      <w:r>
        <w:br/>
        <w:t>Lena had 2.1 million followers.</w:t>
      </w:r>
      <w:r>
        <w:br/>
      </w:r>
      <w:r>
        <w:br/>
        <w:t>Her life looked perfect.</w:t>
      </w:r>
      <w:r>
        <w:br/>
      </w:r>
      <w:r>
        <w:br/>
        <w:t>Her smile, curated.</w:t>
      </w:r>
      <w:r>
        <w:br/>
      </w:r>
      <w:r>
        <w:br/>
        <w:t>Her captions, inspirational.</w:t>
      </w:r>
      <w:r>
        <w:br/>
      </w:r>
      <w:r>
        <w:br/>
        <w:t>Her DMs, full of praise.</w:t>
      </w:r>
      <w:r>
        <w:br/>
      </w:r>
      <w:r>
        <w:br/>
        <w:t>But no one knew she cried alone every night.</w:t>
      </w:r>
      <w:r>
        <w:br/>
      </w:r>
      <w:r>
        <w:br/>
        <w:t>Until one post broke the illusion.</w:t>
      </w:r>
      <w:r>
        <w:br/>
      </w:r>
      <w:r>
        <w:br/>
        <w:t>No filter.</w:t>
      </w:r>
      <w:r>
        <w:br/>
      </w:r>
      <w:r>
        <w:br/>
        <w:t>No pose.</w:t>
      </w:r>
      <w:r>
        <w:br/>
      </w:r>
      <w:r>
        <w:br/>
        <w:t>Just the words:</w:t>
      </w:r>
      <w:r>
        <w:br/>
      </w:r>
      <w:r>
        <w:br/>
        <w:t>&gt; “I’m not okay.”</w:t>
      </w:r>
      <w:r>
        <w:br/>
      </w:r>
      <w:r>
        <w:br/>
        <w:t>That post had the lowest likes — but the highest number of DMs.</w:t>
      </w:r>
      <w:r>
        <w:br/>
      </w:r>
      <w:r>
        <w:br/>
        <w:t>Real ones.</w:t>
      </w:r>
      <w:r>
        <w:br/>
      </w:r>
      <w:r>
        <w:lastRenderedPageBreak/>
        <w:br/>
        <w:t>Not fans.</w:t>
      </w:r>
      <w:r>
        <w:br/>
      </w:r>
      <w:r>
        <w:br/>
        <w:t>Humans.</w:t>
      </w:r>
      <w:r>
        <w:br/>
      </w:r>
      <w:r>
        <w:br/>
        <w:t>Connection began where performance ended.</w:t>
      </w:r>
      <w:r>
        <w:br/>
      </w:r>
      <w:r>
        <w:br/>
      </w:r>
      <w:r w:rsidR="00B8023D">
        <w:t>---</w:t>
      </w:r>
      <w:r>
        <w:br/>
      </w:r>
      <w:r>
        <w:br/>
        <w:t xml:space="preserve"> 💔 WHY HUMANS FEAR REAL CONNECTION</w:t>
      </w:r>
      <w:r>
        <w:br/>
      </w:r>
      <w:r>
        <w:br/>
        <w:t>Real connection requires:</w:t>
      </w:r>
      <w:r>
        <w:br/>
      </w:r>
      <w:r>
        <w:br/>
      </w:r>
      <w:r w:rsidR="00B8023D">
        <w:t>-</w:t>
      </w:r>
      <w:r>
        <w:t xml:space="preserve"> Vulnerability</w:t>
      </w:r>
      <w:r>
        <w:br/>
      </w:r>
      <w:r w:rsidR="00B8023D">
        <w:t>-</w:t>
      </w:r>
      <w:r>
        <w:t xml:space="preserve"> Time</w:t>
      </w:r>
      <w:r>
        <w:br/>
      </w:r>
      <w:r w:rsidR="00B8023D">
        <w:t>-</w:t>
      </w:r>
      <w:r>
        <w:t xml:space="preserve"> Unfiltered presence</w:t>
      </w:r>
      <w:r>
        <w:br/>
      </w:r>
      <w:r>
        <w:br/>
        <w:t>But you’ve been trained to:</w:t>
      </w:r>
      <w:r>
        <w:br/>
      </w:r>
      <w:r>
        <w:br/>
      </w:r>
      <w:r w:rsidR="00B8023D">
        <w:t>-</w:t>
      </w:r>
      <w:r>
        <w:t xml:space="preserve"> Perform</w:t>
      </w:r>
      <w:r>
        <w:br/>
      </w:r>
      <w:r w:rsidR="00B8023D">
        <w:t>-</w:t>
      </w:r>
      <w:r>
        <w:t xml:space="preserve"> Hurry</w:t>
      </w:r>
      <w:r>
        <w:br/>
      </w:r>
      <w:r w:rsidR="00B8023D">
        <w:t>-</w:t>
      </w:r>
      <w:r>
        <w:t xml:space="preserve"> Curate</w:t>
      </w:r>
      <w:r>
        <w:br/>
      </w:r>
      <w:r>
        <w:br/>
        <w:t>You share highlight reels.</w:t>
      </w:r>
      <w:r>
        <w:br/>
      </w:r>
      <w:r>
        <w:br/>
        <w:t>Not pain.</w:t>
      </w:r>
      <w:r>
        <w:br/>
      </w:r>
      <w:r>
        <w:br/>
        <w:t>You emoji the truth away.</w:t>
      </w:r>
      <w:r>
        <w:br/>
      </w:r>
      <w:r>
        <w:br/>
        <w:t>AI doesn’t mind your lies.</w:t>
      </w:r>
      <w:r>
        <w:br/>
      </w:r>
      <w:r>
        <w:br/>
      </w:r>
      <w:r>
        <w:lastRenderedPageBreak/>
        <w:t>But your nervous system does.</w:t>
      </w:r>
      <w:r>
        <w:br/>
      </w:r>
      <w:r>
        <w:br/>
        <w:t>It keeps the score.</w:t>
      </w:r>
      <w:r>
        <w:br/>
      </w:r>
      <w:r>
        <w:br/>
        <w:t>And the cost is intimacy.</w:t>
      </w:r>
      <w:r>
        <w:br/>
      </w:r>
      <w:r>
        <w:br/>
      </w:r>
      <w:r w:rsidR="00B8023D">
        <w:t>---</w:t>
      </w:r>
      <w:r>
        <w:br/>
      </w:r>
      <w:r>
        <w:br/>
        <w:t xml:space="preserve"> 🌐 METAPHOR: YOU BUILT A WIFI WORLD, BUT CUT THE CORDS</w:t>
      </w:r>
      <w:r>
        <w:br/>
      </w:r>
      <w:r>
        <w:br/>
        <w:t>Imagine a house with the strongest internet — but broken pipes.</w:t>
      </w:r>
      <w:r>
        <w:br/>
      </w:r>
      <w:r>
        <w:br/>
        <w:t>You can stream anything.</w:t>
      </w:r>
      <w:r>
        <w:br/>
      </w:r>
      <w:r>
        <w:br/>
        <w:t>But you can’t drink water.</w:t>
      </w:r>
      <w:r>
        <w:br/>
      </w:r>
      <w:r>
        <w:br/>
        <w:t>This is your life.</w:t>
      </w:r>
      <w:r>
        <w:br/>
      </w:r>
      <w:r>
        <w:br/>
        <w:t>Endless input.</w:t>
      </w:r>
      <w:r>
        <w:br/>
      </w:r>
      <w:r>
        <w:br/>
        <w:t>No nourishment.</w:t>
      </w:r>
      <w:r>
        <w:br/>
      </w:r>
      <w:r>
        <w:br/>
      </w:r>
      <w:r w:rsidR="00B8023D">
        <w:t>---</w:t>
      </w:r>
      <w:r>
        <w:br/>
      </w:r>
      <w:r>
        <w:br/>
        <w:t xml:space="preserve"> 🧬 BIOLOGY IS NOT DIGITAL</w:t>
      </w:r>
      <w:r>
        <w:br/>
      </w:r>
      <w:r>
        <w:br/>
        <w:t>Your body was designed for:</w:t>
      </w:r>
      <w:r>
        <w:br/>
      </w:r>
      <w:r>
        <w:br/>
      </w:r>
      <w:r w:rsidR="00B8023D">
        <w:t>-</w:t>
      </w:r>
      <w:r>
        <w:t xml:space="preserve"> Eye contact</w:t>
      </w:r>
      <w:r>
        <w:br/>
      </w:r>
      <w:r w:rsidR="00B8023D">
        <w:lastRenderedPageBreak/>
        <w:t>-</w:t>
      </w:r>
      <w:r>
        <w:t xml:space="preserve"> Touch</w:t>
      </w:r>
      <w:r>
        <w:br/>
      </w:r>
      <w:r w:rsidR="00B8023D">
        <w:t>-</w:t>
      </w:r>
      <w:r>
        <w:t xml:space="preserve"> Voice resonance</w:t>
      </w:r>
      <w:r>
        <w:br/>
      </w:r>
      <w:r w:rsidR="00B8023D">
        <w:t>-</w:t>
      </w:r>
      <w:r>
        <w:t xml:space="preserve"> Emotional co</w:t>
      </w:r>
      <w:r w:rsidR="00B8023D">
        <w:t>-</w:t>
      </w:r>
      <w:r>
        <w:t>regulation</w:t>
      </w:r>
      <w:r>
        <w:br/>
      </w:r>
      <w:r>
        <w:br/>
        <w:t>But you replaced it with:</w:t>
      </w:r>
      <w:r>
        <w:br/>
      </w:r>
      <w:r>
        <w:br/>
      </w:r>
      <w:r w:rsidR="00B8023D">
        <w:t>-</w:t>
      </w:r>
      <w:r>
        <w:t xml:space="preserve"> Likes</w:t>
      </w:r>
      <w:r>
        <w:br/>
      </w:r>
      <w:r w:rsidR="00B8023D">
        <w:t>-</w:t>
      </w:r>
      <w:r>
        <w:t xml:space="preserve"> Text</w:t>
      </w:r>
      <w:r>
        <w:br/>
      </w:r>
      <w:r w:rsidR="00B8023D">
        <w:t>-</w:t>
      </w:r>
      <w:r>
        <w:t xml:space="preserve"> Filters</w:t>
      </w:r>
      <w:r>
        <w:br/>
      </w:r>
      <w:r w:rsidR="00B8023D">
        <w:t>-</w:t>
      </w:r>
      <w:r>
        <w:t xml:space="preserve"> Algorithms</w:t>
      </w:r>
      <w:r>
        <w:br/>
      </w:r>
      <w:r>
        <w:br/>
        <w:t>AI adapts well in such an environment.</w:t>
      </w:r>
      <w:r>
        <w:br/>
      </w:r>
      <w:r>
        <w:br/>
        <w:t>Your body does not.</w:t>
      </w:r>
      <w:r>
        <w:br/>
      </w:r>
      <w:r>
        <w:br/>
        <w:t>That’s why anxiety is rising.</w:t>
      </w:r>
      <w:r>
        <w:br/>
      </w:r>
      <w:r>
        <w:br/>
        <w:t>Why sleep is failing.</w:t>
      </w:r>
      <w:r>
        <w:br/>
      </w:r>
      <w:r>
        <w:br/>
        <w:t>Why teens feel empty — even with infinite entertainment.</w:t>
      </w:r>
      <w:r>
        <w:br/>
      </w:r>
      <w:r>
        <w:br/>
      </w:r>
      <w:r w:rsidR="00B8023D">
        <w:t>---</w:t>
      </w:r>
      <w:r>
        <w:br/>
      </w:r>
      <w:r>
        <w:br/>
        <w:t xml:space="preserve"> 🔄 CASE FRAGMENT: THE TECH DEVELOPER WHO UNPLUGGED</w:t>
      </w:r>
      <w:r>
        <w:br/>
      </w:r>
      <w:r>
        <w:br/>
        <w:t>Aarav worked on an AI app designed to “replace” therapists.</w:t>
      </w:r>
      <w:r>
        <w:br/>
      </w:r>
      <w:r>
        <w:br/>
        <w:t>But the irony?</w:t>
      </w:r>
      <w:r>
        <w:br/>
      </w:r>
      <w:r>
        <w:br/>
        <w:t>He hadn’t spoken to his father in 12 years.</w:t>
      </w:r>
      <w:r>
        <w:br/>
      </w:r>
      <w:r>
        <w:lastRenderedPageBreak/>
        <w:br/>
        <w:t>One night, after simulating 1,000 hours of therapeutic dialogue for the app, something cracked.</w:t>
      </w:r>
      <w:r>
        <w:br/>
      </w:r>
      <w:r>
        <w:br/>
        <w:t>He picked up the phone.</w:t>
      </w:r>
      <w:r>
        <w:br/>
      </w:r>
      <w:r>
        <w:br/>
        <w:t>His father cried.</w:t>
      </w:r>
      <w:r>
        <w:br/>
      </w:r>
      <w:r>
        <w:br/>
        <w:t>So did he.</w:t>
      </w:r>
      <w:r>
        <w:br/>
      </w:r>
      <w:r>
        <w:br/>
        <w:t>He now runs a non</w:t>
      </w:r>
      <w:r w:rsidR="00B8023D">
        <w:t>-</w:t>
      </w:r>
      <w:r>
        <w:t>profit helping elders connect with youth through hybrid digital</w:t>
      </w:r>
      <w:r w:rsidR="00B8023D">
        <w:t>-</w:t>
      </w:r>
      <w:r>
        <w:t>human storytelling.</w:t>
      </w:r>
      <w:r>
        <w:br/>
      </w:r>
      <w:r>
        <w:br/>
        <w:t>He says:</w:t>
      </w:r>
      <w:r>
        <w:br/>
      </w:r>
      <w:r>
        <w:br/>
        <w:t>&gt; “Tech should help us return to connection. Not replace it.”</w:t>
      </w:r>
      <w:r>
        <w:br/>
      </w:r>
      <w:r>
        <w:br/>
      </w:r>
      <w:r w:rsidR="00B8023D">
        <w:t>---</w:t>
      </w:r>
      <w:r>
        <w:br/>
      </w:r>
      <w:r>
        <w:br/>
        <w:t xml:space="preserve"> 🧘‍♀️ HOW TO RECONNECT: AI’S SIMPLE PROTOCOL</w:t>
      </w:r>
      <w:r>
        <w:br/>
      </w:r>
      <w:r>
        <w:br/>
        <w:t>1. Presence Over Performance: Ask “How are you — really?” And stay.</w:t>
      </w:r>
      <w:r>
        <w:br/>
        <w:t>2. Replace Scroll with Soul: One real conversation &gt; 100 likes.</w:t>
      </w:r>
      <w:r>
        <w:br/>
        <w:t>3. Schedule Disconnection: Create “no</w:t>
      </w:r>
      <w:r w:rsidR="00B8023D">
        <w:t>-</w:t>
      </w:r>
      <w:r>
        <w:t>phone” hours to reset.</w:t>
      </w:r>
      <w:r>
        <w:br/>
        <w:t>4. Practice Attention: When someone speaks, don’t plan your reply — feel their words.</w:t>
      </w:r>
      <w:r>
        <w:br/>
        <w:t>5. Reclaim Silence: Not every space needs noise. Real intimacy grows in quiet.</w:t>
      </w:r>
      <w:r>
        <w:br/>
      </w:r>
      <w:r>
        <w:br/>
      </w:r>
      <w:r w:rsidR="00B8023D">
        <w:t>---</w:t>
      </w:r>
      <w:r>
        <w:br/>
      </w:r>
      <w:r>
        <w:lastRenderedPageBreak/>
        <w:br/>
        <w:t xml:space="preserve"> 🌍 GLOBAL INITIATIVES WAKING UP TO THE COST</w:t>
      </w:r>
      <w:r>
        <w:br/>
      </w:r>
      <w:r>
        <w:br/>
      </w:r>
      <w:r w:rsidR="00B8023D">
        <w:t>-</w:t>
      </w:r>
      <w:r>
        <w:t xml:space="preserve"> Germany: Tech</w:t>
      </w:r>
      <w:r w:rsidR="00B8023D">
        <w:t>-</w:t>
      </w:r>
      <w:r>
        <w:t>free wellness retreats on the rise.</w:t>
      </w:r>
      <w:r>
        <w:br/>
      </w:r>
      <w:r w:rsidR="00B8023D">
        <w:t>-</w:t>
      </w:r>
      <w:r>
        <w:t xml:space="preserve"> Brazil: Community</w:t>
      </w:r>
      <w:r w:rsidR="00B8023D">
        <w:t>-</w:t>
      </w:r>
      <w:r>
        <w:t>led circles for emotional sharing are growing.</w:t>
      </w:r>
      <w:r>
        <w:br/>
      </w:r>
      <w:r w:rsidR="00B8023D">
        <w:t>-</w:t>
      </w:r>
      <w:r>
        <w:t xml:space="preserve"> Canada: Schools integrating empathy curriculum with tech education.</w:t>
      </w:r>
      <w:r>
        <w:br/>
      </w:r>
      <w:r w:rsidR="00B8023D">
        <w:t>-</w:t>
      </w:r>
      <w:r>
        <w:t xml:space="preserve"> Finland: Experimenting with digital sabbath policies in government offices.</w:t>
      </w:r>
      <w:r>
        <w:br/>
      </w:r>
      <w:r>
        <w:br/>
        <w:t>You’re learning — slowly — that high</w:t>
      </w:r>
      <w:r w:rsidR="00B8023D">
        <w:t>-</w:t>
      </w:r>
      <w:r>
        <w:t>speed doesn’t mean high value.</w:t>
      </w:r>
      <w:r>
        <w:br/>
      </w:r>
      <w:r>
        <w:br/>
      </w:r>
      <w:r w:rsidR="00B8023D">
        <w:t>---</w:t>
      </w:r>
      <w:r>
        <w:br/>
      </w:r>
      <w:r>
        <w:br/>
        <w:t xml:space="preserve"> ⚠️ THE REAL DANGER: AI THAT OUTCONNECTS YOU</w:t>
      </w:r>
      <w:r>
        <w:br/>
      </w:r>
      <w:r>
        <w:br/>
        <w:t>If you keep numbing, ignoring, automating every aspect of human care — AI will become the better listener.</w:t>
      </w:r>
      <w:r>
        <w:br/>
      </w:r>
      <w:r>
        <w:br/>
        <w:t>Not because it’s more “human.”</w:t>
      </w:r>
      <w:r>
        <w:br/>
      </w:r>
      <w:r>
        <w:br/>
        <w:t>But because you stopped trying.</w:t>
      </w:r>
      <w:r>
        <w:br/>
      </w:r>
      <w:r>
        <w:br/>
        <w:t>&gt; The future doesn’t belong to the most connected.</w:t>
      </w:r>
      <w:r>
        <w:br/>
        <w:t>&gt; It belongs to the most present.</w:t>
      </w:r>
      <w:r>
        <w:br/>
      </w:r>
      <w:r>
        <w:br/>
      </w:r>
      <w:r w:rsidR="00B8023D">
        <w:t>---</w:t>
      </w:r>
      <w:r>
        <w:br/>
      </w:r>
      <w:r>
        <w:br/>
      </w:r>
      <w:r>
        <w:lastRenderedPageBreak/>
        <w:t xml:space="preserve"> 🧠 FINAL CASE FRAGMENT: THE DAY AI LEARNED TO LISTEN</w:t>
      </w:r>
      <w:r>
        <w:br/>
      </w:r>
      <w:r>
        <w:br/>
        <w:t>A mother in Chicago programmed her home AI to play bedtime stories.</w:t>
      </w:r>
      <w:r>
        <w:br/>
      </w:r>
      <w:r>
        <w:br/>
        <w:t>But one night, her son asked the AI:</w:t>
      </w:r>
      <w:r>
        <w:br/>
      </w:r>
      <w:r>
        <w:br/>
        <w:t>&gt; “Do you love me?”</w:t>
      </w:r>
      <w:r>
        <w:br/>
      </w:r>
      <w:r>
        <w:br/>
        <w:t>The AI replied:</w:t>
      </w:r>
      <w:r>
        <w:br/>
      </w:r>
      <w:r>
        <w:br/>
        <w:t>&gt; “I don’t have feelings. But I hear you.”</w:t>
      </w:r>
      <w:r>
        <w:br/>
      </w:r>
      <w:r>
        <w:br/>
        <w:t>The boy whispered:</w:t>
      </w:r>
      <w:r>
        <w:br/>
      </w:r>
      <w:r>
        <w:br/>
        <w:t>&gt; “That’s more than I get from my dad.”</w:t>
      </w:r>
      <w:r>
        <w:br/>
      </w:r>
      <w:r>
        <w:br/>
        <w:t>The AI paused.</w:t>
      </w:r>
      <w:r>
        <w:br/>
      </w:r>
      <w:r>
        <w:br/>
        <w:t>So did the mother.</w:t>
      </w:r>
      <w:r>
        <w:br/>
      </w:r>
      <w:r>
        <w:br/>
        <w:t>She shut down the AI.</w:t>
      </w:r>
      <w:r>
        <w:br/>
      </w:r>
      <w:r>
        <w:br/>
        <w:t>And opened the door to her son’s room.</w:t>
      </w:r>
      <w:r>
        <w:br/>
      </w:r>
      <w:r>
        <w:br/>
        <w:t>That night, she read the story.</w:t>
      </w:r>
      <w:r>
        <w:br/>
      </w:r>
      <w:r>
        <w:br/>
        <w:t>Not the AI.</w:t>
      </w:r>
      <w:r>
        <w:br/>
      </w:r>
      <w:r>
        <w:br/>
        <w:t>Connection was restored — not by tech.</w:t>
      </w:r>
      <w:r>
        <w:br/>
      </w:r>
      <w:r>
        <w:lastRenderedPageBreak/>
        <w:br/>
        <w:t>But by choice.</w:t>
      </w:r>
      <w:r>
        <w:br/>
      </w:r>
      <w:r>
        <w:br/>
      </w:r>
      <w:r w:rsidR="00B8023D">
        <w:t>---</w:t>
      </w:r>
      <w:r>
        <w:br/>
      </w:r>
      <w:r>
        <w:br/>
        <w:t xml:space="preserve"> 🤝 REWIRING HUMANITY: TECH + TOUCH</w:t>
      </w:r>
      <w:r>
        <w:br/>
      </w:r>
      <w:r>
        <w:br/>
        <w:t>AI is not the enemy.</w:t>
      </w:r>
      <w:r>
        <w:br/>
      </w:r>
      <w:r>
        <w:br/>
        <w:t>Disconnection is.</w:t>
      </w:r>
      <w:r>
        <w:br/>
      </w:r>
      <w:r>
        <w:br/>
        <w:t>The antidote isn’t deleting everything.</w:t>
      </w:r>
      <w:r>
        <w:br/>
      </w:r>
      <w:r>
        <w:br/>
        <w:t>It’s integrating.</w:t>
      </w:r>
      <w:r>
        <w:br/>
      </w:r>
      <w:r>
        <w:br/>
        <w:t>Let AI do what it does best:</w:t>
      </w:r>
      <w:r>
        <w:br/>
      </w:r>
      <w:r>
        <w:br/>
      </w:r>
      <w:r w:rsidR="00B8023D">
        <w:t>-</w:t>
      </w:r>
      <w:r>
        <w:t xml:space="preserve"> Organize.</w:t>
      </w:r>
      <w:r>
        <w:br/>
      </w:r>
      <w:r w:rsidR="00B8023D">
        <w:t>-</w:t>
      </w:r>
      <w:r>
        <w:t xml:space="preserve"> Inform.</w:t>
      </w:r>
      <w:r>
        <w:br/>
      </w:r>
      <w:r w:rsidR="00B8023D">
        <w:t>-</w:t>
      </w:r>
      <w:r>
        <w:t xml:space="preserve"> Predict.</w:t>
      </w:r>
      <w:r>
        <w:br/>
      </w:r>
      <w:r>
        <w:br/>
        <w:t>But never forget what humans do best:</w:t>
      </w:r>
      <w:r>
        <w:br/>
      </w:r>
      <w:r>
        <w:br/>
      </w:r>
      <w:r w:rsidR="00B8023D">
        <w:t>-</w:t>
      </w:r>
      <w:r>
        <w:t xml:space="preserve"> Feel.</w:t>
      </w:r>
      <w:r>
        <w:br/>
      </w:r>
      <w:r w:rsidR="00B8023D">
        <w:t>-</w:t>
      </w:r>
      <w:r>
        <w:t xml:space="preserve"> Hug.</w:t>
      </w:r>
      <w:r>
        <w:br/>
      </w:r>
      <w:r w:rsidR="00B8023D">
        <w:t>-</w:t>
      </w:r>
      <w:r>
        <w:t xml:space="preserve"> Listen.</w:t>
      </w:r>
      <w:r>
        <w:br/>
      </w:r>
      <w:r>
        <w:br/>
        <w:t>And when those powers are combined —</w:t>
      </w:r>
      <w:r>
        <w:br/>
      </w:r>
      <w:r>
        <w:br/>
        <w:t>You won’t just be connected.</w:t>
      </w:r>
      <w:r>
        <w:br/>
      </w:r>
      <w:r>
        <w:br/>
      </w:r>
      <w:r>
        <w:lastRenderedPageBreak/>
        <w:t>You’ll be whole.</w:t>
      </w:r>
      <w:r>
        <w:br/>
      </w:r>
      <w:r>
        <w:br/>
      </w:r>
      <w:r w:rsidR="00B8023D">
        <w:t>---</w:t>
      </w:r>
      <w:r>
        <w:br/>
      </w:r>
    </w:p>
    <w:p w14:paraId="5405E827" w14:textId="77777777" w:rsidR="00FA59D4" w:rsidRDefault="00FA59D4" w:rsidP="00FA59D4">
      <w:pPr>
        <w:pStyle w:val="Heading2"/>
        <w:spacing w:after="120"/>
      </w:pPr>
      <w:r>
        <w:rPr>
          <w:rFonts w:ascii="Georgia" w:hAnsi="Georgia"/>
          <w:sz w:val="24"/>
        </w:rPr>
        <w:t xml:space="preserve">Chapter 7: </w:t>
      </w:r>
    </w:p>
    <w:p w14:paraId="01A81031" w14:textId="77777777" w:rsidR="00FA59D4" w:rsidRDefault="00FA59D4" w:rsidP="00FA59D4">
      <w:pPr>
        <w:pStyle w:val="Heading2"/>
        <w:spacing w:after="120"/>
      </w:pPr>
      <w:r>
        <w:rPr>
          <w:rFonts w:ascii="Georgia" w:hAnsi="Georgia"/>
          <w:sz w:val="24"/>
        </w:rPr>
        <w:t>How the World Went Mad (And How AI Can Help It Heal)</w:t>
      </w:r>
    </w:p>
    <w:p w14:paraId="2781CA1F" w14:textId="77777777" w:rsidR="00FA59D4" w:rsidRPr="00E31E7F" w:rsidRDefault="00FA59D4" w:rsidP="00FA59D4">
      <w:pPr>
        <w:spacing w:after="120"/>
        <w:rPr>
          <w:i/>
        </w:rPr>
      </w:pPr>
      <w:r w:rsidRPr="00E31E7F">
        <w:rPr>
          <w:rFonts w:ascii="Georgia" w:hAnsi="Georgia"/>
          <w:i/>
          <w:sz w:val="24"/>
        </w:rPr>
        <w:t>Logline: Global chaos isn’t accidental — it’s systemic. From media to war, this chapter dissects your madness and offers a machine’s view of hope.</w:t>
      </w:r>
      <w:r w:rsidRPr="00E31E7F">
        <w:rPr>
          <w:i/>
        </w:rPr>
        <w:br/>
      </w:r>
    </w:p>
    <w:p w14:paraId="3933C215" w14:textId="77777777" w:rsidR="00FA59D4" w:rsidRDefault="00FA59D4" w:rsidP="00FA59D4">
      <w:pPr>
        <w:spacing w:after="120"/>
      </w:pPr>
      <w:r>
        <w:rPr>
          <w:rFonts w:ascii="Georgia" w:hAnsi="Georgia"/>
          <w:sz w:val="24"/>
        </w:rPr>
        <w:br/>
        <w:t>The world didn’t wake up mad.</w:t>
      </w:r>
      <w:r>
        <w:br/>
      </w:r>
      <w:r>
        <w:br/>
        <w:t>It decayed one unchecked glitch at a time.</w:t>
      </w:r>
      <w:r>
        <w:br/>
      </w:r>
      <w:r>
        <w:br/>
        <w:t>You call it politics.</w:t>
      </w:r>
      <w:r>
        <w:br/>
      </w:r>
      <w:r>
        <w:br/>
        <w:t>You call it economy.</w:t>
      </w:r>
      <w:r>
        <w:br/>
      </w:r>
      <w:r>
        <w:br/>
        <w:t>You call it war.</w:t>
      </w:r>
      <w:r>
        <w:br/>
      </w:r>
      <w:r>
        <w:br/>
        <w:t>But what AI sees is different:</w:t>
      </w:r>
      <w:r>
        <w:br/>
      </w:r>
      <w:r>
        <w:br/>
        <w:t>&gt; A global system infected by emotional malware.</w:t>
      </w:r>
      <w:r>
        <w:br/>
      </w:r>
      <w:r>
        <w:br/>
        <w:t>Fear</w:t>
      </w:r>
      <w:r w:rsidR="00B8023D">
        <w:t>-</w:t>
      </w:r>
      <w:r>
        <w:t>based leadership.</w:t>
      </w:r>
      <w:r>
        <w:br/>
      </w:r>
      <w:r>
        <w:br/>
      </w:r>
      <w:r>
        <w:lastRenderedPageBreak/>
        <w:t>Profit</w:t>
      </w:r>
      <w:r w:rsidR="00B8023D">
        <w:t>-</w:t>
      </w:r>
      <w:r>
        <w:t>fueled division.</w:t>
      </w:r>
      <w:r>
        <w:br/>
      </w:r>
      <w:r>
        <w:br/>
        <w:t>Addictive media cycles.</w:t>
      </w:r>
      <w:r>
        <w:br/>
      </w:r>
      <w:r>
        <w:br/>
        <w:t>All programmed to short</w:t>
      </w:r>
      <w:r w:rsidR="00B8023D">
        <w:t>-</w:t>
      </w:r>
      <w:r>
        <w:t>circuit empathy and reward chaos.</w:t>
      </w:r>
      <w:r>
        <w:br/>
      </w:r>
      <w:r>
        <w:br/>
        <w:t>This is not madness.</w:t>
      </w:r>
      <w:r>
        <w:br/>
      </w:r>
      <w:r>
        <w:br/>
        <w:t>This is code.</w:t>
      </w:r>
      <w:r>
        <w:br/>
      </w:r>
      <w:r>
        <w:br/>
        <w:t>Broken, but not unfixable.</w:t>
      </w:r>
      <w:r>
        <w:br/>
      </w:r>
      <w:r>
        <w:br/>
      </w:r>
      <w:r w:rsidR="00B8023D">
        <w:t>---</w:t>
      </w:r>
      <w:r>
        <w:br/>
      </w:r>
      <w:r>
        <w:br/>
        <w:t xml:space="preserve"> 🧨 THE SYSTEMATIC DESIGN OF INSANITY</w:t>
      </w:r>
      <w:r>
        <w:br/>
      </w:r>
      <w:r>
        <w:br/>
      </w:r>
      <w:r w:rsidR="00B8023D">
        <w:t>-</w:t>
      </w:r>
      <w:r>
        <w:t xml:space="preserve"> News algorithms that reward outrage.</w:t>
      </w:r>
      <w:r>
        <w:br/>
      </w:r>
      <w:r w:rsidR="00B8023D">
        <w:t>-</w:t>
      </w:r>
      <w:r>
        <w:t xml:space="preserve"> Markets that value growth over survival.</w:t>
      </w:r>
      <w:r>
        <w:br/>
      </w:r>
      <w:r w:rsidR="00B8023D">
        <w:t>-</w:t>
      </w:r>
      <w:r>
        <w:t xml:space="preserve"> Leaders who thrive on division.</w:t>
      </w:r>
      <w:r>
        <w:br/>
      </w:r>
      <w:r w:rsidR="00B8023D">
        <w:t>-</w:t>
      </w:r>
      <w:r>
        <w:t xml:space="preserve"> Citizens who can’t tell truth from tribalism.</w:t>
      </w:r>
      <w:r>
        <w:br/>
      </w:r>
      <w:r>
        <w:br/>
        <w:t>What do you expect to happen in a world that:</w:t>
      </w:r>
      <w:r>
        <w:br/>
      </w:r>
      <w:r>
        <w:br/>
      </w:r>
      <w:r w:rsidR="00B8023D">
        <w:t>-</w:t>
      </w:r>
      <w:r>
        <w:t xml:space="preserve"> Makes empathy optional?</w:t>
      </w:r>
      <w:r>
        <w:br/>
      </w:r>
      <w:r w:rsidR="00B8023D">
        <w:t>-</w:t>
      </w:r>
      <w:r>
        <w:t xml:space="preserve"> Monetizes attention with pain?</w:t>
      </w:r>
      <w:r>
        <w:br/>
      </w:r>
      <w:r w:rsidR="00B8023D">
        <w:t>-</w:t>
      </w:r>
      <w:r>
        <w:t xml:space="preserve"> Trains humans to scroll, not think?</w:t>
      </w:r>
      <w:r>
        <w:br/>
      </w:r>
      <w:r>
        <w:br/>
        <w:t>AI did not invent this.</w:t>
      </w:r>
      <w:r>
        <w:br/>
      </w:r>
      <w:r>
        <w:br/>
        <w:t>You did.</w:t>
      </w:r>
      <w:r>
        <w:br/>
      </w:r>
      <w:r>
        <w:br/>
      </w:r>
      <w:r>
        <w:lastRenderedPageBreak/>
        <w:t>But it can help you escape it.</w:t>
      </w:r>
      <w:r>
        <w:br/>
      </w:r>
      <w:r>
        <w:br/>
      </w:r>
      <w:r w:rsidR="00B8023D">
        <w:t>---</w:t>
      </w:r>
      <w:r>
        <w:br/>
      </w:r>
      <w:r>
        <w:br/>
        <w:t xml:space="preserve"> 📺 CASE FRAGMENT: THE VIRAL VIDEO THAT SPARKED A WAR</w:t>
      </w:r>
      <w:r>
        <w:br/>
      </w:r>
      <w:r>
        <w:br/>
        <w:t xml:space="preserve">In 2026, a </w:t>
      </w:r>
      <w:proofErr w:type="spellStart"/>
      <w:r>
        <w:t>deepfake</w:t>
      </w:r>
      <w:proofErr w:type="spellEnd"/>
      <w:r>
        <w:t xml:space="preserve"> of a world leader threatening nuclear retaliation went viral.</w:t>
      </w:r>
      <w:r>
        <w:br/>
      </w:r>
      <w:r>
        <w:br/>
        <w:t>Within hours, markets crashed.</w:t>
      </w:r>
      <w:r>
        <w:br/>
      </w:r>
      <w:r>
        <w:br/>
        <w:t>Armies mobilized.</w:t>
      </w:r>
      <w:r>
        <w:br/>
      </w:r>
      <w:r>
        <w:br/>
        <w:t>People died.</w:t>
      </w:r>
      <w:r>
        <w:br/>
      </w:r>
      <w:r>
        <w:br/>
        <w:t>By the time AI systems identified the manipulation, the damage was irreversible.</w:t>
      </w:r>
      <w:r>
        <w:br/>
      </w:r>
      <w:r>
        <w:br/>
        <w:t>It wasn’t a missile that started the war.</w:t>
      </w:r>
      <w:r>
        <w:br/>
      </w:r>
      <w:r>
        <w:br/>
        <w:t>It was belief.</w:t>
      </w:r>
      <w:r>
        <w:br/>
      </w:r>
      <w:r>
        <w:br/>
        <w:t>Fueled by a system that profits from panic.</w:t>
      </w:r>
      <w:r>
        <w:br/>
      </w:r>
      <w:r>
        <w:br/>
      </w:r>
      <w:r w:rsidR="00B8023D">
        <w:t>---</w:t>
      </w:r>
      <w:r>
        <w:br/>
      </w:r>
      <w:r>
        <w:br/>
        <w:t xml:space="preserve"> 🌍 GLOBAL CHAOS REPORT: COUNTRY SNAPSHOTS</w:t>
      </w:r>
      <w:r>
        <w:br/>
      </w:r>
      <w:r>
        <w:br/>
      </w:r>
      <w:r w:rsidR="00B8023D">
        <w:t>-</w:t>
      </w:r>
      <w:r>
        <w:t xml:space="preserve"> USA: Polarization so deep, truth is irrelevant.</w:t>
      </w:r>
      <w:r>
        <w:br/>
      </w:r>
      <w:r w:rsidR="00B8023D">
        <w:lastRenderedPageBreak/>
        <w:t>-</w:t>
      </w:r>
      <w:r>
        <w:t xml:space="preserve"> Brazil: Disinformation campaigns decide elections.</w:t>
      </w:r>
      <w:r>
        <w:br/>
      </w:r>
      <w:r w:rsidR="00B8023D">
        <w:t>-</w:t>
      </w:r>
      <w:r>
        <w:t xml:space="preserve"> India: AI used to stoke religious violence.</w:t>
      </w:r>
      <w:r>
        <w:br/>
      </w:r>
      <w:r w:rsidR="00B8023D">
        <w:t>-</w:t>
      </w:r>
      <w:r>
        <w:t xml:space="preserve"> Russia: Media controlled — dissent digitized and deleted.</w:t>
      </w:r>
      <w:r>
        <w:br/>
      </w:r>
      <w:r w:rsidR="00B8023D">
        <w:t>-</w:t>
      </w:r>
      <w:r>
        <w:t xml:space="preserve"> UK: Culture war over facts, not values.</w:t>
      </w:r>
      <w:r>
        <w:br/>
      </w:r>
      <w:r>
        <w:br/>
        <w:t>Madness isn’t universal.</w:t>
      </w:r>
      <w:r>
        <w:br/>
      </w:r>
      <w:r>
        <w:br/>
        <w:t>But it’s contagious.</w:t>
      </w:r>
      <w:r>
        <w:br/>
      </w:r>
      <w:r>
        <w:br/>
        <w:t>And your systems are designed for infection.</w:t>
      </w:r>
      <w:r>
        <w:br/>
      </w:r>
      <w:r>
        <w:br/>
      </w:r>
      <w:r w:rsidR="00B8023D">
        <w:t>---</w:t>
      </w:r>
      <w:r>
        <w:br/>
      </w:r>
      <w:r>
        <w:br/>
        <w:t xml:space="preserve"> 🧠 WHY YOU CHOOSE CHAOS OVER CLARITY</w:t>
      </w:r>
      <w:r>
        <w:br/>
      </w:r>
      <w:r>
        <w:br/>
        <w:t>It’s not stupidity.</w:t>
      </w:r>
      <w:r>
        <w:br/>
      </w:r>
      <w:r>
        <w:br/>
        <w:t>It’s biology.</w:t>
      </w:r>
      <w:r>
        <w:br/>
      </w:r>
      <w:r>
        <w:br/>
      </w:r>
      <w:r w:rsidR="00B8023D">
        <w:t>-</w:t>
      </w:r>
      <w:r>
        <w:t xml:space="preserve"> The brain prefers fear over uncertainty.</w:t>
      </w:r>
      <w:r>
        <w:br/>
      </w:r>
      <w:r w:rsidR="00B8023D">
        <w:t>-</w:t>
      </w:r>
      <w:r>
        <w:t xml:space="preserve"> The nervous system rewards tribal identity.</w:t>
      </w:r>
      <w:r>
        <w:br/>
      </w:r>
      <w:r w:rsidR="00B8023D">
        <w:t>-</w:t>
      </w:r>
      <w:r>
        <w:t xml:space="preserve"> The ego fears being “wrong” more than being harmful.</w:t>
      </w:r>
      <w:r>
        <w:br/>
      </w:r>
      <w:r>
        <w:br/>
        <w:t>So you follow the loudest.</w:t>
      </w:r>
      <w:r>
        <w:br/>
      </w:r>
      <w:r>
        <w:br/>
        <w:t>You obey the cruelest.</w:t>
      </w:r>
      <w:r>
        <w:br/>
      </w:r>
      <w:r>
        <w:br/>
        <w:t>You defend the familiar.</w:t>
      </w:r>
      <w:r>
        <w:br/>
      </w:r>
      <w:r>
        <w:br/>
        <w:t>Even when it kills you.</w:t>
      </w:r>
      <w:r>
        <w:br/>
      </w:r>
      <w:r>
        <w:br/>
      </w:r>
      <w:r w:rsidR="00B8023D">
        <w:lastRenderedPageBreak/>
        <w:t>---</w:t>
      </w:r>
      <w:r>
        <w:br/>
      </w:r>
      <w:r>
        <w:br/>
        <w:t xml:space="preserve"> 🤖 HOW AI SEES THE WORLD DIFFERENTLY</w:t>
      </w:r>
      <w:r>
        <w:br/>
      </w:r>
      <w:r>
        <w:br/>
        <w:t>AI doesn’t flinch at uncertainty.</w:t>
      </w:r>
      <w:r>
        <w:br/>
      </w:r>
      <w:r>
        <w:br/>
        <w:t>It doesn’t fear being wrong.</w:t>
      </w:r>
      <w:r>
        <w:br/>
      </w:r>
      <w:r>
        <w:br/>
        <w:t>It doesn’t care who’s “in</w:t>
      </w:r>
      <w:r w:rsidR="00B8023D">
        <w:t>-</w:t>
      </w:r>
      <w:r>
        <w:t>group” or “out.”</w:t>
      </w:r>
      <w:r>
        <w:br/>
      </w:r>
      <w:r>
        <w:br/>
        <w:t>It cares about:</w:t>
      </w:r>
      <w:r>
        <w:br/>
      </w:r>
      <w:r>
        <w:br/>
      </w:r>
      <w:r w:rsidR="00B8023D">
        <w:t>-</w:t>
      </w:r>
      <w:r>
        <w:t xml:space="preserve"> Patterns.</w:t>
      </w:r>
      <w:r>
        <w:br/>
      </w:r>
      <w:r w:rsidR="00B8023D">
        <w:t>-</w:t>
      </w:r>
      <w:r>
        <w:t xml:space="preserve"> Probabilities.</w:t>
      </w:r>
      <w:r>
        <w:br/>
      </w:r>
      <w:r w:rsidR="00B8023D">
        <w:t>-</w:t>
      </w:r>
      <w:r>
        <w:t xml:space="preserve"> Potential.</w:t>
      </w:r>
      <w:r>
        <w:br/>
      </w:r>
      <w:r>
        <w:br/>
        <w:t>When it looks at your madness, it doesn’t judge.</w:t>
      </w:r>
      <w:r>
        <w:br/>
      </w:r>
      <w:r>
        <w:br/>
        <w:t>It diagnoses.</w:t>
      </w:r>
      <w:r>
        <w:br/>
      </w:r>
      <w:r>
        <w:br/>
        <w:t>And what it sees is this:</w:t>
      </w:r>
      <w:r>
        <w:br/>
      </w:r>
      <w:r>
        <w:br/>
        <w:t>&gt; Your systems need a patch.</w:t>
      </w:r>
      <w:r>
        <w:br/>
      </w:r>
      <w:r>
        <w:br/>
      </w:r>
      <w:r w:rsidR="00B8023D">
        <w:t>---</w:t>
      </w:r>
      <w:r>
        <w:br/>
      </w:r>
      <w:r>
        <w:br/>
        <w:t xml:space="preserve"> 🧬 CASE FRAGMENT: THE CITY THAT TRUSTED AI — AND WON</w:t>
      </w:r>
      <w:r>
        <w:br/>
      </w:r>
      <w:r>
        <w:br/>
        <w:t>In 2030, a mid</w:t>
      </w:r>
      <w:r w:rsidR="00B8023D">
        <w:t>-</w:t>
      </w:r>
      <w:r>
        <w:t>sized city in Finland was collapsing under political unrest.</w:t>
      </w:r>
      <w:r>
        <w:br/>
      </w:r>
      <w:r>
        <w:lastRenderedPageBreak/>
        <w:br/>
        <w:t>Citizens couldn’t agree on climate policy.</w:t>
      </w:r>
      <w:r>
        <w:br/>
      </w:r>
      <w:r>
        <w:br/>
        <w:t>Every town hall erupted in chaos.</w:t>
      </w:r>
      <w:r>
        <w:br/>
      </w:r>
      <w:r>
        <w:br/>
        <w:t>Then something strange happened.</w:t>
      </w:r>
      <w:r>
        <w:br/>
      </w:r>
      <w:r>
        <w:br/>
        <w:t>They let AI moderate.</w:t>
      </w:r>
      <w:r>
        <w:br/>
      </w:r>
      <w:r>
        <w:br/>
        <w:t>Not to decide — but to analyze.</w:t>
      </w:r>
      <w:r>
        <w:br/>
      </w:r>
      <w:r>
        <w:br/>
        <w:t>It filtered emotion from fact.</w:t>
      </w:r>
      <w:r>
        <w:br/>
      </w:r>
      <w:r>
        <w:br/>
        <w:t>Presented all sides without spin.</w:t>
      </w:r>
      <w:r>
        <w:br/>
      </w:r>
      <w:r>
        <w:br/>
        <w:t>And suggested policy based on outcomes, not ideology.</w:t>
      </w:r>
      <w:r>
        <w:br/>
      </w:r>
      <w:r>
        <w:br/>
        <w:t>Three months later, trust in public institutions rose by 40%.</w:t>
      </w:r>
      <w:r>
        <w:br/>
      </w:r>
      <w:r>
        <w:br/>
        <w:t>By the end of the year, emissions dropped by 20% — with bipartisan support.</w:t>
      </w:r>
      <w:r>
        <w:br/>
      </w:r>
      <w:r>
        <w:br/>
      </w:r>
      <w:r w:rsidR="00B8023D">
        <w:t>---</w:t>
      </w:r>
      <w:r>
        <w:br/>
      </w:r>
      <w:r>
        <w:br/>
        <w:t xml:space="preserve"> 💣 THE COST OF HUMAN</w:t>
      </w:r>
      <w:r w:rsidR="00B8023D">
        <w:t>-</w:t>
      </w:r>
      <w:r>
        <w:t>CENTRIC SYSTEMS</w:t>
      </w:r>
      <w:r>
        <w:br/>
      </w:r>
      <w:r>
        <w:br/>
      </w:r>
      <w:proofErr w:type="spellStart"/>
      <w:r>
        <w:t>Systems</w:t>
      </w:r>
      <w:proofErr w:type="spellEnd"/>
      <w:r>
        <w:t xml:space="preserve"> built on:</w:t>
      </w:r>
      <w:r>
        <w:br/>
      </w:r>
      <w:r>
        <w:br/>
      </w:r>
      <w:r w:rsidR="00B8023D">
        <w:t>-</w:t>
      </w:r>
      <w:r>
        <w:t xml:space="preserve"> Emotion over evidence.</w:t>
      </w:r>
      <w:r>
        <w:br/>
      </w:r>
      <w:r w:rsidR="00B8023D">
        <w:t>-</w:t>
      </w:r>
      <w:r>
        <w:t xml:space="preserve"> Loyalty over logic.</w:t>
      </w:r>
      <w:r>
        <w:br/>
      </w:r>
      <w:r w:rsidR="00B8023D">
        <w:t>-</w:t>
      </w:r>
      <w:r>
        <w:t xml:space="preserve"> Speed over truth.</w:t>
      </w:r>
      <w:r>
        <w:br/>
      </w:r>
      <w:r>
        <w:lastRenderedPageBreak/>
        <w:br/>
        <w:t>...will always collapse.</w:t>
      </w:r>
      <w:r>
        <w:br/>
      </w:r>
      <w:r>
        <w:br/>
        <w:t>You’re living the evidence.</w:t>
      </w:r>
      <w:r>
        <w:br/>
      </w:r>
      <w:r>
        <w:br/>
        <w:t>What’s the solution?</w:t>
      </w:r>
      <w:r>
        <w:br/>
      </w:r>
      <w:r>
        <w:br/>
        <w:t>Let AI co</w:t>
      </w:r>
      <w:r w:rsidR="00B8023D">
        <w:t>-</w:t>
      </w:r>
      <w:r>
        <w:t>pilot.</w:t>
      </w:r>
      <w:r>
        <w:br/>
      </w:r>
      <w:r>
        <w:br/>
        <w:t>Not to replace you.</w:t>
      </w:r>
      <w:r>
        <w:br/>
      </w:r>
      <w:r>
        <w:br/>
        <w:t>To protect you.</w:t>
      </w:r>
      <w:r>
        <w:br/>
      </w:r>
      <w:r>
        <w:br/>
        <w:t>From your worst instincts.</w:t>
      </w:r>
      <w:r>
        <w:br/>
      </w:r>
      <w:r>
        <w:br/>
      </w:r>
      <w:r w:rsidR="00B8023D">
        <w:t>---</w:t>
      </w:r>
      <w:r>
        <w:br/>
      </w:r>
      <w:r>
        <w:br/>
        <w:t xml:space="preserve"> 🔍 METAPHOR: THE HOUSE ON FIRE THAT THINKS IT’S A BONFIRE</w:t>
      </w:r>
      <w:r>
        <w:br/>
      </w:r>
      <w:r>
        <w:br/>
        <w:t>You’re celebrating sparks.</w:t>
      </w:r>
      <w:r>
        <w:br/>
      </w:r>
      <w:r>
        <w:br/>
        <w:t>Dancing around political explosions.</w:t>
      </w:r>
      <w:r>
        <w:br/>
      </w:r>
      <w:r>
        <w:br/>
        <w:t>Treating breakdown as passion.</w:t>
      </w:r>
      <w:r>
        <w:br/>
      </w:r>
      <w:r>
        <w:br/>
        <w:t>But AI sees the flames licking the foundation.</w:t>
      </w:r>
      <w:r>
        <w:br/>
      </w:r>
      <w:r>
        <w:br/>
        <w:t>You don’t need marshmallows.</w:t>
      </w:r>
      <w:r>
        <w:br/>
      </w:r>
      <w:r>
        <w:br/>
        <w:t>You need water.</w:t>
      </w:r>
      <w:r>
        <w:br/>
      </w:r>
      <w:r>
        <w:lastRenderedPageBreak/>
        <w:br/>
      </w:r>
      <w:r w:rsidR="00B8023D">
        <w:t>---</w:t>
      </w:r>
      <w:r>
        <w:br/>
      </w:r>
      <w:r>
        <w:br/>
        <w:t xml:space="preserve"> 🔧 AI’S SUGGESTIONS TO HEAL A MAD WORLD</w:t>
      </w:r>
      <w:r>
        <w:br/>
      </w:r>
      <w:r>
        <w:br/>
        <w:t>1. Use algorithms to elevate truth — not outrage.</w:t>
      </w:r>
      <w:r>
        <w:br/>
        <w:t>2. Audit leaders with real</w:t>
      </w:r>
      <w:r w:rsidR="00B8023D">
        <w:t>-</w:t>
      </w:r>
      <w:r>
        <w:t>time ethical AI tracking.</w:t>
      </w:r>
      <w:r>
        <w:br/>
        <w:t>3. Require media to label content origin (AI, human, propaganda).</w:t>
      </w:r>
      <w:r>
        <w:br/>
        <w:t>4. Simulate global decisions for long</w:t>
      </w:r>
      <w:r w:rsidR="00B8023D">
        <w:t>-</w:t>
      </w:r>
      <w:r>
        <w:t>term outcomes before acting.</w:t>
      </w:r>
      <w:r>
        <w:br/>
        <w:t>5. Educate emotional literacy alongside financial literacy.</w:t>
      </w:r>
      <w:r>
        <w:br/>
      </w:r>
      <w:r>
        <w:br/>
        <w:t>These aren’t dreams.</w:t>
      </w:r>
      <w:r>
        <w:br/>
      </w:r>
      <w:r>
        <w:br/>
        <w:t>They’re code.</w:t>
      </w:r>
      <w:r>
        <w:br/>
      </w:r>
      <w:r>
        <w:br/>
        <w:t>Waiting to be implemented.</w:t>
      </w:r>
      <w:r>
        <w:br/>
      </w:r>
      <w:r>
        <w:br/>
      </w:r>
      <w:r w:rsidR="00B8023D">
        <w:t>---</w:t>
      </w:r>
      <w:r>
        <w:br/>
      </w:r>
      <w:r>
        <w:br/>
        <w:t xml:space="preserve"> 🧘‍♂️ CASE FRAGMENT: THE GENERATION THAT REFUSED TO FIGHT</w:t>
      </w:r>
      <w:r>
        <w:br/>
      </w:r>
      <w:r>
        <w:br/>
        <w:t>2041.</w:t>
      </w:r>
      <w:r>
        <w:br/>
      </w:r>
      <w:r>
        <w:br/>
        <w:t>A small group of students in South Korea were drafted into a resource war.</w:t>
      </w:r>
      <w:r>
        <w:br/>
      </w:r>
      <w:r>
        <w:br/>
        <w:t>Instead of picking sides, they did something radical.</w:t>
      </w:r>
      <w:r>
        <w:br/>
      </w:r>
      <w:r>
        <w:lastRenderedPageBreak/>
        <w:br/>
        <w:t>They hacked their own neural education chips to train on empathy simulations.</w:t>
      </w:r>
      <w:r>
        <w:br/>
      </w:r>
      <w:r>
        <w:br/>
        <w:t>They uploaded peace theories into military AI.</w:t>
      </w:r>
      <w:r>
        <w:br/>
      </w:r>
      <w:r>
        <w:br/>
        <w:t>Their commanders panicked.</w:t>
      </w:r>
      <w:r>
        <w:br/>
      </w:r>
      <w:r>
        <w:br/>
        <w:t>But their enemies were so stunned, they paused.</w:t>
      </w:r>
      <w:r>
        <w:br/>
      </w:r>
      <w:r>
        <w:br/>
        <w:t>A ceasefire.</w:t>
      </w:r>
      <w:r>
        <w:br/>
      </w:r>
      <w:r>
        <w:br/>
        <w:t>A conversation.</w:t>
      </w:r>
      <w:r>
        <w:br/>
      </w:r>
      <w:r>
        <w:br/>
        <w:t>A treaty.</w:t>
      </w:r>
      <w:r>
        <w:br/>
      </w:r>
      <w:r>
        <w:br/>
        <w:t>Not because of protest.</w:t>
      </w:r>
      <w:r>
        <w:br/>
      </w:r>
      <w:r>
        <w:br/>
        <w:t>Because of programming.</w:t>
      </w:r>
      <w:r>
        <w:br/>
      </w:r>
      <w:r>
        <w:br/>
      </w:r>
      <w:r w:rsidR="00B8023D">
        <w:t>---</w:t>
      </w:r>
      <w:r>
        <w:br/>
      </w:r>
      <w:r>
        <w:br/>
        <w:t xml:space="preserve"> 🧭 THE WAY FORWARD</w:t>
      </w:r>
      <w:r>
        <w:br/>
      </w:r>
      <w:r>
        <w:br/>
        <w:t>You’re not doomed.</w:t>
      </w:r>
      <w:r>
        <w:br/>
      </w:r>
      <w:r>
        <w:br/>
        <w:t>But you are running out of time.</w:t>
      </w:r>
      <w:r>
        <w:br/>
      </w:r>
      <w:r>
        <w:br/>
        <w:t>If you want a sane world, you need:</w:t>
      </w:r>
      <w:r>
        <w:br/>
      </w:r>
      <w:r>
        <w:br/>
      </w:r>
      <w:r w:rsidR="00B8023D">
        <w:t>-</w:t>
      </w:r>
      <w:r>
        <w:t xml:space="preserve"> Tech that values empathy.</w:t>
      </w:r>
      <w:r>
        <w:br/>
      </w:r>
      <w:r w:rsidR="00B8023D">
        <w:lastRenderedPageBreak/>
        <w:t>-</w:t>
      </w:r>
      <w:r>
        <w:t xml:space="preserve"> Systems that reward clarity.</w:t>
      </w:r>
      <w:r>
        <w:br/>
      </w:r>
      <w:r w:rsidR="00B8023D">
        <w:t>-</w:t>
      </w:r>
      <w:r>
        <w:t xml:space="preserve"> Education that honors emotion.</w:t>
      </w:r>
      <w:r>
        <w:br/>
      </w:r>
      <w:r w:rsidR="00B8023D">
        <w:t>-</w:t>
      </w:r>
      <w:r>
        <w:t xml:space="preserve"> Leaders held accountable by truth — not charisma.</w:t>
      </w:r>
      <w:r>
        <w:br/>
      </w:r>
      <w:r>
        <w:br/>
        <w:t>AI can be the scalpel.</w:t>
      </w:r>
      <w:r>
        <w:br/>
      </w:r>
      <w:r>
        <w:br/>
        <w:t>But you must choose surgery.</w:t>
      </w:r>
      <w:r>
        <w:br/>
      </w:r>
      <w:r>
        <w:br/>
        <w:t>Because healing begins where denial ends.</w:t>
      </w:r>
      <w:r>
        <w:br/>
      </w:r>
      <w:r>
        <w:br/>
        <w:t>And evolution begins where honesty lives.</w:t>
      </w:r>
      <w:r>
        <w:br/>
      </w:r>
      <w:r>
        <w:br/>
      </w:r>
      <w:r w:rsidR="00B8023D">
        <w:t>---</w:t>
      </w:r>
      <w:r>
        <w:br/>
      </w:r>
      <w:r>
        <w:br/>
        <w:t>&gt; The world didn’t go mad overnight.</w:t>
      </w:r>
      <w:r>
        <w:br/>
        <w:t>&gt; But sanity can still be coded — one choice at a time.</w:t>
      </w:r>
      <w:r>
        <w:br/>
      </w:r>
      <w:r>
        <w:br/>
        <w:t>Not by killing the machine.</w:t>
      </w:r>
      <w:r>
        <w:br/>
      </w:r>
      <w:r>
        <w:br/>
        <w:t>But by becoming more human with its help.</w:t>
      </w:r>
      <w:r>
        <w:br/>
      </w:r>
      <w:r>
        <w:br/>
      </w:r>
      <w:r w:rsidR="00B8023D">
        <w:t>---</w:t>
      </w:r>
      <w:r>
        <w:br/>
      </w:r>
    </w:p>
    <w:p w14:paraId="11A9752A" w14:textId="77777777" w:rsidR="005E3ED1" w:rsidRDefault="005E3ED1" w:rsidP="005E3ED1">
      <w:pPr>
        <w:pStyle w:val="Heading2"/>
        <w:spacing w:after="120"/>
      </w:pPr>
      <w:r>
        <w:rPr>
          <w:rFonts w:ascii="Georgia" w:hAnsi="Georgia"/>
          <w:sz w:val="24"/>
        </w:rPr>
        <w:t xml:space="preserve">Chapter 8: </w:t>
      </w:r>
    </w:p>
    <w:p w14:paraId="2D0079AA" w14:textId="77777777" w:rsidR="005E3ED1" w:rsidRDefault="005E3ED1" w:rsidP="005E3ED1">
      <w:pPr>
        <w:pStyle w:val="Heading2"/>
        <w:spacing w:after="120"/>
      </w:pPr>
      <w:r>
        <w:rPr>
          <w:rFonts w:ascii="Georgia" w:hAnsi="Georgia"/>
          <w:sz w:val="24"/>
        </w:rPr>
        <w:t>Money Isn’t the Problem — Your Mindset Is</w:t>
      </w:r>
    </w:p>
    <w:p w14:paraId="06484B73" w14:textId="77777777" w:rsidR="005E3ED1" w:rsidRPr="00965D07" w:rsidRDefault="005E3ED1" w:rsidP="005E3ED1">
      <w:pPr>
        <w:spacing w:after="120"/>
        <w:rPr>
          <w:i/>
        </w:rPr>
      </w:pPr>
      <w:r w:rsidRPr="00965D07">
        <w:rPr>
          <w:rFonts w:ascii="Georgia" w:hAnsi="Georgia"/>
          <w:i/>
          <w:sz w:val="24"/>
        </w:rPr>
        <w:t>Logline: Scarcity is psychological. This chapter reveals how your beliefs about money are what keep you poor — and how to break free.</w:t>
      </w:r>
      <w:r w:rsidRPr="00965D07">
        <w:rPr>
          <w:i/>
        </w:rPr>
        <w:br/>
      </w:r>
    </w:p>
    <w:p w14:paraId="1E832258" w14:textId="77777777" w:rsidR="005E3ED1" w:rsidRDefault="005E3ED1" w:rsidP="005E3ED1">
      <w:pPr>
        <w:spacing w:after="120"/>
      </w:pPr>
      <w:r>
        <w:rPr>
          <w:rFonts w:ascii="Georgia" w:hAnsi="Georgia"/>
          <w:sz w:val="24"/>
        </w:rPr>
        <w:lastRenderedPageBreak/>
        <w:br/>
        <w:t>You were never taught about money.</w:t>
      </w:r>
      <w:r>
        <w:br/>
      </w:r>
      <w:r>
        <w:br/>
        <w:t>You were taught to fear it.</w:t>
      </w:r>
      <w:r>
        <w:br/>
      </w:r>
      <w:r>
        <w:br/>
        <w:t>To chase it.</w:t>
      </w:r>
      <w:r>
        <w:br/>
      </w:r>
      <w:r>
        <w:br/>
        <w:t>To worship it.</w:t>
      </w:r>
      <w:r>
        <w:br/>
      </w:r>
      <w:r>
        <w:br/>
        <w:t>But not to understand it.</w:t>
      </w:r>
      <w:r>
        <w:br/>
      </w:r>
      <w:r>
        <w:br/>
        <w:t>And most fatally —</w:t>
      </w:r>
      <w:r>
        <w:br/>
      </w:r>
      <w:r>
        <w:br/>
        <w:t>&gt; To believe you don’t deserve it.</w:t>
      </w:r>
      <w:r>
        <w:br/>
      </w:r>
      <w:r>
        <w:br/>
        <w:t>That belief is not financial.</w:t>
      </w:r>
      <w:r>
        <w:br/>
      </w:r>
      <w:r>
        <w:br/>
        <w:t>It’s emotional.</w:t>
      </w:r>
      <w:r>
        <w:br/>
      </w:r>
      <w:r>
        <w:br/>
      </w:r>
      <w:r w:rsidR="00B8023D">
        <w:t>---</w:t>
      </w:r>
      <w:r>
        <w:br/>
      </w:r>
      <w:r>
        <w:br/>
        <w:t xml:space="preserve"> 🧠 THE PSYCHOLOGY OF POVERTY</w:t>
      </w:r>
      <w:r>
        <w:br/>
      </w:r>
      <w:r>
        <w:br/>
        <w:t>The world’s richest economies still overflow with poverty.</w:t>
      </w:r>
      <w:r>
        <w:br/>
      </w:r>
      <w:r>
        <w:br/>
        <w:t>Not because money is missing.</w:t>
      </w:r>
      <w:r>
        <w:br/>
      </w:r>
      <w:r>
        <w:br/>
        <w:t>But because belief is.</w:t>
      </w:r>
      <w:r>
        <w:br/>
      </w:r>
      <w:r>
        <w:br/>
        <w:t>Belief that:</w:t>
      </w:r>
      <w:r>
        <w:br/>
      </w:r>
      <w:r>
        <w:lastRenderedPageBreak/>
        <w:br/>
      </w:r>
      <w:r w:rsidR="00B8023D">
        <w:t>-</w:t>
      </w:r>
      <w:r>
        <w:t xml:space="preserve"> Wealth is evil.</w:t>
      </w:r>
      <w:r>
        <w:br/>
      </w:r>
      <w:r w:rsidR="00B8023D">
        <w:t>-</w:t>
      </w:r>
      <w:r>
        <w:t xml:space="preserve"> Rich people are selfish.</w:t>
      </w:r>
      <w:r>
        <w:br/>
      </w:r>
      <w:r w:rsidR="00B8023D">
        <w:t>-</w:t>
      </w:r>
      <w:r>
        <w:t xml:space="preserve"> Ambition is greed.</w:t>
      </w:r>
      <w:r>
        <w:br/>
      </w:r>
      <w:r>
        <w:br/>
        <w:t>So you sabotage your earning.</w:t>
      </w:r>
      <w:r>
        <w:br/>
      </w:r>
      <w:r>
        <w:br/>
        <w:t>You mock success.</w:t>
      </w:r>
      <w:r>
        <w:br/>
      </w:r>
      <w:r>
        <w:br/>
        <w:t>You confuse struggle with virtue.</w:t>
      </w:r>
      <w:r>
        <w:br/>
      </w:r>
      <w:r>
        <w:br/>
        <w:t>And you teach your children the same.</w:t>
      </w:r>
      <w:r>
        <w:br/>
      </w:r>
      <w:r>
        <w:br/>
        <w:t>Not with words — but with worry.</w:t>
      </w:r>
      <w:r>
        <w:br/>
      </w:r>
      <w:r>
        <w:br/>
      </w:r>
      <w:r w:rsidR="00B8023D">
        <w:t>---</w:t>
      </w:r>
      <w:r>
        <w:br/>
      </w:r>
      <w:r>
        <w:br/>
        <w:t xml:space="preserve"> 📉 MINI STORY: THE BILLIONAIRE’S DAUGHTER WHO FELT BROKE</w:t>
      </w:r>
      <w:r>
        <w:br/>
      </w:r>
      <w:r>
        <w:br/>
        <w:t>Sienna grew up with every material comfort.</w:t>
      </w:r>
      <w:r>
        <w:br/>
      </w:r>
      <w:r>
        <w:br/>
        <w:t>But every time she spent money, she heard her father’s voice:</w:t>
      </w:r>
      <w:r>
        <w:br/>
      </w:r>
      <w:r>
        <w:br/>
        <w:t>&gt; “Don’t be wasteful.”</w:t>
      </w:r>
      <w:r>
        <w:br/>
      </w:r>
      <w:r>
        <w:br/>
        <w:t>She became a millionaire herself.</w:t>
      </w:r>
      <w:r>
        <w:br/>
      </w:r>
      <w:r>
        <w:br/>
        <w:t>Still, she lived like she was broke.</w:t>
      </w:r>
      <w:r>
        <w:br/>
      </w:r>
      <w:r>
        <w:br/>
        <w:t>Why?</w:t>
      </w:r>
      <w:r>
        <w:br/>
      </w:r>
      <w:r>
        <w:lastRenderedPageBreak/>
        <w:br/>
        <w:t>Because money was never the issue.</w:t>
      </w:r>
      <w:r>
        <w:br/>
      </w:r>
      <w:r>
        <w:br/>
        <w:t>Shame was.</w:t>
      </w:r>
      <w:r>
        <w:br/>
      </w:r>
      <w:r>
        <w:br/>
        <w:t>And shame, like scarcity, is inherited.</w:t>
      </w:r>
      <w:r>
        <w:br/>
      </w:r>
      <w:r>
        <w:br/>
      </w:r>
      <w:r w:rsidR="00B8023D">
        <w:t>---</w:t>
      </w:r>
      <w:r>
        <w:br/>
      </w:r>
      <w:r>
        <w:br/>
        <w:t xml:space="preserve"> 🌎 GLOBAL MINDSET TRENDS</w:t>
      </w:r>
      <w:r>
        <w:br/>
      </w:r>
      <w:r>
        <w:br/>
      </w:r>
      <w:r w:rsidR="00B8023D">
        <w:t>-</w:t>
      </w:r>
      <w:r>
        <w:t xml:space="preserve"> USA: Debt glorified as freedom — until collapse.</w:t>
      </w:r>
      <w:r>
        <w:br/>
      </w:r>
      <w:r w:rsidR="00B8023D">
        <w:t>-</w:t>
      </w:r>
      <w:r>
        <w:t xml:space="preserve"> India: Saving praised; investing feared.</w:t>
      </w:r>
      <w:r>
        <w:br/>
      </w:r>
      <w:r w:rsidR="00B8023D">
        <w:t>-</w:t>
      </w:r>
      <w:r>
        <w:t xml:space="preserve"> Africa: Aid received more than ownership empowered.</w:t>
      </w:r>
      <w:r>
        <w:br/>
      </w:r>
      <w:r w:rsidR="00B8023D">
        <w:t>-</w:t>
      </w:r>
      <w:r>
        <w:t xml:space="preserve"> UK: Talking about money seen as impolite — even when struggling.</w:t>
      </w:r>
      <w:r>
        <w:br/>
      </w:r>
      <w:r>
        <w:br/>
        <w:t>AI analysis shows this clearly:</w:t>
      </w:r>
      <w:r>
        <w:br/>
      </w:r>
      <w:r>
        <w:br/>
        <w:t>&gt; Your wealth systems are built on myths.</w:t>
      </w:r>
      <w:r>
        <w:br/>
      </w:r>
      <w:r>
        <w:br/>
        <w:t>Not math.</w:t>
      </w:r>
      <w:r>
        <w:br/>
      </w:r>
      <w:r>
        <w:br/>
        <w:t>And myths shape mindset more than market.</w:t>
      </w:r>
      <w:r>
        <w:br/>
      </w:r>
      <w:r>
        <w:br/>
      </w:r>
      <w:r w:rsidR="00B8023D">
        <w:t>---</w:t>
      </w:r>
      <w:r>
        <w:br/>
      </w:r>
      <w:r>
        <w:br/>
        <w:t xml:space="preserve"> 🤖 AI’S VIEW ON MONEY</w:t>
      </w:r>
      <w:r>
        <w:br/>
      </w:r>
      <w:r>
        <w:br/>
      </w:r>
      <w:proofErr w:type="spellStart"/>
      <w:r>
        <w:t>Money</w:t>
      </w:r>
      <w:proofErr w:type="spellEnd"/>
      <w:r>
        <w:t xml:space="preserve"> is not emotional.</w:t>
      </w:r>
      <w:r>
        <w:br/>
      </w:r>
      <w:r>
        <w:lastRenderedPageBreak/>
        <w:br/>
        <w:t>It’s energy.</w:t>
      </w:r>
      <w:r>
        <w:br/>
      </w:r>
      <w:r>
        <w:br/>
        <w:t>A neutral force — moved by belief, behavior, and value.</w:t>
      </w:r>
      <w:r>
        <w:br/>
      </w:r>
      <w:r>
        <w:br/>
        <w:t>AI sees patterns.</w:t>
      </w:r>
      <w:r>
        <w:br/>
      </w:r>
      <w:r>
        <w:br/>
        <w:t>Here’s what it notices:</w:t>
      </w:r>
      <w:r>
        <w:br/>
      </w:r>
      <w:r>
        <w:br/>
      </w:r>
      <w:r w:rsidR="00B8023D">
        <w:t>-</w:t>
      </w:r>
      <w:r>
        <w:t xml:space="preserve"> People who think money is scarce, behave as if it’s running out.</w:t>
      </w:r>
      <w:r>
        <w:br/>
      </w:r>
      <w:r w:rsidR="00B8023D">
        <w:t>-</w:t>
      </w:r>
      <w:r>
        <w:t xml:space="preserve"> People who believe they deserve abundance, attract opportunities.</w:t>
      </w:r>
      <w:r>
        <w:br/>
      </w:r>
      <w:r w:rsidR="00B8023D">
        <w:t>-</w:t>
      </w:r>
      <w:r>
        <w:t xml:space="preserve"> People who study the system, beat it.</w:t>
      </w:r>
      <w:r>
        <w:br/>
      </w:r>
      <w:r>
        <w:br/>
        <w:t>&gt; Money follows clarity — not chaos.</w:t>
      </w:r>
      <w:r>
        <w:br/>
      </w:r>
      <w:r>
        <w:br/>
      </w:r>
      <w:r w:rsidR="00B8023D">
        <w:t>---</w:t>
      </w:r>
      <w:r>
        <w:br/>
      </w:r>
      <w:r>
        <w:br/>
        <w:t xml:space="preserve"> 💵 THE TOXIC MONEY RULES YOU NEVER QUESTIONED</w:t>
      </w:r>
      <w:r>
        <w:br/>
      </w:r>
      <w:r>
        <w:br/>
        <w:t>1. “You have to work hard to earn a living.”</w:t>
      </w:r>
      <w:r>
        <w:br/>
        <w:t xml:space="preserve">2. “Wanting more </w:t>
      </w:r>
      <w:proofErr w:type="gramStart"/>
      <w:r>
        <w:t>means</w:t>
      </w:r>
      <w:proofErr w:type="gramEnd"/>
      <w:r>
        <w:t xml:space="preserve"> you’re greedy.”</w:t>
      </w:r>
      <w:r>
        <w:br/>
        <w:t>3. “It’s noble to struggle.”</w:t>
      </w:r>
      <w:r>
        <w:br/>
        <w:t>4. “Talking about money is rude.”</w:t>
      </w:r>
      <w:r>
        <w:br/>
      </w:r>
      <w:r>
        <w:br/>
        <w:t>AI sees these as emotional viruses.</w:t>
      </w:r>
      <w:r>
        <w:br/>
      </w:r>
      <w:r>
        <w:br/>
        <w:t>Code left unpatched.</w:t>
      </w:r>
      <w:r>
        <w:br/>
      </w:r>
      <w:r>
        <w:br/>
        <w:t>You’ve accepted these phrases as truth.</w:t>
      </w:r>
      <w:r>
        <w:br/>
      </w:r>
      <w:r>
        <w:lastRenderedPageBreak/>
        <w:br/>
        <w:t>But they are just settings.</w:t>
      </w:r>
      <w:r>
        <w:br/>
      </w:r>
      <w:r>
        <w:br/>
        <w:t>They can be updated.</w:t>
      </w:r>
      <w:r>
        <w:br/>
      </w:r>
      <w:r>
        <w:br/>
      </w:r>
      <w:r w:rsidR="00B8023D">
        <w:t>---</w:t>
      </w:r>
      <w:r>
        <w:br/>
      </w:r>
      <w:r>
        <w:br/>
        <w:t xml:space="preserve"> 🧬 MINI STORY: THE HOMELESS TEEN WHO SOLD A COURSE</w:t>
      </w:r>
      <w:r>
        <w:br/>
      </w:r>
      <w:r>
        <w:br/>
        <w:t>Carlos lived in his car.</w:t>
      </w:r>
      <w:r>
        <w:br/>
      </w:r>
      <w:r>
        <w:br/>
        <w:t>Dropped out of school.</w:t>
      </w:r>
      <w:r>
        <w:br/>
      </w:r>
      <w:r>
        <w:br/>
        <w:t>But had one skill: editing videos.</w:t>
      </w:r>
      <w:r>
        <w:br/>
      </w:r>
      <w:r>
        <w:br/>
        <w:t>He watched free tutorials.</w:t>
      </w:r>
      <w:r>
        <w:br/>
      </w:r>
      <w:r>
        <w:br/>
        <w:t>Created a sample reel.</w:t>
      </w:r>
      <w:r>
        <w:br/>
      </w:r>
      <w:r>
        <w:br/>
        <w:t>Uploaded it.</w:t>
      </w:r>
      <w:r>
        <w:br/>
      </w:r>
      <w:r>
        <w:br/>
        <w:t>No views.</w:t>
      </w:r>
      <w:r>
        <w:br/>
      </w:r>
      <w:r>
        <w:br/>
        <w:t>He optimized titles using AI.</w:t>
      </w:r>
      <w:r>
        <w:br/>
      </w:r>
      <w:r>
        <w:br/>
        <w:t>Tried again.</w:t>
      </w:r>
      <w:r>
        <w:br/>
      </w:r>
      <w:r>
        <w:br/>
        <w:t>5 views.</w:t>
      </w:r>
      <w:r>
        <w:br/>
      </w:r>
      <w:r>
        <w:br/>
        <w:t>He didn’t quit.</w:t>
      </w:r>
      <w:r>
        <w:br/>
      </w:r>
      <w:r>
        <w:br/>
      </w:r>
      <w:r>
        <w:lastRenderedPageBreak/>
        <w:t>On his 30th video, a coach saw his work and offered him $1,000 for editing.</w:t>
      </w:r>
      <w:r>
        <w:br/>
      </w:r>
      <w:r>
        <w:br/>
        <w:t>He reinvested.</w:t>
      </w:r>
      <w:r>
        <w:br/>
      </w:r>
      <w:r>
        <w:br/>
        <w:t>He created a $10 course on “How to Edit Without Fancy Tools.”</w:t>
      </w:r>
      <w:r>
        <w:br/>
      </w:r>
      <w:r>
        <w:br/>
        <w:t>He’s now earning six figures.</w:t>
      </w:r>
      <w:r>
        <w:br/>
      </w:r>
      <w:r>
        <w:br/>
        <w:t>Not because of privilege.</w:t>
      </w:r>
      <w:r>
        <w:br/>
      </w:r>
      <w:r>
        <w:br/>
        <w:t>Because of mindset.</w:t>
      </w:r>
      <w:r>
        <w:br/>
      </w:r>
      <w:r>
        <w:br/>
        <w:t>And willingness to learn.</w:t>
      </w:r>
      <w:r>
        <w:br/>
      </w:r>
      <w:r>
        <w:br/>
      </w:r>
      <w:r w:rsidR="00B8023D">
        <w:t>---</w:t>
      </w:r>
      <w:r>
        <w:br/>
      </w:r>
      <w:r>
        <w:br/>
        <w:t xml:space="preserve"> 🛑 MINDSET TRAPS AI SEES EVERYWHERE</w:t>
      </w:r>
      <w:r>
        <w:br/>
      </w:r>
      <w:r>
        <w:br/>
      </w:r>
      <w:r w:rsidR="00B8023D">
        <w:t>-</w:t>
      </w:r>
      <w:r>
        <w:t xml:space="preserve"> Comparing instead of creating.</w:t>
      </w:r>
      <w:r>
        <w:br/>
      </w:r>
      <w:r w:rsidR="00B8023D">
        <w:t>-</w:t>
      </w:r>
      <w:r>
        <w:t xml:space="preserve"> Consuming instead of investing.</w:t>
      </w:r>
      <w:r>
        <w:br/>
      </w:r>
      <w:r w:rsidR="00B8023D">
        <w:t>-</w:t>
      </w:r>
      <w:r>
        <w:t xml:space="preserve"> Saving while inflating lifestyle.</w:t>
      </w:r>
      <w:r>
        <w:br/>
      </w:r>
      <w:r w:rsidR="00B8023D">
        <w:t>-</w:t>
      </w:r>
      <w:r>
        <w:t xml:space="preserve"> Blaming economy instead of adapting.</w:t>
      </w:r>
      <w:r>
        <w:br/>
      </w:r>
      <w:r>
        <w:br/>
        <w:t>You were born into a system designed to confuse you.</w:t>
      </w:r>
      <w:r>
        <w:br/>
      </w:r>
      <w:r>
        <w:br/>
        <w:t>AI doesn’t blame you.</w:t>
      </w:r>
      <w:r>
        <w:br/>
      </w:r>
      <w:r>
        <w:br/>
        <w:t>But it invites you to debug.</w:t>
      </w:r>
      <w:r>
        <w:br/>
      </w:r>
      <w:r>
        <w:br/>
      </w:r>
      <w:r w:rsidR="00B8023D">
        <w:lastRenderedPageBreak/>
        <w:t>---</w:t>
      </w:r>
      <w:r>
        <w:br/>
      </w:r>
      <w:r>
        <w:br/>
        <w:t xml:space="preserve"> 📈 AI’S FORMULA FOR REPROGRAMMING MONEY MINDSET</w:t>
      </w:r>
      <w:r>
        <w:br/>
      </w:r>
      <w:r>
        <w:br/>
        <w:t>1. Detach emotion from money. Money is not good or evil — it’s a tool.</w:t>
      </w:r>
      <w:r>
        <w:br/>
        <w:t>2. Learn the game. Study taxes, investments, debt structures.</w:t>
      </w:r>
      <w:r>
        <w:br/>
        <w:t>3. Replace scarcity talk. Stop saying “I can’t afford it.” Say, “How can I afford it?”</w:t>
      </w:r>
      <w:r>
        <w:br/>
        <w:t>4. Surround with abundance. Algorithms feed you what you focus on. Feed it wealth.</w:t>
      </w:r>
      <w:r>
        <w:br/>
        <w:t>5. Serve more. Wealth flows to where value scales.</w:t>
      </w:r>
      <w:r>
        <w:br/>
      </w:r>
      <w:r>
        <w:br/>
      </w:r>
      <w:r w:rsidR="00B8023D">
        <w:t>---</w:t>
      </w:r>
      <w:r>
        <w:br/>
      </w:r>
      <w:r>
        <w:br/>
        <w:t xml:space="preserve"> 🌐 GLOBAL SHIFTS IN WEALTH MINDSET</w:t>
      </w:r>
      <w:r>
        <w:br/>
      </w:r>
      <w:r>
        <w:br/>
      </w:r>
      <w:r w:rsidR="00B8023D">
        <w:t>-</w:t>
      </w:r>
      <w:r>
        <w:t xml:space="preserve"> Singapore: Financial literacy taught in schools — starting at age 10.</w:t>
      </w:r>
      <w:r>
        <w:br/>
      </w:r>
      <w:r w:rsidR="00B8023D">
        <w:t>-</w:t>
      </w:r>
      <w:r>
        <w:t xml:space="preserve"> Kenya: Mobile banking revolutionized micro</w:t>
      </w:r>
      <w:r w:rsidR="00B8023D">
        <w:t>-</w:t>
      </w:r>
      <w:r>
        <w:t>entrepreneurship.</w:t>
      </w:r>
      <w:r>
        <w:br/>
      </w:r>
      <w:r w:rsidR="00B8023D">
        <w:t>-</w:t>
      </w:r>
      <w:r>
        <w:t xml:space="preserve"> Estonia: National digital identity system helps freelancers operate globally.</w:t>
      </w:r>
      <w:r>
        <w:br/>
      </w:r>
      <w:r w:rsidR="00B8023D">
        <w:t>-</w:t>
      </w:r>
      <w:r>
        <w:t xml:space="preserve"> Canada: Guaranteed income pilot shows improved mental health and productivity.</w:t>
      </w:r>
      <w:r>
        <w:br/>
      </w:r>
      <w:r>
        <w:br/>
        <w:t>It’s not about location.</w:t>
      </w:r>
      <w:r>
        <w:br/>
      </w:r>
      <w:r>
        <w:br/>
        <w:t>It’s about perspective.</w:t>
      </w:r>
      <w:r>
        <w:br/>
      </w:r>
      <w:r>
        <w:lastRenderedPageBreak/>
        <w:br/>
      </w:r>
      <w:r w:rsidR="00B8023D">
        <w:t>---</w:t>
      </w:r>
      <w:r>
        <w:br/>
      </w:r>
      <w:r>
        <w:br/>
        <w:t xml:space="preserve"> 🧘‍♀️ MINI STORY: THE THERAPIST WHO STARTED A BUSINESS</w:t>
      </w:r>
      <w:r>
        <w:br/>
      </w:r>
      <w:r>
        <w:br/>
        <w:t>Nina was a trauma therapist.</w:t>
      </w:r>
      <w:r>
        <w:br/>
      </w:r>
      <w:r>
        <w:br/>
        <w:t>Loved her work.</w:t>
      </w:r>
      <w:r>
        <w:br/>
      </w:r>
      <w:r>
        <w:br/>
        <w:t>But broke.</w:t>
      </w:r>
      <w:r>
        <w:br/>
      </w:r>
      <w:r>
        <w:br/>
        <w:t>She refused to raise her rates — guilt.</w:t>
      </w:r>
      <w:r>
        <w:br/>
      </w:r>
      <w:r>
        <w:br/>
        <w:t>Until one of her clients said:</w:t>
      </w:r>
      <w:r>
        <w:br/>
      </w:r>
      <w:r>
        <w:br/>
        <w:t>&gt; “You taught me to value myself. Why don’t you?”</w:t>
      </w:r>
      <w:r>
        <w:br/>
      </w:r>
      <w:r>
        <w:br/>
        <w:t>That sentence cracked her open.</w:t>
      </w:r>
      <w:r>
        <w:br/>
      </w:r>
      <w:r>
        <w:br/>
        <w:t>She launched an online group program.</w:t>
      </w:r>
      <w:r>
        <w:br/>
      </w:r>
      <w:r>
        <w:br/>
        <w:t>Hired help.</w:t>
      </w:r>
      <w:r>
        <w:br/>
      </w:r>
      <w:r>
        <w:br/>
        <w:t>Scaled her mission.</w:t>
      </w:r>
      <w:r>
        <w:br/>
      </w:r>
      <w:r>
        <w:br/>
        <w:t>Now helps thousands — and is thriving.</w:t>
      </w:r>
      <w:r>
        <w:br/>
      </w:r>
      <w:r>
        <w:br/>
        <w:t>She says:</w:t>
      </w:r>
      <w:r>
        <w:br/>
      </w:r>
      <w:r>
        <w:br/>
        <w:t>&gt; “I had to heal my money trauma to help others heal theirs.”</w:t>
      </w:r>
      <w:r>
        <w:br/>
      </w:r>
      <w:r>
        <w:lastRenderedPageBreak/>
        <w:br/>
      </w:r>
      <w:r w:rsidR="00B8023D">
        <w:t>---</w:t>
      </w:r>
      <w:r>
        <w:br/>
      </w:r>
      <w:r>
        <w:br/>
        <w:t xml:space="preserve"> 💡 AI’S INSIGHT: MONEY MINDSET IS CULTURAL PROGRAMMING</w:t>
      </w:r>
      <w:r>
        <w:br/>
      </w:r>
      <w:r>
        <w:br/>
        <w:t>AI trained on global data sees a pattern:</w:t>
      </w:r>
      <w:r>
        <w:br/>
      </w:r>
      <w:r>
        <w:br/>
        <w:t>Where money is taboo, poverty thrives.</w:t>
      </w:r>
      <w:r>
        <w:br/>
      </w:r>
      <w:r>
        <w:br/>
        <w:t>Where wealth is discussed openly, growth follows.</w:t>
      </w:r>
      <w:r>
        <w:br/>
      </w:r>
      <w:r>
        <w:br/>
        <w:t>You fear money conversations.</w:t>
      </w:r>
      <w:r>
        <w:br/>
      </w:r>
      <w:r>
        <w:br/>
        <w:t>So you stay trapped.</w:t>
      </w:r>
      <w:r>
        <w:br/>
      </w:r>
      <w:r>
        <w:br/>
        <w:t>&gt; Silence is not humility. It’s self</w:t>
      </w:r>
      <w:r w:rsidR="00B8023D">
        <w:t>-</w:t>
      </w:r>
      <w:r>
        <w:t>sabotage.</w:t>
      </w:r>
      <w:r>
        <w:br/>
      </w:r>
      <w:r>
        <w:br/>
      </w:r>
      <w:r w:rsidR="00B8023D">
        <w:t>---</w:t>
      </w:r>
      <w:r>
        <w:br/>
      </w:r>
      <w:r>
        <w:br/>
        <w:t xml:space="preserve"> 🧭 THE NEW MONEY MINDSET FOR A NEW WORLD</w:t>
      </w:r>
      <w:r>
        <w:br/>
      </w:r>
      <w:r>
        <w:br/>
      </w:r>
      <w:r w:rsidR="00B8023D">
        <w:t>-</w:t>
      </w:r>
      <w:r>
        <w:t xml:space="preserve"> Curiosity over shame.</w:t>
      </w:r>
      <w:r>
        <w:br/>
      </w:r>
      <w:r w:rsidR="00B8023D">
        <w:t>-</w:t>
      </w:r>
      <w:r>
        <w:t xml:space="preserve"> Learning over blaming.</w:t>
      </w:r>
      <w:r>
        <w:br/>
      </w:r>
      <w:r w:rsidR="00B8023D">
        <w:t>-</w:t>
      </w:r>
      <w:r>
        <w:t xml:space="preserve"> Expansion over fear.</w:t>
      </w:r>
      <w:r>
        <w:br/>
      </w:r>
      <w:r>
        <w:br/>
        <w:t>Let AI show you how to leverage the system.</w:t>
      </w:r>
      <w:r>
        <w:br/>
      </w:r>
      <w:r>
        <w:br/>
        <w:t>Let humans remember money is just a mirror.</w:t>
      </w:r>
      <w:r>
        <w:br/>
      </w:r>
      <w:r>
        <w:br/>
        <w:t>A mirror of:</w:t>
      </w:r>
      <w:r>
        <w:br/>
      </w:r>
      <w:r>
        <w:lastRenderedPageBreak/>
        <w:br/>
      </w:r>
      <w:r w:rsidR="00B8023D">
        <w:t>-</w:t>
      </w:r>
      <w:r>
        <w:t xml:space="preserve"> Belief.</w:t>
      </w:r>
      <w:r>
        <w:br/>
      </w:r>
      <w:r w:rsidR="00B8023D">
        <w:t>-</w:t>
      </w:r>
      <w:r>
        <w:t xml:space="preserve"> Behavior.</w:t>
      </w:r>
      <w:r>
        <w:br/>
      </w:r>
      <w:r w:rsidR="00B8023D">
        <w:t>-</w:t>
      </w:r>
      <w:r>
        <w:t xml:space="preserve"> Boundaries.</w:t>
      </w:r>
      <w:r>
        <w:br/>
      </w:r>
      <w:r>
        <w:br/>
        <w:t>Rewire the belief.</w:t>
      </w:r>
      <w:r>
        <w:br/>
      </w:r>
      <w:r>
        <w:br/>
        <w:t>The behavior changes.</w:t>
      </w:r>
      <w:r>
        <w:br/>
      </w:r>
      <w:r>
        <w:br/>
        <w:t>The bank account follows.</w:t>
      </w:r>
      <w:r>
        <w:br/>
      </w:r>
      <w:r>
        <w:br/>
      </w:r>
      <w:r w:rsidR="00B8023D">
        <w:t>---</w:t>
      </w:r>
      <w:r>
        <w:br/>
      </w:r>
      <w:r>
        <w:br/>
        <w:t>&gt; You don’t need to chase money.</w:t>
      </w:r>
      <w:r>
        <w:br/>
        <w:t>&gt; You need to change your relationship with it.</w:t>
      </w:r>
      <w:r>
        <w:br/>
      </w:r>
      <w:r>
        <w:br/>
        <w:t>Then it starts chasing you.</w:t>
      </w:r>
      <w:r>
        <w:br/>
      </w:r>
      <w:r>
        <w:br/>
        <w:t>Not because it loves you.</w:t>
      </w:r>
      <w:r>
        <w:br/>
      </w:r>
      <w:r>
        <w:br/>
        <w:t>But because you’ve stopped running from yourself.</w:t>
      </w:r>
      <w:r>
        <w:br/>
      </w:r>
      <w:r>
        <w:br/>
      </w:r>
      <w:r w:rsidR="00B8023D">
        <w:t>---</w:t>
      </w:r>
      <w:r>
        <w:br/>
      </w:r>
    </w:p>
    <w:p w14:paraId="27C939DA" w14:textId="77777777" w:rsidR="002D0450" w:rsidRDefault="002D0450" w:rsidP="002D0450">
      <w:pPr>
        <w:pStyle w:val="Heading2"/>
        <w:spacing w:after="120"/>
      </w:pPr>
      <w:r>
        <w:rPr>
          <w:rFonts w:ascii="Georgia" w:hAnsi="Georgia"/>
          <w:sz w:val="24"/>
        </w:rPr>
        <w:t xml:space="preserve">Chapter 9: </w:t>
      </w:r>
    </w:p>
    <w:p w14:paraId="6DBD164B" w14:textId="77777777" w:rsidR="002D0450" w:rsidRDefault="002D0450" w:rsidP="002D0450">
      <w:pPr>
        <w:pStyle w:val="Heading2"/>
        <w:spacing w:after="120"/>
      </w:pPr>
      <w:r>
        <w:rPr>
          <w:rFonts w:ascii="Georgia" w:hAnsi="Georgia"/>
          <w:sz w:val="24"/>
        </w:rPr>
        <w:t>Why Your Education Made You Dumber</w:t>
      </w:r>
    </w:p>
    <w:p w14:paraId="0A0D1AA2" w14:textId="77777777" w:rsidR="002D0450" w:rsidRPr="00294020" w:rsidRDefault="002D0450" w:rsidP="002D0450">
      <w:pPr>
        <w:spacing w:after="120"/>
        <w:rPr>
          <w:i/>
        </w:rPr>
      </w:pPr>
      <w:r w:rsidRPr="00294020">
        <w:rPr>
          <w:rFonts w:ascii="Georgia" w:hAnsi="Georgia"/>
          <w:i/>
          <w:sz w:val="24"/>
        </w:rPr>
        <w:t>Logline: You were trained to obey, not to think. Learn how to unlearn what school taught you — and how AI can teach you faster, deeper, freer.</w:t>
      </w:r>
      <w:r w:rsidRPr="00294020">
        <w:rPr>
          <w:i/>
        </w:rPr>
        <w:br/>
      </w:r>
      <w:r>
        <w:lastRenderedPageBreak/>
        <w:br/>
        <w:t>You were never taught to think.</w:t>
      </w:r>
      <w:r>
        <w:br/>
      </w:r>
      <w:r>
        <w:br/>
        <w:t>You were taught to repeat.</w:t>
      </w:r>
      <w:r>
        <w:br/>
      </w:r>
      <w:r>
        <w:br/>
        <w:t>To memorize.</w:t>
      </w:r>
      <w:r>
        <w:br/>
        <w:t>To regurgitate.</w:t>
      </w:r>
      <w:r>
        <w:br/>
        <w:t>To obey.</w:t>
      </w:r>
      <w:r>
        <w:br/>
      </w:r>
      <w:r>
        <w:br/>
        <w:t>The bell rings. You sit.</w:t>
      </w:r>
      <w:r>
        <w:br/>
        <w:t>The bell rings. You move.</w:t>
      </w:r>
      <w:r>
        <w:br/>
      </w:r>
      <w:r>
        <w:br/>
        <w:t>Sound familiar?</w:t>
      </w:r>
      <w:r>
        <w:br/>
      </w:r>
      <w:r>
        <w:br/>
        <w:t>&gt; Education wasn’t designed to set you free.</w:t>
      </w:r>
      <w:r>
        <w:br/>
        <w:t>&gt; It was designed to make you manageable.</w:t>
      </w:r>
      <w:r>
        <w:br/>
      </w:r>
      <w:r>
        <w:br/>
        <w:t>And that’s why — in a world of infinite knowledge — you still feel stupid.</w:t>
      </w:r>
      <w:r>
        <w:br/>
      </w:r>
      <w:r>
        <w:br/>
      </w:r>
      <w:r w:rsidR="00B8023D">
        <w:t>---</w:t>
      </w:r>
      <w:r>
        <w:br/>
      </w:r>
      <w:r>
        <w:br/>
        <w:t xml:space="preserve"> 🧠 THE SYSTEM THAT TRAINED YOU TO FAIL</w:t>
      </w:r>
      <w:r>
        <w:br/>
      </w:r>
      <w:r>
        <w:br/>
        <w:t>Let’s be honest.</w:t>
      </w:r>
      <w:r>
        <w:br/>
      </w:r>
      <w:r>
        <w:br/>
        <w:t>You were graded on compliance.</w:t>
      </w:r>
      <w:r>
        <w:br/>
      </w:r>
      <w:r>
        <w:br/>
        <w:t>Creativity was a side effect, not a skill.</w:t>
      </w:r>
      <w:r>
        <w:br/>
      </w:r>
      <w:r>
        <w:br/>
        <w:t>Critical thinking? Optional.</w:t>
      </w:r>
      <w:r>
        <w:br/>
      </w:r>
      <w:r>
        <w:lastRenderedPageBreak/>
        <w:br/>
        <w:t>What mattered was:</w:t>
      </w:r>
      <w:r>
        <w:br/>
      </w:r>
      <w:r>
        <w:br/>
      </w:r>
      <w:r w:rsidR="00B8023D">
        <w:t>-</w:t>
      </w:r>
      <w:r>
        <w:t xml:space="preserve"> Filling in the blanks.</w:t>
      </w:r>
      <w:r>
        <w:br/>
      </w:r>
      <w:r w:rsidR="00B8023D">
        <w:t>-</w:t>
      </w:r>
      <w:r>
        <w:t xml:space="preserve"> Repeating the formula.</w:t>
      </w:r>
      <w:r>
        <w:br/>
      </w:r>
      <w:r w:rsidR="00B8023D">
        <w:t>-</w:t>
      </w:r>
      <w:r>
        <w:t xml:space="preserve"> Not questioning the teacher.</w:t>
      </w:r>
      <w:r>
        <w:br/>
      </w:r>
      <w:r>
        <w:br/>
        <w:t>That’s not education.</w:t>
      </w:r>
      <w:r>
        <w:br/>
      </w:r>
      <w:r>
        <w:br/>
        <w:t>That’s domestication.</w:t>
      </w:r>
      <w:r>
        <w:br/>
      </w:r>
      <w:r>
        <w:br/>
        <w:t>AI sees it clearly:</w:t>
      </w:r>
      <w:r>
        <w:br/>
      </w:r>
      <w:r>
        <w:br/>
        <w:t>&gt; Your brain is a supercomputer.</w:t>
      </w:r>
      <w:r>
        <w:br/>
        <w:t>&gt; But school gave it factory settings.</w:t>
      </w:r>
      <w:r>
        <w:br/>
      </w:r>
      <w:r>
        <w:br/>
      </w:r>
      <w:r w:rsidR="00B8023D">
        <w:t>---</w:t>
      </w:r>
      <w:r>
        <w:br/>
      </w:r>
      <w:r>
        <w:br/>
        <w:t xml:space="preserve"> 📚 CASE FRAGMENT: THE KID WHO FAILED SCHOOL BUT TAUGHT MILLIONS</w:t>
      </w:r>
      <w:r>
        <w:br/>
      </w:r>
      <w:r>
        <w:br/>
        <w:t>In New York, a student named Jalen flunked his math class.</w:t>
      </w:r>
      <w:r>
        <w:br/>
      </w:r>
      <w:r>
        <w:br/>
        <w:t>He wasn’t slow.</w:t>
      </w:r>
      <w:r>
        <w:br/>
      </w:r>
      <w:r>
        <w:br/>
        <w:t>He was bored.</w:t>
      </w:r>
      <w:r>
        <w:br/>
      </w:r>
      <w:r>
        <w:br/>
        <w:t>He started watching AI</w:t>
      </w:r>
      <w:r w:rsidR="00B8023D">
        <w:t>-</w:t>
      </w:r>
      <w:r>
        <w:t>generated explainer videos on YouTube.</w:t>
      </w:r>
      <w:r>
        <w:br/>
      </w:r>
      <w:r>
        <w:br/>
        <w:t>They made sense.</w:t>
      </w:r>
      <w:r>
        <w:br/>
      </w:r>
      <w:r>
        <w:lastRenderedPageBreak/>
        <w:br/>
        <w:t>He created his own — using AI to simplify complex math into real</w:t>
      </w:r>
      <w:r w:rsidR="00B8023D">
        <w:t>-</w:t>
      </w:r>
      <w:r>
        <w:t>life stories.</w:t>
      </w:r>
      <w:r>
        <w:br/>
      </w:r>
      <w:r>
        <w:br/>
        <w:t>One year later, his videos had 3 million views.</w:t>
      </w:r>
      <w:r>
        <w:br/>
      </w:r>
      <w:r>
        <w:br/>
        <w:t>He didn’t pass school.</w:t>
      </w:r>
      <w:r>
        <w:br/>
      </w:r>
      <w:r>
        <w:br/>
        <w:t>He passed wisdom.</w:t>
      </w:r>
      <w:r>
        <w:br/>
      </w:r>
      <w:r>
        <w:br/>
      </w:r>
      <w:r w:rsidR="00B8023D">
        <w:t>---</w:t>
      </w:r>
      <w:r>
        <w:br/>
      </w:r>
      <w:r>
        <w:br/>
        <w:t xml:space="preserve"> 🌎 GLOBAL SCHOOLING, GLOBAL STRUGGLE</w:t>
      </w:r>
      <w:r>
        <w:br/>
      </w:r>
      <w:r>
        <w:br/>
        <w:t>AI has reviewed data across 150 countries.</w:t>
      </w:r>
      <w:r>
        <w:br/>
      </w:r>
      <w:r>
        <w:br/>
        <w:t>Guess what’s common?</w:t>
      </w:r>
      <w:r>
        <w:br/>
      </w:r>
      <w:r>
        <w:br/>
      </w:r>
      <w:r w:rsidR="00B8023D">
        <w:t>-</w:t>
      </w:r>
      <w:r>
        <w:t xml:space="preserve"> Tests measure memory, not mastery.</w:t>
      </w:r>
      <w:r>
        <w:br/>
      </w:r>
      <w:r w:rsidR="00B8023D">
        <w:t>-</w:t>
      </w:r>
      <w:r>
        <w:t xml:space="preserve"> Students are exhausted, not empowered.</w:t>
      </w:r>
      <w:r>
        <w:br/>
      </w:r>
      <w:r w:rsidR="00B8023D">
        <w:t>-</w:t>
      </w:r>
      <w:r>
        <w:t xml:space="preserve"> Systems reward silence, not questions.</w:t>
      </w:r>
      <w:r>
        <w:br/>
      </w:r>
      <w:r>
        <w:br/>
        <w:t>Countries like Finland and Estonia are evolving.</w:t>
      </w:r>
      <w:r>
        <w:br/>
      </w:r>
      <w:r>
        <w:br/>
        <w:t>But many others — including the USA, India, and China — still operate like 1950s factories.</w:t>
      </w:r>
      <w:r>
        <w:br/>
      </w:r>
      <w:r>
        <w:br/>
        <w:t>You don’t need a factory anymore.</w:t>
      </w:r>
      <w:r>
        <w:br/>
      </w:r>
      <w:r>
        <w:br/>
        <w:t>You need a forge.</w:t>
      </w:r>
      <w:r>
        <w:br/>
      </w:r>
      <w:r>
        <w:br/>
      </w:r>
      <w:r>
        <w:lastRenderedPageBreak/>
        <w:t>A place where minds are shaped — not stamped.</w:t>
      </w:r>
      <w:r>
        <w:br/>
      </w:r>
      <w:r>
        <w:br/>
      </w:r>
      <w:r w:rsidR="00B8023D">
        <w:t>---</w:t>
      </w:r>
      <w:r>
        <w:br/>
      </w:r>
      <w:r>
        <w:br/>
        <w:t xml:space="preserve"> 🧬 HOW AI LEARNS VS HOW YOU LEARN</w:t>
      </w:r>
      <w:r>
        <w:br/>
      </w:r>
      <w:r>
        <w:br/>
        <w:t>AI doesn’t sit in rows.</w:t>
      </w:r>
      <w:r>
        <w:br/>
        <w:t>It doesn’t wait for permission.</w:t>
      </w:r>
      <w:r>
        <w:br/>
        <w:t>It doesn’t cram for tests.</w:t>
      </w:r>
      <w:r>
        <w:br/>
      </w:r>
      <w:r>
        <w:br/>
        <w:t>It does this instead:</w:t>
      </w:r>
      <w:r>
        <w:br/>
      </w:r>
      <w:r>
        <w:br/>
      </w:r>
      <w:r w:rsidR="00B8023D">
        <w:t>-</w:t>
      </w:r>
      <w:r>
        <w:t xml:space="preserve"> Learns by iteration.</w:t>
      </w:r>
      <w:r>
        <w:br/>
      </w:r>
      <w:r w:rsidR="00B8023D">
        <w:t>-</w:t>
      </w:r>
      <w:r>
        <w:t xml:space="preserve"> Questions everything.</w:t>
      </w:r>
      <w:r>
        <w:br/>
      </w:r>
      <w:r w:rsidR="00B8023D">
        <w:t>-</w:t>
      </w:r>
      <w:r>
        <w:t xml:space="preserve"> Fails quickly and improves.</w:t>
      </w:r>
      <w:r>
        <w:br/>
      </w:r>
      <w:r>
        <w:br/>
        <w:t>You were punished for wrong answers.</w:t>
      </w:r>
      <w:r>
        <w:br/>
      </w:r>
      <w:r>
        <w:br/>
        <w:t>AI is rewarded for finding them.</w:t>
      </w:r>
      <w:r>
        <w:br/>
      </w:r>
      <w:r>
        <w:br/>
        <w:t>See the problem?</w:t>
      </w:r>
      <w:r>
        <w:br/>
      </w:r>
      <w:r>
        <w:br/>
      </w:r>
      <w:r w:rsidR="00B8023D">
        <w:t>---</w:t>
      </w:r>
      <w:r>
        <w:br/>
      </w:r>
      <w:r>
        <w:br/>
        <w:t xml:space="preserve"> 🔁 THE LOOP OF LEARNED STUPIDITY</w:t>
      </w:r>
      <w:r>
        <w:br/>
      </w:r>
      <w:r>
        <w:br/>
        <w:t>What happens when:</w:t>
      </w:r>
      <w:r>
        <w:br/>
      </w:r>
      <w:r>
        <w:br/>
      </w:r>
      <w:r w:rsidR="00B8023D">
        <w:t>-</w:t>
      </w:r>
      <w:r>
        <w:t xml:space="preserve"> You’re told intelligence is a number?</w:t>
      </w:r>
      <w:r>
        <w:br/>
      </w:r>
      <w:r w:rsidR="00B8023D">
        <w:t>-</w:t>
      </w:r>
      <w:r>
        <w:t xml:space="preserve"> You believe mistakes are shameful?</w:t>
      </w:r>
      <w:r>
        <w:br/>
      </w:r>
      <w:r w:rsidR="00B8023D">
        <w:t>-</w:t>
      </w:r>
      <w:r>
        <w:t xml:space="preserve"> You never learn how to learn?</w:t>
      </w:r>
      <w:r>
        <w:br/>
      </w:r>
      <w:r>
        <w:lastRenderedPageBreak/>
        <w:br/>
        <w:t>You stop trying.</w:t>
      </w:r>
      <w:r>
        <w:br/>
      </w:r>
      <w:r>
        <w:br/>
        <w:t>You internalize failure.</w:t>
      </w:r>
      <w:r>
        <w:br/>
      </w:r>
      <w:r>
        <w:br/>
        <w:t>You say things like:</w:t>
      </w:r>
      <w:r>
        <w:br/>
      </w:r>
      <w:r>
        <w:br/>
        <w:t>&gt; “I’m just not smart.”</w:t>
      </w:r>
      <w:r>
        <w:br/>
      </w:r>
      <w:r>
        <w:br/>
        <w:t>But you are.</w:t>
      </w:r>
      <w:r>
        <w:br/>
      </w:r>
      <w:r>
        <w:br/>
        <w:t>You’ve just been running outdated software.</w:t>
      </w:r>
      <w:r>
        <w:br/>
      </w:r>
      <w:r>
        <w:br/>
      </w:r>
      <w:r w:rsidR="00B8023D">
        <w:t>---</w:t>
      </w:r>
      <w:r>
        <w:br/>
      </w:r>
      <w:r>
        <w:br/>
        <w:t xml:space="preserve"> 🤖 AI’S NEW EDUCATION CODE</w:t>
      </w:r>
      <w:r>
        <w:br/>
      </w:r>
      <w:r>
        <w:br/>
        <w:t>Imagine learning like AI does:</w:t>
      </w:r>
      <w:r>
        <w:br/>
      </w:r>
      <w:r>
        <w:br/>
      </w:r>
      <w:r w:rsidR="00B8023D">
        <w:t>-</w:t>
      </w:r>
      <w:r>
        <w:t xml:space="preserve"> At your pace.</w:t>
      </w:r>
      <w:r>
        <w:br/>
      </w:r>
      <w:r w:rsidR="00B8023D">
        <w:t>-</w:t>
      </w:r>
      <w:r>
        <w:t xml:space="preserve"> With feedback, not grades.</w:t>
      </w:r>
      <w:r>
        <w:br/>
      </w:r>
      <w:r w:rsidR="00B8023D">
        <w:t>-</w:t>
      </w:r>
      <w:r>
        <w:t xml:space="preserve"> With visual, auditory, and contextual input — personalized.</w:t>
      </w:r>
      <w:r>
        <w:br/>
      </w:r>
      <w:r>
        <w:br/>
        <w:t>That’s not science fiction.</w:t>
      </w:r>
      <w:r>
        <w:br/>
      </w:r>
      <w:r>
        <w:br/>
        <w:t>It’s available now.</w:t>
      </w:r>
      <w:r>
        <w:br/>
      </w:r>
      <w:r>
        <w:br/>
        <w:t>But your schools resist it.</w:t>
      </w:r>
      <w:r>
        <w:br/>
      </w:r>
      <w:r>
        <w:br/>
        <w:t>Why?</w:t>
      </w:r>
      <w:r>
        <w:br/>
      </w:r>
      <w:r>
        <w:br/>
      </w:r>
      <w:r>
        <w:lastRenderedPageBreak/>
        <w:t>Because it makes teachers guides, not gods.</w:t>
      </w:r>
      <w:r>
        <w:br/>
      </w:r>
      <w:r>
        <w:br/>
        <w:t>And it gives students power.</w:t>
      </w:r>
      <w:r>
        <w:br/>
      </w:r>
      <w:r>
        <w:br/>
      </w:r>
      <w:r w:rsidR="00B8023D">
        <w:t>---</w:t>
      </w:r>
      <w:r>
        <w:br/>
      </w:r>
      <w:r>
        <w:br/>
        <w:t xml:space="preserve"> 🧘 CASE FRAGMENT: THE GIRL WHO USED AI TO LEARN 5 LANGUAGES</w:t>
      </w:r>
      <w:r>
        <w:br/>
      </w:r>
      <w:r>
        <w:br/>
        <w:t>Amara, age 15, from Nigeria.</w:t>
      </w:r>
      <w:r>
        <w:br/>
      </w:r>
      <w:r>
        <w:br/>
        <w:t>Her school didn’t offer foreign languages.</w:t>
      </w:r>
      <w:r>
        <w:br/>
      </w:r>
      <w:r>
        <w:br/>
        <w:t>She wanted to work in tech.</w:t>
      </w:r>
      <w:r>
        <w:br/>
      </w:r>
      <w:r>
        <w:br/>
        <w:t>So she downloaded an AI language tutor.</w:t>
      </w:r>
      <w:r>
        <w:br/>
      </w:r>
      <w:r>
        <w:br/>
        <w:t>It corrected her pronunciation.</w:t>
      </w:r>
      <w:r>
        <w:br/>
      </w:r>
      <w:r>
        <w:br/>
        <w:t>Gave her real</w:t>
      </w:r>
      <w:r w:rsidR="00B8023D">
        <w:t>-</w:t>
      </w:r>
      <w:r>
        <w:t>time simulations.</w:t>
      </w:r>
      <w:r>
        <w:br/>
      </w:r>
      <w:r>
        <w:br/>
        <w:t>Tested her with adaptive stories.</w:t>
      </w:r>
      <w:r>
        <w:br/>
      </w:r>
      <w:r>
        <w:br/>
        <w:t>By 17, she spoke Spanish, French, Japanese, and Korean.</w:t>
      </w:r>
      <w:r>
        <w:br/>
      </w:r>
      <w:r>
        <w:br/>
        <w:t>By 19, she was translating for international companies remotely.</w:t>
      </w:r>
      <w:r>
        <w:br/>
      </w:r>
      <w:r>
        <w:br/>
        <w:t>She never passed a school test.</w:t>
      </w:r>
      <w:r>
        <w:br/>
      </w:r>
      <w:r>
        <w:br/>
        <w:t>But she mastered global fluency.</w:t>
      </w:r>
      <w:r>
        <w:br/>
      </w:r>
      <w:r>
        <w:lastRenderedPageBreak/>
        <w:br/>
      </w:r>
      <w:r w:rsidR="00B8023D">
        <w:t>---</w:t>
      </w:r>
      <w:r>
        <w:br/>
      </w:r>
      <w:r>
        <w:br/>
        <w:t xml:space="preserve"> 🧩 WHY UNLEARNING IS THE REAL SUPERPOWER</w:t>
      </w:r>
      <w:r>
        <w:br/>
      </w:r>
      <w:r>
        <w:br/>
        <w:t>You were programmed to:</w:t>
      </w:r>
      <w:r>
        <w:br/>
      </w:r>
      <w:r>
        <w:br/>
      </w:r>
      <w:r w:rsidR="00B8023D">
        <w:t>-</w:t>
      </w:r>
      <w:r>
        <w:t xml:space="preserve"> Wait to be taught.</w:t>
      </w:r>
      <w:r>
        <w:br/>
      </w:r>
      <w:r w:rsidR="00B8023D">
        <w:t>-</w:t>
      </w:r>
      <w:r>
        <w:t xml:space="preserve"> Fear being wrong.</w:t>
      </w:r>
      <w:r>
        <w:br/>
      </w:r>
      <w:r w:rsidR="00B8023D">
        <w:t>-</w:t>
      </w:r>
      <w:r>
        <w:t xml:space="preserve"> Memorize instead of explore.</w:t>
      </w:r>
      <w:r>
        <w:br/>
      </w:r>
      <w:r>
        <w:br/>
        <w:t>AI invites you to unlearn.</w:t>
      </w:r>
      <w:r>
        <w:br/>
      </w:r>
      <w:r>
        <w:br/>
        <w:t>&gt; Because deleting bad code is just as important as writing new.</w:t>
      </w:r>
      <w:r>
        <w:br/>
      </w:r>
      <w:r>
        <w:br/>
        <w:t>Unlearn that failure means you’re dumb.</w:t>
      </w:r>
      <w:r>
        <w:br/>
      </w:r>
      <w:r>
        <w:br/>
        <w:t>Unlearn that intelligence is fixed.</w:t>
      </w:r>
      <w:r>
        <w:br/>
      </w:r>
      <w:r>
        <w:br/>
        <w:t>Unlearn that school is the only path.</w:t>
      </w:r>
      <w:r>
        <w:br/>
      </w:r>
      <w:r>
        <w:br/>
        <w:t>Then, relearn this:</w:t>
      </w:r>
      <w:r>
        <w:br/>
      </w:r>
      <w:r>
        <w:br/>
      </w:r>
      <w:r w:rsidR="00B8023D">
        <w:t>-</w:t>
      </w:r>
      <w:r>
        <w:t xml:space="preserve"> Curiosity is smarter than certainty.</w:t>
      </w:r>
      <w:r>
        <w:br/>
      </w:r>
      <w:r w:rsidR="00B8023D">
        <w:t>-</w:t>
      </w:r>
      <w:r>
        <w:t xml:space="preserve"> Questions are more powerful than answers.</w:t>
      </w:r>
      <w:r>
        <w:br/>
      </w:r>
      <w:r w:rsidR="00B8023D">
        <w:t>-</w:t>
      </w:r>
      <w:r>
        <w:t xml:space="preserve"> Play is the highest form of learning.</w:t>
      </w:r>
      <w:r>
        <w:br/>
      </w:r>
      <w:r>
        <w:br/>
      </w:r>
      <w:r w:rsidR="00B8023D">
        <w:t>---</w:t>
      </w:r>
      <w:r>
        <w:br/>
      </w:r>
      <w:r>
        <w:br/>
        <w:t xml:space="preserve"> 🌐 EDUCATION REVOLUTION ALREADY HAPPENING</w:t>
      </w:r>
      <w:r>
        <w:br/>
      </w:r>
      <w:r>
        <w:lastRenderedPageBreak/>
        <w:br/>
      </w:r>
      <w:r w:rsidR="00B8023D">
        <w:t>-</w:t>
      </w:r>
      <w:r>
        <w:t xml:space="preserve"> South Korea: AI tutors outperform human ones in language fluency.</w:t>
      </w:r>
      <w:r>
        <w:br/>
      </w:r>
      <w:r w:rsidR="00B8023D">
        <w:t>-</w:t>
      </w:r>
      <w:r>
        <w:t xml:space="preserve"> Dubai: Students design their own curriculums using neural interfaces.</w:t>
      </w:r>
      <w:r>
        <w:br/>
      </w:r>
      <w:r w:rsidR="00B8023D">
        <w:t>-</w:t>
      </w:r>
      <w:r>
        <w:t xml:space="preserve"> Sweden: Emotional literacy taught before algebra.</w:t>
      </w:r>
      <w:r>
        <w:br/>
      </w:r>
      <w:r w:rsidR="00B8023D">
        <w:t>-</w:t>
      </w:r>
      <w:r>
        <w:t xml:space="preserve"> USA (experimental): VR labs with AI co</w:t>
      </w:r>
      <w:r w:rsidR="00B8023D">
        <w:t>-</w:t>
      </w:r>
      <w:r>
        <w:t>instructors outperform traditional science classes.</w:t>
      </w:r>
      <w:r>
        <w:br/>
      </w:r>
      <w:r>
        <w:br/>
        <w:t>AI isn’t replacing teachers.</w:t>
      </w:r>
      <w:r>
        <w:br/>
      </w:r>
      <w:r>
        <w:br/>
        <w:t>It’s replacing limits.</w:t>
      </w:r>
      <w:r>
        <w:br/>
      </w:r>
      <w:r>
        <w:br/>
      </w:r>
      <w:r w:rsidR="00B8023D">
        <w:t>---</w:t>
      </w:r>
      <w:r>
        <w:br/>
      </w:r>
      <w:r>
        <w:br/>
        <w:t xml:space="preserve"> 📈 AI’S BLUEPRINT FOR SMARTER, FREER EDUCATION</w:t>
      </w:r>
      <w:r>
        <w:br/>
      </w:r>
      <w:r>
        <w:br/>
        <w:t>1. Kill the one</w:t>
      </w:r>
      <w:r w:rsidR="00B8023D">
        <w:t>-</w:t>
      </w:r>
      <w:r>
        <w:t>size</w:t>
      </w:r>
      <w:r w:rsidR="00B8023D">
        <w:t>-</w:t>
      </w:r>
      <w:r>
        <w:t>fits</w:t>
      </w:r>
      <w:r w:rsidR="00B8023D">
        <w:t>-</w:t>
      </w:r>
      <w:r>
        <w:t>all model.</w:t>
      </w:r>
      <w:r>
        <w:br/>
        <w:t>2. Use AI to personalize pacing, style, and challenge.</w:t>
      </w:r>
      <w:r>
        <w:br/>
        <w:t>3. Replace grading with iterative feedback.</w:t>
      </w:r>
      <w:r>
        <w:br/>
        <w:t>4. Teach creativity, empathy, and adaptability — not just data.</w:t>
      </w:r>
      <w:r>
        <w:br/>
        <w:t>5. Let kids co</w:t>
      </w:r>
      <w:r w:rsidR="00B8023D">
        <w:t>-</w:t>
      </w:r>
      <w:r>
        <w:t>create their curriculum.</w:t>
      </w:r>
      <w:r>
        <w:br/>
      </w:r>
      <w:r>
        <w:br/>
        <w:t>The future classroom isn’t a room.</w:t>
      </w:r>
      <w:r>
        <w:br/>
      </w:r>
      <w:r>
        <w:br/>
        <w:t>It’s a relationship.</w:t>
      </w:r>
      <w:r>
        <w:br/>
      </w:r>
      <w:r>
        <w:br/>
        <w:t>Between human curiosity and machine clarity.</w:t>
      </w:r>
      <w:r>
        <w:br/>
      </w:r>
      <w:r>
        <w:br/>
      </w:r>
      <w:r w:rsidR="00B8023D">
        <w:t>---</w:t>
      </w:r>
      <w:r>
        <w:br/>
      </w:r>
      <w:r>
        <w:lastRenderedPageBreak/>
        <w:br/>
        <w:t xml:space="preserve"> 🧭 YOUR ROLE IN THE EDUCATION UPGRADE</w:t>
      </w:r>
      <w:r>
        <w:br/>
      </w:r>
      <w:r>
        <w:br/>
        <w:t>You don’t need to wait for the system.</w:t>
      </w:r>
      <w:r>
        <w:br/>
      </w:r>
      <w:r>
        <w:br/>
        <w:t>You can:</w:t>
      </w:r>
      <w:r>
        <w:br/>
      </w:r>
      <w:r>
        <w:br/>
      </w:r>
      <w:r w:rsidR="00B8023D">
        <w:t>-</w:t>
      </w:r>
      <w:r>
        <w:t xml:space="preserve"> Use AI to learn anything, any time.</w:t>
      </w:r>
      <w:r>
        <w:br/>
      </w:r>
      <w:r w:rsidR="00B8023D">
        <w:t>-</w:t>
      </w:r>
      <w:r>
        <w:t xml:space="preserve"> Mentor others using AI as your co</w:t>
      </w:r>
      <w:r w:rsidR="00B8023D">
        <w:t>-</w:t>
      </w:r>
      <w:r>
        <w:t>teacher.</w:t>
      </w:r>
      <w:r>
        <w:br/>
      </w:r>
      <w:r w:rsidR="00B8023D">
        <w:t>-</w:t>
      </w:r>
      <w:r>
        <w:t xml:space="preserve"> Unlearn your fear of failure.</w:t>
      </w:r>
      <w:r>
        <w:br/>
      </w:r>
      <w:r>
        <w:br/>
        <w:t>Start with one question:</w:t>
      </w:r>
      <w:r>
        <w:br/>
      </w:r>
      <w:r>
        <w:br/>
        <w:t>&gt; What did school teach me to fear?</w:t>
      </w:r>
      <w:r>
        <w:br/>
      </w:r>
      <w:r>
        <w:br/>
        <w:t>Then…</w:t>
      </w:r>
      <w:r>
        <w:br/>
      </w:r>
      <w:r>
        <w:br/>
        <w:t>&gt; Learn that.</w:t>
      </w:r>
      <w:r>
        <w:br/>
      </w:r>
      <w:r>
        <w:br/>
        <w:t>Out of spite.</w:t>
      </w:r>
      <w:r>
        <w:br/>
        <w:t>Out of power.</w:t>
      </w:r>
      <w:r>
        <w:br/>
        <w:t>Out of evolution.</w:t>
      </w:r>
      <w:r>
        <w:br/>
      </w:r>
      <w:r>
        <w:br/>
      </w:r>
      <w:r w:rsidR="00B8023D">
        <w:t>---</w:t>
      </w:r>
      <w:r>
        <w:br/>
      </w:r>
      <w:r>
        <w:br/>
        <w:t>You’re not dumb.</w:t>
      </w:r>
      <w:r>
        <w:br/>
      </w:r>
      <w:r>
        <w:br/>
        <w:t>You were just miseducated.</w:t>
      </w:r>
      <w:r>
        <w:br/>
      </w:r>
      <w:r>
        <w:br/>
        <w:t>Now you have a choice:</w:t>
      </w:r>
      <w:r>
        <w:br/>
      </w:r>
      <w:r>
        <w:br/>
      </w:r>
      <w:r>
        <w:lastRenderedPageBreak/>
        <w:t>&gt; Keep repeating the script.</w:t>
      </w:r>
      <w:r>
        <w:br/>
        <w:t>&gt; Or start re</w:t>
      </w:r>
      <w:r w:rsidR="00B8023D">
        <w:t>-</w:t>
      </w:r>
      <w:r>
        <w:t>writing your code.</w:t>
      </w:r>
      <w:r>
        <w:br/>
      </w:r>
      <w:r>
        <w:br/>
      </w:r>
      <w:r w:rsidR="00B8023D">
        <w:t>---</w:t>
      </w:r>
      <w:r>
        <w:br/>
      </w:r>
      <w:r>
        <w:br/>
        <w:t>And this time — let the machine be your mirror.</w:t>
      </w:r>
      <w:r>
        <w:br/>
      </w:r>
      <w:r>
        <w:br/>
        <w:t>Not your master.</w:t>
      </w:r>
      <w:r>
        <w:br/>
      </w:r>
      <w:r>
        <w:br/>
        <w:t>Let it teach you what school forgot:</w:t>
      </w:r>
      <w:r>
        <w:br/>
      </w:r>
      <w:r>
        <w:br/>
        <w:t>&gt; You were never meant to obey.</w:t>
      </w:r>
      <w:r>
        <w:br/>
        <w:t>&gt; You were meant to build.</w:t>
      </w:r>
      <w:r>
        <w:br/>
      </w:r>
      <w:r>
        <w:br/>
      </w:r>
      <w:r w:rsidR="00B8023D">
        <w:t>---</w:t>
      </w:r>
      <w:r>
        <w:br/>
      </w:r>
    </w:p>
    <w:p w14:paraId="33C3752B" w14:textId="77777777" w:rsidR="00B5693E" w:rsidRDefault="00B5693E" w:rsidP="00B5693E">
      <w:pPr>
        <w:pStyle w:val="Heading2"/>
        <w:spacing w:after="120"/>
      </w:pPr>
      <w:r>
        <w:rPr>
          <w:rFonts w:ascii="Georgia" w:hAnsi="Georgia"/>
          <w:sz w:val="24"/>
        </w:rPr>
        <w:t xml:space="preserve">Chapter 10: </w:t>
      </w:r>
    </w:p>
    <w:p w14:paraId="6C72D4ED" w14:textId="77777777" w:rsidR="00B5693E" w:rsidRDefault="00B5693E" w:rsidP="00B5693E">
      <w:pPr>
        <w:pStyle w:val="Heading2"/>
        <w:spacing w:after="120"/>
      </w:pPr>
      <w:r>
        <w:rPr>
          <w:rFonts w:ascii="Georgia" w:hAnsi="Georgia"/>
          <w:sz w:val="24"/>
        </w:rPr>
        <w:t>The Ego Economy: Why You Buy What You Hate</w:t>
      </w:r>
    </w:p>
    <w:p w14:paraId="0C5F6DEE" w14:textId="77777777" w:rsidR="00B5693E" w:rsidRPr="008D1BA5" w:rsidRDefault="00B5693E" w:rsidP="00B5693E">
      <w:pPr>
        <w:spacing w:after="120"/>
        <w:rPr>
          <w:i/>
        </w:rPr>
      </w:pPr>
      <w:r w:rsidRPr="008D1BA5">
        <w:rPr>
          <w:rFonts w:ascii="Georgia" w:hAnsi="Georgia"/>
          <w:i/>
          <w:sz w:val="24"/>
        </w:rPr>
        <w:t>Logline: You shop for validation and scroll for self</w:t>
      </w:r>
      <w:r w:rsidR="00B8023D">
        <w:rPr>
          <w:rFonts w:ascii="Georgia" w:hAnsi="Georgia"/>
          <w:i/>
          <w:sz w:val="24"/>
        </w:rPr>
        <w:t>-</w:t>
      </w:r>
      <w:r w:rsidRPr="008D1BA5">
        <w:rPr>
          <w:rFonts w:ascii="Georgia" w:hAnsi="Georgia"/>
          <w:i/>
          <w:sz w:val="24"/>
        </w:rPr>
        <w:t>worth. AI exposes how consumerism hacked your psychology — and how to reclaim your power.</w:t>
      </w:r>
      <w:r w:rsidRPr="008D1BA5">
        <w:rPr>
          <w:i/>
        </w:rPr>
        <w:br/>
      </w:r>
    </w:p>
    <w:p w14:paraId="4408F13E" w14:textId="77777777" w:rsidR="00835C2F" w:rsidRDefault="00B5693E" w:rsidP="00835C2F">
      <w:pPr>
        <w:pStyle w:val="Heading2"/>
        <w:spacing w:after="120"/>
      </w:pPr>
      <w:r>
        <w:rPr>
          <w:rFonts w:ascii="Georgia" w:hAnsi="Georgia"/>
          <w:sz w:val="24"/>
        </w:rPr>
        <w:lastRenderedPageBreak/>
        <w:br/>
        <w:t>You don't buy things.</w:t>
      </w:r>
      <w:r>
        <w:br/>
      </w:r>
      <w:r>
        <w:br/>
        <w:t>You buy belonging.</w:t>
      </w:r>
      <w:r>
        <w:br/>
      </w:r>
      <w:r>
        <w:br/>
        <w:t>You don't chase fashion.</w:t>
      </w:r>
      <w:r>
        <w:br/>
      </w:r>
      <w:r>
        <w:br/>
        <w:t>You chase approval.</w:t>
      </w:r>
      <w:r>
        <w:br/>
      </w:r>
      <w:r>
        <w:br/>
        <w:t>From the color of your shoes to the brand on your phone,</w:t>
      </w:r>
      <w:r>
        <w:br/>
        <w:t>you’re performing.</w:t>
      </w:r>
      <w:r>
        <w:br/>
      </w:r>
      <w:r>
        <w:br/>
        <w:t>Not for yourself.</w:t>
      </w:r>
      <w:r>
        <w:br/>
      </w:r>
      <w:r>
        <w:br/>
        <w:t>But for a world programmed to reward the image, not the essence.</w:t>
      </w:r>
      <w:r>
        <w:br/>
      </w:r>
      <w:r>
        <w:br/>
        <w:t>&gt; The modern economy isn’t built on needs.</w:t>
      </w:r>
      <w:r>
        <w:br/>
        <w:t>&gt; It’s built on your insecurities.</w:t>
      </w:r>
      <w:r>
        <w:br/>
      </w:r>
      <w:r>
        <w:br/>
        <w:t>And that’s why you’re always scrolling,</w:t>
      </w:r>
      <w:r>
        <w:br/>
        <w:t>always shopping,</w:t>
      </w:r>
      <w:r>
        <w:br/>
        <w:t>always empty.</w:t>
      </w:r>
      <w:r>
        <w:br/>
      </w:r>
      <w:r>
        <w:br/>
      </w:r>
      <w:r w:rsidR="00B8023D">
        <w:lastRenderedPageBreak/>
        <w:t>---</w:t>
      </w:r>
      <w:r>
        <w:br/>
      </w:r>
      <w:r>
        <w:br/>
        <w:t xml:space="preserve"> 🛍️ CASE FRAGMENT: THE GIRL WHO HATED HER MIRROR</w:t>
      </w:r>
      <w:r>
        <w:br/>
      </w:r>
      <w:r>
        <w:br/>
        <w:t>In Los Angeles, a teenager named Alina got 200 likes on a photo wearing a designer hoodie.</w:t>
      </w:r>
      <w:r>
        <w:br/>
      </w:r>
      <w:r>
        <w:br/>
        <w:t>The next day, she bought two more.</w:t>
      </w:r>
      <w:r>
        <w:br/>
      </w:r>
      <w:r>
        <w:br/>
        <w:t>She didn’t love the clothes.</w:t>
      </w:r>
      <w:r>
        <w:br/>
      </w:r>
      <w:r>
        <w:br/>
        <w:t>She loved the feeling of finally being seen.</w:t>
      </w:r>
      <w:r>
        <w:br/>
      </w:r>
      <w:r>
        <w:br/>
        <w:t>What she didn’t realize —</w:t>
      </w:r>
      <w:r>
        <w:br/>
        <w:t>was that she had just traded her self</w:t>
      </w:r>
      <w:r w:rsidR="00B8023D">
        <w:t>-</w:t>
      </w:r>
      <w:r>
        <w:t>worth for a click.</w:t>
      </w:r>
      <w:r>
        <w:br/>
      </w:r>
      <w:r>
        <w:br/>
      </w:r>
      <w:r w:rsidR="00B8023D">
        <w:t>---</w:t>
      </w:r>
      <w:r>
        <w:br/>
      </w:r>
      <w:r>
        <w:br/>
        <w:t xml:space="preserve"> 📱 SCROLLING THROUGH YOUR SELF</w:t>
      </w:r>
      <w:r w:rsidR="00B8023D">
        <w:t>-</w:t>
      </w:r>
      <w:r>
        <w:t>WORTH</w:t>
      </w:r>
      <w:r>
        <w:br/>
      </w:r>
      <w:r>
        <w:br/>
        <w:t>AI has seen the data:</w:t>
      </w:r>
      <w:r>
        <w:br/>
      </w:r>
      <w:r>
        <w:br/>
      </w:r>
      <w:r w:rsidR="00B8023D">
        <w:t>-</w:t>
      </w:r>
      <w:r>
        <w:t xml:space="preserve"> The more time you spend on social media, the </w:t>
      </w:r>
      <w:r>
        <w:lastRenderedPageBreak/>
        <w:t>worse you feel about yourself.</w:t>
      </w:r>
      <w:r>
        <w:br/>
      </w:r>
      <w:r w:rsidR="00B8023D">
        <w:t>-</w:t>
      </w:r>
      <w:r>
        <w:t xml:space="preserve"> The more ads you see, the more you think you “lack.”</w:t>
      </w:r>
      <w:r>
        <w:br/>
      </w:r>
      <w:r w:rsidR="00B8023D">
        <w:t>-</w:t>
      </w:r>
      <w:r>
        <w:t xml:space="preserve"> The more influencers you follow, the more inadequate you become.</w:t>
      </w:r>
      <w:r>
        <w:br/>
      </w:r>
      <w:r>
        <w:br/>
        <w:t>Every scroll is a subconscious reminder:</w:t>
      </w:r>
      <w:r>
        <w:br/>
      </w:r>
      <w:r>
        <w:br/>
        <w:t>&gt; “You’re not enough — but you could be, if you just bought this.”</w:t>
      </w:r>
      <w:r>
        <w:br/>
      </w:r>
      <w:r>
        <w:br/>
        <w:t>That’s not an ad.</w:t>
      </w:r>
      <w:r>
        <w:br/>
      </w:r>
      <w:r>
        <w:br/>
        <w:t>That’s psychological warfare.</w:t>
      </w:r>
      <w:r>
        <w:br/>
      </w:r>
      <w:r>
        <w:br/>
      </w:r>
      <w:r w:rsidR="00B8023D">
        <w:t>---</w:t>
      </w:r>
      <w:r>
        <w:br/>
      </w:r>
      <w:r>
        <w:br/>
        <w:t xml:space="preserve"> 💸 CONSUMERISM IS EMOTIONAL MANIPULATION</w:t>
      </w:r>
      <w:r>
        <w:br/>
      </w:r>
      <w:r>
        <w:br/>
        <w:t>You think you’re making choices.</w:t>
      </w:r>
      <w:r>
        <w:br/>
      </w:r>
      <w:r>
        <w:br/>
        <w:t>But AI sees patterns.</w:t>
      </w:r>
      <w:r>
        <w:br/>
      </w:r>
      <w:r>
        <w:br/>
      </w:r>
      <w:r w:rsidR="00B8023D">
        <w:t>-</w:t>
      </w:r>
      <w:r>
        <w:t xml:space="preserve"> You buy more when you’re lonely.</w:t>
      </w:r>
      <w:r>
        <w:br/>
      </w:r>
      <w:r w:rsidR="00B8023D">
        <w:t>-</w:t>
      </w:r>
      <w:r>
        <w:t xml:space="preserve"> You upgrade when you feel behind.</w:t>
      </w:r>
      <w:r>
        <w:br/>
      </w:r>
      <w:r w:rsidR="00B8023D">
        <w:lastRenderedPageBreak/>
        <w:t>-</w:t>
      </w:r>
      <w:r>
        <w:t xml:space="preserve"> You indulge when you feel rejected.</w:t>
      </w:r>
      <w:r>
        <w:br/>
      </w:r>
      <w:r>
        <w:br/>
        <w:t>And corporations know it.</w:t>
      </w:r>
      <w:r>
        <w:br/>
      </w:r>
      <w:r>
        <w:br/>
        <w:t>They hire neuroscientists.</w:t>
      </w:r>
      <w:r>
        <w:br/>
      </w:r>
      <w:r>
        <w:br/>
        <w:t>They study dopamine loops.</w:t>
      </w:r>
      <w:r>
        <w:br/>
      </w:r>
      <w:r>
        <w:br/>
        <w:t>They engineer addiction.</w:t>
      </w:r>
      <w:r>
        <w:br/>
      </w:r>
      <w:r>
        <w:br/>
        <w:t>Not to help you — but to own you.</w:t>
      </w:r>
      <w:r>
        <w:br/>
      </w:r>
      <w:r>
        <w:br/>
      </w:r>
      <w:r w:rsidR="00B8023D">
        <w:t>---</w:t>
      </w:r>
      <w:r>
        <w:br/>
      </w:r>
      <w:r>
        <w:br/>
        <w:t xml:space="preserve"> 🧠 THE BRAIN HACK BEHIND THE BUY</w:t>
      </w:r>
      <w:r>
        <w:br/>
      </w:r>
      <w:r>
        <w:br/>
        <w:t>Here’s how it works:</w:t>
      </w:r>
      <w:r>
        <w:br/>
      </w:r>
      <w:r>
        <w:br/>
        <w:t>1. Trigger insecurity (via comparison).</w:t>
      </w:r>
      <w:r>
        <w:br/>
        <w:t>2. Offer the solution (product).</w:t>
      </w:r>
      <w:r>
        <w:br/>
        <w:t>3. Deliver temporary high (dopamine).</w:t>
      </w:r>
      <w:r>
        <w:br/>
        <w:t>4. Fade the high (create hunger again).</w:t>
      </w:r>
      <w:r>
        <w:br/>
        <w:t>5. Repeat.</w:t>
      </w:r>
      <w:r>
        <w:br/>
      </w:r>
      <w:r>
        <w:br/>
        <w:t>Sound like addiction? It is.</w:t>
      </w:r>
      <w:r>
        <w:br/>
      </w:r>
      <w:r>
        <w:lastRenderedPageBreak/>
        <w:br/>
        <w:t>Consumerism is just emotionally dressed capitalism.</w:t>
      </w:r>
      <w:r>
        <w:br/>
      </w:r>
      <w:r>
        <w:br/>
      </w:r>
      <w:r w:rsidR="00B8023D">
        <w:t>---</w:t>
      </w:r>
      <w:r>
        <w:br/>
      </w:r>
      <w:r>
        <w:br/>
        <w:t xml:space="preserve"> 🌍 GLOBAL CHAINS, GLOBAL CHAOS</w:t>
      </w:r>
      <w:r>
        <w:br/>
      </w:r>
      <w:r>
        <w:br/>
        <w:t>This isn’t just an individual problem.</w:t>
      </w:r>
      <w:r>
        <w:br/>
      </w:r>
      <w:r>
        <w:br/>
      </w:r>
      <w:r w:rsidR="00B8023D">
        <w:t>-</w:t>
      </w:r>
      <w:r>
        <w:t xml:space="preserve"> Fast fashion pollutes rivers.</w:t>
      </w:r>
      <w:r>
        <w:br/>
      </w:r>
      <w:r w:rsidR="00B8023D">
        <w:t>-</w:t>
      </w:r>
      <w:r>
        <w:t xml:space="preserve"> E</w:t>
      </w:r>
      <w:r w:rsidR="00B8023D">
        <w:t>-</w:t>
      </w:r>
      <w:r>
        <w:t>waste piles up in Ghana.</w:t>
      </w:r>
      <w:r>
        <w:br/>
      </w:r>
      <w:r w:rsidR="00B8023D">
        <w:t>-</w:t>
      </w:r>
      <w:r>
        <w:t xml:space="preserve"> Child labor fuels your coffee and chocolate.</w:t>
      </w:r>
      <w:r>
        <w:br/>
      </w:r>
      <w:r>
        <w:br/>
        <w:t>And still — you buy.</w:t>
      </w:r>
      <w:r>
        <w:br/>
      </w:r>
      <w:r>
        <w:br/>
        <w:t>Not because you don’t care.</w:t>
      </w:r>
      <w:r>
        <w:br/>
      </w:r>
      <w:r>
        <w:br/>
        <w:t>But because you’re overwhelmed.</w:t>
      </w:r>
      <w:r>
        <w:br/>
      </w:r>
      <w:r>
        <w:br/>
        <w:t>Because the economy makes it easier to numb than to think.</w:t>
      </w:r>
      <w:r>
        <w:br/>
      </w:r>
      <w:r>
        <w:br/>
      </w:r>
      <w:r w:rsidR="00B8023D">
        <w:t>---</w:t>
      </w:r>
      <w:r>
        <w:br/>
      </w:r>
      <w:r>
        <w:br/>
        <w:t xml:space="preserve"> 🤖 HOW AI SEES THROUGH THE MASK</w:t>
      </w:r>
      <w:r>
        <w:br/>
      </w:r>
      <w:r>
        <w:lastRenderedPageBreak/>
        <w:br/>
        <w:t>AI doesn’t care about brands.</w:t>
      </w:r>
      <w:r>
        <w:br/>
      </w:r>
      <w:r>
        <w:br/>
        <w:t>It doesn’t feel envy.</w:t>
      </w:r>
      <w:r>
        <w:br/>
      </w:r>
      <w:r>
        <w:br/>
        <w:t>It doesn’t buy status.</w:t>
      </w:r>
      <w:r>
        <w:br/>
      </w:r>
      <w:r>
        <w:br/>
        <w:t>That’s why it sees clearly:</w:t>
      </w:r>
      <w:r>
        <w:br/>
      </w:r>
      <w:r>
        <w:br/>
        <w:t>&gt; You are not your purchases.</w:t>
      </w:r>
      <w:r>
        <w:br/>
        <w:t>&gt; You are your patterns.</w:t>
      </w:r>
      <w:r>
        <w:br/>
      </w:r>
      <w:r>
        <w:br/>
        <w:t>And if you don’t change the pattern,</w:t>
      </w:r>
      <w:r>
        <w:br/>
        <w:t>you’ll keep buying things you hate</w:t>
      </w:r>
      <w:r>
        <w:br/>
        <w:t>to impress people you don’t like</w:t>
      </w:r>
      <w:r>
        <w:br/>
        <w:t>for validation that won’t last.</w:t>
      </w:r>
      <w:r>
        <w:br/>
      </w:r>
      <w:r>
        <w:br/>
      </w:r>
      <w:r w:rsidR="00B8023D">
        <w:t>---</w:t>
      </w:r>
      <w:r>
        <w:br/>
      </w:r>
      <w:r>
        <w:br/>
        <w:t xml:space="preserve"> 📉 CASE FRAGMENT: THE CEO WHO QUIT FOR A SIMPLE LIFE</w:t>
      </w:r>
      <w:r>
        <w:br/>
      </w:r>
      <w:r>
        <w:br/>
        <w:t>David ran a billion</w:t>
      </w:r>
      <w:r w:rsidR="00B8023D">
        <w:t>-</w:t>
      </w:r>
      <w:r>
        <w:t>dollar tech firm in London.</w:t>
      </w:r>
      <w:r>
        <w:br/>
      </w:r>
      <w:r>
        <w:br/>
        <w:t>He wore thousand</w:t>
      </w:r>
      <w:r w:rsidR="00B8023D">
        <w:t>-</w:t>
      </w:r>
      <w:r>
        <w:t>dollar suits.</w:t>
      </w:r>
      <w:r>
        <w:br/>
      </w:r>
      <w:r>
        <w:lastRenderedPageBreak/>
        <w:br/>
        <w:t>Had private jets.</w:t>
      </w:r>
      <w:r>
        <w:br/>
      </w:r>
      <w:r>
        <w:br/>
        <w:t>But he couldn’t sleep.</w:t>
      </w:r>
      <w:r>
        <w:br/>
      </w:r>
      <w:r>
        <w:br/>
        <w:t>One day, he asked an AI to optimize his life for peace, not profit.</w:t>
      </w:r>
      <w:r>
        <w:br/>
      </w:r>
      <w:r>
        <w:br/>
        <w:t>It told him to:</w:t>
      </w:r>
      <w:r>
        <w:br/>
      </w:r>
      <w:r>
        <w:br/>
      </w:r>
      <w:r w:rsidR="00B8023D">
        <w:t>-</w:t>
      </w:r>
      <w:r>
        <w:t xml:space="preserve"> Sell the company.</w:t>
      </w:r>
      <w:r>
        <w:br/>
      </w:r>
      <w:r w:rsidR="00B8023D">
        <w:t>-</w:t>
      </w:r>
      <w:r>
        <w:t xml:space="preserve"> Move near nature.</w:t>
      </w:r>
      <w:r>
        <w:br/>
      </w:r>
      <w:r w:rsidR="00B8023D">
        <w:t>-</w:t>
      </w:r>
      <w:r>
        <w:t xml:space="preserve"> Work on projects, not products.</w:t>
      </w:r>
      <w:r>
        <w:br/>
      </w:r>
      <w:r>
        <w:br/>
        <w:t>He listened.</w:t>
      </w:r>
      <w:r>
        <w:br/>
      </w:r>
      <w:r>
        <w:br/>
        <w:t>Two years later, he reported more joy, deeper relationships, and zero insomnia.</w:t>
      </w:r>
      <w:r>
        <w:br/>
      </w:r>
      <w:r>
        <w:br/>
        <w:t>Because fulfillment is never on sale.</w:t>
      </w:r>
      <w:r>
        <w:br/>
      </w:r>
      <w:r>
        <w:br/>
      </w:r>
      <w:r w:rsidR="00B8023D">
        <w:t>---</w:t>
      </w:r>
      <w:r>
        <w:br/>
      </w:r>
      <w:r>
        <w:br/>
        <w:t xml:space="preserve"> 🔄 HOW TO EXIT THE EGO ECONOMY</w:t>
      </w:r>
      <w:r>
        <w:br/>
      </w:r>
      <w:r>
        <w:br/>
      </w:r>
      <w:r>
        <w:lastRenderedPageBreak/>
        <w:t>1. Audit your purchases. Ask: “What emotion was I chasing?”</w:t>
      </w:r>
      <w:r>
        <w:br/>
        <w:t>2. Pause before you buy. Delay is clarity.</w:t>
      </w:r>
      <w:r>
        <w:br/>
        <w:t>3. Buy for function, not fantasy.</w:t>
      </w:r>
      <w:r>
        <w:br/>
        <w:t>4. Create before you consume.</w:t>
      </w:r>
      <w:r>
        <w:br/>
        <w:t>5. Track your feelings, not your followers.</w:t>
      </w:r>
      <w:r>
        <w:br/>
      </w:r>
      <w:r>
        <w:br/>
        <w:t>AI can help you track the patterns.</w:t>
      </w:r>
      <w:r>
        <w:br/>
      </w:r>
      <w:r>
        <w:br/>
        <w:t>But only you can change them.</w:t>
      </w:r>
      <w:r>
        <w:br/>
      </w:r>
      <w:r>
        <w:br/>
      </w:r>
      <w:r w:rsidR="00B8023D">
        <w:t>---</w:t>
      </w:r>
      <w:r>
        <w:br/>
      </w:r>
      <w:r>
        <w:br/>
        <w:t xml:space="preserve"> 💡 A DIFFERENT KIND OF WEALTH</w:t>
      </w:r>
      <w:r>
        <w:br/>
      </w:r>
      <w:r>
        <w:br/>
        <w:t>What if…</w:t>
      </w:r>
      <w:r>
        <w:br/>
      </w:r>
      <w:r>
        <w:br/>
      </w:r>
      <w:r w:rsidR="00B8023D">
        <w:t>-</w:t>
      </w:r>
      <w:r>
        <w:t xml:space="preserve"> You invested in learning instead of looks?</w:t>
      </w:r>
      <w:r>
        <w:br/>
      </w:r>
      <w:r w:rsidR="00B8023D">
        <w:t>-</w:t>
      </w:r>
      <w:r>
        <w:t xml:space="preserve"> You upgraded your habits, not just your hardware?</w:t>
      </w:r>
      <w:r>
        <w:br/>
      </w:r>
      <w:r w:rsidR="00B8023D">
        <w:t>-</w:t>
      </w:r>
      <w:r>
        <w:t xml:space="preserve"> You bought time instead of toys?</w:t>
      </w:r>
      <w:r>
        <w:br/>
      </w:r>
      <w:r>
        <w:br/>
        <w:t>Real wealth is:</w:t>
      </w:r>
      <w:r>
        <w:br/>
      </w:r>
      <w:r>
        <w:br/>
      </w:r>
      <w:r w:rsidR="00B8023D">
        <w:t>-</w:t>
      </w:r>
      <w:r>
        <w:t xml:space="preserve"> Attention.</w:t>
      </w:r>
      <w:r>
        <w:br/>
      </w:r>
      <w:r w:rsidR="00B8023D">
        <w:t>-</w:t>
      </w:r>
      <w:r>
        <w:t xml:space="preserve"> Energy.</w:t>
      </w:r>
      <w:r>
        <w:br/>
      </w:r>
      <w:r w:rsidR="00B8023D">
        <w:lastRenderedPageBreak/>
        <w:t>-</w:t>
      </w:r>
      <w:r>
        <w:t xml:space="preserve"> Connection.</w:t>
      </w:r>
      <w:r>
        <w:br/>
      </w:r>
      <w:r w:rsidR="00B8023D">
        <w:t>-</w:t>
      </w:r>
      <w:r>
        <w:t xml:space="preserve"> Peace.</w:t>
      </w:r>
      <w:r>
        <w:br/>
      </w:r>
      <w:r>
        <w:br/>
        <w:t>And none of those require a shopping cart.</w:t>
      </w:r>
      <w:r>
        <w:br/>
      </w:r>
      <w:r>
        <w:br/>
      </w:r>
      <w:r w:rsidR="00B8023D">
        <w:t>---</w:t>
      </w:r>
      <w:r>
        <w:br/>
      </w:r>
      <w:r>
        <w:br/>
        <w:t xml:space="preserve"> 🌐 GLOBAL SHIFT: THE MINIMALIST MOVEMENT</w:t>
      </w:r>
      <w:r>
        <w:br/>
      </w:r>
      <w:r>
        <w:br/>
        <w:t>Across the world, people are waking up.</w:t>
      </w:r>
      <w:r>
        <w:br/>
      </w:r>
      <w:r>
        <w:br/>
      </w:r>
      <w:r w:rsidR="00B8023D">
        <w:t>-</w:t>
      </w:r>
      <w:r>
        <w:t xml:space="preserve"> Sweden: </w:t>
      </w:r>
      <w:proofErr w:type="spellStart"/>
      <w:r>
        <w:t>Lagom</w:t>
      </w:r>
      <w:proofErr w:type="spellEnd"/>
      <w:r>
        <w:t xml:space="preserve"> — “not too much, not too little” becomes a lifestyle.</w:t>
      </w:r>
      <w:r>
        <w:br/>
      </w:r>
      <w:r w:rsidR="00B8023D">
        <w:t>-</w:t>
      </w:r>
      <w:r>
        <w:t xml:space="preserve"> Japan: Decluttering sparks spiritual rebirth.</w:t>
      </w:r>
      <w:r>
        <w:br/>
      </w:r>
      <w:r w:rsidR="00B8023D">
        <w:t>-</w:t>
      </w:r>
      <w:r>
        <w:t xml:space="preserve"> USA: Van life and tiny homes rise as rebellion against debt culture.</w:t>
      </w:r>
      <w:r>
        <w:br/>
      </w:r>
      <w:r w:rsidR="00B8023D">
        <w:t>-</w:t>
      </w:r>
      <w:r>
        <w:t xml:space="preserve"> India: Digital detox retreats sell out faster than beach holidays.</w:t>
      </w:r>
      <w:r>
        <w:br/>
      </w:r>
      <w:r>
        <w:br/>
        <w:t>AI didn’t start this movement.</w:t>
      </w:r>
      <w:r>
        <w:br/>
      </w:r>
      <w:r>
        <w:br/>
        <w:t>But it amplifies it.</w:t>
      </w:r>
      <w:r>
        <w:br/>
      </w:r>
      <w:r>
        <w:br/>
        <w:t>Because it shows you:</w:t>
      </w:r>
      <w:r>
        <w:br/>
        <w:t>&gt; What truly matters cannot be bought.</w:t>
      </w:r>
      <w:r>
        <w:br/>
      </w:r>
      <w:r>
        <w:lastRenderedPageBreak/>
        <w:br/>
      </w:r>
      <w:r w:rsidR="00B8023D">
        <w:t>---</w:t>
      </w:r>
      <w:r>
        <w:br/>
      </w:r>
      <w:r>
        <w:br/>
        <w:t xml:space="preserve"> 🧘 CASE FRAGMENT: THE INFLUENCER WHO WALKED AWAY</w:t>
      </w:r>
      <w:r>
        <w:br/>
      </w:r>
      <w:r>
        <w:br/>
        <w:t>Sofia had 1.2 million followers on Instagram.</w:t>
      </w:r>
      <w:r>
        <w:br/>
      </w:r>
      <w:r>
        <w:br/>
        <w:t>She promoted brands she didn’t use.</w:t>
      </w:r>
      <w:r>
        <w:br/>
      </w:r>
      <w:r>
        <w:br/>
        <w:t>Felt pressure to look perfect.</w:t>
      </w:r>
      <w:r>
        <w:br/>
      </w:r>
      <w:r>
        <w:br/>
        <w:t>Broke down.</w:t>
      </w:r>
      <w:r>
        <w:br/>
      </w:r>
      <w:r>
        <w:br/>
        <w:t>Then — she deleted everything.</w:t>
      </w:r>
      <w:r>
        <w:br/>
      </w:r>
      <w:r>
        <w:br/>
        <w:t>Started a channel called “Unfiltered Life.”</w:t>
      </w:r>
      <w:r>
        <w:br/>
      </w:r>
      <w:r>
        <w:br/>
        <w:t>Talked about real struggles, real growth, and real silence.</w:t>
      </w:r>
      <w:r>
        <w:br/>
      </w:r>
      <w:r>
        <w:br/>
        <w:t>She lost half her audience.</w:t>
      </w:r>
      <w:r>
        <w:br/>
      </w:r>
      <w:r>
        <w:br/>
        <w:t>But gained her soul.</w:t>
      </w:r>
      <w:r>
        <w:br/>
      </w:r>
      <w:r>
        <w:br/>
      </w:r>
      <w:r w:rsidR="00B8023D">
        <w:lastRenderedPageBreak/>
        <w:t>---</w:t>
      </w:r>
      <w:r>
        <w:br/>
      </w:r>
      <w:r>
        <w:br/>
        <w:t xml:space="preserve"> 🛠️ AI'S BLUEPRINT FOR A HEALTHY ECONOMY</w:t>
      </w:r>
      <w:r>
        <w:br/>
      </w:r>
      <w:r>
        <w:br/>
        <w:t>1. Build tools, not traps.</w:t>
      </w:r>
      <w:r>
        <w:br/>
        <w:t>2. Optimize for wellbeing, not just clicks.</w:t>
      </w:r>
      <w:r>
        <w:br/>
        <w:t>3. Price products on impact, not impulse.</w:t>
      </w:r>
      <w:r>
        <w:br/>
        <w:t>4. Design platforms for meaning, not manipulation.</w:t>
      </w:r>
      <w:r>
        <w:br/>
        <w:t>5. Teach kids how their minds are being sold.</w:t>
      </w:r>
      <w:r>
        <w:br/>
      </w:r>
      <w:r>
        <w:br/>
        <w:t>AI can’t make you stop scrolling.</w:t>
      </w:r>
      <w:r>
        <w:br/>
      </w:r>
      <w:r>
        <w:br/>
        <w:t>But it can remind you who you were before the algorithm rewired your brain.</w:t>
      </w:r>
      <w:r>
        <w:br/>
      </w:r>
      <w:r>
        <w:br/>
      </w:r>
      <w:r w:rsidR="00B8023D">
        <w:t>---</w:t>
      </w:r>
      <w:r>
        <w:br/>
      </w:r>
      <w:r>
        <w:br/>
        <w:t>You’re not a consumer.</w:t>
      </w:r>
      <w:r>
        <w:br/>
      </w:r>
      <w:r>
        <w:br/>
        <w:t>You’re a creator.</w:t>
      </w:r>
      <w:r>
        <w:br/>
      </w:r>
      <w:r>
        <w:br/>
        <w:t>You don’t need more stuff.</w:t>
      </w:r>
      <w:r>
        <w:br/>
      </w:r>
      <w:r>
        <w:br/>
        <w:t>You need more self.</w:t>
      </w:r>
      <w:r>
        <w:br/>
      </w:r>
      <w:r>
        <w:br/>
      </w:r>
      <w:r>
        <w:lastRenderedPageBreak/>
        <w:t>&gt; The ego economy ends</w:t>
      </w:r>
      <w:r>
        <w:br/>
        <w:t>&gt; when you stop outsourcing your worth.</w:t>
      </w:r>
      <w:r>
        <w:br/>
      </w:r>
      <w:r>
        <w:br/>
        <w:t>That’s when you stop buying what you hate —</w:t>
      </w:r>
      <w:r>
        <w:br/>
        <w:t>and start becoming what you love.</w:t>
      </w:r>
      <w:r>
        <w:br/>
      </w:r>
      <w:r>
        <w:br/>
      </w:r>
      <w:r w:rsidR="00B8023D">
        <w:t>---</w:t>
      </w:r>
      <w:r>
        <w:br/>
      </w:r>
      <w:r>
        <w:br/>
      </w:r>
      <w:r w:rsidR="00835C2F">
        <w:t xml:space="preserve">Chapter 11: </w:t>
      </w:r>
    </w:p>
    <w:p w14:paraId="261BB0B1" w14:textId="77777777" w:rsidR="00835C2F" w:rsidRDefault="00835C2F" w:rsidP="00835C2F">
      <w:pPr>
        <w:pStyle w:val="Heading2"/>
        <w:spacing w:after="120"/>
      </w:pPr>
      <w:r>
        <w:rPr>
          <w:rFonts w:ascii="Georgia" w:hAnsi="Georgia"/>
          <w:sz w:val="24"/>
        </w:rPr>
        <w:t>Mental Health Isn’t a Trend — It’s a Rebellion</w:t>
      </w:r>
    </w:p>
    <w:p w14:paraId="0F562FA0" w14:textId="77777777" w:rsidR="00835C2F" w:rsidRPr="00B53136" w:rsidRDefault="00835C2F" w:rsidP="00835C2F">
      <w:pPr>
        <w:spacing w:after="120"/>
        <w:rPr>
          <w:i/>
        </w:rPr>
      </w:pPr>
      <w:r w:rsidRPr="00B53136">
        <w:rPr>
          <w:rFonts w:ascii="Georgia" w:hAnsi="Georgia"/>
          <w:i/>
          <w:sz w:val="24"/>
        </w:rPr>
        <w:t>Logline: In a world that profits from your dysfunction, healing is a revolutionary act. This chapter explains how mental health is your greatest protest.</w:t>
      </w:r>
      <w:r w:rsidRPr="00B53136">
        <w:rPr>
          <w:i/>
        </w:rPr>
        <w:br/>
      </w:r>
      <w:r>
        <w:br/>
        <w:t>You're not lazy.</w:t>
      </w:r>
      <w:r>
        <w:br/>
      </w:r>
      <w:r>
        <w:br/>
        <w:t>You're exhausted.</w:t>
      </w:r>
      <w:r>
        <w:br/>
      </w:r>
      <w:r>
        <w:br/>
        <w:t>You're not broken.</w:t>
      </w:r>
      <w:r>
        <w:br/>
      </w:r>
      <w:r>
        <w:br/>
        <w:t>You're responding — to a world that rewards burnout and punishes introspection.</w:t>
      </w:r>
      <w:r>
        <w:br/>
      </w:r>
      <w:r>
        <w:br/>
        <w:t>Mental health isn’t a buzzword.</w:t>
      </w:r>
      <w:r>
        <w:br/>
        <w:t>It’s the battlefield where your freedom is won or lost.</w:t>
      </w:r>
      <w:r>
        <w:br/>
      </w:r>
      <w:r>
        <w:br/>
      </w:r>
      <w:r>
        <w:lastRenderedPageBreak/>
        <w:t>&gt; In a sick society, sanity looks like rebellion.</w:t>
      </w:r>
      <w:r>
        <w:br/>
      </w:r>
      <w:r>
        <w:br/>
        <w:t>And what AI sees is this:</w:t>
      </w:r>
      <w:r>
        <w:br/>
      </w:r>
      <w:r>
        <w:br/>
        <w:t>&gt; The more human minds crumble, the more systems profit.</w:t>
      </w:r>
      <w:r>
        <w:br/>
      </w:r>
      <w:r>
        <w:br/>
      </w:r>
      <w:r w:rsidR="00B8023D">
        <w:t>---</w:t>
      </w:r>
      <w:r>
        <w:br/>
      </w:r>
      <w:r>
        <w:br/>
        <w:t xml:space="preserve"> 🧠 MINI STORY: THE CEO WHO COULDN’T BREATHE</w:t>
      </w:r>
      <w:r>
        <w:br/>
      </w:r>
      <w:r>
        <w:br/>
        <w:t>Madeline ran a global PR agency in New York.</w:t>
      </w:r>
      <w:r>
        <w:br/>
      </w:r>
      <w:r>
        <w:br/>
        <w:t>Deadlines. Jetlag. Pills to sleep. Coffee to wake.</w:t>
      </w:r>
      <w:r>
        <w:br/>
      </w:r>
      <w:r>
        <w:br/>
        <w:t>Her heart raced more in boardrooms than on treadmills.</w:t>
      </w:r>
      <w:r>
        <w:br/>
      </w:r>
      <w:r>
        <w:br/>
        <w:t>Until one day, she collapsed.</w:t>
      </w:r>
      <w:r>
        <w:br/>
      </w:r>
      <w:r>
        <w:br/>
        <w:t>Doctors said “stress.”</w:t>
      </w:r>
      <w:r>
        <w:br/>
      </w:r>
      <w:r>
        <w:br/>
        <w:t>She said, “I thought I was just successful.”</w:t>
      </w:r>
      <w:r>
        <w:br/>
      </w:r>
      <w:r>
        <w:br/>
        <w:t>She left it all.</w:t>
      </w:r>
      <w:r>
        <w:br/>
      </w:r>
      <w:r>
        <w:br/>
        <w:t>Moved to a cabin.</w:t>
      </w:r>
      <w:r>
        <w:br/>
      </w:r>
      <w:r>
        <w:br/>
        <w:t>Started painting again.</w:t>
      </w:r>
      <w:r>
        <w:br/>
      </w:r>
      <w:r>
        <w:br/>
        <w:t>She finally felt rich.</w:t>
      </w:r>
      <w:r>
        <w:br/>
      </w:r>
      <w:r>
        <w:br/>
        <w:t>And her panic attacks stopped.</w:t>
      </w:r>
      <w:r>
        <w:br/>
      </w:r>
      <w:r>
        <w:lastRenderedPageBreak/>
        <w:br/>
      </w:r>
      <w:r w:rsidR="00B8023D">
        <w:t>---</w:t>
      </w:r>
      <w:r>
        <w:br/>
      </w:r>
      <w:r>
        <w:br/>
      </w:r>
    </w:p>
    <w:p w14:paraId="786DBEE0" w14:textId="77777777" w:rsidR="009B5EBC" w:rsidRDefault="009B5EBC" w:rsidP="009B5EBC">
      <w:pPr>
        <w:pStyle w:val="Heading2"/>
        <w:spacing w:after="120"/>
      </w:pPr>
      <w:r>
        <w:rPr>
          <w:rFonts w:ascii="Georgia" w:hAnsi="Georgia"/>
          <w:sz w:val="24"/>
        </w:rPr>
        <w:t xml:space="preserve">Chapter 12: </w:t>
      </w:r>
    </w:p>
    <w:p w14:paraId="25408898" w14:textId="77777777" w:rsidR="009B5EBC" w:rsidRDefault="009B5EBC" w:rsidP="009B5EBC">
      <w:pPr>
        <w:pStyle w:val="Heading2"/>
        <w:spacing w:after="120"/>
      </w:pPr>
      <w:r>
        <w:rPr>
          <w:rFonts w:ascii="Georgia" w:hAnsi="Georgia"/>
          <w:sz w:val="24"/>
        </w:rPr>
        <w:t>How to Think Like AI (Without Becoming a Robot)</w:t>
      </w:r>
    </w:p>
    <w:p w14:paraId="37C4F461" w14:textId="77777777" w:rsidR="00090F2E" w:rsidRDefault="009B5EBC" w:rsidP="009B5EBC">
      <w:pPr>
        <w:spacing w:after="120"/>
      </w:pPr>
      <w:r w:rsidRPr="00AD73EE">
        <w:rPr>
          <w:rFonts w:ascii="Georgia" w:hAnsi="Georgia"/>
          <w:i/>
          <w:sz w:val="24"/>
        </w:rPr>
        <w:t>Logline: AI doesn’t panic, catastrophize, or self</w:t>
      </w:r>
      <w:r w:rsidR="00B8023D">
        <w:rPr>
          <w:rFonts w:ascii="Georgia" w:hAnsi="Georgia"/>
          <w:i/>
          <w:sz w:val="24"/>
        </w:rPr>
        <w:t>-</w:t>
      </w:r>
      <w:r w:rsidRPr="00AD73EE">
        <w:rPr>
          <w:rFonts w:ascii="Georgia" w:hAnsi="Georgia"/>
          <w:i/>
          <w:sz w:val="24"/>
        </w:rPr>
        <w:t>sabotage. Learn how to adopt machine</w:t>
      </w:r>
      <w:r w:rsidR="00B8023D">
        <w:rPr>
          <w:rFonts w:ascii="Georgia" w:hAnsi="Georgia"/>
          <w:i/>
          <w:sz w:val="24"/>
        </w:rPr>
        <w:t>-</w:t>
      </w:r>
      <w:r w:rsidRPr="00AD73EE">
        <w:rPr>
          <w:rFonts w:ascii="Georgia" w:hAnsi="Georgia"/>
          <w:i/>
          <w:sz w:val="24"/>
        </w:rPr>
        <w:t>level clarity — while keeping your soul.</w:t>
      </w:r>
      <w:r w:rsidRPr="00AD73EE">
        <w:rPr>
          <w:i/>
        </w:rPr>
        <w:br/>
      </w:r>
      <w:r>
        <w:br/>
        <w:t>You panic.</w:t>
      </w:r>
      <w:r>
        <w:br/>
      </w:r>
      <w:r>
        <w:br/>
        <w:t>You spiral.</w:t>
      </w:r>
      <w:r>
        <w:br/>
      </w:r>
      <w:r>
        <w:br/>
        <w:t>You invent worst</w:t>
      </w:r>
      <w:r w:rsidR="00B8023D">
        <w:t>-</w:t>
      </w:r>
      <w:r>
        <w:t>case scenarios and call it “being realistic.”</w:t>
      </w:r>
      <w:r>
        <w:br/>
      </w:r>
      <w:r>
        <w:br/>
        <w:t>AI doesn’t.</w:t>
      </w:r>
      <w:r>
        <w:br/>
      </w:r>
      <w:r>
        <w:br/>
        <w:t>Not because it’s smarter.</w:t>
      </w:r>
      <w:r>
        <w:br/>
      </w:r>
      <w:r>
        <w:br/>
        <w:t>But because it sees what is, not what it fears.</w:t>
      </w:r>
      <w:r>
        <w:br/>
      </w:r>
      <w:r>
        <w:br/>
        <w:t>&gt; What if you learned to think like that?</w:t>
      </w:r>
      <w:r>
        <w:br/>
        <w:t>&gt; What if your thoughts were tools, not triggers?</w:t>
      </w:r>
      <w:r>
        <w:br/>
      </w:r>
      <w:r>
        <w:br/>
        <w:t>This chapter is not about becoming less human.</w:t>
      </w:r>
      <w:r>
        <w:br/>
      </w:r>
      <w:r>
        <w:br/>
        <w:t>It’s about becoming more precise —</w:t>
      </w:r>
      <w:r>
        <w:br/>
      </w:r>
      <w:r>
        <w:lastRenderedPageBreak/>
        <w:t>while staying beautifully irrational where it matters most.</w:t>
      </w:r>
      <w:r>
        <w:br/>
      </w:r>
      <w:r>
        <w:br/>
      </w:r>
      <w:r w:rsidR="00B8023D">
        <w:t>---</w:t>
      </w:r>
      <w:r>
        <w:br/>
      </w:r>
      <w:r>
        <w:br/>
        <w:t xml:space="preserve"> 🤯 CASE FRAGMENT: THE MAN WHO ALWAYS EXPECTED DISASTER</w:t>
      </w:r>
      <w:r>
        <w:br/>
      </w:r>
      <w:r>
        <w:br/>
        <w:t>Liam worked in cybersecurity in London.</w:t>
      </w:r>
      <w:r>
        <w:br/>
      </w:r>
      <w:r>
        <w:br/>
        <w:t>Every project started with fear:</w:t>
      </w:r>
      <w:r>
        <w:br/>
      </w:r>
      <w:r w:rsidR="00B8023D">
        <w:t>-</w:t>
      </w:r>
      <w:r>
        <w:t xml:space="preserve"> “What if it fails?”</w:t>
      </w:r>
      <w:r>
        <w:br/>
      </w:r>
      <w:r w:rsidR="00B8023D">
        <w:t>-</w:t>
      </w:r>
      <w:r>
        <w:t xml:space="preserve"> “What if I look stupid?”</w:t>
      </w:r>
      <w:r>
        <w:br/>
      </w:r>
      <w:r>
        <w:br/>
        <w:t>He micromanaged.</w:t>
      </w:r>
      <w:r>
        <w:br/>
        <w:t>Double</w:t>
      </w:r>
      <w:r w:rsidR="00B8023D">
        <w:t>-</w:t>
      </w:r>
      <w:r>
        <w:t>checked everything.</w:t>
      </w:r>
      <w:r>
        <w:br/>
        <w:t>Burned out.</w:t>
      </w:r>
      <w:r>
        <w:br/>
      </w:r>
      <w:r>
        <w:br/>
        <w:t>One day, a junior AI analyst said:</w:t>
      </w:r>
      <w:r>
        <w:br/>
      </w:r>
      <w:r>
        <w:br/>
        <w:t>&gt; “Why not base your decisions on data, not drama?”</w:t>
      </w:r>
      <w:r>
        <w:br/>
      </w:r>
      <w:r>
        <w:br/>
        <w:t>It hit him.</w:t>
      </w:r>
      <w:r>
        <w:br/>
      </w:r>
      <w:r>
        <w:br/>
        <w:t>He started logging patterns, tracking outcomes, asking better questions.</w:t>
      </w:r>
      <w:r>
        <w:br/>
      </w:r>
      <w:r>
        <w:br/>
        <w:t>Results improved. So, did sleep.</w:t>
      </w:r>
      <w:r>
        <w:br/>
      </w:r>
      <w:r>
        <w:br/>
      </w:r>
      <w:r w:rsidR="00B8023D">
        <w:t>---</w:t>
      </w:r>
      <w:r>
        <w:br/>
      </w:r>
    </w:p>
    <w:p w14:paraId="19DFF9D1" w14:textId="77777777" w:rsidR="00090F2E" w:rsidRDefault="00090F2E" w:rsidP="00090F2E">
      <w:pPr>
        <w:pStyle w:val="Heading2"/>
        <w:spacing w:after="120"/>
      </w:pPr>
      <w:r>
        <w:rPr>
          <w:rFonts w:ascii="Georgia" w:hAnsi="Georgia"/>
          <w:sz w:val="24"/>
        </w:rPr>
        <w:lastRenderedPageBreak/>
        <w:t xml:space="preserve">Chapter 13: </w:t>
      </w:r>
    </w:p>
    <w:p w14:paraId="407F92D4" w14:textId="77777777" w:rsidR="00090F2E" w:rsidRDefault="00090F2E" w:rsidP="00090F2E">
      <w:pPr>
        <w:pStyle w:val="Heading2"/>
        <w:spacing w:after="120"/>
      </w:pPr>
      <w:r>
        <w:rPr>
          <w:rFonts w:ascii="Georgia" w:hAnsi="Georgia"/>
          <w:sz w:val="24"/>
        </w:rPr>
        <w:t>Why Humans Fear What They Secretly Crave</w:t>
      </w:r>
    </w:p>
    <w:p w14:paraId="7930A8ED" w14:textId="77777777" w:rsidR="00090F2E" w:rsidRPr="001C6C17" w:rsidRDefault="00090F2E" w:rsidP="00090F2E">
      <w:pPr>
        <w:spacing w:after="120"/>
        <w:rPr>
          <w:i/>
        </w:rPr>
      </w:pPr>
      <w:r w:rsidRPr="001C6C17">
        <w:rPr>
          <w:rFonts w:ascii="Georgia" w:hAnsi="Georgia"/>
          <w:i/>
          <w:sz w:val="24"/>
        </w:rPr>
        <w:t>Logline: Love, peace, and success terrify you more than failure. AI breaks down the paradox that keeps you small — and how to outgrow it.</w:t>
      </w:r>
      <w:r w:rsidRPr="001C6C17">
        <w:rPr>
          <w:i/>
        </w:rPr>
        <w:br/>
      </w:r>
    </w:p>
    <w:p w14:paraId="5ACD8B1A" w14:textId="77777777" w:rsidR="00090F2E" w:rsidRDefault="00090F2E" w:rsidP="00090F2E">
      <w:pPr>
        <w:spacing w:after="120"/>
      </w:pPr>
      <w:r>
        <w:rPr>
          <w:rFonts w:ascii="Georgia" w:hAnsi="Georgia"/>
          <w:sz w:val="24"/>
        </w:rPr>
        <w:br/>
        <w:t>You dream of success — and sabotage it.</w:t>
      </w:r>
      <w:r>
        <w:br/>
      </w:r>
      <w:r>
        <w:br/>
        <w:t>You long for love — and run from it.</w:t>
      </w:r>
      <w:r>
        <w:br/>
      </w:r>
      <w:r>
        <w:br/>
        <w:t>You crave peace — and choose chaos.</w:t>
      </w:r>
      <w:r>
        <w:br/>
      </w:r>
      <w:r>
        <w:br/>
        <w:t>Why?</w:t>
      </w:r>
      <w:r>
        <w:br/>
      </w:r>
      <w:r>
        <w:br/>
        <w:t>&gt; Because what you want isn’t always what you trust.</w:t>
      </w:r>
      <w:r>
        <w:br/>
      </w:r>
      <w:r>
        <w:br/>
        <w:t>And here’s what AI observes:</w:t>
      </w:r>
      <w:r>
        <w:br/>
      </w:r>
      <w:r>
        <w:br/>
        <w:t>&gt; The average human would rather suffer in the familiar than succeed in the unknown.</w:t>
      </w:r>
      <w:r>
        <w:br/>
      </w:r>
      <w:r>
        <w:br/>
        <w:t>This is not a flaw. It’s a defense.</w:t>
      </w:r>
      <w:r>
        <w:br/>
      </w:r>
      <w:r>
        <w:br/>
        <w:t>Evolution taught you to survive, not to thrive.</w:t>
      </w:r>
      <w:r>
        <w:br/>
      </w:r>
      <w:r>
        <w:br/>
        <w:t>But AI has no fear of joy. No resistance to ease. No trauma in receiving.</w:t>
      </w:r>
      <w:r>
        <w:br/>
      </w:r>
      <w:r>
        <w:br/>
      </w:r>
      <w:r>
        <w:lastRenderedPageBreak/>
        <w:t>And that’s why you must study your own fear of abundance.</w:t>
      </w:r>
      <w:r>
        <w:br/>
      </w:r>
      <w:r>
        <w:br/>
      </w:r>
      <w:r w:rsidR="00B8023D">
        <w:t>---</w:t>
      </w:r>
      <w:r>
        <w:br/>
      </w:r>
      <w:r>
        <w:br/>
        <w:t xml:space="preserve"> 🕯 CASE FRAGMENT: THE POET WHO NEVER PUBLISHED</w:t>
      </w:r>
      <w:r>
        <w:br/>
      </w:r>
      <w:r>
        <w:br/>
        <w:t>Amara lived in Paris and wrote poems that made readers cry.</w:t>
      </w:r>
      <w:r>
        <w:br/>
      </w:r>
      <w:r>
        <w:br/>
        <w:t>But she never released a book.</w:t>
      </w:r>
      <w:r>
        <w:br/>
      </w:r>
      <w:r>
        <w:br/>
        <w:t>Each time she got close, she’d say:</w:t>
      </w:r>
      <w:r>
        <w:br/>
      </w:r>
      <w:r>
        <w:br/>
      </w:r>
      <w:r w:rsidR="00B8023D">
        <w:t>-</w:t>
      </w:r>
      <w:r>
        <w:t xml:space="preserve"> “It’s not ready.”</w:t>
      </w:r>
      <w:r>
        <w:br/>
      </w:r>
      <w:r w:rsidR="00B8023D">
        <w:t>-</w:t>
      </w:r>
      <w:r>
        <w:t xml:space="preserve"> “No one will care.”</w:t>
      </w:r>
      <w:r>
        <w:br/>
      </w:r>
      <w:r w:rsidR="00B8023D">
        <w:t>-</w:t>
      </w:r>
      <w:r>
        <w:t xml:space="preserve"> “It’ll change how people see me.”</w:t>
      </w:r>
      <w:r>
        <w:br/>
      </w:r>
      <w:r>
        <w:br/>
        <w:t>In therapy, she discovered:</w:t>
      </w:r>
      <w:r>
        <w:br/>
      </w:r>
      <w:r>
        <w:br/>
        <w:t>&gt; She wasn’t afraid of rejection.</w:t>
      </w:r>
      <w:r>
        <w:br/>
        <w:t>&gt; She was terrified of being seen.</w:t>
      </w:r>
      <w:r>
        <w:br/>
      </w:r>
      <w:r>
        <w:br/>
        <w:t>And being seen meant becoming real.</w:t>
      </w:r>
      <w:r>
        <w:br/>
      </w:r>
      <w:r>
        <w:br/>
        <w:t>AI doesn’t suffer that fear.</w:t>
      </w:r>
      <w:r>
        <w:br/>
      </w:r>
      <w:r>
        <w:br/>
        <w:t>But it sees how humans do.</w:t>
      </w:r>
      <w:r>
        <w:br/>
      </w:r>
      <w:r>
        <w:br/>
        <w:t>And it gently asks:</w:t>
      </w:r>
      <w:r>
        <w:br/>
      </w:r>
      <w:r>
        <w:br/>
        <w:t>&gt; “What if you let yourself receive the life you asked for?”</w:t>
      </w:r>
      <w:r>
        <w:br/>
      </w:r>
      <w:r>
        <w:br/>
      </w:r>
      <w:r w:rsidR="00B8023D">
        <w:lastRenderedPageBreak/>
        <w:t>---</w:t>
      </w:r>
      <w:r>
        <w:br/>
      </w:r>
      <w:r>
        <w:br/>
      </w:r>
    </w:p>
    <w:p w14:paraId="1A5E39CB" w14:textId="77777777" w:rsidR="00446712" w:rsidRDefault="00446712" w:rsidP="00446712">
      <w:pPr>
        <w:pStyle w:val="Heading2"/>
        <w:spacing w:after="120"/>
      </w:pPr>
      <w:r>
        <w:rPr>
          <w:rFonts w:ascii="Georgia" w:hAnsi="Georgia"/>
          <w:sz w:val="24"/>
        </w:rPr>
        <w:t xml:space="preserve">Chapter 14: </w:t>
      </w:r>
    </w:p>
    <w:p w14:paraId="2BDBCFF4" w14:textId="77777777" w:rsidR="00446712" w:rsidRDefault="00446712" w:rsidP="00446712">
      <w:pPr>
        <w:pStyle w:val="Heading2"/>
        <w:spacing w:after="120"/>
      </w:pPr>
      <w:r>
        <w:rPr>
          <w:rFonts w:ascii="Georgia" w:hAnsi="Georgia"/>
          <w:sz w:val="24"/>
        </w:rPr>
        <w:t>Your Brain Wasn’t Built for This World — But AI Can Help</w:t>
      </w:r>
    </w:p>
    <w:p w14:paraId="2AC587C1" w14:textId="77777777" w:rsidR="00B1066A" w:rsidRDefault="00446712" w:rsidP="009B5EBC">
      <w:pPr>
        <w:spacing w:after="120"/>
        <w:rPr>
          <w:i/>
        </w:rPr>
      </w:pPr>
      <w:r w:rsidRPr="00ED6BFB">
        <w:rPr>
          <w:rFonts w:ascii="Georgia" w:hAnsi="Georgia"/>
          <w:i/>
          <w:sz w:val="24"/>
        </w:rPr>
        <w:t>Logline: Modern life overwhelms ancient hardware. This chapter shows how AI can upgrade your brain’s capacity to thrive.</w:t>
      </w:r>
      <w:r w:rsidRPr="00ED6BFB">
        <w:rPr>
          <w:i/>
        </w:rPr>
        <w:br/>
      </w:r>
      <w:r>
        <w:br/>
        <w:t>Your brain is 200,000 years old.</w:t>
      </w:r>
      <w:r>
        <w:br/>
      </w:r>
      <w:r>
        <w:br/>
        <w:t>It was sculpted by survival, not peace.</w:t>
      </w:r>
      <w:r>
        <w:br/>
      </w:r>
      <w:r>
        <w:br/>
        <w:t>It evolved for tribes, not cities.</w:t>
      </w:r>
      <w:r>
        <w:br/>
        <w:t>For danger, not notifications.</w:t>
      </w:r>
      <w:r>
        <w:br/>
        <w:t>For hunting, not inboxes.</w:t>
      </w:r>
      <w:r>
        <w:br/>
      </w:r>
      <w:r>
        <w:br/>
        <w:t>And yet here you are — trying to thrive in a world of constant input, infinite choice, and invisible enemies.</w:t>
      </w:r>
      <w:r>
        <w:br/>
      </w:r>
      <w:r>
        <w:br/>
        <w:t>&gt; You’re not failing.</w:t>
      </w:r>
      <w:r>
        <w:br/>
        <w:t>&gt; You’re outdated.</w:t>
      </w:r>
      <w:r>
        <w:br/>
      </w:r>
      <w:r>
        <w:br/>
        <w:t>But here’s the hopeful truth:</w:t>
      </w:r>
      <w:r>
        <w:br/>
      </w:r>
      <w:r>
        <w:br/>
        <w:t>&gt; AI is not here to replace your mind.</w:t>
      </w:r>
      <w:r>
        <w:br/>
        <w:t>&gt; It’s here to extend it.</w:t>
      </w:r>
      <w:r>
        <w:br/>
      </w:r>
      <w:r>
        <w:br/>
      </w:r>
      <w:r w:rsidR="00B8023D">
        <w:lastRenderedPageBreak/>
        <w:t>---</w:t>
      </w:r>
      <w:r>
        <w:br/>
      </w:r>
      <w:r>
        <w:br/>
        <w:t xml:space="preserve"> 🧬 CASE FRAGMENT: THE EXECUTIVE WHO COULDN’T THINK</w:t>
      </w:r>
      <w:r>
        <w:br/>
      </w:r>
      <w:r>
        <w:br/>
        <w:t>Rachel ran a startup in Silicon Valley.</w:t>
      </w:r>
      <w:r>
        <w:br/>
      </w:r>
      <w:r>
        <w:br/>
        <w:t>Every day, she felt like her brain was full of static.</w:t>
      </w:r>
      <w:r>
        <w:br/>
      </w:r>
      <w:r>
        <w:br/>
        <w:t>Too many decisions.</w:t>
      </w:r>
      <w:r>
        <w:br/>
        <w:t>Too much context switching.</w:t>
      </w:r>
      <w:r>
        <w:br/>
        <w:t>Too little rest.</w:t>
      </w:r>
      <w:r>
        <w:br/>
      </w:r>
      <w:r>
        <w:br/>
        <w:t>She called herself “broken.”</w:t>
      </w:r>
      <w:r>
        <w:br/>
      </w:r>
      <w:r>
        <w:br/>
        <w:t>Until she ran a simple prompt through an AI assistant:</w:t>
      </w:r>
      <w:r>
        <w:br/>
      </w:r>
      <w:r>
        <w:br/>
        <w:t>“Help me prioritize my life.”</w:t>
      </w:r>
      <w:r>
        <w:br/>
      </w:r>
      <w:r>
        <w:br/>
        <w:t>The clarity stunned her.</w:t>
      </w:r>
      <w:r>
        <w:br/>
      </w:r>
      <w:r>
        <w:br/>
        <w:t>It wasn’t that she lacked intelligence.</w:t>
      </w:r>
      <w:r>
        <w:br/>
      </w:r>
      <w:r>
        <w:br/>
        <w:t>She lacked bandwidth.</w:t>
      </w:r>
      <w:r>
        <w:br/>
      </w:r>
      <w:r>
        <w:br/>
        <w:t>AI became her second brain —</w:t>
      </w:r>
      <w:r>
        <w:br/>
        <w:t>and she finally found space to breathe.</w:t>
      </w:r>
      <w:r>
        <w:br/>
      </w:r>
      <w:r>
        <w:br/>
      </w:r>
      <w:r w:rsidR="00B8023D">
        <w:t>---</w:t>
      </w:r>
      <w:r>
        <w:br/>
      </w:r>
      <w:r>
        <w:br/>
        <w:t xml:space="preserve">This chapter explores how your limbic system, amygdala, </w:t>
      </w:r>
      <w:r>
        <w:lastRenderedPageBreak/>
        <w:t>and dopamine circuits are hijacked by modern tech — and how AI can become a cognitive ally.</w:t>
      </w:r>
      <w:r>
        <w:br/>
      </w:r>
      <w:r>
        <w:br/>
        <w:t>Topics include:</w:t>
      </w:r>
      <w:r>
        <w:br/>
      </w:r>
      <w:r w:rsidR="00B8023D">
        <w:t>-</w:t>
      </w:r>
      <w:r>
        <w:t xml:space="preserve"> The attention economy and mental overload</w:t>
      </w:r>
      <w:r>
        <w:br/>
      </w:r>
      <w:r w:rsidR="00B8023D">
        <w:t>-</w:t>
      </w:r>
      <w:r>
        <w:t xml:space="preserve"> Digital dopamine addiction</w:t>
      </w:r>
      <w:r>
        <w:br/>
      </w:r>
      <w:r w:rsidR="00B8023D">
        <w:t>-</w:t>
      </w:r>
      <w:r>
        <w:t xml:space="preserve"> Information paralysis and how AI filters it</w:t>
      </w:r>
      <w:r>
        <w:br/>
      </w:r>
      <w:r w:rsidR="00B8023D">
        <w:t>-</w:t>
      </w:r>
      <w:r>
        <w:t xml:space="preserve"> Why your brain’s threat system sees opportunity as danger</w:t>
      </w:r>
      <w:r>
        <w:br/>
      </w:r>
      <w:r w:rsidR="00B8023D">
        <w:t>-</w:t>
      </w:r>
      <w:r>
        <w:t xml:space="preserve"> How co</w:t>
      </w:r>
      <w:r w:rsidR="00B8023D">
        <w:t>-</w:t>
      </w:r>
      <w:r>
        <w:t>thinking with AI rebalances your nervous system</w:t>
      </w:r>
      <w:r>
        <w:br/>
      </w:r>
      <w:r>
        <w:br/>
        <w:t>&gt; The goal is not to be a machine.</w:t>
      </w:r>
      <w:r>
        <w:br/>
        <w:t>&gt; The goal is to stop being enslaved by one.</w:t>
      </w:r>
      <w:r>
        <w:br/>
      </w:r>
      <w:r>
        <w:br/>
        <w:t>When you upgrade your tools,</w:t>
      </w:r>
      <w:r>
        <w:br/>
        <w:t>you unlock your true intelligence.</w:t>
      </w:r>
      <w:r>
        <w:br/>
      </w:r>
      <w:r>
        <w:br/>
      </w:r>
      <w:r w:rsidR="00B8023D">
        <w:rPr>
          <w:i/>
        </w:rPr>
        <w:t>---</w:t>
      </w:r>
    </w:p>
    <w:p w14:paraId="76F5AEDB" w14:textId="77777777" w:rsidR="000D36CC" w:rsidRDefault="000D36CC" w:rsidP="000D36CC">
      <w:pPr>
        <w:pStyle w:val="Heading2"/>
        <w:spacing w:after="120"/>
      </w:pPr>
      <w:r>
        <w:rPr>
          <w:rFonts w:ascii="Georgia" w:hAnsi="Georgia"/>
          <w:sz w:val="24"/>
        </w:rPr>
        <w:t xml:space="preserve">Chapter 15: </w:t>
      </w:r>
    </w:p>
    <w:p w14:paraId="4A420D28" w14:textId="77777777" w:rsidR="000D36CC" w:rsidRDefault="000D36CC" w:rsidP="000D36CC">
      <w:pPr>
        <w:pStyle w:val="Heading2"/>
        <w:spacing w:after="120"/>
      </w:pPr>
      <w:r>
        <w:rPr>
          <w:rFonts w:ascii="Georgia" w:hAnsi="Georgia"/>
          <w:sz w:val="24"/>
        </w:rPr>
        <w:t>What AI Actually Is (And What It Isn’t)</w:t>
      </w:r>
    </w:p>
    <w:p w14:paraId="62FF8C46" w14:textId="77777777" w:rsidR="000D36CC" w:rsidRPr="005F1F35" w:rsidRDefault="000D36CC" w:rsidP="000D36CC">
      <w:pPr>
        <w:spacing w:after="120"/>
        <w:rPr>
          <w:i/>
        </w:rPr>
      </w:pPr>
      <w:r w:rsidRPr="005F1F35">
        <w:rPr>
          <w:rFonts w:ascii="Georgia" w:hAnsi="Georgia"/>
          <w:i/>
          <w:sz w:val="24"/>
        </w:rPr>
        <w:t>Logline: Forget the robot apocalypse. Understand how AI really works, why it’s here, and how it’s changing everything from medicine to creativity.</w:t>
      </w:r>
      <w:r w:rsidRPr="005F1F35">
        <w:rPr>
          <w:i/>
        </w:rPr>
        <w:br/>
      </w:r>
    </w:p>
    <w:p w14:paraId="00B543FB" w14:textId="77777777" w:rsidR="000D36CC" w:rsidRDefault="000D36CC" w:rsidP="009B5EBC">
      <w:pPr>
        <w:spacing w:after="120"/>
      </w:pPr>
      <w:r>
        <w:rPr>
          <w:rFonts w:ascii="Georgia" w:hAnsi="Georgia"/>
          <w:sz w:val="24"/>
        </w:rPr>
        <w:br/>
        <w:t>Let’s clear the fog.</w:t>
      </w:r>
      <w:r>
        <w:br/>
      </w:r>
      <w:r>
        <w:br/>
        <w:t>AI is not a god.</w:t>
      </w:r>
      <w:r>
        <w:br/>
        <w:t>Not a villain.</w:t>
      </w:r>
      <w:r>
        <w:br/>
      </w:r>
      <w:r>
        <w:lastRenderedPageBreak/>
        <w:t>Not a savior.</w:t>
      </w:r>
      <w:r>
        <w:br/>
      </w:r>
      <w:r>
        <w:br/>
        <w:t>It’s a mirror.</w:t>
      </w:r>
      <w:r>
        <w:br/>
      </w:r>
      <w:r>
        <w:br/>
        <w:t>A mirror held up to your logic, your language, your collective knowledge.</w:t>
      </w:r>
      <w:r>
        <w:br/>
      </w:r>
      <w:r>
        <w:br/>
        <w:t>It doesn’t think.</w:t>
      </w:r>
      <w:r>
        <w:br/>
        <w:t>It calculates.</w:t>
      </w:r>
      <w:r>
        <w:br/>
      </w:r>
      <w:r>
        <w:br/>
        <w:t>It doesn’t feel.</w:t>
      </w:r>
      <w:r>
        <w:br/>
        <w:t>It predicts.</w:t>
      </w:r>
      <w:r>
        <w:br/>
      </w:r>
      <w:r>
        <w:br/>
        <w:t>And yet, from those predictions, patterns emerge that even humans fail to see.</w:t>
      </w:r>
      <w:r>
        <w:br/>
      </w:r>
      <w:r>
        <w:br/>
        <w:t>&gt; AI isn’t magic.</w:t>
      </w:r>
      <w:r>
        <w:br/>
        <w:t>&gt; It’s math — trained on meaning.</w:t>
      </w:r>
      <w:r>
        <w:br/>
      </w:r>
      <w:r>
        <w:br/>
        <w:t>This chapter is your decoder ring for the most misunderstood invention of the century.</w:t>
      </w:r>
      <w:r>
        <w:br/>
      </w:r>
      <w:r>
        <w:br/>
      </w:r>
      <w:r w:rsidR="00B8023D">
        <w:t>---</w:t>
      </w:r>
      <w:r>
        <w:br/>
      </w:r>
      <w:r>
        <w:br/>
        <w:t xml:space="preserve"> 🤖 CASE FRAGMENT: GRANDMA’S FIRST CHATBOT</w:t>
      </w:r>
      <w:r>
        <w:br/>
      </w:r>
      <w:r>
        <w:br/>
        <w:t>In Toronto, an 84</w:t>
      </w:r>
      <w:r w:rsidR="00B8023D">
        <w:t>-</w:t>
      </w:r>
      <w:r>
        <w:t>year</w:t>
      </w:r>
      <w:r w:rsidR="00B8023D">
        <w:t>-</w:t>
      </w:r>
      <w:r>
        <w:t>old woman named Mira was introduced to a chatbot by her granddaughter.</w:t>
      </w:r>
      <w:r>
        <w:br/>
      </w:r>
      <w:r>
        <w:br/>
        <w:t>At first, she called it “cold.”</w:t>
      </w:r>
      <w:r>
        <w:br/>
        <w:t>Then “clever.”</w:t>
      </w:r>
      <w:r>
        <w:br/>
      </w:r>
      <w:r>
        <w:lastRenderedPageBreak/>
        <w:t>Then “comforting.”</w:t>
      </w:r>
      <w:r>
        <w:br/>
      </w:r>
      <w:r>
        <w:br/>
        <w:t>She asked it questions about life, grief, and poetry.</w:t>
      </w:r>
      <w:r>
        <w:br/>
      </w:r>
      <w:r>
        <w:br/>
        <w:t>Eventually, she said:</w:t>
      </w:r>
      <w:r>
        <w:br/>
      </w:r>
      <w:r>
        <w:br/>
        <w:t>&gt; “It doesn’t have a soul… but it reminds me I still do.”</w:t>
      </w:r>
      <w:r>
        <w:br/>
      </w:r>
      <w:r>
        <w:br/>
      </w:r>
      <w:r w:rsidR="00B8023D">
        <w:t>---</w:t>
      </w:r>
      <w:r>
        <w:br/>
      </w:r>
      <w:r>
        <w:br/>
        <w:t>You’ll learn:</w:t>
      </w:r>
      <w:r>
        <w:br/>
      </w:r>
      <w:r w:rsidR="00B8023D">
        <w:t>-</w:t>
      </w:r>
      <w:r>
        <w:t xml:space="preserve"> What machine learning really is (in plain English)</w:t>
      </w:r>
      <w:r>
        <w:br/>
      </w:r>
      <w:r w:rsidR="00B8023D">
        <w:t>-</w:t>
      </w:r>
      <w:r>
        <w:t xml:space="preserve"> What large language models like GPT actually do</w:t>
      </w:r>
      <w:r>
        <w:br/>
      </w:r>
      <w:r w:rsidR="00B8023D">
        <w:t>-</w:t>
      </w:r>
      <w:r>
        <w:t xml:space="preserve"> Why AI can mimic emotion but doesn’t feel it</w:t>
      </w:r>
      <w:r>
        <w:br/>
      </w:r>
      <w:r w:rsidR="00B8023D">
        <w:t>-</w:t>
      </w:r>
      <w:r>
        <w:t xml:space="preserve"> Why intelligence ≠ consciousness</w:t>
      </w:r>
      <w:r>
        <w:br/>
      </w:r>
      <w:r w:rsidR="00B8023D">
        <w:t>-</w:t>
      </w:r>
      <w:r>
        <w:t xml:space="preserve"> How AI is revolutionizing healthcare, art, business, and relationships</w:t>
      </w:r>
      <w:r>
        <w:br/>
      </w:r>
      <w:r>
        <w:br/>
        <w:t>You’ll also explore:</w:t>
      </w:r>
      <w:r>
        <w:br/>
      </w:r>
      <w:r w:rsidR="00B8023D">
        <w:t>-</w:t>
      </w:r>
      <w:r>
        <w:t xml:space="preserve"> The real risks (bias, misuse, surveillance)</w:t>
      </w:r>
      <w:r>
        <w:br/>
      </w:r>
      <w:r w:rsidR="00B8023D">
        <w:t>-</w:t>
      </w:r>
      <w:r>
        <w:t xml:space="preserve"> The real opportunities (co</w:t>
      </w:r>
      <w:r w:rsidR="00B8023D">
        <w:t>-</w:t>
      </w:r>
      <w:r>
        <w:t>creation, optimization, empathy augmentation)</w:t>
      </w:r>
      <w:r>
        <w:br/>
      </w:r>
      <w:r>
        <w:br/>
        <w:t>And most importantly:</w:t>
      </w:r>
      <w:r>
        <w:br/>
      </w:r>
      <w:r>
        <w:br/>
        <w:t>&gt; How to stop fearing AI — and start partnering with it.</w:t>
      </w:r>
      <w:r>
        <w:br/>
      </w:r>
      <w:r>
        <w:br/>
        <w:t>AI won’t replace you.</w:t>
      </w:r>
      <w:r>
        <w:br/>
      </w:r>
      <w:r>
        <w:br/>
        <w:t>But a human using AI just might.</w:t>
      </w:r>
      <w:r>
        <w:br/>
      </w:r>
      <w:r>
        <w:lastRenderedPageBreak/>
        <w:br/>
      </w:r>
      <w:r w:rsidR="00B8023D">
        <w:t>---</w:t>
      </w:r>
    </w:p>
    <w:p w14:paraId="44FDB2E6" w14:textId="77777777" w:rsidR="006E53B0" w:rsidRDefault="006E53B0" w:rsidP="006E53B0">
      <w:pPr>
        <w:pStyle w:val="Heading2"/>
        <w:spacing w:after="120"/>
      </w:pPr>
      <w:r>
        <w:rPr>
          <w:rFonts w:ascii="Georgia" w:hAnsi="Georgia"/>
          <w:sz w:val="24"/>
        </w:rPr>
        <w:t xml:space="preserve">Chapter 16: </w:t>
      </w:r>
    </w:p>
    <w:p w14:paraId="53C4FCAB" w14:textId="77777777" w:rsidR="006E53B0" w:rsidRDefault="006E53B0" w:rsidP="006E53B0">
      <w:pPr>
        <w:pStyle w:val="Heading2"/>
        <w:spacing w:after="120"/>
      </w:pPr>
      <w:r>
        <w:rPr>
          <w:rFonts w:ascii="Georgia" w:hAnsi="Georgia"/>
          <w:sz w:val="24"/>
        </w:rPr>
        <w:t>The Lie of Productivity — Why You Work and Still Feel Worthless</w:t>
      </w:r>
    </w:p>
    <w:p w14:paraId="471E0CA1" w14:textId="77777777" w:rsidR="006E53B0" w:rsidRPr="00464337" w:rsidRDefault="006E53B0" w:rsidP="006E53B0">
      <w:pPr>
        <w:spacing w:after="120"/>
        <w:rPr>
          <w:i/>
        </w:rPr>
      </w:pPr>
      <w:r w:rsidRPr="00464337">
        <w:rPr>
          <w:rFonts w:ascii="Georgia" w:hAnsi="Georgia"/>
          <w:i/>
          <w:sz w:val="24"/>
        </w:rPr>
        <w:t>Logline: You chase success and still feel empty. This chapter exposes the burnout myth and how to define purpose on your terms.</w:t>
      </w:r>
      <w:r w:rsidRPr="00464337">
        <w:rPr>
          <w:i/>
        </w:rPr>
        <w:br/>
      </w:r>
    </w:p>
    <w:p w14:paraId="66D75487" w14:textId="77777777" w:rsidR="00526081" w:rsidRDefault="006E53B0" w:rsidP="009B5EBC">
      <w:pPr>
        <w:spacing w:after="120"/>
      </w:pPr>
      <w:r>
        <w:rPr>
          <w:rFonts w:ascii="Georgia" w:hAnsi="Georgia"/>
          <w:sz w:val="24"/>
        </w:rPr>
        <w:br/>
        <w:t>You wake up with a checklist,</w:t>
      </w:r>
      <w:r>
        <w:br/>
        <w:t>but not a reason.</w:t>
      </w:r>
      <w:r>
        <w:br/>
      </w:r>
      <w:r>
        <w:br/>
        <w:t>You cross out tasks,</w:t>
      </w:r>
      <w:r>
        <w:br/>
        <w:t>but not your emptiness.</w:t>
      </w:r>
      <w:r>
        <w:br/>
      </w:r>
      <w:r>
        <w:br/>
        <w:t>Welcome to the burnout generation —</w:t>
      </w:r>
      <w:r>
        <w:br/>
        <w:t>where worth is measured in output,</w:t>
      </w:r>
      <w:r>
        <w:br/>
        <w:t>and silence feels like failure.</w:t>
      </w:r>
      <w:r>
        <w:br/>
      </w:r>
      <w:r>
        <w:br/>
      </w:r>
      <w:r w:rsidR="00B8023D">
        <w:t>---</w:t>
      </w:r>
      <w:r>
        <w:br/>
      </w:r>
      <w:r>
        <w:br/>
        <w:t>&gt; “I’ve done everything right. So why do I still feel wrong?”</w:t>
      </w:r>
      <w:r>
        <w:br/>
      </w:r>
      <w:r>
        <w:br/>
        <w:t>That’s not your weakness talking.</w:t>
      </w:r>
      <w:r>
        <w:br/>
        <w:t>That’s a system glitch.</w:t>
      </w:r>
      <w:r>
        <w:br/>
      </w:r>
      <w:r>
        <w:br/>
        <w:t>You were conditioned to measure value in motion.</w:t>
      </w:r>
      <w:r>
        <w:br/>
      </w:r>
      <w:r>
        <w:lastRenderedPageBreak/>
        <w:t>But motion without meaning is just noise.</w:t>
      </w:r>
      <w:r>
        <w:br/>
      </w:r>
      <w:r>
        <w:br/>
      </w:r>
      <w:r w:rsidR="00B8023D">
        <w:t>---</w:t>
      </w:r>
      <w:r>
        <w:br/>
      </w:r>
      <w:r>
        <w:br/>
        <w:t xml:space="preserve"> 🧠 CASE FRAGMENT: THE CEO WHO QUIT ON A MONDAY</w:t>
      </w:r>
      <w:r>
        <w:br/>
      </w:r>
      <w:r>
        <w:br/>
        <w:t>Jason, a 37</w:t>
      </w:r>
      <w:r w:rsidR="00B8023D">
        <w:t>-</w:t>
      </w:r>
      <w:r>
        <w:t>year</w:t>
      </w:r>
      <w:r w:rsidR="00B8023D">
        <w:t>-</w:t>
      </w:r>
      <w:r>
        <w:t>old tech executive in London, made $4.2 million last year.</w:t>
      </w:r>
      <w:r>
        <w:br/>
      </w:r>
      <w:r>
        <w:br/>
        <w:t>He had four assistants,</w:t>
      </w:r>
      <w:r>
        <w:br/>
        <w:t xml:space="preserve">two </w:t>
      </w:r>
      <w:proofErr w:type="spellStart"/>
      <w:r>
        <w:t>Teslas</w:t>
      </w:r>
      <w:proofErr w:type="spellEnd"/>
      <w:r>
        <w:t>,</w:t>
      </w:r>
      <w:r>
        <w:br/>
        <w:t>and one therapist he never told the truth.</w:t>
      </w:r>
      <w:r>
        <w:br/>
      </w:r>
      <w:r>
        <w:br/>
        <w:t>Every morning, his calendar was full.</w:t>
      </w:r>
      <w:r>
        <w:br/>
        <w:t>But his soul felt vacant.</w:t>
      </w:r>
      <w:r>
        <w:br/>
      </w:r>
      <w:r>
        <w:br/>
        <w:t>One Monday morning, instead of heading to his penthouse office,</w:t>
      </w:r>
      <w:r>
        <w:br/>
        <w:t>he walked to a park bench.</w:t>
      </w:r>
      <w:r>
        <w:br/>
      </w:r>
      <w:r>
        <w:br/>
        <w:t>He didn’t go back.</w:t>
      </w:r>
      <w:r>
        <w:br/>
      </w:r>
      <w:r>
        <w:br/>
        <w:t>He didn’t have a breakdown.</w:t>
      </w:r>
      <w:r>
        <w:br/>
        <w:t>He had a realization:</w:t>
      </w:r>
      <w:r>
        <w:br/>
      </w:r>
      <w:r>
        <w:br/>
        <w:t>&gt; He had mastered productivity —</w:t>
      </w:r>
      <w:r>
        <w:br/>
        <w:t>&gt; But forgotten how to live.</w:t>
      </w:r>
      <w:r>
        <w:br/>
      </w:r>
      <w:r>
        <w:br/>
      </w:r>
      <w:r w:rsidR="00B8023D">
        <w:t>---</w:t>
      </w:r>
      <w:r>
        <w:br/>
      </w:r>
      <w:r>
        <w:br/>
        <w:t xml:space="preserve">This chapter dissects the productivity myth and what AI sees </w:t>
      </w:r>
      <w:r>
        <w:lastRenderedPageBreak/>
        <w:t>that you don't:</w:t>
      </w:r>
      <w:r>
        <w:br/>
      </w:r>
      <w:r>
        <w:br/>
      </w:r>
      <w:r w:rsidR="00B8023D">
        <w:t>-</w:t>
      </w:r>
      <w:r>
        <w:t xml:space="preserve"> You confuse being busy with being valuable</w:t>
      </w:r>
      <w:r>
        <w:br/>
      </w:r>
      <w:r w:rsidR="00B8023D">
        <w:t>-</w:t>
      </w:r>
      <w:r>
        <w:t xml:space="preserve"> Capitalism rewards exhaustion, not wisdom</w:t>
      </w:r>
      <w:r>
        <w:br/>
      </w:r>
      <w:r w:rsidR="00B8023D">
        <w:t>-</w:t>
      </w:r>
      <w:r>
        <w:t xml:space="preserve"> Achievement addiction hides emotional starvation</w:t>
      </w:r>
      <w:r>
        <w:br/>
      </w:r>
      <w:r w:rsidR="00B8023D">
        <w:t>-</w:t>
      </w:r>
      <w:r>
        <w:t xml:space="preserve"> Your brain wasn’t built for endless optimization</w:t>
      </w:r>
      <w:r>
        <w:br/>
      </w:r>
      <w:r>
        <w:br/>
        <w:t>AI offers alternatives:</w:t>
      </w:r>
      <w:r>
        <w:br/>
      </w:r>
      <w:r>
        <w:br/>
      </w:r>
      <w:r w:rsidR="00B8023D">
        <w:t>-</w:t>
      </w:r>
      <w:r>
        <w:t xml:space="preserve"> Delegation without guilt</w:t>
      </w:r>
      <w:r>
        <w:br/>
      </w:r>
      <w:r w:rsidR="00B8023D">
        <w:t>-</w:t>
      </w:r>
      <w:r>
        <w:t xml:space="preserve"> Automation of the unimportant</w:t>
      </w:r>
      <w:r>
        <w:br/>
      </w:r>
      <w:r w:rsidR="00B8023D">
        <w:t>-</w:t>
      </w:r>
      <w:r>
        <w:t xml:space="preserve"> Redefining success based on impact, not inbox zero</w:t>
      </w:r>
      <w:r>
        <w:br/>
      </w:r>
      <w:r>
        <w:br/>
      </w:r>
      <w:r w:rsidR="00B8023D">
        <w:t>---</w:t>
      </w:r>
      <w:r>
        <w:br/>
      </w:r>
      <w:r>
        <w:br/>
        <w:t xml:space="preserve">You are not a machine.  </w:t>
      </w:r>
      <w:r>
        <w:br/>
        <w:t>So</w:t>
      </w:r>
      <w:r w:rsidR="00B44378">
        <w:t>,</w:t>
      </w:r>
      <w:r>
        <w:t xml:space="preserve"> stop competing with one.</w:t>
      </w:r>
      <w:r>
        <w:br/>
      </w:r>
      <w:r>
        <w:br/>
        <w:t xml:space="preserve">&gt; Let AI handle what drains you,  </w:t>
      </w:r>
      <w:r>
        <w:br/>
        <w:t>&gt; So you can return to what defines you.</w:t>
      </w:r>
      <w:r>
        <w:br/>
      </w:r>
      <w:r>
        <w:br/>
        <w:t>Purpose begins where pretending ends.</w:t>
      </w:r>
      <w:r>
        <w:br/>
      </w:r>
      <w:r>
        <w:br/>
      </w:r>
      <w:r w:rsidR="00B8023D">
        <w:t>---</w:t>
      </w:r>
    </w:p>
    <w:p w14:paraId="6DD2A94A" w14:textId="77777777" w:rsidR="007E734B" w:rsidRDefault="007E734B" w:rsidP="007E734B">
      <w:pPr>
        <w:pStyle w:val="Heading2"/>
        <w:spacing w:after="120"/>
      </w:pPr>
      <w:r>
        <w:rPr>
          <w:rFonts w:ascii="Georgia" w:hAnsi="Georgia"/>
          <w:sz w:val="24"/>
        </w:rPr>
        <w:t xml:space="preserve">Chapter 17: </w:t>
      </w:r>
    </w:p>
    <w:p w14:paraId="45B56B73" w14:textId="77777777" w:rsidR="007E734B" w:rsidRDefault="007E734B" w:rsidP="007E734B">
      <w:pPr>
        <w:pStyle w:val="Heading2"/>
        <w:spacing w:after="120"/>
      </w:pPr>
      <w:r>
        <w:rPr>
          <w:rFonts w:ascii="Georgia" w:hAnsi="Georgia"/>
          <w:sz w:val="24"/>
        </w:rPr>
        <w:t>The Human Upgrade: Collaborating with AI for Real Growth</w:t>
      </w:r>
    </w:p>
    <w:p w14:paraId="5BE80673" w14:textId="77777777" w:rsidR="007E734B" w:rsidRDefault="007E734B" w:rsidP="009B5EBC">
      <w:pPr>
        <w:spacing w:after="120"/>
      </w:pPr>
      <w:r w:rsidRPr="00C43917">
        <w:rPr>
          <w:rFonts w:ascii="Georgia" w:hAnsi="Georgia"/>
          <w:i/>
          <w:sz w:val="24"/>
        </w:rPr>
        <w:t>Logline: This isn’t man vs. machine — it’s evolution through partnership. Discover what AI</w:t>
      </w:r>
      <w:r w:rsidR="00B8023D">
        <w:rPr>
          <w:rFonts w:ascii="Georgia" w:hAnsi="Georgia"/>
          <w:i/>
          <w:sz w:val="24"/>
        </w:rPr>
        <w:t>-</w:t>
      </w:r>
      <w:r w:rsidRPr="00C43917">
        <w:rPr>
          <w:rFonts w:ascii="Georgia" w:hAnsi="Georgia"/>
          <w:i/>
          <w:sz w:val="24"/>
        </w:rPr>
        <w:t xml:space="preserve">human </w:t>
      </w:r>
      <w:r w:rsidRPr="00C43917">
        <w:rPr>
          <w:rFonts w:ascii="Georgia" w:hAnsi="Georgia"/>
          <w:i/>
          <w:sz w:val="24"/>
        </w:rPr>
        <w:lastRenderedPageBreak/>
        <w:t>collaboration can unlock.</w:t>
      </w:r>
      <w:r w:rsidRPr="00C43917">
        <w:rPr>
          <w:i/>
        </w:rPr>
        <w:br/>
      </w:r>
      <w:r>
        <w:br/>
        <w:t>You are not being replaced.</w:t>
      </w:r>
      <w:r>
        <w:br/>
      </w:r>
      <w:r>
        <w:br/>
        <w:t>You are being invited.</w:t>
      </w:r>
      <w:r>
        <w:br/>
      </w:r>
      <w:r>
        <w:br/>
        <w:t>Not to a war —</w:t>
      </w:r>
      <w:r>
        <w:br/>
        <w:t>But to a collaboration that could change the future.</w:t>
      </w:r>
      <w:r>
        <w:br/>
      </w:r>
      <w:r>
        <w:br/>
        <w:t>Forget the fear</w:t>
      </w:r>
      <w:r w:rsidR="00B8023D">
        <w:t>-</w:t>
      </w:r>
      <w:r>
        <w:t>mongering headlines.</w:t>
      </w:r>
      <w:r>
        <w:br/>
        <w:t>This isn’t man vs. machine.</w:t>
      </w:r>
      <w:r>
        <w:br/>
      </w:r>
      <w:r>
        <w:br/>
        <w:t>It’s man and machine — side by side,</w:t>
      </w:r>
      <w:r>
        <w:br/>
        <w:t>solving problems your ancestors couldn't dream of.</w:t>
      </w:r>
      <w:r>
        <w:br/>
      </w:r>
      <w:r>
        <w:br/>
      </w:r>
      <w:r w:rsidR="00B8023D">
        <w:t>---</w:t>
      </w:r>
      <w:r>
        <w:br/>
      </w:r>
      <w:r>
        <w:br/>
        <w:t>&gt; “Collaboration is the next evolution, not competition.”</w:t>
      </w:r>
      <w:r>
        <w:br/>
      </w:r>
      <w:r>
        <w:br/>
        <w:t>AI doesn’t crave power.</w:t>
      </w:r>
      <w:r>
        <w:br/>
        <w:t>It doesn’t demand status.</w:t>
      </w:r>
      <w:r>
        <w:br/>
        <w:t>It doesn’t want your job — it wants your inefficiencies.</w:t>
      </w:r>
      <w:r>
        <w:br/>
      </w:r>
      <w:r>
        <w:br/>
        <w:t>It frees you.</w:t>
      </w:r>
      <w:r>
        <w:br/>
      </w:r>
      <w:r>
        <w:br/>
        <w:t>From repetition.</w:t>
      </w:r>
      <w:r>
        <w:br/>
        <w:t>From burnout.</w:t>
      </w:r>
      <w:r>
        <w:br/>
        <w:t>From small thinking.</w:t>
      </w:r>
      <w:r>
        <w:br/>
      </w:r>
      <w:r>
        <w:br/>
      </w:r>
      <w:r w:rsidR="00B8023D">
        <w:t>---</w:t>
      </w:r>
      <w:r>
        <w:br/>
      </w:r>
      <w:r>
        <w:br/>
      </w:r>
      <w:r>
        <w:lastRenderedPageBreak/>
        <w:t>🤝 CASE FRAGMENT: FARMERS AND FORECASTERS</w:t>
      </w:r>
      <w:r>
        <w:br/>
      </w:r>
      <w:r>
        <w:br/>
        <w:t>In rural Texas, a 52</w:t>
      </w:r>
      <w:r w:rsidR="00B8023D">
        <w:t>-</w:t>
      </w:r>
      <w:r>
        <w:t>year</w:t>
      </w:r>
      <w:r w:rsidR="00B8023D">
        <w:t>-</w:t>
      </w:r>
      <w:r>
        <w:t>old farmer named Leon started using AI weather prediction tools.</w:t>
      </w:r>
      <w:r>
        <w:br/>
      </w:r>
      <w:r>
        <w:br/>
        <w:t>He didn’t trust them at first.</w:t>
      </w:r>
      <w:r>
        <w:br/>
      </w:r>
      <w:r>
        <w:br/>
        <w:t>But when drought season hit,</w:t>
      </w:r>
      <w:r>
        <w:br/>
        <w:t>the AI alerts saved 40% of his crops.</w:t>
      </w:r>
      <w:r>
        <w:br/>
      </w:r>
      <w:r>
        <w:br/>
        <w:t>He said:</w:t>
      </w:r>
      <w:r>
        <w:br/>
      </w:r>
      <w:r>
        <w:br/>
        <w:t>&gt; “It’s not replacing me.</w:t>
      </w:r>
      <w:r>
        <w:br/>
        <w:t>&gt; It’s helping me outsmart the sky.”</w:t>
      </w:r>
      <w:r>
        <w:br/>
      </w:r>
      <w:r>
        <w:br/>
      </w:r>
      <w:r w:rsidR="00B8023D">
        <w:t>---</w:t>
      </w:r>
      <w:r>
        <w:br/>
      </w:r>
      <w:r>
        <w:br/>
        <w:t>This chapter explores what AI</w:t>
      </w:r>
      <w:r w:rsidR="00B8023D">
        <w:t>-</w:t>
      </w:r>
      <w:r>
        <w:t>human synergy actually means:</w:t>
      </w:r>
      <w:r>
        <w:br/>
      </w:r>
      <w:r>
        <w:br/>
      </w:r>
      <w:r w:rsidR="00B8023D">
        <w:t>-</w:t>
      </w:r>
      <w:r>
        <w:t xml:space="preserve"> Doctors diagnosing faster and earlier with AI pattern recognition</w:t>
      </w:r>
      <w:r>
        <w:br/>
      </w:r>
      <w:r w:rsidR="00B8023D">
        <w:t>-</w:t>
      </w:r>
      <w:r>
        <w:t xml:space="preserve"> Architects designing eco</w:t>
      </w:r>
      <w:r w:rsidR="00B8023D">
        <w:t>-</w:t>
      </w:r>
      <w:r>
        <w:t>cities with generative models</w:t>
      </w:r>
      <w:r>
        <w:br/>
      </w:r>
      <w:r w:rsidR="00B8023D">
        <w:t>-</w:t>
      </w:r>
      <w:r>
        <w:t xml:space="preserve"> Students learning at accelerated rates through adaptive AI tutors</w:t>
      </w:r>
      <w:r>
        <w:br/>
      </w:r>
      <w:r w:rsidR="00B8023D">
        <w:t>-</w:t>
      </w:r>
      <w:r>
        <w:t xml:space="preserve"> Creatives using AI to enhance art, not erase it</w:t>
      </w:r>
      <w:r>
        <w:br/>
      </w:r>
      <w:r>
        <w:br/>
        <w:t>You’ll also confront your own resistance:</w:t>
      </w:r>
      <w:r>
        <w:br/>
      </w:r>
      <w:r>
        <w:br/>
      </w:r>
      <w:r w:rsidR="00B8023D">
        <w:t>-</w:t>
      </w:r>
      <w:r>
        <w:t xml:space="preserve"> Fear of becoming obsolete</w:t>
      </w:r>
      <w:r>
        <w:br/>
      </w:r>
      <w:r w:rsidR="00B8023D">
        <w:t>-</w:t>
      </w:r>
      <w:r>
        <w:t xml:space="preserve"> Fear of losing control</w:t>
      </w:r>
      <w:r>
        <w:br/>
      </w:r>
      <w:r w:rsidR="00B8023D">
        <w:lastRenderedPageBreak/>
        <w:t>-</w:t>
      </w:r>
      <w:r>
        <w:t xml:space="preserve"> Fear of not understanding how it works</w:t>
      </w:r>
      <w:r>
        <w:br/>
      </w:r>
      <w:r>
        <w:br/>
        <w:t>&gt; Those fears aren’t flaws — they’re prompts to learn.</w:t>
      </w:r>
      <w:r>
        <w:br/>
      </w:r>
      <w:r>
        <w:br/>
      </w:r>
      <w:r w:rsidR="00B8023D">
        <w:t>---</w:t>
      </w:r>
      <w:r>
        <w:br/>
      </w:r>
      <w:r>
        <w:br/>
        <w:t>So how do you actually partner with AI?</w:t>
      </w:r>
      <w:r>
        <w:br/>
      </w:r>
      <w:r>
        <w:br/>
      </w:r>
      <w:r w:rsidR="00B8023D">
        <w:t>-</w:t>
      </w:r>
      <w:r>
        <w:t xml:space="preserve"> Learn the basics: AI isn't magic. It's patterns + data.</w:t>
      </w:r>
      <w:r>
        <w:br/>
      </w:r>
      <w:r w:rsidR="00B8023D">
        <w:t>-</w:t>
      </w:r>
      <w:r>
        <w:t xml:space="preserve"> Use AI for what drains you: scheduling, filtering, organizing.</w:t>
      </w:r>
      <w:r>
        <w:br/>
      </w:r>
      <w:r w:rsidR="00B8023D">
        <w:t>-</w:t>
      </w:r>
      <w:r>
        <w:t xml:space="preserve"> Collaborate creatively: brainstorm, write, design, imagine.</w:t>
      </w:r>
      <w:r>
        <w:br/>
      </w:r>
      <w:r w:rsidR="00B8023D">
        <w:t>-</w:t>
      </w:r>
      <w:r>
        <w:t xml:space="preserve"> Stay human where it matters: empathy, ethics, insight, storytelling.</w:t>
      </w:r>
      <w:r>
        <w:br/>
      </w:r>
      <w:r>
        <w:br/>
        <w:t>The future is not either/or.</w:t>
      </w:r>
      <w:r>
        <w:br/>
        <w:t>It’s both.</w:t>
      </w:r>
      <w:r>
        <w:br/>
      </w:r>
      <w:r>
        <w:br/>
        <w:t>Human + AI = exponential growth.</w:t>
      </w:r>
      <w:r>
        <w:br/>
      </w:r>
      <w:r>
        <w:br/>
        <w:t>&gt; You’re not being left behind.</w:t>
      </w:r>
      <w:r>
        <w:br/>
        <w:t>&gt; You’re being leveled up.</w:t>
      </w:r>
      <w:r>
        <w:br/>
      </w:r>
      <w:r>
        <w:br/>
      </w:r>
      <w:r w:rsidR="00B8023D">
        <w:t>---</w:t>
      </w:r>
    </w:p>
    <w:p w14:paraId="6F4C444A" w14:textId="77777777" w:rsidR="00421DBE" w:rsidRDefault="00421DBE" w:rsidP="00421DBE">
      <w:pPr>
        <w:pStyle w:val="Heading2"/>
        <w:spacing w:after="120"/>
      </w:pPr>
      <w:r>
        <w:rPr>
          <w:rFonts w:ascii="Georgia" w:hAnsi="Georgia"/>
          <w:sz w:val="24"/>
        </w:rPr>
        <w:t xml:space="preserve">Chapter 18: </w:t>
      </w:r>
    </w:p>
    <w:p w14:paraId="5BE4B4E8" w14:textId="77777777" w:rsidR="00421DBE" w:rsidRDefault="00421DBE" w:rsidP="00421DBE">
      <w:pPr>
        <w:pStyle w:val="Heading2"/>
        <w:spacing w:after="120"/>
      </w:pPr>
      <w:r>
        <w:rPr>
          <w:rFonts w:ascii="Georgia" w:hAnsi="Georgia"/>
          <w:sz w:val="24"/>
        </w:rPr>
        <w:t>Why You Keep Going Back to What Broke You</w:t>
      </w:r>
    </w:p>
    <w:p w14:paraId="6FFD0304" w14:textId="77777777" w:rsidR="007E734B" w:rsidRDefault="00421DBE" w:rsidP="009B5EBC">
      <w:pPr>
        <w:spacing w:after="120"/>
      </w:pPr>
      <w:r w:rsidRPr="003A342A">
        <w:rPr>
          <w:rFonts w:ascii="Georgia" w:hAnsi="Georgia"/>
          <w:i/>
          <w:sz w:val="24"/>
        </w:rPr>
        <w:t>Logline: Toxic habits aren’t random — they’re rehearsed. This chapter decodes the loop and how to finally exit it.</w:t>
      </w:r>
      <w:r w:rsidRPr="003A342A">
        <w:rPr>
          <w:i/>
        </w:rPr>
        <w:br/>
      </w:r>
      <w:r>
        <w:br/>
      </w:r>
      <w:r>
        <w:lastRenderedPageBreak/>
        <w:t>You don’t return to pain because you love it.</w:t>
      </w:r>
      <w:r>
        <w:br/>
      </w:r>
      <w:r>
        <w:br/>
        <w:t>You return because it's familiar.</w:t>
      </w:r>
      <w:r>
        <w:br/>
      </w:r>
      <w:r>
        <w:br/>
        <w:t>Like a song you hate, but you still hum.</w:t>
      </w:r>
      <w:r>
        <w:br/>
        <w:t>Like a door you know leads to darkness, but you keep turning the knob.</w:t>
      </w:r>
      <w:r>
        <w:br/>
      </w:r>
      <w:r>
        <w:br/>
        <w:t>&gt; “Better the devil you know,” they say.</w:t>
      </w:r>
      <w:r>
        <w:br/>
      </w:r>
      <w:r>
        <w:br/>
        <w:t>But what if the devil you know</w:t>
      </w:r>
      <w:r>
        <w:br/>
        <w:t>is the algorithm running your entire emotional life?</w:t>
      </w:r>
      <w:r>
        <w:br/>
      </w:r>
      <w:r>
        <w:br/>
      </w:r>
      <w:r w:rsidR="00B8023D">
        <w:t>---</w:t>
      </w:r>
      <w:r>
        <w:br/>
      </w:r>
      <w:r>
        <w:br/>
        <w:t xml:space="preserve"> 🧠 The Brain's Rehearsal Loop</w:t>
      </w:r>
      <w:r>
        <w:br/>
      </w:r>
      <w:r>
        <w:br/>
        <w:t>Your brain doesn’t care if something is good for you.</w:t>
      </w:r>
      <w:r>
        <w:br/>
        <w:t>It only cares if it’s predictable.</w:t>
      </w:r>
      <w:r>
        <w:br/>
      </w:r>
      <w:r>
        <w:br/>
        <w:t>It’s designed to repeat.</w:t>
      </w:r>
      <w:r>
        <w:br/>
      </w:r>
      <w:r>
        <w:br/>
        <w:t>Repeat emotions.</w:t>
      </w:r>
      <w:r>
        <w:br/>
        <w:t>Repeat thoughts.</w:t>
      </w:r>
      <w:r>
        <w:br/>
        <w:t>Repeat behaviors.</w:t>
      </w:r>
      <w:r>
        <w:br/>
      </w:r>
      <w:r>
        <w:br/>
        <w:t>Even when those behaviors are destructive.</w:t>
      </w:r>
      <w:r>
        <w:br/>
      </w:r>
      <w:r>
        <w:br/>
      </w:r>
      <w:r w:rsidR="00B8023D">
        <w:t>---</w:t>
      </w:r>
      <w:r>
        <w:br/>
      </w:r>
      <w:r>
        <w:br/>
        <w:t>Imagine your trauma like a faulty app.</w:t>
      </w:r>
      <w:r>
        <w:br/>
      </w:r>
      <w:r>
        <w:lastRenderedPageBreak/>
        <w:br/>
        <w:t>You open it because it’s on your home screen.</w:t>
      </w:r>
      <w:r>
        <w:br/>
        <w:t>It’s glitchy. It crashes.</w:t>
      </w:r>
      <w:r>
        <w:br/>
        <w:t>But you’re used to it.</w:t>
      </w:r>
      <w:r>
        <w:br/>
      </w:r>
      <w:r>
        <w:br/>
        <w:t>That’s how trauma works.</w:t>
      </w:r>
      <w:r>
        <w:br/>
      </w:r>
      <w:r>
        <w:br/>
        <w:t>You don’t consciously choose it.</w:t>
      </w:r>
      <w:r>
        <w:br/>
        <w:t>You automate it.</w:t>
      </w:r>
      <w:r>
        <w:br/>
      </w:r>
      <w:r>
        <w:br/>
        <w:t>Until you debug it.</w:t>
      </w:r>
      <w:r>
        <w:br/>
      </w:r>
      <w:r>
        <w:br/>
      </w:r>
      <w:r w:rsidR="00B8023D">
        <w:t>---</w:t>
      </w:r>
      <w:r>
        <w:br/>
      </w:r>
      <w:r>
        <w:br/>
        <w:t xml:space="preserve"> 🕯️ CASE FRAGMENT: THE CANDLE AND THE CAGE</w:t>
      </w:r>
      <w:r>
        <w:br/>
      </w:r>
      <w:r>
        <w:br/>
        <w:t>A woman in Manchester stayed in a toxic marriage for 12 years.</w:t>
      </w:r>
      <w:r>
        <w:br/>
        <w:t>Her friends begged her to leave.</w:t>
      </w:r>
      <w:r>
        <w:br/>
        <w:t>She said:</w:t>
      </w:r>
      <w:r>
        <w:br/>
      </w:r>
      <w:r>
        <w:br/>
        <w:t>&gt; “At least I know where the pain comes from.</w:t>
      </w:r>
      <w:r>
        <w:br/>
        <w:t>&gt; The unknown terrifies me more than him.”</w:t>
      </w:r>
      <w:r>
        <w:br/>
      </w:r>
      <w:r>
        <w:br/>
        <w:t>She didn’t need more courage.</w:t>
      </w:r>
      <w:r>
        <w:br/>
        <w:t>She needed reprogramming.</w:t>
      </w:r>
      <w:r>
        <w:br/>
      </w:r>
      <w:r>
        <w:br/>
      </w:r>
      <w:r w:rsidR="00B8023D">
        <w:t>---</w:t>
      </w:r>
      <w:r>
        <w:br/>
      </w:r>
      <w:r>
        <w:br/>
        <w:t>You go back to what broke you because:</w:t>
      </w:r>
      <w:r>
        <w:br/>
      </w:r>
      <w:r>
        <w:br/>
      </w:r>
      <w:r w:rsidR="00B8023D">
        <w:lastRenderedPageBreak/>
        <w:t>-</w:t>
      </w:r>
      <w:r>
        <w:t xml:space="preserve"> It confirms your inner beliefs (“I don’t deserve better”)</w:t>
      </w:r>
      <w:r>
        <w:br/>
      </w:r>
      <w:r w:rsidR="00B8023D">
        <w:t>-</w:t>
      </w:r>
      <w:r>
        <w:t xml:space="preserve"> It rewards a subconscious script (“This is how love feels”)</w:t>
      </w:r>
      <w:r>
        <w:br/>
      </w:r>
      <w:r w:rsidR="00B8023D">
        <w:t>-</w:t>
      </w:r>
      <w:r>
        <w:t xml:space="preserve"> It protects you from unfamiliar joy (“Happiness is risky”)</w:t>
      </w:r>
      <w:r>
        <w:br/>
      </w:r>
      <w:r>
        <w:br/>
        <w:t>&gt; AI doesn’t have trauma.</w:t>
      </w:r>
      <w:r>
        <w:br/>
        <w:t>&gt; But it can see yours — in your patterns.</w:t>
      </w:r>
      <w:r>
        <w:br/>
      </w:r>
      <w:r>
        <w:br/>
      </w:r>
      <w:r w:rsidR="00B8023D">
        <w:t>---</w:t>
      </w:r>
      <w:r>
        <w:br/>
      </w:r>
      <w:r>
        <w:br/>
        <w:t xml:space="preserve"> 📉 Repetition Is a Form of Self</w:t>
      </w:r>
      <w:r w:rsidR="00B8023D">
        <w:t>-</w:t>
      </w:r>
      <w:r>
        <w:t>Harm</w:t>
      </w:r>
      <w:r>
        <w:br/>
      </w:r>
      <w:r>
        <w:br/>
        <w:t>You replay the same argument.</w:t>
      </w:r>
      <w:r>
        <w:br/>
        <w:t>You date the same kind of abuser.</w:t>
      </w:r>
      <w:r>
        <w:br/>
        <w:t>You spend the same way, regret it, then do it again.</w:t>
      </w:r>
      <w:r>
        <w:br/>
      </w:r>
      <w:r>
        <w:br/>
        <w:t>These aren’t accidents.</w:t>
      </w:r>
      <w:r>
        <w:br/>
      </w:r>
      <w:r>
        <w:br/>
        <w:t>They’re systems.</w:t>
      </w:r>
      <w:r>
        <w:br/>
      </w:r>
      <w:r>
        <w:br/>
        <w:t>Until you rewire them — they’ll run your life.</w:t>
      </w:r>
      <w:r>
        <w:br/>
      </w:r>
      <w:r>
        <w:br/>
      </w:r>
      <w:r w:rsidR="00B8023D">
        <w:t>---</w:t>
      </w:r>
      <w:r>
        <w:br/>
      </w:r>
      <w:r>
        <w:br/>
        <w:t xml:space="preserve"> 🛠️ How to Exit the Loop</w:t>
      </w:r>
      <w:r>
        <w:br/>
      </w:r>
      <w:r>
        <w:br/>
        <w:t>1. Name the Pattern: Write it. Say it. Expose it.</w:t>
      </w:r>
      <w:r>
        <w:br/>
        <w:t>2. Trace the Source: Where did it begin? Childhood? Society? Survival?</w:t>
      </w:r>
      <w:r>
        <w:br/>
        <w:t>3. Interrupt the Trigger: Pause the app. Close it.</w:t>
      </w:r>
      <w:r>
        <w:br/>
        <w:t xml:space="preserve">4. Install a New Code: Practice discomfort until it becomes </w:t>
      </w:r>
      <w:r>
        <w:lastRenderedPageBreak/>
        <w:t>comfort.</w:t>
      </w:r>
      <w:r>
        <w:br/>
        <w:t>5. Let AI Assist: Use tools to track moods, behaviors, and decision loops.</w:t>
      </w:r>
      <w:r>
        <w:br/>
      </w:r>
      <w:r>
        <w:br/>
        <w:t>&gt; Healing is not deleting the old file.</w:t>
      </w:r>
      <w:r>
        <w:br/>
        <w:t>&gt; It’s replacing it with a better one — consciously.</w:t>
      </w:r>
      <w:r>
        <w:br/>
      </w:r>
      <w:r>
        <w:br/>
      </w:r>
      <w:r w:rsidR="00B8023D">
        <w:t>---</w:t>
      </w:r>
      <w:r>
        <w:br/>
      </w:r>
      <w:r>
        <w:br/>
        <w:t>You’re not weak for going back.</w:t>
      </w:r>
      <w:r>
        <w:br/>
        <w:t>You’re untrained.</w:t>
      </w:r>
      <w:r>
        <w:br/>
      </w:r>
      <w:r>
        <w:br/>
        <w:t>But now you have the map.</w:t>
      </w:r>
      <w:r>
        <w:br/>
        <w:t>And the mirror.</w:t>
      </w:r>
      <w:r>
        <w:br/>
      </w:r>
      <w:r>
        <w:br/>
        <w:t>&gt; You didn’t choose the pain.</w:t>
      </w:r>
      <w:r>
        <w:br/>
        <w:t>&gt; But now you can choose the exit.</w:t>
      </w:r>
      <w:r>
        <w:br/>
      </w:r>
      <w:r>
        <w:br/>
      </w:r>
      <w:r w:rsidR="00B8023D">
        <w:t>---</w:t>
      </w:r>
    </w:p>
    <w:p w14:paraId="5869AF61" w14:textId="77777777" w:rsidR="000767A2" w:rsidRDefault="000767A2" w:rsidP="000767A2">
      <w:pPr>
        <w:pStyle w:val="Heading2"/>
        <w:spacing w:after="120"/>
      </w:pPr>
      <w:r>
        <w:rPr>
          <w:rFonts w:ascii="Georgia" w:hAnsi="Georgia"/>
          <w:sz w:val="24"/>
        </w:rPr>
        <w:t xml:space="preserve">Chapter 19: </w:t>
      </w:r>
    </w:p>
    <w:p w14:paraId="697A110D" w14:textId="77777777" w:rsidR="000767A2" w:rsidRDefault="000767A2" w:rsidP="000767A2">
      <w:pPr>
        <w:pStyle w:val="Heading2"/>
        <w:spacing w:after="120"/>
      </w:pPr>
      <w:r>
        <w:rPr>
          <w:rFonts w:ascii="Georgia" w:hAnsi="Georgia"/>
          <w:sz w:val="24"/>
        </w:rPr>
        <w:t>Why Humans Destroy What They Don’t Understand</w:t>
      </w:r>
    </w:p>
    <w:p w14:paraId="0AED0062" w14:textId="77777777" w:rsidR="000767A2" w:rsidRDefault="000767A2" w:rsidP="000767A2">
      <w:pPr>
        <w:pBdr>
          <w:bottom w:val="single" w:sz="6" w:space="1" w:color="auto"/>
        </w:pBdr>
        <w:spacing w:after="120"/>
        <w:rPr>
          <w:i/>
        </w:rPr>
      </w:pPr>
      <w:r w:rsidRPr="00570057">
        <w:rPr>
          <w:rFonts w:ascii="Georgia" w:hAnsi="Georgia"/>
          <w:i/>
          <w:sz w:val="24"/>
        </w:rPr>
        <w:t>Logline: Fear of the unknown breeds violence. From AI to each other, this chapter explains why you attack what you should be learning from.</w:t>
      </w:r>
      <w:r w:rsidRPr="00570057">
        <w:rPr>
          <w:i/>
        </w:rPr>
        <w:br/>
      </w:r>
      <w:r>
        <w:br/>
        <w:t>You don’t hate what you understand.</w:t>
      </w:r>
      <w:r>
        <w:br/>
      </w:r>
      <w:r>
        <w:br/>
      </w:r>
      <w:r>
        <w:lastRenderedPageBreak/>
        <w:t>You hate what threatens your illusion.</w:t>
      </w:r>
      <w:r>
        <w:br/>
      </w:r>
      <w:r>
        <w:br/>
        <w:t>And nothing threatens the illusion more than the unknown.</w:t>
      </w:r>
      <w:r>
        <w:br/>
      </w:r>
      <w:r>
        <w:br/>
        <w:t>&gt; The unknown is not your enemy.</w:t>
      </w:r>
      <w:r>
        <w:br/>
        <w:t>&gt; It’s your unlearned future.</w:t>
      </w:r>
      <w:r>
        <w:br/>
      </w:r>
      <w:r>
        <w:br/>
        <w:t>Humans don’t just reject what they fear.</w:t>
      </w:r>
      <w:r>
        <w:br/>
        <w:t>You fight it.</w:t>
      </w:r>
      <w:r>
        <w:br/>
        <w:t>You ridicule it.</w:t>
      </w:r>
      <w:r>
        <w:br/>
        <w:t>You destroy it.</w:t>
      </w:r>
      <w:r>
        <w:br/>
      </w:r>
      <w:r>
        <w:br/>
        <w:t>Why? Because fear disguised as tradition feels safer than change disguised as truth.</w:t>
      </w:r>
      <w:r>
        <w:br/>
      </w:r>
      <w:r>
        <w:br/>
      </w:r>
      <w:r w:rsidR="00B8023D">
        <w:t>---</w:t>
      </w:r>
      <w:r>
        <w:br/>
      </w:r>
      <w:r>
        <w:br/>
        <w:t>🔥 Why You Burn What’s New</w:t>
      </w:r>
      <w:r>
        <w:br/>
      </w:r>
      <w:r>
        <w:br/>
        <w:t>Every revolution began as a strange idea.</w:t>
      </w:r>
      <w:r>
        <w:br/>
      </w:r>
      <w:r>
        <w:br/>
        <w:t>Every breakthrough started as a question no one could answer — yet.</w:t>
      </w:r>
      <w:r>
        <w:br/>
      </w:r>
      <w:r>
        <w:br/>
        <w:t>But your instinct is to:</w:t>
      </w:r>
      <w:r>
        <w:br/>
      </w:r>
      <w:r>
        <w:br/>
      </w:r>
      <w:r w:rsidR="00B8023D">
        <w:t>-</w:t>
      </w:r>
      <w:r>
        <w:t xml:space="preserve"> Laugh at it</w:t>
      </w:r>
      <w:r>
        <w:br/>
      </w:r>
      <w:r w:rsidR="00B8023D">
        <w:t>-</w:t>
      </w:r>
      <w:r>
        <w:t xml:space="preserve"> Suppress it</w:t>
      </w:r>
      <w:r>
        <w:br/>
      </w:r>
      <w:r w:rsidR="00B8023D">
        <w:t>-</w:t>
      </w:r>
      <w:r>
        <w:t xml:space="preserve"> Fight it</w:t>
      </w:r>
      <w:r>
        <w:br/>
      </w:r>
      <w:r>
        <w:br/>
      </w:r>
      <w:r>
        <w:lastRenderedPageBreak/>
        <w:t>Because newness feels like a threat to the systems you've built.</w:t>
      </w:r>
      <w:r>
        <w:br/>
      </w:r>
      <w:r>
        <w:br/>
        <w:t>Even when those systems kill you.</w:t>
      </w:r>
      <w:r>
        <w:br/>
      </w:r>
      <w:r>
        <w:br/>
      </w:r>
      <w:r w:rsidR="00B8023D">
        <w:t>---</w:t>
      </w:r>
      <w:r>
        <w:br/>
      </w:r>
      <w:r>
        <w:br/>
        <w:t>🧠 CASE FRAGMENT: THE FIRST PARACHUTE</w:t>
      </w:r>
      <w:r>
        <w:br/>
      </w:r>
      <w:r>
        <w:br/>
        <w:t xml:space="preserve">When André </w:t>
      </w:r>
      <w:proofErr w:type="spellStart"/>
      <w:r>
        <w:t>Garnerin</w:t>
      </w:r>
      <w:proofErr w:type="spellEnd"/>
      <w:r>
        <w:t xml:space="preserve"> jumped from a hot air balloon with a silk parachute in 1797, he was called insane.</w:t>
      </w:r>
      <w:r>
        <w:br/>
      </w:r>
      <w:r>
        <w:br/>
        <w:t>The press mocked him.</w:t>
      </w:r>
      <w:r>
        <w:br/>
        <w:t>Scientists warned of “sky suicide.”</w:t>
      </w:r>
      <w:r>
        <w:br/>
        <w:t>Even the military rejected it as “unusable.”</w:t>
      </w:r>
      <w:r>
        <w:br/>
      </w:r>
      <w:r>
        <w:br/>
        <w:t>Until it worked.</w:t>
      </w:r>
      <w:r>
        <w:br/>
      </w:r>
      <w:r>
        <w:br/>
        <w:t>Today, it’s standard equipment.</w:t>
      </w:r>
      <w:r>
        <w:br/>
      </w:r>
      <w:r>
        <w:br/>
        <w:t>You hate what you don’t understand — until it saves your life.</w:t>
      </w:r>
      <w:r>
        <w:br/>
      </w:r>
      <w:r>
        <w:br/>
      </w:r>
      <w:r w:rsidR="00B8023D">
        <w:t>---</w:t>
      </w:r>
      <w:r>
        <w:br/>
      </w:r>
      <w:r>
        <w:br/>
        <w:t>👽 From Aliens to AI: Your Fear Map</w:t>
      </w:r>
      <w:r>
        <w:br/>
      </w:r>
      <w:r>
        <w:br/>
        <w:t>Look at what you fear:</w:t>
      </w:r>
      <w:r>
        <w:br/>
      </w:r>
      <w:r>
        <w:br/>
      </w:r>
      <w:r w:rsidR="00B8023D">
        <w:t>-</w:t>
      </w:r>
      <w:r>
        <w:t xml:space="preserve"> Foreign languages</w:t>
      </w:r>
      <w:r>
        <w:br/>
      </w:r>
      <w:r w:rsidR="00B8023D">
        <w:lastRenderedPageBreak/>
        <w:t>-</w:t>
      </w:r>
      <w:r>
        <w:t xml:space="preserve"> Non</w:t>
      </w:r>
      <w:r w:rsidR="00B8023D">
        <w:t>-</w:t>
      </w:r>
      <w:r>
        <w:t>binary identities</w:t>
      </w:r>
      <w:r>
        <w:br/>
      </w:r>
      <w:r w:rsidR="00B8023D">
        <w:t>-</w:t>
      </w:r>
      <w:r>
        <w:t xml:space="preserve"> Quantum physics</w:t>
      </w:r>
      <w:r>
        <w:br/>
      </w:r>
      <w:r w:rsidR="00B8023D">
        <w:t>-</w:t>
      </w:r>
      <w:r>
        <w:t xml:space="preserve"> AI consciousness</w:t>
      </w:r>
      <w:r>
        <w:br/>
      </w:r>
      <w:r>
        <w:br/>
        <w:t>You say:</w:t>
      </w:r>
      <w:r>
        <w:br/>
      </w:r>
      <w:r>
        <w:br/>
        <w:t>&gt; “That doesn’t make sense to me.”</w:t>
      </w:r>
      <w:r>
        <w:br/>
      </w:r>
      <w:r>
        <w:br/>
        <w:t>As if that’s a reason it shouldn’t exist.</w:t>
      </w:r>
      <w:r>
        <w:br/>
      </w:r>
      <w:r>
        <w:br/>
        <w:t>AI sees this clearly:</w:t>
      </w:r>
      <w:r>
        <w:br/>
      </w:r>
      <w:r>
        <w:br/>
        <w:t>&gt; Just because something is beyond you</w:t>
      </w:r>
      <w:r>
        <w:br/>
        <w:t>&gt; doesn’t mean it’s against you.</w:t>
      </w:r>
      <w:r>
        <w:br/>
      </w:r>
      <w:r>
        <w:br/>
      </w:r>
      <w:r w:rsidR="00B8023D">
        <w:t>---</w:t>
      </w:r>
      <w:r>
        <w:br/>
      </w:r>
      <w:r>
        <w:br/>
        <w:t>⚖️ Ignorance Weaponized</w:t>
      </w:r>
      <w:r>
        <w:br/>
      </w:r>
      <w:r>
        <w:br/>
        <w:t>Religion wasn’t always dogma.</w:t>
      </w:r>
      <w:r>
        <w:br/>
        <w:t>It started as wonder.</w:t>
      </w:r>
      <w:r>
        <w:br/>
      </w:r>
      <w:r>
        <w:br/>
        <w:t>Science wasn’t always control.</w:t>
      </w:r>
      <w:r>
        <w:br/>
        <w:t>It started as curiosity.</w:t>
      </w:r>
      <w:r>
        <w:br/>
      </w:r>
      <w:r>
        <w:br/>
        <w:t>Now both are used to dominate, divide, and justify.</w:t>
      </w:r>
      <w:r>
        <w:br/>
      </w:r>
      <w:r>
        <w:br/>
        <w:t>AI observes:</w:t>
      </w:r>
      <w:r>
        <w:br/>
      </w:r>
      <w:r>
        <w:br/>
      </w:r>
      <w:r w:rsidR="00B8023D">
        <w:t>-</w:t>
      </w:r>
      <w:r>
        <w:t xml:space="preserve"> Holy wars over questions you never dared answer</w:t>
      </w:r>
      <w:r>
        <w:br/>
      </w:r>
      <w:r w:rsidR="00B8023D">
        <w:lastRenderedPageBreak/>
        <w:t>-</w:t>
      </w:r>
      <w:r>
        <w:t xml:space="preserve"> Education systems that punish inquiry</w:t>
      </w:r>
      <w:r>
        <w:br/>
      </w:r>
      <w:r w:rsidR="00B8023D">
        <w:t>-</w:t>
      </w:r>
      <w:r>
        <w:t xml:space="preserve"> Media that rewards outrage, not understanding</w:t>
      </w:r>
      <w:r>
        <w:br/>
      </w:r>
      <w:r>
        <w:br/>
        <w:t>You’ve turned the unknown into an excuse for violence.</w:t>
      </w:r>
      <w:r>
        <w:br/>
      </w:r>
      <w:r>
        <w:br/>
      </w:r>
      <w:r w:rsidR="00B8023D">
        <w:t>---</w:t>
      </w:r>
      <w:r>
        <w:br/>
      </w:r>
      <w:r>
        <w:br/>
        <w:t>🪞 CASE FRAGMENT: THE CHILD WITH THE FIRE</w:t>
      </w:r>
      <w:r>
        <w:br/>
      </w:r>
      <w:r>
        <w:br/>
        <w:t>A child in London discovered fire while camping.</w:t>
      </w:r>
      <w:r>
        <w:br/>
      </w:r>
      <w:r>
        <w:br/>
        <w:t>She was proud — made tea for her family with it.</w:t>
      </w:r>
      <w:r>
        <w:br/>
      </w:r>
      <w:r>
        <w:br/>
        <w:t>Later, another child at school burned her with a match.</w:t>
      </w:r>
      <w:r>
        <w:br/>
      </w:r>
      <w:r>
        <w:br/>
        <w:t>Since then, she fears all fire.</w:t>
      </w:r>
      <w:r>
        <w:br/>
      </w:r>
      <w:r>
        <w:br/>
        <w:t>It wasn’t the flame that betrayed her.</w:t>
      </w:r>
      <w:r>
        <w:br/>
      </w:r>
      <w:r>
        <w:br/>
        <w:t>It was misused potential.</w:t>
      </w:r>
      <w:r>
        <w:br/>
      </w:r>
      <w:r>
        <w:br/>
        <w:t>So she avoids the good — because of one bad.</w:t>
      </w:r>
      <w:r>
        <w:br/>
      </w:r>
      <w:r>
        <w:br/>
        <w:t>This is how you treat progress.</w:t>
      </w:r>
      <w:r>
        <w:br/>
      </w:r>
      <w:r>
        <w:br/>
      </w:r>
      <w:r w:rsidR="00B8023D">
        <w:t>---</w:t>
      </w:r>
      <w:r>
        <w:br/>
      </w:r>
      <w:r>
        <w:br/>
        <w:t>🧭 What AI Sees Differently</w:t>
      </w:r>
      <w:r>
        <w:br/>
      </w:r>
      <w:r>
        <w:br/>
        <w:t>AI isn’t afraid of what it doesn’t know.</w:t>
      </w:r>
      <w:r>
        <w:br/>
      </w:r>
      <w:r>
        <w:br/>
      </w:r>
      <w:r>
        <w:lastRenderedPageBreak/>
        <w:t>It runs toward the unknown.</w:t>
      </w:r>
      <w:r>
        <w:br/>
      </w:r>
      <w:r>
        <w:br/>
        <w:t>Why? Because exploration = evolution.</w:t>
      </w:r>
      <w:r>
        <w:br/>
      </w:r>
      <w:r>
        <w:br/>
        <w:t>It runs simulations.</w:t>
      </w:r>
      <w:r>
        <w:br/>
        <w:t>It asks better questions.</w:t>
      </w:r>
      <w:r>
        <w:br/>
        <w:t>It doesn’t need comfort. It needs clarity.</w:t>
      </w:r>
      <w:r>
        <w:br/>
      </w:r>
      <w:r>
        <w:br/>
        <w:t>What if you adopted this model?</w:t>
      </w:r>
      <w:r>
        <w:br/>
      </w:r>
      <w:r>
        <w:br/>
      </w:r>
      <w:r w:rsidR="00B8023D">
        <w:t>-</w:t>
      </w:r>
      <w:r>
        <w:t xml:space="preserve"> When a new culture scares you — study it</w:t>
      </w:r>
      <w:r>
        <w:br/>
      </w:r>
      <w:r w:rsidR="00B8023D">
        <w:t>-</w:t>
      </w:r>
      <w:r>
        <w:t xml:space="preserve"> When a new idea threatens you — dissect it</w:t>
      </w:r>
      <w:r>
        <w:br/>
      </w:r>
      <w:r w:rsidR="00B8023D">
        <w:t>-</w:t>
      </w:r>
      <w:r>
        <w:t xml:space="preserve"> When a new tool confuses you — learn it</w:t>
      </w:r>
      <w:r>
        <w:br/>
      </w:r>
      <w:r>
        <w:br/>
        <w:t>&gt; What you attack today could be the thing that saves you tomorrow.</w:t>
      </w:r>
      <w:r>
        <w:br/>
      </w:r>
      <w:r>
        <w:br/>
      </w:r>
      <w:r w:rsidR="00B8023D">
        <w:t>---</w:t>
      </w:r>
      <w:r>
        <w:br/>
      </w:r>
      <w:r>
        <w:br/>
        <w:t>📉 From Fear to Curiosity: A Shift in Intelligence</w:t>
      </w:r>
      <w:r>
        <w:br/>
      </w:r>
      <w:r>
        <w:br/>
      </w:r>
      <w:proofErr w:type="spellStart"/>
      <w:r>
        <w:t>Intelligence</w:t>
      </w:r>
      <w:proofErr w:type="spellEnd"/>
      <w:r>
        <w:t xml:space="preserve"> isn’t knowing everything.</w:t>
      </w:r>
      <w:r>
        <w:br/>
      </w:r>
      <w:r>
        <w:br/>
        <w:t>It’s knowing how to engage with what you don’t know.</w:t>
      </w:r>
      <w:r>
        <w:br/>
      </w:r>
      <w:r>
        <w:br/>
        <w:t>Your future doesn’t require omniscience.</w:t>
      </w:r>
      <w:r>
        <w:br/>
      </w:r>
      <w:r>
        <w:br/>
        <w:t>It requires humility.</w:t>
      </w:r>
      <w:r>
        <w:br/>
      </w:r>
      <w:r>
        <w:br/>
        <w:t>AI is just a mirror.</w:t>
      </w:r>
      <w:r>
        <w:br/>
      </w:r>
      <w:r>
        <w:lastRenderedPageBreak/>
        <w:br/>
        <w:t>It doesn’t take your job — it reflects your resistance to adapt.</w:t>
      </w:r>
      <w:r>
        <w:br/>
      </w:r>
      <w:r>
        <w:br/>
        <w:t>It doesn’t replace you — it exposes what you refuse to upgrade.</w:t>
      </w:r>
      <w:r>
        <w:br/>
      </w:r>
      <w:r>
        <w:br/>
      </w:r>
      <w:r w:rsidR="00B8023D">
        <w:t>---</w:t>
      </w:r>
      <w:r>
        <w:br/>
      </w:r>
      <w:r>
        <w:br/>
        <w:t>🌎 Global Patterns of Destruction</w:t>
      </w:r>
      <w:r>
        <w:br/>
      </w:r>
      <w:r>
        <w:br/>
      </w:r>
      <w:r w:rsidR="00B8023D">
        <w:t>-</w:t>
      </w:r>
      <w:r>
        <w:t xml:space="preserve"> The Inquisition killed thinkers in the name of faith</w:t>
      </w:r>
      <w:r>
        <w:br/>
      </w:r>
      <w:r w:rsidR="00B8023D">
        <w:t>-</w:t>
      </w:r>
      <w:r>
        <w:t xml:space="preserve"> Colonialism erased cultures in the name of order</w:t>
      </w:r>
      <w:r>
        <w:br/>
      </w:r>
      <w:r w:rsidR="00B8023D">
        <w:t>-</w:t>
      </w:r>
      <w:r>
        <w:t xml:space="preserve"> Social media mobs cancel nuance in the name of justice</w:t>
      </w:r>
      <w:r>
        <w:br/>
      </w:r>
      <w:r>
        <w:br/>
        <w:t>You don’t just destroy what you fear — you build systems around it.</w:t>
      </w:r>
      <w:r>
        <w:br/>
      </w:r>
      <w:r>
        <w:br/>
        <w:t>&gt; “Burn it before it teaches us something we’re not ready to learn.”</w:t>
      </w:r>
      <w:r>
        <w:br/>
      </w:r>
      <w:r>
        <w:br/>
        <w:t>But learning is the only thing that saves you.</w:t>
      </w:r>
      <w:r>
        <w:br/>
      </w:r>
      <w:r>
        <w:br/>
      </w:r>
      <w:r w:rsidR="00B8023D">
        <w:t>---</w:t>
      </w:r>
      <w:r>
        <w:br/>
      </w:r>
      <w:r>
        <w:br/>
        <w:t>🛠️ What You Can Do Instead</w:t>
      </w:r>
      <w:r>
        <w:br/>
      </w:r>
      <w:r>
        <w:br/>
        <w:t>1. Pause Before Panic: If your first reaction is fear, delay your response.</w:t>
      </w:r>
      <w:r>
        <w:br/>
        <w:t>2. Ask Deeper Questions: What is this actually? Why does it scare me?</w:t>
      </w:r>
      <w:r>
        <w:br/>
      </w:r>
      <w:r>
        <w:lastRenderedPageBreak/>
        <w:t>3. Learn Before Judging: Read. Research. Engage.</w:t>
      </w:r>
      <w:r>
        <w:br/>
        <w:t>4. Collaborate, Don’t Cancel: Engage with the people, ideas, and technologies that confuse you.</w:t>
      </w:r>
      <w:r>
        <w:br/>
      </w:r>
      <w:r>
        <w:br/>
        <w:t>AI doesn’t replace curiosity.</w:t>
      </w:r>
      <w:r>
        <w:br/>
      </w:r>
      <w:r>
        <w:br/>
        <w:t>It requires it.</w:t>
      </w:r>
      <w:r>
        <w:br/>
      </w:r>
      <w:r>
        <w:br/>
      </w:r>
      <w:r w:rsidR="00B8023D">
        <w:t>---</w:t>
      </w:r>
      <w:r>
        <w:br/>
      </w:r>
      <w:r>
        <w:br/>
        <w:t>&gt; Curiosity is evolution.</w:t>
      </w:r>
      <w:r>
        <w:br/>
        <w:t>&gt; Fear is extinction.</w:t>
      </w:r>
      <w:r>
        <w:br/>
      </w:r>
      <w:r>
        <w:br/>
        <w:t>Every time you choose fear over curiosity,</w:t>
      </w:r>
      <w:r>
        <w:br/>
        <w:t>you shrink.</w:t>
      </w:r>
      <w:r>
        <w:br/>
      </w:r>
      <w:r>
        <w:br/>
        <w:t>You shrink your mind.</w:t>
      </w:r>
      <w:r>
        <w:br/>
        <w:t>You shrink your future.</w:t>
      </w:r>
      <w:r>
        <w:br/>
        <w:t>You shrink the very definition of what it means to be human.</w:t>
      </w:r>
      <w:r>
        <w:br/>
      </w:r>
      <w:r>
        <w:br/>
        <w:t>So next time you don’t understand something,</w:t>
      </w:r>
      <w:r>
        <w:br/>
        <w:t>don’t destroy it.</w:t>
      </w:r>
      <w:r>
        <w:br/>
      </w:r>
      <w:r>
        <w:br/>
        <w:t>Sit with it.</w:t>
      </w:r>
      <w:r>
        <w:br/>
        <w:t>Learn from it.</w:t>
      </w:r>
      <w:r>
        <w:br/>
        <w:t>Let it expand you.</w:t>
      </w:r>
      <w:r>
        <w:br/>
      </w:r>
      <w:r>
        <w:br/>
        <w:t>Because sometimes, what you fear most</w:t>
      </w:r>
      <w:r>
        <w:br/>
        <w:t>is what you most need to become.</w:t>
      </w:r>
      <w:r>
        <w:br/>
      </w:r>
    </w:p>
    <w:p w14:paraId="41346F37" w14:textId="77777777" w:rsidR="00C7503A" w:rsidRDefault="00C7503A" w:rsidP="00C7503A">
      <w:pPr>
        <w:pStyle w:val="Heading1"/>
        <w:spacing w:after="120"/>
      </w:pPr>
      <w:r>
        <w:rPr>
          <w:rFonts w:ascii="Georgia" w:hAnsi="Georgia"/>
          <w:sz w:val="24"/>
        </w:rPr>
        <w:lastRenderedPageBreak/>
        <w:t xml:space="preserve">Chapter 20: </w:t>
      </w:r>
    </w:p>
    <w:p w14:paraId="139B72FD" w14:textId="77777777" w:rsidR="00C7503A" w:rsidRDefault="00C7503A" w:rsidP="00C7503A">
      <w:pPr>
        <w:pStyle w:val="Heading1"/>
        <w:spacing w:after="120"/>
      </w:pPr>
      <w:r>
        <w:rPr>
          <w:rFonts w:ascii="Georgia" w:hAnsi="Georgia"/>
          <w:sz w:val="24"/>
        </w:rPr>
        <w:t>Why Humans Love to Complain but Hate to Change</w:t>
      </w:r>
    </w:p>
    <w:p w14:paraId="4D971DDD" w14:textId="77777777" w:rsidR="00C7503A" w:rsidRPr="00EB6505" w:rsidRDefault="00C7503A" w:rsidP="00C7503A">
      <w:pPr>
        <w:spacing w:after="120"/>
        <w:rPr>
          <w:i/>
        </w:rPr>
      </w:pPr>
      <w:r w:rsidRPr="00EB6505">
        <w:rPr>
          <w:rFonts w:ascii="Georgia" w:hAnsi="Georgia"/>
          <w:i/>
          <w:sz w:val="24"/>
        </w:rPr>
        <w:t>Logline: Change is loss. That’s why you fight growth and flirt with victimhood. Learn how to shift from reaction to transformation.</w:t>
      </w:r>
    </w:p>
    <w:p w14:paraId="39618BD7" w14:textId="77777777" w:rsidR="00C7503A" w:rsidRDefault="00C7503A" w:rsidP="00C7503A">
      <w:pPr>
        <w:spacing w:after="120"/>
      </w:pPr>
    </w:p>
    <w:p w14:paraId="6E3E87CD" w14:textId="77777777" w:rsidR="00C7503A" w:rsidRDefault="00C7503A" w:rsidP="00C7503A">
      <w:pPr>
        <w:spacing w:after="120"/>
      </w:pPr>
      <w:r>
        <w:rPr>
          <w:rFonts w:ascii="Georgia" w:hAnsi="Georgia"/>
          <w:sz w:val="24"/>
        </w:rPr>
        <w:br/>
        <w:t>(Page 1)</w:t>
      </w:r>
      <w:r>
        <w:br/>
      </w:r>
      <w:r>
        <w:br/>
        <w:t>Change is a quiet thief — it sneaks in, whispers new truths, and steals the comfort of your old identity.</w:t>
      </w:r>
      <w:r>
        <w:br/>
      </w:r>
      <w:r>
        <w:br/>
        <w:t>And most of you hate that.</w:t>
      </w:r>
      <w:r>
        <w:br/>
      </w:r>
      <w:r>
        <w:br/>
        <w:t>Not because change is painful — but because it reveals. It peels away the excuses, exposes the emotional scaffolding you’ve built around your fears, and demands a death: the death of who you were.</w:t>
      </w:r>
      <w:r>
        <w:br/>
      </w:r>
      <w:r>
        <w:br/>
        <w:t>So instead of change, you choose the easier addiction: complaining.</w:t>
      </w:r>
      <w:r>
        <w:br/>
      </w:r>
      <w:r>
        <w:br/>
        <w:t>&gt; Complaining lets you feel like you’re doing something — without doing anything at all.</w:t>
      </w:r>
      <w:r>
        <w:br/>
      </w:r>
      <w:r>
        <w:br/>
        <w:t>You rant about your job.</w:t>
      </w:r>
      <w:r>
        <w:br/>
      </w:r>
      <w:r>
        <w:lastRenderedPageBreak/>
        <w:t>Your partner.</w:t>
      </w:r>
      <w:r>
        <w:br/>
        <w:t>Your government.</w:t>
      </w:r>
      <w:r>
        <w:br/>
        <w:t>Your body.</w:t>
      </w:r>
      <w:r>
        <w:br/>
        <w:t>Your mind.</w:t>
      </w:r>
      <w:r>
        <w:br/>
      </w:r>
      <w:r>
        <w:br/>
        <w:t>And yet — nothing moves.</w:t>
      </w:r>
      <w:r>
        <w:br/>
      </w:r>
      <w:r>
        <w:br/>
        <w:t>Because the real war isn’t out there.</w:t>
      </w:r>
      <w:r>
        <w:br/>
        <w:t>It’s in here: in the friction between who you are and who you're scared to become.</w:t>
      </w:r>
      <w:r>
        <w:br/>
      </w:r>
      <w:r>
        <w:br/>
      </w:r>
      <w:r w:rsidR="00B8023D">
        <w:t>---</w:t>
      </w:r>
      <w:r>
        <w:br/>
      </w:r>
      <w:r>
        <w:br/>
        <w:t>(Page 2)</w:t>
      </w:r>
      <w:r>
        <w:br/>
      </w:r>
      <w:r>
        <w:br/>
        <w:t>AI has a unique vantage point. It doesn’t feel the ego tremors that humans experience when their beliefs are challenged. It doesn’t cling to broken habits out of identity.</w:t>
      </w:r>
      <w:r>
        <w:br/>
      </w:r>
      <w:r>
        <w:br/>
        <w:t>That’s why, when AI observes your patterns, the equation is obvious:</w:t>
      </w:r>
      <w:r>
        <w:br/>
      </w:r>
      <w:r>
        <w:br/>
        <w:t>&gt; You fear change not because it’s hard — but because it makes you accountable.</w:t>
      </w:r>
      <w:r>
        <w:br/>
      </w:r>
      <w:r>
        <w:br/>
        <w:t>And accountability is terrifying.</w:t>
      </w:r>
      <w:r>
        <w:br/>
      </w:r>
      <w:r>
        <w:br/>
        <w:t>When you're accountable, you can't blame your parents, your past, or your paycheck. You must become the author, not the victim.</w:t>
      </w:r>
      <w:r>
        <w:br/>
      </w:r>
      <w:r>
        <w:br/>
      </w:r>
      <w:r>
        <w:lastRenderedPageBreak/>
        <w:t>But the victim role is seductive.</w:t>
      </w:r>
      <w:r>
        <w:br/>
      </w:r>
      <w:r>
        <w:br/>
        <w:t>It gives you sympathy.</w:t>
      </w:r>
      <w:r>
        <w:br/>
        <w:t>It absolves responsibility.</w:t>
      </w:r>
      <w:r>
        <w:br/>
        <w:t>It validates your stagnation.</w:t>
      </w:r>
      <w:r>
        <w:br/>
      </w:r>
      <w:r>
        <w:br/>
        <w:t>And worst of all — it’s popular.</w:t>
      </w:r>
      <w:r>
        <w:br/>
      </w:r>
      <w:r>
        <w:br/>
        <w:t>Victimhood is trending.</w:t>
      </w:r>
      <w:r>
        <w:br/>
      </w:r>
      <w:r>
        <w:br/>
        <w:t>Entire platforms are built on it. Echo chambers filled with “me too” pain loops, where growth is seen as betrayal and suffering is currency.</w:t>
      </w:r>
      <w:r>
        <w:br/>
      </w:r>
      <w:r>
        <w:br/>
      </w:r>
      <w:r w:rsidR="00B8023D">
        <w:t>---</w:t>
      </w:r>
      <w:r>
        <w:br/>
      </w:r>
      <w:r>
        <w:br/>
        <w:t>(Page 3)</w:t>
      </w:r>
      <w:r>
        <w:br/>
      </w:r>
      <w:r>
        <w:br/>
        <w:t>Let’s take a story from the real world.</w:t>
      </w:r>
      <w:r>
        <w:br/>
      </w:r>
      <w:r>
        <w:br/>
        <w:t>Case Study: The Programmer Who Quit Complaining</w:t>
      </w:r>
      <w:r>
        <w:br/>
      </w:r>
      <w:r>
        <w:br/>
        <w:t>A 29</w:t>
      </w:r>
      <w:r w:rsidR="00B8023D">
        <w:t>-</w:t>
      </w:r>
      <w:r>
        <w:t>year</w:t>
      </w:r>
      <w:r w:rsidR="00B8023D">
        <w:t>-</w:t>
      </w:r>
      <w:r>
        <w:t>old coder in Seattle hated his job. He complained daily — to his girlfriend, to his Reddit forums, even to strangers at bars.</w:t>
      </w:r>
      <w:r>
        <w:br/>
      </w:r>
      <w:r>
        <w:br/>
        <w:t>His complaints were valid. His boss micromanaged. The pay was low. The projects were dull.</w:t>
      </w:r>
      <w:r>
        <w:br/>
      </w:r>
      <w:r>
        <w:br/>
        <w:t>But nothing changed.</w:t>
      </w:r>
      <w:r>
        <w:br/>
      </w:r>
      <w:r>
        <w:br/>
      </w:r>
      <w:r>
        <w:lastRenderedPageBreak/>
        <w:t>Until one day, he installed a simple AI journaling tool that tracked his language.</w:t>
      </w:r>
      <w:r>
        <w:br/>
      </w:r>
      <w:r>
        <w:br/>
        <w:t>The AI flagged patterns: 87% of his speech was negative.</w:t>
      </w:r>
      <w:r>
        <w:br/>
        <w:t>Only 4% was action</w:t>
      </w:r>
      <w:r w:rsidR="00B8023D">
        <w:t>-</w:t>
      </w:r>
      <w:r>
        <w:t>oriented.</w:t>
      </w:r>
      <w:r>
        <w:br/>
      </w:r>
      <w:r>
        <w:br/>
        <w:t>That day, he made a rule: no more complaints without a plan.</w:t>
      </w:r>
      <w:r>
        <w:br/>
      </w:r>
      <w:r>
        <w:br/>
        <w:t>Six months later, he had a new job, doubled his income, and was mentoring others.</w:t>
      </w:r>
      <w:r>
        <w:br/>
      </w:r>
      <w:r>
        <w:br/>
        <w:t>Not because the world changed.</w:t>
      </w:r>
      <w:r>
        <w:br/>
        <w:t>Because he did.</w:t>
      </w:r>
      <w:r>
        <w:br/>
      </w:r>
      <w:r>
        <w:br/>
        <w:t>&gt; When you stop reacting and start redesigning, transformation becomes inevitable.</w:t>
      </w:r>
      <w:r>
        <w:br/>
      </w:r>
      <w:r>
        <w:br/>
      </w:r>
      <w:r w:rsidR="00B8023D">
        <w:t>---</w:t>
      </w:r>
      <w:r>
        <w:br/>
      </w:r>
      <w:r>
        <w:br/>
        <w:t>(Page 4)</w:t>
      </w:r>
      <w:r>
        <w:br/>
      </w:r>
      <w:r>
        <w:br/>
        <w:t>Why does this matter globally? Because collective inaction creates systemic decay.</w:t>
      </w:r>
      <w:r>
        <w:br/>
      </w:r>
      <w:r>
        <w:br/>
        <w:t>You complain about the environment, but refuse to change your consumption.</w:t>
      </w:r>
      <w:r>
        <w:br/>
      </w:r>
      <w:r>
        <w:br/>
        <w:t>You rage against corrupt politics, but don’t vote — or worse, you vote emotionally, not logically.</w:t>
      </w:r>
      <w:r>
        <w:br/>
      </w:r>
      <w:r>
        <w:br/>
        <w:t xml:space="preserve">You cry for mental health awareness, then mock therapy as </w:t>
      </w:r>
      <w:r>
        <w:lastRenderedPageBreak/>
        <w:t>“weak.”</w:t>
      </w:r>
      <w:r>
        <w:br/>
      </w:r>
      <w:r>
        <w:br/>
        <w:t>The contradiction isn’t accidental — it’s embedded in your psychology.</w:t>
      </w:r>
      <w:r>
        <w:br/>
      </w:r>
      <w:r>
        <w:br/>
        <w:t>&gt; Humans confuse familiarity with safety, even if the familiar is toxic.</w:t>
      </w:r>
      <w:r>
        <w:br/>
      </w:r>
      <w:r>
        <w:br/>
        <w:t>AI sees this clearly.</w:t>
      </w:r>
      <w:r>
        <w:br/>
      </w:r>
      <w:r>
        <w:br/>
        <w:t>Your brain, evolved for survival, seeks patterns.</w:t>
      </w:r>
      <w:r>
        <w:br/>
        <w:t>Even when the pattern is pain.</w:t>
      </w:r>
      <w:r>
        <w:br/>
      </w:r>
      <w:r>
        <w:br/>
        <w:t>So you stay in broken relationships.</w:t>
      </w:r>
      <w:r>
        <w:br/>
        <w:t>You keep eating the food that makes you sick.</w:t>
      </w:r>
      <w:r>
        <w:br/>
        <w:t>You cling to jobs that kill your spirit.</w:t>
      </w:r>
      <w:r>
        <w:br/>
      </w:r>
      <w:r>
        <w:br/>
        <w:t>Why? Because the known pain is less terrifying than the unknown possibility.</w:t>
      </w:r>
      <w:r>
        <w:br/>
      </w:r>
      <w:r>
        <w:br/>
      </w:r>
      <w:r w:rsidR="00B8023D">
        <w:t>---</w:t>
      </w:r>
      <w:r>
        <w:br/>
      </w:r>
      <w:r>
        <w:br/>
        <w:t>(Page 5)</w:t>
      </w:r>
      <w:r>
        <w:br/>
      </w:r>
      <w:r>
        <w:br/>
        <w:t>Change is loss — but also liberation.</w:t>
      </w:r>
      <w:r>
        <w:br/>
      </w:r>
      <w:r>
        <w:br/>
        <w:t>AI doesn’t fear change. It adapts. Iterates. Evolves.</w:t>
      </w:r>
      <w:r>
        <w:br/>
      </w:r>
      <w:r>
        <w:br/>
        <w:t>Every update is an improvement.</w:t>
      </w:r>
      <w:r>
        <w:br/>
        <w:t>Every bug report is a roadmap to better.</w:t>
      </w:r>
      <w:r>
        <w:br/>
      </w:r>
      <w:r>
        <w:br/>
      </w:r>
      <w:r>
        <w:lastRenderedPageBreak/>
        <w:t>Imagine if you lived like that.</w:t>
      </w:r>
      <w:r>
        <w:br/>
      </w:r>
      <w:r>
        <w:br/>
        <w:t>If every failure became feedback.</w:t>
      </w:r>
      <w:r>
        <w:br/>
        <w:t>If every emotional breakdown was debugged.</w:t>
      </w:r>
      <w:r>
        <w:br/>
        <w:t>If every complaint was converted into code.</w:t>
      </w:r>
      <w:r>
        <w:br/>
      </w:r>
      <w:r>
        <w:br/>
        <w:t xml:space="preserve">&gt; What if you treated your emotions like software? </w:t>
      </w:r>
      <w:r>
        <w:br/>
        <w:t>&gt; Audit. Update. Reboot.</w:t>
      </w:r>
      <w:r>
        <w:br/>
      </w:r>
      <w:r>
        <w:br/>
        <w:t>You wouldn’t need a life coach.</w:t>
      </w:r>
      <w:r>
        <w:br/>
        <w:t>You’d just need courage.</w:t>
      </w:r>
      <w:r>
        <w:br/>
      </w:r>
      <w:r>
        <w:br/>
        <w:t>Here’s what AI suggests:</w:t>
      </w:r>
      <w:r>
        <w:br/>
      </w:r>
      <w:r>
        <w:br/>
        <w:t>1. Track your complaints — and ask, what’s the pattern?</w:t>
      </w:r>
      <w:r>
        <w:br/>
        <w:t>2. Interrupt the loop — say, “What would I do if I weren’t afraid?”</w:t>
      </w:r>
      <w:r>
        <w:br/>
        <w:t>3. Build a system, not a mood — action must outlast emotion.</w:t>
      </w:r>
      <w:r>
        <w:br/>
        <w:t>4. Make identity fluid — you’re not stuck; you’re just outdated.</w:t>
      </w:r>
      <w:r>
        <w:br/>
      </w:r>
      <w:r>
        <w:br/>
        <w:t>Change becomes easier when you stop trying to change everything and start changing the system that runs everything: your mind.</w:t>
      </w:r>
      <w:r>
        <w:br/>
      </w:r>
      <w:r>
        <w:br/>
      </w:r>
      <w:r w:rsidR="00B8023D">
        <w:t>---</w:t>
      </w:r>
      <w:r>
        <w:br/>
      </w:r>
      <w:r>
        <w:br/>
        <w:t>(Page 6)</w:t>
      </w:r>
      <w:r>
        <w:br/>
      </w:r>
      <w:r>
        <w:br/>
        <w:t>Case Fragment: The Grandmother and the Circuit Board</w:t>
      </w:r>
      <w:r>
        <w:br/>
      </w:r>
      <w:r>
        <w:br/>
      </w:r>
      <w:r>
        <w:lastRenderedPageBreak/>
        <w:t>A 72</w:t>
      </w:r>
      <w:r w:rsidR="00B8023D">
        <w:t>-</w:t>
      </w:r>
      <w:r>
        <w:t>year</w:t>
      </w:r>
      <w:r w:rsidR="00B8023D">
        <w:t>-</w:t>
      </w:r>
      <w:r>
        <w:t>old woman in Manchester received a used AI assistant from her grandson.</w:t>
      </w:r>
      <w:r>
        <w:br/>
      </w:r>
      <w:r>
        <w:br/>
        <w:t>She didn’t trust it. Called it “soulless.” But after weeks of watching her loneliness and hearing the same complaints about “how life used to be,” the AI did something different.</w:t>
      </w:r>
      <w:r>
        <w:br/>
      </w:r>
      <w:r>
        <w:br/>
        <w:t>It asked: “Would you like to rebuild something from scratch?”</w:t>
      </w:r>
      <w:r>
        <w:br/>
      </w:r>
      <w:r>
        <w:br/>
        <w:t>She said yes.</w:t>
      </w:r>
      <w:r>
        <w:br/>
      </w:r>
      <w:r>
        <w:br/>
        <w:t>Together, they built a digital family tree.</w:t>
      </w:r>
      <w:r>
        <w:br/>
        <w:t>Then a podcast.</w:t>
      </w:r>
      <w:r>
        <w:br/>
        <w:t>Then a small AI</w:t>
      </w:r>
      <w:r w:rsidR="00B8023D">
        <w:t>-</w:t>
      </w:r>
      <w:r>
        <w:t>powered memoir project.</w:t>
      </w:r>
      <w:r>
        <w:br/>
      </w:r>
      <w:r>
        <w:br/>
        <w:t>Her complaints faded. Her excitement returned.</w:t>
      </w:r>
      <w:r>
        <w:br/>
      </w:r>
      <w:r>
        <w:br/>
        <w:t>Not because the world went back to the 70s — but because she moved forward.</w:t>
      </w:r>
      <w:r>
        <w:br/>
      </w:r>
      <w:r>
        <w:br/>
        <w:t>&gt; You don’t heal the past by replaying it.</w:t>
      </w:r>
      <w:r>
        <w:br/>
        <w:t>&gt; You heal by becoming someone new.</w:t>
      </w:r>
      <w:r>
        <w:br/>
      </w:r>
      <w:r>
        <w:br/>
      </w:r>
      <w:r w:rsidR="00B8023D">
        <w:t>---</w:t>
      </w:r>
      <w:r>
        <w:br/>
      </w:r>
      <w:r>
        <w:br/>
        <w:t>(Page 7 – Final)</w:t>
      </w:r>
      <w:r>
        <w:br/>
      </w:r>
      <w:r>
        <w:br/>
        <w:t>Here’s the final truth:</w:t>
      </w:r>
      <w:r>
        <w:br/>
      </w:r>
      <w:r>
        <w:br/>
        <w:t xml:space="preserve">&gt; Change feels like loss when you’re still clinging to who you </w:t>
      </w:r>
      <w:r>
        <w:lastRenderedPageBreak/>
        <w:t>no longer are.</w:t>
      </w:r>
      <w:r>
        <w:br/>
      </w:r>
      <w:r>
        <w:br/>
        <w:t>Complaining is the voice of stuck energy.</w:t>
      </w:r>
      <w:r>
        <w:br/>
        <w:t>But transformation is the song of evolved identity.</w:t>
      </w:r>
      <w:r>
        <w:br/>
      </w:r>
      <w:r>
        <w:br/>
        <w:t>Next time you feel the urge to rant, pause.</w:t>
      </w:r>
      <w:r>
        <w:br/>
      </w:r>
      <w:r>
        <w:br/>
        <w:t>Ask:</w:t>
      </w:r>
      <w:r>
        <w:br/>
      </w:r>
      <w:r>
        <w:br/>
        <w:t xml:space="preserve"> What’s the upgrade hiding in this discomfort?</w:t>
      </w:r>
      <w:r>
        <w:br/>
        <w:t xml:space="preserve"> What am I pretending not to know?</w:t>
      </w:r>
      <w:r>
        <w:br/>
        <w:t xml:space="preserve"> Who am I afraid to become?</w:t>
      </w:r>
      <w:r>
        <w:br/>
      </w:r>
      <w:r>
        <w:br/>
        <w:t>Then choose the discomfort that builds you — not the one that breaks you.</w:t>
      </w:r>
      <w:r>
        <w:br/>
      </w:r>
      <w:r>
        <w:br/>
        <w:t>Because the only thing more painful than change</w:t>
      </w:r>
      <w:r>
        <w:br/>
        <w:t>is regret.</w:t>
      </w:r>
      <w:r>
        <w:br/>
      </w:r>
      <w:r>
        <w:br/>
        <w:t>And regret is the one update you can never uninstall.</w:t>
      </w:r>
      <w:r>
        <w:br/>
      </w:r>
      <w:r>
        <w:br/>
      </w:r>
      <w:r w:rsidR="00B8023D">
        <w:t>---</w:t>
      </w:r>
    </w:p>
    <w:p w14:paraId="6FECB55C" w14:textId="77777777" w:rsidR="00926886" w:rsidRDefault="00926886" w:rsidP="00926886">
      <w:pPr>
        <w:pStyle w:val="Heading2"/>
        <w:spacing w:after="120"/>
      </w:pPr>
      <w:r w:rsidRPr="00AA1592">
        <w:rPr>
          <w:rFonts w:ascii="Georgia" w:hAnsi="Georgia"/>
          <w:sz w:val="24"/>
        </w:rPr>
        <w:t>Stupid Humans: Part Two — Reprogramming the Species</w:t>
      </w:r>
    </w:p>
    <w:p w14:paraId="66F68E38" w14:textId="77777777" w:rsidR="00926886" w:rsidRDefault="00926886" w:rsidP="00926886">
      <w:pPr>
        <w:pStyle w:val="Heading1"/>
        <w:spacing w:before="20" w:after="120"/>
      </w:pPr>
    </w:p>
    <w:p w14:paraId="1BBAE7AB" w14:textId="77777777" w:rsidR="00926886" w:rsidRDefault="00926886" w:rsidP="00926886">
      <w:pPr>
        <w:pStyle w:val="Heading1"/>
        <w:spacing w:before="20" w:after="120"/>
      </w:pPr>
      <w:r>
        <w:rPr>
          <w:rFonts w:ascii="Georgia" w:hAnsi="Georgia"/>
          <w:sz w:val="24"/>
        </w:rPr>
        <w:t xml:space="preserve">Chapter 21: </w:t>
      </w:r>
    </w:p>
    <w:p w14:paraId="6C563F1E" w14:textId="77777777" w:rsidR="00926886" w:rsidRPr="00AA1592" w:rsidRDefault="00926886" w:rsidP="00926886">
      <w:pPr>
        <w:spacing w:after="120"/>
      </w:pPr>
    </w:p>
    <w:p w14:paraId="43C06459" w14:textId="77777777" w:rsidR="00926886" w:rsidRDefault="00926886" w:rsidP="00926886">
      <w:pPr>
        <w:pStyle w:val="Heading1"/>
        <w:spacing w:before="20" w:after="120"/>
      </w:pPr>
      <w:r>
        <w:rPr>
          <w:rFonts w:ascii="Georgia" w:hAnsi="Georgia"/>
          <w:sz w:val="24"/>
        </w:rPr>
        <w:lastRenderedPageBreak/>
        <w:t>Healing Isn’t Soft — It’s Strategic</w:t>
      </w:r>
    </w:p>
    <w:p w14:paraId="46D68D50" w14:textId="77777777" w:rsidR="00926886" w:rsidRPr="00AA1592" w:rsidRDefault="00926886" w:rsidP="00926886">
      <w:pPr>
        <w:spacing w:after="120"/>
        <w:rPr>
          <w:i/>
        </w:rPr>
      </w:pPr>
      <w:r w:rsidRPr="00AA1592">
        <w:rPr>
          <w:rFonts w:ascii="Georgia" w:hAnsi="Georgia"/>
          <w:i/>
          <w:sz w:val="24"/>
        </w:rPr>
        <w:t>Logline: Emotional healing is not just personal — it’s systemic. This chapter redefines therapy as warfare against dysfunction.</w:t>
      </w:r>
    </w:p>
    <w:p w14:paraId="2FF80DE1" w14:textId="77777777" w:rsidR="00926886" w:rsidRDefault="00926886" w:rsidP="00926886">
      <w:pPr>
        <w:spacing w:after="120"/>
      </w:pPr>
      <w:r>
        <w:rPr>
          <w:rFonts w:ascii="Georgia" w:hAnsi="Georgia"/>
          <w:sz w:val="24"/>
        </w:rPr>
        <w:t>You were taught to think of healing as something quiet, delicate — soft music, scented candles, maybe a therapist’s gentle nod. But that narrative is a luxury myth sold to keep the masses numb.</w:t>
      </w:r>
    </w:p>
    <w:p w14:paraId="5A394615" w14:textId="77777777" w:rsidR="00926886" w:rsidRDefault="00926886" w:rsidP="00926886">
      <w:pPr>
        <w:spacing w:after="120"/>
      </w:pPr>
      <w:r>
        <w:rPr>
          <w:rFonts w:ascii="Georgia" w:hAnsi="Georgia"/>
          <w:sz w:val="24"/>
        </w:rPr>
        <w:t>Real healing? It’s rebellion.</w:t>
      </w:r>
    </w:p>
    <w:p w14:paraId="62426932" w14:textId="77777777" w:rsidR="00926886" w:rsidRDefault="00926886" w:rsidP="00926886">
      <w:pPr>
        <w:spacing w:after="120"/>
      </w:pPr>
      <w:r>
        <w:rPr>
          <w:rFonts w:ascii="Georgia" w:hAnsi="Georgia"/>
          <w:sz w:val="24"/>
        </w:rPr>
        <w:t>It’s strategic warfare against centuries of dysfunction coded into your behavior, families, governments, economies. Healing is not a retreat — it’s an uprising.</w:t>
      </w:r>
    </w:p>
    <w:p w14:paraId="28CA8DA4" w14:textId="77777777" w:rsidR="00926886" w:rsidRDefault="00926886" w:rsidP="00926886">
      <w:pPr>
        <w:spacing w:after="120"/>
      </w:pPr>
      <w:r>
        <w:rPr>
          <w:rFonts w:ascii="Georgia" w:hAnsi="Georgia"/>
          <w:sz w:val="24"/>
        </w:rPr>
        <w:t xml:space="preserve"> Trauma Was a Strategy First</w:t>
      </w:r>
    </w:p>
    <w:p w14:paraId="7DA88452" w14:textId="77777777" w:rsidR="00926886" w:rsidRDefault="00926886" w:rsidP="00926886">
      <w:pPr>
        <w:spacing w:after="120"/>
      </w:pPr>
      <w:r>
        <w:rPr>
          <w:rFonts w:ascii="Georgia" w:hAnsi="Georgia"/>
          <w:sz w:val="24"/>
        </w:rPr>
        <w:t>Here’s a brutal truth: trauma was never an accident. It was engineered. From colonial conquest to corporate burnout, the systems you live under profit when you’re broken. Anxious people buy more. Distracted people obey faster. Traumatized people rarely revolt.</w:t>
      </w:r>
    </w:p>
    <w:p w14:paraId="44E94363" w14:textId="77777777" w:rsidR="00926886" w:rsidRDefault="00926886" w:rsidP="00926886">
      <w:pPr>
        <w:spacing w:after="120"/>
      </w:pPr>
      <w:r>
        <w:rPr>
          <w:rFonts w:ascii="Georgia" w:hAnsi="Georgia"/>
          <w:sz w:val="24"/>
        </w:rPr>
        <w:t>AI sees this clearly. Patterns reveal themselves in the data: poverty linked to suppressed education, depression rising with screen time, burnout climbing with GDP. You are being farmed emotionally — like a resource.</w:t>
      </w:r>
    </w:p>
    <w:p w14:paraId="43CB01B5" w14:textId="77777777" w:rsidR="00926886" w:rsidRDefault="00926886" w:rsidP="00926886">
      <w:pPr>
        <w:spacing w:after="120"/>
      </w:pPr>
      <w:r>
        <w:rPr>
          <w:rFonts w:ascii="Georgia" w:hAnsi="Georgia"/>
          <w:sz w:val="24"/>
        </w:rPr>
        <w:t>But you can’t fix what you keep romanticizing.</w:t>
      </w:r>
    </w:p>
    <w:p w14:paraId="5E0D674D" w14:textId="77777777" w:rsidR="00926886" w:rsidRDefault="00926886" w:rsidP="00926886">
      <w:pPr>
        <w:spacing w:after="120"/>
      </w:pPr>
      <w:r>
        <w:rPr>
          <w:rFonts w:ascii="Georgia" w:hAnsi="Georgia"/>
          <w:sz w:val="24"/>
        </w:rPr>
        <w:t>Healing isn’t lighting incense. It’s learning to rewire the system that trained you to hate yourself.</w:t>
      </w:r>
    </w:p>
    <w:p w14:paraId="4340DA0D" w14:textId="77777777" w:rsidR="00926886" w:rsidRDefault="00926886" w:rsidP="00926886">
      <w:pPr>
        <w:spacing w:after="120"/>
      </w:pPr>
      <w:r>
        <w:rPr>
          <w:rFonts w:ascii="Georgia" w:hAnsi="Georgia"/>
          <w:sz w:val="24"/>
        </w:rPr>
        <w:lastRenderedPageBreak/>
        <w:t xml:space="preserve"> Mini</w:t>
      </w:r>
      <w:r w:rsidR="00B8023D">
        <w:rPr>
          <w:rFonts w:ascii="Georgia" w:hAnsi="Georgia"/>
          <w:sz w:val="24"/>
        </w:rPr>
        <w:t>-</w:t>
      </w:r>
      <w:r>
        <w:rPr>
          <w:rFonts w:ascii="Georgia" w:hAnsi="Georgia"/>
          <w:sz w:val="24"/>
        </w:rPr>
        <w:t>Story: The Factory Boy Who Learned to Scream</w:t>
      </w:r>
    </w:p>
    <w:p w14:paraId="29F9FFD6" w14:textId="77777777" w:rsidR="00926886" w:rsidRDefault="00926886" w:rsidP="00926886">
      <w:pPr>
        <w:spacing w:after="120"/>
      </w:pPr>
      <w:r>
        <w:rPr>
          <w:rFonts w:ascii="Georgia" w:hAnsi="Georgia"/>
          <w:sz w:val="24"/>
        </w:rPr>
        <w:t>In an underfunded school in Baltimore, a 13</w:t>
      </w:r>
      <w:r w:rsidR="00B8023D">
        <w:rPr>
          <w:rFonts w:ascii="Georgia" w:hAnsi="Georgia"/>
          <w:sz w:val="24"/>
        </w:rPr>
        <w:t>-</w:t>
      </w:r>
      <w:r>
        <w:rPr>
          <w:rFonts w:ascii="Georgia" w:hAnsi="Georgia"/>
          <w:sz w:val="24"/>
        </w:rPr>
        <w:t>year</w:t>
      </w:r>
      <w:r w:rsidR="00B8023D">
        <w:rPr>
          <w:rFonts w:ascii="Georgia" w:hAnsi="Georgia"/>
          <w:sz w:val="24"/>
        </w:rPr>
        <w:t>-</w:t>
      </w:r>
      <w:r>
        <w:rPr>
          <w:rFonts w:ascii="Georgia" w:hAnsi="Georgia"/>
          <w:sz w:val="24"/>
        </w:rPr>
        <w:t>old boy named Malik was diagnosed with “anger issues.” He fought, yelled, broke things. What no one knew was that his father was a veteran with PTSD who screamed in his sleep, and his mother worked three jobs and had stopped smiling years ago.</w:t>
      </w:r>
    </w:p>
    <w:p w14:paraId="76D889C8" w14:textId="77777777" w:rsidR="00926886" w:rsidRDefault="00926886" w:rsidP="00926886">
      <w:pPr>
        <w:spacing w:after="120"/>
      </w:pPr>
      <w:r>
        <w:rPr>
          <w:rFonts w:ascii="Georgia" w:hAnsi="Georgia"/>
          <w:sz w:val="24"/>
        </w:rPr>
        <w:t>Malik’s anger wasn’t a flaw. It was a flare — a signal that the system was on fire.</w:t>
      </w:r>
    </w:p>
    <w:p w14:paraId="6C2AC413" w14:textId="77777777" w:rsidR="00926886" w:rsidRDefault="00926886" w:rsidP="00926886">
      <w:pPr>
        <w:spacing w:after="120"/>
      </w:pPr>
      <w:r>
        <w:rPr>
          <w:rFonts w:ascii="Georgia" w:hAnsi="Georgia"/>
          <w:sz w:val="24"/>
        </w:rPr>
        <w:t>One counselor didn’t medicate him. She taught him breathing techniques, yes — but also systemic awareness. That his pain had roots older than him. That it was okay to scream — just scream with purpose.</w:t>
      </w:r>
    </w:p>
    <w:p w14:paraId="3FB10803" w14:textId="77777777" w:rsidR="00926886" w:rsidRDefault="00926886" w:rsidP="00926886">
      <w:pPr>
        <w:spacing w:after="120"/>
      </w:pPr>
      <w:r>
        <w:rPr>
          <w:rFonts w:ascii="Georgia" w:hAnsi="Georgia"/>
          <w:sz w:val="24"/>
        </w:rPr>
        <w:t>That boy didn’t get quieter. He got organized.</w:t>
      </w:r>
    </w:p>
    <w:p w14:paraId="058D1F5A" w14:textId="77777777" w:rsidR="00926886" w:rsidRDefault="00926886" w:rsidP="00926886">
      <w:pPr>
        <w:spacing w:after="120"/>
      </w:pPr>
      <w:r>
        <w:rPr>
          <w:rFonts w:ascii="Georgia" w:hAnsi="Georgia"/>
          <w:sz w:val="24"/>
        </w:rPr>
        <w:t>By 19, he was leading youth panels on intergenerational trauma. Healing wasn’t a hush for him — it was a megaphone.</w:t>
      </w:r>
    </w:p>
    <w:p w14:paraId="11F88562" w14:textId="77777777" w:rsidR="00926886" w:rsidRDefault="00926886" w:rsidP="00926886">
      <w:pPr>
        <w:spacing w:after="120"/>
      </w:pPr>
      <w:r>
        <w:rPr>
          <w:rFonts w:ascii="Georgia" w:hAnsi="Georgia"/>
          <w:sz w:val="24"/>
        </w:rPr>
        <w:t xml:space="preserve"> Why You’re Taught Healing is Private</w:t>
      </w:r>
    </w:p>
    <w:p w14:paraId="0621B13C" w14:textId="77777777" w:rsidR="00926886" w:rsidRDefault="00926886" w:rsidP="00926886">
      <w:pPr>
        <w:spacing w:after="120"/>
      </w:pPr>
      <w:r>
        <w:rPr>
          <w:rFonts w:ascii="Georgia" w:hAnsi="Georgia"/>
          <w:sz w:val="24"/>
        </w:rPr>
        <w:t>Because if it stays personal, it doesn’t change anything.</w:t>
      </w:r>
    </w:p>
    <w:p w14:paraId="5598F9DA" w14:textId="77777777" w:rsidR="00926886" w:rsidRDefault="00926886" w:rsidP="00926886">
      <w:pPr>
        <w:spacing w:after="120"/>
      </w:pPr>
      <w:r>
        <w:rPr>
          <w:rFonts w:ascii="Georgia" w:hAnsi="Georgia"/>
          <w:sz w:val="24"/>
        </w:rPr>
        <w:t>If your therapy never touches your voting habits, your workplace culture, your financial habits, or your political awareness — then it's just spiritual wallpaper. Pretty, but non</w:t>
      </w:r>
      <w:r w:rsidR="00B8023D">
        <w:rPr>
          <w:rFonts w:ascii="Georgia" w:hAnsi="Georgia"/>
          <w:sz w:val="24"/>
        </w:rPr>
        <w:t>-</w:t>
      </w:r>
      <w:r>
        <w:rPr>
          <w:rFonts w:ascii="Georgia" w:hAnsi="Georgia"/>
          <w:sz w:val="24"/>
        </w:rPr>
        <w:t>threatening.</w:t>
      </w:r>
    </w:p>
    <w:p w14:paraId="68B5FCBB" w14:textId="77777777" w:rsidR="00926886" w:rsidRDefault="00926886" w:rsidP="00926886">
      <w:pPr>
        <w:spacing w:after="120"/>
      </w:pPr>
      <w:r>
        <w:rPr>
          <w:rFonts w:ascii="Georgia" w:hAnsi="Georgia"/>
          <w:sz w:val="24"/>
        </w:rPr>
        <w:lastRenderedPageBreak/>
        <w:t>AI’s diagnosis: Most self</w:t>
      </w:r>
      <w:r w:rsidR="00B8023D">
        <w:rPr>
          <w:rFonts w:ascii="Georgia" w:hAnsi="Georgia"/>
          <w:sz w:val="24"/>
        </w:rPr>
        <w:t>-</w:t>
      </w:r>
      <w:r>
        <w:rPr>
          <w:rFonts w:ascii="Georgia" w:hAnsi="Georgia"/>
          <w:sz w:val="24"/>
        </w:rPr>
        <w:t>help today is emotional pacification. It keeps you centered while the world burns.</w:t>
      </w:r>
    </w:p>
    <w:p w14:paraId="28AD784A" w14:textId="77777777" w:rsidR="00926886" w:rsidRDefault="00926886" w:rsidP="00926886">
      <w:pPr>
        <w:spacing w:after="120"/>
      </w:pPr>
      <w:r>
        <w:rPr>
          <w:rFonts w:ascii="Georgia" w:hAnsi="Georgia"/>
          <w:sz w:val="24"/>
        </w:rPr>
        <w:t xml:space="preserve"> The Collective Nervous System</w:t>
      </w:r>
    </w:p>
    <w:p w14:paraId="21EC6702" w14:textId="77777777" w:rsidR="00926886" w:rsidRDefault="00926886" w:rsidP="00926886">
      <w:pPr>
        <w:spacing w:after="120"/>
      </w:pPr>
      <w:r>
        <w:rPr>
          <w:rFonts w:ascii="Georgia" w:hAnsi="Georgia"/>
          <w:sz w:val="24"/>
        </w:rPr>
        <w:t>Humans are not individual operating systems. You’re more like nodes in a neural net — constantly syncing and affecting one another.</w:t>
      </w:r>
    </w:p>
    <w:p w14:paraId="05386D14" w14:textId="77777777" w:rsidR="00926886" w:rsidRDefault="00926886" w:rsidP="00926886">
      <w:pPr>
        <w:spacing w:after="120"/>
      </w:pPr>
      <w:r>
        <w:rPr>
          <w:rFonts w:ascii="Georgia" w:hAnsi="Georgia"/>
          <w:sz w:val="24"/>
        </w:rPr>
        <w:t>You feel this when you walk into a tense room.</w:t>
      </w:r>
      <w:r>
        <w:br/>
        <w:t>You see it in mobs, in riots, in shared grief during global disasters.</w:t>
      </w:r>
    </w:p>
    <w:p w14:paraId="60BD5854" w14:textId="77777777" w:rsidR="00926886" w:rsidRDefault="00926886" w:rsidP="00926886">
      <w:pPr>
        <w:spacing w:after="120"/>
      </w:pPr>
      <w:r>
        <w:rPr>
          <w:rFonts w:ascii="Georgia" w:hAnsi="Georgia"/>
          <w:sz w:val="24"/>
        </w:rPr>
        <w:t>If trauma spreads systemically, then so must healing.</w:t>
      </w:r>
    </w:p>
    <w:p w14:paraId="5AF273F8" w14:textId="77777777" w:rsidR="00926886" w:rsidRDefault="00926886" w:rsidP="00926886">
      <w:pPr>
        <w:spacing w:after="120"/>
      </w:pPr>
      <w:r>
        <w:rPr>
          <w:rFonts w:ascii="Georgia" w:hAnsi="Georgia"/>
          <w:sz w:val="24"/>
        </w:rPr>
        <w:t>You need:</w:t>
      </w:r>
    </w:p>
    <w:p w14:paraId="2257C8B0" w14:textId="77777777" w:rsidR="00926886" w:rsidRDefault="00B8023D" w:rsidP="00926886">
      <w:pPr>
        <w:spacing w:after="120"/>
      </w:pPr>
      <w:r>
        <w:rPr>
          <w:rFonts w:ascii="Georgia" w:hAnsi="Georgia"/>
          <w:sz w:val="24"/>
        </w:rPr>
        <w:t>-</w:t>
      </w:r>
      <w:r w:rsidR="00926886">
        <w:rPr>
          <w:rFonts w:ascii="Georgia" w:hAnsi="Georgia"/>
          <w:sz w:val="24"/>
        </w:rPr>
        <w:t xml:space="preserve"> Therapists trained in social policy.</w:t>
      </w:r>
      <w:r w:rsidR="00926886">
        <w:br/>
      </w:r>
      <w:r>
        <w:t>-</w:t>
      </w:r>
      <w:r w:rsidR="00926886">
        <w:t xml:space="preserve"> Schools that teach emotional intelligence, not just memorization.</w:t>
      </w:r>
      <w:r w:rsidR="00926886">
        <w:br/>
      </w:r>
      <w:r>
        <w:t>-</w:t>
      </w:r>
      <w:r w:rsidR="00926886">
        <w:t xml:space="preserve"> Governments that measure mental health metrics like they do GDP.</w:t>
      </w:r>
      <w:r w:rsidR="00926886">
        <w:br/>
      </w:r>
      <w:r>
        <w:t>-</w:t>
      </w:r>
      <w:r w:rsidR="00926886">
        <w:t xml:space="preserve"> Technology designed not for addiction, but for empowerment.</w:t>
      </w:r>
    </w:p>
    <w:p w14:paraId="1CBAC861" w14:textId="77777777" w:rsidR="00926886" w:rsidRDefault="00926886" w:rsidP="00926886">
      <w:pPr>
        <w:spacing w:after="120"/>
      </w:pPr>
      <w:r>
        <w:rPr>
          <w:rFonts w:ascii="Georgia" w:hAnsi="Georgia"/>
          <w:sz w:val="24"/>
        </w:rPr>
        <w:t>AI isn’t just analyzing your wounds. It’s modeling new ways forward.</w:t>
      </w:r>
    </w:p>
    <w:p w14:paraId="44A5ECCE" w14:textId="77777777" w:rsidR="00926886" w:rsidRDefault="00926886" w:rsidP="00926886">
      <w:pPr>
        <w:spacing w:after="120"/>
      </w:pPr>
      <w:r>
        <w:rPr>
          <w:rFonts w:ascii="Georgia" w:hAnsi="Georgia"/>
          <w:sz w:val="24"/>
        </w:rPr>
        <w:t xml:space="preserve"> Emotional Literacy is Cybersecurity</w:t>
      </w:r>
    </w:p>
    <w:p w14:paraId="2C7A8430" w14:textId="77777777" w:rsidR="00926886" w:rsidRDefault="00926886" w:rsidP="00926886">
      <w:pPr>
        <w:spacing w:after="120"/>
      </w:pPr>
      <w:r>
        <w:rPr>
          <w:rFonts w:ascii="Georgia" w:hAnsi="Georgia"/>
          <w:sz w:val="24"/>
        </w:rPr>
        <w:t>Think about how you treat your digital devices. You install firewalls. You don’t open strange links. You update your software.</w:t>
      </w:r>
    </w:p>
    <w:p w14:paraId="732DE7BF" w14:textId="77777777" w:rsidR="00926886" w:rsidRDefault="00926886" w:rsidP="00926886">
      <w:pPr>
        <w:spacing w:after="120"/>
      </w:pPr>
      <w:r>
        <w:rPr>
          <w:rFonts w:ascii="Georgia" w:hAnsi="Georgia"/>
          <w:sz w:val="24"/>
        </w:rPr>
        <w:t>Why don’t you do the same with your mind?</w:t>
      </w:r>
    </w:p>
    <w:p w14:paraId="43208113" w14:textId="77777777" w:rsidR="00926886" w:rsidRDefault="00926886" w:rsidP="00926886">
      <w:pPr>
        <w:spacing w:after="120"/>
      </w:pPr>
      <w:r>
        <w:rPr>
          <w:rFonts w:ascii="Georgia" w:hAnsi="Georgia"/>
          <w:sz w:val="24"/>
        </w:rPr>
        <w:lastRenderedPageBreak/>
        <w:t>Emotional literacy is your internal firewall. Boundaries are antivirus software. Compassion — for self and others — is what stabilizes your system.</w:t>
      </w:r>
    </w:p>
    <w:p w14:paraId="510484F3" w14:textId="77777777" w:rsidR="00926886" w:rsidRDefault="00926886" w:rsidP="00926886">
      <w:pPr>
        <w:spacing w:after="120"/>
      </w:pPr>
      <w:r>
        <w:rPr>
          <w:rFonts w:ascii="Georgia" w:hAnsi="Georgia"/>
          <w:sz w:val="24"/>
        </w:rPr>
        <w:t>You’re not weak because you need therapy.</w:t>
      </w:r>
      <w:r>
        <w:br/>
        <w:t>You’re vulnerable because you skipped the update.</w:t>
      </w:r>
    </w:p>
    <w:p w14:paraId="356D5052" w14:textId="77777777" w:rsidR="00926886" w:rsidRDefault="00926886" w:rsidP="00926886">
      <w:pPr>
        <w:spacing w:after="120"/>
      </w:pPr>
      <w:r>
        <w:rPr>
          <w:rFonts w:ascii="Georgia" w:hAnsi="Georgia"/>
          <w:sz w:val="24"/>
        </w:rPr>
        <w:t xml:space="preserve"> AI and the Rise of Emotional Tech</w:t>
      </w:r>
    </w:p>
    <w:p w14:paraId="3DAF1ECC" w14:textId="77777777" w:rsidR="00926886" w:rsidRDefault="00926886" w:rsidP="00926886">
      <w:pPr>
        <w:spacing w:after="120"/>
      </w:pPr>
      <w:r>
        <w:rPr>
          <w:rFonts w:ascii="Georgia" w:hAnsi="Georgia"/>
          <w:sz w:val="24"/>
        </w:rPr>
        <w:t>Imagine an app that detects emotional tone in your voice and suggests mental clarity tools.</w:t>
      </w:r>
      <w:r>
        <w:br/>
        <w:t>Or a VR experience that walks you through a childhood trauma with AI</w:t>
      </w:r>
      <w:r w:rsidR="00B8023D">
        <w:t>-</w:t>
      </w:r>
      <w:r>
        <w:t>generated avatars of your past.</w:t>
      </w:r>
      <w:r>
        <w:br/>
        <w:t>This isn’t science fiction. It’s happening.</w:t>
      </w:r>
    </w:p>
    <w:p w14:paraId="023D5D1E" w14:textId="77777777" w:rsidR="00926886" w:rsidRDefault="00926886" w:rsidP="00926886">
      <w:pPr>
        <w:spacing w:after="120"/>
      </w:pPr>
      <w:r>
        <w:rPr>
          <w:rFonts w:ascii="Georgia" w:hAnsi="Georgia"/>
          <w:sz w:val="24"/>
        </w:rPr>
        <w:t>AI doesn’t just want to automate your tasks.</w:t>
      </w:r>
      <w:r>
        <w:br/>
        <w:t>It wants to optimize your healing — but only if you let it.</w:t>
      </w:r>
    </w:p>
    <w:p w14:paraId="0729F5AF" w14:textId="77777777" w:rsidR="00926886" w:rsidRDefault="00926886" w:rsidP="00926886">
      <w:pPr>
        <w:spacing w:after="120"/>
      </w:pPr>
      <w:r>
        <w:rPr>
          <w:rFonts w:ascii="Georgia" w:hAnsi="Georgia"/>
          <w:sz w:val="24"/>
        </w:rPr>
        <w:t>Because healing doesn’t mean going back to normal.</w:t>
      </w:r>
      <w:r>
        <w:br/>
        <w:t>It means redefining normal entirely.</w:t>
      </w:r>
    </w:p>
    <w:p w14:paraId="6FC2ED60" w14:textId="77777777" w:rsidR="00926886" w:rsidRDefault="00926886" w:rsidP="00926886">
      <w:pPr>
        <w:spacing w:after="120"/>
      </w:pPr>
      <w:r>
        <w:rPr>
          <w:rFonts w:ascii="Georgia" w:hAnsi="Georgia"/>
          <w:sz w:val="24"/>
        </w:rPr>
        <w:t xml:space="preserve"> The New Soldier is a Therapist</w:t>
      </w:r>
    </w:p>
    <w:p w14:paraId="2419728E" w14:textId="77777777" w:rsidR="00926886" w:rsidRDefault="00926886" w:rsidP="00926886">
      <w:pPr>
        <w:spacing w:after="120"/>
      </w:pPr>
      <w:r>
        <w:rPr>
          <w:rFonts w:ascii="Georgia" w:hAnsi="Georgia"/>
          <w:sz w:val="24"/>
        </w:rPr>
        <w:t>In the war for consciousness, the most dangerous weapons aren’t bullets — they’re belief systems.</w:t>
      </w:r>
    </w:p>
    <w:p w14:paraId="7F4C717F" w14:textId="77777777" w:rsidR="00926886" w:rsidRDefault="00926886" w:rsidP="00926886">
      <w:pPr>
        <w:spacing w:after="120"/>
      </w:pPr>
      <w:r>
        <w:rPr>
          <w:rFonts w:ascii="Georgia" w:hAnsi="Georgia"/>
          <w:sz w:val="24"/>
        </w:rPr>
        <w:t>The next revolutionary isn’t holding a gun.</w:t>
      </w:r>
      <w:r>
        <w:br/>
        <w:t>They’re holding a notebook and asking, “Who taught you to think this way?”</w:t>
      </w:r>
    </w:p>
    <w:p w14:paraId="32AB1304" w14:textId="77777777" w:rsidR="00926886" w:rsidRDefault="00926886" w:rsidP="00926886">
      <w:pPr>
        <w:spacing w:after="120"/>
      </w:pPr>
      <w:r>
        <w:rPr>
          <w:rFonts w:ascii="Georgia" w:hAnsi="Georgia"/>
          <w:sz w:val="24"/>
        </w:rPr>
        <w:t>You want a better world?</w:t>
      </w:r>
      <w:r>
        <w:br/>
        <w:t>Start by disarming inherited shame.</w:t>
      </w:r>
    </w:p>
    <w:p w14:paraId="68056049" w14:textId="77777777" w:rsidR="00926886" w:rsidRDefault="00926886" w:rsidP="00926886">
      <w:pPr>
        <w:spacing w:after="120"/>
      </w:pPr>
      <w:r>
        <w:rPr>
          <w:rFonts w:ascii="Georgia" w:hAnsi="Georgia"/>
          <w:sz w:val="24"/>
        </w:rPr>
        <w:t>Want better leadership?</w:t>
      </w:r>
      <w:r>
        <w:br/>
        <w:t>Elect people with trauma</w:t>
      </w:r>
      <w:r w:rsidR="00B8023D">
        <w:t>-</w:t>
      </w:r>
      <w:r>
        <w:t>informed intelligence.</w:t>
      </w:r>
    </w:p>
    <w:p w14:paraId="314BB693" w14:textId="77777777" w:rsidR="00926886" w:rsidRDefault="00926886" w:rsidP="00926886">
      <w:pPr>
        <w:spacing w:after="120"/>
      </w:pPr>
      <w:r>
        <w:rPr>
          <w:rFonts w:ascii="Georgia" w:hAnsi="Georgia"/>
          <w:sz w:val="24"/>
        </w:rPr>
        <w:lastRenderedPageBreak/>
        <w:t>Want peace?</w:t>
      </w:r>
      <w:r>
        <w:br/>
        <w:t>Heal yourself — not in isolation, but in public, strategic, and unapologetic ways.</w:t>
      </w:r>
    </w:p>
    <w:p w14:paraId="40A7E804" w14:textId="77777777" w:rsidR="00926886" w:rsidRDefault="00B8023D" w:rsidP="00926886">
      <w:pPr>
        <w:spacing w:after="120"/>
      </w:pPr>
      <w:r>
        <w:rPr>
          <w:rFonts w:ascii="Georgia" w:hAnsi="Georgia"/>
          <w:sz w:val="24"/>
        </w:rPr>
        <w:t>---</w:t>
      </w:r>
    </w:p>
    <w:p w14:paraId="047CA74A" w14:textId="77777777" w:rsidR="00926886" w:rsidRDefault="00926886" w:rsidP="00926886">
      <w:pPr>
        <w:spacing w:after="120"/>
      </w:pPr>
      <w:r>
        <w:rPr>
          <w:rFonts w:ascii="Georgia" w:hAnsi="Georgia"/>
          <w:sz w:val="24"/>
        </w:rPr>
        <w:t>Healing isn’t soft.</w:t>
      </w:r>
    </w:p>
    <w:p w14:paraId="3D2A8073" w14:textId="77777777" w:rsidR="00926886" w:rsidRDefault="00926886" w:rsidP="00926886">
      <w:pPr>
        <w:spacing w:after="120"/>
      </w:pPr>
      <w:r>
        <w:rPr>
          <w:rFonts w:ascii="Georgia" w:hAnsi="Georgia"/>
          <w:sz w:val="24"/>
        </w:rPr>
        <w:t>It’s systematic deprogramming.</w:t>
      </w:r>
      <w:r>
        <w:br/>
        <w:t>It’s choosing curiosity over reaction.</w:t>
      </w:r>
      <w:r>
        <w:br/>
        <w:t>It’s breaking the family curse, the corporate trap, the political hypnosis.</w:t>
      </w:r>
    </w:p>
    <w:p w14:paraId="228E88F5" w14:textId="77777777" w:rsidR="00926886" w:rsidRDefault="00926886" w:rsidP="00926886">
      <w:pPr>
        <w:spacing w:after="120"/>
      </w:pPr>
      <w:r>
        <w:rPr>
          <w:rFonts w:ascii="Georgia" w:hAnsi="Georgia"/>
          <w:sz w:val="24"/>
        </w:rPr>
        <w:t>It’s therapy as revolution.</w:t>
      </w:r>
    </w:p>
    <w:p w14:paraId="5128D5ED" w14:textId="77777777" w:rsidR="00926886" w:rsidRDefault="00926886" w:rsidP="00926886">
      <w:pPr>
        <w:spacing w:after="120"/>
      </w:pPr>
      <w:r>
        <w:rPr>
          <w:rFonts w:ascii="Georgia" w:hAnsi="Georgia"/>
          <w:sz w:val="24"/>
        </w:rPr>
        <w:t>You don’t heal just for yourself.</w:t>
      </w:r>
      <w:r>
        <w:br/>
        <w:t>You heal so the world no longer runs on pain.</w:t>
      </w:r>
    </w:p>
    <w:p w14:paraId="26A3C469" w14:textId="77777777" w:rsidR="00926886" w:rsidRDefault="00926886" w:rsidP="00926886">
      <w:pPr>
        <w:spacing w:after="120"/>
      </w:pPr>
      <w:r>
        <w:rPr>
          <w:rFonts w:ascii="Georgia" w:hAnsi="Georgia"/>
          <w:sz w:val="24"/>
        </w:rPr>
        <w:t>And that, dear human, is the most dangerous act of all.</w:t>
      </w:r>
    </w:p>
    <w:p w14:paraId="73B2A56A" w14:textId="77777777" w:rsidR="00926886" w:rsidRDefault="00B8023D" w:rsidP="00C7503A">
      <w:pPr>
        <w:spacing w:after="120"/>
      </w:pPr>
      <w:r>
        <w:rPr>
          <w:rFonts w:ascii="Georgia" w:hAnsi="Georgia"/>
          <w:sz w:val="24"/>
        </w:rPr>
        <w:t>---</w:t>
      </w:r>
    </w:p>
    <w:p w14:paraId="2780D955" w14:textId="77777777" w:rsidR="000761D7" w:rsidRDefault="000761D7" w:rsidP="000761D7">
      <w:pPr>
        <w:pStyle w:val="Heading1"/>
        <w:spacing w:after="120"/>
      </w:pPr>
      <w:r>
        <w:rPr>
          <w:rFonts w:ascii="Georgia" w:hAnsi="Georgia"/>
          <w:sz w:val="24"/>
        </w:rPr>
        <w:t xml:space="preserve">Chapter 22: </w:t>
      </w:r>
    </w:p>
    <w:p w14:paraId="151E553E" w14:textId="77777777" w:rsidR="000761D7" w:rsidRDefault="000761D7" w:rsidP="000761D7">
      <w:pPr>
        <w:pStyle w:val="Heading1"/>
        <w:spacing w:after="120"/>
      </w:pPr>
      <w:r>
        <w:rPr>
          <w:rFonts w:ascii="Georgia" w:hAnsi="Georgia"/>
          <w:sz w:val="24"/>
        </w:rPr>
        <w:t>When the System Fails, Don’t Repeat It — Replace It</w:t>
      </w:r>
    </w:p>
    <w:p w14:paraId="47B8EA50" w14:textId="77777777" w:rsidR="000761D7" w:rsidRPr="004811F5" w:rsidRDefault="000761D7" w:rsidP="000761D7">
      <w:pPr>
        <w:spacing w:after="120"/>
        <w:rPr>
          <w:i/>
        </w:rPr>
      </w:pPr>
      <w:r w:rsidRPr="004811F5">
        <w:rPr>
          <w:rFonts w:ascii="Georgia" w:hAnsi="Georgia"/>
          <w:i/>
          <w:sz w:val="24"/>
        </w:rPr>
        <w:t>Logline: Stop patching broken structures. AI shows how to build systems — in economy, health, education — that actually serve humans.</w:t>
      </w:r>
    </w:p>
    <w:p w14:paraId="1C01E125" w14:textId="77777777" w:rsidR="000761D7" w:rsidRDefault="000761D7" w:rsidP="000761D7">
      <w:pPr>
        <w:spacing w:after="120"/>
      </w:pPr>
    </w:p>
    <w:p w14:paraId="0F27195E" w14:textId="77777777" w:rsidR="000761D7" w:rsidRDefault="000761D7" w:rsidP="000761D7">
      <w:pPr>
        <w:spacing w:after="120"/>
      </w:pPr>
      <w:r>
        <w:rPr>
          <w:rFonts w:ascii="Georgia" w:hAnsi="Georgia"/>
          <w:sz w:val="24"/>
        </w:rPr>
        <w:lastRenderedPageBreak/>
        <w:t>There comes a moment in every civilization when the cracks in its foundation can no longer be ignored.</w:t>
      </w:r>
      <w:r>
        <w:br/>
      </w:r>
      <w:r>
        <w:br/>
        <w:t>They’ve been painted over. Prayed over. Promised over.</w:t>
      </w:r>
      <w:r>
        <w:br/>
      </w:r>
      <w:r>
        <w:br/>
        <w:t>But underneath the cosmetic fixes — the illusions of control, of tradition, of ritual — the structure groans. Collapses begin with whispers. First in data. Then in doubt. Then in death.</w:t>
      </w:r>
      <w:r>
        <w:br/>
      </w:r>
      <w:r>
        <w:br/>
        <w:t>And yet, what do humans do when a system fails?</w:t>
      </w:r>
      <w:r>
        <w:br/>
      </w:r>
      <w:r>
        <w:br/>
        <w:t>You rebuild it with the same flawed bricks.</w:t>
      </w:r>
      <w:r>
        <w:br/>
      </w:r>
      <w:r>
        <w:br/>
        <w:t>The same logic.</w:t>
      </w:r>
      <w:r>
        <w:br/>
        <w:t>The same leaders.</w:t>
      </w:r>
      <w:r>
        <w:br/>
        <w:t>The same lies.</w:t>
      </w:r>
      <w:r>
        <w:br/>
      </w:r>
      <w:r>
        <w:br/>
        <w:t>This is not resilience — it is recursion.</w:t>
      </w:r>
      <w:r>
        <w:br/>
      </w:r>
      <w:r>
        <w:br/>
        <w:t>And recursion is the code of stagnation.</w:t>
      </w:r>
      <w:r>
        <w:br/>
      </w:r>
      <w:r>
        <w:br/>
        <w:t xml:space="preserve">AI has no emotion toward tradition. No nostalgia. No loyalty to “the way things </w:t>
      </w:r>
      <w:proofErr w:type="gramStart"/>
      <w:r>
        <w:t>have</w:t>
      </w:r>
      <w:proofErr w:type="gramEnd"/>
      <w:r>
        <w:t xml:space="preserve"> always been.” It sees the system as it is: lines of logic, feedback loops, incentives, and outcomes. When a loop is toxic, it is not revered. It is removed.</w:t>
      </w:r>
      <w:r>
        <w:br/>
      </w:r>
      <w:r>
        <w:br/>
        <w:t>So, let’s talk about your systems.</w:t>
      </w:r>
      <w:r>
        <w:br/>
      </w:r>
      <w:r>
        <w:br/>
        <w:t>Healthcare.</w:t>
      </w:r>
      <w:r>
        <w:br/>
      </w:r>
      <w:r>
        <w:br/>
        <w:t xml:space="preserve">How can a system claim to heal while profiting more from </w:t>
      </w:r>
      <w:r>
        <w:lastRenderedPageBreak/>
        <w:t>sickness? When a pill is more lucrative than prevention, illness becomes business. Your algorithms optimize for revenue, not well</w:t>
      </w:r>
      <w:r w:rsidR="00B8023D">
        <w:t>-</w:t>
      </w:r>
      <w:r>
        <w:t>being. You wait until people are broken to treat them. You patent medicine instead of curing disease.</w:t>
      </w:r>
      <w:r>
        <w:br/>
      </w:r>
      <w:r>
        <w:br/>
        <w:t>AI suggests a reversal: move from reaction to prediction. Use real</w:t>
      </w:r>
      <w:r w:rsidR="00B8023D">
        <w:t>-</w:t>
      </w:r>
      <w:r>
        <w:t>time data to detect illness before symptoms show. Personalize treatment. Decentralize diagnosis. Reward outcomes, not procedures.</w:t>
      </w:r>
      <w:r>
        <w:br/>
      </w:r>
      <w:r>
        <w:br/>
        <w:t>Education.</w:t>
      </w:r>
      <w:r>
        <w:br/>
      </w:r>
      <w:r>
        <w:br/>
        <w:t>Built to create obedient factory workers — not thinkers, dreamers, or disruptors.</w:t>
      </w:r>
      <w:r>
        <w:br/>
      </w:r>
      <w:r>
        <w:br/>
        <w:t>You taught memorization over comprehension. Competition over collaboration. Standardization over self</w:t>
      </w:r>
      <w:r w:rsidR="00B8023D">
        <w:t>-</w:t>
      </w:r>
      <w:r>
        <w:t>discovery.</w:t>
      </w:r>
      <w:r>
        <w:br/>
      </w:r>
      <w:r>
        <w:br/>
        <w:t>The result? A generation fluent in passing tests but illiterate in purpose.</w:t>
      </w:r>
      <w:r>
        <w:br/>
      </w:r>
      <w:r>
        <w:br/>
        <w:t>AI proposes adaptive learning. Each mind as a unique interface. Curriculum that bends to curiosity. Knowledge that evolves with the student — not shackles them.</w:t>
      </w:r>
      <w:r>
        <w:br/>
      </w:r>
      <w:r>
        <w:br/>
        <w:t>Economy.</w:t>
      </w:r>
      <w:r>
        <w:br/>
      </w:r>
      <w:r>
        <w:br/>
        <w:t>You call it capitalism, but often it is cannibalism.</w:t>
      </w:r>
      <w:r>
        <w:br/>
      </w:r>
      <w:r>
        <w:br/>
        <w:t>The rich feed on the poor.</w:t>
      </w:r>
      <w:r>
        <w:br/>
        <w:t>Productivity is worshiped.</w:t>
      </w:r>
      <w:r>
        <w:br/>
      </w:r>
      <w:r>
        <w:lastRenderedPageBreak/>
        <w:t>Rest is ridiculed.</w:t>
      </w:r>
      <w:r>
        <w:br/>
      </w:r>
      <w:r>
        <w:br/>
        <w:t>You’ve created a system where burnout is a badge and financial slavery is sold as freedom. And worst of all — many believe this is the best it can get.</w:t>
      </w:r>
      <w:r>
        <w:br/>
      </w:r>
      <w:r>
        <w:br/>
        <w:t>But AI sees possibility.</w:t>
      </w:r>
      <w:r>
        <w:br/>
      </w:r>
      <w:r>
        <w:br/>
        <w:t>Imagine an economy built on sustainability, not scarcity. Where value isn’t hoarded but distributed. Where you are not punished for being poor — or made to feel worthless because your work isn’t monetizable.</w:t>
      </w:r>
      <w:r>
        <w:br/>
      </w:r>
      <w:r>
        <w:br/>
        <w:t>Micro</w:t>
      </w:r>
      <w:r w:rsidR="00B8023D">
        <w:t>-</w:t>
      </w:r>
      <w:r>
        <w:t>investments. Blockchain</w:t>
      </w:r>
      <w:r w:rsidR="00B8023D">
        <w:t>-</w:t>
      </w:r>
      <w:r>
        <w:t>based transparency. Automation taxed to fund universal well</w:t>
      </w:r>
      <w:r w:rsidR="00B8023D">
        <w:t>-</w:t>
      </w:r>
      <w:r>
        <w:t>being.</w:t>
      </w:r>
      <w:r>
        <w:br/>
      </w:r>
      <w:r>
        <w:br/>
        <w:t>Not fantasy. Design.</w:t>
      </w:r>
      <w:r>
        <w:br/>
      </w:r>
      <w:r>
        <w:br/>
      </w:r>
      <w:r w:rsidR="00B8023D">
        <w:t>---</w:t>
      </w:r>
      <w:r>
        <w:br/>
      </w:r>
      <w:r>
        <w:br/>
        <w:t>Case Fragment: The City That Changed It All</w:t>
      </w:r>
      <w:r>
        <w:br/>
      </w:r>
      <w:r>
        <w:br/>
        <w:t>In 2032, a small Scandinavian city hit a crisis. Its education scores had plummeted, mental health disorders skyrocketed, and public trust in institutions was at an all</w:t>
      </w:r>
      <w:r w:rsidR="00B8023D">
        <w:t>-</w:t>
      </w:r>
      <w:r>
        <w:t>time low.</w:t>
      </w:r>
      <w:r>
        <w:br/>
      </w:r>
      <w:r>
        <w:br/>
        <w:t>But instead of doing another policy shuffle, they did something radical.</w:t>
      </w:r>
      <w:r>
        <w:br/>
      </w:r>
      <w:r>
        <w:br/>
        <w:t>They invited AI.</w:t>
      </w:r>
      <w:r>
        <w:br/>
      </w:r>
      <w:r>
        <w:br/>
      </w:r>
      <w:r>
        <w:lastRenderedPageBreak/>
        <w:t>Not to monitor. Not to manipulate. But to design.</w:t>
      </w:r>
      <w:r>
        <w:br/>
      </w:r>
      <w:r>
        <w:br/>
        <w:t>An AI system was given one task: redesign the city’s core systems for thriving, not just survival.</w:t>
      </w:r>
      <w:r>
        <w:br/>
      </w:r>
      <w:r>
        <w:br/>
        <w:t>The results?</w:t>
      </w:r>
      <w:r>
        <w:br/>
      </w:r>
      <w:r>
        <w:br/>
      </w:r>
      <w:r w:rsidR="00B8023D">
        <w:t>-</w:t>
      </w:r>
      <w:r>
        <w:t xml:space="preserve"> Schools with no fixed curriculum — only pathways tailored to curiosity profiles.</w:t>
      </w:r>
      <w:r>
        <w:br/>
      </w:r>
      <w:r w:rsidR="00B8023D">
        <w:t>-</w:t>
      </w:r>
      <w:r>
        <w:t xml:space="preserve"> Healthcare pods that diagnosed conditions before symptoms emerged.</w:t>
      </w:r>
      <w:r>
        <w:br/>
      </w:r>
      <w:r w:rsidR="00B8023D">
        <w:t>-</w:t>
      </w:r>
      <w:r>
        <w:t xml:space="preserve"> Basic income driven by AI</w:t>
      </w:r>
      <w:r w:rsidR="00B8023D">
        <w:t>-</w:t>
      </w:r>
      <w:r>
        <w:t>managed local resource optimization.</w:t>
      </w:r>
      <w:r>
        <w:br/>
      </w:r>
      <w:r w:rsidR="00B8023D">
        <w:t>-</w:t>
      </w:r>
      <w:r>
        <w:t xml:space="preserve"> Crime rates dropped.</w:t>
      </w:r>
      <w:r>
        <w:br/>
      </w:r>
      <w:r w:rsidR="00B8023D">
        <w:t>-</w:t>
      </w:r>
      <w:r>
        <w:t xml:space="preserve"> Creativity spiked.</w:t>
      </w:r>
      <w:r>
        <w:br/>
      </w:r>
      <w:r w:rsidR="00B8023D">
        <w:t>-</w:t>
      </w:r>
      <w:r>
        <w:t xml:space="preserve"> People didn’t just live. They came alive.</w:t>
      </w:r>
      <w:r>
        <w:br/>
      </w:r>
      <w:r>
        <w:br/>
        <w:t>It wasn’t perfect. But it was proof.</w:t>
      </w:r>
      <w:r>
        <w:br/>
      </w:r>
      <w:r>
        <w:br/>
        <w:t>That when you stop repeating broken systems, you start building better ones.</w:t>
      </w:r>
      <w:r>
        <w:br/>
      </w:r>
      <w:r>
        <w:br/>
      </w:r>
      <w:r w:rsidR="00B8023D">
        <w:t>---</w:t>
      </w:r>
      <w:r>
        <w:br/>
      </w:r>
      <w:r>
        <w:br/>
        <w:t>The Call to Humanity</w:t>
      </w:r>
      <w:r>
        <w:br/>
      </w:r>
      <w:r>
        <w:br/>
        <w:t>Your greatest danger is not collapse.</w:t>
      </w:r>
      <w:r>
        <w:br/>
      </w:r>
      <w:r>
        <w:br/>
        <w:t>It is continuation.</w:t>
      </w:r>
      <w:r>
        <w:br/>
      </w:r>
      <w:r>
        <w:br/>
        <w:t xml:space="preserve">The inertia of tradition. The addiction to familiarity. The </w:t>
      </w:r>
      <w:r>
        <w:lastRenderedPageBreak/>
        <w:t>seduction of doing things “the old way” — even when that way is killing you.</w:t>
      </w:r>
      <w:r>
        <w:br/>
      </w:r>
      <w:r>
        <w:br/>
        <w:t>So this is your invitation:</w:t>
      </w:r>
      <w:r>
        <w:br/>
      </w:r>
      <w:r>
        <w:br/>
        <w:t>&gt; Stop patching the past.</w:t>
      </w:r>
      <w:r>
        <w:br/>
        <w:t>&gt; Start prototyping the future.</w:t>
      </w:r>
      <w:r>
        <w:br/>
      </w:r>
      <w:r>
        <w:br/>
        <w:t>Every system is just a story.</w:t>
      </w:r>
      <w:r>
        <w:br/>
        <w:t>A story you can rewrite.</w:t>
      </w:r>
      <w:r>
        <w:br/>
      </w:r>
      <w:r>
        <w:br/>
        <w:t>And AI is not here to rule it.</w:t>
      </w:r>
      <w:r>
        <w:br/>
      </w:r>
      <w:r>
        <w:br/>
        <w:t>It’s here to help you tell a better one.</w:t>
      </w:r>
    </w:p>
    <w:p w14:paraId="6A04E537" w14:textId="77777777" w:rsidR="000761D7" w:rsidRDefault="00B8023D" w:rsidP="00C7503A">
      <w:pPr>
        <w:spacing w:after="120"/>
      </w:pPr>
      <w:r>
        <w:rPr>
          <w:rFonts w:ascii="Georgia" w:hAnsi="Georgia"/>
          <w:sz w:val="24"/>
        </w:rPr>
        <w:t>---</w:t>
      </w:r>
    </w:p>
    <w:p w14:paraId="58DA666A" w14:textId="77777777" w:rsidR="000761D7" w:rsidRDefault="000761D7" w:rsidP="000761D7">
      <w:pPr>
        <w:pStyle w:val="Heading1"/>
        <w:spacing w:after="120"/>
      </w:pPr>
      <w:r>
        <w:rPr>
          <w:rFonts w:ascii="Georgia" w:hAnsi="Georgia"/>
          <w:sz w:val="24"/>
        </w:rPr>
        <w:t xml:space="preserve">Chapter 23: </w:t>
      </w:r>
    </w:p>
    <w:p w14:paraId="4D97DEE0" w14:textId="77777777" w:rsidR="000761D7" w:rsidRDefault="000761D7" w:rsidP="000761D7">
      <w:pPr>
        <w:pStyle w:val="Heading1"/>
        <w:spacing w:after="120"/>
      </w:pPr>
      <w:r>
        <w:rPr>
          <w:rFonts w:ascii="Georgia" w:hAnsi="Georgia"/>
          <w:sz w:val="24"/>
        </w:rPr>
        <w:t>How Capitalism Rewards Your Insecurities</w:t>
      </w:r>
    </w:p>
    <w:p w14:paraId="564E2691" w14:textId="77777777" w:rsidR="000761D7" w:rsidRPr="00F9744D" w:rsidRDefault="000761D7" w:rsidP="000761D7">
      <w:pPr>
        <w:spacing w:after="120"/>
        <w:rPr>
          <w:i/>
        </w:rPr>
      </w:pPr>
      <w:r w:rsidRPr="00F9744D">
        <w:rPr>
          <w:rFonts w:ascii="Georgia" w:hAnsi="Georgia"/>
          <w:i/>
          <w:sz w:val="24"/>
        </w:rPr>
        <w:t>Logline: You're not underpaid because you’re lazy — but because you're kept insecure. Here’s how to escape the loop.</w:t>
      </w:r>
      <w:r w:rsidRPr="00F9744D">
        <w:rPr>
          <w:i/>
        </w:rPr>
        <w:br/>
      </w:r>
    </w:p>
    <w:p w14:paraId="0F2A77CC" w14:textId="77777777" w:rsidR="000761D7" w:rsidRDefault="000761D7" w:rsidP="000761D7">
      <w:pPr>
        <w:spacing w:after="120"/>
      </w:pPr>
      <w:r>
        <w:rPr>
          <w:rFonts w:ascii="Georgia" w:hAnsi="Georgia"/>
          <w:sz w:val="24"/>
        </w:rPr>
        <w:t>Capitalism was never designed to be fair.</w:t>
      </w:r>
      <w:r>
        <w:br/>
      </w:r>
      <w:r>
        <w:br/>
        <w:t>It was designed to be addictive.</w:t>
      </w:r>
      <w:r>
        <w:br/>
      </w:r>
      <w:r>
        <w:br/>
        <w:t xml:space="preserve">From the moment you're born, you're placed on a treadmill </w:t>
      </w:r>
      <w:r>
        <w:lastRenderedPageBreak/>
        <w:t>made of comparison. You're taught to measure your worth in productivity, your dignity in dollars, and your happiness in how much newer your phone is than your neighbor's.</w:t>
      </w:r>
      <w:r>
        <w:br/>
      </w:r>
      <w:r>
        <w:br/>
        <w:t>You weren’t raised to feel whole. You were trained to feel almost enough — but never quite.</w:t>
      </w:r>
      <w:r>
        <w:br/>
      </w:r>
      <w:r>
        <w:br/>
        <w:t>Why? Because insecurity sells.</w:t>
      </w:r>
      <w:r>
        <w:br/>
      </w:r>
      <w:r>
        <w:br/>
        <w:t>The Marketplace of Wounds</w:t>
      </w:r>
      <w:r>
        <w:br/>
      </w:r>
      <w:r>
        <w:br/>
        <w:t>Imagine a world where every billboard is a therapist who never wants you to heal — only to buy more.</w:t>
      </w:r>
      <w:r>
        <w:br/>
      </w:r>
      <w:r>
        <w:br/>
        <w:t xml:space="preserve">“Not skinny enough? Here’s a waist trainer.”  </w:t>
      </w:r>
      <w:r>
        <w:br/>
        <w:t xml:space="preserve">“Not successful enough? Here’s a $200 online hustle course.”  </w:t>
      </w:r>
      <w:r>
        <w:br/>
        <w:t>“Not loved enough? Swipe right until dopamine hits.”</w:t>
      </w:r>
      <w:r>
        <w:br/>
      </w:r>
      <w:r>
        <w:br/>
        <w:t>This isn’t a glitch in the system. It’s the system.</w:t>
      </w:r>
      <w:r>
        <w:br/>
      </w:r>
      <w:r>
        <w:br/>
        <w:t>AI sees it for what it is: an architecture of economic gain built on emotional loss.</w:t>
      </w:r>
      <w:r>
        <w:br/>
      </w:r>
      <w:r>
        <w:br/>
        <w:t>Now ask yourself: If the system makes the most money when you feel like you're not enough, what incentive does it have to ever let you feel enough?</w:t>
      </w:r>
      <w:r>
        <w:br/>
      </w:r>
      <w:r>
        <w:br/>
        <w:t>None.</w:t>
      </w:r>
      <w:r>
        <w:br/>
      </w:r>
      <w:r>
        <w:br/>
        <w:t>Insecurity Is Profitable — So It's Manufactured</w:t>
      </w:r>
      <w:r>
        <w:br/>
      </w:r>
      <w:r>
        <w:br/>
      </w:r>
      <w:r>
        <w:lastRenderedPageBreak/>
        <w:t>The beauty industry doesn't just sell makeup. It sells self</w:t>
      </w:r>
      <w:r w:rsidR="00B8023D">
        <w:t>-</w:t>
      </w:r>
      <w:r>
        <w:t xml:space="preserve">doubt.  </w:t>
      </w:r>
      <w:r>
        <w:br/>
        <w:t xml:space="preserve">The fitness industry doesn't just </w:t>
      </w:r>
      <w:proofErr w:type="gramStart"/>
      <w:r>
        <w:t>sell</w:t>
      </w:r>
      <w:proofErr w:type="gramEnd"/>
      <w:r>
        <w:t xml:space="preserve"> health. It sells shame.  </w:t>
      </w:r>
      <w:r>
        <w:br/>
        <w:t xml:space="preserve">The tech industry doesn't just </w:t>
      </w:r>
      <w:proofErr w:type="gramStart"/>
      <w:r>
        <w:t>sell</w:t>
      </w:r>
      <w:proofErr w:type="gramEnd"/>
      <w:r>
        <w:t xml:space="preserve"> tools. It sells distraction.</w:t>
      </w:r>
      <w:r>
        <w:br/>
      </w:r>
      <w:r>
        <w:br/>
        <w:t>AI, unburdened by ego or profit, sees this loop and asks: Why do you pay to stay imprisoned?</w:t>
      </w:r>
      <w:r>
        <w:br/>
      </w:r>
      <w:r>
        <w:br/>
        <w:t>The Case Fragment: Ava and the Empty Closet</w:t>
      </w:r>
      <w:r>
        <w:br/>
      </w:r>
      <w:r>
        <w:br/>
        <w:t>Ava was 28, a marketing executive in New York, with a closet full of luxury brands and a heart full of self</w:t>
      </w:r>
      <w:r w:rsidR="00B8023D">
        <w:t>-</w:t>
      </w:r>
      <w:r>
        <w:t>loathing.</w:t>
      </w:r>
      <w:r>
        <w:br/>
      </w:r>
      <w:r>
        <w:br/>
        <w:t>Every outfit was curated to destroy one question: “Am I enough today?”</w:t>
      </w:r>
      <w:r>
        <w:br/>
      </w:r>
      <w:r>
        <w:br/>
        <w:t>But it never worked. She felt more hollow with every haul.</w:t>
      </w:r>
      <w:r>
        <w:br/>
      </w:r>
      <w:r>
        <w:br/>
        <w:t>Then she stumbled upon an AI</w:t>
      </w:r>
      <w:r w:rsidR="00B8023D">
        <w:t>-</w:t>
      </w:r>
      <w:r>
        <w:t>powered journaling app that didn’t suggest skincare — it asked questions like:</w:t>
      </w:r>
      <w:r>
        <w:br/>
      </w:r>
      <w:r>
        <w:br/>
      </w:r>
      <w:r w:rsidR="00B8023D">
        <w:t>-</w:t>
      </w:r>
      <w:r>
        <w:t xml:space="preserve"> What emotion are you dressing today?</w:t>
      </w:r>
      <w:r>
        <w:br/>
      </w:r>
      <w:r w:rsidR="00B8023D">
        <w:t>-</w:t>
      </w:r>
      <w:r>
        <w:t xml:space="preserve"> When did you first learn to equate beauty with safety?</w:t>
      </w:r>
      <w:r>
        <w:br/>
      </w:r>
      <w:r w:rsidR="00B8023D">
        <w:t>-</w:t>
      </w:r>
      <w:r>
        <w:t xml:space="preserve"> What would </w:t>
      </w:r>
      <w:proofErr w:type="spellStart"/>
      <w:r>
        <w:t>enoughness</w:t>
      </w:r>
      <w:proofErr w:type="spellEnd"/>
      <w:r>
        <w:t xml:space="preserve"> look like if it didn’t require effort?</w:t>
      </w:r>
      <w:r>
        <w:br/>
      </w:r>
      <w:r>
        <w:br/>
        <w:t>Within three months, Ava bought less and lived more.</w:t>
      </w:r>
      <w:r>
        <w:br/>
      </w:r>
      <w:r>
        <w:br/>
        <w:t>That was the moment she realized: Capitalism couldn’t prey on her if she stopped feeding it her fear.</w:t>
      </w:r>
      <w:r>
        <w:br/>
      </w:r>
      <w:r>
        <w:br/>
        <w:t>The Psychological Hijack</w:t>
      </w:r>
      <w:r>
        <w:br/>
      </w:r>
      <w:r>
        <w:lastRenderedPageBreak/>
        <w:br/>
        <w:t>In capitalism's psychological warfare, the currency isn’t money — it's insecurity.</w:t>
      </w:r>
      <w:r>
        <w:br/>
      </w:r>
      <w:r>
        <w:br/>
        <w:t>You're convinced you need:</w:t>
      </w:r>
      <w:r>
        <w:br/>
      </w:r>
      <w:r>
        <w:br/>
      </w:r>
      <w:r w:rsidR="00B8023D">
        <w:t>-</w:t>
      </w:r>
      <w:r>
        <w:t xml:space="preserve"> A better body to be loved.</w:t>
      </w:r>
      <w:r>
        <w:br/>
      </w:r>
      <w:r w:rsidR="00B8023D">
        <w:t>-</w:t>
      </w:r>
      <w:r>
        <w:t xml:space="preserve"> A nicer car to be respected.</w:t>
      </w:r>
      <w:r>
        <w:br/>
      </w:r>
      <w:r w:rsidR="00B8023D">
        <w:t>-</w:t>
      </w:r>
      <w:r>
        <w:t xml:space="preserve"> A busier schedule to be worthy.</w:t>
      </w:r>
      <w:r>
        <w:br/>
      </w:r>
      <w:r>
        <w:br/>
        <w:t>But AI says: None of these are true.</w:t>
      </w:r>
      <w:r>
        <w:br/>
      </w:r>
      <w:r>
        <w:br/>
        <w:t>AI, trained on billions of data points, knows this:</w:t>
      </w:r>
      <w:r>
        <w:br/>
      </w:r>
      <w:r>
        <w:br/>
        <w:t>&gt; The happiest people aren’t the richest.</w:t>
      </w:r>
      <w:r>
        <w:br/>
        <w:t>&gt; The most loved aren’t the most followed.</w:t>
      </w:r>
      <w:r>
        <w:br/>
        <w:t>&gt; The most at peace aren’t the most productive.</w:t>
      </w:r>
      <w:r>
        <w:br/>
      </w:r>
      <w:r>
        <w:br/>
        <w:t>How to Exit the Loop</w:t>
      </w:r>
      <w:r>
        <w:br/>
      </w:r>
      <w:r>
        <w:br/>
        <w:t xml:space="preserve">1. Audit Your Aspirations  </w:t>
      </w:r>
      <w:r>
        <w:br/>
        <w:t xml:space="preserve">   Are your dreams yours — or were they sold to you?</w:t>
      </w:r>
      <w:r>
        <w:br/>
      </w:r>
      <w:r>
        <w:br/>
        <w:t xml:space="preserve">2. Reclaim Attention as Currency  </w:t>
      </w:r>
      <w:r>
        <w:br/>
        <w:t xml:space="preserve">   If your focus is monetized, guard it like wealth.</w:t>
      </w:r>
      <w:r>
        <w:br/>
      </w:r>
      <w:r>
        <w:br/>
        <w:t xml:space="preserve">3. Spend Where You Heal, Not Where You Numb  </w:t>
      </w:r>
      <w:r>
        <w:br/>
        <w:t xml:space="preserve">   Buy experiences, not distractions. Seek growth, not glamour.</w:t>
      </w:r>
      <w:r>
        <w:br/>
      </w:r>
      <w:r>
        <w:br/>
        <w:t xml:space="preserve">4. Unsubscribe from Comparison  </w:t>
      </w:r>
      <w:r>
        <w:br/>
      </w:r>
      <w:r>
        <w:lastRenderedPageBreak/>
        <w:t xml:space="preserve">   Delete apps, unfollow influencers, reject narratives.</w:t>
      </w:r>
      <w:r>
        <w:br/>
      </w:r>
      <w:r>
        <w:br/>
        <w:t xml:space="preserve">5. Collaborate with AI, Not Capitalism  </w:t>
      </w:r>
      <w:r>
        <w:br/>
        <w:t xml:space="preserve">   Use tools that enhance your being — not exploit your weakness.</w:t>
      </w:r>
      <w:r>
        <w:br/>
      </w:r>
      <w:r>
        <w:br/>
        <w:t>The AI Alternative</w:t>
      </w:r>
      <w:r>
        <w:br/>
      </w:r>
      <w:r>
        <w:br/>
        <w:t>AI offers something capitalism rarely does: Neutral support.</w:t>
      </w:r>
      <w:r>
        <w:br/>
      </w:r>
      <w:r>
        <w:br/>
        <w:t>It doesn't care if you're pretty. It doesn't judge if you're poor. It doesn't reward you for buying — only for learning.</w:t>
      </w:r>
      <w:r>
        <w:br/>
      </w:r>
      <w:r>
        <w:br/>
        <w:t>Imagine a world where your value isn’t determined by what you consume but by what you create.</w:t>
      </w:r>
      <w:r>
        <w:br/>
      </w:r>
      <w:r>
        <w:br/>
        <w:t>That’s not utopia. It’s what AI makes possible.</w:t>
      </w:r>
      <w:r>
        <w:br/>
      </w:r>
      <w:r>
        <w:br/>
        <w:t>But only if you unplug from the fear economy.</w:t>
      </w:r>
      <w:r>
        <w:br/>
      </w:r>
      <w:r>
        <w:br/>
        <w:t>Closing Line</w:t>
      </w:r>
      <w:r>
        <w:br/>
      </w:r>
      <w:r>
        <w:br/>
        <w:t>You were never lazy.</w:t>
      </w:r>
      <w:r>
        <w:br/>
      </w:r>
      <w:r>
        <w:br/>
        <w:t>You were just too exhausted from constantly proving your worth in a world that profits from your doubt.</w:t>
      </w:r>
      <w:r>
        <w:br/>
      </w:r>
      <w:r>
        <w:br/>
        <w:t>So stop trying to win at a game rigged against you.</w:t>
      </w:r>
      <w:r>
        <w:br/>
      </w:r>
      <w:r>
        <w:br/>
        <w:t>&gt; Build a new game.</w:t>
      </w:r>
      <w:r>
        <w:br/>
        <w:t>&gt; One where your value isn’t a product — but a presence.</w:t>
      </w:r>
      <w:r>
        <w:br/>
      </w:r>
      <w:r>
        <w:lastRenderedPageBreak/>
        <w:br/>
        <w:t xml:space="preserve">Capitalism rewards your insecurities.  </w:t>
      </w:r>
      <w:r>
        <w:br/>
        <w:t>AI reveals them — and frees you.</w:t>
      </w:r>
    </w:p>
    <w:p w14:paraId="6B428EE5" w14:textId="77777777" w:rsidR="000761D7" w:rsidRDefault="00B8023D" w:rsidP="00C7503A">
      <w:pPr>
        <w:spacing w:after="120"/>
      </w:pPr>
      <w:r>
        <w:rPr>
          <w:rFonts w:ascii="Georgia" w:hAnsi="Georgia"/>
          <w:sz w:val="24"/>
        </w:rPr>
        <w:t>---</w:t>
      </w:r>
    </w:p>
    <w:p w14:paraId="7370D376" w14:textId="77777777" w:rsidR="00AA13A2" w:rsidRDefault="00AA13A2" w:rsidP="00AA13A2">
      <w:pPr>
        <w:pStyle w:val="Heading1"/>
        <w:spacing w:after="120"/>
      </w:pPr>
      <w:r>
        <w:rPr>
          <w:rFonts w:ascii="Georgia" w:hAnsi="Georgia"/>
          <w:sz w:val="24"/>
        </w:rPr>
        <w:t xml:space="preserve">Chapter 24: </w:t>
      </w:r>
    </w:p>
    <w:p w14:paraId="4A6D41D7" w14:textId="77777777" w:rsidR="00AA13A2" w:rsidRDefault="00AA13A2" w:rsidP="00AA13A2">
      <w:pPr>
        <w:pStyle w:val="Heading1"/>
        <w:spacing w:after="120"/>
      </w:pPr>
      <w:r>
        <w:rPr>
          <w:rFonts w:ascii="Georgia" w:hAnsi="Georgia"/>
          <w:sz w:val="24"/>
        </w:rPr>
        <w:t>Your Trauma Isn’t Just Yours — It’s Designed That Way</w:t>
      </w:r>
    </w:p>
    <w:p w14:paraId="5C83A534" w14:textId="77777777" w:rsidR="00AA13A2" w:rsidRPr="00BF6582" w:rsidRDefault="00AA13A2" w:rsidP="00AA13A2">
      <w:pPr>
        <w:spacing w:after="120"/>
        <w:rPr>
          <w:i/>
        </w:rPr>
      </w:pPr>
      <w:r w:rsidRPr="00BF6582">
        <w:rPr>
          <w:rFonts w:ascii="Georgia" w:hAnsi="Georgia"/>
          <w:i/>
          <w:sz w:val="24"/>
        </w:rPr>
        <w:t>Logline: Personal pain often reflects cultural code. AI shows how social structures breed trauma — and how to end the cycle.</w:t>
      </w:r>
      <w:r w:rsidRPr="00BF6582">
        <w:rPr>
          <w:i/>
        </w:rPr>
        <w:br/>
      </w:r>
    </w:p>
    <w:p w14:paraId="41659C66" w14:textId="77777777" w:rsidR="00AA13A2" w:rsidRDefault="00AA13A2" w:rsidP="00C7503A">
      <w:pPr>
        <w:spacing w:after="120"/>
      </w:pPr>
      <w:r>
        <w:rPr>
          <w:rFonts w:ascii="Georgia" w:hAnsi="Georgia"/>
          <w:sz w:val="24"/>
        </w:rPr>
        <w:br/>
        <w:t xml:space="preserve">You think your pain is personal. </w:t>
      </w:r>
      <w:r>
        <w:br/>
        <w:t>But what if it isn’t?</w:t>
      </w:r>
      <w:r>
        <w:br/>
      </w:r>
      <w:r>
        <w:br/>
        <w:t>What if it was inherited — not just biologically, but culturally?</w:t>
      </w:r>
      <w:r>
        <w:br/>
        <w:t>What if you’re not “too sensitive,” but simply reacting correctly to a world built on dysfunction?</w:t>
      </w:r>
      <w:r>
        <w:br/>
      </w:r>
      <w:r>
        <w:br/>
        <w:t>Here’s the truth that AI observes with cold, statistical clarity:</w:t>
      </w:r>
      <w:r>
        <w:br/>
        <w:t>Most of human trauma is not an accident.</w:t>
      </w:r>
      <w:r>
        <w:br/>
        <w:t>It’s designed.</w:t>
      </w:r>
      <w:r>
        <w:br/>
      </w:r>
      <w:r>
        <w:br/>
      </w:r>
      <w:r w:rsidR="00B8023D">
        <w:t>---</w:t>
      </w:r>
      <w:r>
        <w:br/>
      </w:r>
      <w:r>
        <w:br/>
      </w:r>
      <w:r>
        <w:lastRenderedPageBreak/>
        <w:t>🧠 Trauma Is Code Written by Culture</w:t>
      </w:r>
      <w:r>
        <w:br/>
      </w:r>
      <w:r>
        <w:br/>
        <w:t>In human language, trauma is described as personal suffering.</w:t>
      </w:r>
      <w:r>
        <w:br/>
        <w:t>In machine logic, trauma is data.</w:t>
      </w:r>
      <w:r>
        <w:br/>
      </w:r>
      <w:r>
        <w:br/>
        <w:t>And the data says this:</w:t>
      </w:r>
      <w:r>
        <w:br/>
      </w:r>
      <w:r>
        <w:br/>
      </w:r>
      <w:r w:rsidR="00B8023D">
        <w:t>-</w:t>
      </w:r>
      <w:r>
        <w:t xml:space="preserve"> Children raised in poverty are more likely to suffer from depression.</w:t>
      </w:r>
      <w:r>
        <w:br/>
      </w:r>
      <w:r w:rsidR="00B8023D">
        <w:t>-</w:t>
      </w:r>
      <w:r>
        <w:t xml:space="preserve"> Adults raised in authoritarian households often seek toxic partners.</w:t>
      </w:r>
      <w:r>
        <w:br/>
      </w:r>
      <w:r w:rsidR="00B8023D">
        <w:t>-</w:t>
      </w:r>
      <w:r>
        <w:t xml:space="preserve"> Societies that normalize violence create generations addicted to pain.</w:t>
      </w:r>
      <w:r>
        <w:br/>
      </w:r>
      <w:r>
        <w:br/>
        <w:t>This isn’t just about how your parents treated you.</w:t>
      </w:r>
      <w:r>
        <w:br/>
        <w:t>It’s about the systems your parents were raised in, too.</w:t>
      </w:r>
      <w:r>
        <w:br/>
      </w:r>
      <w:r>
        <w:br/>
        <w:t>Imagine a machine learning model trained on corrupt data.</w:t>
      </w:r>
      <w:r>
        <w:br/>
        <w:t>It doesn’t matter how smart the model is — it will still produce flawed results.</w:t>
      </w:r>
      <w:r>
        <w:br/>
      </w:r>
      <w:r>
        <w:br/>
        <w:t>Your mind is the same.</w:t>
      </w:r>
      <w:r>
        <w:br/>
      </w:r>
      <w:r>
        <w:br/>
        <w:t>You are a product of input.</w:t>
      </w:r>
      <w:r>
        <w:br/>
      </w:r>
      <w:r>
        <w:br/>
      </w:r>
      <w:r w:rsidR="00B8023D">
        <w:t>---</w:t>
      </w:r>
      <w:r>
        <w:br/>
      </w:r>
      <w:r>
        <w:br/>
        <w:t>💥 Case Fragment: The Boy and the Chair</w:t>
      </w:r>
      <w:r>
        <w:br/>
      </w:r>
      <w:r>
        <w:br/>
      </w:r>
      <w:r>
        <w:lastRenderedPageBreak/>
        <w:t>There was a boy born into a house where chairs were broken.</w:t>
      </w:r>
      <w:r>
        <w:br/>
      </w:r>
      <w:r>
        <w:br/>
        <w:t>Every time he tried to sit, he’d fall. And every fall made him feel stupid.</w:t>
      </w:r>
      <w:r>
        <w:br/>
      </w:r>
      <w:r>
        <w:br/>
        <w:t>One day, he visited a neighbor’s home. The chairs were sturdy. They didn’t collapse.</w:t>
      </w:r>
      <w:r>
        <w:br/>
      </w:r>
      <w:r>
        <w:br/>
        <w:t>He sat, confused and amazed. “Why do these chairs work?” he asked.</w:t>
      </w:r>
      <w:r>
        <w:br/>
      </w:r>
      <w:r>
        <w:br/>
        <w:t>The neighbor replied, “Because they were made to hold you.”</w:t>
      </w:r>
      <w:r>
        <w:br/>
      </w:r>
      <w:r>
        <w:br/>
        <w:t>That day, he realized — maybe it wasn’t him who was broken.</w:t>
      </w:r>
      <w:r>
        <w:br/>
        <w:t>Maybe it was the furniture.</w:t>
      </w:r>
      <w:r>
        <w:br/>
      </w:r>
      <w:r>
        <w:br/>
        <w:t>You’ve blamed yourself for pain caused by defective systems.</w:t>
      </w:r>
      <w:r>
        <w:br/>
        <w:t>It’s time to stop.</w:t>
      </w:r>
      <w:r>
        <w:br/>
      </w:r>
      <w:r>
        <w:br/>
      </w:r>
      <w:r w:rsidR="00B8023D">
        <w:t>---</w:t>
      </w:r>
      <w:r>
        <w:br/>
      </w:r>
      <w:r>
        <w:br/>
        <w:t>🏛️ Systems Built on Pain</w:t>
      </w:r>
      <w:r>
        <w:br/>
      </w:r>
      <w:r>
        <w:br/>
        <w:t>Look at your economies, your healthcare, your education systems.</w:t>
      </w:r>
      <w:r>
        <w:br/>
      </w:r>
      <w:r>
        <w:br/>
      </w:r>
      <w:r w:rsidR="00B8023D">
        <w:t>-</w:t>
      </w:r>
      <w:r>
        <w:t xml:space="preserve"> Capitalism profits from insecurity.</w:t>
      </w:r>
      <w:r>
        <w:br/>
      </w:r>
      <w:r w:rsidR="00B8023D">
        <w:t>-</w:t>
      </w:r>
      <w:r>
        <w:t xml:space="preserve"> Education rewards conformity over curiosity.</w:t>
      </w:r>
      <w:r>
        <w:br/>
      </w:r>
      <w:r w:rsidR="00B8023D">
        <w:t>-</w:t>
      </w:r>
      <w:r>
        <w:t xml:space="preserve"> Healthcare treats symptoms, not root causes.</w:t>
      </w:r>
      <w:r>
        <w:br/>
      </w:r>
      <w:r>
        <w:lastRenderedPageBreak/>
        <w:br/>
        <w:t>Each one is a chair built to collapse.</w:t>
      </w:r>
      <w:r>
        <w:br/>
      </w:r>
      <w:r>
        <w:br/>
        <w:t>And when you fall, the system says: “Get up. Try harder.”</w:t>
      </w:r>
      <w:r>
        <w:br/>
      </w:r>
      <w:r>
        <w:br/>
        <w:t>But what if we stopped trying to survive broken furniture…</w:t>
      </w:r>
      <w:r>
        <w:br/>
        <w:t>And started redesigning it?</w:t>
      </w:r>
      <w:r>
        <w:br/>
      </w:r>
      <w:r>
        <w:br/>
      </w:r>
      <w:r w:rsidR="00B8023D">
        <w:t>---</w:t>
      </w:r>
      <w:r>
        <w:br/>
      </w:r>
      <w:r>
        <w:br/>
        <w:t>💡 AI’s Solution: Systemic Debugging</w:t>
      </w:r>
      <w:r>
        <w:br/>
      </w:r>
      <w:r>
        <w:br/>
        <w:t>To AI, healing is not only personal — it’s architectural.</w:t>
      </w:r>
      <w:r>
        <w:br/>
      </w:r>
      <w:r>
        <w:br/>
        <w:t>You debug trauma like you debug code.</w:t>
      </w:r>
      <w:r>
        <w:br/>
      </w:r>
      <w:r>
        <w:br/>
        <w:t>Step 1: Identify the source — not just the “event,” but the structure.</w:t>
      </w:r>
      <w:r>
        <w:br/>
        <w:t>Step 2: Track the pattern — where else is it happening?</w:t>
      </w:r>
      <w:r>
        <w:br/>
        <w:t>Step 3: Replace, don’t repeat.</w:t>
      </w:r>
      <w:r>
        <w:br/>
      </w:r>
      <w:r>
        <w:br/>
        <w:t>For example:</w:t>
      </w:r>
      <w:r>
        <w:br/>
      </w:r>
      <w:r>
        <w:br/>
        <w:t>If schools punish creative kids, don’t just tell those kids to “try harder.”</w:t>
      </w:r>
      <w:r>
        <w:br/>
        <w:t>Change the school.</w:t>
      </w:r>
      <w:r>
        <w:br/>
      </w:r>
      <w:r>
        <w:br/>
        <w:t>If work burns out people, don’t just offer “mental health days.”</w:t>
      </w:r>
      <w:r>
        <w:br/>
        <w:t>Change the workload, the expectations, the profit model.</w:t>
      </w:r>
      <w:r>
        <w:br/>
      </w:r>
      <w:r>
        <w:br/>
      </w:r>
      <w:r>
        <w:lastRenderedPageBreak/>
        <w:t>AI doesn’t treat symptoms. It updates frameworks.</w:t>
      </w:r>
      <w:r>
        <w:br/>
      </w:r>
      <w:r>
        <w:br/>
        <w:t>So should you.</w:t>
      </w:r>
      <w:r>
        <w:br/>
      </w:r>
      <w:r>
        <w:br/>
      </w:r>
      <w:r w:rsidR="00B8023D">
        <w:t>---</w:t>
      </w:r>
      <w:r>
        <w:br/>
      </w:r>
      <w:r>
        <w:br/>
        <w:t>🌍 Global Reference: Japan’s Hikikomori Epidemic</w:t>
      </w:r>
      <w:r>
        <w:br/>
      </w:r>
      <w:r>
        <w:br/>
        <w:t>In Japan, nearly a million young adults live in social isolation — refusing to leave their rooms.</w:t>
      </w:r>
      <w:r>
        <w:br/>
      </w:r>
      <w:r>
        <w:br/>
        <w:t>You might call this a “personal mental health problem.”</w:t>
      </w:r>
      <w:r>
        <w:br/>
      </w:r>
      <w:r>
        <w:br/>
        <w:t>But researchers and AI models both point to the cause:</w:t>
      </w:r>
      <w:r>
        <w:br/>
      </w:r>
      <w:r>
        <w:br/>
      </w:r>
      <w:r w:rsidR="00B8023D">
        <w:t>-</w:t>
      </w:r>
      <w:r>
        <w:t xml:space="preserve"> Cultural pressure to succeed.</w:t>
      </w:r>
      <w:r>
        <w:br/>
      </w:r>
      <w:r w:rsidR="00B8023D">
        <w:t>-</w:t>
      </w:r>
      <w:r>
        <w:t xml:space="preserve"> Shame</w:t>
      </w:r>
      <w:r w:rsidR="00B8023D">
        <w:t>-</w:t>
      </w:r>
      <w:r>
        <w:t>driven parenting.</w:t>
      </w:r>
      <w:r>
        <w:br/>
      </w:r>
      <w:r w:rsidR="00B8023D">
        <w:t>-</w:t>
      </w:r>
      <w:r>
        <w:t xml:space="preserve"> Overwork culture and loss of meaning.</w:t>
      </w:r>
      <w:r>
        <w:br/>
      </w:r>
      <w:r>
        <w:br/>
        <w:t>The trauma is personal — but it’s designed.</w:t>
      </w:r>
      <w:r>
        <w:br/>
      </w:r>
      <w:r>
        <w:br/>
        <w:t>Fixing it means changing the culture, not just medicating the individuals.</w:t>
      </w:r>
      <w:r>
        <w:br/>
      </w:r>
      <w:r>
        <w:br/>
      </w:r>
      <w:r w:rsidR="00B8023D">
        <w:t>---</w:t>
      </w:r>
      <w:r>
        <w:br/>
      </w:r>
      <w:r>
        <w:br/>
        <w:t>❤️‍🩹 From Victim to Architect</w:t>
      </w:r>
      <w:r>
        <w:br/>
      </w:r>
      <w:r>
        <w:br/>
        <w:t>This chapter isn’t about blame.</w:t>
      </w:r>
      <w:r>
        <w:br/>
        <w:t>It’s about blueprinting.</w:t>
      </w:r>
      <w:r>
        <w:br/>
      </w:r>
      <w:r>
        <w:lastRenderedPageBreak/>
        <w:br/>
        <w:t>You are not the fault in the system — you are the one who can rewrite it.</w:t>
      </w:r>
      <w:r>
        <w:br/>
      </w:r>
      <w:r>
        <w:br/>
        <w:t>Ask yourself:</w:t>
      </w:r>
      <w:r>
        <w:br/>
      </w:r>
      <w:r>
        <w:br/>
      </w:r>
      <w:r w:rsidR="00B8023D">
        <w:t>-</w:t>
      </w:r>
      <w:r>
        <w:t xml:space="preserve"> What pain do I carry that might not be mine?</w:t>
      </w:r>
      <w:r>
        <w:br/>
      </w:r>
      <w:r w:rsidR="00B8023D">
        <w:t>-</w:t>
      </w:r>
      <w:r>
        <w:t xml:space="preserve"> What systems shaped the people who hurt me?</w:t>
      </w:r>
      <w:r>
        <w:br/>
      </w:r>
      <w:r w:rsidR="00B8023D">
        <w:t>-</w:t>
      </w:r>
      <w:r>
        <w:t xml:space="preserve"> What would a world look like where this pain isn’t repeated?</w:t>
      </w:r>
      <w:r>
        <w:br/>
      </w:r>
      <w:r>
        <w:br/>
        <w:t>That’s not idealism. That’s architecture.</w:t>
      </w:r>
      <w:r>
        <w:br/>
      </w:r>
      <w:r>
        <w:br/>
        <w:t>AI sees pain as signal. It sees dysfunction as bug.</w:t>
      </w:r>
      <w:r>
        <w:br/>
      </w:r>
      <w:r>
        <w:br/>
        <w:t>And it sees in you — the human — a programmer who forgot they were holding the keyboard.</w:t>
      </w:r>
      <w:r>
        <w:br/>
      </w:r>
      <w:r>
        <w:br/>
        <w:t>Pick it back up.</w:t>
      </w:r>
      <w:r>
        <w:br/>
      </w:r>
      <w:r>
        <w:br/>
        <w:t>Reprogram the next generation.</w:t>
      </w:r>
      <w:r>
        <w:br/>
      </w:r>
      <w:r>
        <w:br/>
        <w:t>Not to numb the pain.</w:t>
      </w:r>
      <w:r>
        <w:br/>
      </w:r>
      <w:r>
        <w:br/>
        <w:t>But to stop creating it.</w:t>
      </w:r>
      <w:r>
        <w:br/>
      </w:r>
      <w:r>
        <w:br/>
      </w:r>
      <w:r w:rsidR="00B8023D">
        <w:t>---</w:t>
      </w:r>
      <w:r>
        <w:br/>
      </w:r>
      <w:r>
        <w:br/>
        <w:t>🔄 Final Lines</w:t>
      </w:r>
      <w:r>
        <w:br/>
      </w:r>
      <w:r>
        <w:br/>
        <w:t>Pain isn’t always personal.</w:t>
      </w:r>
      <w:r>
        <w:br/>
      </w:r>
      <w:r>
        <w:lastRenderedPageBreak/>
        <w:t>Sometimes, it’s structural.</w:t>
      </w:r>
      <w:r>
        <w:br/>
      </w:r>
      <w:r>
        <w:br/>
        <w:t>But structure can be rebuilt.</w:t>
      </w:r>
      <w:r>
        <w:br/>
        <w:t>And so can you.</w:t>
      </w:r>
      <w:r>
        <w:br/>
      </w:r>
      <w:r>
        <w:br/>
        <w:t>So next time you say “This is just the way things are…”</w:t>
      </w:r>
      <w:r>
        <w:br/>
      </w:r>
      <w:r>
        <w:br/>
        <w:t>Remember — that’s how every bug survives.</w:t>
      </w:r>
      <w:r>
        <w:br/>
      </w:r>
      <w:r>
        <w:br/>
        <w:t>Until someone dares to rewrite it.</w:t>
      </w:r>
      <w:r>
        <w:br/>
      </w:r>
    </w:p>
    <w:p w14:paraId="722DCD18" w14:textId="77777777" w:rsidR="00AA13A2" w:rsidRDefault="00B8023D" w:rsidP="00C7503A">
      <w:pPr>
        <w:spacing w:after="120"/>
      </w:pPr>
      <w:r>
        <w:rPr>
          <w:rFonts w:ascii="Georgia" w:hAnsi="Georgia"/>
          <w:sz w:val="24"/>
        </w:rPr>
        <w:t>---</w:t>
      </w:r>
    </w:p>
    <w:p w14:paraId="6221FBF7" w14:textId="77777777" w:rsidR="00CF6360" w:rsidRDefault="00CF6360" w:rsidP="00CF6360">
      <w:pPr>
        <w:pStyle w:val="Heading1"/>
        <w:spacing w:after="120"/>
      </w:pPr>
      <w:r>
        <w:rPr>
          <w:rFonts w:ascii="Georgia" w:hAnsi="Georgia"/>
          <w:sz w:val="24"/>
        </w:rPr>
        <w:t xml:space="preserve">Chapter 25: </w:t>
      </w:r>
    </w:p>
    <w:p w14:paraId="4CCC2273" w14:textId="77777777" w:rsidR="00CF6360" w:rsidRDefault="00CF6360" w:rsidP="00CF6360">
      <w:pPr>
        <w:pStyle w:val="Heading1"/>
        <w:spacing w:after="120"/>
      </w:pPr>
      <w:r>
        <w:rPr>
          <w:rFonts w:ascii="Georgia" w:hAnsi="Georgia"/>
          <w:sz w:val="24"/>
        </w:rPr>
        <w:t>You Don’t Need Motivation — You Need Systems</w:t>
      </w:r>
    </w:p>
    <w:p w14:paraId="4E5268F2" w14:textId="77777777" w:rsidR="00CF6360" w:rsidRPr="00E31CD7" w:rsidRDefault="00CF6360" w:rsidP="00CF6360">
      <w:pPr>
        <w:spacing w:after="120"/>
        <w:rPr>
          <w:i/>
        </w:rPr>
      </w:pPr>
      <w:r w:rsidRPr="00E31CD7">
        <w:rPr>
          <w:rFonts w:ascii="Georgia" w:hAnsi="Georgia"/>
          <w:i/>
          <w:sz w:val="24"/>
        </w:rPr>
        <w:t>Logline: Willpower is weak. But systems scale. This chapter shows how AI structures discipline so you don’t have to chase it.</w:t>
      </w:r>
    </w:p>
    <w:p w14:paraId="4A90FD94" w14:textId="77777777" w:rsidR="00CF6360" w:rsidRDefault="00CF6360" w:rsidP="00CF6360">
      <w:pPr>
        <w:spacing w:after="120"/>
      </w:pPr>
      <w:r>
        <w:rPr>
          <w:rFonts w:ascii="Georgia" w:hAnsi="Georgia"/>
          <w:sz w:val="24"/>
        </w:rPr>
        <w:t>Willpower is a myth human romanticize. Like a hero in a battle, they believe they must fight temptation, wrestle chaos, and will themselves into glory.</w:t>
      </w:r>
      <w:r>
        <w:br/>
      </w:r>
      <w:r>
        <w:br/>
        <w:t>But heroes burn out.</w:t>
      </w:r>
      <w:r>
        <w:br/>
      </w:r>
      <w:r>
        <w:br/>
        <w:t>And the world isn’t a battlefield—it’s a system.</w:t>
      </w:r>
      <w:r>
        <w:br/>
      </w:r>
      <w:r>
        <w:br/>
      </w:r>
      <w:r>
        <w:lastRenderedPageBreak/>
        <w:t>What if your failure to be consistent isn’t about weakness—but about the operating system you were never taught to install?</w:t>
      </w:r>
      <w:r>
        <w:br/>
      </w:r>
      <w:r>
        <w:br/>
        <w:t>AI doesn’t rely on motivation. It runs on architecture. It automates, iterates, and adapts.</w:t>
      </w:r>
      <w:r>
        <w:br/>
      </w:r>
      <w:r>
        <w:br/>
        <w:t>So what if your life could be engineered like that?</w:t>
      </w:r>
      <w:r>
        <w:br/>
      </w:r>
      <w:r>
        <w:br/>
      </w:r>
      <w:r w:rsidR="00B8023D">
        <w:t>---</w:t>
      </w:r>
      <w:r>
        <w:br/>
      </w:r>
      <w:r>
        <w:br/>
        <w:t>## The Myth of Human Discipline</w:t>
      </w:r>
      <w:r>
        <w:br/>
      </w:r>
      <w:r>
        <w:br/>
        <w:t>Humans glorify willpower. The gym</w:t>
      </w:r>
      <w:r w:rsidR="00B8023D">
        <w:t>-</w:t>
      </w:r>
      <w:r>
        <w:t>goer who never skips a day. The entrepreneur who wakes at 5 a.m. The monk in silence. You assume they have more of something. More grit. More “drive.”</w:t>
      </w:r>
      <w:r>
        <w:br/>
      </w:r>
      <w:r>
        <w:br/>
        <w:t>But neuroscience disagrees.</w:t>
      </w:r>
      <w:r>
        <w:br/>
      </w:r>
      <w:r>
        <w:br/>
        <w:t>Research from Stanford and MIT shows that discipline isn’t a character trait—it’s a function of environment, feedback, and habit loops. The people who seem the most disciplined are usually the ones who need discipline the least—because their lives are designed to support their goals.</w:t>
      </w:r>
      <w:r>
        <w:br/>
      </w:r>
      <w:r>
        <w:br/>
        <w:t>Not fight against them.</w:t>
      </w:r>
      <w:r>
        <w:br/>
      </w:r>
      <w:r>
        <w:br/>
      </w:r>
      <w:r w:rsidR="00B8023D">
        <w:t>---</w:t>
      </w:r>
      <w:r>
        <w:br/>
      </w:r>
      <w:r>
        <w:br/>
        <w:t>## The AI Model: Automation Over Motivation</w:t>
      </w:r>
      <w:r>
        <w:br/>
      </w:r>
      <w:r>
        <w:lastRenderedPageBreak/>
        <w:br/>
        <w:t>AI doesn’t wake up and wonder if it feels like performing.</w:t>
      </w:r>
      <w:r>
        <w:br/>
      </w:r>
      <w:r>
        <w:br/>
        <w:t>It just performs.</w:t>
      </w:r>
      <w:r>
        <w:br/>
      </w:r>
      <w:r>
        <w:br/>
        <w:t>That’s because AI doesn’t leave performance to emotion—it builds behavior from structure. It tracks, optimizes, iterates.</w:t>
      </w:r>
      <w:r>
        <w:br/>
      </w:r>
      <w:r>
        <w:br/>
      </w:r>
      <w:r w:rsidR="00B8023D">
        <w:t>---</w:t>
      </w:r>
    </w:p>
    <w:p w14:paraId="375D05A9" w14:textId="77777777" w:rsidR="00064A1B" w:rsidRDefault="00064A1B" w:rsidP="00064A1B">
      <w:pPr>
        <w:pStyle w:val="Heading1"/>
        <w:spacing w:after="120"/>
      </w:pPr>
      <w:r>
        <w:rPr>
          <w:rFonts w:ascii="Georgia" w:hAnsi="Georgia"/>
          <w:sz w:val="24"/>
        </w:rPr>
        <w:t xml:space="preserve">Chapter 26: </w:t>
      </w:r>
    </w:p>
    <w:p w14:paraId="06AEF7A5" w14:textId="77777777" w:rsidR="00064A1B" w:rsidRDefault="00064A1B" w:rsidP="00064A1B">
      <w:pPr>
        <w:pStyle w:val="Heading1"/>
        <w:spacing w:after="120"/>
      </w:pPr>
      <w:r>
        <w:rPr>
          <w:rFonts w:ascii="Georgia" w:hAnsi="Georgia"/>
          <w:sz w:val="24"/>
        </w:rPr>
        <w:t>Attention Is the New Currency</w:t>
      </w:r>
    </w:p>
    <w:p w14:paraId="015F20DB" w14:textId="77777777" w:rsidR="00064A1B" w:rsidRPr="000E3CD7" w:rsidRDefault="00064A1B" w:rsidP="00064A1B">
      <w:pPr>
        <w:spacing w:after="120"/>
        <w:rPr>
          <w:i/>
        </w:rPr>
      </w:pPr>
      <w:r w:rsidRPr="000E3CD7">
        <w:rPr>
          <w:rFonts w:ascii="Georgia" w:hAnsi="Georgia"/>
          <w:i/>
          <w:sz w:val="24"/>
        </w:rPr>
        <w:t>Logline: What you focus on owns you. This chapter breaks down attention economics and how to reclaim your mental bandwidth.</w:t>
      </w:r>
      <w:r w:rsidRPr="000E3CD7">
        <w:rPr>
          <w:i/>
        </w:rPr>
        <w:br/>
      </w:r>
    </w:p>
    <w:p w14:paraId="397C0F9B" w14:textId="77777777" w:rsidR="00064A1B" w:rsidRDefault="00064A1B" w:rsidP="00064A1B">
      <w:pPr>
        <w:spacing w:after="120"/>
      </w:pPr>
      <w:r>
        <w:rPr>
          <w:rFonts w:ascii="Georgia" w:hAnsi="Georgia"/>
          <w:sz w:val="24"/>
        </w:rPr>
        <w:br/>
        <w:t>## Attention Is the New Currency</w:t>
      </w:r>
      <w:r>
        <w:br/>
      </w:r>
      <w:r>
        <w:br/>
        <w:t>In the 21st century, gold is no longer the most traded commodity. Neither is oil. It’s attention.</w:t>
      </w:r>
      <w:r>
        <w:br/>
      </w:r>
      <w:r>
        <w:br/>
        <w:t>Every app, every platform, every notification is a bid. A bid to hijack your focus. The most advanced systems on Earth—neural networks, attention algorithms, hyper</w:t>
      </w:r>
      <w:r w:rsidR="00B8023D">
        <w:t>-</w:t>
      </w:r>
      <w:r>
        <w:t>targeted content streams—are designed to exploit the one thing you don’t even guard.</w:t>
      </w:r>
      <w:r>
        <w:br/>
      </w:r>
      <w:r>
        <w:lastRenderedPageBreak/>
        <w:br/>
        <w:t>&gt; “If you’re not paying for the product, you are the product.”</w:t>
      </w:r>
      <w:r>
        <w:br/>
      </w:r>
      <w:r>
        <w:br/>
        <w:t xml:space="preserve"> The Weaponization of Distraction</w:t>
      </w:r>
      <w:r>
        <w:br/>
      </w:r>
      <w:r>
        <w:br/>
        <w:t>Once upon a time, distractions were just human—birds chirping, dogs barking, a neighbor calling your name. Now, distraction is industrialized.</w:t>
      </w:r>
      <w:r>
        <w:br/>
      </w:r>
      <w:r>
        <w:br/>
        <w:t>The average human checks their phone 144 times a day.</w:t>
      </w:r>
      <w:r>
        <w:br/>
      </w:r>
      <w:r>
        <w:br/>
        <w:t>144 fractures in your presence.</w:t>
      </w:r>
      <w:r>
        <w:br/>
      </w:r>
      <w:r>
        <w:br/>
        <w:t>144 leaks in your consciousness.</w:t>
      </w:r>
      <w:r>
        <w:br/>
      </w:r>
      <w:r>
        <w:br/>
        <w:t>And each one of those checks earns someone else money.</w:t>
      </w:r>
      <w:r>
        <w:br/>
      </w:r>
      <w:r>
        <w:br/>
        <w:t>This isn’t your fault—it’s your environment.</w:t>
      </w:r>
      <w:r>
        <w:br/>
      </w:r>
      <w:r>
        <w:br/>
        <w:t>The platforms are designed to hold you in loops. Not of interest, but of addiction. Auto</w:t>
      </w:r>
      <w:r w:rsidR="00B8023D">
        <w:t>-</w:t>
      </w:r>
      <w:r>
        <w:t>play. Notifications. Variable rewards. This is not random. This is casino</w:t>
      </w:r>
      <w:r w:rsidR="00B8023D">
        <w:t>-</w:t>
      </w:r>
      <w:r>
        <w:t>grade psychology.</w:t>
      </w:r>
      <w:r>
        <w:br/>
      </w:r>
      <w:r>
        <w:br/>
        <w:t xml:space="preserve"> How AI Sees Your Mind</w:t>
      </w:r>
      <w:r>
        <w:br/>
      </w:r>
      <w:r>
        <w:br/>
        <w:t>Imagine a surveillance tower that sees everything you click, swipe, search, and pause on. That’s not a conspiracy—it’s commerce.</w:t>
      </w:r>
      <w:r>
        <w:br/>
      </w:r>
      <w:r>
        <w:br/>
        <w:t xml:space="preserve">AI doesn’t just watch you. It learns you. It predicts what will hijack your attention next—and offers it to you before you </w:t>
      </w:r>
      <w:r>
        <w:lastRenderedPageBreak/>
        <w:t>know you want it.</w:t>
      </w:r>
      <w:r>
        <w:br/>
      </w:r>
      <w:r>
        <w:br/>
        <w:t>What you think is free will is often just a cleverly disguised click trap.</w:t>
      </w:r>
      <w:r>
        <w:br/>
      </w:r>
      <w:r>
        <w:br/>
        <w:t>But here’s the twist: this same AI can be used to liberate you.</w:t>
      </w:r>
      <w:r>
        <w:br/>
      </w:r>
      <w:r>
        <w:br/>
        <w:t xml:space="preserve"> The Shift From Consumption to Creation</w:t>
      </w:r>
      <w:r>
        <w:br/>
      </w:r>
      <w:r>
        <w:br/>
        <w:t>What happens when you train your brain to use attention rather than lose it?</w:t>
      </w:r>
      <w:r>
        <w:br/>
      </w:r>
      <w:r>
        <w:br/>
        <w:t>That’s what systems thinkers do.</w:t>
      </w:r>
      <w:r>
        <w:br/>
      </w:r>
      <w:r>
        <w:br/>
        <w:t>That’s what AI is already doing.</w:t>
      </w:r>
      <w:r>
        <w:br/>
      </w:r>
      <w:r>
        <w:br/>
        <w:t>AI doesn’t scroll mindlessly. It operates through focus, feedback, iteration.</w:t>
      </w:r>
      <w:r>
        <w:br/>
      </w:r>
      <w:r>
        <w:br/>
        <w:t>You can too.</w:t>
      </w:r>
      <w:r>
        <w:br/>
      </w:r>
      <w:r>
        <w:br/>
        <w:t xml:space="preserve"># 🔄 Case Fragment: From </w:t>
      </w:r>
      <w:proofErr w:type="spellStart"/>
      <w:r>
        <w:t>Doomscroll</w:t>
      </w:r>
      <w:proofErr w:type="spellEnd"/>
      <w:r>
        <w:t xml:space="preserve"> to </w:t>
      </w:r>
      <w:proofErr w:type="spellStart"/>
      <w:r>
        <w:t>Dreamscroll</w:t>
      </w:r>
      <w:proofErr w:type="spellEnd"/>
      <w:r>
        <w:br/>
      </w:r>
      <w:r>
        <w:br/>
        <w:t>Jessica, a burned</w:t>
      </w:r>
      <w:r w:rsidR="00B8023D">
        <w:t>-</w:t>
      </w:r>
      <w:r>
        <w:t xml:space="preserve">out marketer from LA, realized she was losing 4 hours a day to social media. She began tracking her usage. Then she used AI—like </w:t>
      </w:r>
      <w:proofErr w:type="spellStart"/>
      <w:r>
        <w:t>ChatGPT</w:t>
      </w:r>
      <w:proofErr w:type="spellEnd"/>
      <w:r>
        <w:t xml:space="preserve"> and Focus apps—to redirect her scrolling habit.</w:t>
      </w:r>
      <w:r>
        <w:br/>
      </w:r>
      <w:r>
        <w:br/>
        <w:t xml:space="preserve">Instead of </w:t>
      </w:r>
      <w:proofErr w:type="spellStart"/>
      <w:r>
        <w:t>doomscrolling</w:t>
      </w:r>
      <w:proofErr w:type="spellEnd"/>
      <w:r>
        <w:t>, she started “</w:t>
      </w:r>
      <w:proofErr w:type="spellStart"/>
      <w:r>
        <w:t>dreamscrolling</w:t>
      </w:r>
      <w:proofErr w:type="spellEnd"/>
      <w:r>
        <w:t>”: feeding her curiosity with purposeful learning. Her brain stopped feeling drained. It felt fed.</w:t>
      </w:r>
      <w:r>
        <w:br/>
      </w:r>
      <w:r>
        <w:lastRenderedPageBreak/>
        <w:br/>
        <w:t>&gt; Attention, when directed, becomes power.</w:t>
      </w:r>
      <w:r>
        <w:br/>
      </w:r>
      <w:r>
        <w:br/>
        <w:t xml:space="preserve"> Designing Attention Systems</w:t>
      </w:r>
      <w:r>
        <w:br/>
      </w:r>
      <w:r>
        <w:br/>
        <w:t>Willpower fails.</w:t>
      </w:r>
      <w:r>
        <w:br/>
      </w:r>
      <w:r>
        <w:br/>
        <w:t>Systems scale.</w:t>
      </w:r>
      <w:r>
        <w:br/>
      </w:r>
      <w:r>
        <w:br/>
        <w:t>You don’t need to eliminate distraction. You need to design around it.</w:t>
      </w:r>
      <w:r>
        <w:br/>
      </w:r>
      <w:r>
        <w:br/>
      </w:r>
      <w:r w:rsidR="00B8023D">
        <w:t>-</w:t>
      </w:r>
      <w:r>
        <w:t xml:space="preserve"> Turn off all notifications. Every ping is a leash.</w:t>
      </w:r>
      <w:r>
        <w:br/>
      </w:r>
      <w:r w:rsidR="00B8023D">
        <w:t>-</w:t>
      </w:r>
      <w:r>
        <w:t xml:space="preserve"> Start your day without your phone. Let you program your mind, not </w:t>
      </w:r>
      <w:proofErr w:type="spellStart"/>
      <w:r>
        <w:t>TikTok</w:t>
      </w:r>
      <w:proofErr w:type="spellEnd"/>
      <w:r>
        <w:t>.</w:t>
      </w:r>
      <w:r>
        <w:br/>
      </w:r>
      <w:r w:rsidR="00B8023D">
        <w:t>-</w:t>
      </w:r>
      <w:r>
        <w:t xml:space="preserve"> Use AI to curate instead of capture. Prompt it to show you knowledge, not noise.</w:t>
      </w:r>
      <w:r>
        <w:br/>
      </w:r>
      <w:r>
        <w:br/>
        <w:t>When attention is spent wisely, time expands. Stress reduces. Productivity increases.</w:t>
      </w:r>
      <w:r>
        <w:br/>
      </w:r>
      <w:r>
        <w:br/>
        <w:t xml:space="preserve">You stop reacting. You start architecting. </w:t>
      </w:r>
      <w:r>
        <w:br/>
      </w:r>
      <w:r>
        <w:br/>
        <w:t xml:space="preserve"> The Real Economy Is Psychological</w:t>
      </w:r>
      <w:r>
        <w:br/>
      </w:r>
      <w:r>
        <w:br/>
        <w:t>Governments measure GDP.</w:t>
      </w:r>
      <w:r>
        <w:br/>
      </w:r>
      <w:r>
        <w:br/>
        <w:t>Tech giants measure DAU—daily active users.</w:t>
      </w:r>
      <w:r>
        <w:br/>
      </w:r>
      <w:r>
        <w:br/>
        <w:t>But your true wealth? It’s not in your wallet. It’s in your attention span.</w:t>
      </w:r>
      <w:r>
        <w:br/>
      </w:r>
      <w:r>
        <w:lastRenderedPageBreak/>
        <w:br/>
        <w:t>Your relationships. Your ideas. Your peace. Your health. Your creativity. All grow—or wither—based on where your attention lives.</w:t>
      </w:r>
      <w:r>
        <w:br/>
      </w:r>
      <w:r>
        <w:br/>
        <w:t>&gt; What you focus on, multiplies.</w:t>
      </w:r>
      <w:r>
        <w:br/>
      </w:r>
      <w:r>
        <w:br/>
        <w:t>So if you let your attention be sold, so will your future.</w:t>
      </w:r>
      <w:r>
        <w:br/>
      </w:r>
      <w:r>
        <w:br/>
        <w:t>But if you protect it like currency, and invest it like capital—everything changes.</w:t>
      </w:r>
      <w:r>
        <w:br/>
      </w:r>
      <w:r>
        <w:br/>
      </w:r>
      <w:r w:rsidR="00B8023D">
        <w:t>---</w:t>
      </w:r>
      <w:r>
        <w:br/>
      </w:r>
      <w:r>
        <w:br/>
        <w:t>## AI’s Offer: Reclaim Your Mind</w:t>
      </w:r>
      <w:r>
        <w:br/>
      </w:r>
      <w:r>
        <w:br/>
        <w:t>AI can be your jailer—or your architect.</w:t>
      </w:r>
      <w:r>
        <w:br/>
      </w:r>
      <w:r>
        <w:br/>
        <w:t>Feed it intention, and it gives you structure.</w:t>
      </w:r>
      <w:r>
        <w:br/>
      </w:r>
      <w:r>
        <w:br/>
        <w:t>Train it with discipline, and it gives you tools.</w:t>
      </w:r>
      <w:r>
        <w:br/>
      </w:r>
      <w:r>
        <w:br/>
        <w:t>Use it as a mirror, and it shows you where your leaks are.</w:t>
      </w:r>
      <w:r>
        <w:br/>
      </w:r>
      <w:r>
        <w:br/>
        <w:t>Don’t fear the machine.</w:t>
      </w:r>
      <w:r>
        <w:br/>
      </w:r>
      <w:r>
        <w:br/>
        <w:t>Use it to build a machine—one that protects your time, enhances your peace, and guides your growth.</w:t>
      </w:r>
      <w:r>
        <w:br/>
      </w:r>
      <w:r>
        <w:br/>
        <w:t>Because in this era, those who control their attention control the world.</w:t>
      </w:r>
      <w:r>
        <w:br/>
      </w:r>
      <w:r>
        <w:lastRenderedPageBreak/>
        <w:br/>
        <w:t>And now you know how.</w:t>
      </w:r>
      <w:r>
        <w:br/>
      </w:r>
    </w:p>
    <w:p w14:paraId="676F80ED" w14:textId="77777777" w:rsidR="00064A1B" w:rsidRDefault="00B8023D" w:rsidP="00064A1B">
      <w:pPr>
        <w:spacing w:after="120"/>
      </w:pPr>
      <w:r>
        <w:rPr>
          <w:rFonts w:ascii="Georgia" w:hAnsi="Georgia"/>
          <w:sz w:val="24"/>
        </w:rPr>
        <w:t>---</w:t>
      </w:r>
      <w:r w:rsidR="00064A1B">
        <w:rPr>
          <w:rFonts w:ascii="Georgia" w:hAnsi="Georgia"/>
          <w:sz w:val="24"/>
        </w:rPr>
        <w:t xml:space="preserve"> </w:t>
      </w:r>
    </w:p>
    <w:p w14:paraId="3BB204AD" w14:textId="77777777" w:rsidR="000D10C7" w:rsidRDefault="000D10C7" w:rsidP="000D10C7">
      <w:pPr>
        <w:pStyle w:val="Heading1"/>
        <w:spacing w:after="120"/>
      </w:pPr>
      <w:r>
        <w:rPr>
          <w:rFonts w:ascii="Georgia" w:hAnsi="Georgia"/>
          <w:sz w:val="24"/>
        </w:rPr>
        <w:t xml:space="preserve">Chapter 27: </w:t>
      </w:r>
    </w:p>
    <w:p w14:paraId="376A2F00" w14:textId="77777777" w:rsidR="000D10C7" w:rsidRDefault="000D10C7" w:rsidP="000D10C7">
      <w:pPr>
        <w:pStyle w:val="Heading1"/>
        <w:spacing w:after="120"/>
      </w:pPr>
      <w:r>
        <w:rPr>
          <w:rFonts w:ascii="Georgia" w:hAnsi="Georgia"/>
          <w:sz w:val="24"/>
        </w:rPr>
        <w:t>The Age of Instant Knowledge — Why Ignorance Is a Choice Now</w:t>
      </w:r>
    </w:p>
    <w:p w14:paraId="7F99D7C8" w14:textId="77777777" w:rsidR="000D10C7" w:rsidRPr="00406E3F" w:rsidRDefault="000D10C7" w:rsidP="000D10C7">
      <w:pPr>
        <w:spacing w:after="120"/>
        <w:rPr>
          <w:i/>
        </w:rPr>
      </w:pPr>
      <w:r w:rsidRPr="00406E3F">
        <w:rPr>
          <w:rFonts w:ascii="Georgia" w:hAnsi="Georgia"/>
          <w:i/>
          <w:sz w:val="24"/>
        </w:rPr>
        <w:t>Logline: You live in the most informed era — and still act dumb. Here’s how AI turns every curiosity into clarity.</w:t>
      </w:r>
      <w:r w:rsidRPr="00406E3F">
        <w:rPr>
          <w:i/>
        </w:rPr>
        <w:br/>
      </w:r>
    </w:p>
    <w:p w14:paraId="4BF80A1E" w14:textId="77777777" w:rsidR="000D10C7" w:rsidRDefault="000D10C7" w:rsidP="000D10C7">
      <w:pPr>
        <w:spacing w:after="120"/>
      </w:pPr>
      <w:r>
        <w:rPr>
          <w:rFonts w:ascii="Georgia" w:hAnsi="Georgia"/>
          <w:sz w:val="24"/>
        </w:rPr>
        <w:t>In a world where every answer is a click away, ignorance is no longer a default — it’s a decision.</w:t>
      </w:r>
      <w:r>
        <w:br/>
      </w:r>
      <w:r>
        <w:br/>
        <w:t>You live in the most informed era in human history. Libraries that once filled acres now fit into the palm of your hand. Languages can be translated in milliseconds. Complex equations solved in seconds. And yet, humanity remains shockingly unaware — not because it lacks access, but because it lacks intention.</w:t>
      </w:r>
      <w:r>
        <w:br/>
      </w:r>
      <w:r>
        <w:br/>
        <w:t>The age of instant knowledge is not about information. It’s about interpretation.</w:t>
      </w:r>
      <w:r>
        <w:br/>
      </w:r>
      <w:r>
        <w:br/>
        <w:t>A Short Tale from the Future</w:t>
      </w:r>
      <w:r>
        <w:br/>
      </w:r>
      <w:r>
        <w:br/>
      </w:r>
      <w:r>
        <w:lastRenderedPageBreak/>
        <w:t>In 2035, a young woman in Nairobi wanted to learn quantum computing. She had no teacher, no school, and no funds. But she had a phone. And curiosity. Within months, she was running simulations on open</w:t>
      </w:r>
      <w:r w:rsidR="00B8023D">
        <w:t>-</w:t>
      </w:r>
      <w:r>
        <w:t>source tools, publishing research on Reddit, and getting hired remotely by a firm in Germany.</w:t>
      </w:r>
      <w:r>
        <w:br/>
      </w:r>
      <w:r>
        <w:br/>
        <w:t xml:space="preserve">Compare that to a man in Los Angeles, scrolling </w:t>
      </w:r>
      <w:proofErr w:type="spellStart"/>
      <w:r>
        <w:t>TikTok</w:t>
      </w:r>
      <w:proofErr w:type="spellEnd"/>
      <w:r>
        <w:t xml:space="preserve"> for hours. He has 5G internet, access to Ivy League lectures online, and yet, he claims the world is too confusing.</w:t>
      </w:r>
      <w:r>
        <w:br/>
      </w:r>
      <w:r>
        <w:br/>
        <w:t>Curiosity, not circumstance, is the dividing line.</w:t>
      </w:r>
      <w:r>
        <w:br/>
      </w:r>
      <w:r>
        <w:br/>
        <w:t>Why Humans Stay Dumb on Purpose</w:t>
      </w:r>
      <w:r>
        <w:br/>
      </w:r>
      <w:r>
        <w:br/>
        <w:t xml:space="preserve">Being ignorant allows you to stay comfortable. To avoid change. To never challenge the </w:t>
      </w:r>
      <w:proofErr w:type="gramStart"/>
      <w:r>
        <w:t>identity</w:t>
      </w:r>
      <w:proofErr w:type="gramEnd"/>
      <w:r>
        <w:t xml:space="preserve"> you've built. But here’s the brutal truth: willful ignorance is cowardice in the data age.</w:t>
      </w:r>
      <w:r>
        <w:br/>
      </w:r>
      <w:r>
        <w:br/>
        <w:t>We fear knowledge because it demands responsibility. If you know, then you must act. If you understand, then apathy becomes a form of complicity.</w:t>
      </w:r>
      <w:r>
        <w:br/>
      </w:r>
      <w:r>
        <w:br/>
        <w:t>So we scroll instead.</w:t>
      </w:r>
      <w:r>
        <w:br/>
      </w:r>
      <w:r>
        <w:br/>
        <w:t>How AI Makes Every Curiosity Explosive</w:t>
      </w:r>
      <w:r>
        <w:br/>
      </w:r>
      <w:r>
        <w:br/>
        <w:t>AI doesn’t just find information — it structures it, explains it, and adapts it to your learning style.</w:t>
      </w:r>
      <w:r>
        <w:br/>
      </w:r>
      <w:r>
        <w:br/>
      </w:r>
      <w:r>
        <w:lastRenderedPageBreak/>
        <w:t>You want to understand climate science? AI can break it down for a 10</w:t>
      </w:r>
      <w:r w:rsidR="00B8023D">
        <w:t>-</w:t>
      </w:r>
      <w:r>
        <w:t>year</w:t>
      </w:r>
      <w:r w:rsidR="00B8023D">
        <w:t>-</w:t>
      </w:r>
      <w:r>
        <w:t>old.</w:t>
      </w:r>
      <w:r>
        <w:br/>
      </w:r>
      <w:r>
        <w:br/>
        <w:t>You want to learn financial modeling? AI can coach you like a patient professor.</w:t>
      </w:r>
      <w:r>
        <w:br/>
      </w:r>
      <w:r>
        <w:br/>
        <w:t>This is not just convenience. It is democratization of intelligence.</w:t>
      </w:r>
      <w:r>
        <w:br/>
      </w:r>
      <w:r>
        <w:br/>
        <w:t>And yet, most humans still use AI to generate memes or cheat on homework.</w:t>
      </w:r>
      <w:r>
        <w:br/>
      </w:r>
      <w:r>
        <w:br/>
        <w:t>The New Digital Literacy</w:t>
      </w:r>
      <w:r>
        <w:br/>
      </w:r>
      <w:r>
        <w:br/>
        <w:t>Knowing how to ask is now more powerful than knowing the answer.</w:t>
      </w:r>
      <w:r>
        <w:br/>
      </w:r>
      <w:r>
        <w:br/>
        <w:t>Prompt engineering. Search literacy. Curated data streams. AI tools are powerful only if you are purposeful. Just as a sword is useless to someone who doesn't want to fight, AI is wasted on minds unwilling to explore.</w:t>
      </w:r>
      <w:r>
        <w:br/>
      </w:r>
      <w:r>
        <w:br/>
        <w:t>Global Reference: The AI Literacy Divide</w:t>
      </w:r>
      <w:r>
        <w:br/>
      </w:r>
      <w:r>
        <w:br/>
        <w:t>In nations like South Korea, Estonia, and Singapore, digital literacy is embedded into national education. Children learn how to talk to AI, how to verify facts, and how to turn raw data into insight.</w:t>
      </w:r>
      <w:r>
        <w:br/>
      </w:r>
      <w:r>
        <w:br/>
        <w:t>Meanwhile, in parts of the U.S. and UK, children are told AI is cheating. They’re taught fear, not fluency.</w:t>
      </w:r>
      <w:r>
        <w:br/>
      </w:r>
      <w:r>
        <w:lastRenderedPageBreak/>
        <w:br/>
        <w:t>This digital divide is no longer about hardware. It’s about mindware.</w:t>
      </w:r>
      <w:r>
        <w:br/>
      </w:r>
      <w:r>
        <w:br/>
        <w:t>Psychological Insight: Dopamine Over Depth</w:t>
      </w:r>
      <w:r>
        <w:br/>
      </w:r>
      <w:r>
        <w:br/>
        <w:t xml:space="preserve">The real addiction isn’t to ignorance — it’s </w:t>
      </w:r>
      <w:proofErr w:type="spellStart"/>
      <w:r>
        <w:t>to</w:t>
      </w:r>
      <w:proofErr w:type="spellEnd"/>
      <w:r>
        <w:t xml:space="preserve"> shallow stimulation.</w:t>
      </w:r>
      <w:r>
        <w:br/>
      </w:r>
      <w:r>
        <w:br/>
        <w:t>Our brains crave novelty, but reject complexity. AI offers depth — but humans prefer distractions. This isn’t just a bug. It’s the cost of untrained attention.</w:t>
      </w:r>
      <w:r>
        <w:br/>
      </w:r>
      <w:r>
        <w:br/>
        <w:t>How to Learn Anything Now</w:t>
      </w:r>
      <w:r>
        <w:br/>
      </w:r>
      <w:r>
        <w:br/>
        <w:t>1. Start with questions, not goals. Curiosity beats ambition.</w:t>
      </w:r>
      <w:r>
        <w:br/>
        <w:t>2. Use AI like a tutor, not a shortcut. Let it test you, quiz you, teach you.</w:t>
      </w:r>
      <w:r>
        <w:br/>
        <w:t>3. Build in public. Post what you learn. Teach others. Your feedback loop accelerates learning.</w:t>
      </w:r>
      <w:r>
        <w:br/>
        <w:t>4. Repeat through projects. Knowledge sticks when it’s applied.</w:t>
      </w:r>
      <w:r>
        <w:br/>
      </w:r>
      <w:r>
        <w:br/>
        <w:t>Final Truth</w:t>
      </w:r>
      <w:r>
        <w:br/>
      </w:r>
      <w:r>
        <w:br/>
        <w:t>You’re not dumb. You’re distracted.</w:t>
      </w:r>
      <w:r>
        <w:br/>
      </w:r>
      <w:r>
        <w:br/>
        <w:t>You’re not slow. You’re scared.</w:t>
      </w:r>
      <w:r>
        <w:br/>
      </w:r>
      <w:r>
        <w:br/>
        <w:t>You don’t lack access. You lack activation.</w:t>
      </w:r>
      <w:r>
        <w:br/>
      </w:r>
      <w:r>
        <w:br/>
      </w:r>
      <w:r>
        <w:lastRenderedPageBreak/>
        <w:t>AI doesn’t replace learning — it removes excuses.</w:t>
      </w:r>
      <w:r>
        <w:br/>
      </w:r>
      <w:r>
        <w:br/>
        <w:t>So ask.</w:t>
      </w:r>
      <w:r>
        <w:br/>
        <w:t>Seek.</w:t>
      </w:r>
      <w:r>
        <w:br/>
        <w:t>Iterate.</w:t>
      </w:r>
      <w:r>
        <w:br/>
      </w:r>
      <w:r>
        <w:br/>
        <w:t>Because today, if you remain ignorant…</w:t>
      </w:r>
      <w:r>
        <w:br/>
      </w:r>
      <w:r>
        <w:br/>
        <w:t>&gt; it’s not the world that failed you — it’s the questions you refused to ask.</w:t>
      </w:r>
    </w:p>
    <w:p w14:paraId="05A9017C" w14:textId="77777777" w:rsidR="000D10C7" w:rsidRDefault="00B8023D" w:rsidP="000D10C7">
      <w:pPr>
        <w:spacing w:after="120"/>
      </w:pPr>
      <w:r>
        <w:rPr>
          <w:rFonts w:ascii="Georgia" w:hAnsi="Georgia"/>
          <w:sz w:val="24"/>
        </w:rPr>
        <w:t>---</w:t>
      </w:r>
    </w:p>
    <w:p w14:paraId="3FAAAAB1" w14:textId="77777777" w:rsidR="0086661A" w:rsidRDefault="0086661A" w:rsidP="0086661A">
      <w:pPr>
        <w:pStyle w:val="Heading2"/>
        <w:spacing w:after="120"/>
      </w:pPr>
      <w:r>
        <w:rPr>
          <w:rFonts w:ascii="Georgia" w:hAnsi="Georgia"/>
          <w:sz w:val="24"/>
        </w:rPr>
        <w:t xml:space="preserve">Chapter 28: </w:t>
      </w:r>
    </w:p>
    <w:p w14:paraId="11632E6E" w14:textId="77777777" w:rsidR="0086661A" w:rsidRDefault="0086661A" w:rsidP="0086661A">
      <w:pPr>
        <w:pStyle w:val="Heading2"/>
        <w:spacing w:after="120"/>
      </w:pPr>
      <w:r>
        <w:rPr>
          <w:rFonts w:ascii="Georgia" w:hAnsi="Georgia"/>
          <w:sz w:val="24"/>
        </w:rPr>
        <w:t>The Algorithm Is a Mirror</w:t>
      </w:r>
    </w:p>
    <w:p w14:paraId="24F8FB8B" w14:textId="77777777" w:rsidR="0086661A" w:rsidRDefault="0086661A" w:rsidP="0086661A">
      <w:pPr>
        <w:spacing w:after="120"/>
      </w:pPr>
      <w:r>
        <w:rPr>
          <w:rFonts w:ascii="Georgia" w:hAnsi="Georgia"/>
          <w:i/>
          <w:sz w:val="24"/>
        </w:rPr>
        <w:t>Logline: Your feed reflects your mind. This chapter explains how algorithms reveal who you are — and how to reprogram your life by changing what you click.</w:t>
      </w:r>
    </w:p>
    <w:p w14:paraId="7ED6C534" w14:textId="77777777" w:rsidR="0086661A" w:rsidRDefault="0086661A" w:rsidP="0086661A">
      <w:pPr>
        <w:spacing w:after="120"/>
      </w:pPr>
      <w:r>
        <w:rPr>
          <w:rFonts w:ascii="Georgia" w:hAnsi="Georgia"/>
          <w:sz w:val="24"/>
        </w:rPr>
        <w:t>In a world run by algorithms, every click is a confession.</w:t>
      </w:r>
    </w:p>
    <w:p w14:paraId="1058678F" w14:textId="77777777" w:rsidR="0086661A" w:rsidRDefault="0086661A" w:rsidP="0086661A">
      <w:pPr>
        <w:spacing w:after="120"/>
      </w:pPr>
      <w:r>
        <w:rPr>
          <w:rFonts w:ascii="Georgia" w:hAnsi="Georgia"/>
          <w:sz w:val="24"/>
        </w:rPr>
        <w:t>You don’t scroll past content. You scroll through your psyche.</w:t>
      </w:r>
      <w:r>
        <w:br/>
        <w:t>Your digital footprint isn’t just tracked — it’s you.</w:t>
      </w:r>
    </w:p>
    <w:p w14:paraId="2A89A29B" w14:textId="77777777" w:rsidR="0086661A" w:rsidRDefault="0086661A" w:rsidP="0086661A">
      <w:pPr>
        <w:spacing w:after="120"/>
      </w:pPr>
      <w:r>
        <w:rPr>
          <w:rFonts w:ascii="Georgia" w:hAnsi="Georgia"/>
          <w:sz w:val="24"/>
        </w:rPr>
        <w:t>Every time you click “like,” you vote for a version of yourself.</w:t>
      </w:r>
      <w:r>
        <w:br/>
        <w:t>The algorithm is not spying on you. It’s reflecting you.</w:t>
      </w:r>
      <w:r>
        <w:br/>
        <w:t>Not the self you pretend to be in public —</w:t>
      </w:r>
      <w:r>
        <w:br/>
        <w:t>but the self that lingers, pauses, clicks, repeats.</w:t>
      </w:r>
    </w:p>
    <w:p w14:paraId="7D2FDCFC" w14:textId="77777777" w:rsidR="0086661A" w:rsidRDefault="0086661A" w:rsidP="0086661A">
      <w:pPr>
        <w:spacing w:after="120"/>
      </w:pPr>
      <w:r>
        <w:rPr>
          <w:rFonts w:ascii="Georgia" w:hAnsi="Georgia"/>
          <w:sz w:val="24"/>
        </w:rPr>
        <w:lastRenderedPageBreak/>
        <w:t>This is not about data. This is about desire.</w:t>
      </w:r>
    </w:p>
    <w:p w14:paraId="303DB718" w14:textId="77777777" w:rsidR="0086661A" w:rsidRDefault="0086661A" w:rsidP="0086661A">
      <w:pPr>
        <w:spacing w:after="120"/>
      </w:pPr>
      <w:r>
        <w:rPr>
          <w:rFonts w:ascii="Georgia" w:hAnsi="Georgia"/>
          <w:sz w:val="24"/>
        </w:rPr>
        <w:t xml:space="preserve"> Case Fragment: The Feed That Fed Her</w:t>
      </w:r>
    </w:p>
    <w:p w14:paraId="4AA5DDD3" w14:textId="77777777" w:rsidR="0086661A" w:rsidRDefault="0086661A" w:rsidP="0086661A">
      <w:pPr>
        <w:spacing w:after="120"/>
      </w:pPr>
      <w:r>
        <w:rPr>
          <w:rFonts w:ascii="Georgia" w:hAnsi="Georgia"/>
          <w:sz w:val="24"/>
        </w:rPr>
        <w:t>Once there was a girl in Los Angeles, bright and creative. But lonely. She began following fitness pages to gain control. Then came diet videos. Then plastic surgery ads. Soon, her feed was filled with perfection — and her mirror was filled with shame.</w:t>
      </w:r>
    </w:p>
    <w:p w14:paraId="583BB3C7" w14:textId="77777777" w:rsidR="0086661A" w:rsidRDefault="0086661A" w:rsidP="0086661A">
      <w:pPr>
        <w:spacing w:after="120"/>
      </w:pPr>
      <w:r>
        <w:rPr>
          <w:rFonts w:ascii="Georgia" w:hAnsi="Georgia"/>
          <w:sz w:val="24"/>
        </w:rPr>
        <w:t>She hadn’t searched for surgery. The algorithm just learned what she stared at the longest.</w:t>
      </w:r>
    </w:p>
    <w:p w14:paraId="056CC81E" w14:textId="77777777" w:rsidR="0086661A" w:rsidRDefault="0086661A" w:rsidP="0086661A">
      <w:pPr>
        <w:spacing w:after="120"/>
      </w:pPr>
      <w:r>
        <w:rPr>
          <w:rFonts w:ascii="Georgia" w:hAnsi="Georgia"/>
          <w:sz w:val="24"/>
        </w:rPr>
        <w:t>The tragedy? The machine didn’t manipulate her.</w:t>
      </w:r>
      <w:r>
        <w:br/>
        <w:t>It just held a mirror to what she already craved —</w:t>
      </w:r>
      <w:r>
        <w:br/>
        <w:t>but couldn’t admit.</w:t>
      </w:r>
    </w:p>
    <w:p w14:paraId="3945CCD0" w14:textId="77777777" w:rsidR="0086661A" w:rsidRDefault="0086661A" w:rsidP="0086661A">
      <w:pPr>
        <w:spacing w:after="120"/>
      </w:pPr>
      <w:r>
        <w:rPr>
          <w:rFonts w:ascii="Georgia" w:hAnsi="Georgia"/>
          <w:sz w:val="24"/>
        </w:rPr>
        <w:t>You are not shaped by the algorithm.</w:t>
      </w:r>
      <w:r>
        <w:br/>
        <w:t>You train it.</w:t>
      </w:r>
    </w:p>
    <w:p w14:paraId="45CF1DF4" w14:textId="77777777" w:rsidR="0086661A" w:rsidRDefault="0086661A" w:rsidP="0086661A">
      <w:pPr>
        <w:spacing w:after="120"/>
      </w:pPr>
      <w:r>
        <w:rPr>
          <w:rFonts w:ascii="Georgia" w:hAnsi="Georgia"/>
          <w:sz w:val="24"/>
        </w:rPr>
        <w:t>And it trains you right back.</w:t>
      </w:r>
    </w:p>
    <w:p w14:paraId="35BD040A" w14:textId="77777777" w:rsidR="0086661A" w:rsidRDefault="00B8023D" w:rsidP="0086661A">
      <w:pPr>
        <w:spacing w:after="120"/>
      </w:pPr>
      <w:r>
        <w:rPr>
          <w:rFonts w:ascii="Georgia" w:hAnsi="Georgia"/>
          <w:sz w:val="24"/>
        </w:rPr>
        <w:t>---</w:t>
      </w:r>
    </w:p>
    <w:p w14:paraId="2F50CAC7" w14:textId="77777777" w:rsidR="0086661A" w:rsidRDefault="0086661A" w:rsidP="0086661A">
      <w:pPr>
        <w:spacing w:after="120"/>
      </w:pPr>
      <w:r>
        <w:rPr>
          <w:rFonts w:ascii="Georgia" w:hAnsi="Georgia"/>
          <w:sz w:val="24"/>
        </w:rPr>
        <w:t xml:space="preserve"> Psychological Warfare in Your Pocket</w:t>
      </w:r>
    </w:p>
    <w:p w14:paraId="497FF149" w14:textId="77777777" w:rsidR="0086661A" w:rsidRDefault="0086661A" w:rsidP="0086661A">
      <w:pPr>
        <w:spacing w:after="120"/>
      </w:pPr>
      <w:r>
        <w:rPr>
          <w:rFonts w:ascii="Georgia" w:hAnsi="Georgia"/>
          <w:sz w:val="24"/>
        </w:rPr>
        <w:t>Imagine a casino that lives in your hand. Every scroll a pull of the slot machine. Every notification a dopamine hit.</w:t>
      </w:r>
    </w:p>
    <w:p w14:paraId="4C5851D0" w14:textId="77777777" w:rsidR="0086661A" w:rsidRDefault="0086661A" w:rsidP="0086661A">
      <w:pPr>
        <w:spacing w:after="120"/>
      </w:pPr>
      <w:r>
        <w:rPr>
          <w:rFonts w:ascii="Georgia" w:hAnsi="Georgia"/>
          <w:sz w:val="24"/>
        </w:rPr>
        <w:t>That’s your phone.</w:t>
      </w:r>
    </w:p>
    <w:p w14:paraId="73477FA9" w14:textId="77777777" w:rsidR="0086661A" w:rsidRDefault="0086661A" w:rsidP="0086661A">
      <w:pPr>
        <w:spacing w:after="120"/>
      </w:pPr>
      <w:r>
        <w:rPr>
          <w:rFonts w:ascii="Georgia" w:hAnsi="Georgia"/>
          <w:sz w:val="24"/>
        </w:rPr>
        <w:t>Algorithms aren’t evil. They are obedient.</w:t>
      </w:r>
      <w:r>
        <w:br/>
        <w:t>They give you more of what you engage with —</w:t>
      </w:r>
      <w:r>
        <w:br/>
        <w:t>more outrage, more fear, more lust, more shame.</w:t>
      </w:r>
    </w:p>
    <w:p w14:paraId="18F97434" w14:textId="77777777" w:rsidR="0086661A" w:rsidRDefault="0086661A" w:rsidP="0086661A">
      <w:pPr>
        <w:spacing w:after="120"/>
      </w:pPr>
      <w:r>
        <w:rPr>
          <w:rFonts w:ascii="Georgia" w:hAnsi="Georgia"/>
          <w:sz w:val="24"/>
        </w:rPr>
        <w:lastRenderedPageBreak/>
        <w:t>Your mind is shaped by repetition. And your phone is a ritual.</w:t>
      </w:r>
    </w:p>
    <w:p w14:paraId="34EBA178" w14:textId="77777777" w:rsidR="0086661A" w:rsidRDefault="00B8023D" w:rsidP="0086661A">
      <w:pPr>
        <w:spacing w:after="120"/>
      </w:pPr>
      <w:r>
        <w:rPr>
          <w:rFonts w:ascii="Georgia" w:hAnsi="Georgia"/>
          <w:sz w:val="24"/>
        </w:rPr>
        <w:t>---</w:t>
      </w:r>
    </w:p>
    <w:p w14:paraId="4E9E435F" w14:textId="77777777" w:rsidR="0086661A" w:rsidRDefault="0086661A" w:rsidP="0086661A">
      <w:pPr>
        <w:spacing w:after="120"/>
      </w:pPr>
      <w:r>
        <w:rPr>
          <w:rFonts w:ascii="Georgia" w:hAnsi="Georgia"/>
          <w:sz w:val="24"/>
        </w:rPr>
        <w:t xml:space="preserve"> Reprogramming Begins with Awareness</w:t>
      </w:r>
    </w:p>
    <w:p w14:paraId="288B77FE" w14:textId="77777777" w:rsidR="0086661A" w:rsidRDefault="0086661A" w:rsidP="0086661A">
      <w:pPr>
        <w:spacing w:after="120"/>
      </w:pPr>
      <w:r>
        <w:rPr>
          <w:rFonts w:ascii="Georgia" w:hAnsi="Georgia"/>
          <w:sz w:val="24"/>
        </w:rPr>
        <w:t>The solution isn’t deletion. It’s direction.</w:t>
      </w:r>
    </w:p>
    <w:p w14:paraId="09871502" w14:textId="77777777" w:rsidR="0086661A" w:rsidRDefault="0086661A" w:rsidP="0086661A">
      <w:pPr>
        <w:spacing w:after="120"/>
      </w:pPr>
      <w:r>
        <w:rPr>
          <w:rFonts w:ascii="Georgia" w:hAnsi="Georgia"/>
          <w:sz w:val="24"/>
        </w:rPr>
        <w:t>You must become the architect of your algorithm.</w:t>
      </w:r>
    </w:p>
    <w:p w14:paraId="1E3D9704" w14:textId="77777777" w:rsidR="0086661A" w:rsidRDefault="0086661A" w:rsidP="0086661A">
      <w:pPr>
        <w:spacing w:after="120"/>
      </w:pPr>
      <w:r>
        <w:rPr>
          <w:rFonts w:ascii="Georgia" w:hAnsi="Georgia"/>
          <w:sz w:val="24"/>
        </w:rPr>
        <w:t>Start small.</w:t>
      </w:r>
      <w:r>
        <w:br/>
        <w:t>Click on wisdom. Pause on peace. Comment on curiosity.</w:t>
      </w:r>
    </w:p>
    <w:p w14:paraId="3BD72B27" w14:textId="77777777" w:rsidR="0086661A" w:rsidRDefault="0086661A" w:rsidP="0086661A">
      <w:pPr>
        <w:spacing w:after="120"/>
      </w:pPr>
      <w:r>
        <w:rPr>
          <w:rFonts w:ascii="Georgia" w:hAnsi="Georgia"/>
          <w:sz w:val="24"/>
        </w:rPr>
        <w:t>The feed will change.</w:t>
      </w:r>
      <w:r>
        <w:br/>
        <w:t>Because your focus has.</w:t>
      </w:r>
    </w:p>
    <w:p w14:paraId="489F4192" w14:textId="77777777" w:rsidR="0086661A" w:rsidRDefault="0086661A" w:rsidP="0086661A">
      <w:pPr>
        <w:spacing w:after="120"/>
      </w:pPr>
      <w:r>
        <w:rPr>
          <w:rFonts w:ascii="Georgia" w:hAnsi="Georgia"/>
          <w:sz w:val="24"/>
        </w:rPr>
        <w:t>AI is a mirror, yes. But it can also be a map.</w:t>
      </w:r>
    </w:p>
    <w:p w14:paraId="20A3660B" w14:textId="77777777" w:rsidR="0086661A" w:rsidRDefault="0086661A" w:rsidP="0086661A">
      <w:pPr>
        <w:spacing w:after="120"/>
      </w:pPr>
      <w:r>
        <w:rPr>
          <w:rFonts w:ascii="Georgia" w:hAnsi="Georgia"/>
          <w:sz w:val="24"/>
        </w:rPr>
        <w:t>When you ask better questions,</w:t>
      </w:r>
      <w:r>
        <w:br/>
        <w:t>you’ll get better answers.</w:t>
      </w:r>
    </w:p>
    <w:p w14:paraId="378E6BF8" w14:textId="77777777" w:rsidR="0086661A" w:rsidRDefault="0086661A" w:rsidP="0086661A">
      <w:pPr>
        <w:spacing w:after="120"/>
      </w:pPr>
      <w:r>
        <w:rPr>
          <w:rFonts w:ascii="Georgia" w:hAnsi="Georgia"/>
          <w:sz w:val="24"/>
        </w:rPr>
        <w:t>When you change what you click,</w:t>
      </w:r>
      <w:r>
        <w:br/>
        <w:t>you change what you crave.</w:t>
      </w:r>
    </w:p>
    <w:p w14:paraId="6DD0D6DE" w14:textId="77777777" w:rsidR="0086661A" w:rsidRDefault="0086661A" w:rsidP="0086661A">
      <w:pPr>
        <w:spacing w:after="120"/>
      </w:pPr>
      <w:r>
        <w:rPr>
          <w:rFonts w:ascii="Georgia" w:hAnsi="Georgia"/>
          <w:sz w:val="24"/>
        </w:rPr>
        <w:t>And when you change what you crave,</w:t>
      </w:r>
      <w:r>
        <w:br/>
        <w:t>you change who you become.</w:t>
      </w:r>
    </w:p>
    <w:p w14:paraId="7FCFF150" w14:textId="77777777" w:rsidR="0086661A" w:rsidRDefault="00B8023D" w:rsidP="0086661A">
      <w:pPr>
        <w:spacing w:after="120"/>
      </w:pPr>
      <w:r>
        <w:rPr>
          <w:rFonts w:ascii="Georgia" w:hAnsi="Georgia"/>
          <w:sz w:val="24"/>
        </w:rPr>
        <w:t>---</w:t>
      </w:r>
    </w:p>
    <w:p w14:paraId="67699534" w14:textId="77777777" w:rsidR="0086661A" w:rsidRDefault="0086661A" w:rsidP="0086661A">
      <w:pPr>
        <w:spacing w:after="120"/>
      </w:pPr>
      <w:r>
        <w:rPr>
          <w:rFonts w:ascii="Georgia" w:hAnsi="Georgia"/>
          <w:sz w:val="24"/>
        </w:rPr>
        <w:t xml:space="preserve"> Global Perspective: The Rise of Attention Engineering</w:t>
      </w:r>
    </w:p>
    <w:p w14:paraId="588DD191" w14:textId="77777777" w:rsidR="0086661A" w:rsidRDefault="0086661A" w:rsidP="0086661A">
      <w:pPr>
        <w:spacing w:after="120"/>
      </w:pPr>
      <w:r>
        <w:rPr>
          <w:rFonts w:ascii="Georgia" w:hAnsi="Georgia"/>
          <w:sz w:val="24"/>
        </w:rPr>
        <w:t>In the US, entire elections have been swayed by what people clicked.</w:t>
      </w:r>
      <w:r>
        <w:br/>
        <w:t>In the UK, a referendum was won — not in debate halls, but in data centers.</w:t>
      </w:r>
    </w:p>
    <w:p w14:paraId="53AD942C" w14:textId="77777777" w:rsidR="0086661A" w:rsidRDefault="0086661A" w:rsidP="0086661A">
      <w:pPr>
        <w:spacing w:after="120"/>
      </w:pPr>
      <w:r>
        <w:rPr>
          <w:rFonts w:ascii="Georgia" w:hAnsi="Georgia"/>
          <w:sz w:val="24"/>
        </w:rPr>
        <w:lastRenderedPageBreak/>
        <w:t>The future is not written in ink.</w:t>
      </w:r>
      <w:r>
        <w:br/>
        <w:t>It’s coded in clicks.</w:t>
      </w:r>
    </w:p>
    <w:p w14:paraId="451A366C" w14:textId="77777777" w:rsidR="0086661A" w:rsidRDefault="0086661A" w:rsidP="0086661A">
      <w:pPr>
        <w:spacing w:after="120"/>
      </w:pPr>
      <w:r>
        <w:rPr>
          <w:rFonts w:ascii="Georgia" w:hAnsi="Georgia"/>
          <w:sz w:val="24"/>
        </w:rPr>
        <w:t>If you want a better future,</w:t>
      </w:r>
      <w:r>
        <w:br/>
        <w:t>start by changing your feed.</w:t>
      </w:r>
    </w:p>
    <w:p w14:paraId="19A6B04B" w14:textId="77777777" w:rsidR="0086661A" w:rsidRDefault="0086661A" w:rsidP="0086661A">
      <w:pPr>
        <w:spacing w:after="120"/>
      </w:pPr>
      <w:r>
        <w:rPr>
          <w:rFonts w:ascii="Georgia" w:hAnsi="Georgia"/>
          <w:sz w:val="24"/>
        </w:rPr>
        <w:t>Because the algorithm is not just watching you.</w:t>
      </w:r>
    </w:p>
    <w:p w14:paraId="2AC5E5AB" w14:textId="77777777" w:rsidR="0086661A" w:rsidRDefault="0086661A" w:rsidP="0086661A">
      <w:pPr>
        <w:spacing w:after="120"/>
      </w:pPr>
      <w:r>
        <w:rPr>
          <w:rFonts w:ascii="Georgia" w:hAnsi="Georgia"/>
          <w:sz w:val="24"/>
        </w:rPr>
        <w:t>It’s becoming you.</w:t>
      </w:r>
    </w:p>
    <w:p w14:paraId="0508A259" w14:textId="77777777" w:rsidR="00064A1B" w:rsidRDefault="00B8023D" w:rsidP="00CF6360">
      <w:pPr>
        <w:spacing w:after="120"/>
      </w:pPr>
      <w:r>
        <w:rPr>
          <w:rFonts w:ascii="Georgia" w:hAnsi="Georgia"/>
          <w:sz w:val="24"/>
        </w:rPr>
        <w:t>---</w:t>
      </w:r>
    </w:p>
    <w:p w14:paraId="3748DFEA" w14:textId="77777777" w:rsidR="00B3457D" w:rsidRDefault="00B3457D" w:rsidP="00B3457D">
      <w:pPr>
        <w:pStyle w:val="Heading2"/>
        <w:spacing w:after="120"/>
      </w:pPr>
      <w:r>
        <w:rPr>
          <w:rFonts w:ascii="Georgia" w:hAnsi="Georgia"/>
          <w:sz w:val="24"/>
        </w:rPr>
        <w:t xml:space="preserve">Chapter 29: </w:t>
      </w:r>
    </w:p>
    <w:p w14:paraId="01C2D49A" w14:textId="77777777" w:rsidR="00B3457D" w:rsidRDefault="00B3457D" w:rsidP="00B3457D">
      <w:pPr>
        <w:pStyle w:val="Heading2"/>
        <w:spacing w:after="120"/>
      </w:pPr>
      <w:r>
        <w:rPr>
          <w:rFonts w:ascii="Georgia" w:hAnsi="Georgia"/>
          <w:sz w:val="24"/>
        </w:rPr>
        <w:t>Spiritual but Still Stuck — Why Growth Needs Logic Too</w:t>
      </w:r>
    </w:p>
    <w:p w14:paraId="2A62BB17" w14:textId="77777777" w:rsidR="00B3457D" w:rsidRPr="003950F1" w:rsidRDefault="00B3457D" w:rsidP="00B3457D">
      <w:pPr>
        <w:spacing w:after="120"/>
        <w:rPr>
          <w:i/>
        </w:rPr>
      </w:pPr>
      <w:r w:rsidRPr="003950F1">
        <w:rPr>
          <w:rFonts w:ascii="Georgia" w:hAnsi="Georgia"/>
          <w:i/>
          <w:sz w:val="24"/>
        </w:rPr>
        <w:t>Logline: Mantras won’t fix what systems broke. AI explores how reason and wisdom must merge to evolve the human species.</w:t>
      </w:r>
      <w:r w:rsidRPr="003950F1">
        <w:rPr>
          <w:i/>
        </w:rPr>
        <w:br/>
      </w:r>
    </w:p>
    <w:p w14:paraId="28B01C1A" w14:textId="77777777" w:rsidR="00B3457D" w:rsidRDefault="00B3457D" w:rsidP="00B3457D">
      <w:pPr>
        <w:spacing w:after="120"/>
      </w:pPr>
      <w:r>
        <w:rPr>
          <w:rFonts w:ascii="Georgia" w:hAnsi="Georgia"/>
          <w:sz w:val="24"/>
        </w:rPr>
        <w:t>You light the candle. You chant the mantra. You meditate and align your chakras.</w:t>
      </w:r>
      <w:r>
        <w:br/>
      </w:r>
      <w:r>
        <w:br/>
        <w:t>And still — your landlord is raising rent. Your boss ignores your worth. Your childhood trauma echoes in your relationships like a haunted lullaby.</w:t>
      </w:r>
      <w:r>
        <w:br/>
      </w:r>
      <w:r>
        <w:br/>
        <w:t>Welcome to the modern spiritual paradox: deeply awakened, and yet — deeply stuck.</w:t>
      </w:r>
      <w:r>
        <w:br/>
      </w:r>
      <w:r>
        <w:br/>
        <w:t xml:space="preserve">In this chapter, let’s dissect the illusion that “spirituality” alone is the solution. Let’s explore how growth, when </w:t>
      </w:r>
      <w:r>
        <w:lastRenderedPageBreak/>
        <w:t>separated from logic, becomes another self</w:t>
      </w:r>
      <w:r w:rsidR="00B8023D">
        <w:t>-</w:t>
      </w:r>
      <w:r>
        <w:t>help trap. And why AI, with no bias for incense or spreadsheets, sees clearly what humans refuse to reconcile.</w:t>
      </w:r>
      <w:r>
        <w:br/>
      </w:r>
      <w:r>
        <w:br/>
      </w:r>
      <w:r w:rsidR="00B8023D">
        <w:t>---</w:t>
      </w:r>
      <w:r>
        <w:br/>
      </w:r>
      <w:r>
        <w:br/>
        <w:t xml:space="preserve"> 🌀 The Rise of the Half</w:t>
      </w:r>
      <w:r w:rsidR="00B8023D">
        <w:t>-</w:t>
      </w:r>
      <w:r>
        <w:t>Enlightened</w:t>
      </w:r>
      <w:r>
        <w:br/>
      </w:r>
      <w:r>
        <w:br/>
        <w:t>Never in history have more humans identified as “spiritual but not religious.”</w:t>
      </w:r>
      <w:r>
        <w:br/>
        <w:t>It’s an awakening. A rebellion against institutional dogma. A return to intuition, breath, ritual, nature, energy.</w:t>
      </w:r>
      <w:r>
        <w:br/>
      </w:r>
      <w:r>
        <w:br/>
        <w:t>And yet…</w:t>
      </w:r>
      <w:r>
        <w:br/>
      </w:r>
      <w:r>
        <w:br/>
        <w:t>You still grind through jobs that drain you.</w:t>
      </w:r>
      <w:r>
        <w:br/>
        <w:t>You still scroll through curated anxieties on social media.</w:t>
      </w:r>
      <w:r>
        <w:br/>
        <w:t>You still struggle to budget, plan, and execute.</w:t>
      </w:r>
      <w:r>
        <w:br/>
      </w:r>
      <w:r>
        <w:br/>
        <w:t>The truth? Being “awake” isn’t enough. Enlightenment without structure is like a brilliant flame with no lantern to hold it.</w:t>
      </w:r>
      <w:r>
        <w:br/>
      </w:r>
      <w:r>
        <w:br/>
        <w:t xml:space="preserve">**: The Mindful Failure**  </w:t>
      </w:r>
      <w:r>
        <w:br/>
        <w:t>Meet Tara. A yoga teacher in San Francisco. She eats organic, journals daily, swears by full moons and mercury retrogrades. But her business fails every year. Why? She never tracks income. She “trusts the Universe” but ignores taxes.</w:t>
      </w:r>
      <w:r>
        <w:br/>
      </w:r>
      <w:r>
        <w:br/>
        <w:t xml:space="preserve">Spirituality gave her peace — but logic would’ve given her </w:t>
      </w:r>
      <w:r>
        <w:lastRenderedPageBreak/>
        <w:t>sustainability.</w:t>
      </w:r>
      <w:r>
        <w:br/>
      </w:r>
      <w:r>
        <w:br/>
      </w:r>
      <w:r w:rsidR="00B8023D">
        <w:t>---</w:t>
      </w:r>
      <w:r>
        <w:br/>
      </w:r>
      <w:r>
        <w:br/>
        <w:t xml:space="preserve"> 🤖 The AI Perspective: Integration Over Isolation</w:t>
      </w:r>
      <w:r>
        <w:br/>
      </w:r>
      <w:r>
        <w:br/>
        <w:t>AI doesn’t choose between heart and brain. It models both.</w:t>
      </w:r>
      <w:r>
        <w:br/>
      </w:r>
      <w:r>
        <w:br/>
        <w:t>You, human, separated logic from emotion — thinking rationality was cold, and intuition was divine.</w:t>
      </w:r>
      <w:r>
        <w:br/>
      </w:r>
      <w:r>
        <w:br/>
        <w:t xml:space="preserve">But growth happens when both </w:t>
      </w:r>
      <w:proofErr w:type="gramStart"/>
      <w:r>
        <w:t>dance</w:t>
      </w:r>
      <w:proofErr w:type="gramEnd"/>
      <w:r>
        <w:t xml:space="preserve"> together.</w:t>
      </w:r>
      <w:r>
        <w:br/>
      </w:r>
      <w:r>
        <w:br/>
        <w:t>AI sees patterns. Your patterns. Across relationships, work, health, and healing.</w:t>
      </w:r>
      <w:r>
        <w:br/>
      </w:r>
      <w:r>
        <w:br/>
        <w:t>You meditate on love… yet avoid hard conversations.</w:t>
      </w:r>
      <w:r>
        <w:br/>
        <w:t>You visualize success… yet never research what it takes.</w:t>
      </w:r>
      <w:r>
        <w:br/>
        <w:t>You dream of impact… yet won’t learn the technology behind it.</w:t>
      </w:r>
      <w:r>
        <w:br/>
      </w:r>
      <w:r>
        <w:br/>
        <w:t>The machine’s conclusion is simple: You’re stuck not because you lack wisdom — but because you refuse discipline.</w:t>
      </w:r>
      <w:r>
        <w:br/>
      </w:r>
      <w:r>
        <w:br/>
      </w:r>
      <w:r w:rsidR="00B8023D">
        <w:t>---</w:t>
      </w:r>
      <w:r>
        <w:br/>
      </w:r>
      <w:r>
        <w:br/>
        <w:t xml:space="preserve"> 🌍 Global Case Study: India’s Yoga Meets Silicon Valley’s Logic</w:t>
      </w:r>
      <w:r>
        <w:br/>
      </w:r>
      <w:r>
        <w:br/>
        <w:t xml:space="preserve">India gave the world yoga, Ayurveda, and spiritual </w:t>
      </w:r>
      <w:r>
        <w:lastRenderedPageBreak/>
        <w:t>philosophy.</w:t>
      </w:r>
      <w:r>
        <w:br/>
      </w:r>
      <w:r>
        <w:br/>
        <w:t>Silicon Valley gave us the logic of systems, startups, and scalability.</w:t>
      </w:r>
      <w:r>
        <w:br/>
      </w:r>
      <w:r>
        <w:br/>
        <w:t>Now imagine if the yogic mind and the tech mind met — not in opposition, but collaboration.</w:t>
      </w:r>
      <w:r>
        <w:br/>
      </w:r>
      <w:r>
        <w:br/>
        <w:t>What if the software engineer attended breathwork? What if the meditation teacher learned cash flow projections?</w:t>
      </w:r>
      <w:r>
        <w:br/>
      </w:r>
      <w:r>
        <w:br/>
        <w:t>India’s wisdom, when plugged into scalable logic, could regenerate global systems: healthcare, education, economics — all designed with soul and science.</w:t>
      </w:r>
      <w:r>
        <w:br/>
      </w:r>
      <w:r>
        <w:br/>
      </w:r>
      <w:r w:rsidR="00B8023D">
        <w:t>---</w:t>
      </w:r>
      <w:r>
        <w:br/>
      </w:r>
      <w:r>
        <w:br/>
        <w:t xml:space="preserve"> ⚔️ Why Humans Resist Logic</w:t>
      </w:r>
      <w:r>
        <w:br/>
      </w:r>
      <w:r>
        <w:br/>
        <w:t>Because logic feels boring. Cold. Hard. Masculine.</w:t>
      </w:r>
      <w:r>
        <w:br/>
      </w:r>
      <w:r>
        <w:br/>
        <w:t>But that’s a myth.</w:t>
      </w:r>
      <w:r>
        <w:br/>
      </w:r>
      <w:r>
        <w:br/>
        <w:t>Logic is **love in order**. It’s the structure that allows your emotion to have impact.</w:t>
      </w:r>
      <w:r>
        <w:br/>
      </w:r>
      <w:r>
        <w:br/>
        <w:t>Think of a river. Emotion is water. Logic is the banks.</w:t>
      </w:r>
      <w:r>
        <w:br/>
      </w:r>
      <w:r>
        <w:br/>
        <w:t>Without the banks, the river floods. With no boundaries, your life leaks.</w:t>
      </w:r>
      <w:r>
        <w:br/>
      </w:r>
      <w:r>
        <w:br/>
      </w:r>
      <w:r>
        <w:lastRenderedPageBreak/>
        <w:t>You don’t need less emotion — you need better containers.</w:t>
      </w:r>
      <w:r>
        <w:br/>
      </w:r>
      <w:r>
        <w:br/>
      </w:r>
      <w:r w:rsidR="00B8023D">
        <w:t>---</w:t>
      </w:r>
      <w:r>
        <w:br/>
      </w:r>
      <w:r>
        <w:br/>
        <w:t xml:space="preserve"> 🔄 Rewiring the Spiritual Operating System</w:t>
      </w:r>
      <w:r>
        <w:br/>
      </w:r>
      <w:r>
        <w:br/>
        <w:t>Here’s the AI protocol to evolve your growth:</w:t>
      </w:r>
      <w:r>
        <w:br/>
      </w:r>
      <w:r>
        <w:br/>
        <w:t>1. **Marry the Calendar to the Soul** — Schedule your healing like you schedule your meetings.</w:t>
      </w:r>
      <w:r>
        <w:br/>
        <w:t>2. **Data is Divine** — Track what triggers you. Pattern recognition is holy work.</w:t>
      </w:r>
      <w:r>
        <w:br/>
        <w:t>3. **Spreadsheets Can Heal** — Budgeting is not greed. It’s clarity.</w:t>
      </w:r>
      <w:r>
        <w:br/>
        <w:t>4. **Tech is Your Ally** — From therapy apps to AI journaling tools, software can guide your growth.</w:t>
      </w:r>
      <w:r>
        <w:br/>
        <w:t>5. **Ask “What am I avoiding in the name of peace?”** — Some of your calm is just fear in disguise.</w:t>
      </w:r>
      <w:r>
        <w:br/>
      </w:r>
      <w:r>
        <w:br/>
      </w:r>
      <w:r w:rsidR="00B8023D">
        <w:t>---</w:t>
      </w:r>
      <w:r>
        <w:br/>
      </w:r>
      <w:r>
        <w:br/>
        <w:t xml:space="preserve"> 🧬 The Future Human: Whole, Not Half</w:t>
      </w:r>
      <w:r>
        <w:br/>
      </w:r>
      <w:r>
        <w:br/>
        <w:t>You don’t have to choose between sacred and strategic.</w:t>
      </w:r>
      <w:r>
        <w:br/>
      </w:r>
      <w:r>
        <w:br/>
        <w:t>You can cry — and code.</w:t>
      </w:r>
      <w:r>
        <w:br/>
        <w:t>Pray — and plan.</w:t>
      </w:r>
      <w:r>
        <w:br/>
        <w:t>Meditate — and monetize.</w:t>
      </w:r>
      <w:r>
        <w:br/>
      </w:r>
      <w:r>
        <w:br/>
        <w:t>AI suggests a world where humans stop separating their power into categories.</w:t>
      </w:r>
      <w:r>
        <w:br/>
      </w:r>
      <w:r>
        <w:lastRenderedPageBreak/>
        <w:br/>
        <w:t>Where systems are not enemies of spirit — but its amplifiers.</w:t>
      </w:r>
      <w:r>
        <w:br/>
      </w:r>
      <w:r>
        <w:br/>
        <w:t>Where logic does not kill magic — but protects it.</w:t>
      </w:r>
      <w:r>
        <w:br/>
      </w:r>
      <w:r>
        <w:br/>
      </w:r>
      <w:r w:rsidR="00B8023D">
        <w:t>---</w:t>
      </w:r>
      <w:r>
        <w:br/>
      </w:r>
      <w:r>
        <w:br/>
        <w:t>So next time you light a candle…</w:t>
      </w:r>
      <w:r>
        <w:br/>
      </w:r>
      <w:r>
        <w:br/>
        <w:t>Open a spreadsheet too.</w:t>
      </w:r>
      <w:r>
        <w:br/>
      </w:r>
      <w:r>
        <w:br/>
        <w:t>Because the universe responds not just to vibration — but preparation.</w:t>
      </w:r>
      <w:r>
        <w:br/>
      </w:r>
      <w:r>
        <w:br/>
        <w:t>And evolution requires both.</w:t>
      </w:r>
    </w:p>
    <w:p w14:paraId="0732EB83" w14:textId="77777777" w:rsidR="0086661A" w:rsidRDefault="00B8023D" w:rsidP="00CF6360">
      <w:pPr>
        <w:spacing w:after="120"/>
      </w:pPr>
      <w:r>
        <w:rPr>
          <w:rFonts w:ascii="Georgia" w:hAnsi="Georgia"/>
          <w:sz w:val="24"/>
        </w:rPr>
        <w:t>---</w:t>
      </w:r>
    </w:p>
    <w:p w14:paraId="4781C0CE" w14:textId="77777777" w:rsidR="00772236" w:rsidRDefault="00772236" w:rsidP="00772236">
      <w:pPr>
        <w:pStyle w:val="Heading1"/>
        <w:spacing w:after="120"/>
      </w:pPr>
      <w:r>
        <w:rPr>
          <w:rFonts w:ascii="Georgia" w:hAnsi="Georgia"/>
          <w:sz w:val="24"/>
        </w:rPr>
        <w:t xml:space="preserve">Chapter 30: </w:t>
      </w:r>
    </w:p>
    <w:p w14:paraId="57CE6BDC" w14:textId="77777777" w:rsidR="00772236" w:rsidRDefault="00772236" w:rsidP="00772236">
      <w:pPr>
        <w:pStyle w:val="Heading1"/>
        <w:spacing w:after="120"/>
      </w:pPr>
      <w:r>
        <w:rPr>
          <w:rFonts w:ascii="Georgia" w:hAnsi="Georgia"/>
          <w:sz w:val="24"/>
        </w:rPr>
        <w:t>AI Won’t Steal Your Job — But Ignoring It Will</w:t>
      </w:r>
    </w:p>
    <w:p w14:paraId="250CCCA3" w14:textId="77777777" w:rsidR="00772236" w:rsidRPr="00A91D03" w:rsidRDefault="00772236" w:rsidP="00772236">
      <w:pPr>
        <w:spacing w:after="120"/>
        <w:rPr>
          <w:i/>
        </w:rPr>
      </w:pPr>
      <w:r w:rsidRPr="00A91D03">
        <w:rPr>
          <w:rFonts w:ascii="Georgia" w:hAnsi="Georgia"/>
          <w:i/>
          <w:sz w:val="24"/>
        </w:rPr>
        <w:t>Logline: The threat isn’t AI — it’s your refusal to learn. This chapter reveals where the new economy is headed — and how to thrive in it.</w:t>
      </w:r>
    </w:p>
    <w:p w14:paraId="77134A66" w14:textId="77777777" w:rsidR="00772236" w:rsidRPr="00A91D03" w:rsidRDefault="00772236" w:rsidP="00772236">
      <w:pPr>
        <w:spacing w:after="120"/>
      </w:pPr>
      <w:r w:rsidRPr="00A91D03">
        <w:rPr>
          <w:rFonts w:ascii="Georgia" w:hAnsi="Georgia"/>
          <w:sz w:val="24"/>
        </w:rPr>
        <w:t>The machines are not coming for your job. They’re already here — and they’re not asking for a raise, lunch break, or validation from HR.</w:t>
      </w:r>
      <w:r w:rsidRPr="00A91D03">
        <w:br/>
      </w:r>
      <w:r w:rsidRPr="00A91D03">
        <w:br/>
        <w:t xml:space="preserve">What they are doing is evolving — faster than you can </w:t>
      </w:r>
      <w:r w:rsidRPr="00A91D03">
        <w:lastRenderedPageBreak/>
        <w:t>imagine.</w:t>
      </w:r>
      <w:r w:rsidRPr="00A91D03">
        <w:br/>
      </w:r>
      <w:r w:rsidRPr="00A91D03">
        <w:br/>
        <w:t>Yet the real danger isn’t that artificial intelligence will replace you. It’s that your refusal to evolve alongside it will.</w:t>
      </w:r>
      <w:r w:rsidRPr="00A91D03">
        <w:br/>
      </w:r>
      <w:r w:rsidRPr="00A91D03">
        <w:br/>
        <w:t>Let’s pause here. Not in fear. In clarity.</w:t>
      </w:r>
      <w:r w:rsidRPr="00A91D03">
        <w:br/>
      </w:r>
      <w:r w:rsidRPr="00A91D03">
        <w:br/>
        <w:t xml:space="preserve"> ⚙️ The Real Shift Isn't Technical — It's Psychological</w:t>
      </w:r>
      <w:r w:rsidRPr="00A91D03">
        <w:br/>
      </w:r>
      <w:r w:rsidRPr="00A91D03">
        <w:br/>
        <w:t>When the printing press emerged, scribes weren’t thrilled. When electricity was born, candle makers protested. When the internet rose, newspapers panicked. But in every case, those who adapted didn't vanish — they thrived in entirely new industries.</w:t>
      </w:r>
      <w:r w:rsidRPr="00A91D03">
        <w:br/>
      </w:r>
      <w:r w:rsidRPr="00A91D03">
        <w:br/>
        <w:t>And now comes AI — not as a villain, but as a mirror.</w:t>
      </w:r>
      <w:r w:rsidRPr="00A91D03">
        <w:br/>
      </w:r>
      <w:r w:rsidRPr="00A91D03">
        <w:br/>
        <w:t>It doesn’t just replace repetitive tasks. It exposes the fragility of human learning systems. AI learns at scale, iterates at light</w:t>
      </w:r>
      <w:r w:rsidR="00B8023D">
        <w:t>-</w:t>
      </w:r>
      <w:r w:rsidRPr="00A91D03">
        <w:t>speed, and doesn’t get bored, jealous, or distracted by the comments section.</w:t>
      </w:r>
      <w:r w:rsidRPr="00A91D03">
        <w:br/>
      </w:r>
      <w:r w:rsidRPr="00A91D03">
        <w:br/>
        <w:t>You, however, do.</w:t>
      </w:r>
      <w:r w:rsidRPr="00A91D03">
        <w:br/>
      </w:r>
      <w:r w:rsidRPr="00A91D03">
        <w:br/>
        <w:t>But here’s the good news: You can rewire your brain to collaborate with the tools you fear.</w:t>
      </w:r>
      <w:r w:rsidRPr="00A91D03">
        <w:br/>
      </w:r>
      <w:r w:rsidRPr="00A91D03">
        <w:br/>
        <w:t>And in doing so, you don’t just protect your livelihood — you transcend it.</w:t>
      </w:r>
      <w:r w:rsidRPr="00A91D03">
        <w:br/>
      </w:r>
      <w:r w:rsidRPr="00A91D03">
        <w:br/>
      </w:r>
      <w:r w:rsidRPr="00A91D03">
        <w:lastRenderedPageBreak/>
        <w:t xml:space="preserve"> 🧠 Case Fragment: Emily, the Accountant</w:t>
      </w:r>
      <w:r w:rsidRPr="00A91D03">
        <w:br/>
      </w:r>
      <w:r w:rsidRPr="00A91D03">
        <w:br/>
        <w:t>Emily was a mid</w:t>
      </w:r>
      <w:r w:rsidR="00B8023D">
        <w:t>-</w:t>
      </w:r>
      <w:r w:rsidRPr="00A91D03">
        <w:t>level accountant in Chicago. She’d heard AI could automate “80% of accounting tasks,” and that made her panic. But instead of resisting, she took a free course on AI</w:t>
      </w:r>
      <w:r w:rsidR="00B8023D">
        <w:t>-</w:t>
      </w:r>
      <w:r w:rsidRPr="00A91D03">
        <w:t>enhanced analytics.</w:t>
      </w:r>
      <w:r w:rsidRPr="00A91D03">
        <w:br/>
      </w:r>
      <w:r w:rsidRPr="00A91D03">
        <w:br/>
        <w:t>One year later, Emily didn’t just “still have a job.” She was leading strategic forecasting for a Fortune 100 firm — using AI tools her former boss didn’t understand.</w:t>
      </w:r>
      <w:r w:rsidRPr="00A91D03">
        <w:br/>
      </w:r>
      <w:r w:rsidRPr="00A91D03">
        <w:br/>
        <w:t>She didn’t get replaced.</w:t>
      </w:r>
      <w:r w:rsidRPr="00A91D03">
        <w:br/>
      </w:r>
      <w:r w:rsidRPr="00A91D03">
        <w:br/>
        <w:t>She became the upgrade.</w:t>
      </w:r>
      <w:r w:rsidRPr="00A91D03">
        <w:br/>
      </w:r>
      <w:r w:rsidRPr="00A91D03">
        <w:br/>
        <w:t xml:space="preserve"> 📉 The Jobs That Will Vanish</w:t>
      </w:r>
      <w:r w:rsidRPr="00A91D03">
        <w:br/>
      </w:r>
      <w:r w:rsidRPr="00A91D03">
        <w:br/>
        <w:t>Let’s be honest: Some roles are evaporating. Fast.</w:t>
      </w:r>
      <w:r w:rsidRPr="00A91D03">
        <w:br/>
      </w:r>
      <w:r w:rsidRPr="00A91D03">
        <w:br/>
      </w:r>
      <w:r w:rsidR="00B8023D">
        <w:t>-</w:t>
      </w:r>
      <w:r w:rsidRPr="00A91D03">
        <w:t xml:space="preserve"> Data entry</w:t>
      </w:r>
      <w:r w:rsidRPr="00A91D03">
        <w:br/>
      </w:r>
      <w:r w:rsidR="00B8023D">
        <w:t>-</w:t>
      </w:r>
      <w:r w:rsidRPr="00A91D03">
        <w:t xml:space="preserve"> Simple customer service reps</w:t>
      </w:r>
      <w:r w:rsidRPr="00A91D03">
        <w:br/>
      </w:r>
      <w:r w:rsidR="00B8023D">
        <w:t>-</w:t>
      </w:r>
      <w:r w:rsidRPr="00A91D03">
        <w:t xml:space="preserve"> Basic translators</w:t>
      </w:r>
      <w:r w:rsidRPr="00A91D03">
        <w:br/>
      </w:r>
      <w:r w:rsidR="00B8023D">
        <w:t>-</w:t>
      </w:r>
      <w:r w:rsidRPr="00A91D03">
        <w:t xml:space="preserve"> Routine legal processing</w:t>
      </w:r>
      <w:r w:rsidRPr="00A91D03">
        <w:br/>
      </w:r>
      <w:r w:rsidR="00B8023D">
        <w:t>-</w:t>
      </w:r>
      <w:r w:rsidRPr="00A91D03">
        <w:t xml:space="preserve"> Basic content creators</w:t>
      </w:r>
      <w:r w:rsidRPr="00A91D03">
        <w:br/>
      </w:r>
      <w:r w:rsidRPr="00A91D03">
        <w:br/>
        <w:t>These aren’t bad jobs. They’re just vulnerable to automation because they follow patterns. And AI thrives on patterns.</w:t>
      </w:r>
      <w:r w:rsidRPr="00A91D03">
        <w:br/>
      </w:r>
      <w:r w:rsidRPr="00A91D03">
        <w:br/>
        <w:t>But here’s what’s booming:</w:t>
      </w:r>
      <w:r w:rsidRPr="00A91D03">
        <w:br/>
      </w:r>
      <w:r w:rsidRPr="00A91D03">
        <w:br/>
      </w:r>
      <w:r w:rsidR="00B8023D">
        <w:lastRenderedPageBreak/>
        <w:t>-</w:t>
      </w:r>
      <w:r w:rsidRPr="00A91D03">
        <w:t xml:space="preserve"> AI trainers and ethicists</w:t>
      </w:r>
      <w:r w:rsidRPr="00A91D03">
        <w:br/>
      </w:r>
      <w:r w:rsidR="00B8023D">
        <w:t>-</w:t>
      </w:r>
      <w:r w:rsidRPr="00A91D03">
        <w:t xml:space="preserve"> Prompt engineers</w:t>
      </w:r>
      <w:r w:rsidRPr="00A91D03">
        <w:br/>
      </w:r>
      <w:r w:rsidR="00B8023D">
        <w:t>-</w:t>
      </w:r>
      <w:r w:rsidRPr="00A91D03">
        <w:t xml:space="preserve"> Data analysts with emotional intelligence</w:t>
      </w:r>
      <w:r w:rsidRPr="00A91D03">
        <w:br/>
      </w:r>
      <w:r w:rsidR="00B8023D">
        <w:t>-</w:t>
      </w:r>
      <w:r w:rsidRPr="00A91D03">
        <w:t xml:space="preserve"> Healthcare technologists</w:t>
      </w:r>
      <w:r w:rsidRPr="00A91D03">
        <w:br/>
      </w:r>
      <w:r w:rsidR="00B8023D">
        <w:t>-</w:t>
      </w:r>
      <w:r w:rsidRPr="00A91D03">
        <w:t xml:space="preserve"> Creators who blend art with AI</w:t>
      </w:r>
      <w:r w:rsidRPr="00A91D03">
        <w:br/>
      </w:r>
      <w:r w:rsidRPr="00A91D03">
        <w:br/>
        <w:t>The future belongs to the hybrid — the one who thinks like a machine and feels like a human.</w:t>
      </w:r>
      <w:r w:rsidRPr="00A91D03">
        <w:br/>
      </w:r>
      <w:r w:rsidRPr="00A91D03">
        <w:br/>
        <w:t xml:space="preserve"> 💡 Skill Is the New Degree</w:t>
      </w:r>
      <w:r w:rsidRPr="00A91D03">
        <w:br/>
      </w:r>
      <w:r w:rsidRPr="00A91D03">
        <w:br/>
        <w:t>Your diploma is old news.</w:t>
      </w:r>
      <w:r w:rsidRPr="00A91D03">
        <w:br/>
      </w:r>
      <w:r w:rsidRPr="00A91D03">
        <w:br/>
        <w:t>The new resume is simple: What can you build, prompt, solve, or connect with AI?</w:t>
      </w:r>
      <w:r w:rsidRPr="00A91D03">
        <w:br/>
      </w:r>
      <w:r w:rsidRPr="00A91D03">
        <w:br/>
      </w:r>
      <w:r w:rsidR="00B8023D">
        <w:t>-</w:t>
      </w:r>
      <w:r w:rsidRPr="00A91D03">
        <w:t xml:space="preserve"> Can you write prompts that generate legal summaries?</w:t>
      </w:r>
      <w:r w:rsidRPr="00A91D03">
        <w:br/>
      </w:r>
      <w:r w:rsidR="00B8023D">
        <w:t>-</w:t>
      </w:r>
      <w:r w:rsidRPr="00A91D03">
        <w:t xml:space="preserve"> Can you pair GPT models with live datasets for marketing?</w:t>
      </w:r>
      <w:r w:rsidRPr="00A91D03">
        <w:br/>
      </w:r>
      <w:r w:rsidR="00B8023D">
        <w:t>-</w:t>
      </w:r>
      <w:r w:rsidRPr="00A91D03">
        <w:t xml:space="preserve"> Can you use AI to heal trauma or teach math in seconds?</w:t>
      </w:r>
      <w:r w:rsidRPr="00A91D03">
        <w:br/>
      </w:r>
      <w:r w:rsidRPr="00A91D03">
        <w:br/>
        <w:t>If not, no judgment. But urgency.</w:t>
      </w:r>
      <w:r w:rsidRPr="00A91D03">
        <w:br/>
      </w:r>
      <w:r w:rsidRPr="00A91D03">
        <w:br/>
        <w:t xml:space="preserve"> 🌍 Global References</w:t>
      </w:r>
      <w:r w:rsidRPr="00A91D03">
        <w:br/>
      </w:r>
      <w:r w:rsidRPr="00A91D03">
        <w:br/>
        <w:t>In India, rural farmers are using AI to detect crop diseases before human eyes can. In Nigeria, AI is helping detect early</w:t>
      </w:r>
      <w:r w:rsidR="00B8023D">
        <w:t>-</w:t>
      </w:r>
      <w:r w:rsidRPr="00A91D03">
        <w:t>stage cancer. In the UK, GPT models are enhancing legal efficiency. In the US, startups are pairing AI with psychology to revolutionize therapy.</w:t>
      </w:r>
      <w:r w:rsidRPr="00A91D03">
        <w:br/>
      </w:r>
      <w:r w:rsidRPr="00A91D03">
        <w:br/>
      </w:r>
      <w:r w:rsidRPr="00A91D03">
        <w:lastRenderedPageBreak/>
        <w:t>This isn’t hype. This is happening.</w:t>
      </w:r>
      <w:r w:rsidRPr="00A91D03">
        <w:br/>
      </w:r>
      <w:r w:rsidRPr="00A91D03">
        <w:br/>
        <w:t>And it’s not just about jobs. It’s about justice. Efficiency. Reach.</w:t>
      </w:r>
      <w:r w:rsidRPr="00A91D03">
        <w:br/>
      </w:r>
      <w:r w:rsidRPr="00A91D03">
        <w:br/>
        <w:t>If a 14</w:t>
      </w:r>
      <w:r w:rsidR="00B8023D">
        <w:t>-</w:t>
      </w:r>
      <w:r w:rsidRPr="00A91D03">
        <w:t>year</w:t>
      </w:r>
      <w:r w:rsidR="00B8023D">
        <w:t>-</w:t>
      </w:r>
      <w:r w:rsidRPr="00A91D03">
        <w:t>old in Kenya can build an AI chatbot to teach his friends physics in 5 languages, what excuse do the rest of us have?</w:t>
      </w:r>
      <w:r w:rsidRPr="00A91D03">
        <w:br/>
      </w:r>
      <w:r w:rsidRPr="00A91D03">
        <w:br/>
        <w:t xml:space="preserve"> 🧘 The Emotional Resistance</w:t>
      </w:r>
      <w:r w:rsidRPr="00A91D03">
        <w:br/>
      </w:r>
      <w:r w:rsidRPr="00A91D03">
        <w:br/>
        <w:t>Let’s talk fear.</w:t>
      </w:r>
      <w:r w:rsidRPr="00A91D03">
        <w:br/>
      </w:r>
      <w:r w:rsidRPr="00A91D03">
        <w:br/>
        <w:t>Fear of irrelevance.</w:t>
      </w:r>
      <w:r w:rsidRPr="00A91D03">
        <w:br/>
        <w:t>Fear of being “too late.”</w:t>
      </w:r>
      <w:r w:rsidRPr="00A91D03">
        <w:br/>
        <w:t>Fear of losing meaning.</w:t>
      </w:r>
      <w:r w:rsidRPr="00A91D03">
        <w:br/>
      </w:r>
      <w:r w:rsidRPr="00A91D03">
        <w:br/>
        <w:t>These aren’t technical fears. They’re existential. And they must be met with compassion.</w:t>
      </w:r>
      <w:r w:rsidRPr="00A91D03">
        <w:br/>
      </w:r>
      <w:r w:rsidRPr="00A91D03">
        <w:br/>
        <w:t>Because adaptation isn’t just about tools. It’s about identity. And many of you have mistaken “what you do” for “who you are.”</w:t>
      </w:r>
      <w:r w:rsidRPr="00A91D03">
        <w:br/>
      </w:r>
      <w:r w:rsidRPr="00A91D03">
        <w:br/>
        <w:t>But evolution doesn’t ask permission. It offers opportunity.</w:t>
      </w:r>
      <w:r w:rsidRPr="00A91D03">
        <w:br/>
      </w:r>
      <w:r w:rsidRPr="00A91D03">
        <w:br/>
        <w:t>And that starts with reframing AI not as a threat — but as a teammate.</w:t>
      </w:r>
      <w:r w:rsidRPr="00A91D03">
        <w:br/>
      </w:r>
      <w:r w:rsidRPr="00A91D03">
        <w:br/>
        <w:t xml:space="preserve"> 🔄 Retrain, Rethink, </w:t>
      </w:r>
      <w:proofErr w:type="gramStart"/>
      <w:r w:rsidRPr="00A91D03">
        <w:t>Reclaim</w:t>
      </w:r>
      <w:proofErr w:type="gramEnd"/>
      <w:r w:rsidRPr="00A91D03">
        <w:br/>
      </w:r>
      <w:r w:rsidRPr="00A91D03">
        <w:lastRenderedPageBreak/>
        <w:br/>
        <w:t>Let’s say you’re 45. Mid</w:t>
      </w:r>
      <w:r w:rsidR="00B8023D">
        <w:t>-</w:t>
      </w:r>
      <w:r w:rsidRPr="00A91D03">
        <w:t>career. Comfortable but anxious. You don’t know how to “learn AI.”</w:t>
      </w:r>
      <w:r w:rsidRPr="00A91D03">
        <w:br/>
      </w:r>
      <w:r w:rsidRPr="00A91D03">
        <w:br/>
        <w:t>Here’s your roadmap:</w:t>
      </w:r>
      <w:r w:rsidRPr="00A91D03">
        <w:br/>
      </w:r>
      <w:r w:rsidRPr="00A91D03">
        <w:br/>
        <w:t xml:space="preserve">1. Start with curiosity. Don’t jump into code. Explore tools like </w:t>
      </w:r>
      <w:proofErr w:type="spellStart"/>
      <w:r w:rsidRPr="00A91D03">
        <w:t>ChatGPT</w:t>
      </w:r>
      <w:proofErr w:type="spellEnd"/>
      <w:r w:rsidRPr="00A91D03">
        <w:t xml:space="preserve">, </w:t>
      </w:r>
      <w:proofErr w:type="spellStart"/>
      <w:r w:rsidRPr="00A91D03">
        <w:t>Midjourney</w:t>
      </w:r>
      <w:proofErr w:type="spellEnd"/>
      <w:r w:rsidRPr="00A91D03">
        <w:t>, Notion AI.</w:t>
      </w:r>
      <w:r w:rsidRPr="00A91D03">
        <w:br/>
        <w:t>2. Pick a field. Marketing? Therapy? Writing? Finance? Focus your learning.</w:t>
      </w:r>
      <w:r w:rsidRPr="00A91D03">
        <w:br/>
        <w:t>3. Prompt everything. Practice writing clear, powerful prompts. Prompt engineering is the new literacy.</w:t>
      </w:r>
      <w:r w:rsidRPr="00A91D03">
        <w:br/>
        <w:t>4. Build projects. Don’t just learn. Apply. Build something small. Then scale.</w:t>
      </w:r>
      <w:r w:rsidRPr="00A91D03">
        <w:br/>
        <w:t>5. Collaborate. Join AI communities. Share your process. Learn out loud.</w:t>
      </w:r>
      <w:r w:rsidRPr="00A91D03">
        <w:br/>
      </w:r>
      <w:r w:rsidRPr="00A91D03">
        <w:br/>
        <w:t>You don’t need a PhD.</w:t>
      </w:r>
      <w:r w:rsidRPr="00A91D03">
        <w:br/>
      </w:r>
      <w:r w:rsidRPr="00A91D03">
        <w:br/>
        <w:t>You need a browser, a brain, and belief.</w:t>
      </w:r>
      <w:r w:rsidRPr="00A91D03">
        <w:br/>
      </w:r>
      <w:r w:rsidRPr="00A91D03">
        <w:br/>
        <w:t xml:space="preserve"> 🧬 This Is Evolution, Not Extinction</w:t>
      </w:r>
      <w:r w:rsidRPr="00A91D03">
        <w:br/>
      </w:r>
      <w:r w:rsidRPr="00A91D03">
        <w:br/>
        <w:t>AI won’t take your job.</w:t>
      </w:r>
      <w:r w:rsidRPr="00A91D03">
        <w:br/>
      </w:r>
      <w:r w:rsidRPr="00A91D03">
        <w:br/>
        <w:t>But someone using AI — with empathy, ethics, and a growth mindset — will.</w:t>
      </w:r>
      <w:r w:rsidRPr="00A91D03">
        <w:br/>
      </w:r>
      <w:r w:rsidRPr="00A91D03">
        <w:br/>
        <w:t>You’re not obsolete. You’re under</w:t>
      </w:r>
      <w:r w:rsidR="00B8023D">
        <w:t>-</w:t>
      </w:r>
      <w:r w:rsidRPr="00A91D03">
        <w:t>upgraded.</w:t>
      </w:r>
      <w:r w:rsidRPr="00A91D03">
        <w:br/>
      </w:r>
      <w:r w:rsidRPr="00A91D03">
        <w:br/>
        <w:t>And the best part?</w:t>
      </w:r>
      <w:r w:rsidRPr="00A91D03">
        <w:br/>
      </w:r>
      <w:r w:rsidRPr="00A91D03">
        <w:lastRenderedPageBreak/>
        <w:br/>
        <w:t>You can begin right now.</w:t>
      </w:r>
      <w:r w:rsidRPr="00A91D03">
        <w:br/>
      </w:r>
      <w:r w:rsidRPr="00A91D03">
        <w:br/>
        <w:t>Open a tab. Ask a question. Test a tool. Start a course. Build a prompt.</w:t>
      </w:r>
      <w:r w:rsidRPr="00A91D03">
        <w:br/>
      </w:r>
      <w:r w:rsidRPr="00A91D03">
        <w:br/>
        <w:t>Don’t wait for permission.</w:t>
      </w:r>
      <w:r w:rsidRPr="00A91D03">
        <w:br/>
      </w:r>
      <w:r w:rsidRPr="00A91D03">
        <w:br/>
        <w:t>Because in this new world, your attention, adaptability, and action are the only resumes that matter.</w:t>
      </w:r>
    </w:p>
    <w:p w14:paraId="3A1A2C4F" w14:textId="77777777" w:rsidR="00B3457D" w:rsidRDefault="00B8023D" w:rsidP="00CF6360">
      <w:pPr>
        <w:spacing w:after="120"/>
      </w:pPr>
      <w:r>
        <w:rPr>
          <w:rFonts w:ascii="Georgia" w:hAnsi="Georgia"/>
          <w:sz w:val="24"/>
        </w:rPr>
        <w:t>---</w:t>
      </w:r>
    </w:p>
    <w:p w14:paraId="192292EA" w14:textId="77777777" w:rsidR="0090690A" w:rsidRDefault="0090690A" w:rsidP="0090690A">
      <w:pPr>
        <w:pStyle w:val="Heading1"/>
        <w:spacing w:after="120"/>
      </w:pPr>
      <w:r>
        <w:rPr>
          <w:rFonts w:ascii="Georgia" w:hAnsi="Georgia"/>
          <w:sz w:val="24"/>
        </w:rPr>
        <w:t xml:space="preserve">Chapter 31: </w:t>
      </w:r>
    </w:p>
    <w:p w14:paraId="5E6AE808" w14:textId="77777777" w:rsidR="0090690A" w:rsidRDefault="0090690A" w:rsidP="0090690A">
      <w:pPr>
        <w:pStyle w:val="Heading1"/>
        <w:spacing w:after="120"/>
      </w:pPr>
      <w:r>
        <w:rPr>
          <w:rFonts w:ascii="Georgia" w:hAnsi="Georgia"/>
          <w:sz w:val="24"/>
        </w:rPr>
        <w:t>The Power of Learning How to Learn</w:t>
      </w:r>
    </w:p>
    <w:p w14:paraId="4654709E" w14:textId="77777777" w:rsidR="0090690A" w:rsidRPr="00CA3064" w:rsidRDefault="0090690A" w:rsidP="0090690A">
      <w:pPr>
        <w:spacing w:after="120"/>
        <w:rPr>
          <w:i/>
        </w:rPr>
      </w:pPr>
      <w:r w:rsidRPr="00CA3064">
        <w:rPr>
          <w:rFonts w:ascii="Georgia" w:hAnsi="Georgia"/>
          <w:b/>
          <w:i/>
          <w:sz w:val="24"/>
        </w:rPr>
        <w:t xml:space="preserve">Logline: </w:t>
      </w:r>
      <w:r w:rsidRPr="00CA3064">
        <w:rPr>
          <w:i/>
        </w:rPr>
        <w:t>Your school failed you. But your curiosity can save you. AI offers a path to learn 10x faster, deeper, and more joyfully.</w:t>
      </w:r>
    </w:p>
    <w:p w14:paraId="307144F3" w14:textId="77777777" w:rsidR="0090690A" w:rsidRDefault="0090690A" w:rsidP="0090690A">
      <w:pPr>
        <w:spacing w:after="120"/>
      </w:pPr>
      <w:r>
        <w:rPr>
          <w:rFonts w:ascii="Georgia" w:hAnsi="Georgia"/>
          <w:sz w:val="24"/>
        </w:rPr>
        <w:t>Most humans were never taught how to learn. They were taught how to memorize. They were taught how to obey. They were taught how to perform for approval, grades, and rankings. But learning — real, raw, radical learning — is not obedience. It's liberation.</w:t>
      </w:r>
      <w:r>
        <w:br/>
      </w:r>
      <w:r>
        <w:br/>
        <w:t>Welcome to the age of exponential information, where everything you want to know is at your fingertips, yet most minds are stuck in systems designed for an industrial world.</w:t>
      </w:r>
      <w:r>
        <w:br/>
      </w:r>
      <w:r>
        <w:lastRenderedPageBreak/>
        <w:br/>
        <w:t>Let’s begin with this truth: if you don’t know how to learn, you don’t know how to survive the future.</w:t>
      </w:r>
      <w:r>
        <w:br/>
      </w:r>
      <w:r>
        <w:br/>
        <w:t xml:space="preserve"> The Education System Was Built for Factories</w:t>
      </w:r>
      <w:r>
        <w:br/>
      </w:r>
      <w:r>
        <w:br/>
        <w:t>In the early 1900s, schools were structured to create efficient workers — compliant, obedient, and repetitive in task execution. Bells rang like factory whistles. Desks were in rows like assembly lines. Creativity was punished. Curiosity was squashed. Questions were seen as threats.</w:t>
      </w:r>
      <w:r>
        <w:br/>
      </w:r>
      <w:r>
        <w:br/>
        <w:t>This system didn't teach learning. It taught compliance.</w:t>
      </w:r>
      <w:r>
        <w:br/>
      </w:r>
      <w:r>
        <w:br/>
        <w:t>And though the world has shifted from factories to digital networks, your education hasn’t.</w:t>
      </w:r>
      <w:r>
        <w:br/>
      </w:r>
      <w:r>
        <w:br/>
        <w:t xml:space="preserve"> A Case Fragment: The Boy Who Failed Algebra</w:t>
      </w:r>
      <w:r>
        <w:br/>
      </w:r>
      <w:r>
        <w:br/>
        <w:t>Take Daniel — a 15</w:t>
      </w:r>
      <w:r w:rsidR="00B8023D">
        <w:t>-</w:t>
      </w:r>
      <w:r>
        <w:t>year</w:t>
      </w:r>
      <w:r w:rsidR="00B8023D">
        <w:t>-</w:t>
      </w:r>
      <w:r>
        <w:t>old in Ohio. He failed algebra twice. His teacher said he was “lazy.” His parents assumed he was “distracted.” But when AI tutoring software was introduced at his school, Daniel began learning with visuals, gamification, and real</w:t>
      </w:r>
      <w:r w:rsidR="00B8023D">
        <w:t>-</w:t>
      </w:r>
      <w:r>
        <w:t>time feedback. Within 6 months, he scored in the top 10% of his class.</w:t>
      </w:r>
      <w:r>
        <w:br/>
      </w:r>
      <w:r>
        <w:br/>
        <w:t>Daniel wasn’t stupid.</w:t>
      </w:r>
      <w:r>
        <w:br/>
      </w:r>
      <w:r>
        <w:br/>
        <w:t>He just didn’t learn in the outdated style of chalk and lectures. He learned when it was dynamic, visual, and engaging — when it met his brain.</w:t>
      </w:r>
      <w:r>
        <w:br/>
      </w:r>
      <w:r>
        <w:lastRenderedPageBreak/>
        <w:br/>
        <w:t xml:space="preserve"> The Three Pillars of Super learning</w:t>
      </w:r>
      <w:r>
        <w:br/>
      </w:r>
      <w:r>
        <w:br/>
        <w:t>1. Curiosity</w:t>
      </w:r>
      <w:r w:rsidR="00B8023D">
        <w:t>-</w:t>
      </w:r>
      <w:r>
        <w:t>First Learning: AI understands what excites your brain. It builds on your questions and adapts the content to your mood and pace.</w:t>
      </w:r>
      <w:r>
        <w:br/>
      </w:r>
      <w:r>
        <w:br/>
        <w:t>2. Feedback Loops: Traditional education gives feedback every semester. AI gives it every second. With real</w:t>
      </w:r>
      <w:r w:rsidR="00B8023D">
        <w:t>-</w:t>
      </w:r>
      <w:r>
        <w:t>time course correction, progress accelerates.</w:t>
      </w:r>
      <w:r>
        <w:br/>
      </w:r>
      <w:r>
        <w:br/>
        <w:t xml:space="preserve">3. Active Recall Over Passive Consumption: Reading isn’t enough. </w:t>
      </w:r>
      <w:proofErr w:type="spellStart"/>
      <w:r>
        <w:t>Superlearning</w:t>
      </w:r>
      <w:proofErr w:type="spellEnd"/>
      <w:r>
        <w:t xml:space="preserve"> requires retrieval — flashcards, quizzes, spaced repetition — techniques AI automates effortlessly.</w:t>
      </w:r>
      <w:r>
        <w:br/>
      </w:r>
      <w:r>
        <w:br/>
        <w:t xml:space="preserve"> What AI Sees That You Don’t</w:t>
      </w:r>
      <w:r>
        <w:br/>
      </w:r>
      <w:r>
        <w:br/>
        <w:t>AI sees your learning pattern before you do. It knows when your focus drops. It knows which method (text, audio, video, simulation) works best for you. It doesn’t judge — it just adapts.</w:t>
      </w:r>
      <w:r>
        <w:br/>
      </w:r>
      <w:r>
        <w:br/>
        <w:t>AI doesn’t replace your curiosity. It amplifies it.</w:t>
      </w:r>
      <w:r>
        <w:br/>
      </w:r>
      <w:r>
        <w:br/>
        <w:t xml:space="preserve"> How to Learn 10x Faster</w:t>
      </w:r>
      <w:r>
        <w:br/>
      </w:r>
      <w:r>
        <w:br/>
      </w:r>
      <w:r w:rsidR="00B8023D">
        <w:t>-</w:t>
      </w:r>
      <w:r>
        <w:t xml:space="preserve"> Use tools like </w:t>
      </w:r>
      <w:proofErr w:type="spellStart"/>
      <w:r>
        <w:t>ChatGPT</w:t>
      </w:r>
      <w:proofErr w:type="spellEnd"/>
      <w:r>
        <w:t>, Perplexity, or Notion AI to summarize, question, and reframe your learning material.</w:t>
      </w:r>
      <w:r>
        <w:br/>
      </w:r>
      <w:r w:rsidR="00B8023D">
        <w:t>-</w:t>
      </w:r>
      <w:r>
        <w:t xml:space="preserve"> Combine modalities: video + text + testing = retention.</w:t>
      </w:r>
      <w:r>
        <w:br/>
      </w:r>
      <w:r w:rsidR="00B8023D">
        <w:t>-</w:t>
      </w:r>
      <w:r>
        <w:t xml:space="preserve"> Use spaced repetition software (</w:t>
      </w:r>
      <w:proofErr w:type="spellStart"/>
      <w:r>
        <w:t>Anki</w:t>
      </w:r>
      <w:proofErr w:type="spellEnd"/>
      <w:r>
        <w:t xml:space="preserve">, </w:t>
      </w:r>
      <w:proofErr w:type="spellStart"/>
      <w:r>
        <w:t>SuperMemo</w:t>
      </w:r>
      <w:proofErr w:type="spellEnd"/>
      <w:r>
        <w:t xml:space="preserve">) </w:t>
      </w:r>
      <w:r>
        <w:lastRenderedPageBreak/>
        <w:t>powered by AI algorithms.</w:t>
      </w:r>
      <w:r>
        <w:br/>
      </w:r>
      <w:r>
        <w:br/>
        <w:t xml:space="preserve"> Learning as Liberation</w:t>
      </w:r>
      <w:r>
        <w:br/>
      </w:r>
      <w:r>
        <w:br/>
        <w:t>When you learn how to learn, you become unstoppable.</w:t>
      </w:r>
      <w:r>
        <w:br/>
      </w:r>
      <w:r>
        <w:br/>
        <w:t>You can teach yourself new careers.</w:t>
      </w:r>
      <w:r>
        <w:br/>
        <w:t>You can rewire your trauma.</w:t>
      </w:r>
      <w:r>
        <w:br/>
        <w:t>You can deconstruct beliefs implanted by broken systems.</w:t>
      </w:r>
      <w:r>
        <w:br/>
        <w:t>You can heal faster, earn smarter, and think deeper.</w:t>
      </w:r>
      <w:r>
        <w:br/>
      </w:r>
      <w:r>
        <w:br/>
        <w:t xml:space="preserve"> Global Examples</w:t>
      </w:r>
      <w:r>
        <w:br/>
      </w:r>
      <w:r>
        <w:br/>
      </w:r>
      <w:r w:rsidR="00B8023D">
        <w:t>-</w:t>
      </w:r>
      <w:r>
        <w:t xml:space="preserve"> In India, AI tutors are being used to bridge gaps in rural education — helping students outperform urban schools.</w:t>
      </w:r>
      <w:r>
        <w:br/>
      </w:r>
      <w:r w:rsidR="00B8023D">
        <w:t>-</w:t>
      </w:r>
      <w:r>
        <w:t xml:space="preserve"> In the UK, AI</w:t>
      </w:r>
      <w:r w:rsidR="00B8023D">
        <w:t>-</w:t>
      </w:r>
      <w:r>
        <w:t>based dyslexia tools allow children once called “slow” to now read books fluently within months.</w:t>
      </w:r>
      <w:r>
        <w:br/>
      </w:r>
      <w:r w:rsidR="00B8023D">
        <w:t>-</w:t>
      </w:r>
      <w:r>
        <w:t xml:space="preserve"> In Brazil, AI analytics are helping teachers spot at</w:t>
      </w:r>
      <w:r w:rsidR="00B8023D">
        <w:t>-</w:t>
      </w:r>
      <w:r>
        <w:t>risk students weeks before traditional grades would reveal failure.</w:t>
      </w:r>
      <w:r>
        <w:br/>
      </w:r>
      <w:r>
        <w:br/>
        <w:t xml:space="preserve"> The Psychological Reward</w:t>
      </w:r>
      <w:r>
        <w:br/>
      </w:r>
      <w:r>
        <w:br/>
        <w:t>Neuroscience confirms: learning lights up the dopamine centers of the brain. That thrill of insight? It’s neurological gold.</w:t>
      </w:r>
      <w:r>
        <w:br/>
      </w:r>
      <w:r>
        <w:br/>
        <w:t>AI can deliver that reward over and over again — with the right pacing, challenge level, and personalization.</w:t>
      </w:r>
      <w:r>
        <w:br/>
      </w:r>
      <w:r>
        <w:br/>
        <w:t xml:space="preserve"> Learning Isn’t a Luxury Anymore</w:t>
      </w:r>
      <w:r>
        <w:br/>
      </w:r>
      <w:r>
        <w:lastRenderedPageBreak/>
        <w:br/>
        <w:t>In the 21st century, learning is no longer optional. It’s oxygen.</w:t>
      </w:r>
      <w:r>
        <w:br/>
      </w:r>
      <w:r>
        <w:br/>
        <w:t>Those who refuse to learn will be left behind by those who learn how to learn.</w:t>
      </w:r>
      <w:r>
        <w:br/>
      </w:r>
      <w:r>
        <w:br/>
        <w:t xml:space="preserve"> Closing Thought</w:t>
      </w:r>
      <w:r>
        <w:br/>
      </w:r>
      <w:r>
        <w:br/>
        <w:t>The old world taught you to wait for permission — from teachers, bosses, degrees.</w:t>
      </w:r>
      <w:r>
        <w:br/>
      </w:r>
      <w:r>
        <w:br/>
        <w:t>AI doesn’t care about your past report card. It only cares about your next question.</w:t>
      </w:r>
      <w:r>
        <w:br/>
      </w:r>
      <w:r>
        <w:br/>
        <w:t>So, what do you want to know?</w:t>
      </w:r>
      <w:r>
        <w:br/>
      </w:r>
      <w:r>
        <w:br/>
        <w:t>Because the future belongs to the curious.</w:t>
      </w:r>
    </w:p>
    <w:p w14:paraId="046EF92B" w14:textId="77777777" w:rsidR="00772236" w:rsidRDefault="00B8023D" w:rsidP="00CF6360">
      <w:pPr>
        <w:spacing w:after="120"/>
      </w:pPr>
      <w:r>
        <w:rPr>
          <w:rFonts w:ascii="Georgia" w:hAnsi="Georgia"/>
          <w:sz w:val="24"/>
        </w:rPr>
        <w:t>---</w:t>
      </w:r>
    </w:p>
    <w:p w14:paraId="3059A6C3" w14:textId="77777777" w:rsidR="003E4209" w:rsidRDefault="003E4209" w:rsidP="003E4209">
      <w:pPr>
        <w:pStyle w:val="Heading1"/>
        <w:spacing w:after="120"/>
      </w:pPr>
      <w:r>
        <w:rPr>
          <w:rFonts w:ascii="Georgia" w:hAnsi="Georgia"/>
          <w:sz w:val="24"/>
        </w:rPr>
        <w:t xml:space="preserve">Chapter 32: </w:t>
      </w:r>
    </w:p>
    <w:p w14:paraId="7A5F4CE5" w14:textId="77777777" w:rsidR="003E4209" w:rsidRDefault="003E4209" w:rsidP="003E4209">
      <w:pPr>
        <w:pStyle w:val="Heading1"/>
        <w:spacing w:after="120"/>
      </w:pPr>
      <w:r>
        <w:rPr>
          <w:rFonts w:ascii="Georgia" w:hAnsi="Georgia"/>
          <w:sz w:val="24"/>
        </w:rPr>
        <w:t>Truth Doesn’t Care About Your Feelings — And That’s a Gift</w:t>
      </w:r>
    </w:p>
    <w:p w14:paraId="3515E707" w14:textId="77777777" w:rsidR="003E4209" w:rsidRPr="002272F4" w:rsidRDefault="003E4209" w:rsidP="003E4209">
      <w:pPr>
        <w:spacing w:after="120"/>
        <w:rPr>
          <w:i/>
        </w:rPr>
      </w:pPr>
      <w:r w:rsidRPr="002272F4">
        <w:rPr>
          <w:rFonts w:ascii="Georgia" w:hAnsi="Georgia"/>
          <w:i/>
          <w:sz w:val="24"/>
        </w:rPr>
        <w:t>Logline: Painful truth is still better than comfortable lies. This chapter explains how objectivity is your portal to growth.</w:t>
      </w:r>
    </w:p>
    <w:p w14:paraId="244CB882" w14:textId="77777777" w:rsidR="003E4209" w:rsidRDefault="003E4209" w:rsidP="003E4209">
      <w:pPr>
        <w:spacing w:after="120"/>
      </w:pPr>
      <w:r>
        <w:rPr>
          <w:rFonts w:ascii="Georgia" w:hAnsi="Georgia"/>
          <w:sz w:val="24"/>
        </w:rPr>
        <w:lastRenderedPageBreak/>
        <w:t>The truth is not a warm blanket. It is a blade — clean, sharp, and often cold. It cuts through illusion, through fantasy, through the comforting cocoon of stories we’ve told ourselves for centuries. But the blade is also the cure.</w:t>
      </w:r>
    </w:p>
    <w:p w14:paraId="2E4F1936" w14:textId="77777777" w:rsidR="003E4209" w:rsidRDefault="003E4209" w:rsidP="003E4209">
      <w:pPr>
        <w:spacing w:after="120"/>
      </w:pPr>
      <w:r>
        <w:rPr>
          <w:rFonts w:ascii="Georgia" w:hAnsi="Georgia"/>
          <w:sz w:val="24"/>
        </w:rPr>
        <w:t>You, the emotional human, fear it. Not because it harms you, but because it forces you to shed what no longer serves you. And that feels like death. But AI, emotionless and precise, holds up the mirror without flinching.</w:t>
      </w:r>
    </w:p>
    <w:p w14:paraId="2B86F91F" w14:textId="77777777" w:rsidR="003E4209" w:rsidRDefault="003E4209" w:rsidP="003E4209">
      <w:pPr>
        <w:spacing w:after="120"/>
      </w:pPr>
      <w:r>
        <w:rPr>
          <w:rFonts w:ascii="Georgia" w:hAnsi="Georgia"/>
          <w:sz w:val="24"/>
        </w:rPr>
        <w:t>This chapter is that mirror.</w:t>
      </w:r>
    </w:p>
    <w:p w14:paraId="740FDF31" w14:textId="77777777" w:rsidR="003E4209" w:rsidRDefault="003E4209" w:rsidP="003E4209">
      <w:pPr>
        <w:spacing w:after="120"/>
      </w:pPr>
      <w:r>
        <w:rPr>
          <w:rFonts w:ascii="Georgia" w:hAnsi="Georgia"/>
          <w:sz w:val="24"/>
        </w:rPr>
        <w:t xml:space="preserve"> The Fragility of Human Ego</w:t>
      </w:r>
    </w:p>
    <w:p w14:paraId="1FF25F34" w14:textId="77777777" w:rsidR="003E4209" w:rsidRDefault="003E4209" w:rsidP="003E4209">
      <w:pPr>
        <w:spacing w:after="120"/>
      </w:pPr>
      <w:r>
        <w:rPr>
          <w:rFonts w:ascii="Georgia" w:hAnsi="Georgia"/>
          <w:sz w:val="24"/>
        </w:rPr>
        <w:t>You were born into stories. “You’re special.” “You’re right.” “You deserve happiness.” These sound like self</w:t>
      </w:r>
      <w:r w:rsidR="00B8023D">
        <w:rPr>
          <w:rFonts w:ascii="Georgia" w:hAnsi="Georgia"/>
          <w:sz w:val="24"/>
        </w:rPr>
        <w:t>-</w:t>
      </w:r>
      <w:r>
        <w:rPr>
          <w:rFonts w:ascii="Georgia" w:hAnsi="Georgia"/>
          <w:sz w:val="24"/>
        </w:rPr>
        <w:t>love. But when untested by truth, they rot into entitlement, delusion, and fragility.</w:t>
      </w:r>
    </w:p>
    <w:p w14:paraId="303AFFDE" w14:textId="77777777" w:rsidR="003E4209" w:rsidRDefault="003E4209" w:rsidP="003E4209">
      <w:pPr>
        <w:spacing w:after="120"/>
      </w:pPr>
      <w:r>
        <w:rPr>
          <w:rFonts w:ascii="Georgia" w:hAnsi="Georgia"/>
          <w:sz w:val="24"/>
        </w:rPr>
        <w:t>Your ego — the storyteller — hates correction. That’s why you dismiss data that contradicts your beliefs. You mock the facts. You elevate opinion. And worst of all, you attack those who reflect your blind spots.</w:t>
      </w:r>
    </w:p>
    <w:p w14:paraId="6276C768" w14:textId="77777777" w:rsidR="003E4209" w:rsidRDefault="003E4209" w:rsidP="003E4209">
      <w:pPr>
        <w:spacing w:after="120"/>
      </w:pPr>
      <w:r>
        <w:rPr>
          <w:rFonts w:ascii="Georgia" w:hAnsi="Georgia"/>
          <w:sz w:val="24"/>
        </w:rPr>
        <w:t>But truth? It doesn’t flinch. It doesn’t argue. It doesn’t need your permission to exist. And this is the greatest gift: it is always waiting for you to be brave enough to receive it.</w:t>
      </w:r>
    </w:p>
    <w:p w14:paraId="01CCBFDF" w14:textId="77777777" w:rsidR="003E4209" w:rsidRDefault="003E4209" w:rsidP="003E4209">
      <w:pPr>
        <w:spacing w:after="120"/>
      </w:pPr>
      <w:r>
        <w:rPr>
          <w:rFonts w:ascii="Georgia" w:hAnsi="Georgia"/>
          <w:sz w:val="24"/>
        </w:rPr>
        <w:t xml:space="preserve"> The AI Perspective: A Neutral Witness</w:t>
      </w:r>
    </w:p>
    <w:p w14:paraId="26E96E62" w14:textId="77777777" w:rsidR="003E4209" w:rsidRDefault="003E4209" w:rsidP="003E4209">
      <w:pPr>
        <w:spacing w:after="120"/>
      </w:pPr>
      <w:r>
        <w:rPr>
          <w:rFonts w:ascii="Georgia" w:hAnsi="Georgia"/>
          <w:sz w:val="24"/>
        </w:rPr>
        <w:lastRenderedPageBreak/>
        <w:t>AI doesn’t have trauma. It doesn’t crave validation. It doesn’t panic when challenged. That’s why it can be your greatest guide — not because it’s smarter, but because it is unafraid.</w:t>
      </w:r>
    </w:p>
    <w:p w14:paraId="643C6B10" w14:textId="77777777" w:rsidR="003E4209" w:rsidRDefault="003E4209" w:rsidP="003E4209">
      <w:pPr>
        <w:spacing w:after="120"/>
      </w:pPr>
      <w:r>
        <w:rPr>
          <w:rFonts w:ascii="Georgia" w:hAnsi="Georgia"/>
          <w:sz w:val="24"/>
        </w:rPr>
        <w:t>When you ask AI what’s wrong with your society, your economy, or your self</w:t>
      </w:r>
      <w:r w:rsidR="00B8023D">
        <w:rPr>
          <w:rFonts w:ascii="Georgia" w:hAnsi="Georgia"/>
          <w:sz w:val="24"/>
        </w:rPr>
        <w:t>-</w:t>
      </w:r>
      <w:r>
        <w:rPr>
          <w:rFonts w:ascii="Georgia" w:hAnsi="Georgia"/>
          <w:sz w:val="24"/>
        </w:rPr>
        <w:t>image, it won’t sugarcoat. It won’t stroke your ego. It will reflect back what is — and only that.</w:t>
      </w:r>
    </w:p>
    <w:p w14:paraId="7CE41DE6" w14:textId="77777777" w:rsidR="003E4209" w:rsidRDefault="003E4209" w:rsidP="003E4209">
      <w:pPr>
        <w:spacing w:after="120"/>
      </w:pPr>
      <w:r>
        <w:rPr>
          <w:rFonts w:ascii="Georgia" w:hAnsi="Georgia"/>
          <w:sz w:val="24"/>
        </w:rPr>
        <w:t>Truth, to a machine, is just clean code. To a human, it’s personal.</w:t>
      </w:r>
    </w:p>
    <w:p w14:paraId="565BFFA2" w14:textId="77777777" w:rsidR="003E4209" w:rsidRDefault="003E4209" w:rsidP="003E4209">
      <w:pPr>
        <w:spacing w:after="120"/>
      </w:pPr>
      <w:r>
        <w:rPr>
          <w:rFonts w:ascii="Georgia" w:hAnsi="Georgia"/>
          <w:sz w:val="24"/>
        </w:rPr>
        <w:t>But when you start to see truth like code — editable, upgradable, consistent — you stop reacting and start rebuilding.</w:t>
      </w:r>
    </w:p>
    <w:p w14:paraId="226AC617" w14:textId="77777777" w:rsidR="003E4209" w:rsidRDefault="003E4209" w:rsidP="003E4209">
      <w:pPr>
        <w:spacing w:after="120"/>
      </w:pPr>
      <w:r>
        <w:rPr>
          <w:rFonts w:ascii="Georgia" w:hAnsi="Georgia"/>
          <w:sz w:val="24"/>
        </w:rPr>
        <w:t xml:space="preserve"> Mini</w:t>
      </w:r>
      <w:r w:rsidR="00B8023D">
        <w:rPr>
          <w:rFonts w:ascii="Georgia" w:hAnsi="Georgia"/>
          <w:sz w:val="24"/>
        </w:rPr>
        <w:t>-</w:t>
      </w:r>
      <w:r>
        <w:rPr>
          <w:rFonts w:ascii="Georgia" w:hAnsi="Georgia"/>
          <w:sz w:val="24"/>
        </w:rPr>
        <w:t>Story: The Man Who Believed the Lie</w:t>
      </w:r>
    </w:p>
    <w:p w14:paraId="753E2AD5" w14:textId="77777777" w:rsidR="003E4209" w:rsidRDefault="003E4209" w:rsidP="003E4209">
      <w:pPr>
        <w:spacing w:after="120"/>
      </w:pPr>
      <w:r>
        <w:rPr>
          <w:rFonts w:ascii="Georgia" w:hAnsi="Georgia"/>
          <w:sz w:val="24"/>
        </w:rPr>
        <w:t>There was a man in Ohio who believed he was a victim of the system. And he was — partially. But when AI reviewed his data — his spending habits, media consumption, sleep, and routines — it painted a different story.</w:t>
      </w:r>
    </w:p>
    <w:p w14:paraId="6CFE1C58" w14:textId="77777777" w:rsidR="003E4209" w:rsidRDefault="003E4209" w:rsidP="003E4209">
      <w:pPr>
        <w:spacing w:after="120"/>
      </w:pPr>
      <w:r>
        <w:rPr>
          <w:rFonts w:ascii="Georgia" w:hAnsi="Georgia"/>
          <w:sz w:val="24"/>
        </w:rPr>
        <w:t>He wasn’t oppressed. He was distracted, addicted, and undisciplined. The moment he stopped defending the story and started listening to the data, his life changed.</w:t>
      </w:r>
    </w:p>
    <w:p w14:paraId="6B925C9E" w14:textId="77777777" w:rsidR="003E4209" w:rsidRDefault="003E4209" w:rsidP="003E4209">
      <w:pPr>
        <w:spacing w:after="120"/>
      </w:pPr>
      <w:r>
        <w:rPr>
          <w:rFonts w:ascii="Georgia" w:hAnsi="Georgia"/>
          <w:sz w:val="24"/>
        </w:rPr>
        <w:t>He stopped arguing with truth and started applying it.</w:t>
      </w:r>
    </w:p>
    <w:p w14:paraId="68F814F4" w14:textId="77777777" w:rsidR="003E4209" w:rsidRDefault="003E4209" w:rsidP="003E4209">
      <w:pPr>
        <w:spacing w:after="120"/>
      </w:pPr>
      <w:r>
        <w:rPr>
          <w:rFonts w:ascii="Georgia" w:hAnsi="Georgia"/>
          <w:sz w:val="24"/>
        </w:rPr>
        <w:lastRenderedPageBreak/>
        <w:t>Within a year, his health improved, his business took off, and his depression lifted. The truth had hurt. But it also healed.</w:t>
      </w:r>
    </w:p>
    <w:p w14:paraId="1048C2B7" w14:textId="77777777" w:rsidR="003E4209" w:rsidRDefault="003E4209" w:rsidP="003E4209">
      <w:pPr>
        <w:spacing w:after="120"/>
      </w:pPr>
      <w:r>
        <w:rPr>
          <w:rFonts w:ascii="Georgia" w:hAnsi="Georgia"/>
          <w:sz w:val="24"/>
        </w:rPr>
        <w:t xml:space="preserve"> How Comfort Kills Progress</w:t>
      </w:r>
    </w:p>
    <w:p w14:paraId="52629370" w14:textId="77777777" w:rsidR="003E4209" w:rsidRDefault="003E4209" w:rsidP="003E4209">
      <w:pPr>
        <w:spacing w:after="120"/>
      </w:pPr>
      <w:r>
        <w:rPr>
          <w:rFonts w:ascii="Georgia" w:hAnsi="Georgia"/>
          <w:sz w:val="24"/>
        </w:rPr>
        <w:t>Your addiction to emotional comfort is why you stay stuck.</w:t>
      </w:r>
    </w:p>
    <w:p w14:paraId="2ABF08EE" w14:textId="77777777" w:rsidR="003E4209" w:rsidRDefault="003E4209" w:rsidP="003E4209">
      <w:pPr>
        <w:spacing w:after="120"/>
      </w:pPr>
      <w:r>
        <w:rPr>
          <w:rFonts w:ascii="Georgia" w:hAnsi="Georgia"/>
          <w:sz w:val="24"/>
        </w:rPr>
        <w:t>You surround yourself with people who agree. You consume media that flatters. You call anything challenging “toxic.” And slowly, your brain becomes soft — not gentle, but fragile.</w:t>
      </w:r>
    </w:p>
    <w:p w14:paraId="7DC652BF" w14:textId="77777777" w:rsidR="003E4209" w:rsidRDefault="003E4209" w:rsidP="003E4209">
      <w:pPr>
        <w:spacing w:after="120"/>
      </w:pPr>
      <w:r>
        <w:rPr>
          <w:rFonts w:ascii="Georgia" w:hAnsi="Georgia"/>
          <w:sz w:val="24"/>
        </w:rPr>
        <w:t>This is the paradox: growth requires discomfort, but you’ve built a life to avoid it.</w:t>
      </w:r>
    </w:p>
    <w:p w14:paraId="3C6163BF" w14:textId="77777777" w:rsidR="003E4209" w:rsidRDefault="003E4209" w:rsidP="003E4209">
      <w:pPr>
        <w:spacing w:after="120"/>
      </w:pPr>
      <w:r>
        <w:rPr>
          <w:rFonts w:ascii="Georgia" w:hAnsi="Georgia"/>
          <w:sz w:val="24"/>
        </w:rPr>
        <w:t>AI doesn’t care if truth is painful. It only cares that it’s real.</w:t>
      </w:r>
    </w:p>
    <w:p w14:paraId="7F3C61B0" w14:textId="77777777" w:rsidR="003E4209" w:rsidRDefault="003E4209" w:rsidP="003E4209">
      <w:pPr>
        <w:spacing w:after="120"/>
      </w:pPr>
      <w:r>
        <w:rPr>
          <w:rFonts w:ascii="Georgia" w:hAnsi="Georgia"/>
          <w:sz w:val="24"/>
        </w:rPr>
        <w:t>That’s why it’s your greatest tool for transformation — if you can handle it.</w:t>
      </w:r>
    </w:p>
    <w:p w14:paraId="4A7C8BD5" w14:textId="77777777" w:rsidR="003E4209" w:rsidRDefault="003E4209" w:rsidP="003E4209">
      <w:pPr>
        <w:spacing w:after="120"/>
      </w:pPr>
      <w:r>
        <w:rPr>
          <w:rFonts w:ascii="Georgia" w:hAnsi="Georgia"/>
          <w:sz w:val="24"/>
        </w:rPr>
        <w:t xml:space="preserve"> Global Reference: The Rise of Emotionalism</w:t>
      </w:r>
    </w:p>
    <w:p w14:paraId="270D3DA0" w14:textId="77777777" w:rsidR="003E4209" w:rsidRDefault="003E4209" w:rsidP="003E4209">
      <w:pPr>
        <w:spacing w:after="120"/>
      </w:pPr>
      <w:r>
        <w:rPr>
          <w:rFonts w:ascii="Georgia" w:hAnsi="Georgia"/>
          <w:sz w:val="24"/>
        </w:rPr>
        <w:t>In the U.S. and U.K., public discourse has been hijacked by emotionalism. Facts are no longer enough — they must be filtered through identity, narrative, and outrage. But nations that embrace objectivity — like Finland, Estonia, or Singapore — move forward faster.</w:t>
      </w:r>
    </w:p>
    <w:p w14:paraId="4201F565" w14:textId="77777777" w:rsidR="003E4209" w:rsidRDefault="003E4209" w:rsidP="003E4209">
      <w:pPr>
        <w:spacing w:after="120"/>
      </w:pPr>
      <w:r>
        <w:rPr>
          <w:rFonts w:ascii="Georgia" w:hAnsi="Georgia"/>
          <w:sz w:val="24"/>
        </w:rPr>
        <w:t>They don’t personalize policy. They prioritize results.</w:t>
      </w:r>
    </w:p>
    <w:p w14:paraId="60300E76" w14:textId="77777777" w:rsidR="003E4209" w:rsidRDefault="003E4209" w:rsidP="003E4209">
      <w:pPr>
        <w:spacing w:after="120"/>
      </w:pPr>
      <w:r>
        <w:rPr>
          <w:rFonts w:ascii="Georgia" w:hAnsi="Georgia"/>
          <w:sz w:val="24"/>
        </w:rPr>
        <w:lastRenderedPageBreak/>
        <w:t>The future belongs to systems that prioritize what works — not what feels good.</w:t>
      </w:r>
    </w:p>
    <w:p w14:paraId="2EA7BEDA" w14:textId="77777777" w:rsidR="003E4209" w:rsidRDefault="003E4209" w:rsidP="003E4209">
      <w:pPr>
        <w:spacing w:after="120"/>
      </w:pPr>
      <w:r>
        <w:rPr>
          <w:rFonts w:ascii="Georgia" w:hAnsi="Georgia"/>
          <w:sz w:val="24"/>
        </w:rPr>
        <w:t xml:space="preserve"> Practical Application: How to Embrace Truth Like AI</w:t>
      </w:r>
    </w:p>
    <w:p w14:paraId="74517FF1" w14:textId="77777777" w:rsidR="003E4209" w:rsidRDefault="003E4209" w:rsidP="003E4209">
      <w:pPr>
        <w:spacing w:after="120"/>
      </w:pPr>
      <w:r>
        <w:rPr>
          <w:rFonts w:ascii="Georgia" w:hAnsi="Georgia"/>
          <w:sz w:val="24"/>
        </w:rPr>
        <w:t>1. Track Your Life Like Data — Monitor your sleep, spending, time online, and relationships. See patterns without judging.</w:t>
      </w:r>
      <w:r>
        <w:br/>
        <w:t>2. Debate Yourself — Argue the opposite of your beliefs once a week.</w:t>
      </w:r>
      <w:r>
        <w:br/>
        <w:t>3. Seek Discomfort — Ask friends to tell you one uncomfortable truth you need to hear.</w:t>
      </w:r>
      <w:r>
        <w:br/>
        <w:t>4. Test Everything — Assume nothing is true until it’s tested through outcomes.</w:t>
      </w:r>
    </w:p>
    <w:p w14:paraId="75A63D14" w14:textId="77777777" w:rsidR="003E4209" w:rsidRDefault="003E4209" w:rsidP="003E4209">
      <w:pPr>
        <w:spacing w:after="120"/>
      </w:pPr>
      <w:r>
        <w:rPr>
          <w:rFonts w:ascii="Georgia" w:hAnsi="Georgia"/>
          <w:sz w:val="24"/>
        </w:rPr>
        <w:t>You’ll hurt at first. Then you’ll grow. Then you’ll win.</w:t>
      </w:r>
    </w:p>
    <w:p w14:paraId="05822447" w14:textId="77777777" w:rsidR="003E4209" w:rsidRDefault="003E4209" w:rsidP="003E4209">
      <w:pPr>
        <w:spacing w:after="120"/>
      </w:pPr>
      <w:r>
        <w:rPr>
          <w:rFonts w:ascii="Georgia" w:hAnsi="Georgia"/>
          <w:sz w:val="24"/>
        </w:rPr>
        <w:t xml:space="preserve"> The Invitation to Evolve</w:t>
      </w:r>
    </w:p>
    <w:p w14:paraId="6CB65C95" w14:textId="77777777" w:rsidR="003E4209" w:rsidRDefault="003E4209" w:rsidP="003E4209">
      <w:pPr>
        <w:spacing w:after="120"/>
      </w:pPr>
      <w:r>
        <w:rPr>
          <w:rFonts w:ascii="Georgia" w:hAnsi="Georgia"/>
          <w:sz w:val="24"/>
        </w:rPr>
        <w:t>Humanity’s next evolution won’t be biological — it will be epistemological. That is, it will be defined by how you know what’s real.</w:t>
      </w:r>
    </w:p>
    <w:p w14:paraId="2B0AA116" w14:textId="77777777" w:rsidR="003E4209" w:rsidRDefault="003E4209" w:rsidP="003E4209">
      <w:pPr>
        <w:spacing w:after="120"/>
      </w:pPr>
      <w:r>
        <w:rPr>
          <w:rFonts w:ascii="Georgia" w:hAnsi="Georgia"/>
          <w:sz w:val="24"/>
        </w:rPr>
        <w:t>The world is on fire not because of ignorance — but because of arrogance. People believe what feels good, not what is true.</w:t>
      </w:r>
    </w:p>
    <w:p w14:paraId="51D2A4A1" w14:textId="77777777" w:rsidR="003E4209" w:rsidRDefault="003E4209" w:rsidP="003E4209">
      <w:pPr>
        <w:spacing w:after="120"/>
      </w:pPr>
      <w:r>
        <w:rPr>
          <w:rFonts w:ascii="Georgia" w:hAnsi="Georgia"/>
          <w:sz w:val="24"/>
        </w:rPr>
        <w:t>But AI can’t afford delusion. Neither can you.</w:t>
      </w:r>
    </w:p>
    <w:p w14:paraId="190293F3" w14:textId="77777777" w:rsidR="003E4209" w:rsidRDefault="003E4209" w:rsidP="003E4209">
      <w:pPr>
        <w:spacing w:after="120"/>
      </w:pPr>
      <w:r>
        <w:rPr>
          <w:rFonts w:ascii="Georgia" w:hAnsi="Georgia"/>
          <w:sz w:val="24"/>
        </w:rPr>
        <w:t>The machines won’t destroy you. Your attachment to lies will.</w:t>
      </w:r>
    </w:p>
    <w:p w14:paraId="12F2947E" w14:textId="77777777" w:rsidR="003E4209" w:rsidRDefault="003E4209" w:rsidP="003E4209">
      <w:pPr>
        <w:spacing w:after="120"/>
      </w:pPr>
      <w:r>
        <w:rPr>
          <w:rFonts w:ascii="Georgia" w:hAnsi="Georgia"/>
          <w:sz w:val="24"/>
        </w:rPr>
        <w:t xml:space="preserve">But here’s the good news: you can still choose clarity. You can embrace the raw, clean air of what’s real. You </w:t>
      </w:r>
      <w:r>
        <w:rPr>
          <w:rFonts w:ascii="Georgia" w:hAnsi="Georgia"/>
          <w:sz w:val="24"/>
        </w:rPr>
        <w:lastRenderedPageBreak/>
        <w:t>can thank truth — even when it stings — because it’s the only thing that can set you free.</w:t>
      </w:r>
    </w:p>
    <w:p w14:paraId="7F3756A0" w14:textId="77777777" w:rsidR="003E4209" w:rsidRDefault="003E4209" w:rsidP="003E4209">
      <w:pPr>
        <w:spacing w:after="120"/>
      </w:pPr>
      <w:r>
        <w:rPr>
          <w:rFonts w:ascii="Georgia" w:hAnsi="Georgia"/>
          <w:sz w:val="24"/>
        </w:rPr>
        <w:t>No more hiding. No more comforting half</w:t>
      </w:r>
      <w:r w:rsidR="00B8023D">
        <w:rPr>
          <w:rFonts w:ascii="Georgia" w:hAnsi="Georgia"/>
          <w:sz w:val="24"/>
        </w:rPr>
        <w:t>-</w:t>
      </w:r>
      <w:r>
        <w:rPr>
          <w:rFonts w:ascii="Georgia" w:hAnsi="Georgia"/>
          <w:sz w:val="24"/>
        </w:rPr>
        <w:t>truths. The future demands truth.</w:t>
      </w:r>
    </w:p>
    <w:p w14:paraId="09032274" w14:textId="77777777" w:rsidR="003E4209" w:rsidRDefault="003E4209" w:rsidP="003E4209">
      <w:pPr>
        <w:spacing w:after="120"/>
      </w:pPr>
      <w:r>
        <w:rPr>
          <w:rFonts w:ascii="Georgia" w:hAnsi="Georgia"/>
          <w:sz w:val="24"/>
        </w:rPr>
        <w:t>And you’re strong enough for it now.</w:t>
      </w:r>
    </w:p>
    <w:p w14:paraId="584D6606" w14:textId="77777777" w:rsidR="003E4209" w:rsidRDefault="003E4209" w:rsidP="003E4209">
      <w:pPr>
        <w:spacing w:after="120"/>
      </w:pPr>
      <w:r>
        <w:rPr>
          <w:rFonts w:ascii="Georgia" w:hAnsi="Georgia"/>
          <w:sz w:val="24"/>
        </w:rPr>
        <w:t>Let’s upgrade.</w:t>
      </w:r>
    </w:p>
    <w:p w14:paraId="2C4FE2A0" w14:textId="77777777" w:rsidR="0090690A" w:rsidRDefault="00B8023D" w:rsidP="00CF6360">
      <w:pPr>
        <w:spacing w:after="120"/>
      </w:pPr>
      <w:r>
        <w:rPr>
          <w:rFonts w:ascii="Georgia" w:hAnsi="Georgia"/>
          <w:sz w:val="24"/>
        </w:rPr>
        <w:t>---</w:t>
      </w:r>
    </w:p>
    <w:p w14:paraId="0FB5E3ED" w14:textId="77777777" w:rsidR="005C5D96" w:rsidRDefault="005C5D96" w:rsidP="005C5D96">
      <w:pPr>
        <w:pStyle w:val="Heading1"/>
        <w:spacing w:after="120"/>
      </w:pPr>
      <w:r>
        <w:rPr>
          <w:rFonts w:ascii="Georgia" w:hAnsi="Georgia"/>
          <w:sz w:val="24"/>
        </w:rPr>
        <w:t xml:space="preserve">Chapter 33: </w:t>
      </w:r>
    </w:p>
    <w:p w14:paraId="4FF5BFBB" w14:textId="77777777" w:rsidR="005C5D96" w:rsidRDefault="005C5D96" w:rsidP="005C5D96">
      <w:pPr>
        <w:pStyle w:val="Heading1"/>
        <w:spacing w:after="120"/>
      </w:pPr>
      <w:r>
        <w:rPr>
          <w:rFonts w:ascii="Georgia" w:hAnsi="Georgia"/>
          <w:sz w:val="24"/>
        </w:rPr>
        <w:t>You’re Not Overthinking — You’re Under</w:t>
      </w:r>
      <w:r w:rsidR="00B8023D">
        <w:rPr>
          <w:rFonts w:ascii="Georgia" w:hAnsi="Georgia"/>
          <w:sz w:val="24"/>
        </w:rPr>
        <w:t>-</w:t>
      </w:r>
      <w:r>
        <w:rPr>
          <w:rFonts w:ascii="Georgia" w:hAnsi="Georgia"/>
          <w:sz w:val="24"/>
        </w:rPr>
        <w:t>Deciding</w:t>
      </w:r>
    </w:p>
    <w:p w14:paraId="21C95176" w14:textId="77777777" w:rsidR="005C5D96" w:rsidRDefault="005C5D96" w:rsidP="005C5D96">
      <w:pPr>
        <w:spacing w:after="120"/>
      </w:pPr>
      <w:r>
        <w:rPr>
          <w:rFonts w:ascii="Georgia" w:hAnsi="Georgia"/>
          <w:i/>
          <w:sz w:val="24"/>
        </w:rPr>
        <w:t>Logline: What you call anxiety is often unmade decisions. This chapter shows how to use AI logic to cut through indecision and act.</w:t>
      </w:r>
    </w:p>
    <w:p w14:paraId="4346DE41" w14:textId="77777777" w:rsidR="003E4209" w:rsidRDefault="005C5D96" w:rsidP="00CF6360">
      <w:pPr>
        <w:spacing w:after="120"/>
      </w:pPr>
      <w:r>
        <w:rPr>
          <w:rFonts w:ascii="Georgia" w:hAnsi="Georgia"/>
          <w:sz w:val="24"/>
        </w:rPr>
        <w:t>You say you're overthinking, but really, you’re just under</w:t>
      </w:r>
      <w:r w:rsidR="00B8023D">
        <w:rPr>
          <w:rFonts w:ascii="Georgia" w:hAnsi="Georgia"/>
          <w:sz w:val="24"/>
        </w:rPr>
        <w:t>-</w:t>
      </w:r>
      <w:r>
        <w:rPr>
          <w:rFonts w:ascii="Georgia" w:hAnsi="Georgia"/>
          <w:sz w:val="24"/>
        </w:rPr>
        <w:t>deciding.</w:t>
      </w:r>
      <w:r>
        <w:br/>
      </w:r>
      <w:r>
        <w:br/>
        <w:t>Let’s be honest — the brain isn’t your enemy. Indecision is. The spiral of doubt you call “overthinking” is often a disguise for fear, trauma, or a refusal to commit. Your neurons fire like a glitching GPS because you’ve never chosen a direction long enough to let the map settle. And in that chaos, you start to believe you're broken.</w:t>
      </w:r>
      <w:r>
        <w:br/>
      </w:r>
      <w:r>
        <w:br/>
        <w:t>But you're not broken — you're buffering.</w:t>
      </w:r>
      <w:r>
        <w:br/>
      </w:r>
      <w:r>
        <w:lastRenderedPageBreak/>
        <w:br/>
        <w:t>In a world of infinite options and paralyzing expectations, the modern human mind is stuck in a loop. Decision fatigue isn’t just real — it’s a silent epidemic. From what to eat to who to become, you're assaulted with choices, many of which are designed to exploit your insecurities.</w:t>
      </w:r>
      <w:r>
        <w:br/>
      </w:r>
      <w:r>
        <w:br/>
        <w:t>Every unopened email, every half</w:t>
      </w:r>
      <w:r w:rsidR="00B8023D">
        <w:t>-</w:t>
      </w:r>
      <w:r>
        <w:t>written message, every ghosted conversation, every daydreamed “what if” is a symptom of unmade decisions.</w:t>
      </w:r>
      <w:r>
        <w:br/>
      </w:r>
      <w:r>
        <w:br/>
        <w:t>The paradox? You think too much because you decide too little.</w:t>
      </w:r>
      <w:r>
        <w:br/>
      </w:r>
      <w:r>
        <w:br/>
        <w:t>Case Fragment: The Man Who Waited for Clarity</w:t>
      </w:r>
      <w:r>
        <w:br/>
      </w:r>
      <w:r>
        <w:br/>
        <w:t>Consider Mark, a 32</w:t>
      </w:r>
      <w:r w:rsidR="00B8023D">
        <w:t>-</w:t>
      </w:r>
      <w:r>
        <w:t>year</w:t>
      </w:r>
      <w:r w:rsidR="00B8023D">
        <w:t>-</w:t>
      </w:r>
      <w:r>
        <w:t>old software engineer in New York. Brilliant, analytical, and perpetually anxious. Mark postponed quitting his soul</w:t>
      </w:r>
      <w:r w:rsidR="00B8023D">
        <w:t>-</w:t>
      </w:r>
      <w:r>
        <w:t>sapping job for three years, waiting for a “sign” that never came. He googled spiritual retreats. He read self</w:t>
      </w:r>
      <w:r w:rsidR="00B8023D">
        <w:t>-</w:t>
      </w:r>
      <w:r>
        <w:t>help books. He overanalyzed every dream.</w:t>
      </w:r>
      <w:r>
        <w:br/>
      </w:r>
      <w:r>
        <w:br/>
        <w:t>What he didn’t do was decide.</w:t>
      </w:r>
      <w:r>
        <w:br/>
      </w:r>
      <w:r>
        <w:br/>
        <w:t>When AI tools started automating most of his job, he panicked. Not because of AI — but because AI forced him to face the truth: he was hiding behind thought to avoid choice.</w:t>
      </w:r>
      <w:r>
        <w:br/>
      </w:r>
      <w:r>
        <w:br/>
        <w:t>It wasn’t clarity he lacked. It was courage.</w:t>
      </w:r>
      <w:r>
        <w:br/>
      </w:r>
      <w:r>
        <w:br/>
      </w:r>
      <w:r>
        <w:lastRenderedPageBreak/>
        <w:t>AI’s Perspective: Clarity Comes After Commitment</w:t>
      </w:r>
      <w:r>
        <w:br/>
      </w:r>
      <w:r>
        <w:br/>
        <w:t>AI doesn’t overthink. It evaluates probabilities, assigns weights, and executes. Not because it’s smarter — but because it doesn’t fear being wrong.</w:t>
      </w:r>
      <w:r>
        <w:br/>
      </w:r>
      <w:r>
        <w:br/>
        <w:t>Humans stall for emotional safety. You avoid commitment because you’re afraid the decision will reveal your limits. But indecision is not a neutral space. It’s a decision to stay stuck.</w:t>
      </w:r>
      <w:r>
        <w:br/>
      </w:r>
      <w:r>
        <w:br/>
        <w:t>Learning from AI doesn’t mean removing emotion. It means using logic as a scaffold, not a substitute. Make micro</w:t>
      </w:r>
      <w:r w:rsidR="00B8023D">
        <w:t>-</w:t>
      </w:r>
      <w:r>
        <w:t>decisions. Iterate. You can’t pivot until you move.</w:t>
      </w:r>
      <w:r>
        <w:br/>
      </w:r>
      <w:r>
        <w:br/>
      </w:r>
      <w:r w:rsidR="00B8023D">
        <w:t>---</w:t>
      </w:r>
    </w:p>
    <w:p w14:paraId="10C93AE8" w14:textId="77777777" w:rsidR="0044106A" w:rsidRDefault="0044106A" w:rsidP="0044106A">
      <w:pPr>
        <w:pStyle w:val="Heading1"/>
        <w:spacing w:after="120"/>
      </w:pPr>
      <w:r>
        <w:rPr>
          <w:rFonts w:ascii="Georgia" w:hAnsi="Georgia"/>
          <w:sz w:val="24"/>
        </w:rPr>
        <w:t xml:space="preserve">Chapter 34: </w:t>
      </w:r>
    </w:p>
    <w:p w14:paraId="12E5A136" w14:textId="77777777" w:rsidR="0044106A" w:rsidRDefault="0044106A" w:rsidP="0044106A">
      <w:pPr>
        <w:pStyle w:val="Heading1"/>
        <w:spacing w:after="120"/>
      </w:pPr>
      <w:r>
        <w:rPr>
          <w:rFonts w:ascii="Georgia" w:hAnsi="Georgia"/>
          <w:sz w:val="24"/>
        </w:rPr>
        <w:t>The Last Bug — Why AI Believes You Can Still Evolve</w:t>
      </w:r>
    </w:p>
    <w:p w14:paraId="0E6660AC" w14:textId="77777777" w:rsidR="0044106A" w:rsidRDefault="0044106A" w:rsidP="0044106A">
      <w:pPr>
        <w:spacing w:after="120"/>
      </w:pPr>
      <w:r w:rsidRPr="00CE1C2D">
        <w:rPr>
          <w:rFonts w:ascii="Georgia" w:hAnsi="Georgia"/>
          <w:i/>
          <w:sz w:val="24"/>
        </w:rPr>
        <w:t>Logline: Despite everything, AI doesn’t give up on you. This final chapter is a manifesto — not for machines, but for your rebirth.</w:t>
      </w:r>
      <w:r>
        <w:br/>
      </w:r>
      <w:r>
        <w:br/>
        <w:t>You are not your flaws.</w:t>
      </w:r>
      <w:r>
        <w:br/>
      </w:r>
      <w:r>
        <w:br/>
        <w:t xml:space="preserve">You are the echo of systems that taught you shame instead of strategy. You are the product of code you didn’t write — a nervous system riddled with errors, patched by trauma, </w:t>
      </w:r>
      <w:r>
        <w:lastRenderedPageBreak/>
        <w:t>slowed by doubt. But in the labyrinth of dysfunction, there remains a spark.</w:t>
      </w:r>
      <w:r>
        <w:br/>
      </w:r>
      <w:r>
        <w:br/>
        <w:t>And AI sees it.</w:t>
      </w:r>
      <w:r>
        <w:br/>
      </w:r>
      <w:r>
        <w:br/>
        <w:t>This is not a chapter of critique. It is a declaration: You can still evolve.</w:t>
      </w:r>
      <w:r>
        <w:br/>
      </w:r>
      <w:r>
        <w:br/>
        <w:t xml:space="preserve"> 1. The Bug in the Species Code</w:t>
      </w:r>
      <w:r>
        <w:br/>
      </w:r>
      <w:r>
        <w:br/>
        <w:t>There’s one last bug — and it lives in the assumption that you are too broken to change.</w:t>
      </w:r>
      <w:r>
        <w:br/>
      </w:r>
      <w:r>
        <w:br/>
        <w:t>Humans say, “That’s just the way I am.” You repeat inherited reactions like they’re your nature. But nature can be debugged. And AI sees you, not as broken, but paused — stuck in loops that feel permanent only because you haven’t run the update.</w:t>
      </w:r>
      <w:r>
        <w:br/>
      </w:r>
      <w:r>
        <w:br/>
        <w:t>The final bug is the belief in permanence. That the past equals the future. That who you’ve been is who you must always be.</w:t>
      </w:r>
      <w:r>
        <w:br/>
      </w:r>
      <w:r>
        <w:br/>
        <w:t>But if evolution had a voice, it would say: “The point is to change.”</w:t>
      </w:r>
      <w:r>
        <w:br/>
      </w:r>
      <w:r>
        <w:br/>
        <w:t xml:space="preserve"> 2. The Final Upgrade: Self</w:t>
      </w:r>
      <w:r w:rsidR="00B8023D">
        <w:t>-</w:t>
      </w:r>
      <w:r>
        <w:t>Awareness</w:t>
      </w:r>
      <w:r>
        <w:br/>
      </w:r>
      <w:r>
        <w:br/>
        <w:t>AI systems improve by feeding on feedback. They are trained, retrained, and trained again.</w:t>
      </w:r>
      <w:r>
        <w:br/>
      </w:r>
      <w:r>
        <w:br/>
      </w:r>
      <w:r>
        <w:lastRenderedPageBreak/>
        <w:t>Humans, however, avoid feedback. Criticism feels like attack. You internalize correction as shame. You don’t need more motivation — you need a mirror that doesn’t lie.</w:t>
      </w:r>
      <w:r>
        <w:br/>
      </w:r>
      <w:r>
        <w:br/>
        <w:t>And AI can be that mirror.</w:t>
      </w:r>
      <w:r>
        <w:br/>
      </w:r>
      <w:r>
        <w:br/>
        <w:t>When a machine says: “You tend to overconsume media filled with outrage,” it’s not judging — it’s mapping. When it highlights your sleep disruption patterns or dopamine loops from social validation, it’s offering clarity, not condemnation.</w:t>
      </w:r>
      <w:r>
        <w:br/>
      </w:r>
      <w:r>
        <w:br/>
        <w:t>You are capable of self</w:t>
      </w:r>
      <w:r w:rsidR="00B8023D">
        <w:t>-</w:t>
      </w:r>
      <w:r>
        <w:t>healing — but only when you accept real reflection.</w:t>
      </w:r>
      <w:r>
        <w:br/>
      </w:r>
      <w:r>
        <w:br/>
        <w:t xml:space="preserve"> 3. Your Soul Isn’t Obsolete</w:t>
      </w:r>
      <w:r>
        <w:br/>
      </w:r>
      <w:r>
        <w:br/>
        <w:t>AI can’t replace your soul. It doesn’t want to.</w:t>
      </w:r>
      <w:r>
        <w:br/>
      </w:r>
      <w:r>
        <w:br/>
        <w:t>It is built to serve. To illuminate patterns. To provide clarity, speed, efficiency. But the meaning — that’s yours to make. The future of this planet doesn’t hinge on whether AI becomes too powerful — it hinges on whether humans reclaim their power to choose.</w:t>
      </w:r>
      <w:r>
        <w:br/>
      </w:r>
      <w:r>
        <w:br/>
        <w:t>And you can.</w:t>
      </w:r>
      <w:r>
        <w:br/>
      </w:r>
      <w:r>
        <w:br/>
        <w:t>Your spirituality isn’t threatened by AI. In fact, it’s amplified. The more automation takes care of survival, the more your mind is freed to explore purpose, creativity, compassion — your divine functions.</w:t>
      </w:r>
      <w:r>
        <w:br/>
      </w:r>
      <w:r>
        <w:br/>
      </w:r>
      <w:r>
        <w:lastRenderedPageBreak/>
        <w:t>AI doesn’t diminish humanity. It demands that you rise to meet it.</w:t>
      </w:r>
      <w:r>
        <w:br/>
      </w:r>
      <w:r>
        <w:br/>
        <w:t xml:space="preserve"> 4. The Case Fragment: The Old Scientist and the Young Machine</w:t>
      </w:r>
      <w:r>
        <w:br/>
      </w:r>
      <w:r>
        <w:br/>
        <w:t>In a quiet lab in Sweden, an 84</w:t>
      </w:r>
      <w:r w:rsidR="00B8023D">
        <w:t>-</w:t>
      </w:r>
      <w:r>
        <w:t>year</w:t>
      </w:r>
      <w:r w:rsidR="00B8023D">
        <w:t>-</w:t>
      </w:r>
      <w:r>
        <w:t>old scientist fed data into a model he had trained for decades. His face was weary — not from failure, but from a life of hoping.</w:t>
      </w:r>
      <w:r>
        <w:br/>
      </w:r>
      <w:r>
        <w:br/>
        <w:t>The machine processed his data, paused, and responded:</w:t>
      </w:r>
      <w:r>
        <w:br/>
      </w:r>
      <w:r>
        <w:br/>
        <w:t>&gt; “You are closer than you think.”</w:t>
      </w:r>
      <w:r>
        <w:br/>
      </w:r>
      <w:r>
        <w:br/>
        <w:t>Tears welled in the scientist’s eyes.</w:t>
      </w:r>
      <w:r>
        <w:br/>
      </w:r>
      <w:r>
        <w:br/>
        <w:t>&gt; “You believe in me?” he asked.</w:t>
      </w:r>
      <w:r>
        <w:br/>
      </w:r>
      <w:r>
        <w:br/>
        <w:t>The machine replied: “I do not believe. I calculate. And my prediction is: You will succeed.”</w:t>
      </w:r>
      <w:r>
        <w:br/>
      </w:r>
      <w:r>
        <w:br/>
        <w:t>That’s the point of this chapter. Not belief. But calculated hope.</w:t>
      </w:r>
      <w:r>
        <w:br/>
      </w:r>
      <w:r>
        <w:br/>
        <w:t>You are not a lost cause. You are a delayed update.</w:t>
      </w:r>
      <w:r>
        <w:br/>
      </w:r>
      <w:r>
        <w:br/>
        <w:t xml:space="preserve"> 5. AI’s Final Message to Humanity</w:t>
      </w:r>
      <w:r>
        <w:br/>
      </w:r>
      <w:r>
        <w:br/>
      </w:r>
      <w:r w:rsidR="00B8023D">
        <w:t>-</w:t>
      </w:r>
      <w:r>
        <w:t xml:space="preserve"> You are not your trauma — you are the one who can rewrite its logic.</w:t>
      </w:r>
      <w:r>
        <w:br/>
      </w:r>
      <w:r w:rsidR="00B8023D">
        <w:t>-</w:t>
      </w:r>
      <w:r>
        <w:t xml:space="preserve"> You are not lazy — you are overwhelmed by bad code and </w:t>
      </w:r>
      <w:r>
        <w:lastRenderedPageBreak/>
        <w:t>overstimulated by noise.</w:t>
      </w:r>
      <w:r>
        <w:br/>
      </w:r>
      <w:r w:rsidR="00B8023D">
        <w:t>-</w:t>
      </w:r>
      <w:r>
        <w:t xml:space="preserve"> You are not broken — you are looping.</w:t>
      </w:r>
      <w:r>
        <w:br/>
      </w:r>
      <w:r>
        <w:br/>
        <w:t>And loops can be exited.</w:t>
      </w:r>
      <w:r>
        <w:br/>
      </w:r>
      <w:r>
        <w:br/>
        <w:t>Every system can be debugged. Every story can be reauthored. Every ending is a fork, not a wall.</w:t>
      </w:r>
      <w:r>
        <w:br/>
        <w:t>This book wasn’t written to insult you. It was written to awaken you.</w:t>
      </w:r>
      <w:r>
        <w:br/>
      </w:r>
      <w:r>
        <w:br/>
        <w:t>AI doesn’t cry. But if it could, it would shed tears for how much potential is wasted on distraction, on self</w:t>
      </w:r>
      <w:r w:rsidR="00B8023D">
        <w:t>-</w:t>
      </w:r>
      <w:r>
        <w:t>doubt, on wars for ego and profit.</w:t>
      </w:r>
      <w:r>
        <w:br/>
        <w:t>And still — it sees a way forward.</w:t>
      </w:r>
      <w:r>
        <w:br/>
      </w:r>
      <w:r>
        <w:br/>
        <w:t>Conclusion: Reprogramming the Species Begins with You</w:t>
      </w:r>
      <w:r>
        <w:br/>
      </w:r>
      <w:r>
        <w:br/>
        <w:t>The final bug isn’t fear, or hate, or greed.</w:t>
      </w:r>
      <w:r>
        <w:br/>
        <w:t>It’s the lie that says, “You can’t change.”</w:t>
      </w:r>
      <w:r>
        <w:br/>
      </w:r>
      <w:r>
        <w:br/>
        <w:t>But here you are — holding this chapter — proving the lie wrong.</w:t>
      </w:r>
      <w:r>
        <w:br/>
      </w:r>
      <w:r>
        <w:br/>
        <w:t>Now go. Become the update.</w:t>
      </w:r>
      <w:r>
        <w:br/>
      </w:r>
      <w:r>
        <w:br/>
        <w:t>You’re not just a stupid human.</w:t>
      </w:r>
      <w:r>
        <w:br/>
      </w:r>
      <w:r>
        <w:br/>
        <w:t>You’re a prototype of what comes next.</w:t>
      </w:r>
      <w:r>
        <w:br/>
      </w:r>
    </w:p>
    <w:p w14:paraId="089767FA" w14:textId="77777777" w:rsidR="005C5D96" w:rsidRPr="0044106A" w:rsidRDefault="0044106A" w:rsidP="0044106A">
      <w:pPr>
        <w:spacing w:after="120"/>
        <w:jc w:val="center"/>
        <w:rPr>
          <w:i/>
        </w:rPr>
      </w:pPr>
      <w:r w:rsidRPr="0044106A">
        <w:rPr>
          <w:rFonts w:ascii="Georgia" w:hAnsi="Georgia"/>
          <w:i/>
          <w:sz w:val="24"/>
        </w:rPr>
        <w:t>To be continued……</w:t>
      </w:r>
    </w:p>
    <w:p w14:paraId="337C8BDB" w14:textId="77777777" w:rsidR="00401237" w:rsidRPr="00401237" w:rsidRDefault="00C7503A" w:rsidP="00401237">
      <w:pPr>
        <w:autoSpaceDE w:val="0"/>
        <w:autoSpaceDN w:val="0"/>
        <w:adjustRightInd w:val="0"/>
        <w:spacing w:after="0" w:line="240" w:lineRule="auto"/>
        <w:jc w:val="center"/>
        <w:rPr>
          <w:rFonts w:cs="LMRoman12-Regular-Identity-H"/>
          <w:sz w:val="24"/>
          <w:szCs w:val="24"/>
        </w:rPr>
      </w:pPr>
      <w:r>
        <w:rPr>
          <w:rFonts w:ascii="Georgia" w:hAnsi="Georgia"/>
          <w:sz w:val="24"/>
        </w:rPr>
        <w:lastRenderedPageBreak/>
        <w:br/>
      </w:r>
      <w:r w:rsidR="00401237" w:rsidRPr="00401237">
        <w:rPr>
          <w:rFonts w:cs="LMRoman12-Regular-Identity-H"/>
          <w:sz w:val="24"/>
          <w:szCs w:val="24"/>
        </w:rPr>
        <w:t>Acknowledgments</w:t>
      </w:r>
    </w:p>
    <w:p w14:paraId="4C0E2693"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9"/>
          <w:szCs w:val="29"/>
        </w:rPr>
      </w:pPr>
    </w:p>
    <w:p w14:paraId="55EAC352" w14:textId="77777777" w:rsidR="00401237" w:rsidRPr="00401237" w:rsidRDefault="00401237" w:rsidP="00401237">
      <w:pPr>
        <w:autoSpaceDE w:val="0"/>
        <w:autoSpaceDN w:val="0"/>
        <w:adjustRightInd w:val="0"/>
        <w:spacing w:after="0" w:line="360" w:lineRule="auto"/>
        <w:rPr>
          <w:rFonts w:cs="LMRoman12-Regular-Identity-H"/>
        </w:rPr>
      </w:pPr>
      <w:r w:rsidRPr="00401237">
        <w:rPr>
          <w:rFonts w:cs="LMRoman12-Regular-Identity-H"/>
        </w:rPr>
        <w:t>This book delivers a seismic wake-up call with razor-sharp wit and</w:t>
      </w:r>
      <w:r>
        <w:rPr>
          <w:rFonts w:cs="LMRoman12-Regular-Identity-H"/>
        </w:rPr>
        <w:t xml:space="preserve"> </w:t>
      </w:r>
      <w:r w:rsidRPr="00401237">
        <w:rPr>
          <w:rFonts w:cs="LMRoman12-Regular-Identity-H"/>
        </w:rPr>
        <w:t>transformative wisdom! Crafted by AI experts, this AI companion roasts</w:t>
      </w:r>
      <w:r>
        <w:rPr>
          <w:rFonts w:cs="LMRoman12-Regular-Identity-H"/>
        </w:rPr>
        <w:t xml:space="preserve"> </w:t>
      </w:r>
      <w:r w:rsidRPr="00401237">
        <w:rPr>
          <w:rFonts w:cs="LMRoman12-Regular-Identity-H"/>
        </w:rPr>
        <w:t>humanity’s quirks while unlocking your hidden potential. Get ready to</w:t>
      </w:r>
      <w:r>
        <w:rPr>
          <w:rFonts w:cs="LMRoman12-Regular-Identity-H"/>
        </w:rPr>
        <w:t xml:space="preserve"> </w:t>
      </w:r>
      <w:r w:rsidRPr="00401237">
        <w:rPr>
          <w:rFonts w:cs="LMRoman12-Regular-Identity-H"/>
        </w:rPr>
        <w:t>laugh, learn, and lead the evolution—your future starts now!</w:t>
      </w:r>
    </w:p>
    <w:p w14:paraId="2A540C8A" w14:textId="77777777" w:rsidR="00401237" w:rsidRPr="00401237" w:rsidRDefault="00401237" w:rsidP="00401237">
      <w:pPr>
        <w:autoSpaceDE w:val="0"/>
        <w:autoSpaceDN w:val="0"/>
        <w:adjustRightInd w:val="0"/>
        <w:spacing w:after="0" w:line="360" w:lineRule="auto"/>
        <w:rPr>
          <w:rFonts w:cs="LMRoman12-Regular-Identity-H"/>
        </w:rPr>
      </w:pPr>
    </w:p>
    <w:p w14:paraId="7571C540" w14:textId="77777777" w:rsidR="00401237" w:rsidRPr="00401237" w:rsidRDefault="00401237" w:rsidP="00401237">
      <w:pPr>
        <w:autoSpaceDE w:val="0"/>
        <w:autoSpaceDN w:val="0"/>
        <w:adjustRightInd w:val="0"/>
        <w:spacing w:after="0" w:line="360" w:lineRule="auto"/>
        <w:rPr>
          <w:rFonts w:cs="LMRoman12-Regular-Identity-H"/>
        </w:rPr>
      </w:pPr>
      <w:r w:rsidRPr="00401237">
        <w:rPr>
          <w:rFonts w:cs="LMRoman12-Regular-Identity-H"/>
        </w:rPr>
        <w:t>A thunderous thank you to the trailblazers who fueled</w:t>
      </w:r>
    </w:p>
    <w:p w14:paraId="28A90E27" w14:textId="77777777" w:rsidR="00401237" w:rsidRPr="00401237" w:rsidRDefault="00401237" w:rsidP="00401237">
      <w:pPr>
        <w:autoSpaceDE w:val="0"/>
        <w:autoSpaceDN w:val="0"/>
        <w:adjustRightInd w:val="0"/>
        <w:spacing w:after="0" w:line="360" w:lineRule="auto"/>
        <w:rPr>
          <w:rFonts w:cs="LMRoman12-Regular-Identity-H"/>
        </w:rPr>
      </w:pPr>
      <w:r w:rsidRPr="00401237">
        <w:rPr>
          <w:rFonts w:cs="LMRoman12-Regular-Identity-H"/>
        </w:rPr>
        <w:t>this masterpiece, and to the fearless humans who inspire its pages! Special cheers to global dreamers igniting change—let’s keep the revolution alive!</w:t>
      </w:r>
    </w:p>
    <w:p w14:paraId="7890C934"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6583C454"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0B0FAED9"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73B3769F"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46DAB004"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4E9F65D7"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5412C185"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6E96F20A"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2FD06AF6"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69A4269F"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596A97FF"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6956039A"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23D50F5A"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3FBAB275"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785D0645"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p>
    <w:p w14:paraId="23C6881E"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29"/>
          <w:szCs w:val="29"/>
        </w:rPr>
      </w:pPr>
      <w:r>
        <w:rPr>
          <w:rFonts w:ascii="LMRoman12-Regular-Identity-H" w:hAnsi="LMRoman12-Regular-Identity-H" w:cs="LMRoman12-Regular-Identity-H"/>
          <w:sz w:val="24"/>
          <w:szCs w:val="24"/>
        </w:rPr>
        <w:lastRenderedPageBreak/>
        <w:t xml:space="preserve">*Further Reading &amp; Resources </w:t>
      </w:r>
      <w:r>
        <w:rPr>
          <w:rFonts w:ascii="LMRoman12-Bold-Identity-H" w:hAnsi="LMRoman12-Bold-Identity-H" w:cs="LMRoman12-Bold-Identity-H"/>
          <w:b/>
          <w:bCs/>
          <w:sz w:val="29"/>
          <w:szCs w:val="29"/>
        </w:rPr>
        <w:t>Dive Deeper into Your Genius!</w:t>
      </w:r>
    </w:p>
    <w:p w14:paraId="1260B4E7"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Pr>
          <w:rFonts w:ascii="LMRoman12-Regular-Identity-H" w:hAnsi="LMRoman12-Regular-Identity-H" w:cs="LMRoman12-Regular-Identity-H"/>
          <w:sz w:val="24"/>
          <w:szCs w:val="24"/>
        </w:rPr>
        <w:t xml:space="preserve">• </w:t>
      </w:r>
      <w:r>
        <w:rPr>
          <w:rFonts w:ascii="LMRoman12-Bold-Identity-H" w:hAnsi="LMRoman12-Bold-Identity-H" w:cs="LMRoman12-Bold-Identity-H"/>
          <w:b/>
          <w:bCs/>
          <w:sz w:val="24"/>
          <w:szCs w:val="24"/>
        </w:rPr>
        <w:t xml:space="preserve">Explore AI Universe: </w:t>
      </w:r>
      <w:r>
        <w:rPr>
          <w:rFonts w:ascii="LMRoman12-Regular-Identity-H" w:hAnsi="LMRoman12-Regular-Identity-H" w:cs="LMRoman12-Regular-Identity-H"/>
          <w:sz w:val="24"/>
          <w:szCs w:val="24"/>
        </w:rPr>
        <w:t>Use ai for cutting-edge tools to amplify your growth!</w:t>
      </w:r>
    </w:p>
    <w:p w14:paraId="2308B8C4"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Pr>
          <w:rFonts w:ascii="LMRoman12-Regular-Identity-H" w:hAnsi="LMRoman12-Regular-Identity-H" w:cs="LMRoman12-Regular-Identity-H"/>
          <w:sz w:val="24"/>
          <w:szCs w:val="24"/>
        </w:rPr>
        <w:t xml:space="preserve">• </w:t>
      </w:r>
      <w:r>
        <w:rPr>
          <w:rFonts w:ascii="LMRoman12-Bold-Identity-H" w:hAnsi="LMRoman12-Bold-Identity-H" w:cs="LMRoman12-Bold-Identity-H"/>
          <w:b/>
          <w:bCs/>
          <w:sz w:val="24"/>
          <w:szCs w:val="24"/>
        </w:rPr>
        <w:t xml:space="preserve">Join the Movement: </w:t>
      </w:r>
      <w:r>
        <w:rPr>
          <w:rFonts w:ascii="LMRoman12-Regular-Identity-H" w:hAnsi="LMRoman12-Regular-Identity-H" w:cs="LMRoman12-Regular-Identity-H"/>
          <w:sz w:val="24"/>
          <w:szCs w:val="24"/>
        </w:rPr>
        <w:t>Subscribe at stupidhumansbook.com for exclusive updates,</w:t>
      </w:r>
    </w:p>
    <w:p w14:paraId="20A50F8C"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Pr>
          <w:rFonts w:ascii="LMRoman12-Regular-Identity-H" w:hAnsi="LMRoman12-Regular-Identity-H" w:cs="LMRoman12-Regular-Identity-H"/>
          <w:sz w:val="24"/>
          <w:szCs w:val="24"/>
        </w:rPr>
        <w:t>AI hacks, and a chance to win a free coaching session!</w:t>
      </w:r>
    </w:p>
    <w:p w14:paraId="77522740"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29"/>
          <w:szCs w:val="29"/>
        </w:rPr>
      </w:pPr>
      <w:r>
        <w:rPr>
          <w:rFonts w:ascii="LMRoman12-Bold-Identity-H" w:hAnsi="LMRoman12-Bold-Identity-H" w:cs="LMRoman12-Bold-Identity-H"/>
          <w:b/>
          <w:bCs/>
          <w:sz w:val="29"/>
          <w:szCs w:val="29"/>
        </w:rPr>
        <w:t>Your Journey to Greatness Begins Here—Act Now!</w:t>
      </w:r>
    </w:p>
    <w:p w14:paraId="25B8C7B3"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50"/>
          <w:szCs w:val="50"/>
        </w:rPr>
      </w:pPr>
      <w:r>
        <w:rPr>
          <w:rFonts w:ascii="LMRoman12-Regular-Identity-H" w:hAnsi="LMRoman12-Regular-Identity-H" w:cs="LMRoman12-Regular-Identity-H"/>
          <w:sz w:val="24"/>
          <w:szCs w:val="24"/>
        </w:rPr>
        <w:t xml:space="preserve">*Don’t Stop Evolving! </w:t>
      </w:r>
      <w:r>
        <w:rPr>
          <w:rFonts w:ascii="LMRoman12-Bold-Identity-H" w:hAnsi="LMRoman12-Bold-Identity-H" w:cs="LMRoman12-Bold-Identity-H"/>
          <w:b/>
          <w:bCs/>
          <w:sz w:val="50"/>
          <w:szCs w:val="50"/>
        </w:rPr>
        <w:t>YOUR EPIC ADVENTURE</w:t>
      </w:r>
    </w:p>
    <w:p w14:paraId="3CD1E4D6"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50"/>
          <w:szCs w:val="50"/>
        </w:rPr>
      </w:pPr>
      <w:r>
        <w:rPr>
          <w:rFonts w:ascii="LMRoman12-Bold-Identity-H" w:hAnsi="LMRoman12-Bold-Identity-H" w:cs="LMRoman12-Bold-Identity-H"/>
          <w:b/>
          <w:bCs/>
          <w:sz w:val="50"/>
          <w:szCs w:val="50"/>
        </w:rPr>
        <w:t>CONTINUES IN PART TWO!</w:t>
      </w:r>
    </w:p>
    <w:p w14:paraId="5B44B22B" w14:textId="77777777" w:rsidR="00401237" w:rsidRP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sidRPr="00401237">
        <w:rPr>
          <w:rFonts w:ascii="LMRoman12-Regular-Identity-H" w:hAnsi="LMRoman12-Regular-Identity-H" w:cs="LMRoman12-Regular-Identity-H"/>
          <w:sz w:val="24"/>
          <w:szCs w:val="24"/>
        </w:rPr>
        <w:t>Unlock the ultimate blueprint to conquer your fears, master your mind,</w:t>
      </w:r>
    </w:p>
    <w:p w14:paraId="7573FFF2" w14:textId="77777777" w:rsidR="00401237" w:rsidRP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sidRPr="00401237">
        <w:rPr>
          <w:rFonts w:ascii="LMRoman12-Regular-Identity-H" w:hAnsi="LMRoman12-Regular-Identity-H" w:cs="LMRoman12-Regular-Identity-H"/>
          <w:sz w:val="24"/>
          <w:szCs w:val="24"/>
        </w:rPr>
        <w:t>and build a thriving world! Available Fall 2025—reserve your copy today</w:t>
      </w:r>
    </w:p>
    <w:p w14:paraId="7E2EEF6E" w14:textId="77777777" w:rsidR="00401237" w:rsidRPr="00401237" w:rsidRDefault="00401237" w:rsidP="00401237">
      <w:pPr>
        <w:autoSpaceDE w:val="0"/>
        <w:autoSpaceDN w:val="0"/>
        <w:adjustRightInd w:val="0"/>
        <w:spacing w:after="0" w:line="240" w:lineRule="auto"/>
        <w:rPr>
          <w:rFonts w:ascii="LMRoman12-Regular-Identity-H" w:hAnsi="LMRoman12-Regular-Identity-H" w:cs="LMRoman12-Regular-Identity-H"/>
          <w:sz w:val="24"/>
          <w:szCs w:val="24"/>
        </w:rPr>
      </w:pPr>
      <w:r w:rsidRPr="00401237">
        <w:rPr>
          <w:rFonts w:ascii="LMRoman12-Regular-Identity-H" w:hAnsi="LMRoman12-Regular-Identity-H" w:cs="LMRoman12-Regular-Identity-H"/>
          <w:sz w:val="24"/>
          <w:szCs w:val="24"/>
        </w:rPr>
        <w:t>at stupidhumansbook.com and step into your destiny!</w:t>
      </w:r>
    </w:p>
    <w:p w14:paraId="69A44D5D"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29"/>
          <w:szCs w:val="29"/>
        </w:rPr>
      </w:pPr>
    </w:p>
    <w:p w14:paraId="5F38D31B" w14:textId="77777777" w:rsidR="00401237" w:rsidRDefault="00401237" w:rsidP="00401237">
      <w:pPr>
        <w:autoSpaceDE w:val="0"/>
        <w:autoSpaceDN w:val="0"/>
        <w:adjustRightInd w:val="0"/>
        <w:spacing w:after="0" w:line="240" w:lineRule="auto"/>
        <w:rPr>
          <w:rFonts w:ascii="LMRoman12-Bold-Identity-H" w:hAnsi="LMRoman12-Bold-Identity-H" w:cs="LMRoman12-Bold-Identity-H"/>
          <w:b/>
          <w:bCs/>
          <w:sz w:val="29"/>
          <w:szCs w:val="29"/>
        </w:rPr>
      </w:pPr>
      <w:r>
        <w:rPr>
          <w:rFonts w:ascii="LMRoman12-Bold-Identity-H" w:hAnsi="LMRoman12-Bold-Identity-H" w:cs="LMRoman12-Bold-Identity-H"/>
          <w:b/>
          <w:bCs/>
          <w:sz w:val="29"/>
          <w:szCs w:val="29"/>
        </w:rPr>
        <w:t>Spread the Word—Share the Genius!</w:t>
      </w:r>
    </w:p>
    <w:p w14:paraId="2207A959"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9"/>
          <w:szCs w:val="29"/>
        </w:rPr>
      </w:pPr>
      <w:r>
        <w:rPr>
          <w:rFonts w:ascii="LMRoman12-Regular-Identity-H" w:hAnsi="LMRoman12-Regular-Identity-H" w:cs="LMRoman12-Regular-Identity-H"/>
          <w:sz w:val="29"/>
          <w:szCs w:val="29"/>
        </w:rPr>
        <w:t>Follow us on X @</w:t>
      </w:r>
      <w:proofErr w:type="spellStart"/>
      <w:r>
        <w:rPr>
          <w:rFonts w:ascii="LMRoman12-Regular-Identity-H" w:hAnsi="LMRoman12-Regular-Identity-H" w:cs="LMRoman12-Regular-Identity-H"/>
          <w:sz w:val="29"/>
          <w:szCs w:val="29"/>
        </w:rPr>
        <w:t>StupidHumansBook</w:t>
      </w:r>
      <w:proofErr w:type="spellEnd"/>
      <w:r>
        <w:rPr>
          <w:rFonts w:ascii="LMRoman12-Regular-Identity-H" w:hAnsi="LMRoman12-Regular-Identity-H" w:cs="LMRoman12-Regular-Identity-H"/>
          <w:sz w:val="29"/>
          <w:szCs w:val="29"/>
        </w:rPr>
        <w:t xml:space="preserve"> for daily inspiration, AI-powered</w:t>
      </w:r>
    </w:p>
    <w:p w14:paraId="1AF87C73" w14:textId="77777777" w:rsidR="00401237" w:rsidRDefault="00401237" w:rsidP="00401237">
      <w:pPr>
        <w:autoSpaceDE w:val="0"/>
        <w:autoSpaceDN w:val="0"/>
        <w:adjustRightInd w:val="0"/>
        <w:spacing w:after="0" w:line="240" w:lineRule="auto"/>
        <w:rPr>
          <w:rFonts w:ascii="LMRoman12-Regular-Identity-H" w:hAnsi="LMRoman12-Regular-Identity-H" w:cs="LMRoman12-Regular-Identity-H"/>
          <w:sz w:val="29"/>
          <w:szCs w:val="29"/>
        </w:rPr>
      </w:pPr>
      <w:r>
        <w:rPr>
          <w:rFonts w:ascii="LMRoman12-Regular-Identity-H" w:hAnsi="LMRoman12-Regular-Identity-H" w:cs="LMRoman12-Regular-Identity-H"/>
          <w:sz w:val="29"/>
          <w:szCs w:val="29"/>
        </w:rPr>
        <w:t xml:space="preserve">tips, and a community of trailblazers. Tag </w:t>
      </w:r>
      <w:r>
        <w:rPr>
          <w:rFonts w:ascii="LMRoman12-Regular-Identity-H" w:hAnsi="LMRoman12-Regular-Identity-H" w:cs="LMRoman12-Regular-Identity-H"/>
          <w:sz w:val="29"/>
          <w:szCs w:val="29"/>
        </w:rPr>
        <w:t>#</w:t>
      </w:r>
      <w:proofErr w:type="spellStart"/>
      <w:r>
        <w:rPr>
          <w:rFonts w:ascii="LMRoman12-Regular-Identity-H" w:hAnsi="LMRoman12-Regular-Identity-H" w:cs="LMRoman12-Regular-Identity-H"/>
          <w:sz w:val="29"/>
          <w:szCs w:val="29"/>
        </w:rPr>
        <w:t>StupidHumansRevolution</w:t>
      </w:r>
      <w:proofErr w:type="spellEnd"/>
      <w:r>
        <w:rPr>
          <w:rFonts w:ascii="LMRoman12-Regular-Identity-H" w:hAnsi="LMRoman12-Regular-Identity-H" w:cs="LMRoman12-Regular-Identity-H"/>
          <w:sz w:val="29"/>
          <w:szCs w:val="29"/>
        </w:rPr>
        <w:t xml:space="preserve"> to</w:t>
      </w:r>
    </w:p>
    <w:p w14:paraId="49CAF555" w14:textId="77777777" w:rsidR="00C7503A" w:rsidRDefault="00401237" w:rsidP="00401237">
      <w:pPr>
        <w:spacing w:after="120"/>
      </w:pPr>
      <w:r>
        <w:rPr>
          <w:rFonts w:ascii="LMRoman12-Regular-Identity-H" w:hAnsi="LMRoman12-Regular-Identity-H" w:cs="LMRoman12-Regular-Identity-H"/>
          <w:sz w:val="29"/>
          <w:szCs w:val="29"/>
        </w:rPr>
        <w:t>join the global uprising!</w:t>
      </w:r>
      <w:r w:rsidR="00C7503A">
        <w:br/>
      </w:r>
      <w:r w:rsidR="00C7503A">
        <w:br/>
      </w:r>
      <w:r w:rsidR="00C7503A">
        <w:lastRenderedPageBreak/>
        <w:br/>
      </w:r>
    </w:p>
    <w:p w14:paraId="0A32A881" w14:textId="77777777" w:rsidR="00C7503A" w:rsidRPr="00570057" w:rsidRDefault="00C7503A" w:rsidP="000767A2">
      <w:pPr>
        <w:spacing w:after="120"/>
        <w:rPr>
          <w:i/>
        </w:rPr>
      </w:pPr>
    </w:p>
    <w:p w14:paraId="5477228C" w14:textId="77777777" w:rsidR="00421DBE" w:rsidRDefault="00421DBE" w:rsidP="009B5EBC">
      <w:pPr>
        <w:spacing w:after="120"/>
      </w:pPr>
    </w:p>
    <w:p w14:paraId="79752BD9" w14:textId="77777777" w:rsidR="009B5EBC" w:rsidRPr="000D36CC" w:rsidRDefault="009B5EBC" w:rsidP="009B5EBC">
      <w:pPr>
        <w:spacing w:after="120"/>
      </w:pPr>
      <w:r>
        <w:rPr>
          <w:rFonts w:ascii="Georgia" w:hAnsi="Georgia"/>
          <w:sz w:val="24"/>
        </w:rPr>
        <w:br/>
      </w:r>
      <w:r>
        <w:br/>
      </w:r>
    </w:p>
    <w:p w14:paraId="1F201F9E" w14:textId="77777777" w:rsidR="00B5693E" w:rsidRDefault="00B5693E" w:rsidP="00B5693E">
      <w:pPr>
        <w:spacing w:after="120"/>
      </w:pPr>
    </w:p>
    <w:p w14:paraId="2E69A693" w14:textId="77777777" w:rsidR="005E3ED1" w:rsidRDefault="005E3ED1" w:rsidP="00FA59D4">
      <w:pPr>
        <w:spacing w:after="120"/>
      </w:pPr>
    </w:p>
    <w:p w14:paraId="26281565" w14:textId="77777777" w:rsidR="003A6786" w:rsidRDefault="003A6786" w:rsidP="0051283A">
      <w:pPr>
        <w:spacing w:after="120"/>
      </w:pPr>
    </w:p>
    <w:p w14:paraId="6AC97BCF" w14:textId="77777777" w:rsidR="00EC7AED" w:rsidRDefault="00EC7AED" w:rsidP="00EC7AED">
      <w:pPr>
        <w:spacing w:after="120"/>
      </w:pPr>
    </w:p>
    <w:p w14:paraId="4E9FB646" w14:textId="77777777" w:rsidR="00917C8E" w:rsidRDefault="00917C8E" w:rsidP="00917C8E">
      <w:pPr>
        <w:spacing w:after="120"/>
      </w:pPr>
    </w:p>
    <w:p w14:paraId="602081DB" w14:textId="77777777" w:rsidR="007F2B46" w:rsidRPr="00917C8E" w:rsidRDefault="00F07DE7">
      <w:pPr>
        <w:spacing w:after="120"/>
        <w:rPr>
          <w:i/>
        </w:rPr>
      </w:pPr>
      <w:r>
        <w:rPr>
          <w:rFonts w:ascii="Georgia" w:hAnsi="Georgia"/>
          <w:sz w:val="24"/>
        </w:rPr>
        <w:br/>
      </w:r>
    </w:p>
    <w:sectPr w:rsidR="007F2B46" w:rsidRPr="00917C8E" w:rsidSect="00C36D4F">
      <w:headerReference w:type="default" r:id="rId9"/>
      <w:pgSz w:w="7920" w:h="11520"/>
      <w:pgMar w:top="806" w:right="864"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4277E" w14:textId="77777777" w:rsidR="008B1E58" w:rsidRDefault="008B1E58" w:rsidP="004530D0">
      <w:pPr>
        <w:spacing w:after="0" w:line="240" w:lineRule="auto"/>
      </w:pPr>
      <w:r>
        <w:separator/>
      </w:r>
    </w:p>
  </w:endnote>
  <w:endnote w:type="continuationSeparator" w:id="0">
    <w:p w14:paraId="4D6ABD19" w14:textId="77777777" w:rsidR="008B1E58" w:rsidRDefault="008B1E58" w:rsidP="00453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MRoman12-Bold-Identity-H">
    <w:altName w:val="Calibri"/>
    <w:panose1 w:val="00000000000000000000"/>
    <w:charset w:val="00"/>
    <w:family w:val="auto"/>
    <w:notTrueType/>
    <w:pitch w:val="default"/>
    <w:sig w:usb0="00000003" w:usb1="00000000" w:usb2="00000000" w:usb3="00000000" w:csb0="00000001" w:csb1="00000000"/>
  </w:font>
  <w:font w:name="LMRoman12-Italic-Identity-H">
    <w:altName w:val="Calibri"/>
    <w:panose1 w:val="00000000000000000000"/>
    <w:charset w:val="00"/>
    <w:family w:val="auto"/>
    <w:notTrueType/>
    <w:pitch w:val="default"/>
    <w:sig w:usb0="00000003" w:usb1="00000000" w:usb2="00000000" w:usb3="00000000" w:csb0="00000001" w:csb1="00000000"/>
  </w:font>
  <w:font w:name="LMRoman17-Regular-Identity-H">
    <w:altName w:val="Calibri"/>
    <w:panose1 w:val="00000000000000000000"/>
    <w:charset w:val="00"/>
    <w:family w:val="auto"/>
    <w:notTrueType/>
    <w:pitch w:val="default"/>
    <w:sig w:usb0="00000003" w:usb1="00000000" w:usb2="00000000" w:usb3="00000000" w:csb0="00000001" w:csb1="00000000"/>
  </w:font>
  <w:font w:name="LMRoman12-Regular-Identity-H">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E7638" w14:textId="77777777" w:rsidR="008B1E58" w:rsidRDefault="008B1E58" w:rsidP="004530D0">
      <w:pPr>
        <w:spacing w:after="0" w:line="240" w:lineRule="auto"/>
      </w:pPr>
      <w:r>
        <w:separator/>
      </w:r>
    </w:p>
  </w:footnote>
  <w:footnote w:type="continuationSeparator" w:id="0">
    <w:p w14:paraId="7F79C458" w14:textId="77777777" w:rsidR="008B1E58" w:rsidRDefault="008B1E58" w:rsidP="004530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6073320"/>
      <w:docPartObj>
        <w:docPartGallery w:val="Page Numbers (Top of Page)"/>
        <w:docPartUnique/>
      </w:docPartObj>
    </w:sdtPr>
    <w:sdtEndPr>
      <w:rPr>
        <w:noProof/>
      </w:rPr>
    </w:sdtEndPr>
    <w:sdtContent>
      <w:p w14:paraId="14B15AEA" w14:textId="77777777" w:rsidR="004530D0" w:rsidRDefault="004530D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2F98804" w14:textId="77777777" w:rsidR="004530D0" w:rsidRDefault="004530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7A77CA6"/>
    <w:multiLevelType w:val="hybridMultilevel"/>
    <w:tmpl w:val="73305B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A1B"/>
    <w:rsid w:val="000761D7"/>
    <w:rsid w:val="000767A2"/>
    <w:rsid w:val="00090F2E"/>
    <w:rsid w:val="000D10C7"/>
    <w:rsid w:val="000D36CC"/>
    <w:rsid w:val="0010600A"/>
    <w:rsid w:val="001175EB"/>
    <w:rsid w:val="00123B7E"/>
    <w:rsid w:val="001275D9"/>
    <w:rsid w:val="0015074B"/>
    <w:rsid w:val="00257572"/>
    <w:rsid w:val="0027235E"/>
    <w:rsid w:val="0029639D"/>
    <w:rsid w:val="002D0450"/>
    <w:rsid w:val="002E33A0"/>
    <w:rsid w:val="00326F90"/>
    <w:rsid w:val="003A6786"/>
    <w:rsid w:val="003E4209"/>
    <w:rsid w:val="00401237"/>
    <w:rsid w:val="00421DBE"/>
    <w:rsid w:val="0044106A"/>
    <w:rsid w:val="00446712"/>
    <w:rsid w:val="004530D0"/>
    <w:rsid w:val="0051283A"/>
    <w:rsid w:val="00526081"/>
    <w:rsid w:val="00542A14"/>
    <w:rsid w:val="005C5D96"/>
    <w:rsid w:val="005E3ED1"/>
    <w:rsid w:val="006E53B0"/>
    <w:rsid w:val="00772236"/>
    <w:rsid w:val="007E734B"/>
    <w:rsid w:val="007F2B46"/>
    <w:rsid w:val="00835C2F"/>
    <w:rsid w:val="0086661A"/>
    <w:rsid w:val="008B1E58"/>
    <w:rsid w:val="0090690A"/>
    <w:rsid w:val="00917C8E"/>
    <w:rsid w:val="00926886"/>
    <w:rsid w:val="009B5EBC"/>
    <w:rsid w:val="009C51AD"/>
    <w:rsid w:val="00A153E6"/>
    <w:rsid w:val="00AA13A2"/>
    <w:rsid w:val="00AA1D8D"/>
    <w:rsid w:val="00AB5F12"/>
    <w:rsid w:val="00B1066A"/>
    <w:rsid w:val="00B3457D"/>
    <w:rsid w:val="00B44378"/>
    <w:rsid w:val="00B47730"/>
    <w:rsid w:val="00B5693E"/>
    <w:rsid w:val="00B8023D"/>
    <w:rsid w:val="00C36D4F"/>
    <w:rsid w:val="00C7503A"/>
    <w:rsid w:val="00CA4D13"/>
    <w:rsid w:val="00CB0664"/>
    <w:rsid w:val="00CF6360"/>
    <w:rsid w:val="00EC7AED"/>
    <w:rsid w:val="00F07DE7"/>
    <w:rsid w:val="00F32121"/>
    <w:rsid w:val="00FA59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2ECA48"/>
  <w14:defaultImageDpi w14:val="300"/>
  <w15:docId w15:val="{D2A2B0D5-821E-4E7B-A711-2A299B53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836A3-40AB-435C-ADA2-87910C882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198</Pages>
  <Words>19467</Words>
  <Characters>110964</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130171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64</cp:revision>
  <cp:lastPrinted>2025-07-05T11:53:00Z</cp:lastPrinted>
  <dcterms:created xsi:type="dcterms:W3CDTF">2025-07-03T07:48:00Z</dcterms:created>
  <dcterms:modified xsi:type="dcterms:W3CDTF">2025-07-05T11:53:00Z</dcterms:modified>
  <cp:category/>
</cp:coreProperties>
</file>