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p>
    <w:p>
      <w:r/>
      <w:r>
        <w:t>Ben’s breath steamed ahead of him as he crossed the yard, climbing the gate into the field. He heard the crunching of frost under foot, as he started walking. The sun wasn’t up yet, but the sky had begun to pale. Nights were still cold though the days were starting to get warmer—not that it helped at this hour. The plaintive call of a curlew drifted in from far away but otherwise, it was silence.</w:t>
      </w:r>
    </w:p>
    <w:p>
      <w:r/>
      <w:r>
        <w:t>For him, early morning was the best part of the day.Before the world awoke. Before the madness started. The sun wouldn’t rise for another hour or so. Crossing the last field, he climbed the boundary hedge, and turned to survey the sleeping farm.</w:t>
      </w:r>
    </w:p>
    <w:p>
      <w:r/>
      <w:r>
        <w:t xml:space="preserve">The horizon was beginning to split—a thin white line where the sun made its presence felt. He breathed in. </w:t>
      </w:r>
    </w:p>
    <w:p>
      <w:r/>
      <w:r>
        <w:t>The place was ingrained in him. Each leaf, every noise, and every subtlety in the air formed a language—one he had been understanding throughout his life. Endless days of his youth, spent on the moors, sometimes with Peter, but mostly with Mae. Chasing dragonflies and dreams.</w:t>
      </w:r>
    </w:p>
    <w:p>
      <w:r/>
      <w:r>
        <w:t>He had stayed, even when others had left for college. In those early years, it was his father—sick and slipping—who anchored him to the farm. There was no one else, his Mother had died long ago. While caring for his Father he had learned to work with his hands: stone, iron, timber, he had become a real artisan over the years. He had needed something to pour himself into. The land had given him purpose, and craft gave him peace. He’d told himself it was duty that made him stay, but over time, he had made peace within himself. And when his father died, there was nothing left to keep him—or stop him. But by then, leaving no longer made sense. This was home.</w:t>
      </w:r>
    </w:p>
    <w:p>
      <w:r/>
      <w:r>
        <w:t>He paused before jumping down onto the moorland surrounding the farm, one hand resting on the weathered granite. The weight of the day ahead tugged at his chest, but another weight—older, quieter—pressed deeper.</w:t>
      </w:r>
    </w:p>
    <w:p>
      <w:r/>
      <w:r>
        <w:t xml:space="preserve">His mind harked back to that night so long ago now. The dance. Her words when he dropped her off—“You do know I love you, don’t you?”. </w:t>
      </w:r>
    </w:p>
    <w:p>
      <w:r/>
      <w:r>
        <w:t xml:space="preserve">He’d driven home afterwards, full of hope, full of love. He couldn’t sleep. </w:t>
      </w:r>
    </w:p>
    <w:p>
      <w:r/>
      <w:r>
        <w:t>Sleep had eluded him, replaced by the restless need to pour his heart onto paper. He composed a letter—long and heartfelt, though awkward in parts, yet brimming with sincerity. The next day, with his heart pounding like a drum, he had walked to Mae’s house. She wasn’t there. Mike, Mae’s father was coming out of the porch, and smiled as he saw Ben approaching.</w:t>
      </w:r>
    </w:p>
    <w:p>
      <w:r/>
      <w:r>
        <w:t>“If you’re looking for Mae, she’s gone to town.” he said, pulling his wellingtons on.</w:t>
      </w:r>
    </w:p>
    <w:p>
      <w:r/>
      <w:r>
        <w:t xml:space="preserve">“Oh, ok um, could you give this to Mae?” he asked, attempting a nonchalant tone that belied the turmoil within. Mae’s father gave a nod and taking the letter, slipped into the folds of his jacket. </w:t>
      </w:r>
    </w:p>
    <w:p>
      <w:r/>
      <w:r>
        <w:t>Ben envisioned Mae reading it that very evening, her eyes scanning each line with understanding. But that vision never materialised. Three days later, she departed for London without a word. No reply came, no farewell was given. She had simply vanished, leaving only the silence of her absence.</w:t>
      </w:r>
    </w:p>
    <w:p>
      <w:r/>
      <w:r>
        <w:t>And that was it. They had seen each other sometimes, in a frosty awkward way. But for the last ten years, she hadn’t even come home. She had left nothing but a silence that never quite settled.</w:t>
      </w:r>
    </w:p>
    <w:p>
      <w:r/>
      <w:r>
        <w:t>He let out a gentle sigh and turned towards the moor, darker now with the growing light behind it. He jumped down onto the barely visible path that would take him through the old quarry, past the marshes, and onto the open moor, past the standing stones—and then, onto the carn.</w:t>
      </w:r>
    </w:p>
    <w:p>
      <w:r/>
      <w:r>
        <w:t>The rushes were white with frost as he slipped through the sodden marshland, though the water wasn’t deep or frozen. Two teal ducks flew up. He watched as their panic sped them away, climbing higher. In the past, he would have had his gun with him and might’ve tried a shot. But not these days. He’d stopped shooting a few years ago. It wasn’t a decision so much as a slow falling away. The thrill had left him; the need was gone.</w:t>
      </w:r>
    </w:p>
    <w:p>
      <w:r/>
      <w:r>
        <w:t>The gorse on the path left its telltale sting on his legs, while last year’s heather and ling sparkled with frost. He stumbled a few times, nearly falling. The path was rough, hardly used—in fact. He had walked it many times over the years: first as a child, with the joy of discovering the wilderness that the moors offered him; then later as an adult, lost in the thoughts of a troubled mind, and the solace it gave him. But time had passed, and the way had grown over. “Looks to be used only by foxes and badgers,” he thought.</w:t>
      </w:r>
    </w:p>
    <w:p>
      <w:r/>
      <w:r>
        <w:t>As the sun finally broke the horizon, he guessed it must be around 7:00 a.m., or thereabouts. “Plenty of time,” he said to himself—but picked up his pace anyway. He was never one for being late at the best of times, and today was no different.</w:t>
      </w:r>
    </w:p>
    <w:p>
      <w:r/>
      <w:r>
        <w:t xml:space="preserve">He had been walking for some time, and he was now high up on the moor, out of sight and sound of anyone. </w:t>
      </w:r>
    </w:p>
    <w:p>
      <w:r/>
      <w:r>
        <w:t>The Carn, once far away, was now drawing near, appearing almost see-through in the soft dawn light. It served as a reminder of the past, a confirmation of the future, and a marker of the present moment.</w:t>
      </w:r>
    </w:p>
    <w:p>
      <w:r/>
      <w:r>
        <w:t>He stopped briefly to take it in, tuning into the sounds around him—his ears understanding the language being spoken. The gently moving grasses made a familiar sound that touched him. It was the radio station of his life—the backdrop of his childhood, his youth, and his adult years. His loves. His losses.</w:t>
      </w:r>
    </w:p>
    <w:p>
      <w:r/>
      <w:r>
        <w:t>There had been others, of course. Women who had come and gone. But none who stayed. None he let close. He told himself it was the farm, or the work, or the isolation. But really, it had been those words. Mae’s words. They had stayed with him, echoing in the back of his mind, uninvited and unforgotten.</w:t>
      </w:r>
    </w:p>
    <w:p>
      <w:r/>
      <w:r>
        <w:t>Over the years, he’d told himself she’d read his letter and didn’t feel the same. That she’d let it lie on purpose. There were times when he felt confused, bitter angry even. A part of him still didn’t understand, and he needed to. It was the reason he was out on the moor, this cold morning.</w:t>
      </w:r>
    </w:p>
    <w:p>
      <w:r/>
      <w:r>
        <w:t>But there was something else, too.</w:t>
      </w:r>
    </w:p>
    <w:p>
      <w:r/>
      <w:r>
        <w:t>They must have been fifteen, maybe sixteen. One of those late summer afternoons that felt like the end of something. They’d climbed the Carn like they always did. At the top, they lay down, heads nearly touching, watching the the clouds, saying nothing. Then she’d said it—quiet, but serious.</w:t>
      </w:r>
    </w:p>
    <w:p>
      <w:r/>
      <w:r>
        <w:t>“Promise me… if we ever get lost, or drift off, or forget all this—we’ll meet again. Here.”</w:t>
      </w:r>
    </w:p>
    <w:p>
      <w:r/>
      <w:r>
        <w:t>He turned his head slightly. “When?”</w:t>
      </w:r>
    </w:p>
    <w:p>
      <w:r/>
      <w:r>
        <w:t>She shrugged. “I dunno. Five years?”</w:t>
      </w:r>
    </w:p>
    <w:p>
      <w:r/>
      <w:r>
        <w:t>He scoffed. “That’s nothing.”</w:t>
      </w:r>
    </w:p>
    <w:p>
      <w:r/>
      <w:r>
        <w:t>She thought for a second. “Fine. Twenty.”</w:t>
      </w:r>
    </w:p>
    <w:p>
      <w:r/>
      <w:r>
        <w:t>“Twenty-five,” he said, not to be outdone.</w:t>
      </w:r>
    </w:p>
    <w:p>
      <w:r/>
      <w:r>
        <w:t>She grinned. “Same place.”</w:t>
      </w:r>
    </w:p>
    <w:p>
      <w:r/>
      <w:r>
        <w:t>“Same time,” he said. “Before the sun comes up.”</w:t>
      </w:r>
    </w:p>
    <w:p>
      <w:r/>
      <w:r>
        <w:t>And that was it.</w:t>
      </w:r>
    </w:p>
    <w:p>
      <w:r/>
      <w:r>
        <w:t>He had never forgotten he thought, had she?</w:t>
      </w:r>
    </w:p>
    <w:p>
      <w:r/>
      <w:r>
        <w:t>It wasn’t long before he reached the foot of the carn and began the climb. It didn’t look to be a great height from this approach, although from the opposite side it was far steeper where it dropped down to the coast road, and beyond that, to the sea.</w:t>
      </w:r>
    </w:p>
    <w:p>
      <w:r/>
      <w:r>
        <w:t>He jumped from rock to rock like he’d always done—sometimes missing and stumbling, but always onwards and upwards. He didn’t stop. He kept pushing on, moving more smoothly as his fear of slipping gave way to memory. He used to run across these stones, once upon a time. Like a mountain goat—sure-footed and swift—and while not so young now, his feet still knew what to do.</w:t>
      </w:r>
    </w:p>
    <w:p>
      <w:r/>
      <w:r>
        <w:t xml:space="preserve">He had walked these hills so many times—in the rain, in the dark, in the snow, and in the soft days of summer, filled with flies and birdsong. He’d come here in the moonlight of a full moon and watched as the clouds below him scudded past, as though in a dream. He’d been here in the depths of sorrow, and the joys of spring. </w:t>
      </w:r>
    </w:p>
    <w:p>
      <w:r/>
      <w:r>
        <w:t>It was was familiar to him. Dependable. Ruthless. Genuine. Nature never deceived. He had faith in it.</w:t>
      </w:r>
    </w:p>
    <w:p>
      <w:r/>
      <w:r>
        <w:t>The climbing grew more intense as he moved through last year’s dead bracken and this year’s new growth. The last part was always the hardest—the boulders rose steeply and became more precarious. Most people stopped at this point. It was enough. But he knew the way. Climbing slower now, he made his way to the top, cresting the last giant granite boulder—the only thing between him and the summit.</w:t>
      </w:r>
    </w:p>
    <w:p>
      <w:r/>
      <w:r>
        <w:t>On the very top was the stone he always sat on—the highest point of the carn. A thin piece of granite with a thick crack down the middle, worn over time immemorial, it made a perfect seat. From there, it was a breathtaking full 360-degree view. Mine stacks in the distance, silhouetted in the daybreak. Ocean on all sides. Towns and villages with churches and spires spread out far in the distance—each one known to him. Completely encircled by moorland.</w:t>
      </w:r>
    </w:p>
    <w:p>
      <w:r/>
      <w:r>
        <w:t>He took a seat and paused, feeling the warmth from his body rise up to his face.</w:t>
      </w:r>
    </w:p>
    <w:p>
      <w:r/>
      <w:r>
        <w:t>From where he sat, he looked down the opposite side of the carn to the one he’d climbed. It dropped away sharply, tracing the roots of the carn as they swept down to the distant fields, laid out like jigsaw pieces scattered on the floor—the coast road snaking along their edge. Beyond it, more fields, giving way to the shimmering Atlantic.</w:t>
      </w:r>
    </w:p>
    <w:p>
      <w:r/>
      <w:r>
        <w:t>Nothing moved. Even the breeze had dropped.</w:t>
      </w:r>
    </w:p>
    <w:p>
      <w:r/>
      <w:r>
        <w:t>A wren, far away in the valley below, broke the silence with its piercing call. It was answered by another, even further off—then silence.</w:t>
      </w:r>
    </w:p>
    <w:p>
      <w:r/>
      <w:r>
        <w:t>He sat watching the tiny farm buildings below, scanning for signs of activity. The sun was above the horizon now, illuminating the landscape, as it had done for millennia—making everything look fresh a new.</w:t>
      </w:r>
    </w:p>
    <w:p>
      <w:r/>
      <w:r>
        <w:t>Then—there it was. A flash of white against the winter colours.</w:t>
      </w:r>
    </w:p>
    <w:p>
      <w:r/>
      <w:r>
        <w:t>Someone was moving through the puzzle of fields. They had emerged from the farm and were now heading at a steady pace across the small enclosures. Reaching the hedge of the last field, he watched as they climbed over and dropped into the moorland—disappearing momentarily, only to re-emerge, a ghost of white drifting through the landscape.</w:t>
      </w:r>
    </w:p>
    <w:p>
      <w:r/>
      <w:r>
        <w:t>He knew it would be her. Still, part of him had doubted she’d come. But here she was—walking the old ways, the ones they’d known since childhood. Paths only visible if you’d walked them a thousand times.</w:t>
      </w:r>
    </w:p>
    <w:p>
      <w:r/>
      <w:r>
        <w:t>She moved with quiet determination, the gorse brushing at her sides, pushing through the winter bracken. She never faltered. Occasionally vanishing behind the dips in the land, only to reappear closer each time—carried forward, not by urgency, but something steadier.</w:t>
      </w:r>
    </w:p>
    <w:p>
      <w:r/>
      <w:r>
        <w:t>He recognised the way she walked. Purposeful. Not rushing. Steady. Not slow. And the hair—auburn, unbound, catching in the morning light.</w:t>
      </w:r>
    </w:p>
    <w:p>
      <w:r/>
      <w:r>
        <w:t>The dress—white, loose, impractical for the moor. But somehow, not out of place on her. She had always been like that. Untamed. Fierce. As much a part of this place as he was.</w:t>
      </w:r>
    </w:p>
    <w:p>
      <w:r/>
      <w:r>
        <w:t>He felt the shift inside him—something loosening. She was coming.</w:t>
      </w:r>
    </w:p>
    <w:p>
      <w:r/>
      <w:r>
        <w:t>The last few times they had met, its felt so awkward. And now he was feeling a mixture of excitement and nerves, in a way that he had not felt in a long time. He had instigated it, it was time.</w:t>
      </w:r>
    </w:p>
    <w:p>
      <w:r/>
      <w:r>
        <w:t>“You do know I love you,” she had said.</w:t>
      </w:r>
    </w:p>
    <w:p>
      <w:r/>
      <w:r>
        <w:t>“No he didn’t.” he thought, and sat quietly waiting.</w:t>
      </w: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