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r>
        <w:t>Mae hadn’t slept well. Her mind had been racing since she arrived home to the farm. She hadn’t been back in far too long, for reasons she couldn’t really say. Sometimes she had been embarrassed to come home. She had changed, living in London, unable to find herself. Her relationships kept failing, and each time things edged toward permanence — marriage, children, living together — she would suddenly get cold feet, panic, and do something to jeopardise everything.</w:t>
      </w:r>
    </w:p>
    <w:p>
      <w:r/>
      <w:r>
        <w:t>After University, things hadn’t panned out the way she thought it would. She had lost with friends, and family. Her wilder side had taken over in London, and she spent many weekends up all night clubbing, smoking drinking. It wasn’t great, and something she preferred not to share.</w:t>
      </w:r>
    </w:p>
    <w:p>
      <w:r/>
      <w:r>
        <w:t xml:space="preserve">She found it easier telling herself, that she didn’t really like Cornwall. That the local town had nothing to offer, no venues, no shops as such. No nightlife. Why would she want to go down there. It was all too small for her, she had out grown it. </w:t>
      </w:r>
    </w:p>
    <w:p>
      <w:r/>
      <w:r>
        <w:t>She only really kept in touch with Elisa, her Mother, and Peter from that neck of the woods. The rest she’d lost touch with over the years. He mother had always hoped she would return, but in heart thought she probably wouldn’t.</w:t>
      </w:r>
    </w:p>
    <w:p>
      <w:r/>
      <w:r>
        <w:t>When Mae’s father had died suddenly of a heart attached, she had been devastated. They all had. Elisa, albeit strong minded and able, was never the same afterwards. The funeral was the last time Mae had been home, and that was tens years ago. The last time she’d seen Ben, though the didn’t speak, he was there.</w:t>
      </w:r>
    </w:p>
    <w:p>
      <w:r/>
      <w:r>
        <w:t>It was her brother, Peter, that picked her up from the station. It was Mae’s brother Peter always affable, joking, who came to pick her up. He was pleased enough to see her — she could tell — but he still wore that look. That slight narrowing of the eyes. Scepticism. He always seem to look at her like that, especially more recently, and it made her feel worse.</w:t>
      </w:r>
    </w:p>
    <w:p>
      <w:r/>
      <w:r>
        <w:t>“Hey, sis. How’s it going?” he’d said, scrutinising her face as he pulled her into a quick hug.</w:t>
      </w:r>
    </w:p>
    <w:p>
      <w:r/>
      <w:r>
        <w:t>Even with her sunglasses on — and it being a dull day — it was obvious what he thought. That she was hungover. He wasn’t wrong. She’d been out late the night before, then caught the midnight train to Cornwall. She hadn’t quite managed to sleep it off before she arrived.</w:t>
      </w:r>
    </w:p>
    <w:p>
      <w:r/>
      <w:r>
        <w:t>Peter the dutiful son, had been home for a few days already, helping their mother return home from the hospital having had a stroke.</w:t>
      </w:r>
    </w:p>
    <w:p>
      <w:r/>
      <w:r>
        <w:t>As they walked up the platform, Mae couldn’t help but find the place so tiny. She remembered it felt like Paddington Station when she was a child. Walking outside there was a familiar tang of salt and seaweed in the air, a few gulls on the station looking for scraps. A new coffee bar just outside. They drove up the high street and out through the top of town. It all looked a bit drab, she thought, tired, in need of something, but she wasn’t sure what. Much like herself.</w:t>
      </w:r>
    </w:p>
    <w:p>
      <w:r/>
      <w:r>
        <w:t xml:space="preserve">Leaving the edge of town, the buildings thinned, and the road started to climb — bending gently upwards, back into a landscape she hadn’t seen properly in years. The hedgerows grew taller. The roads narrower, coming down to single file. The light changed. </w:t>
      </w:r>
    </w:p>
    <w:p>
      <w:r/>
      <w:r>
        <w:t>Peter filled her in with the details. Their mother had had a stroke. Not fatal, but serious. She couldn’t walk now. Her speech was slurred, the words slow to form. The mind was there — still strong, still sharp — but it was locked behind a failing body. She was doing better than expected, all things considered. But everything would have to change. She wouldn’t be able to live alone anymore, not at her age.</w:t>
      </w:r>
    </w:p>
    <w:p>
      <w:r/>
      <w:r>
        <w:t>Mae was only half listening. Her eyes drifted to the window as the landscape unfurled — wild, untamed, still. The moors stretched away on either side of them, familiar and vast. She recognised things without naming them: a twist in the road, a cluster of trees, the dip of a stream they used to swim in. It all looked exactly the same — and yet she felt miles from it, as if watching her own childhood through glass.</w:t>
      </w:r>
    </w:p>
    <w:p>
      <w:r/>
      <w:r>
        <w:t xml:space="preserve">She was reflecting on the message. She hadn’t seen Ben in so long. And yet, he’d been the first to text about her mothers stroke. She thought it strange. They hadn’t spoken in years. Not since she’d left really. The first time she had come home, she went straight to his farm, but he seemed distant, cold even. She understood he was looking after his father, but still. </w:t>
      </w:r>
    </w:p>
    <w:p>
      <w:r/>
      <w:r>
        <w:t>She hadn’t replied to his text. She didn’t know what to say. She was felt bad about how much time had passed, of how little she’d made of things. And worst of all, she hadn’t been in touch when his father had died, she didn’t even go to the funeral. She couldn’t handle it. She also felt angry at him for being so cold when she had returned.Though she wasn’t really sure why it even mattered. Just another thread.</w:t>
      </w:r>
    </w:p>
    <w:p>
      <w:r/>
      <w:r>
        <w:t xml:space="preserve">She had moved to the city, while Ben stayed behind. And now, she felt lost, unsure of her own identity, and she had come to realise she had no idea who Ben was now. They had once been inseparable, and she couldn't of imagined life without him in it somewhere. And yet, years had passed without a word between them. Was this just the reality of adulthood, where childhood dreams are consumed by the fires of growing up? </w:t>
      </w:r>
    </w:p>
    <w:p>
      <w:r/>
      <w:r>
        <w:t>“Are you even listening to me?” Peter said, glancing sideways, half irritated.</w:t>
      </w:r>
    </w:p>
    <w:p>
      <w:r/>
      <w:r>
        <w:t>She blinked. “I am — sorry. There’s just… a lot to take in.”</w:t>
      </w:r>
    </w:p>
    <w:p>
      <w:r/>
      <w:r>
        <w:t>Of course she wasn’t listening. Not properly. It wasn’t that she didn’t care about her mother, she just didn’t know how to process it. Would it would mean, what happens now.</w:t>
      </w:r>
    </w:p>
    <w:p>
      <w:r/>
      <w:r>
        <w:t>They were high up now. The hedges had vanished. Only the open moorland ahead. The grasses were yellowy white, all bent in the same direction of the prevailing wind. Bracken lay flattened, rust-coloured, and brittle. Pools of water scattered across the low places, unable to drain. In the distance, the Carn — the carn of their childhood — rose from the land like a memory. It looked smaller than she remembered, but that was just the angle.</w:t>
      </w:r>
    </w:p>
    <w:p>
      <w:r/>
      <w:r>
        <w:t>She let her eyes drift towards where she knew Ben’s farm would be, though it was hidden from here.They were passing the lane that rose up to meet his boundary walls.</w:t>
      </w:r>
    </w:p>
    <w:p>
      <w:r/>
      <w:r>
        <w:t>As the car dipped onto the coast road, the Carn disappeared from view.</w:t>
      </w:r>
    </w:p>
    <w:p>
      <w:r/>
      <w:r>
        <w:t>“I saw Ben yesterday,” Peter said suddenly, briefly looking at her.</w:t>
      </w:r>
    </w:p>
    <w:p>
      <w:r/>
      <w:r>
        <w:t>Mae sat up slightly, but kept her expression still.</w:t>
      </w:r>
    </w:p>
    <w:p>
      <w:r/>
      <w:r>
        <w:t>“Oh? And how is he? I haven’t seen him in years.” She hated how the words came out. Too light. Too casual. Like a lie.</w:t>
      </w:r>
    </w:p>
    <w:p>
      <w:r/>
      <w:r>
        <w:t>Peter paused, maybe hearing it too. “He’s much the same. We had a pint at the Radgel last night, I told him you were coming down. Played a few rounds of darts. It was actually really good to see him. I hadn’t seen him for ages.”</w:t>
      </w:r>
    </w:p>
    <w:p>
      <w:r/>
      <w:r>
        <w:t>"He's certainly grown into quite the man," Peter continued, his voice carrying a hint of admiration. "No idea what he’s been up to, but he’s not the same as he was."</w:t>
      </w:r>
    </w:p>
    <w:p>
      <w:r/>
      <w:r>
        <w:t>She was tempted to ask him, what he meant, not the same as he was. But she couldn’t do it, the words wouldn’t come out.</w:t>
      </w:r>
    </w:p>
    <w:p>
      <w:r/>
      <w:r>
        <w:t>They fell into silence for the last couple of miles. Mae leaned against the window, watching the land go by — scenes that were stitched into her memory, as real as ever, and yet somehow far away. Like they belonged to someone else now.</w:t>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