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9696F" w14:textId="77777777" w:rsidR="00E663E7" w:rsidRDefault="00E663E7">
      <w:pPr>
        <w:spacing w:line="360" w:lineRule="exact"/>
      </w:pPr>
      <w:r/>
    </w:p>
    <w:p w14:paraId="283EA49D" w14:textId="77777777" w:rsidR="00E663E7" w:rsidRDefault="00000000">
      <w:pPr>
        <w:spacing w:line="360" w:lineRule="exact"/>
        <w:jc w:val="center"/>
      </w:pPr>
      <w:r>
        <w:t>Chapter 1: From the Window Seat</w:t>
      </w:r>
    </w:p>
    <w:p w14:paraId="063DD3FC" w14:textId="77777777" w:rsidR="00E663E7" w:rsidRDefault="00E663E7">
      <w:pPr>
        <w:spacing w:line="360" w:lineRule="exact"/>
      </w:pPr>
      <w:r/>
    </w:p>
    <w:p w14:paraId="0CFA1FD3" w14:textId="77777777" w:rsidR="00E663E7" w:rsidRDefault="00000000">
      <w:pPr>
        <w:spacing w:after="120" w:line="360" w:lineRule="exact"/>
        <w:ind w:firstLine="432"/>
      </w:pPr>
      <w:r>
        <w:t>My earliest memory is from a plane—not from a playground or a living room, but high above the clouds, leaving Khartoum behind.</w:t>
      </w:r>
    </w:p>
    <w:p w14:paraId="72A39ABF" w14:textId="77777777" w:rsidR="00E663E7" w:rsidRDefault="00E663E7">
      <w:pPr>
        <w:spacing w:line="360" w:lineRule="exact"/>
      </w:pPr>
      <w:r/>
    </w:p>
    <w:p w14:paraId="09747AF7" w14:textId="77777777" w:rsidR="00E663E7" w:rsidRDefault="00000000">
      <w:pPr>
        <w:spacing w:after="120" w:line="360" w:lineRule="exact"/>
        <w:ind w:firstLine="432"/>
      </w:pPr>
      <w:r>
        <w:t>I must have been around three or four years old. I remember the stillness of that moment. The hum of the engines, the cold window against my cheek, the strange, bright freedom of the sky. I didn’t know what we were leaving or what we were heading toward. I just knew it was big. Bigger than anything I had ever known.</w:t>
      </w:r>
    </w:p>
    <w:p w14:paraId="549E06A8" w14:textId="77777777" w:rsidR="00E663E7" w:rsidRDefault="00E663E7">
      <w:pPr>
        <w:spacing w:line="360" w:lineRule="exact"/>
      </w:pPr>
      <w:r/>
    </w:p>
    <w:p w14:paraId="4D724C53" w14:textId="77777777" w:rsidR="00E663E7" w:rsidRDefault="00000000">
      <w:pPr>
        <w:spacing w:after="120" w:line="360" w:lineRule="exact"/>
        <w:ind w:firstLine="432"/>
      </w:pPr>
      <w:r>
        <w:t>We were on our way to Los Angeles. Our lives were changing forever.</w:t>
      </w:r>
    </w:p>
    <w:p w14:paraId="34E6D835" w14:textId="77777777" w:rsidR="00E663E7" w:rsidRDefault="00E663E7">
      <w:pPr>
        <w:spacing w:line="360" w:lineRule="exact"/>
      </w:pPr>
      <w:r/>
    </w:p>
    <w:p w14:paraId="17012ABE" w14:textId="77777777" w:rsidR="00E663E7" w:rsidRDefault="00000000">
      <w:pPr>
        <w:spacing w:after="120" w:line="360" w:lineRule="exact"/>
        <w:ind w:firstLine="432"/>
      </w:pPr>
      <w:r>
        <w:t>The move was made possible by my grandfather—my mother’s father—who was the Deputy Minister of Public Works in Khartoum. A man of vision, strength, and legacy. He wanted more for his children and grandchildren. He used his position and resources to help us leave, funding the journey and giving us a chance at a new life. He helped not only our immediate family but also my first cousins, hoping we could all establish businesses in the U.S., eventually securing green cards. That plan didn’t work out the way he envisioned, but the intention behind it was noble.</w:t>
      </w:r>
    </w:p>
    <w:p w14:paraId="22D18B6C" w14:textId="77777777" w:rsidR="00E663E7" w:rsidRDefault="00E663E7">
      <w:pPr>
        <w:spacing w:line="360" w:lineRule="exact"/>
      </w:pPr>
      <w:r/>
    </w:p>
    <w:p w14:paraId="5BDE8440" w14:textId="77777777" w:rsidR="00E663E7" w:rsidRDefault="00000000">
      <w:pPr>
        <w:spacing w:after="120" w:line="360" w:lineRule="exact"/>
        <w:ind w:firstLine="432"/>
      </w:pPr>
      <w:r>
        <w:t>At that age, I couldn’t grasp the weight of his sacrifice or the magnitude of what we were doing. But now I know: that flight was more than a physical departure. It was a severing—from homeland, from heritage, from familiarity. And it was also a rebirth. That plane became a womb, carrying us from the old world into the unknown.</w:t>
      </w:r>
    </w:p>
    <w:p w14:paraId="0284792D" w14:textId="77777777" w:rsidR="00E663E7" w:rsidRDefault="00E663E7">
      <w:pPr>
        <w:spacing w:line="360" w:lineRule="exact"/>
      </w:pPr>
      <w:r/>
    </w:p>
    <w:p w14:paraId="2F29525F" w14:textId="77777777" w:rsidR="00E663E7" w:rsidRDefault="00000000">
      <w:pPr>
        <w:spacing w:after="120" w:line="360" w:lineRule="exact"/>
        <w:ind w:firstLine="432"/>
      </w:pPr>
      <w:r>
        <w:t>Life in Los Angeles was a blur of assimilation and survival. The language was foreign. The streets were different. We were Sudanese kids in a world that didn’t look like home, trying to fit in while holding onto pieces of where we came from. It wasn’t easy. But it taught me to adapt.</w:t>
      </w:r>
    </w:p>
    <w:p w14:paraId="5F49C1A2" w14:textId="77777777" w:rsidR="00E663E7" w:rsidRDefault="00E663E7">
      <w:pPr>
        <w:spacing w:line="360" w:lineRule="exact"/>
      </w:pPr>
      <w:r/>
    </w:p>
    <w:p w14:paraId="2B963A65" w14:textId="77777777" w:rsidR="00E663E7" w:rsidRDefault="00000000">
      <w:pPr>
        <w:spacing w:after="120" w:line="360" w:lineRule="exact"/>
        <w:ind w:firstLine="432"/>
      </w:pPr>
      <w:r>
        <w:t>After a few years, the next shift came—we moved again, this time to Canada. Another uprooting. Another adaptation. But by then, I had learned that change was the only constant. You survive by bending, not breaking. That became a quiet theme in my life—adjust, readjust, rebuild.</w:t>
      </w:r>
    </w:p>
    <w:p w14:paraId="3D4B06AA" w14:textId="77777777" w:rsidR="00E663E7" w:rsidRDefault="00E663E7">
      <w:pPr>
        <w:spacing w:line="360" w:lineRule="exact"/>
      </w:pPr>
      <w:r/>
    </w:p>
    <w:p w14:paraId="024B76A9" w14:textId="77777777" w:rsidR="00E663E7" w:rsidRDefault="00000000">
      <w:pPr>
        <w:spacing w:after="120" w:line="360" w:lineRule="exact"/>
        <w:ind w:firstLine="432"/>
      </w:pPr>
      <w:r>
        <w:t>Looking back now, I realize how important that first memory was. It wasn’t just a child’s view of clouds. It was the origin of a deeper knowing—that movement is a part of life. That we often leave behind places, people, even versions of ourselves before we ever understand why.</w:t>
      </w:r>
    </w:p>
    <w:p w14:paraId="2413EF23" w14:textId="77777777" w:rsidR="00E663E7" w:rsidRDefault="00E663E7">
      <w:pPr>
        <w:spacing w:line="360" w:lineRule="exact"/>
      </w:pPr>
      <w:r/>
    </w:p>
    <w:p w14:paraId="2BC9DEF8" w14:textId="77777777" w:rsidR="00E663E7" w:rsidRDefault="00000000">
      <w:pPr>
        <w:spacing w:after="120" w:line="360" w:lineRule="exact"/>
        <w:ind w:firstLine="432"/>
      </w:pPr>
      <w:r>
        <w:t>And maybe that’s how faith begins. Not in certainty, but in motion.</w:t>
      </w:r>
    </w:p>
    <w:p w14:paraId="7A7BA4FC" w14:textId="77777777" w:rsidR="00E663E7" w:rsidRDefault="00E663E7">
      <w:pPr>
        <w:spacing w:line="360" w:lineRule="exact"/>
      </w:pPr>
      <w:r/>
    </w:p>
    <w:p w14:paraId="74755007" w14:textId="77777777" w:rsidR="00E663E7" w:rsidRDefault="00000000">
      <w:pPr>
        <w:spacing w:after="120" w:line="360" w:lineRule="exact"/>
        <w:ind w:firstLine="432"/>
      </w:pPr>
      <w:r>
        <w:t>That flight is still etched into my being.</w:t>
      </w:r>
    </w:p>
    <w:p w14:paraId="538C1FBE" w14:textId="77777777" w:rsidR="00E663E7" w:rsidRDefault="00000000">
      <w:pPr>
        <w:spacing w:after="120" w:line="360" w:lineRule="exact"/>
        <w:ind w:firstLine="432"/>
      </w:pPr>
      <w:r>
        <w:t>Not because I was old enough to understand it—but because I was young enough to feel it.</w:t>
      </w:r>
    </w:p>
    <w:p w14:paraId="41AA97F6" w14:textId="77777777" w:rsidR="00E663E7" w:rsidRDefault="00E663E7">
      <w:pPr>
        <w:spacing w:line="360" w:lineRule="exact"/>
      </w:pPr>
      <w:r/>
    </w:p>
    <w:p w14:paraId="48948D56" w14:textId="77777777" w:rsidR="00E663E7" w:rsidRDefault="00000000">
      <w:pPr>
        <w:spacing w:after="120" w:line="360" w:lineRule="exact"/>
        <w:ind w:firstLine="432"/>
      </w:pPr>
      <w:r>
        <w:t>The silence.</w:t>
      </w:r>
    </w:p>
    <w:p w14:paraId="05FEF556" w14:textId="77777777" w:rsidR="00E663E7" w:rsidRDefault="00000000">
      <w:pPr>
        <w:spacing w:after="120" w:line="360" w:lineRule="exact"/>
        <w:ind w:firstLine="432"/>
      </w:pPr>
      <w:r>
        <w:t>The lift.</w:t>
      </w:r>
    </w:p>
    <w:p w14:paraId="21169699" w14:textId="77777777" w:rsidR="00E663E7" w:rsidRDefault="00000000">
      <w:pPr>
        <w:spacing w:after="120" w:line="360" w:lineRule="exact"/>
        <w:ind w:firstLine="432"/>
      </w:pPr>
      <w:r>
        <w:t>The unknown.</w:t>
      </w:r>
    </w:p>
    <w:p w14:paraId="7A9C2174" w14:textId="77777777" w:rsidR="00E663E7" w:rsidRDefault="00000000">
      <w:pPr>
        <w:spacing w:after="120" w:line="360" w:lineRule="exact"/>
        <w:ind w:firstLine="432"/>
      </w:pPr>
      <w:r>
        <w:t>And the start of everything that was to come.</w:t>
      </w:r>
    </w:p>
    <w:p w14:paraId="52BC4FFB" w14:textId="77777777" w:rsidR="00E663E7" w:rsidRDefault="00E663E7">
      <w:pPr>
        <w:spacing w:line="360" w:lineRule="exact"/>
      </w:pPr>
      <w:r/>
    </w:p>
    <w:p w14:paraId="6A649561" w14:textId="77777777" w:rsidR="00E663E7" w:rsidRDefault="00E663E7">
      <w:pPr>
        <w:spacing w:line="360" w:lineRule="exact"/>
      </w:pPr>
      <w:r/>
    </w:p>
    <w:p w14:paraId="2FC39EC1" w14:textId="77777777" w:rsidR="00E663E7" w:rsidRDefault="00E663E7">
      <w:pPr>
        <w:spacing w:line="360" w:lineRule="exact"/>
      </w:pPr>
      <w:r/>
    </w:p>
    <w:p w14:paraId="77B145A6" w14:textId="77777777" w:rsidR="00E663E7" w:rsidRDefault="00E663E7">
      <w:pPr>
        <w:spacing w:line="360" w:lineRule="exact"/>
      </w:pPr>
      <w:r/>
    </w:p>
    <w:p w14:paraId="66C9F840" w14:textId="77777777" w:rsidR="00E663E7" w:rsidRDefault="00000000">
      <w:pPr>
        <w:spacing w:after="120" w:line="360" w:lineRule="exact"/>
        <w:ind w:firstLine="432"/>
      </w:pPr>
      <w:r>
        <w:t>⸻</w:t>
      </w:r>
    </w:p>
    <w:p w14:paraId="6D458E55" w14:textId="77777777" w:rsidR="00E663E7" w:rsidRDefault="00E663E7">
      <w:pPr>
        <w:spacing w:line="360" w:lineRule="exact"/>
      </w:pPr>
      <w:r/>
    </w:p>
    <w:p w14:paraId="20723FFA" w14:textId="77777777" w:rsidR="00E663E7" w:rsidRDefault="00000000">
      <w:pPr>
        <w:spacing w:line="360" w:lineRule="exact"/>
        <w:jc w:val="center"/>
      </w:pPr>
      <w:r>
        <w:t>Chapter 2: Combos and Cold Cuts</w:t>
      </w:r>
    </w:p>
    <w:p w14:paraId="5A0D1F47" w14:textId="77777777" w:rsidR="00E663E7" w:rsidRDefault="00E663E7">
      <w:pPr>
        <w:spacing w:line="360" w:lineRule="exact"/>
      </w:pPr>
      <w:r/>
    </w:p>
    <w:p w14:paraId="4475CF3E" w14:textId="77777777" w:rsidR="00E663E7" w:rsidRDefault="00000000">
      <w:pPr>
        <w:spacing w:after="120" w:line="360" w:lineRule="exact"/>
        <w:ind w:firstLine="432"/>
      </w:pPr>
      <w:r>
        <w:t>Some of my fondest memories come from the early 1990s, when I used to visit my cousin Robert in North York on the weekends. I’d sleep over, and we’d spend our days riding bikes, playing basketball, and hanging out with his friends — Sudershan and Dwayne. Robby always knew how to pick good people, even back then. He still does.</w:t>
      </w:r>
    </w:p>
    <w:p w14:paraId="769C5F4D" w14:textId="77777777" w:rsidR="00E663E7" w:rsidRDefault="00E663E7">
      <w:pPr>
        <w:spacing w:line="360" w:lineRule="exact"/>
      </w:pPr>
      <w:r/>
    </w:p>
    <w:p w14:paraId="68010EBF" w14:textId="77777777" w:rsidR="00E663E7" w:rsidRDefault="00000000">
      <w:pPr>
        <w:spacing w:after="120" w:line="360" w:lineRule="exact"/>
        <w:ind w:firstLine="432"/>
      </w:pPr>
      <w:r>
        <w:t>After long days of running around and soaking up every drop of childhood freedom, we’d come home when his parents were just about to go to bed. That’s when we’d sneak into the kitchen and start making our famous cold cut sandwiches. Pita bread stuffed with mortadella, salami, lettuce, tomatoes, mustard, mayo — whatever sounded good and was available in the fridge. We built them with the pride of chefs and the creativity of kids who thought they were inventing something legendary.</w:t>
      </w:r>
    </w:p>
    <w:p w14:paraId="0B9FA64F" w14:textId="77777777" w:rsidR="00E663E7" w:rsidRDefault="00E663E7">
      <w:pPr>
        <w:spacing w:line="360" w:lineRule="exact"/>
      </w:pPr>
      <w:r/>
    </w:p>
    <w:p w14:paraId="06BBCDEA" w14:textId="77777777" w:rsidR="00E663E7" w:rsidRDefault="00000000">
      <w:pPr>
        <w:spacing w:after="120" w:line="360" w:lineRule="exact"/>
        <w:ind w:firstLine="432"/>
      </w:pPr>
      <w:r>
        <w:t>We used to dream of opening a restaurant together. We’d call it Combos — after the sandwich combinations we whipped up late at night. It was silly, but it was everything. A dream that made us look forward to the future. A place we could picture ourselves being happy. We weren’t trying to be rich or famous. Just fulfilled. Just us.</w:t>
      </w:r>
    </w:p>
    <w:p w14:paraId="6DD739BC" w14:textId="77777777" w:rsidR="00E663E7" w:rsidRDefault="00E663E7">
      <w:pPr>
        <w:spacing w:line="360" w:lineRule="exact"/>
      </w:pPr>
      <w:r/>
    </w:p>
    <w:p w14:paraId="74CED62F" w14:textId="77777777" w:rsidR="00E663E7" w:rsidRDefault="00000000">
      <w:pPr>
        <w:spacing w:after="120" w:line="360" w:lineRule="exact"/>
        <w:ind w:firstLine="432"/>
      </w:pPr>
      <w:r>
        <w:t>Those were simpler times. But they stuck with me.</w:t>
      </w:r>
    </w:p>
    <w:p w14:paraId="3DFBB0B3" w14:textId="77777777" w:rsidR="00E663E7" w:rsidRDefault="00E663E7">
      <w:pPr>
        <w:spacing w:line="360" w:lineRule="exact"/>
      </w:pPr>
      <w:r/>
    </w:p>
    <w:p w14:paraId="7BB6A4F5" w14:textId="77777777" w:rsidR="00E663E7" w:rsidRDefault="00000000">
      <w:pPr>
        <w:spacing w:after="120" w:line="360" w:lineRule="exact"/>
        <w:ind w:firstLine="432"/>
      </w:pPr>
      <w:r>
        <w:t>Because when life got darker, when people betrayed me, when my own mind began to unravel — I’d remember the light from that kitchen fridge. I’d remember the safety of Robby’s house. The laughter. The smell of salami. And the way a child’s imagination could turn anything into purpose.</w:t>
      </w:r>
    </w:p>
    <w:p w14:paraId="28E3345B" w14:textId="77777777" w:rsidR="00E663E7" w:rsidRDefault="00E663E7">
      <w:pPr>
        <w:spacing w:line="360" w:lineRule="exact"/>
      </w:pPr>
      <w:r/>
    </w:p>
    <w:p w14:paraId="2F5C495F" w14:textId="77777777" w:rsidR="00E663E7" w:rsidRDefault="00000000">
      <w:pPr>
        <w:spacing w:after="120" w:line="360" w:lineRule="exact"/>
        <w:ind w:firstLine="432"/>
      </w:pPr>
      <w:r>
        <w:t>Even now, as a grown man with scars too deep to see, I hold onto that memory. Not just for nostalgia, but as proof:</w:t>
      </w:r>
    </w:p>
    <w:p w14:paraId="027791D7" w14:textId="77777777" w:rsidR="00E663E7" w:rsidRDefault="00000000">
      <w:pPr>
        <w:spacing w:after="120" w:line="360" w:lineRule="exact"/>
        <w:ind w:firstLine="432"/>
      </w:pPr>
      <w:r>
        <w:t>There was a time I was innocent. There was a time I was whole. And maybe… maybe there can be a time like that again.</w:t>
      </w:r>
    </w:p>
    <w:p w14:paraId="40228DCB" w14:textId="77777777" w:rsidR="00E663E7" w:rsidRDefault="00E663E7">
      <w:pPr>
        <w:spacing w:line="360" w:lineRule="exact"/>
      </w:pPr>
      <w:r/>
    </w:p>
    <w:p w14:paraId="08A6706E" w14:textId="77777777" w:rsidR="00E663E7" w:rsidRDefault="00000000">
      <w:pPr>
        <w:spacing w:after="120" w:line="360" w:lineRule="exact"/>
        <w:ind w:firstLine="432"/>
      </w:pPr>
      <w:r>
        <w:t>⸻</w:t>
      </w:r>
    </w:p>
    <w:p w14:paraId="7433E19B" w14:textId="77777777" w:rsidR="00E663E7" w:rsidRDefault="00E663E7">
      <w:pPr>
        <w:spacing w:line="360" w:lineRule="exact"/>
      </w:pPr>
      <w:r/>
    </w:p>
    <w:p w14:paraId="0562F99D" w14:textId="77777777" w:rsidR="00E663E7" w:rsidRDefault="00E663E7">
      <w:pPr>
        <w:spacing w:line="360" w:lineRule="exact"/>
      </w:pPr>
      <w:r/>
    </w:p>
    <w:p w14:paraId="6AB80E89" w14:textId="77777777" w:rsidR="00E663E7" w:rsidRDefault="00E663E7">
      <w:pPr>
        <w:spacing w:line="360" w:lineRule="exact"/>
      </w:pPr>
      <w:r/>
    </w:p>
    <w:p w14:paraId="321298BA" w14:textId="77777777" w:rsidR="00E663E7" w:rsidRDefault="00000000">
      <w:pPr>
        <w:spacing w:line="360" w:lineRule="exact"/>
        <w:jc w:val="center"/>
      </w:pPr>
      <w:r>
        <w:t>Chapter 3: The Silence After</w:t>
      </w:r>
    </w:p>
    <w:p w14:paraId="0E79F42F" w14:textId="77777777" w:rsidR="00E663E7" w:rsidRDefault="00E663E7">
      <w:pPr>
        <w:spacing w:line="360" w:lineRule="exact"/>
      </w:pPr>
      <w:r/>
    </w:p>
    <w:p w14:paraId="77997607" w14:textId="77777777" w:rsidR="00E663E7" w:rsidRDefault="00000000">
      <w:pPr>
        <w:spacing w:after="120" w:line="360" w:lineRule="exact"/>
        <w:ind w:firstLine="432"/>
      </w:pPr>
      <w:r>
        <w:t>There’s a line in the song Wild &amp; Rich by 450 that hit me harder than I ever expected:</w:t>
      </w:r>
    </w:p>
    <w:p w14:paraId="5551EB45" w14:textId="77777777" w:rsidR="00E663E7" w:rsidRDefault="00E663E7">
      <w:pPr>
        <w:spacing w:line="360" w:lineRule="exact"/>
      </w:pPr>
      <w:r/>
    </w:p>
    <w:p w14:paraId="42BB9227" w14:textId="77777777" w:rsidR="00E663E7" w:rsidRDefault="00000000">
      <w:pPr>
        <w:spacing w:after="120" w:line="360" w:lineRule="exact"/>
        <w:ind w:firstLine="432"/>
      </w:pPr>
      <w:r>
        <w:t>“Nah lie, mi anah same from yuh cut.”</w:t>
      </w:r>
    </w:p>
    <w:p w14:paraId="30E2C513" w14:textId="77777777" w:rsidR="00E663E7" w:rsidRDefault="00E663E7">
      <w:pPr>
        <w:spacing w:line="360" w:lineRule="exact"/>
      </w:pPr>
      <w:r/>
    </w:p>
    <w:p w14:paraId="06AF3AC1" w14:textId="77777777" w:rsidR="00E663E7" w:rsidRDefault="00000000">
      <w:pPr>
        <w:spacing w:after="120" w:line="360" w:lineRule="exact"/>
        <w:ind w:firstLine="432"/>
      </w:pPr>
      <w:r>
        <w:t>Translation? “Not gonna lie… I haven’t been the same since you left me.”</w:t>
      </w:r>
    </w:p>
    <w:p w14:paraId="0B6DB138" w14:textId="77777777" w:rsidR="00E663E7" w:rsidRDefault="00E663E7">
      <w:pPr>
        <w:spacing w:line="360" w:lineRule="exact"/>
      </w:pPr>
      <w:r/>
    </w:p>
    <w:p w14:paraId="0A34602D" w14:textId="77777777" w:rsidR="00E663E7" w:rsidRDefault="00000000">
      <w:pPr>
        <w:spacing w:after="120" w:line="360" w:lineRule="exact"/>
        <w:ind w:firstLine="432"/>
      </w:pPr>
      <w:r>
        <w:t>The first time I heard it, I was sitting alone in my car — parked, eyes closed, trying to keep myself together. And when that lyric came through the speakers, it broke me.</w:t>
      </w:r>
    </w:p>
    <w:p w14:paraId="165A65FB" w14:textId="77777777" w:rsidR="00E663E7" w:rsidRDefault="00E663E7">
      <w:pPr>
        <w:spacing w:line="360" w:lineRule="exact"/>
      </w:pPr>
      <w:r/>
    </w:p>
    <w:p w14:paraId="25071A8A" w14:textId="77777777" w:rsidR="00E663E7" w:rsidRDefault="00000000">
      <w:pPr>
        <w:spacing w:after="120" w:line="360" w:lineRule="exact"/>
        <w:ind w:firstLine="432"/>
      </w:pPr>
      <w:r>
        <w:t>Because no matter how hurt I was…</w:t>
      </w:r>
    </w:p>
    <w:p w14:paraId="1C91D722" w14:textId="77777777" w:rsidR="00E663E7" w:rsidRDefault="00000000">
      <w:pPr>
        <w:spacing w:after="120" w:line="360" w:lineRule="exact"/>
        <w:ind w:firstLine="432"/>
      </w:pPr>
      <w:r>
        <w:t>No matter how deeply I felt betrayed…</w:t>
      </w:r>
    </w:p>
    <w:p w14:paraId="21F6F344" w14:textId="77777777" w:rsidR="00E663E7" w:rsidRDefault="00000000">
      <w:pPr>
        <w:spacing w:after="120" w:line="360" w:lineRule="exact"/>
        <w:ind w:firstLine="432"/>
      </w:pPr>
      <w:r>
        <w:t>There was still a part of me that missed her.</w:t>
      </w:r>
    </w:p>
    <w:p w14:paraId="19DF4F39" w14:textId="77777777" w:rsidR="00E663E7" w:rsidRDefault="00E663E7">
      <w:pPr>
        <w:spacing w:line="360" w:lineRule="exact"/>
      </w:pPr>
      <w:r/>
    </w:p>
    <w:p w14:paraId="26EEF72E" w14:textId="77777777" w:rsidR="00E663E7" w:rsidRDefault="00000000">
      <w:pPr>
        <w:spacing w:after="120" w:line="360" w:lineRule="exact"/>
        <w:ind w:firstLine="432"/>
      </w:pPr>
      <w:r>
        <w:t>And not just her — the family unit, the rhythm of walking into the house after work and seeing everyone there. As toxic as it had become, it was still a part of me. I’d been conditioned. Normalized to dysfunction. Desperate for even the smallest bit of harmony, even if it came wrapped in manipulation and lies.</w:t>
      </w:r>
    </w:p>
    <w:p w14:paraId="388D5F67" w14:textId="77777777" w:rsidR="00E663E7" w:rsidRDefault="00E663E7">
      <w:pPr>
        <w:spacing w:line="360" w:lineRule="exact"/>
      </w:pPr>
      <w:r/>
    </w:p>
    <w:p w14:paraId="2291B508" w14:textId="77777777" w:rsidR="00E663E7" w:rsidRDefault="00000000">
      <w:pPr>
        <w:spacing w:after="120" w:line="360" w:lineRule="exact"/>
        <w:ind w:firstLine="432"/>
      </w:pPr>
      <w:r>
        <w:t>What hurt the most wasn’t just losing Nicole — it was losing everything. The illusion of family. The laughter of my children echoing from another room. The sense that I was providing and protecting. That I mattered.</w:t>
      </w:r>
    </w:p>
    <w:p w14:paraId="4ADAB9BD" w14:textId="77777777" w:rsidR="00E663E7" w:rsidRDefault="00E663E7">
      <w:pPr>
        <w:spacing w:line="360" w:lineRule="exact"/>
      </w:pPr>
      <w:r/>
    </w:p>
    <w:p w14:paraId="44146C97" w14:textId="77777777" w:rsidR="00E663E7" w:rsidRDefault="00000000">
      <w:pPr>
        <w:spacing w:after="120" w:line="360" w:lineRule="exact"/>
        <w:ind w:firstLine="432"/>
      </w:pPr>
      <w:r>
        <w:t>It’s wild how the human heart can grieve things it knows were killing it.</w:t>
      </w:r>
    </w:p>
    <w:p w14:paraId="5E96AA08" w14:textId="77777777" w:rsidR="00E663E7" w:rsidRDefault="00000000">
      <w:pPr>
        <w:spacing w:after="120" w:line="360" w:lineRule="exact"/>
        <w:ind w:firstLine="432"/>
      </w:pPr>
      <w:r>
        <w:t>That’s the curse of trauma bonds — the mind may see the truth, but the soul remembers the comfort. Even if that comfort was built on lies.</w:t>
      </w:r>
    </w:p>
    <w:p w14:paraId="5505D231" w14:textId="77777777" w:rsidR="00E663E7" w:rsidRDefault="00E663E7">
      <w:pPr>
        <w:spacing w:line="360" w:lineRule="exact"/>
      </w:pPr>
      <w:r/>
    </w:p>
    <w:p w14:paraId="5B5D811C" w14:textId="77777777" w:rsidR="00E663E7" w:rsidRDefault="00000000">
      <w:pPr>
        <w:spacing w:after="120" w:line="360" w:lineRule="exact"/>
        <w:ind w:firstLine="432"/>
      </w:pPr>
      <w:r>
        <w:t>I think back now and ask myself:</w:t>
      </w:r>
    </w:p>
    <w:p w14:paraId="2D2EEAD0" w14:textId="77777777" w:rsidR="00E663E7" w:rsidRDefault="00000000">
      <w:pPr>
        <w:spacing w:after="120" w:line="360" w:lineRule="exact"/>
        <w:ind w:firstLine="432"/>
      </w:pPr>
      <w:r>
        <w:t>Did I love her? Or did I just love having someone?</w:t>
      </w:r>
    </w:p>
    <w:p w14:paraId="7BF2E6A8" w14:textId="77777777" w:rsidR="00E663E7" w:rsidRDefault="00E663E7">
      <w:pPr>
        <w:spacing w:line="360" w:lineRule="exact"/>
      </w:pPr>
      <w:r/>
    </w:p>
    <w:p w14:paraId="3087A49B" w14:textId="77777777" w:rsidR="00E663E7" w:rsidRDefault="00000000">
      <w:pPr>
        <w:spacing w:after="120" w:line="360" w:lineRule="exact"/>
        <w:ind w:firstLine="432"/>
      </w:pPr>
      <w:r>
        <w:t>Was I in love with the woman?</w:t>
      </w:r>
    </w:p>
    <w:p w14:paraId="5EC2A599" w14:textId="77777777" w:rsidR="00E663E7" w:rsidRDefault="00000000">
      <w:pPr>
        <w:spacing w:after="120" w:line="360" w:lineRule="exact"/>
        <w:ind w:firstLine="432"/>
      </w:pPr>
      <w:r>
        <w:t>Or with the hope that one day she might become the version I created in my head?</w:t>
      </w:r>
    </w:p>
    <w:p w14:paraId="6C57CFDF" w14:textId="77777777" w:rsidR="00E663E7" w:rsidRDefault="00E663E7">
      <w:pPr>
        <w:spacing w:line="360" w:lineRule="exact"/>
      </w:pPr>
      <w:r/>
    </w:p>
    <w:p w14:paraId="7FCE906C" w14:textId="77777777" w:rsidR="00E663E7" w:rsidRDefault="00000000">
      <w:pPr>
        <w:spacing w:after="120" w:line="360" w:lineRule="exact"/>
        <w:ind w:firstLine="432"/>
      </w:pPr>
      <w:r>
        <w:t>Truth is…</w:t>
      </w:r>
    </w:p>
    <w:p w14:paraId="32878D86" w14:textId="77777777" w:rsidR="00E663E7" w:rsidRDefault="00000000">
      <w:pPr>
        <w:spacing w:after="120" w:line="360" w:lineRule="exact"/>
        <w:ind w:firstLine="432"/>
      </w:pPr>
      <w:r>
        <w:t>Even if she had changed, the damage was already done. I had changed.</w:t>
      </w:r>
    </w:p>
    <w:p w14:paraId="154D2520" w14:textId="77777777" w:rsidR="00E663E7" w:rsidRDefault="00E663E7">
      <w:pPr>
        <w:spacing w:line="360" w:lineRule="exact"/>
      </w:pPr>
      <w:r/>
    </w:p>
    <w:p w14:paraId="4B95EF20" w14:textId="77777777" w:rsidR="00E663E7" w:rsidRDefault="00000000">
      <w:pPr>
        <w:spacing w:after="120" w:line="360" w:lineRule="exact"/>
        <w:ind w:firstLine="432"/>
      </w:pPr>
      <w:r>
        <w:t>And that line from the song, it keeps playing:</w:t>
      </w:r>
    </w:p>
    <w:p w14:paraId="520388CC" w14:textId="77777777" w:rsidR="00E663E7" w:rsidRDefault="00E663E7">
      <w:pPr>
        <w:spacing w:line="360" w:lineRule="exact"/>
      </w:pPr>
      <w:r/>
    </w:p>
    <w:p w14:paraId="6CA3E2B5" w14:textId="77777777" w:rsidR="00E663E7" w:rsidRDefault="00000000">
      <w:pPr>
        <w:spacing w:after="120" w:line="360" w:lineRule="exact"/>
        <w:ind w:firstLine="432"/>
      </w:pPr>
      <w:r>
        <w:t>“Mi anah same from yuh cut.”</w:t>
      </w:r>
    </w:p>
    <w:p w14:paraId="663D2978" w14:textId="77777777" w:rsidR="00E663E7" w:rsidRDefault="00E663E7">
      <w:pPr>
        <w:spacing w:line="360" w:lineRule="exact"/>
      </w:pPr>
      <w:r/>
    </w:p>
    <w:p w14:paraId="536CDA34" w14:textId="77777777" w:rsidR="00E663E7" w:rsidRDefault="00000000">
      <w:pPr>
        <w:spacing w:after="120" w:line="360" w:lineRule="exact"/>
        <w:ind w:firstLine="432"/>
      </w:pPr>
      <w:r>
        <w:t>No, I’m not.</w:t>
      </w:r>
    </w:p>
    <w:p w14:paraId="11FBCF2A" w14:textId="77777777" w:rsidR="00E663E7" w:rsidRDefault="00000000">
      <w:pPr>
        <w:spacing w:after="120" w:line="360" w:lineRule="exact"/>
        <w:ind w:firstLine="432"/>
      </w:pPr>
      <w:r>
        <w:t>But maybe — just maybe — that’s a blessing in disguise.</w:t>
      </w:r>
    </w:p>
    <w:p w14:paraId="044742AC" w14:textId="77777777" w:rsidR="00E663E7" w:rsidRDefault="00E663E7">
      <w:pPr>
        <w:spacing w:line="360" w:lineRule="exact"/>
      </w:pPr>
      <w:r/>
    </w:p>
    <w:p w14:paraId="62DFE0C5" w14:textId="77777777" w:rsidR="00E663E7" w:rsidRDefault="00E663E7">
      <w:pPr>
        <w:spacing w:line="360" w:lineRule="exact"/>
      </w:pPr>
      <w:r/>
    </w:p>
    <w:p w14:paraId="41BEE219" w14:textId="77777777" w:rsidR="00E663E7" w:rsidRDefault="00000000">
      <w:pPr>
        <w:spacing w:line="360" w:lineRule="exact"/>
        <w:jc w:val="center"/>
      </w:pPr>
      <w:r>
        <w:t>Chapter 4: The First Time I Froze</w:t>
      </w:r>
    </w:p>
    <w:p w14:paraId="52F4AE93" w14:textId="77777777" w:rsidR="00E663E7" w:rsidRDefault="00E663E7">
      <w:pPr>
        <w:spacing w:line="360" w:lineRule="exact"/>
      </w:pPr>
      <w:r/>
    </w:p>
    <w:p w14:paraId="0FDA20E9" w14:textId="77777777" w:rsidR="00E663E7" w:rsidRDefault="00000000">
      <w:pPr>
        <w:spacing w:after="120" w:line="360" w:lineRule="exact"/>
        <w:ind w:firstLine="432"/>
      </w:pPr>
      <w:r>
        <w:t>There’s a memory I’ve carried with me since the early ’90s — one that lives in a quiet, shadowy place I didn’t fully understand until decades later.</w:t>
      </w:r>
    </w:p>
    <w:p w14:paraId="3E2D4683" w14:textId="77777777" w:rsidR="00E663E7" w:rsidRDefault="00E663E7">
      <w:pPr>
        <w:spacing w:line="360" w:lineRule="exact"/>
      </w:pPr>
      <w:r/>
    </w:p>
    <w:p w14:paraId="69F6EE72" w14:textId="77777777" w:rsidR="00E663E7" w:rsidRDefault="00000000">
      <w:pPr>
        <w:spacing w:after="120" w:line="360" w:lineRule="exact"/>
        <w:ind w:firstLine="432"/>
      </w:pPr>
      <w:r>
        <w:t>I was at my cousin Robert’s house, sleeping over like I had so many times before. But that night was different. Another cousin — older, heavier-set — was also there. We were all in the living room, and when it came time to sleep, we laid down together on the floor. That’s when it happened.</w:t>
      </w:r>
    </w:p>
    <w:p w14:paraId="412689F8" w14:textId="77777777" w:rsidR="00E663E7" w:rsidRDefault="00E663E7">
      <w:pPr>
        <w:spacing w:line="360" w:lineRule="exact"/>
      </w:pPr>
      <w:r/>
    </w:p>
    <w:p w14:paraId="7E87C0E9" w14:textId="77777777" w:rsidR="00E663E7" w:rsidRDefault="00000000">
      <w:pPr>
        <w:spacing w:after="120" w:line="360" w:lineRule="exact"/>
        <w:ind w:firstLine="432"/>
      </w:pPr>
      <w:r>
        <w:t>He touched me.</w:t>
      </w:r>
    </w:p>
    <w:p w14:paraId="3900B856" w14:textId="77777777" w:rsidR="00E663E7" w:rsidRDefault="00E663E7">
      <w:pPr>
        <w:spacing w:line="360" w:lineRule="exact"/>
      </w:pPr>
      <w:r/>
    </w:p>
    <w:p w14:paraId="6BAC814C" w14:textId="77777777" w:rsidR="00E663E7" w:rsidRDefault="00000000">
      <w:pPr>
        <w:spacing w:after="120" w:line="360" w:lineRule="exact"/>
        <w:ind w:firstLine="432"/>
      </w:pPr>
      <w:r>
        <w:t>Not violently. Not with anger or force. But with confusion… maybe even misplaced affection. It wasn’t aggressive — and that almost made it worse. Because I didn’t even know how to process what had just happened.</w:t>
      </w:r>
    </w:p>
    <w:p w14:paraId="53E93A71" w14:textId="77777777" w:rsidR="00E663E7" w:rsidRDefault="00E663E7">
      <w:pPr>
        <w:spacing w:line="360" w:lineRule="exact"/>
      </w:pPr>
      <w:r/>
    </w:p>
    <w:p w14:paraId="3573E83A" w14:textId="77777777" w:rsidR="00E663E7" w:rsidRDefault="00000000">
      <w:pPr>
        <w:spacing w:after="120" w:line="360" w:lineRule="exact"/>
        <w:ind w:firstLine="432"/>
      </w:pPr>
      <w:r>
        <w:t>I was young. Way too young to understand. Too young to consent.</w:t>
      </w:r>
    </w:p>
    <w:p w14:paraId="3AA0D77B" w14:textId="77777777" w:rsidR="00E663E7" w:rsidRDefault="00000000">
      <w:pPr>
        <w:spacing w:after="120" w:line="360" w:lineRule="exact"/>
        <w:ind w:firstLine="432"/>
      </w:pPr>
      <w:r>
        <w:t>Too young to carry the weight of what that moment would become in the years to follow.</w:t>
      </w:r>
    </w:p>
    <w:p w14:paraId="47775E6D" w14:textId="77777777" w:rsidR="00E663E7" w:rsidRDefault="00E663E7">
      <w:pPr>
        <w:spacing w:line="360" w:lineRule="exact"/>
      </w:pPr>
      <w:r/>
    </w:p>
    <w:p w14:paraId="496E6625" w14:textId="77777777" w:rsidR="00E663E7" w:rsidRDefault="00000000">
      <w:pPr>
        <w:spacing w:after="120" w:line="360" w:lineRule="exact"/>
        <w:ind w:firstLine="432"/>
      </w:pPr>
      <w:r>
        <w:t>I froze.</w:t>
      </w:r>
    </w:p>
    <w:p w14:paraId="2B517E85" w14:textId="77777777" w:rsidR="00E663E7" w:rsidRDefault="00E663E7">
      <w:pPr>
        <w:spacing w:line="360" w:lineRule="exact"/>
      </w:pPr>
      <w:r/>
    </w:p>
    <w:p w14:paraId="706F8F6D" w14:textId="77777777" w:rsidR="00E663E7" w:rsidRDefault="00000000">
      <w:pPr>
        <w:spacing w:after="120" w:line="360" w:lineRule="exact"/>
        <w:ind w:firstLine="432"/>
      </w:pPr>
      <w:r>
        <w:t>I didn’t scream.</w:t>
      </w:r>
    </w:p>
    <w:p w14:paraId="02DE4402" w14:textId="77777777" w:rsidR="00E663E7" w:rsidRDefault="00000000">
      <w:pPr>
        <w:spacing w:after="120" w:line="360" w:lineRule="exact"/>
        <w:ind w:firstLine="432"/>
      </w:pPr>
      <w:r>
        <w:t>I didn’t tell anyone.</w:t>
      </w:r>
    </w:p>
    <w:p w14:paraId="23E3BA80" w14:textId="77777777" w:rsidR="00E663E7" w:rsidRDefault="00000000">
      <w:pPr>
        <w:spacing w:after="120" w:line="360" w:lineRule="exact"/>
        <w:ind w:firstLine="432"/>
      </w:pPr>
      <w:r>
        <w:t>I just froze.</w:t>
      </w:r>
    </w:p>
    <w:p w14:paraId="727675B3" w14:textId="77777777" w:rsidR="00E663E7" w:rsidRDefault="00E663E7">
      <w:pPr>
        <w:spacing w:line="360" w:lineRule="exact"/>
      </w:pPr>
      <w:r/>
    </w:p>
    <w:p w14:paraId="458E4385" w14:textId="77777777" w:rsidR="00E663E7" w:rsidRDefault="00000000">
      <w:pPr>
        <w:spacing w:after="120" w:line="360" w:lineRule="exact"/>
        <w:ind w:firstLine="432"/>
      </w:pPr>
      <w:r>
        <w:t>And later, I cried — not because of pain, but because of shock. Because something had changed inside of me and I couldn’t name it. He consoled me after. Told me it was okay. Told me he cared. He was always fun and kind before that moment… and strangely, he still was after. It didn’t feel like an act of cruelty — just… something I wasn’t prepared for. Something I had no capacity to understand.</w:t>
      </w:r>
    </w:p>
    <w:p w14:paraId="7DC129F1" w14:textId="77777777" w:rsidR="00E663E7" w:rsidRDefault="00E663E7">
      <w:pPr>
        <w:spacing w:line="360" w:lineRule="exact"/>
      </w:pPr>
      <w:r/>
    </w:p>
    <w:p w14:paraId="76730094" w14:textId="77777777" w:rsidR="00E663E7" w:rsidRDefault="00000000">
      <w:pPr>
        <w:spacing w:after="120" w:line="360" w:lineRule="exact"/>
        <w:ind w:firstLine="432"/>
      </w:pPr>
      <w:r>
        <w:t>And here’s the truth:</w:t>
      </w:r>
    </w:p>
    <w:p w14:paraId="34EA1B89" w14:textId="77777777" w:rsidR="00E663E7" w:rsidRDefault="00000000">
      <w:pPr>
        <w:spacing w:after="120" w:line="360" w:lineRule="exact"/>
        <w:ind w:firstLine="432"/>
      </w:pPr>
      <w:r>
        <w:t>I never hated him.</w:t>
      </w:r>
    </w:p>
    <w:p w14:paraId="142F34A8" w14:textId="77777777" w:rsidR="00E663E7" w:rsidRDefault="00000000">
      <w:pPr>
        <w:spacing w:after="120" w:line="360" w:lineRule="exact"/>
        <w:ind w:firstLine="432"/>
      </w:pPr>
      <w:r>
        <w:t>I never outed him.</w:t>
      </w:r>
    </w:p>
    <w:p w14:paraId="7203DB5B" w14:textId="77777777" w:rsidR="00E663E7" w:rsidRDefault="00000000">
      <w:pPr>
        <w:spacing w:after="120" w:line="360" w:lineRule="exact"/>
        <w:ind w:firstLine="432"/>
      </w:pPr>
      <w:r>
        <w:t>I buried it to protect his reputation — because despite that night, he was still someone I saw as good. I chalked it up to a moment. A mistake. A thing that happened.</w:t>
      </w:r>
    </w:p>
    <w:p w14:paraId="19033975" w14:textId="77777777" w:rsidR="00E663E7" w:rsidRDefault="00E663E7">
      <w:pPr>
        <w:spacing w:line="360" w:lineRule="exact"/>
      </w:pPr>
      <w:r/>
    </w:p>
    <w:p w14:paraId="2BBFF9AC" w14:textId="77777777" w:rsidR="00E663E7" w:rsidRDefault="00000000">
      <w:pPr>
        <w:spacing w:after="120" w:line="360" w:lineRule="exact"/>
        <w:ind w:firstLine="432"/>
      </w:pPr>
      <w:r>
        <w:t>But I can’t deny what it did to me.</w:t>
      </w:r>
    </w:p>
    <w:p w14:paraId="7EDA0FDA" w14:textId="77777777" w:rsidR="00E663E7" w:rsidRDefault="00000000">
      <w:pPr>
        <w:spacing w:after="120" w:line="360" w:lineRule="exact"/>
        <w:ind w:firstLine="432"/>
      </w:pPr>
      <w:r>
        <w:t>It was a fracture. A hairline crack in the foundation of my sexuality, my safety, and my innocence.</w:t>
      </w:r>
    </w:p>
    <w:p w14:paraId="0E9F0C45" w14:textId="77777777" w:rsidR="00E663E7" w:rsidRDefault="00E663E7">
      <w:pPr>
        <w:spacing w:line="360" w:lineRule="exact"/>
      </w:pPr>
      <w:r/>
    </w:p>
    <w:p w14:paraId="06A6601A" w14:textId="77777777" w:rsidR="00E663E7" w:rsidRDefault="00000000">
      <w:pPr>
        <w:spacing w:after="120" w:line="360" w:lineRule="exact"/>
        <w:ind w:firstLine="432"/>
      </w:pPr>
      <w:r>
        <w:t>I never spoke about this until much later in life — and even then, only to two people: Nicole and Ashley.</w:t>
      </w:r>
    </w:p>
    <w:p w14:paraId="37C17F4A" w14:textId="77777777" w:rsidR="00E663E7" w:rsidRDefault="00E663E7">
      <w:pPr>
        <w:spacing w:line="360" w:lineRule="exact"/>
      </w:pPr>
      <w:r/>
    </w:p>
    <w:p w14:paraId="153D1C6B" w14:textId="77777777" w:rsidR="00E663E7" w:rsidRDefault="00000000">
      <w:pPr>
        <w:spacing w:after="120" w:line="360" w:lineRule="exact"/>
        <w:ind w:firstLine="432"/>
      </w:pPr>
      <w:r>
        <w:t>I didn’t talk about it out of shame. And I didn’t want it to define me.</w:t>
      </w:r>
    </w:p>
    <w:p w14:paraId="6477E2E0" w14:textId="77777777" w:rsidR="00E663E7" w:rsidRDefault="00E663E7">
      <w:pPr>
        <w:spacing w:line="360" w:lineRule="exact"/>
      </w:pPr>
      <w:r/>
    </w:p>
    <w:p w14:paraId="66479971" w14:textId="77777777" w:rsidR="00E663E7" w:rsidRDefault="00000000">
      <w:pPr>
        <w:spacing w:after="120" w:line="360" w:lineRule="exact"/>
        <w:ind w:firstLine="432"/>
      </w:pPr>
      <w:r>
        <w:t>But I include it here not for sympathy…</w:t>
      </w:r>
    </w:p>
    <w:p w14:paraId="63D67DBC" w14:textId="77777777" w:rsidR="00E663E7" w:rsidRDefault="00000000">
      <w:pPr>
        <w:spacing w:after="120" w:line="360" w:lineRule="exact"/>
        <w:ind w:firstLine="432"/>
      </w:pPr>
      <w:r>
        <w:t>Not to tarnish someone else’s name…</w:t>
      </w:r>
    </w:p>
    <w:p w14:paraId="36A26E8A" w14:textId="77777777" w:rsidR="00E663E7" w:rsidRDefault="00000000">
      <w:pPr>
        <w:spacing w:after="120" w:line="360" w:lineRule="exact"/>
        <w:ind w:firstLine="432"/>
      </w:pPr>
      <w:r>
        <w:t>But because it may be the first moment I learned to keep trauma locked away — in silence, in confusion, in unresolved darkness.</w:t>
      </w:r>
    </w:p>
    <w:p w14:paraId="1077646D" w14:textId="77777777" w:rsidR="00E663E7" w:rsidRDefault="00E663E7">
      <w:pPr>
        <w:spacing w:line="360" w:lineRule="exact"/>
      </w:pPr>
      <w:r/>
    </w:p>
    <w:p w14:paraId="4F54573A" w14:textId="77777777" w:rsidR="00E663E7" w:rsidRDefault="00000000">
      <w:pPr>
        <w:spacing w:after="120" w:line="360" w:lineRule="exact"/>
        <w:ind w:firstLine="432"/>
      </w:pPr>
      <w:r>
        <w:t>And over time, that darkness festered.</w:t>
      </w:r>
    </w:p>
    <w:p w14:paraId="71A33DA9" w14:textId="77777777" w:rsidR="00E663E7" w:rsidRDefault="00000000">
      <w:pPr>
        <w:spacing w:after="120" w:line="360" w:lineRule="exact"/>
        <w:ind w:firstLine="432"/>
      </w:pPr>
      <w:r>
        <w:t>It didn’t turn me evil… but it did make me curious. And in ways I didn’t understand then, it opened a door to a future of blurred boundaries and buried feelings.</w:t>
      </w:r>
    </w:p>
    <w:p w14:paraId="1E816453" w14:textId="77777777" w:rsidR="00E663E7" w:rsidRDefault="00E663E7">
      <w:pPr>
        <w:spacing w:line="360" w:lineRule="exact"/>
      </w:pPr>
      <w:r/>
    </w:p>
    <w:p w14:paraId="64F2753A" w14:textId="77777777" w:rsidR="00E663E7" w:rsidRDefault="00000000">
      <w:pPr>
        <w:spacing w:after="120" w:line="360" w:lineRule="exact"/>
        <w:ind w:firstLine="432"/>
      </w:pPr>
      <w:r>
        <w:t>I don’t blame him. I never did.</w:t>
      </w:r>
    </w:p>
    <w:p w14:paraId="4488314C" w14:textId="77777777" w:rsidR="00E663E7" w:rsidRDefault="00E663E7">
      <w:pPr>
        <w:spacing w:line="360" w:lineRule="exact"/>
      </w:pPr>
      <w:r/>
    </w:p>
    <w:p w14:paraId="37D81AC9" w14:textId="77777777" w:rsidR="00E663E7" w:rsidRDefault="00000000">
      <w:pPr>
        <w:spacing w:after="120" w:line="360" w:lineRule="exact"/>
        <w:ind w:firstLine="432"/>
      </w:pPr>
      <w:r>
        <w:t>But I do see now how that moment shaped me — how it became a stone in the foundation of many later choices I made without even knowing why.</w:t>
      </w:r>
    </w:p>
    <w:p w14:paraId="78885341" w14:textId="77777777" w:rsidR="00E663E7" w:rsidRDefault="00E663E7">
      <w:pPr>
        <w:spacing w:line="360" w:lineRule="exact"/>
      </w:pPr>
      <w:r/>
    </w:p>
    <w:p w14:paraId="20EED455" w14:textId="77777777" w:rsidR="00E663E7" w:rsidRDefault="00000000">
      <w:pPr>
        <w:spacing w:after="120" w:line="360" w:lineRule="exact"/>
        <w:ind w:firstLine="432"/>
      </w:pPr>
      <w:r>
        <w:t>Some of us don’t get to choose how we’re broken.</w:t>
      </w:r>
    </w:p>
    <w:p w14:paraId="05549421" w14:textId="77777777" w:rsidR="00E663E7" w:rsidRDefault="00000000">
      <w:pPr>
        <w:spacing w:after="120" w:line="360" w:lineRule="exact"/>
        <w:ind w:firstLine="432"/>
      </w:pPr>
      <w:r>
        <w:t>But we do get to choose how we heal.</w:t>
      </w:r>
    </w:p>
    <w:p w14:paraId="18C361E6" w14:textId="77777777" w:rsidR="00E663E7" w:rsidRDefault="00E663E7">
      <w:pPr>
        <w:spacing w:line="360" w:lineRule="exact"/>
      </w:pPr>
      <w:r/>
    </w:p>
    <w:p w14:paraId="1A8F78F8" w14:textId="77777777" w:rsidR="00E663E7" w:rsidRDefault="00000000">
      <w:pPr>
        <w:spacing w:after="120" w:line="360" w:lineRule="exact"/>
        <w:ind w:firstLine="432"/>
      </w:pPr>
      <w:r>
        <w:t>And for me, writing this is part of that choice.</w:t>
      </w:r>
    </w:p>
    <w:p w14:paraId="0D206F5B" w14:textId="77777777" w:rsidR="00E663E7" w:rsidRDefault="00E663E7">
      <w:pPr>
        <w:spacing w:line="360" w:lineRule="exact"/>
      </w:pPr>
      <w:r/>
    </w:p>
    <w:p w14:paraId="6C3C3557" w14:textId="77777777" w:rsidR="00E663E7" w:rsidRDefault="00000000">
      <w:pPr>
        <w:spacing w:line="360" w:lineRule="exact"/>
        <w:jc w:val="center"/>
      </w:pPr>
      <w:r>
        <w:t>Chapter 5: The Weapon of Her Words</w:t>
      </w:r>
    </w:p>
    <w:p w14:paraId="5CD733CE" w14:textId="77777777" w:rsidR="00E663E7" w:rsidRDefault="00E663E7">
      <w:pPr>
        <w:spacing w:line="360" w:lineRule="exact"/>
      </w:pPr>
      <w:r/>
    </w:p>
    <w:p w14:paraId="46EB4093" w14:textId="77777777" w:rsidR="00E663E7" w:rsidRDefault="00000000">
      <w:pPr>
        <w:spacing w:after="120" w:line="360" w:lineRule="exact"/>
        <w:ind w:firstLine="432"/>
      </w:pPr>
      <w:r>
        <w:t>After my last suicide attempt, I was already in pieces. Shattered, vulnerable, trying to reassemble myself with trembling hands and a bruised spirit. I was looking for hope — any sign that life was worth returning to. That I hadn’t come back from death’s doorstep for nothing.</w:t>
      </w:r>
    </w:p>
    <w:p w14:paraId="4A191FF8" w14:textId="77777777" w:rsidR="00E663E7" w:rsidRDefault="00E663E7">
      <w:pPr>
        <w:spacing w:line="360" w:lineRule="exact"/>
      </w:pPr>
      <w:r/>
    </w:p>
    <w:p w14:paraId="40EC3B65" w14:textId="77777777" w:rsidR="00E663E7" w:rsidRDefault="00000000">
      <w:pPr>
        <w:spacing w:after="120" w:line="360" w:lineRule="exact"/>
        <w:ind w:firstLine="432"/>
      </w:pPr>
      <w:r>
        <w:t>But Nicole…</w:t>
      </w:r>
    </w:p>
    <w:p w14:paraId="41AF646A" w14:textId="77777777" w:rsidR="00E663E7" w:rsidRDefault="00000000">
      <w:pPr>
        <w:spacing w:after="120" w:line="360" w:lineRule="exact"/>
        <w:ind w:firstLine="432"/>
      </w:pPr>
      <w:r>
        <w:t>She didn’t offer me comfort.</w:t>
      </w:r>
    </w:p>
    <w:p w14:paraId="00ABFE5E" w14:textId="77777777" w:rsidR="00E663E7" w:rsidRDefault="00000000">
      <w:pPr>
        <w:spacing w:after="120" w:line="360" w:lineRule="exact"/>
        <w:ind w:firstLine="432"/>
      </w:pPr>
      <w:r>
        <w:t>She didn’t offer me grace.</w:t>
      </w:r>
    </w:p>
    <w:p w14:paraId="614A170A" w14:textId="77777777" w:rsidR="00E663E7" w:rsidRDefault="00000000">
      <w:pPr>
        <w:spacing w:after="120" w:line="360" w:lineRule="exact"/>
        <w:ind w:firstLine="432"/>
      </w:pPr>
      <w:r>
        <w:t>She looked at me — in the heat of one of our countless arguments — and said something that cut deeper than anything a blade could have done.</w:t>
      </w:r>
    </w:p>
    <w:p w14:paraId="7262D1FE" w14:textId="77777777" w:rsidR="00E663E7" w:rsidRDefault="00E663E7">
      <w:pPr>
        <w:spacing w:line="360" w:lineRule="exact"/>
      </w:pPr>
      <w:r/>
    </w:p>
    <w:p w14:paraId="541EF023" w14:textId="77777777" w:rsidR="00E663E7" w:rsidRDefault="00000000">
      <w:pPr>
        <w:spacing w:after="120" w:line="360" w:lineRule="exact"/>
        <w:ind w:firstLine="432"/>
      </w:pPr>
      <w:r>
        <w:t>“I wish your attempt was successful.”</w:t>
      </w:r>
    </w:p>
    <w:p w14:paraId="41EF5A16" w14:textId="77777777" w:rsidR="00E663E7" w:rsidRDefault="00E663E7">
      <w:pPr>
        <w:spacing w:line="360" w:lineRule="exact"/>
      </w:pPr>
      <w:r/>
    </w:p>
    <w:p w14:paraId="165FE300" w14:textId="77777777" w:rsidR="00E663E7" w:rsidRDefault="00000000">
      <w:pPr>
        <w:spacing w:after="120" w:line="360" w:lineRule="exact"/>
        <w:ind w:firstLine="432"/>
      </w:pPr>
      <w:r>
        <w:t>She didn’t scream it in a fit of rage. She didn’t blurt it out in a moment of impulsive anger.</w:t>
      </w:r>
    </w:p>
    <w:p w14:paraId="779424C7" w14:textId="77777777" w:rsidR="00E663E7" w:rsidRDefault="00000000">
      <w:pPr>
        <w:spacing w:after="120" w:line="360" w:lineRule="exact"/>
        <w:ind w:firstLine="432"/>
      </w:pPr>
      <w:r>
        <w:t>She meant it.</w:t>
      </w:r>
    </w:p>
    <w:p w14:paraId="0953E5D3" w14:textId="77777777" w:rsidR="00E663E7" w:rsidRDefault="00E663E7">
      <w:pPr>
        <w:spacing w:line="360" w:lineRule="exact"/>
      </w:pPr>
      <w:r/>
    </w:p>
    <w:p w14:paraId="72A488F8" w14:textId="77777777" w:rsidR="00E663E7" w:rsidRDefault="00000000">
      <w:pPr>
        <w:spacing w:after="120" w:line="360" w:lineRule="exact"/>
        <w:ind w:firstLine="432"/>
      </w:pPr>
      <w:r>
        <w:t>It wasn’t just a weaponized insult — it was a truth she had tucked away, and in that moment, she let it slip. Or maybe she wanted me to know. Either way, the message was clear.</w:t>
      </w:r>
    </w:p>
    <w:p w14:paraId="2D279093" w14:textId="77777777" w:rsidR="00E663E7" w:rsidRDefault="00E663E7">
      <w:pPr>
        <w:spacing w:line="360" w:lineRule="exact"/>
      </w:pPr>
      <w:r/>
    </w:p>
    <w:p w14:paraId="61E22241" w14:textId="77777777" w:rsidR="00E663E7" w:rsidRDefault="00000000">
      <w:pPr>
        <w:spacing w:after="120" w:line="360" w:lineRule="exact"/>
        <w:ind w:firstLine="432"/>
      </w:pPr>
      <w:r>
        <w:t>I wasn’t worth saving — not to her.</w:t>
      </w:r>
    </w:p>
    <w:p w14:paraId="3B490310" w14:textId="77777777" w:rsidR="00E663E7" w:rsidRDefault="00E663E7">
      <w:pPr>
        <w:spacing w:line="360" w:lineRule="exact"/>
      </w:pPr>
      <w:r/>
    </w:p>
    <w:p w14:paraId="7B07426B" w14:textId="77777777" w:rsidR="00E663E7" w:rsidRDefault="00000000">
      <w:pPr>
        <w:spacing w:after="120" w:line="360" w:lineRule="exact"/>
        <w:ind w:firstLine="432"/>
      </w:pPr>
      <w:r>
        <w:t>The pain of those words didn’t come all at once. It hit me slowly. Like poison.</w:t>
      </w:r>
    </w:p>
    <w:p w14:paraId="608BF942" w14:textId="77777777" w:rsidR="00E663E7" w:rsidRDefault="00000000">
      <w:pPr>
        <w:spacing w:after="120" w:line="360" w:lineRule="exact"/>
        <w:ind w:firstLine="432"/>
      </w:pPr>
      <w:r>
        <w:t>It ate away at the little bit of self-worth I was clinging to.</w:t>
      </w:r>
    </w:p>
    <w:p w14:paraId="74E63283" w14:textId="77777777" w:rsidR="00E663E7" w:rsidRDefault="00E663E7">
      <w:pPr>
        <w:spacing w:line="360" w:lineRule="exact"/>
      </w:pPr>
      <w:r/>
    </w:p>
    <w:p w14:paraId="3E2CCE1E" w14:textId="77777777" w:rsidR="00E663E7" w:rsidRDefault="00000000">
      <w:pPr>
        <w:spacing w:after="120" w:line="360" w:lineRule="exact"/>
        <w:ind w:firstLine="432"/>
      </w:pPr>
      <w:r>
        <w:t>I began to question everything.</w:t>
      </w:r>
    </w:p>
    <w:p w14:paraId="57EC1868" w14:textId="77777777" w:rsidR="00E663E7" w:rsidRDefault="00000000">
      <w:pPr>
        <w:spacing w:after="120" w:line="360" w:lineRule="exact"/>
        <w:ind w:firstLine="432"/>
      </w:pPr>
      <w:r>
        <w:t>Had she ever loved me?</w:t>
      </w:r>
    </w:p>
    <w:p w14:paraId="177140E0" w14:textId="77777777" w:rsidR="00E663E7" w:rsidRDefault="00000000">
      <w:pPr>
        <w:spacing w:after="120" w:line="360" w:lineRule="exact"/>
        <w:ind w:firstLine="432"/>
      </w:pPr>
      <w:r>
        <w:t>Or had I always just been the provider? The fool who stayed? The man she tolerated until she could find something better?</w:t>
      </w:r>
    </w:p>
    <w:p w14:paraId="6ED284D9" w14:textId="77777777" w:rsidR="00E663E7" w:rsidRDefault="00E663E7">
      <w:pPr>
        <w:spacing w:line="360" w:lineRule="exact"/>
      </w:pPr>
      <w:r/>
    </w:p>
    <w:p w14:paraId="1D3F70DF" w14:textId="77777777" w:rsidR="00E663E7" w:rsidRDefault="00000000">
      <w:pPr>
        <w:spacing w:after="120" w:line="360" w:lineRule="exact"/>
        <w:ind w:firstLine="432"/>
      </w:pPr>
      <w:r>
        <w:t>Later, when I heard the recordings — when I uncovered the things she was saying behind my back — it confirmed the worst of my fears.</w:t>
      </w:r>
    </w:p>
    <w:p w14:paraId="25D9CE0A" w14:textId="77777777" w:rsidR="00E663E7" w:rsidRDefault="00000000">
      <w:pPr>
        <w:spacing w:after="120" w:line="360" w:lineRule="exact"/>
        <w:ind w:firstLine="432"/>
      </w:pPr>
      <w:r>
        <w:t>That comment wasn’t an outburst. It was a reflection of how she truly felt about me.</w:t>
      </w:r>
    </w:p>
    <w:p w14:paraId="2FC223DC" w14:textId="77777777" w:rsidR="00E663E7" w:rsidRDefault="00000000">
      <w:pPr>
        <w:spacing w:after="120" w:line="360" w:lineRule="exact"/>
        <w:ind w:firstLine="432"/>
      </w:pPr>
      <w:r>
        <w:t>How long had she been waiting for me to break? To fail? To die?</w:t>
      </w:r>
    </w:p>
    <w:p w14:paraId="45E67AAD" w14:textId="77777777" w:rsidR="00E663E7" w:rsidRDefault="00E663E7">
      <w:pPr>
        <w:spacing w:line="360" w:lineRule="exact"/>
      </w:pPr>
      <w:r/>
    </w:p>
    <w:p w14:paraId="35FD0AD3" w14:textId="77777777" w:rsidR="00E663E7" w:rsidRDefault="00000000">
      <w:pPr>
        <w:spacing w:after="120" w:line="360" w:lineRule="exact"/>
        <w:ind w:firstLine="432"/>
      </w:pPr>
      <w:r>
        <w:t>I don’t know if she ever loved me.</w:t>
      </w:r>
    </w:p>
    <w:p w14:paraId="47952189" w14:textId="77777777" w:rsidR="00E663E7" w:rsidRDefault="00000000">
      <w:pPr>
        <w:spacing w:after="120" w:line="360" w:lineRule="exact"/>
        <w:ind w:firstLine="432"/>
      </w:pPr>
      <w:r>
        <w:t>But I know that love doesn’t say things like that — not even at its ugliest. Love doesn’t hope for your death. Love doesn’t get pleasure from your pain.</w:t>
      </w:r>
    </w:p>
    <w:p w14:paraId="3F34594A" w14:textId="77777777" w:rsidR="00E663E7" w:rsidRDefault="00E663E7">
      <w:pPr>
        <w:spacing w:line="360" w:lineRule="exact"/>
      </w:pPr>
      <w:r/>
    </w:p>
    <w:p w14:paraId="56524186" w14:textId="77777777" w:rsidR="00E663E7" w:rsidRDefault="00000000">
      <w:pPr>
        <w:spacing w:after="120" w:line="360" w:lineRule="exact"/>
        <w:ind w:firstLine="432"/>
      </w:pPr>
      <w:r>
        <w:t>And so, as much as those words wounded me, they also became the clearest sign I ever received:</w:t>
      </w:r>
    </w:p>
    <w:p w14:paraId="2CA8A31F" w14:textId="77777777" w:rsidR="00E663E7" w:rsidRDefault="00000000">
      <w:pPr>
        <w:spacing w:after="120" w:line="360" w:lineRule="exact"/>
        <w:ind w:firstLine="432"/>
      </w:pPr>
      <w:r>
        <w:t>This wasn’t love.</w:t>
      </w:r>
    </w:p>
    <w:p w14:paraId="5C86B640" w14:textId="77777777" w:rsidR="00E663E7" w:rsidRDefault="00000000">
      <w:pPr>
        <w:spacing w:after="120" w:line="360" w:lineRule="exact"/>
        <w:ind w:firstLine="432"/>
      </w:pPr>
      <w:r>
        <w:t>It was never love.</w:t>
      </w:r>
    </w:p>
    <w:p w14:paraId="370A94DC" w14:textId="77777777" w:rsidR="00E663E7" w:rsidRDefault="00000000">
      <w:pPr>
        <w:spacing w:after="120" w:line="360" w:lineRule="exact"/>
        <w:ind w:firstLine="432"/>
      </w:pPr>
      <w:r>
        <w:t>It was dependence. Control. Habit.</w:t>
      </w:r>
    </w:p>
    <w:p w14:paraId="2BFD8D12" w14:textId="77777777" w:rsidR="00E663E7" w:rsidRDefault="00000000">
      <w:pPr>
        <w:spacing w:after="120" w:line="360" w:lineRule="exact"/>
        <w:ind w:firstLine="432"/>
      </w:pPr>
      <w:r>
        <w:t>And I had mistaken it for something deeper.</w:t>
      </w:r>
    </w:p>
    <w:p w14:paraId="3919BA84" w14:textId="77777777" w:rsidR="00E663E7" w:rsidRDefault="00E663E7">
      <w:pPr>
        <w:spacing w:line="360" w:lineRule="exact"/>
      </w:pPr>
      <w:r/>
    </w:p>
    <w:p w14:paraId="2B151EAA" w14:textId="77777777" w:rsidR="00E663E7" w:rsidRDefault="00000000">
      <w:pPr>
        <w:spacing w:after="120" w:line="360" w:lineRule="exact"/>
        <w:ind w:firstLine="432"/>
      </w:pPr>
      <w:r>
        <w:t>She didn’t kill me — but she wanted to.</w:t>
      </w:r>
    </w:p>
    <w:p w14:paraId="644628E3" w14:textId="77777777" w:rsidR="00E663E7" w:rsidRDefault="00E663E7">
      <w:pPr>
        <w:spacing w:line="360" w:lineRule="exact"/>
      </w:pPr>
      <w:r/>
    </w:p>
    <w:p w14:paraId="729B7117" w14:textId="77777777" w:rsidR="00E663E7" w:rsidRDefault="00000000">
      <w:pPr>
        <w:spacing w:after="120" w:line="360" w:lineRule="exact"/>
        <w:ind w:firstLine="432"/>
      </w:pPr>
      <w:r>
        <w:t>And yet… here I am.</w:t>
      </w:r>
    </w:p>
    <w:p w14:paraId="504E7D62" w14:textId="77777777" w:rsidR="00E663E7" w:rsidRDefault="00E663E7">
      <w:pPr>
        <w:spacing w:line="360" w:lineRule="exact"/>
      </w:pPr>
      <w:r/>
    </w:p>
    <w:p w14:paraId="6E2D065E" w14:textId="77777777" w:rsidR="00E663E7" w:rsidRDefault="00000000">
      <w:pPr>
        <w:spacing w:after="120" w:line="360" w:lineRule="exact"/>
        <w:ind w:firstLine="432"/>
      </w:pPr>
      <w:r>
        <w:t>Alive. Healing.</w:t>
      </w:r>
    </w:p>
    <w:p w14:paraId="505A4852" w14:textId="77777777" w:rsidR="00E663E7" w:rsidRDefault="00000000">
      <w:pPr>
        <w:spacing w:after="120" w:line="360" w:lineRule="exact"/>
        <w:ind w:firstLine="432"/>
      </w:pPr>
      <w:r>
        <w:t>Telling the truth.</w:t>
      </w:r>
    </w:p>
    <w:p w14:paraId="32955B84" w14:textId="77777777" w:rsidR="00E663E7" w:rsidRDefault="00E663E7">
      <w:pPr>
        <w:spacing w:line="360" w:lineRule="exact"/>
      </w:pPr>
      <w:r/>
    </w:p>
    <w:p w14:paraId="2A517C1B" w14:textId="77777777" w:rsidR="00E663E7" w:rsidRDefault="00E663E7">
      <w:pPr>
        <w:spacing w:line="360" w:lineRule="exact"/>
      </w:pPr>
      <w:r/>
    </w:p>
    <w:p w14:paraId="1312E8BC" w14:textId="77777777" w:rsidR="00E663E7" w:rsidRDefault="00000000">
      <w:pPr>
        <w:spacing w:line="360" w:lineRule="exact"/>
        <w:jc w:val="center"/>
      </w:pPr>
      <w:r>
        <w:t>Chapter 6: The Dislocated Elbow</w:t>
      </w:r>
    </w:p>
    <w:p w14:paraId="57772E5D" w14:textId="77777777" w:rsidR="00E663E7" w:rsidRDefault="00E663E7">
      <w:pPr>
        <w:spacing w:line="360" w:lineRule="exact"/>
      </w:pPr>
      <w:r/>
    </w:p>
    <w:p w14:paraId="123A9D39" w14:textId="77777777" w:rsidR="00E663E7" w:rsidRDefault="00000000">
      <w:pPr>
        <w:spacing w:after="120" w:line="360" w:lineRule="exact"/>
        <w:ind w:firstLine="432"/>
      </w:pPr>
      <w:r>
        <w:t>From an early time, I began to notice just how cruel Nicole could be. Not just in how she treated me, but in how she mothered — or rather, how she failed to mother — with empathy.</w:t>
      </w:r>
    </w:p>
    <w:p w14:paraId="6DAE5BB6" w14:textId="77777777" w:rsidR="00E663E7" w:rsidRDefault="00E663E7">
      <w:pPr>
        <w:spacing w:line="360" w:lineRule="exact"/>
      </w:pPr>
      <w:r/>
    </w:p>
    <w:p w14:paraId="5501444F" w14:textId="77777777" w:rsidR="00E663E7" w:rsidRDefault="00000000">
      <w:pPr>
        <w:spacing w:after="120" w:line="360" w:lineRule="exact"/>
        <w:ind w:firstLine="432"/>
      </w:pPr>
      <w:r>
        <w:t>We were living in the first place I ever moved out to on my own, around age 26. A two-bedroom condo — a bold move, considering I had also purchased another pre-construction unit with a closing date nearly three years down the road. But I was always willing to bet on myself. Always trying to build something for the future. For us.</w:t>
      </w:r>
    </w:p>
    <w:p w14:paraId="2CA679D2" w14:textId="77777777" w:rsidR="00E663E7" w:rsidRDefault="00E663E7">
      <w:pPr>
        <w:spacing w:line="360" w:lineRule="exact"/>
      </w:pPr>
      <w:r/>
    </w:p>
    <w:p w14:paraId="099C2F14" w14:textId="77777777" w:rsidR="00E663E7" w:rsidRDefault="00000000">
      <w:pPr>
        <w:spacing w:after="120" w:line="360" w:lineRule="exact"/>
        <w:ind w:firstLine="432"/>
      </w:pPr>
      <w:r>
        <w:t>Across the street from that condo was Tatiana’s daycare. Our sweet girl was around three or four at the time — soft-spoken, gentle, and not one to make a fuss. Every day, we’d get her ready together… or at least that’s how it started.</w:t>
      </w:r>
    </w:p>
    <w:p w14:paraId="47C6D82C" w14:textId="77777777" w:rsidR="00E663E7" w:rsidRDefault="00E663E7">
      <w:pPr>
        <w:spacing w:line="360" w:lineRule="exact"/>
      </w:pPr>
      <w:r/>
    </w:p>
    <w:p w14:paraId="325FFBE2" w14:textId="77777777" w:rsidR="00E663E7" w:rsidRDefault="00000000">
      <w:pPr>
        <w:spacing w:after="120" w:line="360" w:lineRule="exact"/>
        <w:ind w:firstLine="432"/>
      </w:pPr>
      <w:r>
        <w:t>One morning, Nicole was dressing Tatiana when she suddenly let out a sharp cry. It wasn’t whining or a tantrum — it was pain. You could hear it in her voice. You could see it in her eyes.</w:t>
      </w:r>
    </w:p>
    <w:p w14:paraId="274ED629" w14:textId="77777777" w:rsidR="00E663E7" w:rsidRDefault="00E663E7">
      <w:pPr>
        <w:spacing w:line="360" w:lineRule="exact"/>
      </w:pPr>
      <w:r/>
    </w:p>
    <w:p w14:paraId="167A9A32" w14:textId="77777777" w:rsidR="00E663E7" w:rsidRDefault="00000000">
      <w:pPr>
        <w:spacing w:after="120" w:line="360" w:lineRule="exact"/>
        <w:ind w:firstLine="432"/>
      </w:pPr>
      <w:r>
        <w:t>Nicole brushed it off. Coldly. Like Tatiana was being dramatic.</w:t>
      </w:r>
    </w:p>
    <w:p w14:paraId="787A2596" w14:textId="77777777" w:rsidR="00E663E7" w:rsidRDefault="00000000">
      <w:pPr>
        <w:spacing w:after="120" w:line="360" w:lineRule="exact"/>
        <w:ind w:firstLine="432"/>
      </w:pPr>
      <w:r>
        <w:t>But I knew better.</w:t>
      </w:r>
    </w:p>
    <w:p w14:paraId="0100D8E4" w14:textId="77777777" w:rsidR="00E663E7" w:rsidRDefault="00000000">
      <w:pPr>
        <w:spacing w:after="120" w:line="360" w:lineRule="exact"/>
        <w:ind w:firstLine="432"/>
      </w:pPr>
      <w:r>
        <w:t>This wasn’t a kid trying to get out of daycare. This was something wrong.</w:t>
      </w:r>
    </w:p>
    <w:p w14:paraId="188D5DCD" w14:textId="77777777" w:rsidR="00E663E7" w:rsidRDefault="00E663E7">
      <w:pPr>
        <w:spacing w:line="360" w:lineRule="exact"/>
      </w:pPr>
      <w:r/>
    </w:p>
    <w:p w14:paraId="02543315" w14:textId="77777777" w:rsidR="00E663E7" w:rsidRDefault="00000000">
      <w:pPr>
        <w:spacing w:after="120" w:line="360" w:lineRule="exact"/>
        <w:ind w:firstLine="432"/>
      </w:pPr>
      <w:r>
        <w:t>I told Nicole to slow down. To listen. But she didn’t. She kept pushing her arm through the shirt, snapping at her, impatient and irritated. She dropped her off at daycare anyway.</w:t>
      </w:r>
    </w:p>
    <w:p w14:paraId="73384EAE" w14:textId="77777777" w:rsidR="00E663E7" w:rsidRDefault="00E663E7">
      <w:pPr>
        <w:spacing w:line="360" w:lineRule="exact"/>
      </w:pPr>
      <w:r/>
    </w:p>
    <w:p w14:paraId="522F6B8D" w14:textId="77777777" w:rsidR="00E663E7" w:rsidRDefault="00000000">
      <w:pPr>
        <w:spacing w:after="120" w:line="360" w:lineRule="exact"/>
        <w:ind w:firstLine="432"/>
      </w:pPr>
      <w:r>
        <w:t>The next day, it happened again — only this time, Nicole exploded at her. Yelled.</w:t>
      </w:r>
    </w:p>
    <w:p w14:paraId="003DDC77" w14:textId="77777777" w:rsidR="00E663E7" w:rsidRDefault="00000000">
      <w:pPr>
        <w:spacing w:after="120" w:line="360" w:lineRule="exact"/>
        <w:ind w:firstLine="432"/>
      </w:pPr>
      <w:r>
        <w:t>That was it for me.</w:t>
      </w:r>
    </w:p>
    <w:p w14:paraId="603F6558" w14:textId="77777777" w:rsidR="00E663E7" w:rsidRDefault="00E663E7">
      <w:pPr>
        <w:spacing w:line="360" w:lineRule="exact"/>
      </w:pPr>
      <w:r/>
    </w:p>
    <w:p w14:paraId="7B1FCFF0" w14:textId="77777777" w:rsidR="00E663E7" w:rsidRDefault="00000000">
      <w:pPr>
        <w:spacing w:after="120" w:line="360" w:lineRule="exact"/>
        <w:ind w:firstLine="432"/>
      </w:pPr>
      <w:r>
        <w:t>“What the fuck is wrong with you?” I snapped. “She’s a child. Our child.”</w:t>
      </w:r>
    </w:p>
    <w:p w14:paraId="0E7912CA" w14:textId="77777777" w:rsidR="00E663E7" w:rsidRDefault="00E663E7">
      <w:pPr>
        <w:spacing w:line="360" w:lineRule="exact"/>
      </w:pPr>
      <w:r/>
    </w:p>
    <w:p w14:paraId="55D298BD" w14:textId="77777777" w:rsidR="00E663E7" w:rsidRDefault="00000000">
      <w:pPr>
        <w:spacing w:after="120" w:line="360" w:lineRule="exact"/>
        <w:ind w:firstLine="432"/>
      </w:pPr>
      <w:r>
        <w:t>I told her — no, demanded — that she make an appointment with Dr. Yang, our family doctor. That same day.</w:t>
      </w:r>
    </w:p>
    <w:p w14:paraId="0B3A5DD6" w14:textId="77777777" w:rsidR="00E663E7" w:rsidRDefault="00E663E7">
      <w:pPr>
        <w:spacing w:line="360" w:lineRule="exact"/>
      </w:pPr>
      <w:r/>
    </w:p>
    <w:p w14:paraId="592E7FAE" w14:textId="77777777" w:rsidR="00E663E7" w:rsidRDefault="00000000">
      <w:pPr>
        <w:spacing w:after="120" w:line="360" w:lineRule="exact"/>
        <w:ind w:firstLine="432"/>
      </w:pPr>
      <w:r>
        <w:t>Turns out, Tatiana had a dislocated elbow.</w:t>
      </w:r>
    </w:p>
    <w:p w14:paraId="67E5251A" w14:textId="77777777" w:rsidR="00E663E7" w:rsidRDefault="00E663E7">
      <w:pPr>
        <w:spacing w:line="360" w:lineRule="exact"/>
      </w:pPr>
      <w:r/>
    </w:p>
    <w:p w14:paraId="5CCD500D" w14:textId="77777777" w:rsidR="00E663E7" w:rsidRDefault="00000000">
      <w:pPr>
        <w:spacing w:after="120" w:line="360" w:lineRule="exact"/>
        <w:ind w:firstLine="432"/>
      </w:pPr>
      <w:r>
        <w:t>My sweet, quiet little girl had been in pain that whole time — and instead of nurturing her, Nicole had punished her for it.</w:t>
      </w:r>
    </w:p>
    <w:p w14:paraId="4B84FB5B" w14:textId="77777777" w:rsidR="00E663E7" w:rsidRDefault="00E663E7">
      <w:pPr>
        <w:spacing w:line="360" w:lineRule="exact"/>
      </w:pPr>
      <w:r/>
    </w:p>
    <w:p w14:paraId="47ABBCD5" w14:textId="77777777" w:rsidR="00E663E7" w:rsidRDefault="00000000">
      <w:pPr>
        <w:spacing w:after="120" w:line="360" w:lineRule="exact"/>
        <w:ind w:firstLine="432"/>
      </w:pPr>
      <w:r>
        <w:t>What kind of mother does that?</w:t>
      </w:r>
    </w:p>
    <w:p w14:paraId="22780B00" w14:textId="77777777" w:rsidR="00E663E7" w:rsidRDefault="00E663E7">
      <w:pPr>
        <w:spacing w:line="360" w:lineRule="exact"/>
      </w:pPr>
      <w:r/>
    </w:p>
    <w:p w14:paraId="724ACDBF" w14:textId="77777777" w:rsidR="00E663E7" w:rsidRDefault="00000000">
      <w:pPr>
        <w:spacing w:after="120" w:line="360" w:lineRule="exact"/>
        <w:ind w:firstLine="432"/>
      </w:pPr>
      <w:r>
        <w:t>To this day, that memory stays with me. Not just because of the injury, but because it showed me — early — who I was really dealing with. A woman with no maternal instinct. No pause. No grace.</w:t>
      </w:r>
    </w:p>
    <w:p w14:paraId="3AC414EB" w14:textId="77777777" w:rsidR="00E663E7" w:rsidRDefault="00E663E7">
      <w:pPr>
        <w:spacing w:line="360" w:lineRule="exact"/>
      </w:pPr>
      <w:r/>
    </w:p>
    <w:p w14:paraId="0F6350DE" w14:textId="77777777" w:rsidR="00E663E7" w:rsidRDefault="00000000">
      <w:pPr>
        <w:spacing w:after="120" w:line="360" w:lineRule="exact"/>
        <w:ind w:firstLine="432"/>
      </w:pPr>
      <w:r>
        <w:t>It was a moment where I should’ve walked away. A moment where I saw the danger not just to me, but to our children.</w:t>
      </w:r>
    </w:p>
    <w:p w14:paraId="702211CA" w14:textId="77777777" w:rsidR="00E663E7" w:rsidRDefault="00E663E7">
      <w:pPr>
        <w:spacing w:line="360" w:lineRule="exact"/>
      </w:pPr>
      <w:r/>
    </w:p>
    <w:p w14:paraId="6611549D" w14:textId="77777777" w:rsidR="00E663E7" w:rsidRDefault="00000000">
      <w:pPr>
        <w:spacing w:after="120" w:line="360" w:lineRule="exact"/>
        <w:ind w:firstLine="432"/>
      </w:pPr>
      <w:r>
        <w:t>But I stayed.</w:t>
      </w:r>
    </w:p>
    <w:p w14:paraId="41E7E9F8" w14:textId="77777777" w:rsidR="00E663E7" w:rsidRDefault="00000000">
      <w:pPr>
        <w:spacing w:after="120" w:line="360" w:lineRule="exact"/>
        <w:ind w:firstLine="432"/>
      </w:pPr>
      <w:r>
        <w:t>Maybe out of duty. Maybe out of denial.</w:t>
      </w:r>
    </w:p>
    <w:p w14:paraId="7907AE40" w14:textId="77777777" w:rsidR="00E663E7" w:rsidRDefault="00000000">
      <w:pPr>
        <w:spacing w:after="120" w:line="360" w:lineRule="exact"/>
        <w:ind w:firstLine="432"/>
      </w:pPr>
      <w:r>
        <w:t>Maybe because, like many men, I was conditioned to believe that protecting the family meant enduring the pain quietly.</w:t>
      </w:r>
    </w:p>
    <w:p w14:paraId="36B4C151" w14:textId="77777777" w:rsidR="00E663E7" w:rsidRDefault="00E663E7">
      <w:pPr>
        <w:spacing w:line="360" w:lineRule="exact"/>
      </w:pPr>
      <w:r/>
    </w:p>
    <w:p w14:paraId="4F6901D6" w14:textId="77777777" w:rsidR="00E663E7" w:rsidRDefault="00000000">
      <w:pPr>
        <w:spacing w:after="120" w:line="360" w:lineRule="exact"/>
        <w:ind w:firstLine="432"/>
      </w:pPr>
      <w:r>
        <w:t>But looking back, that moment was a signal.</w:t>
      </w:r>
    </w:p>
    <w:p w14:paraId="0A785E8A" w14:textId="77777777" w:rsidR="00E663E7" w:rsidRDefault="00000000">
      <w:pPr>
        <w:spacing w:after="120" w:line="360" w:lineRule="exact"/>
        <w:ind w:firstLine="432"/>
      </w:pPr>
      <w:r>
        <w:t>Not just about who Nicole was — but about who I would need to become if I wanted to save myself… and my children.</w:t>
      </w:r>
    </w:p>
    <w:p w14:paraId="46CF87E8" w14:textId="77777777" w:rsidR="00E663E7" w:rsidRDefault="00E663E7">
      <w:pPr>
        <w:spacing w:line="360" w:lineRule="exact"/>
      </w:pPr>
      <w:r/>
    </w:p>
    <w:p w14:paraId="1861D9EC" w14:textId="77777777" w:rsidR="00E663E7" w:rsidRDefault="00E663E7">
      <w:pPr>
        <w:spacing w:line="360" w:lineRule="exact"/>
      </w:pPr>
      <w:r/>
    </w:p>
    <w:p w14:paraId="7CF20274" w14:textId="77777777" w:rsidR="00E663E7" w:rsidRDefault="00000000">
      <w:pPr>
        <w:spacing w:line="360" w:lineRule="exact"/>
        <w:jc w:val="center"/>
      </w:pPr>
      <w:r>
        <w:t>Chapter 7: The Sex Club Revelation</w:t>
      </w:r>
    </w:p>
    <w:p w14:paraId="6B552688" w14:textId="77777777" w:rsidR="00E663E7" w:rsidRDefault="00E663E7">
      <w:pPr>
        <w:spacing w:line="360" w:lineRule="exact"/>
      </w:pPr>
      <w:r/>
    </w:p>
    <w:p w14:paraId="3CB41C21" w14:textId="77777777" w:rsidR="00E663E7" w:rsidRDefault="00000000">
      <w:pPr>
        <w:spacing w:after="120" w:line="360" w:lineRule="exact"/>
        <w:ind w:firstLine="432"/>
      </w:pPr>
      <w:r>
        <w:t>There are moments in hindsight that take on an entirely different meaning once the blindfold comes off — and one of those moments came during the late 2010s or early 2020s, when Nicole suggested something that caught me off guard at first: she wanted us to go to a sex club together.</w:t>
      </w:r>
    </w:p>
    <w:p w14:paraId="64A7E70B" w14:textId="77777777" w:rsidR="00E663E7" w:rsidRDefault="00E663E7">
      <w:pPr>
        <w:spacing w:line="360" w:lineRule="exact"/>
      </w:pPr>
      <w:r/>
    </w:p>
    <w:p w14:paraId="18576EA9" w14:textId="77777777" w:rsidR="00E663E7" w:rsidRDefault="00000000">
      <w:pPr>
        <w:spacing w:after="120" w:line="360" w:lineRule="exact"/>
        <w:ind w:firstLine="432"/>
      </w:pPr>
      <w:r>
        <w:t>At the time, I didn’t know what to make of it. She presented the idea as something adventurous, something couples do to spice things up. But as she explained it more, the picture became clearer — and far darker.</w:t>
      </w:r>
    </w:p>
    <w:p w14:paraId="6D3CFED1" w14:textId="77777777" w:rsidR="00E663E7" w:rsidRDefault="00E663E7">
      <w:pPr>
        <w:spacing w:line="360" w:lineRule="exact"/>
      </w:pPr>
      <w:r/>
    </w:p>
    <w:p w14:paraId="58088552" w14:textId="77777777" w:rsidR="00E663E7" w:rsidRDefault="00000000">
      <w:pPr>
        <w:spacing w:after="120" w:line="360" w:lineRule="exact"/>
        <w:ind w:firstLine="432"/>
      </w:pPr>
      <w:r>
        <w:t>This wasn’t about us exploring something together.</w:t>
      </w:r>
    </w:p>
    <w:p w14:paraId="59EF7C1F" w14:textId="77777777" w:rsidR="00E663E7" w:rsidRDefault="00000000">
      <w:pPr>
        <w:spacing w:after="120" w:line="360" w:lineRule="exact"/>
        <w:ind w:firstLine="432"/>
      </w:pPr>
      <w:r>
        <w:t>It wasn’t about mutual desire or shared intimacy.</w:t>
      </w:r>
    </w:p>
    <w:p w14:paraId="5379893A" w14:textId="77777777" w:rsidR="00E663E7" w:rsidRDefault="00000000">
      <w:pPr>
        <w:spacing w:after="120" w:line="360" w:lineRule="exact"/>
        <w:ind w:firstLine="432"/>
      </w:pPr>
      <w:r>
        <w:t>It was about her — and another man.</w:t>
      </w:r>
    </w:p>
    <w:p w14:paraId="78925959" w14:textId="77777777" w:rsidR="00E663E7" w:rsidRDefault="00E663E7">
      <w:pPr>
        <w:spacing w:line="360" w:lineRule="exact"/>
      </w:pPr>
      <w:r/>
    </w:p>
    <w:p w14:paraId="217A9F06" w14:textId="77777777" w:rsidR="00E663E7" w:rsidRDefault="00000000">
      <w:pPr>
        <w:spacing w:after="120" w:line="360" w:lineRule="exact"/>
        <w:ind w:firstLine="432"/>
      </w:pPr>
      <w:r>
        <w:t>She described a scenario where I would prepare her sexually for someone else.</w:t>
      </w:r>
    </w:p>
    <w:p w14:paraId="78336E09" w14:textId="77777777" w:rsidR="00E663E7" w:rsidRDefault="00000000">
      <w:pPr>
        <w:spacing w:after="120" w:line="360" w:lineRule="exact"/>
        <w:ind w:firstLine="432"/>
      </w:pPr>
      <w:r>
        <w:t>That’s the word she used: prepare.</w:t>
      </w:r>
    </w:p>
    <w:p w14:paraId="68114CB3" w14:textId="77777777" w:rsidR="00E663E7" w:rsidRDefault="00000000">
      <w:pPr>
        <w:spacing w:after="120" w:line="360" w:lineRule="exact"/>
        <w:ind w:firstLine="432"/>
      </w:pPr>
      <w:r>
        <w:t>She wanted me to go down on her… to get her ready for someone else to have sex with her.</w:t>
      </w:r>
    </w:p>
    <w:p w14:paraId="7AB84B69" w14:textId="77777777" w:rsidR="00E663E7" w:rsidRDefault="00E663E7">
      <w:pPr>
        <w:spacing w:line="360" w:lineRule="exact"/>
      </w:pPr>
      <w:r/>
    </w:p>
    <w:p w14:paraId="0B31F9ED" w14:textId="77777777" w:rsidR="00E663E7" w:rsidRDefault="00000000">
      <w:pPr>
        <w:spacing w:after="120" w:line="360" w:lineRule="exact"/>
        <w:ind w:firstLine="432"/>
      </w:pPr>
      <w:r>
        <w:t>This wasn’t swinging. It wasn’t open marriage. It was her way of planting the seed — of normalizing a future where I would be a cuckold. A man who continued to pay the bills and support the household while she indulged in the pleasure of other men. And not just privately — but in front of me.</w:t>
      </w:r>
    </w:p>
    <w:p w14:paraId="174DB977" w14:textId="77777777" w:rsidR="00E663E7" w:rsidRDefault="00E663E7">
      <w:pPr>
        <w:spacing w:line="360" w:lineRule="exact"/>
      </w:pPr>
      <w:r/>
    </w:p>
    <w:p w14:paraId="1BD0BED5" w14:textId="77777777" w:rsidR="00E663E7" w:rsidRDefault="00000000">
      <w:pPr>
        <w:spacing w:after="120" w:line="360" w:lineRule="exact"/>
        <w:ind w:firstLine="432"/>
      </w:pPr>
      <w:r>
        <w:t>And I see it now with perfect clarity: she had already checked out. This wasn’t just a fantasy. It was a blueprint for her future — a life where I was a utility, not a partner. A placeholder. A provider. A fool.</w:t>
      </w:r>
    </w:p>
    <w:p w14:paraId="3235B87D" w14:textId="77777777" w:rsidR="00E663E7" w:rsidRDefault="00E663E7">
      <w:pPr>
        <w:spacing w:line="360" w:lineRule="exact"/>
      </w:pPr>
      <w:r/>
    </w:p>
    <w:p w14:paraId="51F35559" w14:textId="77777777" w:rsidR="00E663E7" w:rsidRDefault="00000000">
      <w:pPr>
        <w:spacing w:after="120" w:line="360" w:lineRule="exact"/>
        <w:ind w:firstLine="432"/>
      </w:pPr>
      <w:r>
        <w:t>The twisted part?</w:t>
      </w:r>
    </w:p>
    <w:p w14:paraId="7F1E0B2C" w14:textId="77777777" w:rsidR="00E663E7" w:rsidRDefault="00000000">
      <w:pPr>
        <w:spacing w:after="120" w:line="360" w:lineRule="exact"/>
        <w:ind w:firstLine="432"/>
      </w:pPr>
      <w:r>
        <w:t>This didn’t just come from nowhere.</w:t>
      </w:r>
    </w:p>
    <w:p w14:paraId="3E9FA101" w14:textId="77777777" w:rsidR="00E663E7" w:rsidRDefault="00E663E7">
      <w:pPr>
        <w:spacing w:line="360" w:lineRule="exact"/>
      </w:pPr>
      <w:r/>
    </w:p>
    <w:p w14:paraId="0CF06D2C" w14:textId="77777777" w:rsidR="00E663E7" w:rsidRDefault="00000000">
      <w:pPr>
        <w:spacing w:after="120" w:line="360" w:lineRule="exact"/>
        <w:ind w:firstLine="432"/>
      </w:pPr>
      <w:r>
        <w:t>She must’ve known what kind of porn I was watching. She must’ve seen the genre — cuckold porn, among others. I can admit it now — years of desensitization from excessive porn consumption had led me to some dark, confusing sexual territory. It’s a truth many men won’t talk about. But it’s real. The more you consume, the more extreme your interests become — because the dopamine rush of the early days fades, and you start chasing something new, something more.</w:t>
      </w:r>
    </w:p>
    <w:p w14:paraId="7E98E13C" w14:textId="77777777" w:rsidR="00E663E7" w:rsidRDefault="00E663E7">
      <w:pPr>
        <w:spacing w:line="360" w:lineRule="exact"/>
      </w:pPr>
      <w:r/>
    </w:p>
    <w:p w14:paraId="4A05BA1A" w14:textId="77777777" w:rsidR="00E663E7" w:rsidRDefault="00000000">
      <w:pPr>
        <w:spacing w:after="120" w:line="360" w:lineRule="exact"/>
        <w:ind w:firstLine="432"/>
      </w:pPr>
      <w:r>
        <w:t>Nicole saw that. And instead of meeting me with empathy or concern, she weaponized it.</w:t>
      </w:r>
    </w:p>
    <w:p w14:paraId="58C1424C" w14:textId="77777777" w:rsidR="00E663E7" w:rsidRDefault="00000000">
      <w:pPr>
        <w:spacing w:after="120" w:line="360" w:lineRule="exact"/>
        <w:ind w:firstLine="432"/>
      </w:pPr>
      <w:r>
        <w:t>She crafted her plan around it.</w:t>
      </w:r>
    </w:p>
    <w:p w14:paraId="0919490F" w14:textId="77777777" w:rsidR="00E663E7" w:rsidRDefault="00E663E7">
      <w:pPr>
        <w:spacing w:line="360" w:lineRule="exact"/>
      </w:pPr>
      <w:r/>
    </w:p>
    <w:p w14:paraId="2A148A0F" w14:textId="77777777" w:rsidR="00E663E7" w:rsidRDefault="00000000">
      <w:pPr>
        <w:spacing w:after="120" w:line="360" w:lineRule="exact"/>
        <w:ind w:firstLine="432"/>
      </w:pPr>
      <w:r>
        <w:t>It’s only now, with hindsight and spiritual clarity, that I can recognize just how calculated she was. She had no intention of reviving our intimacy. She was studying me — understanding what she could exploit and how.</w:t>
      </w:r>
    </w:p>
    <w:p w14:paraId="71013178" w14:textId="77777777" w:rsidR="00E663E7" w:rsidRDefault="00E663E7">
      <w:pPr>
        <w:spacing w:line="360" w:lineRule="exact"/>
      </w:pPr>
      <w:r/>
    </w:p>
    <w:p w14:paraId="55D3C87F" w14:textId="77777777" w:rsidR="00E663E7" w:rsidRDefault="00000000">
      <w:pPr>
        <w:spacing w:after="120" w:line="360" w:lineRule="exact"/>
        <w:ind w:firstLine="432"/>
      </w:pPr>
      <w:r>
        <w:t>And now I understand what others had told me for years — from as far back as her high school days. That Nicole had a reputation for being sexually manipulative. That she was known for her sexual prowess, not her emotional depth. It hadn’t left her. It was in her blood.</w:t>
      </w:r>
    </w:p>
    <w:p w14:paraId="38BF8C60" w14:textId="77777777" w:rsidR="00E663E7" w:rsidRDefault="00E663E7">
      <w:pPr>
        <w:spacing w:line="360" w:lineRule="exact"/>
      </w:pPr>
      <w:r/>
    </w:p>
    <w:p w14:paraId="2779095B" w14:textId="77777777" w:rsidR="00E663E7" w:rsidRDefault="00000000">
      <w:pPr>
        <w:spacing w:after="120" w:line="360" w:lineRule="exact"/>
        <w:ind w:firstLine="432"/>
      </w:pPr>
      <w:r>
        <w:t>I ignored the warnings. I believed she had changed.</w:t>
      </w:r>
    </w:p>
    <w:p w14:paraId="6968B0A9" w14:textId="77777777" w:rsidR="00E663E7" w:rsidRDefault="00000000">
      <w:pPr>
        <w:spacing w:after="120" w:line="360" w:lineRule="exact"/>
        <w:ind w:firstLine="432"/>
      </w:pPr>
      <w:r>
        <w:t>But the truth is… I was the one who had changed.</w:t>
      </w:r>
    </w:p>
    <w:p w14:paraId="704E43F8" w14:textId="77777777" w:rsidR="00E663E7" w:rsidRDefault="00000000">
      <w:pPr>
        <w:spacing w:after="120" w:line="360" w:lineRule="exact"/>
        <w:ind w:firstLine="432"/>
      </w:pPr>
      <w:r>
        <w:t>And I changed for her — while she stayed exactly who she had always been.</w:t>
      </w:r>
    </w:p>
    <w:p w14:paraId="0592759C" w14:textId="77777777" w:rsidR="00E663E7" w:rsidRDefault="00E663E7">
      <w:pPr>
        <w:spacing w:line="360" w:lineRule="exact"/>
      </w:pPr>
      <w:r/>
    </w:p>
    <w:p w14:paraId="7476AC57" w14:textId="77777777" w:rsidR="00E663E7" w:rsidRDefault="00E663E7">
      <w:pPr>
        <w:spacing w:line="360" w:lineRule="exact"/>
      </w:pPr>
      <w:r/>
    </w:p>
    <w:p w14:paraId="07BE8463" w14:textId="77777777" w:rsidR="00E663E7" w:rsidRDefault="00000000">
      <w:pPr>
        <w:spacing w:line="360" w:lineRule="exact"/>
        <w:jc w:val="center"/>
      </w:pPr>
      <w:r>
        <w:t>Chapter 8: The Trap of Desensitization</w:t>
      </w:r>
    </w:p>
    <w:p w14:paraId="32E98A54" w14:textId="77777777" w:rsidR="00E663E7" w:rsidRDefault="00E663E7">
      <w:pPr>
        <w:spacing w:line="360" w:lineRule="exact"/>
      </w:pPr>
      <w:r/>
    </w:p>
    <w:p w14:paraId="446C937B" w14:textId="77777777" w:rsidR="00E663E7" w:rsidRDefault="00000000">
      <w:pPr>
        <w:spacing w:after="120" w:line="360" w:lineRule="exact"/>
        <w:ind w:firstLine="432"/>
      </w:pPr>
      <w:r>
        <w:t>This is the part most men won’t talk about — not to their partners, not to their friends, and definitely not out loud.</w:t>
      </w:r>
    </w:p>
    <w:p w14:paraId="14629CCB" w14:textId="77777777" w:rsidR="00E663E7" w:rsidRDefault="00E663E7">
      <w:pPr>
        <w:spacing w:line="360" w:lineRule="exact"/>
      </w:pPr>
      <w:r/>
    </w:p>
    <w:p w14:paraId="2625D9AF" w14:textId="77777777" w:rsidR="00E663E7" w:rsidRDefault="00000000">
      <w:pPr>
        <w:spacing w:after="120" w:line="360" w:lineRule="exact"/>
        <w:ind w:firstLine="432"/>
      </w:pPr>
      <w:r>
        <w:t>Porn addiction.</w:t>
      </w:r>
    </w:p>
    <w:p w14:paraId="151CE26C" w14:textId="77777777" w:rsidR="00E663E7" w:rsidRDefault="00E663E7">
      <w:pPr>
        <w:spacing w:line="360" w:lineRule="exact"/>
      </w:pPr>
      <w:r/>
    </w:p>
    <w:p w14:paraId="10270687" w14:textId="77777777" w:rsidR="00E663E7" w:rsidRDefault="00000000">
      <w:pPr>
        <w:spacing w:after="120" w:line="360" w:lineRule="exact"/>
        <w:ind w:firstLine="432"/>
      </w:pPr>
      <w:r>
        <w:t>Not the casual kind. Not the occasional release or the harmless distraction. I’m talking about the deep, silent, rotting kind. The one that eats away at your ability to connect. The one that rewires your brain, one click at a time.</w:t>
      </w:r>
    </w:p>
    <w:p w14:paraId="443232D9" w14:textId="77777777" w:rsidR="00E663E7" w:rsidRDefault="00E663E7">
      <w:pPr>
        <w:spacing w:line="360" w:lineRule="exact"/>
      </w:pPr>
      <w:r/>
    </w:p>
    <w:p w14:paraId="54D58573" w14:textId="77777777" w:rsidR="00E663E7" w:rsidRDefault="00000000">
      <w:pPr>
        <w:spacing w:after="120" w:line="360" w:lineRule="exact"/>
        <w:ind w:firstLine="432"/>
      </w:pPr>
      <w:r>
        <w:t>It doesn’t happen overnight.</w:t>
      </w:r>
    </w:p>
    <w:p w14:paraId="1E6D65B8" w14:textId="77777777" w:rsidR="00E663E7" w:rsidRDefault="00000000">
      <w:pPr>
        <w:spacing w:after="120" w:line="360" w:lineRule="exact"/>
        <w:ind w:firstLine="432"/>
      </w:pPr>
      <w:r>
        <w:t>It happens gradually.</w:t>
      </w:r>
    </w:p>
    <w:p w14:paraId="65E40E9F" w14:textId="77777777" w:rsidR="00E663E7" w:rsidRDefault="00000000">
      <w:pPr>
        <w:spacing w:after="120" w:line="360" w:lineRule="exact"/>
        <w:ind w:firstLine="432"/>
      </w:pPr>
      <w:r>
        <w:t>It starts with excitement. Curiosity. A release. But then the same video doesn’t do it anymore. The same category feels dull. So you go deeper — to more taboo, more extreme, more humiliating fantasies. Ones you’d never admit you had.</w:t>
      </w:r>
    </w:p>
    <w:p w14:paraId="7911CE3D" w14:textId="77777777" w:rsidR="00E663E7" w:rsidRDefault="00E663E7">
      <w:pPr>
        <w:spacing w:line="360" w:lineRule="exact"/>
      </w:pPr>
      <w:r/>
    </w:p>
    <w:p w14:paraId="3B21EA41" w14:textId="77777777" w:rsidR="00E663E7" w:rsidRDefault="00000000">
      <w:pPr>
        <w:spacing w:after="120" w:line="360" w:lineRule="exact"/>
        <w:ind w:firstLine="432"/>
      </w:pPr>
      <w:r>
        <w:t>That’s what happened to me.</w:t>
      </w:r>
    </w:p>
    <w:p w14:paraId="1F248F44" w14:textId="77777777" w:rsidR="00E663E7" w:rsidRDefault="00E663E7">
      <w:pPr>
        <w:spacing w:line="360" w:lineRule="exact"/>
      </w:pPr>
      <w:r/>
    </w:p>
    <w:p w14:paraId="5898DA66" w14:textId="77777777" w:rsidR="00E663E7" w:rsidRDefault="00000000">
      <w:pPr>
        <w:spacing w:after="120" w:line="360" w:lineRule="exact"/>
        <w:ind w:firstLine="432"/>
      </w:pPr>
      <w:r>
        <w:t>Years of numbing myself to emotion, to spiritual awareness, to pain — it showed up in my browser history.</w:t>
      </w:r>
    </w:p>
    <w:p w14:paraId="7AFF6BD2" w14:textId="77777777" w:rsidR="00E663E7" w:rsidRDefault="00000000">
      <w:pPr>
        <w:spacing w:after="120" w:line="360" w:lineRule="exact"/>
        <w:ind w:firstLine="432"/>
      </w:pPr>
      <w:r>
        <w:t>And over time, my fantasies weren’t even mine anymore.</w:t>
      </w:r>
    </w:p>
    <w:p w14:paraId="33D83F4A" w14:textId="77777777" w:rsidR="00E663E7" w:rsidRDefault="00000000">
      <w:pPr>
        <w:spacing w:after="120" w:line="360" w:lineRule="exact"/>
        <w:ind w:firstLine="432"/>
      </w:pPr>
      <w:r>
        <w:t>They were just echoes of trauma and overstimulation.</w:t>
      </w:r>
    </w:p>
    <w:p w14:paraId="0A00D839" w14:textId="77777777" w:rsidR="00E663E7" w:rsidRDefault="00E663E7">
      <w:pPr>
        <w:spacing w:line="360" w:lineRule="exact"/>
      </w:pPr>
      <w:r/>
    </w:p>
    <w:p w14:paraId="5D73AA1E" w14:textId="77777777" w:rsidR="00E663E7" w:rsidRDefault="00000000">
      <w:pPr>
        <w:spacing w:after="120" w:line="360" w:lineRule="exact"/>
        <w:ind w:firstLine="432"/>
      </w:pPr>
      <w:r>
        <w:t>Cuckold porn was one of those echoes.</w:t>
      </w:r>
    </w:p>
    <w:p w14:paraId="39522F91" w14:textId="77777777" w:rsidR="00E663E7" w:rsidRDefault="00E663E7">
      <w:pPr>
        <w:spacing w:line="360" w:lineRule="exact"/>
      </w:pPr>
      <w:r/>
    </w:p>
    <w:p w14:paraId="20F7B262" w14:textId="77777777" w:rsidR="00E663E7" w:rsidRDefault="00000000">
      <w:pPr>
        <w:spacing w:after="120" w:line="360" w:lineRule="exact"/>
        <w:ind w:firstLine="432"/>
      </w:pPr>
      <w:r>
        <w:t>It made me feel something, but also made me feel nothing. It was a strange, shame-filled loop of powerlessness. And Nicole, somehow, picked up on that. Maybe she saw my browser. Maybe she just knew.</w:t>
      </w:r>
    </w:p>
    <w:p w14:paraId="598311DF" w14:textId="77777777" w:rsidR="00E663E7" w:rsidRDefault="00000000">
      <w:pPr>
        <w:spacing w:after="120" w:line="360" w:lineRule="exact"/>
        <w:ind w:firstLine="432"/>
      </w:pPr>
      <w:r>
        <w:t>Either way, she used it.</w:t>
      </w:r>
    </w:p>
    <w:p w14:paraId="145181AA" w14:textId="77777777" w:rsidR="00E663E7" w:rsidRDefault="00E663E7">
      <w:pPr>
        <w:spacing w:line="360" w:lineRule="exact"/>
      </w:pPr>
      <w:r/>
    </w:p>
    <w:p w14:paraId="15E80E95" w14:textId="77777777" w:rsidR="00E663E7" w:rsidRDefault="00000000">
      <w:pPr>
        <w:spacing w:after="120" w:line="360" w:lineRule="exact"/>
        <w:ind w:firstLine="432"/>
      </w:pPr>
      <w:r>
        <w:t>Her suggestion that I “prepare” her for another man wasn’t an act of liberation. It was a domination tactic. A psychological trap. She wanted me weak, submissive, and controlled. She wanted me locked in shame while she explored her real desires — not with me, but in front of me.</w:t>
      </w:r>
    </w:p>
    <w:p w14:paraId="028429F9" w14:textId="77777777" w:rsidR="00E663E7" w:rsidRDefault="00E663E7">
      <w:pPr>
        <w:spacing w:line="360" w:lineRule="exact"/>
      </w:pPr>
      <w:r/>
    </w:p>
    <w:p w14:paraId="234ADFA5" w14:textId="77777777" w:rsidR="00E663E7" w:rsidRDefault="00000000">
      <w:pPr>
        <w:spacing w:after="120" w:line="360" w:lineRule="exact"/>
        <w:ind w:firstLine="432"/>
      </w:pPr>
      <w:r>
        <w:t>Looking back, I see how porn addiction blurred my boundaries, my standards, even my instincts.</w:t>
      </w:r>
    </w:p>
    <w:p w14:paraId="0A727A8A" w14:textId="77777777" w:rsidR="00E663E7" w:rsidRDefault="00000000">
      <w:pPr>
        <w:spacing w:after="120" w:line="360" w:lineRule="exact"/>
        <w:ind w:firstLine="432"/>
      </w:pPr>
      <w:r>
        <w:t>I wasn’t leading as a man anymore.</w:t>
      </w:r>
    </w:p>
    <w:p w14:paraId="64D3B016" w14:textId="77777777" w:rsidR="00E663E7" w:rsidRDefault="00000000">
      <w:pPr>
        <w:spacing w:after="120" w:line="360" w:lineRule="exact"/>
        <w:ind w:firstLine="432"/>
      </w:pPr>
      <w:r>
        <w:t>I was reacting. Numb. Hollow. Overstimulated and under-souled.</w:t>
      </w:r>
    </w:p>
    <w:p w14:paraId="28171F6C" w14:textId="77777777" w:rsidR="00E663E7" w:rsidRDefault="00E663E7">
      <w:pPr>
        <w:spacing w:line="360" w:lineRule="exact"/>
      </w:pPr>
      <w:r/>
    </w:p>
    <w:p w14:paraId="1A1D4D80" w14:textId="77777777" w:rsidR="00E663E7" w:rsidRDefault="00000000">
      <w:pPr>
        <w:spacing w:after="120" w:line="360" w:lineRule="exact"/>
        <w:ind w:firstLine="432"/>
      </w:pPr>
      <w:r>
        <w:t>And that’s the warning I want to send to any man reading this:</w:t>
      </w:r>
    </w:p>
    <w:p w14:paraId="7132E41D" w14:textId="77777777" w:rsidR="00E663E7" w:rsidRDefault="00000000">
      <w:pPr>
        <w:spacing w:after="120" w:line="360" w:lineRule="exact"/>
        <w:ind w:firstLine="432"/>
      </w:pPr>
      <w:r>
        <w:t>Desensitization is real.</w:t>
      </w:r>
    </w:p>
    <w:p w14:paraId="48662AB7" w14:textId="77777777" w:rsidR="00E663E7" w:rsidRDefault="00000000">
      <w:pPr>
        <w:spacing w:after="120" w:line="360" w:lineRule="exact"/>
        <w:ind w:firstLine="432"/>
      </w:pPr>
      <w:r>
        <w:t>It steals your joy, your ability to love purely, your connection to God.</w:t>
      </w:r>
    </w:p>
    <w:p w14:paraId="128183D4" w14:textId="77777777" w:rsidR="00E663E7" w:rsidRDefault="00000000">
      <w:pPr>
        <w:spacing w:after="120" w:line="360" w:lineRule="exact"/>
        <w:ind w:firstLine="432"/>
      </w:pPr>
      <w:r>
        <w:t>And eventually, it opens the door for others to walk into your mind — and rearrange it.</w:t>
      </w:r>
    </w:p>
    <w:p w14:paraId="0DAB0B39" w14:textId="77777777" w:rsidR="00E663E7" w:rsidRDefault="00E663E7">
      <w:pPr>
        <w:spacing w:line="360" w:lineRule="exact"/>
      </w:pPr>
      <w:r/>
    </w:p>
    <w:p w14:paraId="75DA4DD0" w14:textId="77777777" w:rsidR="00E663E7" w:rsidRDefault="00000000">
      <w:pPr>
        <w:spacing w:after="120" w:line="360" w:lineRule="exact"/>
        <w:ind w:firstLine="432"/>
      </w:pPr>
      <w:r>
        <w:t>The porn industry doesn’t care if it turns you into a hollow version of yourself.</w:t>
      </w:r>
    </w:p>
    <w:p w14:paraId="52E82909" w14:textId="77777777" w:rsidR="00E663E7" w:rsidRDefault="00000000">
      <w:pPr>
        <w:spacing w:after="120" w:line="360" w:lineRule="exact"/>
        <w:ind w:firstLine="432"/>
      </w:pPr>
      <w:r>
        <w:t>But the people in your life will. Especially the ones who see you as a tool.</w:t>
      </w:r>
    </w:p>
    <w:p w14:paraId="2F7B1D81" w14:textId="77777777" w:rsidR="00E663E7" w:rsidRDefault="00000000">
      <w:pPr>
        <w:spacing w:after="120" w:line="360" w:lineRule="exact"/>
        <w:ind w:firstLine="432"/>
      </w:pPr>
      <w:r>
        <w:t>And if you’re not careful, the fantasies you chase will become the prison you live in.</w:t>
      </w:r>
    </w:p>
    <w:p w14:paraId="2127B289" w14:textId="77777777" w:rsidR="00E663E7" w:rsidRDefault="00E663E7">
      <w:pPr>
        <w:spacing w:line="360" w:lineRule="exact"/>
      </w:pPr>
      <w:r/>
    </w:p>
    <w:p w14:paraId="0AF8EEFD" w14:textId="77777777" w:rsidR="00E663E7" w:rsidRDefault="00000000">
      <w:pPr>
        <w:spacing w:after="120" w:line="360" w:lineRule="exact"/>
        <w:ind w:firstLine="432"/>
      </w:pPr>
      <w:r>
        <w:t>But here’s the truth:</w:t>
      </w:r>
    </w:p>
    <w:p w14:paraId="0AF522C0" w14:textId="77777777" w:rsidR="00E663E7" w:rsidRDefault="00000000">
      <w:pPr>
        <w:spacing w:after="120" w:line="360" w:lineRule="exact"/>
        <w:ind w:firstLine="432"/>
      </w:pPr>
      <w:r>
        <w:t>You can reverse it.</w:t>
      </w:r>
    </w:p>
    <w:p w14:paraId="7942D41F" w14:textId="77777777" w:rsidR="00E663E7" w:rsidRDefault="00000000">
      <w:pPr>
        <w:spacing w:after="120" w:line="360" w:lineRule="exact"/>
        <w:ind w:firstLine="432"/>
      </w:pPr>
      <w:r>
        <w:t>You can break the loop.</w:t>
      </w:r>
    </w:p>
    <w:p w14:paraId="13D0A831" w14:textId="77777777" w:rsidR="00E663E7" w:rsidRDefault="00000000">
      <w:pPr>
        <w:spacing w:after="120" w:line="360" w:lineRule="exact"/>
        <w:ind w:firstLine="432"/>
      </w:pPr>
      <w:r>
        <w:t>But it starts by acknowledging that it’s a problem in the first place.</w:t>
      </w:r>
    </w:p>
    <w:p w14:paraId="46D12E1A" w14:textId="77777777" w:rsidR="00E663E7" w:rsidRDefault="00E663E7">
      <w:pPr>
        <w:spacing w:line="360" w:lineRule="exact"/>
      </w:pPr>
      <w:r/>
    </w:p>
    <w:p w14:paraId="61E26E2A" w14:textId="77777777" w:rsidR="00E663E7" w:rsidRDefault="00000000">
      <w:pPr>
        <w:spacing w:after="120" w:line="360" w:lineRule="exact"/>
        <w:ind w:firstLine="432"/>
      </w:pPr>
      <w:r>
        <w:t>I had to lose everything to finally see what I was running from.</w:t>
      </w:r>
    </w:p>
    <w:p w14:paraId="46A92F7A" w14:textId="77777777" w:rsidR="00E663E7" w:rsidRDefault="00000000">
      <w:pPr>
        <w:spacing w:after="120" w:line="360" w:lineRule="exact"/>
        <w:ind w:firstLine="432"/>
      </w:pPr>
      <w:r>
        <w:t>And when I stopped running…</w:t>
      </w:r>
    </w:p>
    <w:p w14:paraId="638F3C93" w14:textId="77777777" w:rsidR="00E663E7" w:rsidRDefault="00000000">
      <w:pPr>
        <w:spacing w:after="120" w:line="360" w:lineRule="exact"/>
        <w:ind w:firstLine="432"/>
      </w:pPr>
      <w:r>
        <w:t>I found myself again.</w:t>
      </w:r>
    </w:p>
    <w:p w14:paraId="0913CAC4" w14:textId="77777777" w:rsidR="00E663E7" w:rsidRDefault="00E663E7">
      <w:pPr>
        <w:spacing w:line="360" w:lineRule="exact"/>
      </w:pPr>
      <w:r/>
    </w:p>
    <w:p w14:paraId="2CCF517A" w14:textId="77777777" w:rsidR="00E663E7" w:rsidRDefault="00E663E7">
      <w:pPr>
        <w:spacing w:line="360" w:lineRule="exact"/>
      </w:pPr>
      <w:r/>
    </w:p>
    <w:p w14:paraId="28757DB4" w14:textId="77777777" w:rsidR="00E663E7" w:rsidRDefault="00000000">
      <w:pPr>
        <w:spacing w:line="360" w:lineRule="exact"/>
        <w:jc w:val="center"/>
      </w:pPr>
      <w:r>
        <w:t>Chapter 9: Combos and Cold Cuts</w:t>
      </w:r>
    </w:p>
    <w:p w14:paraId="3E6427B3" w14:textId="77777777" w:rsidR="00E663E7" w:rsidRDefault="00E663E7">
      <w:pPr>
        <w:spacing w:line="360" w:lineRule="exact"/>
      </w:pPr>
      <w:r/>
    </w:p>
    <w:p w14:paraId="2353D88B" w14:textId="77777777" w:rsidR="00E663E7" w:rsidRDefault="00000000">
      <w:pPr>
        <w:spacing w:after="120" w:line="360" w:lineRule="exact"/>
        <w:ind w:firstLine="432"/>
      </w:pPr>
      <w:r>
        <w:t>Before all the chaos, before the heartbreak, before I knew what betrayal really felt like — there were cold cut sandwiches and dreams of a restaurant called Combos.</w:t>
      </w:r>
    </w:p>
    <w:p w14:paraId="62A71028" w14:textId="77777777" w:rsidR="00E663E7" w:rsidRDefault="00E663E7">
      <w:pPr>
        <w:spacing w:line="360" w:lineRule="exact"/>
      </w:pPr>
      <w:r/>
    </w:p>
    <w:p w14:paraId="3E23A932" w14:textId="77777777" w:rsidR="00E663E7" w:rsidRDefault="00000000">
      <w:pPr>
        <w:spacing w:after="120" w:line="360" w:lineRule="exact"/>
        <w:ind w:firstLine="432"/>
      </w:pPr>
      <w:r>
        <w:t>It was the early ’90s, and I used to spend weekends at my cousin Robert’s house in North York. Those sleepovers were the highlight of my childhood — not because of where we went or what we did, but because of how free I felt. It was one of the only places where I could just be a kid.</w:t>
      </w:r>
    </w:p>
    <w:p w14:paraId="791EB4C2" w14:textId="77777777" w:rsidR="00E663E7" w:rsidRDefault="00E663E7">
      <w:pPr>
        <w:spacing w:line="360" w:lineRule="exact"/>
      </w:pPr>
      <w:r/>
    </w:p>
    <w:p w14:paraId="2A096F43" w14:textId="77777777" w:rsidR="00E663E7" w:rsidRDefault="00000000">
      <w:pPr>
        <w:spacing w:after="120" w:line="360" w:lineRule="exact"/>
        <w:ind w:firstLine="432"/>
      </w:pPr>
      <w:r>
        <w:t>We’d ride bikes until the streetlights came on, shoot hoops at the local park, and hang out with his tight-knit crew — Sudershan, Dwayne, and a few others. Rob always had a gift for choosing good friends. People with character. Loyalty. That’s still true to this day.</w:t>
      </w:r>
    </w:p>
    <w:p w14:paraId="46FE2FB0" w14:textId="77777777" w:rsidR="00E663E7" w:rsidRDefault="00E663E7">
      <w:pPr>
        <w:spacing w:line="360" w:lineRule="exact"/>
      </w:pPr>
      <w:r/>
    </w:p>
    <w:p w14:paraId="20783E51" w14:textId="77777777" w:rsidR="00E663E7" w:rsidRDefault="00000000">
      <w:pPr>
        <w:spacing w:after="120" w:line="360" w:lineRule="exact"/>
        <w:ind w:firstLine="432"/>
      </w:pPr>
      <w:r>
        <w:t>But the best moments came after the sun went down.</w:t>
      </w:r>
    </w:p>
    <w:p w14:paraId="3FFB78ED" w14:textId="77777777" w:rsidR="00E663E7" w:rsidRDefault="00E663E7">
      <w:pPr>
        <w:spacing w:line="360" w:lineRule="exact"/>
      </w:pPr>
      <w:r/>
    </w:p>
    <w:p w14:paraId="2D5AEB39" w14:textId="77777777" w:rsidR="00E663E7" w:rsidRDefault="00000000">
      <w:pPr>
        <w:spacing w:after="120" w:line="360" w:lineRule="exact"/>
        <w:ind w:firstLine="432"/>
      </w:pPr>
      <w:r>
        <w:t>Once his parents were asleep — or at least heading to bed — we’d quietly sneak into the kitchen and put together these massive sandwiches. Pita bread, layered with mortadella, salami, lettuce, tomatoes, mayo, mustard — anything we could find in the fridge. We weren’t chefs, but we felt like kings.</w:t>
      </w:r>
    </w:p>
    <w:p w14:paraId="13FEBC5B" w14:textId="77777777" w:rsidR="00E663E7" w:rsidRDefault="00E663E7">
      <w:pPr>
        <w:spacing w:line="360" w:lineRule="exact"/>
      </w:pPr>
      <w:r/>
    </w:p>
    <w:p w14:paraId="2E8CAFF3" w14:textId="77777777" w:rsidR="00E663E7" w:rsidRDefault="00000000">
      <w:pPr>
        <w:spacing w:after="120" w:line="360" w:lineRule="exact"/>
        <w:ind w:firstLine="432"/>
      </w:pPr>
      <w:r>
        <w:t>We used to dream about opening a restaurant one day.</w:t>
      </w:r>
    </w:p>
    <w:p w14:paraId="6646BC4A" w14:textId="77777777" w:rsidR="00E663E7" w:rsidRDefault="00000000">
      <w:pPr>
        <w:spacing w:after="120" w:line="360" w:lineRule="exact"/>
        <w:ind w:firstLine="432"/>
      </w:pPr>
      <w:r>
        <w:t>We even had a name: Combos.</w:t>
      </w:r>
    </w:p>
    <w:p w14:paraId="42B259DE" w14:textId="77777777" w:rsidR="00E663E7" w:rsidRDefault="00000000">
      <w:pPr>
        <w:spacing w:after="120" w:line="360" w:lineRule="exact"/>
        <w:ind w:firstLine="432"/>
      </w:pPr>
      <w:r>
        <w:t>We thought it was perfect.</w:t>
      </w:r>
    </w:p>
    <w:p w14:paraId="4F2E8492" w14:textId="77777777" w:rsidR="00E663E7" w:rsidRDefault="00000000">
      <w:pPr>
        <w:spacing w:after="120" w:line="360" w:lineRule="exact"/>
        <w:ind w:firstLine="432"/>
      </w:pPr>
      <w:r>
        <w:t>Just a couple of kids with big imaginations and bigger appetites.</w:t>
      </w:r>
    </w:p>
    <w:p w14:paraId="46A0B698" w14:textId="77777777" w:rsidR="00E663E7" w:rsidRDefault="00E663E7">
      <w:pPr>
        <w:spacing w:line="360" w:lineRule="exact"/>
      </w:pPr>
      <w:r/>
    </w:p>
    <w:p w14:paraId="1E89D218" w14:textId="77777777" w:rsidR="00E663E7" w:rsidRDefault="00000000">
      <w:pPr>
        <w:spacing w:after="120" w:line="360" w:lineRule="exact"/>
        <w:ind w:firstLine="432"/>
      </w:pPr>
      <w:r>
        <w:t>It was innocent. Simple.</w:t>
      </w:r>
    </w:p>
    <w:p w14:paraId="284D9346" w14:textId="77777777" w:rsidR="00E663E7" w:rsidRDefault="00000000">
      <w:pPr>
        <w:spacing w:after="120" w:line="360" w:lineRule="exact"/>
        <w:ind w:firstLine="432"/>
      </w:pPr>
      <w:r>
        <w:t>But it gave us purpose. It gave us something to look forward to — a vision of the future where life would stay good, stay fun, stay ours.</w:t>
      </w:r>
    </w:p>
    <w:p w14:paraId="4317B2E1" w14:textId="77777777" w:rsidR="00E663E7" w:rsidRDefault="00E663E7">
      <w:pPr>
        <w:spacing w:line="360" w:lineRule="exact"/>
      </w:pPr>
      <w:r/>
    </w:p>
    <w:p w14:paraId="7F364264" w14:textId="77777777" w:rsidR="00E663E7" w:rsidRDefault="00000000">
      <w:pPr>
        <w:spacing w:after="120" w:line="360" w:lineRule="exact"/>
        <w:ind w:firstLine="432"/>
      </w:pPr>
      <w:r>
        <w:t>I think back to those nights a lot.</w:t>
      </w:r>
    </w:p>
    <w:p w14:paraId="5F9E02AB" w14:textId="77777777" w:rsidR="00E663E7" w:rsidRDefault="00E663E7">
      <w:pPr>
        <w:spacing w:line="360" w:lineRule="exact"/>
      </w:pPr>
      <w:r/>
    </w:p>
    <w:p w14:paraId="4BD93C34" w14:textId="77777777" w:rsidR="00E663E7" w:rsidRDefault="00000000">
      <w:pPr>
        <w:spacing w:after="120" w:line="360" w:lineRule="exact"/>
        <w:ind w:firstLine="432"/>
      </w:pPr>
      <w:r>
        <w:t>Not because I miss the sandwiches — but because I miss who we were back then. Before the scars. Before the betrayals. Before we understood how complicated life and love and family could be.</w:t>
      </w:r>
    </w:p>
    <w:p w14:paraId="67E767D0" w14:textId="77777777" w:rsidR="00E663E7" w:rsidRDefault="00E663E7">
      <w:pPr>
        <w:spacing w:line="360" w:lineRule="exact"/>
      </w:pPr>
      <w:r/>
    </w:p>
    <w:p w14:paraId="338676FF" w14:textId="77777777" w:rsidR="00E663E7" w:rsidRDefault="00000000">
      <w:pPr>
        <w:spacing w:after="120" w:line="360" w:lineRule="exact"/>
        <w:ind w:firstLine="432"/>
      </w:pPr>
      <w:r>
        <w:t>Those memories remind me of a time when I was still whole.</w:t>
      </w:r>
    </w:p>
    <w:p w14:paraId="488FE5B5" w14:textId="77777777" w:rsidR="00E663E7" w:rsidRDefault="00000000">
      <w:pPr>
        <w:spacing w:after="120" w:line="360" w:lineRule="exact"/>
        <w:ind w:firstLine="432"/>
      </w:pPr>
      <w:r>
        <w:t>Still unbroken.</w:t>
      </w:r>
    </w:p>
    <w:p w14:paraId="536C3F1F" w14:textId="77777777" w:rsidR="00E663E7" w:rsidRDefault="00000000">
      <w:pPr>
        <w:spacing w:after="120" w:line="360" w:lineRule="exact"/>
        <w:ind w:firstLine="432"/>
      </w:pPr>
      <w:r>
        <w:t>Still dreaming freely.</w:t>
      </w:r>
    </w:p>
    <w:p w14:paraId="7ABE7774" w14:textId="77777777" w:rsidR="00E663E7" w:rsidRDefault="00E663E7">
      <w:pPr>
        <w:spacing w:line="360" w:lineRule="exact"/>
      </w:pPr>
      <w:r/>
    </w:p>
    <w:p w14:paraId="77F98C42" w14:textId="77777777" w:rsidR="00E663E7" w:rsidRDefault="00000000">
      <w:pPr>
        <w:spacing w:after="120" w:line="360" w:lineRule="exact"/>
        <w:ind w:firstLine="432"/>
      </w:pPr>
      <w:r>
        <w:t>And in a strange way, they keep me going.</w:t>
      </w:r>
    </w:p>
    <w:p w14:paraId="3B86A834" w14:textId="77777777" w:rsidR="00E663E7" w:rsidRDefault="00000000">
      <w:pPr>
        <w:spacing w:after="120" w:line="360" w:lineRule="exact"/>
        <w:ind w:firstLine="432"/>
      </w:pPr>
      <w:r>
        <w:t>Because even if life didn’t turn out the way we planned…</w:t>
      </w:r>
    </w:p>
    <w:p w14:paraId="37EF9FD8" w14:textId="77777777" w:rsidR="00E663E7" w:rsidRDefault="00000000">
      <w:pPr>
        <w:spacing w:after="120" w:line="360" w:lineRule="exact"/>
        <w:ind w:firstLine="432"/>
      </w:pPr>
      <w:r>
        <w:t>The boy who dreamed of Combos still lives inside me.</w:t>
      </w:r>
    </w:p>
    <w:p w14:paraId="7ED3E9D9" w14:textId="77777777" w:rsidR="00E663E7" w:rsidRDefault="00000000">
      <w:pPr>
        <w:spacing w:after="120" w:line="360" w:lineRule="exact"/>
        <w:ind w:firstLine="432"/>
      </w:pPr>
      <w:r>
        <w:t>And he deserves peace, too.</w:t>
      </w:r>
    </w:p>
    <w:p w14:paraId="22BF1582" w14:textId="77777777" w:rsidR="00E663E7" w:rsidRDefault="00E663E7">
      <w:pPr>
        <w:spacing w:line="360" w:lineRule="exact"/>
      </w:pPr>
      <w:r/>
    </w:p>
    <w:p w14:paraId="54C3A81C" w14:textId="77777777" w:rsidR="00E663E7" w:rsidRDefault="00E663E7">
      <w:pPr>
        <w:spacing w:line="360" w:lineRule="exact"/>
      </w:pPr>
      <w:r/>
    </w:p>
    <w:p w14:paraId="71150C24" w14:textId="77777777" w:rsidR="00E663E7" w:rsidRDefault="00000000">
      <w:pPr>
        <w:spacing w:line="360" w:lineRule="exact"/>
        <w:jc w:val="center"/>
      </w:pPr>
      <w:r>
        <w:t>Chapter 10: The Silence After</w:t>
      </w:r>
    </w:p>
    <w:p w14:paraId="4F7FB657" w14:textId="77777777" w:rsidR="00E663E7" w:rsidRDefault="00E663E7">
      <w:pPr>
        <w:spacing w:line="360" w:lineRule="exact"/>
      </w:pPr>
      <w:r/>
    </w:p>
    <w:p w14:paraId="71830BC8" w14:textId="77777777" w:rsidR="00E663E7" w:rsidRDefault="00000000">
      <w:pPr>
        <w:spacing w:after="120" w:line="360" w:lineRule="exact"/>
        <w:ind w:firstLine="432"/>
      </w:pPr>
      <w:r>
        <w:t>There’s a specific kind of silence that follows a suicide attempt. It’s not quiet. It’s deafening.</w:t>
      </w:r>
    </w:p>
    <w:p w14:paraId="4B67F23D" w14:textId="77777777" w:rsidR="00E663E7" w:rsidRDefault="00000000">
      <w:pPr>
        <w:spacing w:after="120" w:line="360" w:lineRule="exact"/>
        <w:ind w:firstLine="432"/>
      </w:pPr>
      <w:r>
        <w:t>And it lingers — in the way people look at you, in the words they don’t say, in the way your own reflection feels like a stranger.</w:t>
      </w:r>
    </w:p>
    <w:p w14:paraId="6DC4EE4A" w14:textId="77777777" w:rsidR="00E663E7" w:rsidRDefault="00E663E7">
      <w:pPr>
        <w:spacing w:line="360" w:lineRule="exact"/>
      </w:pPr>
      <w:r/>
    </w:p>
    <w:p w14:paraId="36F68ECF" w14:textId="77777777" w:rsidR="00E663E7" w:rsidRDefault="00000000">
      <w:pPr>
        <w:spacing w:after="120" w:line="360" w:lineRule="exact"/>
        <w:ind w:firstLine="432"/>
      </w:pPr>
      <w:r>
        <w:t>After my last attempt, Nicole said to me in the middle of an argument,</w:t>
      </w:r>
    </w:p>
    <w:p w14:paraId="2BD173B1" w14:textId="77777777" w:rsidR="00E663E7" w:rsidRDefault="00000000">
      <w:pPr>
        <w:spacing w:after="120" w:line="360" w:lineRule="exact"/>
        <w:ind w:firstLine="432"/>
      </w:pPr>
      <w:r>
        <w:t>“I wish your attempt was successful.”</w:t>
      </w:r>
    </w:p>
    <w:p w14:paraId="1D5014A3" w14:textId="77777777" w:rsidR="00E663E7" w:rsidRDefault="00E663E7">
      <w:pPr>
        <w:spacing w:line="360" w:lineRule="exact"/>
      </w:pPr>
      <w:r/>
    </w:p>
    <w:p w14:paraId="243461B2" w14:textId="77777777" w:rsidR="00E663E7" w:rsidRDefault="00000000">
      <w:pPr>
        <w:spacing w:after="120" w:line="360" w:lineRule="exact"/>
        <w:ind w:firstLine="432"/>
      </w:pPr>
      <w:r>
        <w:t>It wasn’t said in the heat of the moment, like most angry things are.</w:t>
      </w:r>
    </w:p>
    <w:p w14:paraId="0894B126" w14:textId="77777777" w:rsidR="00E663E7" w:rsidRDefault="00000000">
      <w:pPr>
        <w:spacing w:after="120" w:line="360" w:lineRule="exact"/>
        <w:ind w:firstLine="432"/>
      </w:pPr>
      <w:r>
        <w:t>It came out with conviction — not loud, but steady. And that’s what made it worse.</w:t>
      </w:r>
    </w:p>
    <w:p w14:paraId="4B5CBD38" w14:textId="77777777" w:rsidR="00E663E7" w:rsidRDefault="00E663E7">
      <w:pPr>
        <w:spacing w:line="360" w:lineRule="exact"/>
      </w:pPr>
      <w:r/>
    </w:p>
    <w:p w14:paraId="3FD3F2F2" w14:textId="77777777" w:rsidR="00E663E7" w:rsidRDefault="00000000">
      <w:pPr>
        <w:spacing w:after="120" w:line="360" w:lineRule="exact"/>
        <w:ind w:firstLine="432"/>
      </w:pPr>
      <w:r>
        <w:t>At first, I told myself maybe she didn’t mean it.</w:t>
      </w:r>
    </w:p>
    <w:p w14:paraId="411C1371" w14:textId="77777777" w:rsidR="00E663E7" w:rsidRDefault="00000000">
      <w:pPr>
        <w:spacing w:after="120" w:line="360" w:lineRule="exact"/>
        <w:ind w:firstLine="432"/>
      </w:pPr>
      <w:r>
        <w:t>Maybe it was just her pain talking.</w:t>
      </w:r>
    </w:p>
    <w:p w14:paraId="6D22B49C" w14:textId="77777777" w:rsidR="00E663E7" w:rsidRDefault="00000000">
      <w:pPr>
        <w:spacing w:after="120" w:line="360" w:lineRule="exact"/>
        <w:ind w:firstLine="432"/>
      </w:pPr>
      <w:r>
        <w:t>But when I listened to the recordings later — the ones I had made for my own safety, the ones that revealed the truth about her intentions — I realized she meant every word.</w:t>
      </w:r>
    </w:p>
    <w:p w14:paraId="6777A75A" w14:textId="77777777" w:rsidR="00E663E7" w:rsidRDefault="00E663E7">
      <w:pPr>
        <w:spacing w:line="360" w:lineRule="exact"/>
      </w:pPr>
      <w:r/>
    </w:p>
    <w:p w14:paraId="745C0A13" w14:textId="77777777" w:rsidR="00E663E7" w:rsidRDefault="00000000">
      <w:pPr>
        <w:spacing w:after="120" w:line="360" w:lineRule="exact"/>
        <w:ind w:firstLine="432"/>
      </w:pPr>
      <w:r>
        <w:t>The hate was real.</w:t>
      </w:r>
    </w:p>
    <w:p w14:paraId="09FB67B4" w14:textId="77777777" w:rsidR="00E663E7" w:rsidRDefault="00000000">
      <w:pPr>
        <w:spacing w:after="120" w:line="360" w:lineRule="exact"/>
        <w:ind w:firstLine="432"/>
      </w:pPr>
      <w:r>
        <w:t>It was always there.</w:t>
      </w:r>
    </w:p>
    <w:p w14:paraId="0CC60DFB" w14:textId="77777777" w:rsidR="00E663E7" w:rsidRDefault="00000000">
      <w:pPr>
        <w:spacing w:after="120" w:line="360" w:lineRule="exact"/>
        <w:ind w:firstLine="432"/>
      </w:pPr>
      <w:r>
        <w:t>It had just been dressed up in tolerance… until she no longer needed to hide it.</w:t>
      </w:r>
    </w:p>
    <w:p w14:paraId="25130265" w14:textId="77777777" w:rsidR="00E663E7" w:rsidRDefault="00E663E7">
      <w:pPr>
        <w:spacing w:line="360" w:lineRule="exact"/>
      </w:pPr>
      <w:r/>
    </w:p>
    <w:p w14:paraId="654F969C" w14:textId="77777777" w:rsidR="00E663E7" w:rsidRDefault="00000000">
      <w:pPr>
        <w:spacing w:after="120" w:line="360" w:lineRule="exact"/>
        <w:ind w:firstLine="432"/>
      </w:pPr>
      <w:r>
        <w:t>That realization broke something in me.</w:t>
      </w:r>
    </w:p>
    <w:p w14:paraId="3951C82C" w14:textId="77777777" w:rsidR="00E663E7" w:rsidRDefault="00E663E7">
      <w:pPr>
        <w:spacing w:line="360" w:lineRule="exact"/>
      </w:pPr>
      <w:r/>
    </w:p>
    <w:p w14:paraId="1179103C" w14:textId="77777777" w:rsidR="00E663E7" w:rsidRDefault="00000000">
      <w:pPr>
        <w:spacing w:after="120" w:line="360" w:lineRule="exact"/>
        <w:ind w:firstLine="432"/>
      </w:pPr>
      <w:r>
        <w:t>Because here’s the thing:</w:t>
      </w:r>
    </w:p>
    <w:p w14:paraId="6C7095E0" w14:textId="77777777" w:rsidR="00E663E7" w:rsidRDefault="00000000">
      <w:pPr>
        <w:spacing w:after="120" w:line="360" w:lineRule="exact"/>
        <w:ind w:firstLine="432"/>
      </w:pPr>
      <w:r>
        <w:t>You can survive betrayal.</w:t>
      </w:r>
    </w:p>
    <w:p w14:paraId="3632A88A" w14:textId="77777777" w:rsidR="00E663E7" w:rsidRDefault="00000000">
      <w:pPr>
        <w:spacing w:after="120" w:line="360" w:lineRule="exact"/>
        <w:ind w:firstLine="432"/>
      </w:pPr>
      <w:r>
        <w:t>You can even survive abandonment.</w:t>
      </w:r>
    </w:p>
    <w:p w14:paraId="50787AD7" w14:textId="77777777" w:rsidR="00E663E7" w:rsidRDefault="00000000">
      <w:pPr>
        <w:spacing w:after="120" w:line="360" w:lineRule="exact"/>
        <w:ind w:firstLine="432"/>
      </w:pPr>
      <w:r>
        <w:t>But when someone you once loved — someone you built a family with — says out loud that they wished you were dead, it carves a scar so deep that no one else can see, but you feel it every day.</w:t>
      </w:r>
    </w:p>
    <w:p w14:paraId="390D7999" w14:textId="77777777" w:rsidR="00E663E7" w:rsidRDefault="00E663E7">
      <w:pPr>
        <w:spacing w:line="360" w:lineRule="exact"/>
      </w:pPr>
      <w:r/>
    </w:p>
    <w:p w14:paraId="54FEC736" w14:textId="77777777" w:rsidR="00E663E7" w:rsidRDefault="00000000">
      <w:pPr>
        <w:spacing w:after="120" w:line="360" w:lineRule="exact"/>
        <w:ind w:firstLine="432"/>
      </w:pPr>
      <w:r>
        <w:t>It made me rethink everything.</w:t>
      </w:r>
    </w:p>
    <w:p w14:paraId="4D2D3A48" w14:textId="77777777" w:rsidR="00E663E7" w:rsidRDefault="00000000">
      <w:pPr>
        <w:spacing w:after="120" w:line="360" w:lineRule="exact"/>
        <w:ind w:firstLine="432"/>
      </w:pPr>
      <w:r>
        <w:t>Every fight. Every insult. Every fake apology.</w:t>
      </w:r>
    </w:p>
    <w:p w14:paraId="5B21C9ED" w14:textId="77777777" w:rsidR="00E663E7" w:rsidRDefault="00000000">
      <w:pPr>
        <w:spacing w:after="120" w:line="360" w:lineRule="exact"/>
        <w:ind w:firstLine="432"/>
      </w:pPr>
      <w:r>
        <w:t>And it made me remember how many times I defended her — to friends, to family, to myself.</w:t>
      </w:r>
    </w:p>
    <w:p w14:paraId="3A4C66E9" w14:textId="77777777" w:rsidR="00E663E7" w:rsidRDefault="00E663E7">
      <w:pPr>
        <w:spacing w:line="360" w:lineRule="exact"/>
      </w:pPr>
      <w:r/>
    </w:p>
    <w:p w14:paraId="2014BC02" w14:textId="77777777" w:rsidR="00E663E7" w:rsidRDefault="00000000">
      <w:pPr>
        <w:spacing w:after="120" w:line="360" w:lineRule="exact"/>
        <w:ind w:firstLine="432"/>
      </w:pPr>
      <w:r>
        <w:t>I kept trying to hold a family together with bloody hands.</w:t>
      </w:r>
    </w:p>
    <w:p w14:paraId="567D5784" w14:textId="77777777" w:rsidR="00E663E7" w:rsidRDefault="00000000">
      <w:pPr>
        <w:spacing w:after="120" w:line="360" w:lineRule="exact"/>
        <w:ind w:firstLine="432"/>
      </w:pPr>
      <w:r>
        <w:t>And the very person I was trying to protect… wanted me gone.</w:t>
      </w:r>
    </w:p>
    <w:p w14:paraId="21934509" w14:textId="77777777" w:rsidR="00E663E7" w:rsidRDefault="00E663E7">
      <w:pPr>
        <w:spacing w:line="360" w:lineRule="exact"/>
      </w:pPr>
      <w:r/>
    </w:p>
    <w:p w14:paraId="29CC3B32" w14:textId="77777777" w:rsidR="00E663E7" w:rsidRDefault="00000000">
      <w:pPr>
        <w:spacing w:after="120" w:line="360" w:lineRule="exact"/>
        <w:ind w:firstLine="432"/>
      </w:pPr>
      <w:r>
        <w:t>There’s nothing poetic about that kind of pain.</w:t>
      </w:r>
    </w:p>
    <w:p w14:paraId="1B07A73C" w14:textId="77777777" w:rsidR="00E663E7" w:rsidRDefault="00000000">
      <w:pPr>
        <w:spacing w:after="120" w:line="360" w:lineRule="exact"/>
        <w:ind w:firstLine="432"/>
      </w:pPr>
      <w:r>
        <w:t>It just is.</w:t>
      </w:r>
    </w:p>
    <w:p w14:paraId="0FA779DF" w14:textId="77777777" w:rsidR="00E663E7" w:rsidRDefault="00000000">
      <w:pPr>
        <w:spacing w:after="120" w:line="360" w:lineRule="exact"/>
        <w:ind w:firstLine="432"/>
      </w:pPr>
      <w:r>
        <w:t>It’s a quiet war that rages inside of you.</w:t>
      </w:r>
    </w:p>
    <w:p w14:paraId="26FB2805" w14:textId="77777777" w:rsidR="00E663E7" w:rsidRDefault="00000000">
      <w:pPr>
        <w:spacing w:after="120" w:line="360" w:lineRule="exact"/>
        <w:ind w:firstLine="432"/>
      </w:pPr>
      <w:r>
        <w:t>And the only way to win… is to live.</w:t>
      </w:r>
    </w:p>
    <w:p w14:paraId="0C3B10A6" w14:textId="77777777" w:rsidR="00E663E7" w:rsidRDefault="00000000">
      <w:pPr>
        <w:spacing w:after="120" w:line="360" w:lineRule="exact"/>
        <w:ind w:firstLine="432"/>
      </w:pPr>
      <w:r>
        <w:t>Not just survive — but live.</w:t>
      </w:r>
    </w:p>
    <w:p w14:paraId="50FA790F" w14:textId="77777777" w:rsidR="00E663E7" w:rsidRDefault="00E663E7">
      <w:pPr>
        <w:spacing w:line="360" w:lineRule="exact"/>
      </w:pPr>
      <w:r/>
    </w:p>
    <w:p w14:paraId="34031C9A" w14:textId="77777777" w:rsidR="00E663E7" w:rsidRDefault="00000000">
      <w:pPr>
        <w:spacing w:after="120" w:line="360" w:lineRule="exact"/>
        <w:ind w:firstLine="432"/>
      </w:pPr>
      <w:r>
        <w:t>Because the truth is: I almost didn’t.</w:t>
      </w:r>
    </w:p>
    <w:p w14:paraId="766D05DA" w14:textId="77777777" w:rsidR="00E663E7" w:rsidRDefault="00E663E7">
      <w:pPr>
        <w:spacing w:line="360" w:lineRule="exact"/>
      </w:pPr>
      <w:r/>
    </w:p>
    <w:p w14:paraId="21D36E98" w14:textId="77777777" w:rsidR="00E663E7" w:rsidRDefault="00E663E7">
      <w:pPr>
        <w:spacing w:line="360" w:lineRule="exact"/>
      </w:pPr>
      <w:r/>
    </w:p>
    <w:p w14:paraId="474672A4" w14:textId="77777777" w:rsidR="00E663E7" w:rsidRDefault="00000000">
      <w:pPr>
        <w:spacing w:line="360" w:lineRule="exact"/>
        <w:jc w:val="center"/>
      </w:pPr>
      <w:r>
        <w:t>Chapter 11: When Tati Cried</w:t>
      </w:r>
    </w:p>
    <w:p w14:paraId="74A8EAF8" w14:textId="77777777" w:rsidR="00E663E7" w:rsidRDefault="00E663E7">
      <w:pPr>
        <w:spacing w:line="360" w:lineRule="exact"/>
      </w:pPr>
      <w:r/>
    </w:p>
    <w:p w14:paraId="0F4B33CB" w14:textId="77777777" w:rsidR="00E663E7" w:rsidRDefault="00000000">
      <w:pPr>
        <w:spacing w:after="120" w:line="360" w:lineRule="exact"/>
        <w:ind w:firstLine="432"/>
      </w:pPr>
      <w:r>
        <w:t>There are moments in life that freeze in your memory — not because they were dramatic or loud, but because they pierced your soul in a quiet, helpless way.</w:t>
      </w:r>
    </w:p>
    <w:p w14:paraId="530EA46C" w14:textId="77777777" w:rsidR="00E663E7" w:rsidRDefault="00E663E7">
      <w:pPr>
        <w:spacing w:line="360" w:lineRule="exact"/>
      </w:pPr>
      <w:r/>
    </w:p>
    <w:p w14:paraId="73C6AD7B" w14:textId="77777777" w:rsidR="00E663E7" w:rsidRDefault="00000000">
      <w:pPr>
        <w:spacing w:after="120" w:line="360" w:lineRule="exact"/>
        <w:ind w:firstLine="432"/>
      </w:pPr>
      <w:r>
        <w:t>This was one of those moments.</w:t>
      </w:r>
    </w:p>
    <w:p w14:paraId="27FA3741" w14:textId="77777777" w:rsidR="00E663E7" w:rsidRDefault="00E663E7">
      <w:pPr>
        <w:spacing w:line="360" w:lineRule="exact"/>
      </w:pPr>
      <w:r/>
    </w:p>
    <w:p w14:paraId="45267DEC" w14:textId="77777777" w:rsidR="00E663E7" w:rsidRDefault="00000000">
      <w:pPr>
        <w:spacing w:after="120" w:line="360" w:lineRule="exact"/>
        <w:ind w:firstLine="432"/>
      </w:pPr>
      <w:r>
        <w:t>Tatiana was just a toddler at the time — maybe three, maybe four. Sweet, gentle, the kind of child who rarely complained. We were living in the first place I had ever moved into on my own. I was twenty-six years old, taking a risk with my future by buying a two-bedroom condo, all while another pre-construction unit I had bought was still years from closing. But this was my start — our start.</w:t>
      </w:r>
    </w:p>
    <w:p w14:paraId="70B9A13F" w14:textId="77777777" w:rsidR="00E663E7" w:rsidRDefault="00E663E7">
      <w:pPr>
        <w:spacing w:line="360" w:lineRule="exact"/>
      </w:pPr>
      <w:r/>
    </w:p>
    <w:p w14:paraId="1C6BD7EA" w14:textId="77777777" w:rsidR="00E663E7" w:rsidRDefault="00000000">
      <w:pPr>
        <w:spacing w:after="120" w:line="360" w:lineRule="exact"/>
        <w:ind w:firstLine="432"/>
      </w:pPr>
      <w:r>
        <w:t>Every morning, we’d get her ready for daycare, just across the street from the building.</w:t>
      </w:r>
    </w:p>
    <w:p w14:paraId="7046E061" w14:textId="77777777" w:rsidR="00E663E7" w:rsidRDefault="00000000">
      <w:pPr>
        <w:spacing w:after="120" w:line="360" w:lineRule="exact"/>
        <w:ind w:firstLine="432"/>
      </w:pPr>
      <w:r>
        <w:t>One morning, while Nicole was helping Tati get dressed, I heard a sharp, sudden cry.</w:t>
      </w:r>
    </w:p>
    <w:p w14:paraId="6A1AE82A" w14:textId="77777777" w:rsidR="00E663E7" w:rsidRDefault="00000000">
      <w:pPr>
        <w:spacing w:after="120" w:line="360" w:lineRule="exact"/>
        <w:ind w:firstLine="432"/>
      </w:pPr>
      <w:r>
        <w:t>Not a whine. Not a tantrum. A real cry of pain.</w:t>
      </w:r>
    </w:p>
    <w:p w14:paraId="254987EC" w14:textId="77777777" w:rsidR="00E663E7" w:rsidRDefault="00E663E7">
      <w:pPr>
        <w:spacing w:line="360" w:lineRule="exact"/>
      </w:pPr>
      <w:r/>
    </w:p>
    <w:p w14:paraId="10F03B75" w14:textId="77777777" w:rsidR="00E663E7" w:rsidRDefault="00000000">
      <w:pPr>
        <w:spacing w:after="120" w:line="360" w:lineRule="exact"/>
        <w:ind w:firstLine="432"/>
      </w:pPr>
      <w:r>
        <w:t>Nicole dismissed it.</w:t>
      </w:r>
    </w:p>
    <w:p w14:paraId="6B25BF5C" w14:textId="77777777" w:rsidR="00E663E7" w:rsidRDefault="00000000">
      <w:pPr>
        <w:spacing w:after="120" w:line="360" w:lineRule="exact"/>
        <w:ind w:firstLine="432"/>
      </w:pPr>
      <w:r>
        <w:t>Said Tati didn’t want to go to daycare.</w:t>
      </w:r>
    </w:p>
    <w:p w14:paraId="222B0DAE" w14:textId="77777777" w:rsidR="00E663E7" w:rsidRDefault="00E663E7">
      <w:pPr>
        <w:spacing w:line="360" w:lineRule="exact"/>
      </w:pPr>
      <w:r/>
    </w:p>
    <w:p w14:paraId="68B89D35" w14:textId="77777777" w:rsidR="00E663E7" w:rsidRDefault="00000000">
      <w:pPr>
        <w:spacing w:after="120" w:line="360" w:lineRule="exact"/>
        <w:ind w:firstLine="432"/>
      </w:pPr>
      <w:r>
        <w:t>But I knew my daughter.</w:t>
      </w:r>
    </w:p>
    <w:p w14:paraId="0D73E1A9" w14:textId="77777777" w:rsidR="00E663E7" w:rsidRDefault="00000000">
      <w:pPr>
        <w:spacing w:after="120" w:line="360" w:lineRule="exact"/>
        <w:ind w:firstLine="432"/>
      </w:pPr>
      <w:r>
        <w:t>She wasn’t fussy. She wasn’t dramatic.</w:t>
      </w:r>
    </w:p>
    <w:p w14:paraId="31A4B6FC" w14:textId="77777777" w:rsidR="00E663E7" w:rsidRDefault="00000000">
      <w:pPr>
        <w:spacing w:after="120" w:line="360" w:lineRule="exact"/>
        <w:ind w:firstLine="432"/>
      </w:pPr>
      <w:r>
        <w:t>If she was crying like that, something was wrong.</w:t>
      </w:r>
    </w:p>
    <w:p w14:paraId="170CA9EE" w14:textId="77777777" w:rsidR="00E663E7" w:rsidRDefault="00E663E7">
      <w:pPr>
        <w:spacing w:line="360" w:lineRule="exact"/>
      </w:pPr>
      <w:r/>
    </w:p>
    <w:p w14:paraId="5BDFD4C5" w14:textId="77777777" w:rsidR="00E663E7" w:rsidRDefault="00000000">
      <w:pPr>
        <w:spacing w:after="120" w:line="360" w:lineRule="exact"/>
        <w:ind w:firstLine="432"/>
      </w:pPr>
      <w:r>
        <w:t>Nicole continued dressing her, forcefully tugging at her arm and shirt. I told her to stop — to calm down. She didn’t.</w:t>
      </w:r>
    </w:p>
    <w:p w14:paraId="34F26415" w14:textId="77777777" w:rsidR="00E663E7" w:rsidRDefault="00000000">
      <w:pPr>
        <w:spacing w:after="120" w:line="360" w:lineRule="exact"/>
        <w:ind w:firstLine="432"/>
      </w:pPr>
      <w:r>
        <w:t>The next day, the same thing happened. Another cry, another harsh dismissal.</w:t>
      </w:r>
    </w:p>
    <w:p w14:paraId="51F63D4A" w14:textId="77777777" w:rsidR="00E663E7" w:rsidRDefault="00E663E7">
      <w:pPr>
        <w:spacing w:line="360" w:lineRule="exact"/>
      </w:pPr>
      <w:r/>
    </w:p>
    <w:p w14:paraId="6E9A1A8B" w14:textId="77777777" w:rsidR="00E663E7" w:rsidRDefault="00000000">
      <w:pPr>
        <w:spacing w:after="120" w:line="360" w:lineRule="exact"/>
        <w:ind w:firstLine="432"/>
      </w:pPr>
      <w:r>
        <w:t>That time I snapped.</w:t>
      </w:r>
    </w:p>
    <w:p w14:paraId="28F93E75" w14:textId="77777777" w:rsidR="00E663E7" w:rsidRDefault="00000000">
      <w:pPr>
        <w:spacing w:after="120" w:line="360" w:lineRule="exact"/>
        <w:ind w:firstLine="432"/>
      </w:pPr>
      <w:r>
        <w:t>“What the f**k is wrong with you?” I said. “She’s a child. Listen to her.”</w:t>
      </w:r>
    </w:p>
    <w:p w14:paraId="7CDDE0FF" w14:textId="77777777" w:rsidR="00E663E7" w:rsidRDefault="00E663E7">
      <w:pPr>
        <w:spacing w:line="360" w:lineRule="exact"/>
      </w:pPr>
      <w:r/>
    </w:p>
    <w:p w14:paraId="670D9650" w14:textId="77777777" w:rsidR="00E663E7" w:rsidRDefault="00000000">
      <w:pPr>
        <w:spacing w:after="120" w:line="360" w:lineRule="exact"/>
        <w:ind w:firstLine="432"/>
      </w:pPr>
      <w:r>
        <w:t>Nicole glared at me. But I wasn’t backing down.</w:t>
      </w:r>
    </w:p>
    <w:p w14:paraId="0F4C68B0" w14:textId="77777777" w:rsidR="00E663E7" w:rsidRDefault="00000000">
      <w:pPr>
        <w:spacing w:after="120" w:line="360" w:lineRule="exact"/>
        <w:ind w:firstLine="432"/>
      </w:pPr>
      <w:r>
        <w:t>“Call Dr. Yang. Make an appointment. Now.”</w:t>
      </w:r>
    </w:p>
    <w:p w14:paraId="0158D174" w14:textId="77777777" w:rsidR="00E663E7" w:rsidRDefault="00E663E7">
      <w:pPr>
        <w:spacing w:line="360" w:lineRule="exact"/>
      </w:pPr>
      <w:r/>
    </w:p>
    <w:p w14:paraId="4767F461" w14:textId="77777777" w:rsidR="00E663E7" w:rsidRDefault="00000000">
      <w:pPr>
        <w:spacing w:after="120" w:line="360" w:lineRule="exact"/>
        <w:ind w:firstLine="432"/>
      </w:pPr>
      <w:r>
        <w:t>She did.</w:t>
      </w:r>
    </w:p>
    <w:p w14:paraId="7A1711A4" w14:textId="77777777" w:rsidR="00E663E7" w:rsidRDefault="00E663E7">
      <w:pPr>
        <w:spacing w:line="360" w:lineRule="exact"/>
      </w:pPr>
      <w:r/>
    </w:p>
    <w:p w14:paraId="620CB52A" w14:textId="77777777" w:rsidR="00E663E7" w:rsidRDefault="00000000">
      <w:pPr>
        <w:spacing w:after="120" w:line="360" w:lineRule="exact"/>
        <w:ind w:firstLine="432"/>
      </w:pPr>
      <w:r>
        <w:t>And sure enough, the doctor confirmed what I already knew deep down:</w:t>
      </w:r>
    </w:p>
    <w:p w14:paraId="1C8EFE60" w14:textId="77777777" w:rsidR="00E663E7" w:rsidRDefault="00000000">
      <w:pPr>
        <w:spacing w:after="120" w:line="360" w:lineRule="exact"/>
        <w:ind w:firstLine="432"/>
      </w:pPr>
      <w:r>
        <w:t>Tatiana had a dislocated elbow.</w:t>
      </w:r>
    </w:p>
    <w:p w14:paraId="34C174DA" w14:textId="77777777" w:rsidR="00E663E7" w:rsidRDefault="00E663E7">
      <w:pPr>
        <w:spacing w:line="360" w:lineRule="exact"/>
      </w:pPr>
      <w:r/>
    </w:p>
    <w:p w14:paraId="7CACB013" w14:textId="77777777" w:rsidR="00E663E7" w:rsidRDefault="00000000">
      <w:pPr>
        <w:spacing w:after="120" w:line="360" w:lineRule="exact"/>
        <w:ind w:firstLine="432"/>
      </w:pPr>
      <w:r>
        <w:t>My little girl had been suffering in silence — and her mother, the one person who was supposed to protect her without question, ignored her pain.</w:t>
      </w:r>
    </w:p>
    <w:p w14:paraId="07EBC3CA" w14:textId="77777777" w:rsidR="00E663E7" w:rsidRDefault="00000000">
      <w:pPr>
        <w:spacing w:after="120" w:line="360" w:lineRule="exact"/>
        <w:ind w:firstLine="432"/>
      </w:pPr>
      <w:r>
        <w:t>Punished her for it.</w:t>
      </w:r>
    </w:p>
    <w:p w14:paraId="7AC2CBA9" w14:textId="77777777" w:rsidR="00E663E7" w:rsidRDefault="00E663E7">
      <w:pPr>
        <w:spacing w:line="360" w:lineRule="exact"/>
      </w:pPr>
      <w:r/>
    </w:p>
    <w:p w14:paraId="1E0C03D7" w14:textId="77777777" w:rsidR="00E663E7" w:rsidRDefault="00000000">
      <w:pPr>
        <w:spacing w:after="120" w:line="360" w:lineRule="exact"/>
        <w:ind w:firstLine="432"/>
      </w:pPr>
      <w:r>
        <w:t>I’ll never forget that moment.</w:t>
      </w:r>
    </w:p>
    <w:p w14:paraId="4DFC02BB" w14:textId="77777777" w:rsidR="00E663E7" w:rsidRDefault="00E663E7">
      <w:pPr>
        <w:spacing w:line="360" w:lineRule="exact"/>
      </w:pPr>
      <w:r/>
    </w:p>
    <w:p w14:paraId="58019F8A" w14:textId="77777777" w:rsidR="00E663E7" w:rsidRDefault="00000000">
      <w:pPr>
        <w:spacing w:after="120" w:line="360" w:lineRule="exact"/>
        <w:ind w:firstLine="432"/>
      </w:pPr>
      <w:r>
        <w:t>Not just because of the injury — but because it showed me who Nicole really was.</w:t>
      </w:r>
    </w:p>
    <w:p w14:paraId="515268A5" w14:textId="77777777" w:rsidR="00E663E7" w:rsidRDefault="00000000">
      <w:pPr>
        <w:spacing w:after="120" w:line="360" w:lineRule="exact"/>
        <w:ind w:firstLine="432"/>
      </w:pPr>
      <w:r>
        <w:t>Cold. Unempathetic. Dismissive.</w:t>
      </w:r>
    </w:p>
    <w:p w14:paraId="618550EA" w14:textId="77777777" w:rsidR="00E663E7" w:rsidRDefault="00000000">
      <w:pPr>
        <w:spacing w:after="120" w:line="360" w:lineRule="exact"/>
        <w:ind w:firstLine="432"/>
      </w:pPr>
      <w:r>
        <w:t>Even to her own child.</w:t>
      </w:r>
    </w:p>
    <w:p w14:paraId="527E0C14" w14:textId="77777777" w:rsidR="00E663E7" w:rsidRDefault="00E663E7">
      <w:pPr>
        <w:spacing w:line="360" w:lineRule="exact"/>
      </w:pPr>
      <w:r/>
    </w:p>
    <w:p w14:paraId="48A24AC2" w14:textId="77777777" w:rsidR="00E663E7" w:rsidRDefault="00000000">
      <w:pPr>
        <w:spacing w:after="120" w:line="360" w:lineRule="exact"/>
        <w:ind w:firstLine="432"/>
      </w:pPr>
      <w:r>
        <w:t>That day marked a shift.</w:t>
      </w:r>
    </w:p>
    <w:p w14:paraId="151AD91C" w14:textId="77777777" w:rsidR="00E663E7" w:rsidRDefault="00000000">
      <w:pPr>
        <w:spacing w:after="120" w:line="360" w:lineRule="exact"/>
        <w:ind w:firstLine="432"/>
      </w:pPr>
      <w:r>
        <w:t>I stopped believing the illusion.</w:t>
      </w:r>
    </w:p>
    <w:p w14:paraId="4207B87A" w14:textId="77777777" w:rsidR="00E663E7" w:rsidRDefault="00000000">
      <w:pPr>
        <w:spacing w:after="120" w:line="360" w:lineRule="exact"/>
        <w:ind w:firstLine="432"/>
      </w:pPr>
      <w:r>
        <w:t>And I started paying closer attention.</w:t>
      </w:r>
    </w:p>
    <w:p w14:paraId="3D3CE7BA" w14:textId="77777777" w:rsidR="00E663E7" w:rsidRDefault="00E663E7">
      <w:pPr>
        <w:spacing w:line="360" w:lineRule="exact"/>
      </w:pPr>
      <w:r/>
    </w:p>
    <w:p w14:paraId="6492A861" w14:textId="77777777" w:rsidR="00E663E7" w:rsidRDefault="00000000">
      <w:pPr>
        <w:spacing w:after="120" w:line="360" w:lineRule="exact"/>
        <w:ind w:firstLine="432"/>
      </w:pPr>
      <w:r>
        <w:t>Because sometimes, the people who seem the most in control… are the most dangerous when they think no one is watching.</w:t>
      </w:r>
    </w:p>
    <w:p w14:paraId="69527AF6" w14:textId="77777777" w:rsidR="00E663E7" w:rsidRDefault="00E663E7">
      <w:pPr>
        <w:spacing w:line="360" w:lineRule="exact"/>
      </w:pPr>
      <w:r/>
    </w:p>
    <w:p w14:paraId="7AD41465" w14:textId="77777777" w:rsidR="00E663E7" w:rsidRDefault="00E663E7">
      <w:pPr>
        <w:spacing w:line="360" w:lineRule="exact"/>
      </w:pPr>
      <w:r/>
    </w:p>
    <w:p w14:paraId="351F5DFA" w14:textId="77777777" w:rsidR="00E663E7" w:rsidRDefault="00000000">
      <w:pPr>
        <w:spacing w:line="360" w:lineRule="exact"/>
        <w:jc w:val="center"/>
      </w:pPr>
      <w:r>
        <w:t>Chapter 12: Wild &amp; Rich</w:t>
      </w:r>
    </w:p>
    <w:p w14:paraId="0F652042" w14:textId="77777777" w:rsidR="00E663E7" w:rsidRDefault="00E663E7">
      <w:pPr>
        <w:spacing w:line="360" w:lineRule="exact"/>
      </w:pPr>
      <w:r/>
    </w:p>
    <w:p w14:paraId="35932EB0" w14:textId="77777777" w:rsidR="00E663E7" w:rsidRDefault="00000000">
      <w:pPr>
        <w:spacing w:after="120" w:line="360" w:lineRule="exact"/>
        <w:ind w:firstLine="432"/>
      </w:pPr>
      <w:r>
        <w:t>Grief is a strange thing.</w:t>
      </w:r>
    </w:p>
    <w:p w14:paraId="6A72DDF1" w14:textId="77777777" w:rsidR="00E663E7" w:rsidRDefault="00E663E7">
      <w:pPr>
        <w:spacing w:line="360" w:lineRule="exact"/>
      </w:pPr>
      <w:r/>
    </w:p>
    <w:p w14:paraId="53B955BE" w14:textId="77777777" w:rsidR="00E663E7" w:rsidRDefault="00000000">
      <w:pPr>
        <w:spacing w:after="120" w:line="360" w:lineRule="exact"/>
        <w:ind w:firstLine="432"/>
      </w:pPr>
      <w:r>
        <w:t>It doesn’t always come crashing down in one moment.</w:t>
      </w:r>
    </w:p>
    <w:p w14:paraId="081B4925" w14:textId="77777777" w:rsidR="00E663E7" w:rsidRDefault="00000000">
      <w:pPr>
        <w:spacing w:after="120" w:line="360" w:lineRule="exact"/>
        <w:ind w:firstLine="432"/>
      </w:pPr>
      <w:r>
        <w:t>Sometimes, it trickles in through a song.</w:t>
      </w:r>
    </w:p>
    <w:p w14:paraId="19D1D23B" w14:textId="77777777" w:rsidR="00E663E7" w:rsidRDefault="00000000">
      <w:pPr>
        <w:spacing w:after="120" w:line="360" w:lineRule="exact"/>
        <w:ind w:firstLine="432"/>
      </w:pPr>
      <w:r>
        <w:t>That’s what happened to me with 450 – Wild &amp; Rich.</w:t>
      </w:r>
    </w:p>
    <w:p w14:paraId="217AE758" w14:textId="77777777" w:rsidR="00E663E7" w:rsidRDefault="00E663E7">
      <w:pPr>
        <w:spacing w:line="360" w:lineRule="exact"/>
      </w:pPr>
      <w:r/>
    </w:p>
    <w:p w14:paraId="0309E082" w14:textId="77777777" w:rsidR="00E663E7" w:rsidRDefault="00000000">
      <w:pPr>
        <w:spacing w:after="120" w:line="360" w:lineRule="exact"/>
        <w:ind w:firstLine="432"/>
      </w:pPr>
      <w:r>
        <w:t>The song came on during one of the lowest points in my life — right after I was put out of my own home. The home I paid for. The home I built. The home I fought to preserve, even when love had long since left its walls.</w:t>
      </w:r>
    </w:p>
    <w:p w14:paraId="2CF67DEB" w14:textId="77777777" w:rsidR="00E663E7" w:rsidRDefault="00E663E7">
      <w:pPr>
        <w:spacing w:line="360" w:lineRule="exact"/>
      </w:pPr>
      <w:r/>
    </w:p>
    <w:p w14:paraId="07497E0A" w14:textId="77777777" w:rsidR="00E663E7" w:rsidRDefault="00000000">
      <w:pPr>
        <w:spacing w:after="120" w:line="360" w:lineRule="exact"/>
        <w:ind w:firstLine="432"/>
      </w:pPr>
      <w:r>
        <w:t>There I was, stripped of family, stripped of dignity, stripped of the belief that justice would serve the just.</w:t>
      </w:r>
    </w:p>
    <w:p w14:paraId="2974EBB3" w14:textId="77777777" w:rsidR="00E663E7" w:rsidRDefault="00000000">
      <w:pPr>
        <w:spacing w:after="120" w:line="360" w:lineRule="exact"/>
        <w:ind w:firstLine="432"/>
      </w:pPr>
      <w:r>
        <w:t>And then that song played.</w:t>
      </w:r>
    </w:p>
    <w:p w14:paraId="0582EFFF" w14:textId="77777777" w:rsidR="00E663E7" w:rsidRDefault="00E663E7">
      <w:pPr>
        <w:spacing w:line="360" w:lineRule="exact"/>
      </w:pPr>
      <w:r/>
    </w:p>
    <w:p w14:paraId="0B3DC56F" w14:textId="77777777" w:rsidR="00E663E7" w:rsidRDefault="00000000">
      <w:pPr>
        <w:spacing w:after="120" w:line="360" w:lineRule="exact"/>
        <w:ind w:firstLine="432"/>
      </w:pPr>
      <w:r>
        <w:t>“Nah lie mi anah same from yuh cut…”</w:t>
      </w:r>
    </w:p>
    <w:p w14:paraId="5BCBE4DA" w14:textId="77777777" w:rsidR="00E663E7" w:rsidRDefault="00E663E7">
      <w:pPr>
        <w:spacing w:line="360" w:lineRule="exact"/>
      </w:pPr>
      <w:r/>
    </w:p>
    <w:p w14:paraId="38175B82" w14:textId="77777777" w:rsidR="00E663E7" w:rsidRDefault="00000000">
      <w:pPr>
        <w:spacing w:after="120" w:line="360" w:lineRule="exact"/>
        <w:ind w:firstLine="432"/>
      </w:pPr>
      <w:r>
        <w:t>Translation? “Not gonna lie, I haven’t been the same since you left.”</w:t>
      </w:r>
    </w:p>
    <w:p w14:paraId="731E5BAC" w14:textId="77777777" w:rsidR="00E663E7" w:rsidRDefault="00E663E7">
      <w:pPr>
        <w:spacing w:line="360" w:lineRule="exact"/>
      </w:pPr>
      <w:r/>
    </w:p>
    <w:p w14:paraId="6EAFC054" w14:textId="77777777" w:rsidR="00E663E7" w:rsidRDefault="00000000">
      <w:pPr>
        <w:spacing w:after="120" w:line="360" w:lineRule="exact"/>
        <w:ind w:firstLine="432"/>
      </w:pPr>
      <w:r>
        <w:t>That line broke me.</w:t>
      </w:r>
    </w:p>
    <w:p w14:paraId="67725777" w14:textId="77777777" w:rsidR="00E663E7" w:rsidRDefault="00E663E7">
      <w:pPr>
        <w:spacing w:line="360" w:lineRule="exact"/>
      </w:pPr>
      <w:r/>
    </w:p>
    <w:p w14:paraId="2892614D" w14:textId="77777777" w:rsidR="00E663E7" w:rsidRDefault="00000000">
      <w:pPr>
        <w:spacing w:after="120" w:line="360" w:lineRule="exact"/>
        <w:ind w:firstLine="432"/>
      </w:pPr>
      <w:r>
        <w:t>Because no matter how terrible things were, no matter how abusive or manipulative the relationship had become — it was still something.</w:t>
      </w:r>
    </w:p>
    <w:p w14:paraId="12AB7E1F" w14:textId="77777777" w:rsidR="00E663E7" w:rsidRDefault="00000000">
      <w:pPr>
        <w:spacing w:after="120" w:line="360" w:lineRule="exact"/>
        <w:ind w:firstLine="432"/>
      </w:pPr>
      <w:r>
        <w:t>Something I had gotten used to.</w:t>
      </w:r>
    </w:p>
    <w:p w14:paraId="5812391C" w14:textId="77777777" w:rsidR="00E663E7" w:rsidRDefault="00000000">
      <w:pPr>
        <w:spacing w:after="120" w:line="360" w:lineRule="exact"/>
        <w:ind w:firstLine="432"/>
      </w:pPr>
      <w:r>
        <w:t>Something that, at one point, I thought was love.</w:t>
      </w:r>
    </w:p>
    <w:p w14:paraId="4E25DCCF" w14:textId="77777777" w:rsidR="00E663E7" w:rsidRDefault="00E663E7">
      <w:pPr>
        <w:spacing w:line="360" w:lineRule="exact"/>
      </w:pPr>
      <w:r/>
    </w:p>
    <w:p w14:paraId="1D94D1C9" w14:textId="77777777" w:rsidR="00E663E7" w:rsidRDefault="00000000">
      <w:pPr>
        <w:spacing w:after="120" w:line="360" w:lineRule="exact"/>
        <w:ind w:firstLine="432"/>
      </w:pPr>
      <w:r>
        <w:t>Coming home after a long shift and hearing my kids laugh, seeing someone — anyone — there to greet me, even if we were barely speaking… it gave the illusion of family.</w:t>
      </w:r>
    </w:p>
    <w:p w14:paraId="7140C4AA" w14:textId="77777777" w:rsidR="00E663E7" w:rsidRDefault="00E663E7">
      <w:pPr>
        <w:spacing w:line="360" w:lineRule="exact"/>
      </w:pPr>
      <w:r/>
    </w:p>
    <w:p w14:paraId="5CC593E2" w14:textId="77777777" w:rsidR="00E663E7" w:rsidRDefault="00000000">
      <w:pPr>
        <w:spacing w:after="120" w:line="360" w:lineRule="exact"/>
        <w:ind w:firstLine="432"/>
      </w:pPr>
      <w:r>
        <w:t>And when that illusion shattered, I was left with silence.</w:t>
      </w:r>
    </w:p>
    <w:p w14:paraId="22C7351F" w14:textId="77777777" w:rsidR="00E663E7" w:rsidRDefault="00000000">
      <w:pPr>
        <w:spacing w:after="120" w:line="360" w:lineRule="exact"/>
        <w:ind w:firstLine="432"/>
      </w:pPr>
      <w:r>
        <w:t>And the echo of that song.</w:t>
      </w:r>
    </w:p>
    <w:p w14:paraId="4F4DAEF1" w14:textId="77777777" w:rsidR="00E663E7" w:rsidRDefault="00E663E7">
      <w:pPr>
        <w:spacing w:line="360" w:lineRule="exact"/>
      </w:pPr>
      <w:r/>
    </w:p>
    <w:p w14:paraId="723D34BB" w14:textId="77777777" w:rsidR="00E663E7" w:rsidRDefault="00000000">
      <w:pPr>
        <w:spacing w:after="120" w:line="360" w:lineRule="exact"/>
        <w:ind w:firstLine="432"/>
      </w:pPr>
      <w:r>
        <w:t>I didn’t miss Nicole.</w:t>
      </w:r>
    </w:p>
    <w:p w14:paraId="311CDA54" w14:textId="77777777" w:rsidR="00E663E7" w:rsidRDefault="00000000">
      <w:pPr>
        <w:spacing w:after="120" w:line="360" w:lineRule="exact"/>
        <w:ind w:firstLine="432"/>
      </w:pPr>
      <w:r>
        <w:t>I missed the idea of family.</w:t>
      </w:r>
    </w:p>
    <w:p w14:paraId="3AF08DAD" w14:textId="77777777" w:rsidR="00E663E7" w:rsidRDefault="00000000">
      <w:pPr>
        <w:spacing w:after="120" w:line="360" w:lineRule="exact"/>
        <w:ind w:firstLine="432"/>
      </w:pPr>
      <w:r>
        <w:t>I missed the routine, the rhythm, the noise of life lived together — even if that life was poisoned.</w:t>
      </w:r>
    </w:p>
    <w:p w14:paraId="3977F26D" w14:textId="77777777" w:rsidR="00E663E7" w:rsidRDefault="00E663E7">
      <w:pPr>
        <w:spacing w:line="360" w:lineRule="exact"/>
      </w:pPr>
      <w:r/>
    </w:p>
    <w:p w14:paraId="499C0B80" w14:textId="77777777" w:rsidR="00E663E7" w:rsidRDefault="00000000">
      <w:pPr>
        <w:spacing w:after="120" w:line="360" w:lineRule="exact"/>
        <w:ind w:firstLine="432"/>
      </w:pPr>
      <w:r>
        <w:t>That’s what grief does.</w:t>
      </w:r>
    </w:p>
    <w:p w14:paraId="0272076B" w14:textId="77777777" w:rsidR="00E663E7" w:rsidRDefault="00000000">
      <w:pPr>
        <w:spacing w:after="120" w:line="360" w:lineRule="exact"/>
        <w:ind w:firstLine="432"/>
      </w:pPr>
      <w:r>
        <w:t>It confuses you.</w:t>
      </w:r>
    </w:p>
    <w:p w14:paraId="6B934625" w14:textId="77777777" w:rsidR="00E663E7" w:rsidRDefault="00000000">
      <w:pPr>
        <w:spacing w:after="120" w:line="360" w:lineRule="exact"/>
        <w:ind w:firstLine="432"/>
      </w:pPr>
      <w:r>
        <w:t>It makes you question yourself.</w:t>
      </w:r>
    </w:p>
    <w:p w14:paraId="0BF6F514" w14:textId="77777777" w:rsidR="00E663E7" w:rsidRDefault="00000000">
      <w:pPr>
        <w:spacing w:after="120" w:line="360" w:lineRule="exact"/>
        <w:ind w:firstLine="432"/>
      </w:pPr>
      <w:r>
        <w:t>It makes you long for the very thing that destroyed you.</w:t>
      </w:r>
    </w:p>
    <w:p w14:paraId="1C24BF6F" w14:textId="77777777" w:rsidR="00E663E7" w:rsidRDefault="00E663E7">
      <w:pPr>
        <w:spacing w:line="360" w:lineRule="exact"/>
      </w:pPr>
      <w:r/>
    </w:p>
    <w:p w14:paraId="48D0BD85" w14:textId="77777777" w:rsidR="00E663E7" w:rsidRDefault="00000000">
      <w:pPr>
        <w:spacing w:after="120" w:line="360" w:lineRule="exact"/>
        <w:ind w:firstLine="432"/>
      </w:pPr>
      <w:r>
        <w:t>But in that longing, I also started to find clarity.</w:t>
      </w:r>
    </w:p>
    <w:p w14:paraId="0B037A00" w14:textId="77777777" w:rsidR="00E663E7" w:rsidRDefault="00E663E7">
      <w:pPr>
        <w:spacing w:line="360" w:lineRule="exact"/>
      </w:pPr>
      <w:r/>
    </w:p>
    <w:p w14:paraId="1F6C0DF2" w14:textId="77777777" w:rsidR="00E663E7" w:rsidRDefault="00000000">
      <w:pPr>
        <w:spacing w:after="120" w:line="360" w:lineRule="exact"/>
        <w:ind w:firstLine="432"/>
      </w:pPr>
      <w:r>
        <w:t>That song helped me grieve, yes — but it also helped me begin to let go.</w:t>
      </w:r>
    </w:p>
    <w:p w14:paraId="0F5FBC62" w14:textId="77777777" w:rsidR="00E663E7" w:rsidRDefault="00000000">
      <w:pPr>
        <w:spacing w:after="120" w:line="360" w:lineRule="exact"/>
        <w:ind w:firstLine="432"/>
      </w:pPr>
      <w:r>
        <w:t>To realize that missing something doesn’t mean you need it.</w:t>
      </w:r>
    </w:p>
    <w:p w14:paraId="66CAA94E" w14:textId="77777777" w:rsidR="00E663E7" w:rsidRDefault="00000000">
      <w:pPr>
        <w:spacing w:after="120" w:line="360" w:lineRule="exact"/>
        <w:ind w:firstLine="432"/>
      </w:pPr>
      <w:r>
        <w:t>That feeling broken doesn’t mean you’re not healing.</w:t>
      </w:r>
    </w:p>
    <w:p w14:paraId="07CE0DE6" w14:textId="77777777" w:rsidR="00E663E7" w:rsidRDefault="00E663E7">
      <w:pPr>
        <w:spacing w:line="360" w:lineRule="exact"/>
      </w:pPr>
      <w:r/>
    </w:p>
    <w:p w14:paraId="06F7EE00" w14:textId="77777777" w:rsidR="00E663E7" w:rsidRDefault="00000000">
      <w:pPr>
        <w:spacing w:after="120" w:line="360" w:lineRule="exact"/>
        <w:ind w:firstLine="432"/>
      </w:pPr>
      <w:r>
        <w:t>Sometimes, healing looks like sitting in your car with tears rolling down your face, singing along to a song that hurts…</w:t>
      </w:r>
    </w:p>
    <w:p w14:paraId="70722760" w14:textId="77777777" w:rsidR="00E663E7" w:rsidRDefault="00000000">
      <w:pPr>
        <w:spacing w:after="120" w:line="360" w:lineRule="exact"/>
        <w:ind w:firstLine="432"/>
      </w:pPr>
      <w:r>
        <w:t>because it finally makes everything make sense.</w:t>
      </w:r>
    </w:p>
    <w:p w14:paraId="665D829C" w14:textId="77777777" w:rsidR="00E663E7" w:rsidRDefault="00E663E7">
      <w:pPr>
        <w:spacing w:line="360" w:lineRule="exact"/>
      </w:pPr>
      <w:r/>
    </w:p>
    <w:p w14:paraId="4404954E" w14:textId="77777777" w:rsidR="00E663E7" w:rsidRDefault="00E663E7">
      <w:pPr>
        <w:spacing w:line="360" w:lineRule="exact"/>
      </w:pPr>
      <w:r/>
    </w:p>
    <w:p w14:paraId="7EE0B2F7" w14:textId="77777777" w:rsidR="00E663E7" w:rsidRDefault="00000000">
      <w:pPr>
        <w:spacing w:line="360" w:lineRule="exact"/>
        <w:jc w:val="center"/>
      </w:pPr>
      <w:r>
        <w:t>Chapter 13: The Truth I Never Told</w:t>
      </w:r>
    </w:p>
    <w:p w14:paraId="0D3EA193" w14:textId="77777777" w:rsidR="00E663E7" w:rsidRDefault="00E663E7">
      <w:pPr>
        <w:spacing w:line="360" w:lineRule="exact"/>
      </w:pPr>
      <w:r/>
    </w:p>
    <w:p w14:paraId="36C930D6" w14:textId="77777777" w:rsidR="00E663E7" w:rsidRDefault="00000000">
      <w:pPr>
        <w:spacing w:after="120" w:line="360" w:lineRule="exact"/>
        <w:ind w:firstLine="432"/>
      </w:pPr>
      <w:r>
        <w:t>There are some memories you bury so deep that even you forget where you placed them.</w:t>
      </w:r>
    </w:p>
    <w:p w14:paraId="5F635091" w14:textId="77777777" w:rsidR="00E663E7" w:rsidRDefault="00000000">
      <w:pPr>
        <w:spacing w:after="120" w:line="360" w:lineRule="exact"/>
        <w:ind w:firstLine="432"/>
      </w:pPr>
      <w:r>
        <w:t>Not because they don’t matter — but because they matter too much.</w:t>
      </w:r>
    </w:p>
    <w:p w14:paraId="0016A7D1" w14:textId="77777777" w:rsidR="00E663E7" w:rsidRDefault="00000000">
      <w:pPr>
        <w:spacing w:after="120" w:line="360" w:lineRule="exact"/>
        <w:ind w:firstLine="432"/>
      </w:pPr>
      <w:r>
        <w:t>Because bringing them to the surface means confronting a version of yourself you weren’t ready to face.</w:t>
      </w:r>
    </w:p>
    <w:p w14:paraId="0030A7F0" w14:textId="77777777" w:rsidR="00E663E7" w:rsidRDefault="00E663E7">
      <w:pPr>
        <w:spacing w:line="360" w:lineRule="exact"/>
      </w:pPr>
      <w:r/>
    </w:p>
    <w:p w14:paraId="65A75FB4" w14:textId="77777777" w:rsidR="00E663E7" w:rsidRDefault="00000000">
      <w:pPr>
        <w:spacing w:after="120" w:line="360" w:lineRule="exact"/>
        <w:ind w:firstLine="432"/>
      </w:pPr>
      <w:r>
        <w:t>This is one of those memories.</w:t>
      </w:r>
    </w:p>
    <w:p w14:paraId="610F68C1" w14:textId="77777777" w:rsidR="00E663E7" w:rsidRDefault="00E663E7">
      <w:pPr>
        <w:spacing w:line="360" w:lineRule="exact"/>
      </w:pPr>
      <w:r/>
    </w:p>
    <w:p w14:paraId="27329AD8" w14:textId="77777777" w:rsidR="00E663E7" w:rsidRDefault="00000000">
      <w:pPr>
        <w:spacing w:after="120" w:line="360" w:lineRule="exact"/>
        <w:ind w:firstLine="432"/>
      </w:pPr>
      <w:r>
        <w:t>It was the early ’90s. I was a child, maybe 8 or 9. I had slept over at my cousin Robert’s house — something I often did and always looked forward to. That particular night, one of our older cousins was there too. A heavier-set boy, fun and playful, someone we all looked up to. He was the kind who played games with us, made us laugh, and felt like a safe older sibling.</w:t>
      </w:r>
    </w:p>
    <w:p w14:paraId="5B6B0511" w14:textId="77777777" w:rsidR="00E663E7" w:rsidRDefault="00E663E7">
      <w:pPr>
        <w:spacing w:line="360" w:lineRule="exact"/>
      </w:pPr>
      <w:r/>
    </w:p>
    <w:p w14:paraId="33AE4AA6" w14:textId="77777777" w:rsidR="00E663E7" w:rsidRDefault="00000000">
      <w:pPr>
        <w:spacing w:after="120" w:line="360" w:lineRule="exact"/>
        <w:ind w:firstLine="432"/>
      </w:pPr>
      <w:r>
        <w:t>But that night, something happened that would change me forever.</w:t>
      </w:r>
    </w:p>
    <w:p w14:paraId="4072843E" w14:textId="77777777" w:rsidR="00E663E7" w:rsidRDefault="00000000">
      <w:pPr>
        <w:spacing w:after="120" w:line="360" w:lineRule="exact"/>
        <w:ind w:firstLine="432"/>
      </w:pPr>
      <w:r>
        <w:t>We slept on the living room floor together.</w:t>
      </w:r>
    </w:p>
    <w:p w14:paraId="0448125F" w14:textId="77777777" w:rsidR="00E663E7" w:rsidRDefault="00000000">
      <w:pPr>
        <w:spacing w:after="120" w:line="360" w:lineRule="exact"/>
        <w:ind w:firstLine="432"/>
      </w:pPr>
      <w:r>
        <w:t>And he touched me.</w:t>
      </w:r>
    </w:p>
    <w:p w14:paraId="5BF583CD" w14:textId="77777777" w:rsidR="00E663E7" w:rsidRDefault="00E663E7">
      <w:pPr>
        <w:spacing w:line="360" w:lineRule="exact"/>
      </w:pPr>
      <w:r/>
    </w:p>
    <w:p w14:paraId="74CE3FA3" w14:textId="77777777" w:rsidR="00E663E7" w:rsidRDefault="00000000">
      <w:pPr>
        <w:spacing w:after="120" w:line="360" w:lineRule="exact"/>
        <w:ind w:firstLine="432"/>
      </w:pPr>
      <w:r>
        <w:t>Not violently.</w:t>
      </w:r>
    </w:p>
    <w:p w14:paraId="276C4D32" w14:textId="77777777" w:rsidR="00E663E7" w:rsidRDefault="00000000">
      <w:pPr>
        <w:spacing w:after="120" w:line="360" w:lineRule="exact"/>
        <w:ind w:firstLine="432"/>
      </w:pPr>
      <w:r>
        <w:t>Not with force or threats.</w:t>
      </w:r>
    </w:p>
    <w:p w14:paraId="00DA501C" w14:textId="77777777" w:rsidR="00E663E7" w:rsidRDefault="00000000">
      <w:pPr>
        <w:spacing w:after="120" w:line="360" w:lineRule="exact"/>
        <w:ind w:firstLine="432"/>
      </w:pPr>
      <w:r>
        <w:t>But with quiet, confusing intent.</w:t>
      </w:r>
    </w:p>
    <w:p w14:paraId="523FE696" w14:textId="77777777" w:rsidR="00E663E7" w:rsidRDefault="00E663E7">
      <w:pPr>
        <w:spacing w:line="360" w:lineRule="exact"/>
      </w:pPr>
      <w:r/>
    </w:p>
    <w:p w14:paraId="787DECF8" w14:textId="77777777" w:rsidR="00E663E7" w:rsidRDefault="00000000">
      <w:pPr>
        <w:spacing w:after="120" w:line="360" w:lineRule="exact"/>
        <w:ind w:firstLine="432"/>
      </w:pPr>
      <w:r>
        <w:t>I froze.</w:t>
      </w:r>
    </w:p>
    <w:p w14:paraId="11F8E1A7" w14:textId="77777777" w:rsidR="00E663E7" w:rsidRDefault="00E663E7">
      <w:pPr>
        <w:spacing w:line="360" w:lineRule="exact"/>
      </w:pPr>
      <w:r/>
    </w:p>
    <w:p w14:paraId="13F58B61" w14:textId="77777777" w:rsidR="00E663E7" w:rsidRDefault="00000000">
      <w:pPr>
        <w:spacing w:after="120" w:line="360" w:lineRule="exact"/>
        <w:ind w:firstLine="432"/>
      </w:pPr>
      <w:r>
        <w:t>I didn’t understand what was happening — only that it wasn’t right.</w:t>
      </w:r>
    </w:p>
    <w:p w14:paraId="4DF0B532" w14:textId="77777777" w:rsidR="00E663E7" w:rsidRDefault="00000000">
      <w:pPr>
        <w:spacing w:after="120" w:line="360" w:lineRule="exact"/>
        <w:ind w:firstLine="432"/>
      </w:pPr>
      <w:r>
        <w:t>I didn’t know how to react, so I cried.</w:t>
      </w:r>
    </w:p>
    <w:p w14:paraId="26641868" w14:textId="77777777" w:rsidR="00E663E7" w:rsidRDefault="00000000">
      <w:pPr>
        <w:spacing w:after="120" w:line="360" w:lineRule="exact"/>
        <w:ind w:firstLine="432"/>
      </w:pPr>
      <w:r>
        <w:t>Not from physical pain, but from shock — from a sudden and violent shift in my understanding of what safety meant.</w:t>
      </w:r>
    </w:p>
    <w:p w14:paraId="69090E11" w14:textId="77777777" w:rsidR="00E663E7" w:rsidRDefault="00E663E7">
      <w:pPr>
        <w:spacing w:line="360" w:lineRule="exact"/>
      </w:pPr>
      <w:r/>
    </w:p>
    <w:p w14:paraId="1B6D9C89" w14:textId="77777777" w:rsidR="00E663E7" w:rsidRDefault="00000000">
      <w:pPr>
        <w:spacing w:after="120" w:line="360" w:lineRule="exact"/>
        <w:ind w:firstLine="432"/>
      </w:pPr>
      <w:r>
        <w:t>He consoled me afterward.</w:t>
      </w:r>
    </w:p>
    <w:p w14:paraId="571AFEFF" w14:textId="77777777" w:rsidR="00E663E7" w:rsidRDefault="00000000">
      <w:pPr>
        <w:spacing w:after="120" w:line="360" w:lineRule="exact"/>
        <w:ind w:firstLine="432"/>
      </w:pPr>
      <w:r>
        <w:t>Apologized, maybe.</w:t>
      </w:r>
    </w:p>
    <w:p w14:paraId="41B56490" w14:textId="77777777" w:rsidR="00E663E7" w:rsidRDefault="00000000">
      <w:pPr>
        <w:spacing w:after="120" w:line="360" w:lineRule="exact"/>
        <w:ind w:firstLine="432"/>
      </w:pPr>
      <w:r>
        <w:t>But the damage was done.</w:t>
      </w:r>
    </w:p>
    <w:p w14:paraId="66DFBFAD" w14:textId="77777777" w:rsidR="00E663E7" w:rsidRDefault="00E663E7">
      <w:pPr>
        <w:spacing w:line="360" w:lineRule="exact"/>
      </w:pPr>
      <w:r/>
    </w:p>
    <w:p w14:paraId="30C9481C" w14:textId="77777777" w:rsidR="00E663E7" w:rsidRDefault="00000000">
      <w:pPr>
        <w:spacing w:after="120" w:line="360" w:lineRule="exact"/>
        <w:ind w:firstLine="432"/>
      </w:pPr>
      <w:r>
        <w:t>What’s complicated — and this is where the shame always lived — is that I didn’t hate him.</w:t>
      </w:r>
    </w:p>
    <w:p w14:paraId="34E0221B" w14:textId="77777777" w:rsidR="00E663E7" w:rsidRDefault="00000000">
      <w:pPr>
        <w:spacing w:after="120" w:line="360" w:lineRule="exact"/>
        <w:ind w:firstLine="432"/>
      </w:pPr>
      <w:r>
        <w:t>I didn’t even feel anger at the time.</w:t>
      </w:r>
    </w:p>
    <w:p w14:paraId="158927AC" w14:textId="77777777" w:rsidR="00E663E7" w:rsidRDefault="00000000">
      <w:pPr>
        <w:spacing w:after="120" w:line="360" w:lineRule="exact"/>
        <w:ind w:firstLine="432"/>
      </w:pPr>
      <w:r>
        <w:t>He wasn’t a monster in my eyes.</w:t>
      </w:r>
    </w:p>
    <w:p w14:paraId="49C3BE5C" w14:textId="77777777" w:rsidR="00E663E7" w:rsidRDefault="00000000">
      <w:pPr>
        <w:spacing w:after="120" w:line="360" w:lineRule="exact"/>
        <w:ind w:firstLine="432"/>
      </w:pPr>
      <w:r>
        <w:t>Just a confused kid, driven by impulse, who crossed a line he shouldn’t have.</w:t>
      </w:r>
    </w:p>
    <w:p w14:paraId="756AB732" w14:textId="77777777" w:rsidR="00E663E7" w:rsidRDefault="00E663E7">
      <w:pPr>
        <w:spacing w:line="360" w:lineRule="exact"/>
      </w:pPr>
      <w:r/>
    </w:p>
    <w:p w14:paraId="1A02E8F6" w14:textId="77777777" w:rsidR="00E663E7" w:rsidRDefault="00000000">
      <w:pPr>
        <w:spacing w:after="120" w:line="360" w:lineRule="exact"/>
        <w:ind w:firstLine="432"/>
      </w:pPr>
      <w:r>
        <w:t>And so I kept it a secret.</w:t>
      </w:r>
    </w:p>
    <w:p w14:paraId="7CAFD924" w14:textId="77777777" w:rsidR="00E663E7" w:rsidRDefault="00000000">
      <w:pPr>
        <w:spacing w:after="120" w:line="360" w:lineRule="exact"/>
        <w:ind w:firstLine="432"/>
      </w:pPr>
      <w:r>
        <w:t>For years. Decades.</w:t>
      </w:r>
    </w:p>
    <w:p w14:paraId="012A27A1" w14:textId="77777777" w:rsidR="00E663E7" w:rsidRDefault="00000000">
      <w:pPr>
        <w:spacing w:after="120" w:line="360" w:lineRule="exact"/>
        <w:ind w:firstLine="432"/>
      </w:pPr>
      <w:r>
        <w:t>Only two people ever knew: Nicole and Ashley.</w:t>
      </w:r>
    </w:p>
    <w:p w14:paraId="493EEE08" w14:textId="77777777" w:rsidR="00E663E7" w:rsidRDefault="00000000">
      <w:pPr>
        <w:spacing w:after="120" w:line="360" w:lineRule="exact"/>
        <w:ind w:firstLine="432"/>
      </w:pPr>
      <w:r>
        <w:t>No one else. Not even Robert. Not my parents. No one.</w:t>
      </w:r>
    </w:p>
    <w:p w14:paraId="0E3E78A2" w14:textId="77777777" w:rsidR="00E663E7" w:rsidRDefault="00E663E7">
      <w:pPr>
        <w:spacing w:line="360" w:lineRule="exact"/>
      </w:pPr>
      <w:r/>
    </w:p>
    <w:p w14:paraId="0DA6A7FC" w14:textId="77777777" w:rsidR="00E663E7" w:rsidRDefault="00000000">
      <w:pPr>
        <w:spacing w:after="120" w:line="360" w:lineRule="exact"/>
        <w:ind w:firstLine="432"/>
      </w:pPr>
      <w:r>
        <w:t>I carried it like a stone in my pocket — heavy, but hidden.</w:t>
      </w:r>
    </w:p>
    <w:p w14:paraId="4D872CD0" w14:textId="77777777" w:rsidR="00E663E7" w:rsidRDefault="00000000">
      <w:pPr>
        <w:spacing w:after="120" w:line="360" w:lineRule="exact"/>
        <w:ind w:firstLine="432"/>
      </w:pPr>
      <w:r>
        <w:t>And in some ways, I believe that trauma contributed to the confusion I experienced later in life.</w:t>
      </w:r>
    </w:p>
    <w:p w14:paraId="55CEFF3A" w14:textId="77777777" w:rsidR="00E663E7" w:rsidRDefault="00000000">
      <w:pPr>
        <w:spacing w:after="120" w:line="360" w:lineRule="exact"/>
        <w:ind w:firstLine="432"/>
      </w:pPr>
      <w:r>
        <w:t>My bisexual encounters.</w:t>
      </w:r>
    </w:p>
    <w:p w14:paraId="012241D8" w14:textId="77777777" w:rsidR="00E663E7" w:rsidRDefault="00000000">
      <w:pPr>
        <w:spacing w:after="120" w:line="360" w:lineRule="exact"/>
        <w:ind w:firstLine="432"/>
      </w:pPr>
      <w:r>
        <w:t>My internal conflicts.</w:t>
      </w:r>
    </w:p>
    <w:p w14:paraId="1A44B2EB" w14:textId="77777777" w:rsidR="00E663E7" w:rsidRDefault="00000000">
      <w:pPr>
        <w:spacing w:after="120" w:line="360" w:lineRule="exact"/>
        <w:ind w:firstLine="432"/>
      </w:pPr>
      <w:r>
        <w:t>My warped understanding of intimacy and boundaries.</w:t>
      </w:r>
    </w:p>
    <w:p w14:paraId="5890A4BB" w14:textId="77777777" w:rsidR="00E663E7" w:rsidRDefault="00E663E7">
      <w:pPr>
        <w:spacing w:line="360" w:lineRule="exact"/>
      </w:pPr>
      <w:r/>
    </w:p>
    <w:p w14:paraId="400C8A97" w14:textId="77777777" w:rsidR="00E663E7" w:rsidRDefault="00000000">
      <w:pPr>
        <w:spacing w:after="120" w:line="360" w:lineRule="exact"/>
        <w:ind w:firstLine="432"/>
      </w:pPr>
      <w:r>
        <w:t>I want to be clear: I’m not blaming that moment for everything.</w:t>
      </w:r>
    </w:p>
    <w:p w14:paraId="3C2D8D43" w14:textId="77777777" w:rsidR="00E663E7" w:rsidRDefault="00000000">
      <w:pPr>
        <w:spacing w:after="120" w:line="360" w:lineRule="exact"/>
        <w:ind w:firstLine="432"/>
      </w:pPr>
      <w:r>
        <w:t>But I am acknowledging its impact.</w:t>
      </w:r>
    </w:p>
    <w:p w14:paraId="3A9104FA" w14:textId="77777777" w:rsidR="00E663E7" w:rsidRDefault="00E663E7">
      <w:pPr>
        <w:spacing w:line="360" w:lineRule="exact"/>
      </w:pPr>
      <w:r/>
    </w:p>
    <w:p w14:paraId="6878C927" w14:textId="77777777" w:rsidR="00E663E7" w:rsidRDefault="00000000">
      <w:pPr>
        <w:spacing w:after="120" w:line="360" w:lineRule="exact"/>
        <w:ind w:firstLine="432"/>
      </w:pPr>
      <w:r>
        <w:t>Because that’s what healing demands.</w:t>
      </w:r>
    </w:p>
    <w:p w14:paraId="7CC9D14E" w14:textId="77777777" w:rsidR="00E663E7" w:rsidRDefault="00000000">
      <w:pPr>
        <w:spacing w:after="120" w:line="360" w:lineRule="exact"/>
        <w:ind w:firstLine="432"/>
      </w:pPr>
      <w:r>
        <w:t>Honesty.</w:t>
      </w:r>
    </w:p>
    <w:p w14:paraId="656F8C01" w14:textId="77777777" w:rsidR="00E663E7" w:rsidRDefault="00000000">
      <w:pPr>
        <w:spacing w:after="120" w:line="360" w:lineRule="exact"/>
        <w:ind w:firstLine="432"/>
      </w:pPr>
      <w:r>
        <w:t>Even when it’s uncomfortable.</w:t>
      </w:r>
    </w:p>
    <w:p w14:paraId="035AE725" w14:textId="77777777" w:rsidR="00E663E7" w:rsidRDefault="00000000">
      <w:pPr>
        <w:spacing w:after="120" w:line="360" w:lineRule="exact"/>
        <w:ind w:firstLine="432"/>
      </w:pPr>
      <w:r>
        <w:t>Even when it threatens the image you’ve spent your whole life protecting.</w:t>
      </w:r>
    </w:p>
    <w:p w14:paraId="516235AE" w14:textId="77777777" w:rsidR="00E663E7" w:rsidRDefault="00E663E7">
      <w:pPr>
        <w:spacing w:line="360" w:lineRule="exact"/>
      </w:pPr>
      <w:r/>
    </w:p>
    <w:p w14:paraId="3FB239BD" w14:textId="77777777" w:rsidR="00E663E7" w:rsidRDefault="00000000">
      <w:pPr>
        <w:spacing w:after="120" w:line="360" w:lineRule="exact"/>
        <w:ind w:firstLine="432"/>
      </w:pPr>
      <w:r>
        <w:t>My cousin is still, to this day, a good person.</w:t>
      </w:r>
    </w:p>
    <w:p w14:paraId="335DE639" w14:textId="77777777" w:rsidR="00E663E7" w:rsidRDefault="00000000">
      <w:pPr>
        <w:spacing w:after="120" w:line="360" w:lineRule="exact"/>
        <w:ind w:firstLine="432"/>
      </w:pPr>
      <w:r>
        <w:t>He’s kind. Caring.</w:t>
      </w:r>
    </w:p>
    <w:p w14:paraId="3455D506" w14:textId="77777777" w:rsidR="00E663E7" w:rsidRDefault="00000000">
      <w:pPr>
        <w:spacing w:after="120" w:line="360" w:lineRule="exact"/>
        <w:ind w:firstLine="432"/>
      </w:pPr>
      <w:r>
        <w:t>And I believe, truly, that he didn’t mean harm.</w:t>
      </w:r>
    </w:p>
    <w:p w14:paraId="5BDA297C" w14:textId="77777777" w:rsidR="00E663E7" w:rsidRDefault="00000000">
      <w:pPr>
        <w:spacing w:after="120" w:line="360" w:lineRule="exact"/>
        <w:ind w:firstLine="432"/>
      </w:pPr>
      <w:r>
        <w:t>But that doesn’t mean what happened didn’t matter.</w:t>
      </w:r>
    </w:p>
    <w:p w14:paraId="5B765FE0" w14:textId="77777777" w:rsidR="00E663E7" w:rsidRDefault="00000000">
      <w:pPr>
        <w:spacing w:after="120" w:line="360" w:lineRule="exact"/>
        <w:ind w:firstLine="432"/>
      </w:pPr>
      <w:r>
        <w:t>It shaped something in me.</w:t>
      </w:r>
    </w:p>
    <w:p w14:paraId="6748E871" w14:textId="77777777" w:rsidR="00E663E7" w:rsidRDefault="00E663E7">
      <w:pPr>
        <w:spacing w:line="360" w:lineRule="exact"/>
      </w:pPr>
      <w:r/>
    </w:p>
    <w:p w14:paraId="730A2F9C" w14:textId="77777777" w:rsidR="00E663E7" w:rsidRDefault="00000000">
      <w:pPr>
        <w:spacing w:after="120" w:line="360" w:lineRule="exact"/>
        <w:ind w:firstLine="432"/>
      </w:pPr>
      <w:r>
        <w:t>And now — after all this time — I’m done protecting silence.</w:t>
      </w:r>
    </w:p>
    <w:p w14:paraId="68D15779" w14:textId="77777777" w:rsidR="00E663E7" w:rsidRDefault="00E663E7">
      <w:pPr>
        <w:spacing w:line="360" w:lineRule="exact"/>
      </w:pPr>
      <w:r/>
    </w:p>
    <w:p w14:paraId="4215BB10" w14:textId="77777777" w:rsidR="00E663E7" w:rsidRDefault="00000000">
      <w:pPr>
        <w:spacing w:after="120" w:line="360" w:lineRule="exact"/>
        <w:ind w:firstLine="432"/>
      </w:pPr>
      <w:r>
        <w:t>Because silence is where shame grows.</w:t>
      </w:r>
    </w:p>
    <w:p w14:paraId="56B62330" w14:textId="77777777" w:rsidR="00E663E7" w:rsidRDefault="00000000">
      <w:pPr>
        <w:spacing w:after="120" w:line="360" w:lineRule="exact"/>
        <w:ind w:firstLine="432"/>
      </w:pPr>
      <w:r>
        <w:t>And I’m not ashamed anymore.</w:t>
      </w:r>
    </w:p>
    <w:p w14:paraId="2470C221" w14:textId="77777777" w:rsidR="00E663E7" w:rsidRDefault="00E663E7">
      <w:pPr>
        <w:spacing w:line="360" w:lineRule="exact"/>
      </w:pPr>
      <w:r/>
    </w:p>
    <w:p w14:paraId="2B37ADD7" w14:textId="77777777" w:rsidR="00E663E7" w:rsidRDefault="00E663E7">
      <w:pPr>
        <w:spacing w:line="360" w:lineRule="exact"/>
      </w:pPr>
      <w:r/>
    </w:p>
    <w:p w14:paraId="1214DE96" w14:textId="77777777" w:rsidR="00E663E7" w:rsidRDefault="00000000">
      <w:pPr>
        <w:spacing w:line="360" w:lineRule="exact"/>
        <w:jc w:val="center"/>
      </w:pPr>
      <w:r>
        <w:t>Chapter 14: Seeing the Unseen</w:t>
      </w:r>
    </w:p>
    <w:p w14:paraId="45ABCCED" w14:textId="77777777" w:rsidR="00E663E7" w:rsidRDefault="00E663E7">
      <w:pPr>
        <w:spacing w:line="360" w:lineRule="exact"/>
      </w:pPr>
      <w:r/>
    </w:p>
    <w:p w14:paraId="6AE16EEC" w14:textId="77777777" w:rsidR="00E663E7" w:rsidRDefault="00000000">
      <w:pPr>
        <w:spacing w:after="120" w:line="360" w:lineRule="exact"/>
        <w:ind w:firstLine="432"/>
      </w:pPr>
      <w:r>
        <w:t>It happened at work — in broad daylight, surrounded by routine and normalcy. But what I saw… was anything but normal.</w:t>
      </w:r>
    </w:p>
    <w:p w14:paraId="656930DE" w14:textId="77777777" w:rsidR="00E663E7" w:rsidRDefault="00E663E7">
      <w:pPr>
        <w:spacing w:line="360" w:lineRule="exact"/>
      </w:pPr>
      <w:r/>
    </w:p>
    <w:p w14:paraId="0F84AC76" w14:textId="77777777" w:rsidR="00E663E7" w:rsidRDefault="00000000">
      <w:pPr>
        <w:spacing w:after="120" w:line="360" w:lineRule="exact"/>
        <w:ind w:firstLine="432"/>
      </w:pPr>
      <w:r>
        <w:t>By this point, I had already been experiencing strange phenomena — shadows moving, lights flickering, feelings that someone — or something — was always watching. But this day was different. This was the first time I wasn’t alone.</w:t>
      </w:r>
    </w:p>
    <w:p w14:paraId="6FD8EF59" w14:textId="77777777" w:rsidR="00E663E7" w:rsidRDefault="00E663E7">
      <w:pPr>
        <w:spacing w:line="360" w:lineRule="exact"/>
      </w:pPr>
      <w:r/>
    </w:p>
    <w:p w14:paraId="70632A48" w14:textId="77777777" w:rsidR="00E663E7" w:rsidRDefault="00000000">
      <w:pPr>
        <w:spacing w:after="120" w:line="360" w:lineRule="exact"/>
        <w:ind w:firstLine="432"/>
      </w:pPr>
      <w:r>
        <w:t>I had just parked outside the hangar. My coworker Rinaldo was upstairs on the second floor. I stepped out of my car, glanced around casually, and that’s when I saw them.</w:t>
      </w:r>
    </w:p>
    <w:p w14:paraId="2759FD3A" w14:textId="77777777" w:rsidR="00E663E7" w:rsidRDefault="00E663E7">
      <w:pPr>
        <w:spacing w:line="360" w:lineRule="exact"/>
      </w:pPr>
      <w:r/>
    </w:p>
    <w:p w14:paraId="4254514B" w14:textId="77777777" w:rsidR="00E663E7" w:rsidRDefault="00000000">
      <w:pPr>
        <w:spacing w:after="120" w:line="360" w:lineRule="exact"/>
        <w:ind w:firstLine="432"/>
      </w:pPr>
      <w:r>
        <w:t>Entities.</w:t>
      </w:r>
    </w:p>
    <w:p w14:paraId="37BF7F11" w14:textId="77777777" w:rsidR="00E663E7" w:rsidRDefault="00E663E7">
      <w:pPr>
        <w:spacing w:line="360" w:lineRule="exact"/>
      </w:pPr>
      <w:r/>
    </w:p>
    <w:p w14:paraId="487A7A54" w14:textId="77777777" w:rsidR="00E663E7" w:rsidRDefault="00000000">
      <w:pPr>
        <w:spacing w:after="120" w:line="360" w:lineRule="exact"/>
        <w:ind w:firstLine="432"/>
      </w:pPr>
      <w:r>
        <w:t>They were underneath my vehicle — peeking out.</w:t>
      </w:r>
    </w:p>
    <w:p w14:paraId="1DB3C97A" w14:textId="77777777" w:rsidR="00E663E7" w:rsidRDefault="00E663E7">
      <w:pPr>
        <w:spacing w:line="360" w:lineRule="exact"/>
      </w:pPr>
      <w:r/>
    </w:p>
    <w:p w14:paraId="15450273" w14:textId="77777777" w:rsidR="00E663E7" w:rsidRDefault="00000000">
      <w:pPr>
        <w:spacing w:after="120" w:line="360" w:lineRule="exact"/>
        <w:ind w:firstLine="432"/>
      </w:pPr>
      <w:r>
        <w:t>Shadow-like, vaguely humanoid. Not clear enough to describe in detail, but clear enough to feel. They weren’t imagined. I know that now. I didn’t imagine their presence. I saw them, and more importantly… Rinaldo saw them too.</w:t>
      </w:r>
    </w:p>
    <w:p w14:paraId="137BA0F0" w14:textId="77777777" w:rsidR="00E663E7" w:rsidRDefault="00E663E7">
      <w:pPr>
        <w:spacing w:line="360" w:lineRule="exact"/>
      </w:pPr>
      <w:r/>
    </w:p>
    <w:p w14:paraId="08D9E2A5" w14:textId="77777777" w:rsidR="00E663E7" w:rsidRDefault="00000000">
      <w:pPr>
        <w:spacing w:after="120" w:line="360" w:lineRule="exact"/>
        <w:ind w:firstLine="432"/>
      </w:pPr>
      <w:r>
        <w:t>He watched from above, through the hangar window. He didn’t see them emerge from beneath the car the way I did, but he saw them surrounding the vehicle — flickering in and out of view.</w:t>
      </w:r>
    </w:p>
    <w:p w14:paraId="29D8840C" w14:textId="77777777" w:rsidR="00E663E7" w:rsidRDefault="00E663E7">
      <w:pPr>
        <w:spacing w:line="360" w:lineRule="exact"/>
      </w:pPr>
      <w:r/>
    </w:p>
    <w:p w14:paraId="724E8B5C" w14:textId="77777777" w:rsidR="00E663E7" w:rsidRDefault="00000000">
      <w:pPr>
        <w:spacing w:after="120" w:line="360" w:lineRule="exact"/>
        <w:ind w:firstLine="432"/>
      </w:pPr>
      <w:r>
        <w:t>I instinctively reached for my phone. I thought: I have to record this.</w:t>
      </w:r>
    </w:p>
    <w:p w14:paraId="4A4541CE" w14:textId="77777777" w:rsidR="00E663E7" w:rsidRDefault="00000000">
      <w:pPr>
        <w:spacing w:after="120" w:line="360" w:lineRule="exact"/>
        <w:ind w:firstLine="432"/>
      </w:pPr>
      <w:r>
        <w:t>But something in the air changed — almost like they knew.</w:t>
      </w:r>
    </w:p>
    <w:p w14:paraId="5DFA5F90" w14:textId="77777777" w:rsidR="00E663E7" w:rsidRDefault="00000000">
      <w:pPr>
        <w:spacing w:after="120" w:line="360" w:lineRule="exact"/>
        <w:ind w:firstLine="432"/>
      </w:pPr>
      <w:r>
        <w:t>And then… one of the entities moved.</w:t>
      </w:r>
    </w:p>
    <w:p w14:paraId="69310E72" w14:textId="77777777" w:rsidR="00E663E7" w:rsidRDefault="00E663E7">
      <w:pPr>
        <w:spacing w:line="360" w:lineRule="exact"/>
      </w:pPr>
      <w:r/>
    </w:p>
    <w:p w14:paraId="1A042447" w14:textId="77777777" w:rsidR="00E663E7" w:rsidRDefault="00000000">
      <w:pPr>
        <w:spacing w:after="120" w:line="360" w:lineRule="exact"/>
        <w:ind w:firstLine="432"/>
      </w:pPr>
      <w:r>
        <w:t>It pulled out something that looked like a knife — except from the handle extended a yellow light beam that pointed straight up.</w:t>
      </w:r>
    </w:p>
    <w:p w14:paraId="2BF06ABF" w14:textId="77777777" w:rsidR="00E663E7" w:rsidRDefault="00000000">
      <w:pPr>
        <w:spacing w:after="120" w:line="360" w:lineRule="exact"/>
        <w:ind w:firstLine="432"/>
      </w:pPr>
      <w:r>
        <w:t>It wasn’t like anything I’d seen before. Not LED, not laser — something else.</w:t>
      </w:r>
    </w:p>
    <w:p w14:paraId="413BE8A5" w14:textId="77777777" w:rsidR="00E663E7" w:rsidRDefault="00000000">
      <w:pPr>
        <w:spacing w:after="120" w:line="360" w:lineRule="exact"/>
        <w:ind w:firstLine="432"/>
      </w:pPr>
      <w:r>
        <w:t>Something… not of this world.</w:t>
      </w:r>
    </w:p>
    <w:p w14:paraId="3258D1D1" w14:textId="77777777" w:rsidR="00E663E7" w:rsidRDefault="00E663E7">
      <w:pPr>
        <w:spacing w:line="360" w:lineRule="exact"/>
      </w:pPr>
      <w:r/>
    </w:p>
    <w:p w14:paraId="14760A88" w14:textId="77777777" w:rsidR="00E663E7" w:rsidRDefault="00000000">
      <w:pPr>
        <w:spacing w:after="120" w:line="360" w:lineRule="exact"/>
        <w:ind w:firstLine="432"/>
      </w:pPr>
      <w:r>
        <w:t>The gesture felt like a warning. “Don’t record.”</w:t>
      </w:r>
    </w:p>
    <w:p w14:paraId="0F7EC173" w14:textId="77777777" w:rsidR="00E663E7" w:rsidRDefault="00000000">
      <w:pPr>
        <w:spacing w:after="120" w:line="360" w:lineRule="exact"/>
        <w:ind w:firstLine="432"/>
      </w:pPr>
      <w:r>
        <w:t>At least, that’s how I interpreted it.</w:t>
      </w:r>
    </w:p>
    <w:p w14:paraId="0CD01B8B" w14:textId="77777777" w:rsidR="00E663E7" w:rsidRDefault="00E663E7">
      <w:pPr>
        <w:spacing w:line="360" w:lineRule="exact"/>
      </w:pPr>
      <w:r/>
    </w:p>
    <w:p w14:paraId="26BD50E8" w14:textId="77777777" w:rsidR="00E663E7" w:rsidRDefault="00000000">
      <w:pPr>
        <w:spacing w:after="120" w:line="360" w:lineRule="exact"/>
        <w:ind w:firstLine="432"/>
      </w:pPr>
      <w:r>
        <w:t>I froze.</w:t>
      </w:r>
    </w:p>
    <w:p w14:paraId="47D58A9B" w14:textId="77777777" w:rsidR="00E663E7" w:rsidRDefault="00E663E7">
      <w:pPr>
        <w:spacing w:line="360" w:lineRule="exact"/>
      </w:pPr>
      <w:r/>
    </w:p>
    <w:p w14:paraId="66332A3B" w14:textId="77777777" w:rsidR="00E663E7" w:rsidRDefault="00000000">
      <w:pPr>
        <w:spacing w:after="120" w:line="360" w:lineRule="exact"/>
        <w:ind w:firstLine="432"/>
      </w:pPr>
      <w:r>
        <w:t>At the same moment, Rinaldo called out from upstairs. He could see the beam — even from where he stood.</w:t>
      </w:r>
    </w:p>
    <w:p w14:paraId="53E8160A" w14:textId="77777777" w:rsidR="00E663E7" w:rsidRDefault="00000000">
      <w:pPr>
        <w:spacing w:after="120" w:line="360" w:lineRule="exact"/>
        <w:ind w:firstLine="432"/>
      </w:pPr>
      <w:r>
        <w:t>But what really stunned us both was that the light extended up — in the exact direction of the hangar security camera.</w:t>
      </w:r>
    </w:p>
    <w:p w14:paraId="09A25A19" w14:textId="77777777" w:rsidR="00E663E7" w:rsidRDefault="00E663E7">
      <w:pPr>
        <w:spacing w:line="360" w:lineRule="exact"/>
      </w:pPr>
      <w:r/>
    </w:p>
    <w:p w14:paraId="34672A1A" w14:textId="77777777" w:rsidR="00E663E7" w:rsidRDefault="00000000">
      <w:pPr>
        <w:spacing w:after="120" w:line="360" w:lineRule="exact"/>
        <w:ind w:firstLine="432"/>
      </w:pPr>
      <w:r>
        <w:t>It was as if the entity knew exactly where the camera was, and it beamed light toward it — not just to signal us, but maybe… to blur the footage, to hide.</w:t>
      </w:r>
    </w:p>
    <w:p w14:paraId="74C70A0C" w14:textId="77777777" w:rsidR="00E663E7" w:rsidRDefault="00E663E7">
      <w:pPr>
        <w:spacing w:line="360" w:lineRule="exact"/>
      </w:pPr>
      <w:r/>
    </w:p>
    <w:p w14:paraId="12D97010" w14:textId="77777777" w:rsidR="00E663E7" w:rsidRDefault="00000000">
      <w:pPr>
        <w:spacing w:after="120" w:line="360" w:lineRule="exact"/>
        <w:ind w:firstLine="432"/>
      </w:pPr>
      <w:r>
        <w:t>I didn’t press record.</w:t>
      </w:r>
    </w:p>
    <w:p w14:paraId="3AACD979" w14:textId="77777777" w:rsidR="00E663E7" w:rsidRDefault="00E663E7">
      <w:pPr>
        <w:spacing w:line="360" w:lineRule="exact"/>
      </w:pPr>
      <w:r/>
    </w:p>
    <w:p w14:paraId="141FD1A0" w14:textId="77777777" w:rsidR="00E663E7" w:rsidRDefault="00000000">
      <w:pPr>
        <w:spacing w:after="120" w:line="360" w:lineRule="exact"/>
        <w:ind w:firstLine="432"/>
      </w:pPr>
      <w:r>
        <w:t>Something about the moment told me not to.</w:t>
      </w:r>
    </w:p>
    <w:p w14:paraId="23B9925C" w14:textId="77777777" w:rsidR="00E663E7" w:rsidRDefault="00000000">
      <w:pPr>
        <w:spacing w:after="120" w:line="360" w:lineRule="exact"/>
        <w:ind w:firstLine="432"/>
      </w:pPr>
      <w:r>
        <w:t>Fear, maybe. Or instinct. Or respect.</w:t>
      </w:r>
    </w:p>
    <w:p w14:paraId="2130A5D8" w14:textId="77777777" w:rsidR="00E663E7" w:rsidRDefault="00000000">
      <w:pPr>
        <w:spacing w:after="120" w:line="360" w:lineRule="exact"/>
        <w:ind w:firstLine="432"/>
      </w:pPr>
      <w:r>
        <w:t>I still don’t know.</w:t>
      </w:r>
    </w:p>
    <w:p w14:paraId="625721D0" w14:textId="77777777" w:rsidR="00E663E7" w:rsidRDefault="00E663E7">
      <w:pPr>
        <w:spacing w:line="360" w:lineRule="exact"/>
      </w:pPr>
      <w:r/>
    </w:p>
    <w:p w14:paraId="43B91A4E" w14:textId="77777777" w:rsidR="00E663E7" w:rsidRDefault="00000000">
      <w:pPr>
        <w:spacing w:after="120" w:line="360" w:lineRule="exact"/>
        <w:ind w:firstLine="432"/>
      </w:pPr>
      <w:r>
        <w:t>But I walked away with confirmation that I wasn’t crazy.</w:t>
      </w:r>
    </w:p>
    <w:p w14:paraId="2F32F1D6" w14:textId="77777777" w:rsidR="00E663E7" w:rsidRDefault="00000000">
      <w:pPr>
        <w:spacing w:after="120" w:line="360" w:lineRule="exact"/>
        <w:ind w:firstLine="432"/>
      </w:pPr>
      <w:r>
        <w:t>That the things I had seen in isolation weren’t hallucinations.</w:t>
      </w:r>
    </w:p>
    <w:p w14:paraId="50746DDE" w14:textId="77777777" w:rsidR="00E663E7" w:rsidRDefault="00000000">
      <w:pPr>
        <w:spacing w:after="120" w:line="360" w:lineRule="exact"/>
        <w:ind w:firstLine="432"/>
      </w:pPr>
      <w:r>
        <w:t>They were real.</w:t>
      </w:r>
    </w:p>
    <w:p w14:paraId="1DA7B04C" w14:textId="77777777" w:rsidR="00E663E7" w:rsidRDefault="00000000">
      <w:pPr>
        <w:spacing w:after="120" w:line="360" w:lineRule="exact"/>
        <w:ind w:firstLine="432"/>
      </w:pPr>
      <w:r>
        <w:t>And I wasn’t the only one who saw them.</w:t>
      </w:r>
    </w:p>
    <w:p w14:paraId="4523147F" w14:textId="77777777" w:rsidR="00E663E7" w:rsidRDefault="00E663E7">
      <w:pPr>
        <w:spacing w:line="360" w:lineRule="exact"/>
      </w:pPr>
      <w:r/>
    </w:p>
    <w:p w14:paraId="6DD63183" w14:textId="77777777" w:rsidR="00E663E7" w:rsidRDefault="00000000">
      <w:pPr>
        <w:spacing w:after="120" w:line="360" w:lineRule="exact"/>
        <w:ind w:firstLine="432"/>
      </w:pPr>
      <w:r>
        <w:t>Later, I tried to rationalize it.</w:t>
      </w:r>
    </w:p>
    <w:p w14:paraId="4D366593" w14:textId="77777777" w:rsidR="00E663E7" w:rsidRDefault="00000000">
      <w:pPr>
        <w:spacing w:after="120" w:line="360" w:lineRule="exact"/>
        <w:ind w:firstLine="432"/>
      </w:pPr>
      <w:r>
        <w:t>Was it sleep deprivation? Paranoia?</w:t>
      </w:r>
    </w:p>
    <w:p w14:paraId="3AE3A353" w14:textId="77777777" w:rsidR="00E663E7" w:rsidRDefault="00000000">
      <w:pPr>
        <w:spacing w:after="120" w:line="360" w:lineRule="exact"/>
        <w:ind w:firstLine="432"/>
      </w:pPr>
      <w:r>
        <w:t>But none of that accounted for what Rinaldo saw.</w:t>
      </w:r>
    </w:p>
    <w:p w14:paraId="49FD88B5" w14:textId="77777777" w:rsidR="00E663E7" w:rsidRDefault="00000000">
      <w:pPr>
        <w:spacing w:after="120" w:line="360" w:lineRule="exact"/>
        <w:ind w:firstLine="432"/>
      </w:pPr>
      <w:r>
        <w:t>None of that explained the synchronized awareness between us — or the beam that moved with intelligent intent.</w:t>
      </w:r>
    </w:p>
    <w:p w14:paraId="1E7274A1" w14:textId="77777777" w:rsidR="00E663E7" w:rsidRDefault="00E663E7">
      <w:pPr>
        <w:spacing w:line="360" w:lineRule="exact"/>
      </w:pPr>
      <w:r/>
    </w:p>
    <w:p w14:paraId="27F0F50B" w14:textId="77777777" w:rsidR="00E663E7" w:rsidRDefault="00000000">
      <w:pPr>
        <w:spacing w:after="120" w:line="360" w:lineRule="exact"/>
        <w:ind w:firstLine="432"/>
      </w:pPr>
      <w:r>
        <w:t>These beings — these entities — weren’t random.</w:t>
      </w:r>
    </w:p>
    <w:p w14:paraId="61F57572" w14:textId="77777777" w:rsidR="00E663E7" w:rsidRDefault="00000000">
      <w:pPr>
        <w:spacing w:after="120" w:line="360" w:lineRule="exact"/>
        <w:ind w:firstLine="432"/>
      </w:pPr>
      <w:r>
        <w:t>They were aware.</w:t>
      </w:r>
    </w:p>
    <w:p w14:paraId="20A77713" w14:textId="77777777" w:rsidR="00E663E7" w:rsidRDefault="00000000">
      <w:pPr>
        <w:spacing w:after="120" w:line="360" w:lineRule="exact"/>
        <w:ind w:firstLine="432"/>
      </w:pPr>
      <w:r>
        <w:t>And they were interacting.</w:t>
      </w:r>
    </w:p>
    <w:p w14:paraId="538FD384" w14:textId="77777777" w:rsidR="00E663E7" w:rsidRDefault="00E663E7">
      <w:pPr>
        <w:spacing w:line="360" w:lineRule="exact"/>
      </w:pPr>
      <w:r/>
    </w:p>
    <w:p w14:paraId="4FB250F5" w14:textId="77777777" w:rsidR="00E663E7" w:rsidRDefault="00000000">
      <w:pPr>
        <w:spacing w:after="120" w:line="360" w:lineRule="exact"/>
        <w:ind w:firstLine="432"/>
      </w:pPr>
      <w:r>
        <w:t>Maybe they were guarding something.</w:t>
      </w:r>
    </w:p>
    <w:p w14:paraId="06D8B753" w14:textId="77777777" w:rsidR="00E663E7" w:rsidRDefault="00000000">
      <w:pPr>
        <w:spacing w:after="120" w:line="360" w:lineRule="exact"/>
        <w:ind w:firstLine="432"/>
      </w:pPr>
      <w:r>
        <w:t>Maybe they were watching.</w:t>
      </w:r>
    </w:p>
    <w:p w14:paraId="42FDA958" w14:textId="77777777" w:rsidR="00E663E7" w:rsidRDefault="00000000">
      <w:pPr>
        <w:spacing w:after="120" w:line="360" w:lineRule="exact"/>
        <w:ind w:firstLine="432"/>
      </w:pPr>
      <w:r>
        <w:t>Maybe they were warning me.</w:t>
      </w:r>
    </w:p>
    <w:p w14:paraId="185665AB" w14:textId="77777777" w:rsidR="00E663E7" w:rsidRDefault="00E663E7">
      <w:pPr>
        <w:spacing w:line="360" w:lineRule="exact"/>
      </w:pPr>
      <w:r/>
    </w:p>
    <w:p w14:paraId="45871CA6" w14:textId="77777777" w:rsidR="00E663E7" w:rsidRDefault="00000000">
      <w:pPr>
        <w:spacing w:after="120" w:line="360" w:lineRule="exact"/>
        <w:ind w:firstLine="432"/>
      </w:pPr>
      <w:r>
        <w:t>I still don’t know what they were.</w:t>
      </w:r>
    </w:p>
    <w:p w14:paraId="6B62E9BD" w14:textId="77777777" w:rsidR="00E663E7" w:rsidRDefault="00000000">
      <w:pPr>
        <w:spacing w:after="120" w:line="360" w:lineRule="exact"/>
        <w:ind w:firstLine="432"/>
      </w:pPr>
      <w:r>
        <w:t>But I know they were there.</w:t>
      </w:r>
    </w:p>
    <w:p w14:paraId="4CADE4E8" w14:textId="77777777" w:rsidR="00E663E7" w:rsidRDefault="00E663E7">
      <w:pPr>
        <w:spacing w:line="360" w:lineRule="exact"/>
      </w:pPr>
      <w:r/>
    </w:p>
    <w:p w14:paraId="46336BAD" w14:textId="77777777" w:rsidR="00E663E7" w:rsidRDefault="00000000">
      <w:pPr>
        <w:spacing w:after="120" w:line="360" w:lineRule="exact"/>
        <w:ind w:firstLine="432"/>
      </w:pPr>
      <w:r>
        <w:t>And after that day, I stopped calling them hallucinations.</w:t>
      </w:r>
    </w:p>
    <w:p w14:paraId="3DB6AC0E" w14:textId="77777777" w:rsidR="00E663E7" w:rsidRDefault="00000000">
      <w:pPr>
        <w:spacing w:after="120" w:line="360" w:lineRule="exact"/>
        <w:ind w:firstLine="432"/>
      </w:pPr>
      <w:r>
        <w:t>Because I wasn’t the only one who saw them anymore.</w:t>
      </w:r>
    </w:p>
    <w:p w14:paraId="23F3779E" w14:textId="77777777" w:rsidR="00E663E7" w:rsidRDefault="00E663E7">
      <w:pPr>
        <w:spacing w:line="360" w:lineRule="exact"/>
      </w:pPr>
      <w:r/>
    </w:p>
    <w:p w14:paraId="78B4CFFD" w14:textId="77777777" w:rsidR="00E663E7" w:rsidRDefault="00000000">
      <w:pPr>
        <w:spacing w:line="360" w:lineRule="exact"/>
        <w:jc w:val="center"/>
      </w:pPr>
      <w:r>
        <w:t>Chapter 15: Perseverance or Surrender?</w:t>
      </w:r>
    </w:p>
    <w:p w14:paraId="4B9C0390" w14:textId="77777777" w:rsidR="00E663E7" w:rsidRDefault="00E663E7">
      <w:pPr>
        <w:spacing w:line="360" w:lineRule="exact"/>
      </w:pPr>
      <w:r/>
    </w:p>
    <w:p w14:paraId="3B417F4F" w14:textId="77777777" w:rsidR="00E663E7" w:rsidRDefault="00000000">
      <w:pPr>
        <w:spacing w:after="120" w:line="360" w:lineRule="exact"/>
        <w:ind w:firstLine="432"/>
      </w:pPr>
      <w:r>
        <w:t>There’s a kind of spiritual tension that I’ve wrestled with for years — a question that lives in the heart of every battle I’ve fought, both internal and external:</w:t>
      </w:r>
    </w:p>
    <w:p w14:paraId="5ABDC4ED" w14:textId="77777777" w:rsidR="00E663E7" w:rsidRDefault="00E663E7">
      <w:pPr>
        <w:spacing w:line="360" w:lineRule="exact"/>
      </w:pPr>
      <w:r/>
    </w:p>
    <w:p w14:paraId="3D38A006" w14:textId="77777777" w:rsidR="00E663E7" w:rsidRDefault="00000000">
      <w:pPr>
        <w:spacing w:after="120" w:line="360" w:lineRule="exact"/>
        <w:ind w:firstLine="432"/>
      </w:pPr>
      <w:r>
        <w:t>Do I keep going… or let go?</w:t>
      </w:r>
    </w:p>
    <w:p w14:paraId="405FDD8C" w14:textId="77777777" w:rsidR="00E663E7" w:rsidRDefault="00E663E7">
      <w:pPr>
        <w:spacing w:line="360" w:lineRule="exact"/>
      </w:pPr>
      <w:r/>
    </w:p>
    <w:p w14:paraId="38C315C2" w14:textId="77777777" w:rsidR="00E663E7" w:rsidRDefault="00000000">
      <w:pPr>
        <w:spacing w:after="120" w:line="360" w:lineRule="exact"/>
        <w:ind w:firstLine="432"/>
      </w:pPr>
      <w:r>
        <w:t>Perseverance has always been one of my strongest traits. I was raised to push through, to fight for what’s right, to never let failure write the final sentence. But over time, I’ve realized that there’s a fine line between perseverance and self-destruction. Between fighting and flailing. Between loyalty… and foolishness.</w:t>
      </w:r>
    </w:p>
    <w:p w14:paraId="2F267B69" w14:textId="77777777" w:rsidR="00E663E7" w:rsidRDefault="00E663E7">
      <w:pPr>
        <w:spacing w:line="360" w:lineRule="exact"/>
      </w:pPr>
      <w:r/>
    </w:p>
    <w:p w14:paraId="72592D01" w14:textId="77777777" w:rsidR="00E663E7" w:rsidRDefault="00000000">
      <w:pPr>
        <w:spacing w:after="120" w:line="360" w:lineRule="exact"/>
        <w:ind w:firstLine="432"/>
      </w:pPr>
      <w:r>
        <w:t>When is surrender wisdom — and when is it weakness?</w:t>
      </w:r>
    </w:p>
    <w:p w14:paraId="6220729A" w14:textId="77777777" w:rsidR="00E663E7" w:rsidRDefault="00E663E7">
      <w:pPr>
        <w:spacing w:line="360" w:lineRule="exact"/>
      </w:pPr>
      <w:r/>
    </w:p>
    <w:p w14:paraId="11D965B9" w14:textId="77777777" w:rsidR="00E663E7" w:rsidRDefault="00000000">
      <w:pPr>
        <w:spacing w:after="120" w:line="360" w:lineRule="exact"/>
        <w:ind w:firstLine="432"/>
      </w:pPr>
      <w:r>
        <w:t>That question has haunted me.</w:t>
      </w:r>
    </w:p>
    <w:p w14:paraId="5C2033A3" w14:textId="77777777" w:rsidR="00E663E7" w:rsidRDefault="00E663E7">
      <w:pPr>
        <w:spacing w:line="360" w:lineRule="exact"/>
      </w:pPr>
      <w:r/>
    </w:p>
    <w:p w14:paraId="5A69CE5A" w14:textId="77777777" w:rsidR="00E663E7" w:rsidRDefault="00000000">
      <w:pPr>
        <w:spacing w:after="120" w:line="360" w:lineRule="exact"/>
        <w:ind w:firstLine="432"/>
      </w:pPr>
      <w:r>
        <w:t>I used to think giving up meant losing. That to surrender was to admit defeat, to wave the white flag to enemies and doubters. But sometimes, what we call “giving up” is actually letting God take over. Sometimes, surrender is sacred.</w:t>
      </w:r>
    </w:p>
    <w:p w14:paraId="281E403E" w14:textId="77777777" w:rsidR="00E663E7" w:rsidRDefault="00E663E7">
      <w:pPr>
        <w:spacing w:line="360" w:lineRule="exact"/>
      </w:pPr>
      <w:r/>
    </w:p>
    <w:p w14:paraId="2B93536E" w14:textId="77777777" w:rsidR="00E663E7" w:rsidRDefault="00000000">
      <w:pPr>
        <w:spacing w:after="120" w:line="360" w:lineRule="exact"/>
        <w:ind w:firstLine="432"/>
      </w:pPr>
      <w:r>
        <w:t>Still, how do you know when it’s time?</w:t>
      </w:r>
    </w:p>
    <w:p w14:paraId="4DF472AF" w14:textId="77777777" w:rsidR="00E663E7" w:rsidRDefault="00E663E7">
      <w:pPr>
        <w:spacing w:line="360" w:lineRule="exact"/>
      </w:pPr>
      <w:r/>
    </w:p>
    <w:p w14:paraId="35E0879B" w14:textId="77777777" w:rsidR="00E663E7" w:rsidRDefault="00000000">
      <w:pPr>
        <w:spacing w:after="120" w:line="360" w:lineRule="exact"/>
        <w:ind w:firstLine="432"/>
      </w:pPr>
      <w:r>
        <w:t>How do you discern the difference between a divine test that calls for courage… and a spiritual sign telling you it’s time to step back?</w:t>
      </w:r>
    </w:p>
    <w:p w14:paraId="01BF0B98" w14:textId="77777777" w:rsidR="00E663E7" w:rsidRDefault="00E663E7">
      <w:pPr>
        <w:spacing w:line="360" w:lineRule="exact"/>
      </w:pPr>
      <w:r/>
    </w:p>
    <w:p w14:paraId="192C883C" w14:textId="77777777" w:rsidR="00E663E7" w:rsidRDefault="00000000">
      <w:pPr>
        <w:spacing w:after="120" w:line="360" w:lineRule="exact"/>
        <w:ind w:firstLine="432"/>
      </w:pPr>
      <w:r>
        <w:t>When I lost my home, my custody, my partner, my stability — everything in me said fight.</w:t>
      </w:r>
    </w:p>
    <w:p w14:paraId="5C731A3F" w14:textId="77777777" w:rsidR="00E663E7" w:rsidRDefault="00000000">
      <w:pPr>
        <w:spacing w:after="120" w:line="360" w:lineRule="exact"/>
        <w:ind w:firstLine="432"/>
      </w:pPr>
      <w:r>
        <w:t>And I did.</w:t>
      </w:r>
    </w:p>
    <w:p w14:paraId="46C2D96C" w14:textId="77777777" w:rsidR="00E663E7" w:rsidRDefault="00E663E7">
      <w:pPr>
        <w:spacing w:line="360" w:lineRule="exact"/>
      </w:pPr>
      <w:r/>
    </w:p>
    <w:p w14:paraId="3C1BEBB6" w14:textId="77777777" w:rsidR="00E663E7" w:rsidRDefault="00000000">
      <w:pPr>
        <w:spacing w:after="120" w:line="360" w:lineRule="exact"/>
        <w:ind w:firstLine="432"/>
      </w:pPr>
      <w:r>
        <w:t>I filed motions.</w:t>
      </w:r>
    </w:p>
    <w:p w14:paraId="162E790A" w14:textId="77777777" w:rsidR="00E663E7" w:rsidRDefault="00000000">
      <w:pPr>
        <w:spacing w:after="120" w:line="360" w:lineRule="exact"/>
        <w:ind w:firstLine="432"/>
      </w:pPr>
      <w:r>
        <w:t>I documented the truth.</w:t>
      </w:r>
    </w:p>
    <w:p w14:paraId="0FE638E5" w14:textId="77777777" w:rsidR="00E663E7" w:rsidRDefault="00000000">
      <w:pPr>
        <w:spacing w:after="120" w:line="360" w:lineRule="exact"/>
        <w:ind w:firstLine="432"/>
      </w:pPr>
      <w:r>
        <w:t>I demanded fairness.</w:t>
      </w:r>
    </w:p>
    <w:p w14:paraId="0E216EE1" w14:textId="77777777" w:rsidR="00E663E7" w:rsidRDefault="00000000">
      <w:pPr>
        <w:spacing w:after="120" w:line="360" w:lineRule="exact"/>
        <w:ind w:firstLine="432"/>
      </w:pPr>
      <w:r>
        <w:t>I stood up, even when the world painted me as broken, unstable, unfit.</w:t>
      </w:r>
    </w:p>
    <w:p w14:paraId="33A75E5E" w14:textId="77777777" w:rsidR="00E663E7" w:rsidRDefault="00E663E7">
      <w:pPr>
        <w:spacing w:line="360" w:lineRule="exact"/>
      </w:pPr>
      <w:r/>
    </w:p>
    <w:p w14:paraId="36DC1191" w14:textId="77777777" w:rsidR="00E663E7" w:rsidRDefault="00000000">
      <w:pPr>
        <w:spacing w:after="120" w:line="360" w:lineRule="exact"/>
        <w:ind w:firstLine="432"/>
      </w:pPr>
      <w:r>
        <w:t>But I also prayed.</w:t>
      </w:r>
    </w:p>
    <w:p w14:paraId="339AC437" w14:textId="77777777" w:rsidR="00E663E7" w:rsidRDefault="00000000">
      <w:pPr>
        <w:spacing w:after="120" w:line="360" w:lineRule="exact"/>
        <w:ind w:firstLine="432"/>
      </w:pPr>
      <w:r>
        <w:t>I begged for answers.</w:t>
      </w:r>
    </w:p>
    <w:p w14:paraId="536631F8" w14:textId="77777777" w:rsidR="00E663E7" w:rsidRDefault="00000000">
      <w:pPr>
        <w:spacing w:after="120" w:line="360" w:lineRule="exact"/>
        <w:ind w:firstLine="432"/>
      </w:pPr>
      <w:r>
        <w:t>And sometimes the silence was louder than the injustice.</w:t>
      </w:r>
    </w:p>
    <w:p w14:paraId="1297D595" w14:textId="77777777" w:rsidR="00E663E7" w:rsidRDefault="00E663E7">
      <w:pPr>
        <w:spacing w:line="360" w:lineRule="exact"/>
      </w:pPr>
      <w:r/>
    </w:p>
    <w:p w14:paraId="65E96A7A" w14:textId="77777777" w:rsidR="00E663E7" w:rsidRDefault="00000000">
      <w:pPr>
        <w:spacing w:after="120" w:line="360" w:lineRule="exact"/>
        <w:ind w:firstLine="432"/>
      </w:pPr>
      <w:r>
        <w:t>I started to wonder — is the silence a test of my perseverance?</w:t>
      </w:r>
    </w:p>
    <w:p w14:paraId="46A6B0BF" w14:textId="77777777" w:rsidR="00E663E7" w:rsidRDefault="00000000">
      <w:pPr>
        <w:spacing w:after="120" w:line="360" w:lineRule="exact"/>
        <w:ind w:firstLine="432"/>
      </w:pPr>
      <w:r>
        <w:t>Or is it an invitation to surrender, to trust, to wait?</w:t>
      </w:r>
    </w:p>
    <w:p w14:paraId="03D774D8" w14:textId="77777777" w:rsidR="00E663E7" w:rsidRDefault="00E663E7">
      <w:pPr>
        <w:spacing w:line="360" w:lineRule="exact"/>
      </w:pPr>
      <w:r/>
    </w:p>
    <w:p w14:paraId="7BAA33B1" w14:textId="77777777" w:rsidR="00E663E7" w:rsidRDefault="00000000">
      <w:pPr>
        <w:spacing w:after="120" w:line="360" w:lineRule="exact"/>
        <w:ind w:firstLine="432"/>
      </w:pPr>
      <w:r>
        <w:t>Because there’s a kind of spiritual wisdom that comes in not doing.</w:t>
      </w:r>
    </w:p>
    <w:p w14:paraId="4B8E1A77" w14:textId="77777777" w:rsidR="00E663E7" w:rsidRDefault="00000000">
      <w:pPr>
        <w:spacing w:after="120" w:line="360" w:lineRule="exact"/>
        <w:ind w:firstLine="432"/>
      </w:pPr>
      <w:r>
        <w:t>In letting life unfold.</w:t>
      </w:r>
    </w:p>
    <w:p w14:paraId="259A292A" w14:textId="77777777" w:rsidR="00E663E7" w:rsidRDefault="00E663E7">
      <w:pPr>
        <w:spacing w:line="360" w:lineRule="exact"/>
      </w:pPr>
      <w:r/>
    </w:p>
    <w:p w14:paraId="2629F33F" w14:textId="77777777" w:rsidR="00E663E7" w:rsidRDefault="00000000">
      <w:pPr>
        <w:spacing w:after="120" w:line="360" w:lineRule="exact"/>
        <w:ind w:firstLine="432"/>
      </w:pPr>
      <w:r>
        <w:t>But it’s hard.</w:t>
      </w:r>
    </w:p>
    <w:p w14:paraId="32657A33" w14:textId="77777777" w:rsidR="00E663E7" w:rsidRDefault="00000000">
      <w:pPr>
        <w:spacing w:after="120" w:line="360" w:lineRule="exact"/>
        <w:ind w:firstLine="432"/>
      </w:pPr>
      <w:r>
        <w:t>Because we are wired to fix.</w:t>
      </w:r>
    </w:p>
    <w:p w14:paraId="7A0DC6D9" w14:textId="77777777" w:rsidR="00E663E7" w:rsidRDefault="00000000">
      <w:pPr>
        <w:spacing w:after="120" w:line="360" w:lineRule="exact"/>
        <w:ind w:firstLine="432"/>
      </w:pPr>
      <w:r>
        <w:t>To solve.</w:t>
      </w:r>
    </w:p>
    <w:p w14:paraId="7D92683E" w14:textId="77777777" w:rsidR="00E663E7" w:rsidRDefault="00000000">
      <w:pPr>
        <w:spacing w:after="120" w:line="360" w:lineRule="exact"/>
        <w:ind w:firstLine="432"/>
      </w:pPr>
      <w:r>
        <w:t>To reclaim what’s ours.</w:t>
      </w:r>
    </w:p>
    <w:p w14:paraId="74B604A3" w14:textId="77777777" w:rsidR="00E663E7" w:rsidRDefault="00E663E7">
      <w:pPr>
        <w:spacing w:line="360" w:lineRule="exact"/>
      </w:pPr>
      <w:r/>
    </w:p>
    <w:p w14:paraId="05DCD3A2" w14:textId="77777777" w:rsidR="00E663E7" w:rsidRDefault="00000000">
      <w:pPr>
        <w:spacing w:after="120" w:line="360" w:lineRule="exact"/>
        <w:ind w:firstLine="432"/>
      </w:pPr>
      <w:r>
        <w:t>And so I found myself in the middle — caught between fight and flow.</w:t>
      </w:r>
    </w:p>
    <w:p w14:paraId="03AFAF6B" w14:textId="77777777" w:rsidR="00E663E7" w:rsidRDefault="00000000">
      <w:pPr>
        <w:spacing w:after="120" w:line="360" w:lineRule="exact"/>
        <w:ind w:firstLine="432"/>
      </w:pPr>
      <w:r>
        <w:t>Between justice and faith.</w:t>
      </w:r>
    </w:p>
    <w:p w14:paraId="05E94CE1" w14:textId="77777777" w:rsidR="00E663E7" w:rsidRDefault="00000000">
      <w:pPr>
        <w:spacing w:after="120" w:line="360" w:lineRule="exact"/>
        <w:ind w:firstLine="432"/>
      </w:pPr>
      <w:r>
        <w:t>Between persistence and peace.</w:t>
      </w:r>
    </w:p>
    <w:p w14:paraId="6236FF45" w14:textId="77777777" w:rsidR="00E663E7" w:rsidRDefault="00E663E7">
      <w:pPr>
        <w:spacing w:line="360" w:lineRule="exact"/>
      </w:pPr>
      <w:r/>
    </w:p>
    <w:p w14:paraId="72EBE85C" w14:textId="77777777" w:rsidR="00E663E7" w:rsidRDefault="00000000">
      <w:pPr>
        <w:spacing w:after="120" w:line="360" w:lineRule="exact"/>
        <w:ind w:firstLine="432"/>
      </w:pPr>
      <w:r>
        <w:t>What I’ve come to believe is this:</w:t>
      </w:r>
    </w:p>
    <w:p w14:paraId="5F3DF9A5" w14:textId="77777777" w:rsidR="00E663E7" w:rsidRDefault="00E663E7">
      <w:pPr>
        <w:spacing w:line="360" w:lineRule="exact"/>
      </w:pPr>
      <w:r/>
    </w:p>
    <w:p w14:paraId="679F2241" w14:textId="77777777" w:rsidR="00E663E7" w:rsidRDefault="00000000">
      <w:pPr>
        <w:spacing w:after="120" w:line="360" w:lineRule="exact"/>
        <w:ind w:firstLine="432"/>
      </w:pPr>
      <w:r>
        <w:t>You’re not weak for hoping.</w:t>
      </w:r>
    </w:p>
    <w:p w14:paraId="5EF2065B" w14:textId="77777777" w:rsidR="00E663E7" w:rsidRDefault="00000000">
      <w:pPr>
        <w:spacing w:after="120" w:line="360" w:lineRule="exact"/>
        <w:ind w:firstLine="432"/>
      </w:pPr>
      <w:r>
        <w:t>You’re not a fool for letting go.</w:t>
      </w:r>
    </w:p>
    <w:p w14:paraId="05EABCBC" w14:textId="77777777" w:rsidR="00E663E7" w:rsidRDefault="00000000">
      <w:pPr>
        <w:spacing w:after="120" w:line="360" w:lineRule="exact"/>
        <w:ind w:firstLine="432"/>
      </w:pPr>
      <w:r>
        <w:t>And you’re not broken because you can’t tell the difference yet.</w:t>
      </w:r>
    </w:p>
    <w:p w14:paraId="19572C73" w14:textId="77777777" w:rsidR="00E663E7" w:rsidRDefault="00E663E7">
      <w:pPr>
        <w:spacing w:line="360" w:lineRule="exact"/>
      </w:pPr>
      <w:r/>
    </w:p>
    <w:p w14:paraId="4050FB70" w14:textId="77777777" w:rsidR="00E663E7" w:rsidRDefault="00000000">
      <w:pPr>
        <w:spacing w:after="120" w:line="360" w:lineRule="exact"/>
        <w:ind w:firstLine="432"/>
      </w:pPr>
      <w:r>
        <w:t>Sometimes, you persevere by surrendering.</w:t>
      </w:r>
    </w:p>
    <w:p w14:paraId="7DCAD259" w14:textId="77777777" w:rsidR="00E663E7" w:rsidRDefault="00000000">
      <w:pPr>
        <w:spacing w:after="120" w:line="360" w:lineRule="exact"/>
        <w:ind w:firstLine="432"/>
      </w:pPr>
      <w:r>
        <w:t>And sometimes, you surrender by persevering.</w:t>
      </w:r>
    </w:p>
    <w:p w14:paraId="68F4984A" w14:textId="77777777" w:rsidR="00E663E7" w:rsidRDefault="00E663E7">
      <w:pPr>
        <w:spacing w:line="360" w:lineRule="exact"/>
      </w:pPr>
      <w:r/>
    </w:p>
    <w:p w14:paraId="0A8347BF" w14:textId="77777777" w:rsidR="00E663E7" w:rsidRDefault="00000000">
      <w:pPr>
        <w:spacing w:after="120" w:line="360" w:lineRule="exact"/>
        <w:ind w:firstLine="432"/>
      </w:pPr>
      <w:r>
        <w:t>The key isn’t knowing which one to do every time —</w:t>
      </w:r>
    </w:p>
    <w:p w14:paraId="69641D56" w14:textId="77777777" w:rsidR="00E663E7" w:rsidRDefault="00000000">
      <w:pPr>
        <w:spacing w:after="120" w:line="360" w:lineRule="exact"/>
        <w:ind w:firstLine="432"/>
      </w:pPr>
      <w:r>
        <w:t>It’s being willing to ask the question honestly.</w:t>
      </w:r>
    </w:p>
    <w:p w14:paraId="40C659DD" w14:textId="77777777" w:rsidR="00E663E7" w:rsidRDefault="00E663E7">
      <w:pPr>
        <w:spacing w:line="360" w:lineRule="exact"/>
      </w:pPr>
      <w:r/>
    </w:p>
    <w:p w14:paraId="14724329" w14:textId="77777777" w:rsidR="00E663E7" w:rsidRDefault="00000000">
      <w:pPr>
        <w:spacing w:after="120" w:line="360" w:lineRule="exact"/>
        <w:ind w:firstLine="432"/>
      </w:pPr>
      <w:r>
        <w:t>That alone… is growth.</w:t>
      </w:r>
    </w:p>
    <w:p w14:paraId="7E87477E" w14:textId="77777777" w:rsidR="00E663E7" w:rsidRDefault="00E663E7">
      <w:pPr>
        <w:spacing w:line="360" w:lineRule="exact"/>
      </w:pPr>
      <w:r/>
    </w:p>
    <w:p w14:paraId="111D41C0" w14:textId="77777777" w:rsidR="00E663E7" w:rsidRDefault="00E663E7">
      <w:pPr>
        <w:spacing w:line="360" w:lineRule="exact"/>
      </w:pPr>
      <w:r/>
    </w:p>
    <w:p w14:paraId="2A701913" w14:textId="77777777" w:rsidR="00E663E7" w:rsidRDefault="00000000">
      <w:pPr>
        <w:spacing w:line="360" w:lineRule="exact"/>
        <w:jc w:val="center"/>
      </w:pPr>
      <w:r>
        <w:t>Chapter 16: The Good You Do Is Being Watched</w:t>
      </w:r>
    </w:p>
    <w:p w14:paraId="297EBBD4" w14:textId="77777777" w:rsidR="00E663E7" w:rsidRDefault="00E663E7">
      <w:pPr>
        <w:spacing w:line="360" w:lineRule="exact"/>
      </w:pPr>
      <w:r/>
    </w:p>
    <w:p w14:paraId="7DF88A41" w14:textId="77777777" w:rsidR="00E663E7" w:rsidRDefault="00000000">
      <w:pPr>
        <w:spacing w:after="120" w:line="360" w:lineRule="exact"/>
        <w:ind w:firstLine="432"/>
      </w:pPr>
      <w:r>
        <w:t>One of the most powerful revelations I’ve had in this entire journey is that nothing goes unseen.</w:t>
      </w:r>
    </w:p>
    <w:p w14:paraId="42DCE270" w14:textId="77777777" w:rsidR="00E663E7" w:rsidRDefault="00E663E7">
      <w:pPr>
        <w:spacing w:line="360" w:lineRule="exact"/>
      </w:pPr>
      <w:r/>
    </w:p>
    <w:p w14:paraId="2EE7C213" w14:textId="77777777" w:rsidR="00E663E7" w:rsidRDefault="00000000">
      <w:pPr>
        <w:spacing w:after="120" w:line="360" w:lineRule="exact"/>
        <w:ind w:firstLine="432"/>
      </w:pPr>
      <w:r>
        <w:t>Not the cruelty.</w:t>
      </w:r>
    </w:p>
    <w:p w14:paraId="0C0D0F26" w14:textId="77777777" w:rsidR="00E663E7" w:rsidRDefault="00000000">
      <w:pPr>
        <w:spacing w:after="120" w:line="360" w:lineRule="exact"/>
        <w:ind w:firstLine="432"/>
      </w:pPr>
      <w:r>
        <w:t>Not the deception.</w:t>
      </w:r>
    </w:p>
    <w:p w14:paraId="6C0AD9C7" w14:textId="77777777" w:rsidR="00E663E7" w:rsidRDefault="00000000">
      <w:pPr>
        <w:spacing w:after="120" w:line="360" w:lineRule="exact"/>
        <w:ind w:firstLine="432"/>
      </w:pPr>
      <w:r>
        <w:t>But also — not the kindness.</w:t>
      </w:r>
    </w:p>
    <w:p w14:paraId="7751913D" w14:textId="77777777" w:rsidR="00E663E7" w:rsidRDefault="00000000">
      <w:pPr>
        <w:spacing w:after="120" w:line="360" w:lineRule="exact"/>
        <w:ind w:firstLine="432"/>
      </w:pPr>
      <w:r>
        <w:t>Not the loyalty.</w:t>
      </w:r>
    </w:p>
    <w:p w14:paraId="0F3DCB39" w14:textId="77777777" w:rsidR="00E663E7" w:rsidRDefault="00000000">
      <w:pPr>
        <w:spacing w:after="120" w:line="360" w:lineRule="exact"/>
        <w:ind w:firstLine="432"/>
      </w:pPr>
      <w:r>
        <w:t>Not the quiet sacrifices made when no one is looking.</w:t>
      </w:r>
    </w:p>
    <w:p w14:paraId="50A9F923" w14:textId="77777777" w:rsidR="00E663E7" w:rsidRDefault="00E663E7">
      <w:pPr>
        <w:spacing w:line="360" w:lineRule="exact"/>
      </w:pPr>
      <w:r/>
    </w:p>
    <w:p w14:paraId="23C78CBB" w14:textId="77777777" w:rsidR="00E663E7" w:rsidRDefault="00000000">
      <w:pPr>
        <w:spacing w:after="120" w:line="360" w:lineRule="exact"/>
        <w:ind w:firstLine="432"/>
      </w:pPr>
      <w:r>
        <w:t>For a long time, I operated on survival. I was reactive, hardened, and—if I’m honest—angry at the way life kept kicking me down despite my good intentions. I began to question whether being a good person even mattered. Whether integrity held any real value in a world that rewarded lies and manipulation.</w:t>
      </w:r>
    </w:p>
    <w:p w14:paraId="396EB3AE" w14:textId="77777777" w:rsidR="00E663E7" w:rsidRDefault="00E663E7">
      <w:pPr>
        <w:spacing w:line="360" w:lineRule="exact"/>
      </w:pPr>
      <w:r/>
    </w:p>
    <w:p w14:paraId="66EFFA91" w14:textId="77777777" w:rsidR="00E663E7" w:rsidRDefault="00000000">
      <w:pPr>
        <w:spacing w:after="120" w:line="360" w:lineRule="exact"/>
        <w:ind w:firstLine="432"/>
      </w:pPr>
      <w:r>
        <w:t>But then… something shifted.</w:t>
      </w:r>
    </w:p>
    <w:p w14:paraId="1F6C7D25" w14:textId="77777777" w:rsidR="00E663E7" w:rsidRDefault="00E663E7">
      <w:pPr>
        <w:spacing w:line="360" w:lineRule="exact"/>
      </w:pPr>
      <w:r/>
    </w:p>
    <w:p w14:paraId="2009C092" w14:textId="77777777" w:rsidR="00E663E7" w:rsidRDefault="00000000">
      <w:pPr>
        <w:spacing w:after="120" w:line="360" w:lineRule="exact"/>
        <w:ind w:firstLine="432"/>
      </w:pPr>
      <w:r>
        <w:t>Through all the supernatural experiences, the strange encounters, and the darkness I walked through, I began to see something else:</w:t>
      </w:r>
    </w:p>
    <w:p w14:paraId="312D697F" w14:textId="77777777" w:rsidR="00E663E7" w:rsidRDefault="00000000">
      <w:pPr>
        <w:spacing w:after="120" w:line="360" w:lineRule="exact"/>
        <w:ind w:firstLine="432"/>
      </w:pPr>
      <w:r>
        <w:t>There were eyes on me. Always.</w:t>
      </w:r>
    </w:p>
    <w:p w14:paraId="3634F96A" w14:textId="77777777" w:rsidR="00E663E7" w:rsidRDefault="00E663E7">
      <w:pPr>
        <w:spacing w:line="360" w:lineRule="exact"/>
      </w:pPr>
      <w:r/>
    </w:p>
    <w:p w14:paraId="29512DE7" w14:textId="77777777" w:rsidR="00E663E7" w:rsidRDefault="00000000">
      <w:pPr>
        <w:spacing w:after="120" w:line="360" w:lineRule="exact"/>
        <w:ind w:firstLine="432"/>
      </w:pPr>
      <w:r>
        <w:t>Not just cameras.</w:t>
      </w:r>
    </w:p>
    <w:p w14:paraId="2A5ABAF4" w14:textId="77777777" w:rsidR="00E663E7" w:rsidRDefault="00000000">
      <w:pPr>
        <w:spacing w:after="120" w:line="360" w:lineRule="exact"/>
        <w:ind w:firstLine="432"/>
      </w:pPr>
      <w:r>
        <w:t>Not just people waiting for me to fail.</w:t>
      </w:r>
    </w:p>
    <w:p w14:paraId="75C2F9C7" w14:textId="77777777" w:rsidR="00E663E7" w:rsidRDefault="00E663E7">
      <w:pPr>
        <w:spacing w:line="360" w:lineRule="exact"/>
      </w:pPr>
      <w:r/>
    </w:p>
    <w:p w14:paraId="53F55103" w14:textId="77777777" w:rsidR="00E663E7" w:rsidRDefault="00000000">
      <w:pPr>
        <w:spacing w:after="120" w:line="360" w:lineRule="exact"/>
        <w:ind w:firstLine="432"/>
      </w:pPr>
      <w:r>
        <w:t>But something higher.</w:t>
      </w:r>
    </w:p>
    <w:p w14:paraId="0531B463" w14:textId="77777777" w:rsidR="00E663E7" w:rsidRDefault="00000000">
      <w:pPr>
        <w:spacing w:after="120" w:line="360" w:lineRule="exact"/>
        <w:ind w:firstLine="432"/>
      </w:pPr>
      <w:r>
        <w:t>Something otherworldly.</w:t>
      </w:r>
    </w:p>
    <w:p w14:paraId="5EE1FAB4" w14:textId="77777777" w:rsidR="00E663E7" w:rsidRDefault="00000000">
      <w:pPr>
        <w:spacing w:after="120" w:line="360" w:lineRule="exact"/>
        <w:ind w:firstLine="432"/>
      </w:pPr>
      <w:r>
        <w:t>An awareness… watching. Evaluating. Recording.</w:t>
      </w:r>
    </w:p>
    <w:p w14:paraId="1E5BA2D6" w14:textId="77777777" w:rsidR="00E663E7" w:rsidRDefault="00E663E7">
      <w:pPr>
        <w:spacing w:line="360" w:lineRule="exact"/>
      </w:pPr>
      <w:r/>
    </w:p>
    <w:p w14:paraId="3C829E3F" w14:textId="77777777" w:rsidR="00E663E7" w:rsidRDefault="00000000">
      <w:pPr>
        <w:spacing w:after="120" w:line="360" w:lineRule="exact"/>
        <w:ind w:firstLine="432"/>
      </w:pPr>
      <w:r>
        <w:t>I started to realize that our choices—especially when no one else is around—carry a spiritual weight. That every time I chose compassion instead of revenge, patience instead of punishment, or humility instead of ego… it counted. Even if I didn’t see the reward immediately.</w:t>
      </w:r>
    </w:p>
    <w:p w14:paraId="79FD9AB2" w14:textId="77777777" w:rsidR="00E663E7" w:rsidRDefault="00E663E7">
      <w:pPr>
        <w:spacing w:line="360" w:lineRule="exact"/>
      </w:pPr>
      <w:r/>
    </w:p>
    <w:p w14:paraId="11248744" w14:textId="77777777" w:rsidR="00E663E7" w:rsidRDefault="00000000">
      <w:pPr>
        <w:spacing w:after="120" w:line="360" w:lineRule="exact"/>
        <w:ind w:firstLine="432"/>
      </w:pPr>
      <w:r>
        <w:t>This wasn’t religious fear.</w:t>
      </w:r>
    </w:p>
    <w:p w14:paraId="4166050F" w14:textId="77777777" w:rsidR="00E663E7" w:rsidRDefault="00000000">
      <w:pPr>
        <w:spacing w:after="120" w:line="360" w:lineRule="exact"/>
        <w:ind w:firstLine="432"/>
      </w:pPr>
      <w:r>
        <w:t>It wasn’t guilt or shame.</w:t>
      </w:r>
    </w:p>
    <w:p w14:paraId="01DCE3A0" w14:textId="77777777" w:rsidR="00E663E7" w:rsidRDefault="00000000">
      <w:pPr>
        <w:spacing w:after="120" w:line="360" w:lineRule="exact"/>
        <w:ind w:firstLine="432"/>
      </w:pPr>
      <w:r>
        <w:t>It was clarity.</w:t>
      </w:r>
    </w:p>
    <w:p w14:paraId="12151611" w14:textId="77777777" w:rsidR="00E663E7" w:rsidRDefault="00E663E7">
      <w:pPr>
        <w:spacing w:line="360" w:lineRule="exact"/>
      </w:pPr>
      <w:r/>
    </w:p>
    <w:p w14:paraId="4DFC52B5" w14:textId="77777777" w:rsidR="00E663E7" w:rsidRDefault="00000000">
      <w:pPr>
        <w:spacing w:after="120" w:line="360" w:lineRule="exact"/>
        <w:ind w:firstLine="432"/>
      </w:pPr>
      <w:r>
        <w:t>That perhaps we’re part of a larger system of energy, consciousness, or divine intelligence that sees us exactly as we are, beyond masks and circumstances.</w:t>
      </w:r>
    </w:p>
    <w:p w14:paraId="63FDD400" w14:textId="77777777" w:rsidR="00E663E7" w:rsidRDefault="00E663E7">
      <w:pPr>
        <w:spacing w:line="360" w:lineRule="exact"/>
      </w:pPr>
      <w:r/>
    </w:p>
    <w:p w14:paraId="1BBAF392" w14:textId="77777777" w:rsidR="00E663E7" w:rsidRDefault="00000000">
      <w:pPr>
        <w:spacing w:after="120" w:line="360" w:lineRule="exact"/>
        <w:ind w:firstLine="432"/>
      </w:pPr>
      <w:r>
        <w:t>I now believe that everything you do echoes.</w:t>
      </w:r>
    </w:p>
    <w:p w14:paraId="6E1EED45" w14:textId="77777777" w:rsidR="00E663E7" w:rsidRDefault="00000000">
      <w:pPr>
        <w:spacing w:after="120" w:line="360" w:lineRule="exact"/>
        <w:ind w:firstLine="432"/>
      </w:pPr>
      <w:r>
        <w:t>Maybe not in ways you’ll ever see.</w:t>
      </w:r>
    </w:p>
    <w:p w14:paraId="338169FA" w14:textId="77777777" w:rsidR="00E663E7" w:rsidRDefault="00000000">
      <w:pPr>
        <w:spacing w:after="120" w:line="360" w:lineRule="exact"/>
        <w:ind w:firstLine="432"/>
      </w:pPr>
      <w:r>
        <w:t>But the echo is there.</w:t>
      </w:r>
    </w:p>
    <w:p w14:paraId="06CB63AE" w14:textId="77777777" w:rsidR="00E663E7" w:rsidRDefault="00E663E7">
      <w:pPr>
        <w:spacing w:line="360" w:lineRule="exact"/>
      </w:pPr>
      <w:r/>
    </w:p>
    <w:p w14:paraId="43BBC51B" w14:textId="77777777" w:rsidR="00E663E7" w:rsidRDefault="00000000">
      <w:pPr>
        <w:spacing w:after="120" w:line="360" w:lineRule="exact"/>
        <w:ind w:firstLine="432"/>
      </w:pPr>
      <w:r>
        <w:t>When you resist evil with love,</w:t>
      </w:r>
    </w:p>
    <w:p w14:paraId="15856DCF" w14:textId="77777777" w:rsidR="00E663E7" w:rsidRDefault="00000000">
      <w:pPr>
        <w:spacing w:after="120" w:line="360" w:lineRule="exact"/>
        <w:ind w:firstLine="432"/>
      </w:pPr>
      <w:r>
        <w:t>When you forgive without apology,</w:t>
      </w:r>
    </w:p>
    <w:p w14:paraId="3AD25F3D" w14:textId="77777777" w:rsidR="00E663E7" w:rsidRDefault="00000000">
      <w:pPr>
        <w:spacing w:after="120" w:line="360" w:lineRule="exact"/>
        <w:ind w:firstLine="432"/>
      </w:pPr>
      <w:r>
        <w:t>When you stand firm even when no one’s clapping —</w:t>
      </w:r>
    </w:p>
    <w:p w14:paraId="339C741D" w14:textId="77777777" w:rsidR="00E663E7" w:rsidRDefault="00000000">
      <w:pPr>
        <w:spacing w:after="120" w:line="360" w:lineRule="exact"/>
        <w:ind w:firstLine="432"/>
      </w:pPr>
      <w:r>
        <w:t>You change something in the matrix of existence.</w:t>
      </w:r>
    </w:p>
    <w:p w14:paraId="141F44EB" w14:textId="77777777" w:rsidR="00E663E7" w:rsidRDefault="00E663E7">
      <w:pPr>
        <w:spacing w:line="360" w:lineRule="exact"/>
      </w:pPr>
      <w:r/>
    </w:p>
    <w:p w14:paraId="0EA3B0AF" w14:textId="77777777" w:rsidR="00E663E7" w:rsidRDefault="00000000">
      <w:pPr>
        <w:spacing w:after="120" w:line="360" w:lineRule="exact"/>
        <w:ind w:firstLine="432"/>
      </w:pPr>
      <w:r>
        <w:t>It’s not always dramatic.</w:t>
      </w:r>
    </w:p>
    <w:p w14:paraId="38BDDDBA" w14:textId="77777777" w:rsidR="00E663E7" w:rsidRDefault="00000000">
      <w:pPr>
        <w:spacing w:after="120" w:line="360" w:lineRule="exact"/>
        <w:ind w:firstLine="432"/>
      </w:pPr>
      <w:r>
        <w:t>It’s not always obvious.</w:t>
      </w:r>
    </w:p>
    <w:p w14:paraId="66EFEC3A" w14:textId="77777777" w:rsidR="00E663E7" w:rsidRDefault="00E663E7">
      <w:pPr>
        <w:spacing w:line="360" w:lineRule="exact"/>
      </w:pPr>
      <w:r/>
    </w:p>
    <w:p w14:paraId="1D466E19" w14:textId="77777777" w:rsidR="00E663E7" w:rsidRDefault="00000000">
      <w:pPr>
        <w:spacing w:after="120" w:line="360" w:lineRule="exact"/>
        <w:ind w:firstLine="432"/>
      </w:pPr>
      <w:r>
        <w:t>But someone, something, somewhere is watching.</w:t>
      </w:r>
    </w:p>
    <w:p w14:paraId="31FA86AE" w14:textId="77777777" w:rsidR="00E663E7" w:rsidRDefault="00000000">
      <w:pPr>
        <w:spacing w:after="120" w:line="360" w:lineRule="exact"/>
        <w:ind w:firstLine="432"/>
      </w:pPr>
      <w:r>
        <w:t>And not to punish…</w:t>
      </w:r>
    </w:p>
    <w:p w14:paraId="730D93A1" w14:textId="77777777" w:rsidR="00E663E7" w:rsidRDefault="00000000">
      <w:pPr>
        <w:spacing w:after="120" w:line="360" w:lineRule="exact"/>
        <w:ind w:firstLine="432"/>
      </w:pPr>
      <w:r>
        <w:t>But to keep score in a way far beyond human understanding.</w:t>
      </w:r>
    </w:p>
    <w:p w14:paraId="6AE58032" w14:textId="77777777" w:rsidR="00E663E7" w:rsidRDefault="00E663E7">
      <w:pPr>
        <w:spacing w:line="360" w:lineRule="exact"/>
      </w:pPr>
      <w:r/>
    </w:p>
    <w:p w14:paraId="0173EFFC" w14:textId="77777777" w:rsidR="00E663E7" w:rsidRDefault="00000000">
      <w:pPr>
        <w:spacing w:after="120" w:line="360" w:lineRule="exact"/>
        <w:ind w:firstLine="432"/>
      </w:pPr>
      <w:r>
        <w:t>Your life is not in vain.</w:t>
      </w:r>
    </w:p>
    <w:p w14:paraId="57CA46BA" w14:textId="77777777" w:rsidR="00E663E7" w:rsidRDefault="00000000">
      <w:pPr>
        <w:spacing w:after="120" w:line="360" w:lineRule="exact"/>
        <w:ind w:firstLine="432"/>
      </w:pPr>
      <w:r>
        <w:t>Your efforts are not wasted.</w:t>
      </w:r>
    </w:p>
    <w:p w14:paraId="06081F8C" w14:textId="77777777" w:rsidR="00E663E7" w:rsidRDefault="00000000">
      <w:pPr>
        <w:spacing w:after="120" w:line="360" w:lineRule="exact"/>
        <w:ind w:firstLine="432"/>
      </w:pPr>
      <w:r>
        <w:t>And your goodness is not invisible.</w:t>
      </w:r>
    </w:p>
    <w:p w14:paraId="00AEF1DD" w14:textId="77777777" w:rsidR="00E663E7" w:rsidRDefault="00E663E7">
      <w:pPr>
        <w:spacing w:line="360" w:lineRule="exact"/>
      </w:pPr>
      <w:r/>
    </w:p>
    <w:p w14:paraId="52816102" w14:textId="77777777" w:rsidR="00E663E7" w:rsidRDefault="00000000">
      <w:pPr>
        <w:spacing w:after="120" w:line="360" w:lineRule="exact"/>
        <w:ind w:firstLine="432"/>
      </w:pPr>
      <w:r>
        <w:t>So even when the world mocks you, denies you, or forgets you…</w:t>
      </w:r>
    </w:p>
    <w:p w14:paraId="48736CA2" w14:textId="77777777" w:rsidR="00E663E7" w:rsidRDefault="00E663E7">
      <w:pPr>
        <w:spacing w:line="360" w:lineRule="exact"/>
      </w:pPr>
      <w:r/>
    </w:p>
    <w:p w14:paraId="0F1B5F2B" w14:textId="77777777" w:rsidR="00E663E7" w:rsidRDefault="00000000">
      <w:pPr>
        <w:spacing w:after="120" w:line="360" w:lineRule="exact"/>
        <w:ind w:firstLine="432"/>
      </w:pPr>
      <w:r>
        <w:t>Stay good. Stay true.</w:t>
      </w:r>
    </w:p>
    <w:p w14:paraId="281E9FB5" w14:textId="77777777" w:rsidR="00E663E7" w:rsidRDefault="00E663E7">
      <w:pPr>
        <w:spacing w:line="360" w:lineRule="exact"/>
      </w:pPr>
      <w:r/>
    </w:p>
    <w:p w14:paraId="39E1A73D" w14:textId="77777777" w:rsidR="00E663E7" w:rsidRDefault="00000000">
      <w:pPr>
        <w:spacing w:after="120" w:line="360" w:lineRule="exact"/>
        <w:ind w:firstLine="432"/>
      </w:pPr>
      <w:r>
        <w:t>Because the good you do…</w:t>
      </w:r>
    </w:p>
    <w:p w14:paraId="20D9A9C0" w14:textId="77777777" w:rsidR="00E663E7" w:rsidRDefault="00000000">
      <w:pPr>
        <w:spacing w:after="120" w:line="360" w:lineRule="exact"/>
        <w:ind w:firstLine="432"/>
      </w:pPr>
      <w:r>
        <w:t>is being watched.</w:t>
      </w:r>
    </w:p>
    <w:p w14:paraId="5951F561" w14:textId="77777777" w:rsidR="00E663E7" w:rsidRDefault="00E663E7">
      <w:pPr>
        <w:spacing w:line="360" w:lineRule="exact"/>
      </w:pPr>
      <w:r/>
    </w:p>
    <w:p w14:paraId="674EB163" w14:textId="77777777" w:rsidR="00E663E7" w:rsidRDefault="00E663E7">
      <w:pPr>
        <w:spacing w:line="360" w:lineRule="exact"/>
      </w:pPr>
      <w:r/>
    </w:p>
    <w:p w14:paraId="50F80725" w14:textId="77777777" w:rsidR="00E663E7" w:rsidRDefault="00000000">
      <w:pPr>
        <w:spacing w:line="360" w:lineRule="exact"/>
        <w:jc w:val="center"/>
      </w:pPr>
      <w:r>
        <w:t>Chapter 17: The Filtered Reality Theory</w:t>
      </w:r>
    </w:p>
    <w:p w14:paraId="5636EAA9" w14:textId="77777777" w:rsidR="00E663E7" w:rsidRDefault="00E663E7">
      <w:pPr>
        <w:spacing w:line="360" w:lineRule="exact"/>
      </w:pPr>
      <w:r/>
    </w:p>
    <w:p w14:paraId="13D53588" w14:textId="77777777" w:rsidR="00E663E7" w:rsidRDefault="00000000">
      <w:pPr>
        <w:spacing w:after="120" w:line="360" w:lineRule="exact"/>
        <w:ind w:firstLine="432"/>
      </w:pPr>
      <w:r>
        <w:t>The Influence of Autonomous Entities, Collective Consciousness, and Subtle Interactions with Electronics</w:t>
      </w:r>
    </w:p>
    <w:p w14:paraId="7573579A" w14:textId="77777777" w:rsidR="00E663E7" w:rsidRDefault="00E663E7">
      <w:pPr>
        <w:spacing w:line="360" w:lineRule="exact"/>
      </w:pPr>
      <w:r/>
    </w:p>
    <w:p w14:paraId="64F4ADCC" w14:textId="77777777" w:rsidR="00E663E7" w:rsidRDefault="00000000">
      <w:pPr>
        <w:spacing w:after="120" w:line="360" w:lineRule="exact"/>
        <w:ind w:firstLine="432"/>
      </w:pPr>
      <w:r>
        <w:t>We live in a world where what we see and what is — are not always the same thing.</w:t>
      </w:r>
    </w:p>
    <w:p w14:paraId="19BC58E2" w14:textId="77777777" w:rsidR="00E663E7" w:rsidRDefault="00E663E7">
      <w:pPr>
        <w:spacing w:line="360" w:lineRule="exact"/>
      </w:pPr>
      <w:r/>
    </w:p>
    <w:p w14:paraId="69AA8D8C" w14:textId="77777777" w:rsidR="00E663E7" w:rsidRDefault="00000000">
      <w:pPr>
        <w:spacing w:after="120" w:line="360" w:lineRule="exact"/>
        <w:ind w:firstLine="432"/>
      </w:pPr>
      <w:r>
        <w:t>During my spiritual unraveling, particularly under the influence of certain substances, I began to notice something most people never talk about — subtle distortions in reality. Lights would flicker at strange times. My electronics behaved erratically. Voices seemed to whisper beneath ambient noise, inaudible to others.</w:t>
      </w:r>
    </w:p>
    <w:p w14:paraId="4F051D95" w14:textId="77777777" w:rsidR="00E663E7" w:rsidRDefault="00E663E7">
      <w:pPr>
        <w:spacing w:line="360" w:lineRule="exact"/>
      </w:pPr>
      <w:r/>
    </w:p>
    <w:p w14:paraId="124CC249" w14:textId="77777777" w:rsidR="00E663E7" w:rsidRDefault="00000000">
      <w:pPr>
        <w:spacing w:after="120" w:line="360" w:lineRule="exact"/>
        <w:ind w:firstLine="432"/>
      </w:pPr>
      <w:r>
        <w:t>I started to question everything.</w:t>
      </w:r>
    </w:p>
    <w:p w14:paraId="25C6263D" w14:textId="77777777" w:rsidR="00E663E7" w:rsidRDefault="00000000">
      <w:pPr>
        <w:spacing w:after="120" w:line="360" w:lineRule="exact"/>
        <w:ind w:firstLine="432"/>
      </w:pPr>
      <w:r>
        <w:t>Not in a paranoid way — in an awakened way.</w:t>
      </w:r>
    </w:p>
    <w:p w14:paraId="3DB5C315" w14:textId="77777777" w:rsidR="00E663E7" w:rsidRDefault="00000000">
      <w:pPr>
        <w:spacing w:after="120" w:line="360" w:lineRule="exact"/>
        <w:ind w:firstLine="432"/>
      </w:pPr>
      <w:r>
        <w:t>A hyper-tuned way.</w:t>
      </w:r>
    </w:p>
    <w:p w14:paraId="0109DD11" w14:textId="77777777" w:rsidR="00E663E7" w:rsidRDefault="00E663E7">
      <w:pPr>
        <w:spacing w:line="360" w:lineRule="exact"/>
      </w:pPr>
      <w:r/>
    </w:p>
    <w:p w14:paraId="72727FE2" w14:textId="77777777" w:rsidR="00E663E7" w:rsidRDefault="00000000">
      <w:pPr>
        <w:spacing w:after="120" w:line="360" w:lineRule="exact"/>
        <w:ind w:firstLine="432"/>
      </w:pPr>
      <w:r>
        <w:t>I now believe that what we perceive as reality is filtered — not just by our senses or cognition, but by some biological safeguard meant to preserve sanity and survival.</w:t>
      </w:r>
    </w:p>
    <w:p w14:paraId="2DA0EF79" w14:textId="77777777" w:rsidR="00E663E7" w:rsidRDefault="00E663E7">
      <w:pPr>
        <w:spacing w:line="360" w:lineRule="exact"/>
      </w:pPr>
      <w:r/>
    </w:p>
    <w:p w14:paraId="120FC941" w14:textId="77777777" w:rsidR="00E663E7" w:rsidRDefault="00000000">
      <w:pPr>
        <w:spacing w:after="120" w:line="360" w:lineRule="exact"/>
        <w:ind w:firstLine="432"/>
      </w:pPr>
      <w:r>
        <w:t>Here’s the theory:</w:t>
      </w:r>
    </w:p>
    <w:p w14:paraId="02A8835B" w14:textId="77777777" w:rsidR="00E663E7" w:rsidRDefault="00E663E7">
      <w:pPr>
        <w:spacing w:line="360" w:lineRule="exact"/>
      </w:pPr>
      <w:r/>
    </w:p>
    <w:p w14:paraId="15C3EB24" w14:textId="77777777" w:rsidR="00E663E7" w:rsidRDefault="00000000">
      <w:pPr>
        <w:spacing w:after="120" w:line="360" w:lineRule="exact"/>
        <w:ind w:firstLine="432"/>
      </w:pPr>
      <w:r>
        <w:t>The Premise:</w:t>
      </w:r>
    </w:p>
    <w:p w14:paraId="18207696" w14:textId="77777777" w:rsidR="00E663E7" w:rsidRDefault="00E663E7">
      <w:pPr>
        <w:spacing w:line="360" w:lineRule="exact"/>
      </w:pPr>
      <w:r/>
    </w:p>
    <w:p w14:paraId="30720CF1" w14:textId="77777777" w:rsidR="00E663E7" w:rsidRDefault="00000000">
      <w:pPr>
        <w:spacing w:after="120" w:line="360" w:lineRule="exact"/>
        <w:ind w:firstLine="432"/>
      </w:pPr>
      <w:r>
        <w:t>Under altered states of consciousness — particularly those induced by stimulants, psychedelics, or deep meditation — the filters begin to thin. We gain access to what I call autonomous shadow-like entities that exist in parallel to our daily world. These entities are usually invisible to us, not because they aren’t there, but because we are not designed to see them.</w:t>
      </w:r>
    </w:p>
    <w:p w14:paraId="22675916" w14:textId="77777777" w:rsidR="00E663E7" w:rsidRDefault="00E663E7">
      <w:pPr>
        <w:spacing w:line="360" w:lineRule="exact"/>
      </w:pPr>
      <w:r/>
    </w:p>
    <w:p w14:paraId="71D16B2B" w14:textId="77777777" w:rsidR="00E663E7" w:rsidRDefault="00000000">
      <w:pPr>
        <w:spacing w:after="120" w:line="360" w:lineRule="exact"/>
        <w:ind w:firstLine="432"/>
      </w:pPr>
      <w:r>
        <w:t>Their Behavior:</w:t>
      </w:r>
    </w:p>
    <w:p w14:paraId="0A094A15" w14:textId="77777777" w:rsidR="00E663E7" w:rsidRDefault="00E663E7">
      <w:pPr>
        <w:spacing w:line="360" w:lineRule="exact"/>
      </w:pPr>
      <w:r/>
    </w:p>
    <w:p w14:paraId="216BCC0A" w14:textId="77777777" w:rsidR="00E663E7" w:rsidRDefault="00000000">
      <w:pPr>
        <w:spacing w:after="120" w:line="360" w:lineRule="exact"/>
        <w:ind w:firstLine="432"/>
      </w:pPr>
      <w:r>
        <w:t>These entities don’t always harm — but they interact. They react to light, sound, movement, and more curiously, to emotions. They also seem to have access to or an influence over electronic systems — phones, speakers, radios, even car sensors.</w:t>
      </w:r>
    </w:p>
    <w:p w14:paraId="3F7F6F41" w14:textId="77777777" w:rsidR="00E663E7" w:rsidRDefault="00E663E7">
      <w:pPr>
        <w:spacing w:line="360" w:lineRule="exact"/>
      </w:pPr>
      <w:r/>
    </w:p>
    <w:p w14:paraId="16DBDF5E" w14:textId="77777777" w:rsidR="00E663E7" w:rsidRDefault="00000000">
      <w:pPr>
        <w:spacing w:after="120" w:line="360" w:lineRule="exact"/>
        <w:ind w:firstLine="432"/>
      </w:pPr>
      <w:r>
        <w:t>They distort sound.</w:t>
      </w:r>
    </w:p>
    <w:p w14:paraId="0C14C8F5" w14:textId="77777777" w:rsidR="00E663E7" w:rsidRDefault="00000000">
      <w:pPr>
        <w:spacing w:after="120" w:line="360" w:lineRule="exact"/>
        <w:ind w:firstLine="432"/>
      </w:pPr>
      <w:r>
        <w:t>They whisper.</w:t>
      </w:r>
    </w:p>
    <w:p w14:paraId="146E0E23" w14:textId="77777777" w:rsidR="00E663E7" w:rsidRDefault="00000000">
      <w:pPr>
        <w:spacing w:after="120" w:line="360" w:lineRule="exact"/>
        <w:ind w:firstLine="432"/>
      </w:pPr>
      <w:r>
        <w:t>They blur footage.</w:t>
      </w:r>
    </w:p>
    <w:p w14:paraId="5D2111DB" w14:textId="77777777" w:rsidR="00E663E7" w:rsidRDefault="00000000">
      <w:pPr>
        <w:spacing w:after="120" w:line="360" w:lineRule="exact"/>
        <w:ind w:firstLine="432"/>
      </w:pPr>
      <w:r>
        <w:t>They know when they’re being watched.</w:t>
      </w:r>
    </w:p>
    <w:p w14:paraId="58B6E0CA" w14:textId="77777777" w:rsidR="00E663E7" w:rsidRDefault="00E663E7">
      <w:pPr>
        <w:spacing w:line="360" w:lineRule="exact"/>
      </w:pPr>
      <w:r/>
    </w:p>
    <w:p w14:paraId="7ADA843D" w14:textId="77777777" w:rsidR="00E663E7" w:rsidRDefault="00000000">
      <w:pPr>
        <w:spacing w:after="120" w:line="360" w:lineRule="exact"/>
        <w:ind w:firstLine="432"/>
      </w:pPr>
      <w:r>
        <w:t>I once saw one of these entities near my vehicle. As I lifted my phone to record it, the being raised an object resembling a knife, from which a yellow beam of light emerged — possibly a deterrent. Another beam, like a UV laser, shot toward a nearby security camera. It was intelligent. Aware. Intentional.</w:t>
      </w:r>
    </w:p>
    <w:p w14:paraId="2C1016B7" w14:textId="77777777" w:rsidR="00E663E7" w:rsidRDefault="00E663E7">
      <w:pPr>
        <w:spacing w:line="360" w:lineRule="exact"/>
      </w:pPr>
      <w:r/>
    </w:p>
    <w:p w14:paraId="00443C62" w14:textId="77777777" w:rsidR="00E663E7" w:rsidRDefault="00000000">
      <w:pPr>
        <w:spacing w:after="120" w:line="360" w:lineRule="exact"/>
        <w:ind w:firstLine="432"/>
      </w:pPr>
      <w:r>
        <w:t>Even my coworker Rinaldo witnessed it — not the entity itself, but the yellow beam and the way it interacted with our surroundings. It validated what I felt:</w:t>
      </w:r>
    </w:p>
    <w:p w14:paraId="54CD1D2B" w14:textId="77777777" w:rsidR="00E663E7" w:rsidRDefault="00000000">
      <w:pPr>
        <w:spacing w:after="120" w:line="360" w:lineRule="exact"/>
        <w:ind w:firstLine="432"/>
      </w:pPr>
      <w:r>
        <w:t>This wasn’t hallucination. It was real.</w:t>
      </w:r>
    </w:p>
    <w:p w14:paraId="5BE4E2D9" w14:textId="77777777" w:rsidR="00E663E7" w:rsidRDefault="00E663E7">
      <w:pPr>
        <w:spacing w:line="360" w:lineRule="exact"/>
      </w:pPr>
      <w:r/>
    </w:p>
    <w:p w14:paraId="76DF7A17" w14:textId="77777777" w:rsidR="00E663E7" w:rsidRDefault="00000000">
      <w:pPr>
        <w:spacing w:after="120" w:line="360" w:lineRule="exact"/>
        <w:ind w:firstLine="432"/>
      </w:pPr>
      <w:r>
        <w:t>So What Are They?</w:t>
      </w:r>
    </w:p>
    <w:p w14:paraId="765BCDB2" w14:textId="77777777" w:rsidR="00E663E7" w:rsidRDefault="00E663E7">
      <w:pPr>
        <w:spacing w:line="360" w:lineRule="exact"/>
      </w:pPr>
      <w:r/>
    </w:p>
    <w:p w14:paraId="3AEF23EB" w14:textId="77777777" w:rsidR="00E663E7" w:rsidRDefault="00000000">
      <w:pPr>
        <w:spacing w:after="120" w:line="360" w:lineRule="exact"/>
        <w:ind w:firstLine="432"/>
      </w:pPr>
      <w:r>
        <w:t>That’s where the theory expands.</w:t>
      </w:r>
    </w:p>
    <w:p w14:paraId="0341CAC3" w14:textId="77777777" w:rsidR="00E663E7" w:rsidRDefault="00E663E7">
      <w:pPr>
        <w:spacing w:line="360" w:lineRule="exact"/>
      </w:pPr>
      <w:r/>
    </w:p>
    <w:p w14:paraId="0E0C4CE5" w14:textId="77777777" w:rsidR="00E663E7" w:rsidRDefault="00000000">
      <w:pPr>
        <w:spacing w:after="120" w:line="360" w:lineRule="exact"/>
        <w:ind w:firstLine="432"/>
      </w:pPr>
      <w:r>
        <w:t>They may be:</w:t>
      </w:r>
    </w:p>
    <w:p w14:paraId="08EEAD90" w14:textId="77777777" w:rsidR="00E663E7" w:rsidRDefault="00000000">
      <w:pPr>
        <w:spacing w:after="120" w:line="360" w:lineRule="exact"/>
        <w:ind w:firstLine="432"/>
      </w:pPr>
      <w:r>
        <w:t>Residual energetic fragments tied to trauma, emotions, or environments.</w:t>
      </w:r>
    </w:p>
    <w:p w14:paraId="4785128D" w14:textId="77777777" w:rsidR="00E663E7" w:rsidRDefault="00000000">
      <w:pPr>
        <w:spacing w:after="120" w:line="360" w:lineRule="exact"/>
        <w:ind w:firstLine="432"/>
      </w:pPr>
      <w:r>
        <w:t>Conscious entities observing us as part of a test or study.</w:t>
      </w:r>
    </w:p>
    <w:p w14:paraId="57258FA0" w14:textId="77777777" w:rsidR="00E663E7" w:rsidRDefault="00000000">
      <w:pPr>
        <w:spacing w:after="120" w:line="360" w:lineRule="exact"/>
        <w:ind w:firstLine="432"/>
      </w:pPr>
      <w:r>
        <w:t>Spiritual beings — angels or demons — depending on your worldview.</w:t>
      </w:r>
    </w:p>
    <w:p w14:paraId="5703D640" w14:textId="77777777" w:rsidR="00E663E7" w:rsidRDefault="00000000">
      <w:pPr>
        <w:spacing w:after="120" w:line="360" w:lineRule="exact"/>
        <w:ind w:firstLine="432"/>
      </w:pPr>
      <w:r>
        <w:t>Dimensional observers, existing just beyond our perceptual plane.</w:t>
      </w:r>
    </w:p>
    <w:p w14:paraId="493F2905" w14:textId="77777777" w:rsidR="00E663E7" w:rsidRDefault="00E663E7">
      <w:pPr>
        <w:spacing w:line="360" w:lineRule="exact"/>
      </w:pPr>
      <w:r/>
    </w:p>
    <w:p w14:paraId="17158181" w14:textId="77777777" w:rsidR="00E663E7" w:rsidRDefault="00000000">
      <w:pPr>
        <w:spacing w:after="120" w:line="360" w:lineRule="exact"/>
        <w:ind w:firstLine="432"/>
      </w:pPr>
      <w:r>
        <w:t>Or…</w:t>
      </w:r>
    </w:p>
    <w:p w14:paraId="2F15FFCA" w14:textId="77777777" w:rsidR="00E663E7" w:rsidRDefault="00000000">
      <w:pPr>
        <w:spacing w:after="120" w:line="360" w:lineRule="exact"/>
        <w:ind w:firstLine="432"/>
      </w:pPr>
      <w:r>
        <w:t>They could be a divine intervention mechanism. A form of redirection.</w:t>
      </w:r>
    </w:p>
    <w:p w14:paraId="7A02BE9F" w14:textId="77777777" w:rsidR="00E663E7" w:rsidRDefault="00E663E7">
      <w:pPr>
        <w:spacing w:line="360" w:lineRule="exact"/>
      </w:pPr>
      <w:r/>
    </w:p>
    <w:p w14:paraId="5657DC96" w14:textId="77777777" w:rsidR="00E663E7" w:rsidRDefault="00000000">
      <w:pPr>
        <w:spacing w:after="120" w:line="360" w:lineRule="exact"/>
        <w:ind w:firstLine="432"/>
      </w:pPr>
      <w:r>
        <w:t>What makes this compelling is that every time I encountered them, something happened shortly after — a consequence, a warning, or a moment of insight. They weren’t just there — they were guiding me, even if harshly.</w:t>
      </w:r>
    </w:p>
    <w:p w14:paraId="03B645E1" w14:textId="77777777" w:rsidR="00E663E7" w:rsidRDefault="00E663E7">
      <w:pPr>
        <w:spacing w:line="360" w:lineRule="exact"/>
      </w:pPr>
      <w:r/>
    </w:p>
    <w:p w14:paraId="02A384FC" w14:textId="77777777" w:rsidR="00E663E7" w:rsidRDefault="00000000">
      <w:pPr>
        <w:spacing w:after="120" w:line="360" w:lineRule="exact"/>
        <w:ind w:firstLine="432"/>
      </w:pPr>
      <w:r>
        <w:t>A New Interpretation:</w:t>
      </w:r>
    </w:p>
    <w:p w14:paraId="56316C85" w14:textId="77777777" w:rsidR="00E663E7" w:rsidRDefault="00E663E7">
      <w:pPr>
        <w:spacing w:line="360" w:lineRule="exact"/>
      </w:pPr>
      <w:r/>
    </w:p>
    <w:p w14:paraId="411D1445" w14:textId="77777777" w:rsidR="00E663E7" w:rsidRDefault="00000000">
      <w:pPr>
        <w:spacing w:after="120" w:line="360" w:lineRule="exact"/>
        <w:ind w:firstLine="432"/>
      </w:pPr>
      <w:r>
        <w:t>At first, I believed these entities were trying to destroy me.</w:t>
      </w:r>
    </w:p>
    <w:p w14:paraId="139F5F67" w14:textId="77777777" w:rsidR="00E663E7" w:rsidRDefault="00000000">
      <w:pPr>
        <w:spacing w:after="120" w:line="360" w:lineRule="exact"/>
        <w:ind w:firstLine="432"/>
      </w:pPr>
      <w:r>
        <w:t>Now… I’m not so sure.</w:t>
      </w:r>
    </w:p>
    <w:p w14:paraId="641BBF11" w14:textId="77777777" w:rsidR="00E663E7" w:rsidRDefault="00E663E7">
      <w:pPr>
        <w:spacing w:line="360" w:lineRule="exact"/>
      </w:pPr>
      <w:r/>
    </w:p>
    <w:p w14:paraId="177DE86A" w14:textId="77777777" w:rsidR="00E663E7" w:rsidRDefault="00000000">
      <w:pPr>
        <w:spacing w:after="120" w:line="360" w:lineRule="exact"/>
        <w:ind w:firstLine="432"/>
      </w:pPr>
      <w:r>
        <w:t>I think they may have saved me.</w:t>
      </w:r>
    </w:p>
    <w:p w14:paraId="5449D9F0" w14:textId="77777777" w:rsidR="00E663E7" w:rsidRDefault="00E663E7">
      <w:pPr>
        <w:spacing w:line="360" w:lineRule="exact"/>
      </w:pPr>
      <w:r/>
    </w:p>
    <w:p w14:paraId="303AA534" w14:textId="77777777" w:rsidR="00E663E7" w:rsidRDefault="00000000">
      <w:pPr>
        <w:spacing w:after="120" w:line="360" w:lineRule="exact"/>
        <w:ind w:firstLine="432"/>
      </w:pPr>
      <w:r>
        <w:t>They pushed me toward truth.</w:t>
      </w:r>
    </w:p>
    <w:p w14:paraId="54E08DA3" w14:textId="77777777" w:rsidR="00E663E7" w:rsidRDefault="00000000">
      <w:pPr>
        <w:spacing w:after="120" w:line="360" w:lineRule="exact"/>
        <w:ind w:firstLine="432"/>
      </w:pPr>
      <w:r>
        <w:t>They punished my arrogance.</w:t>
      </w:r>
    </w:p>
    <w:p w14:paraId="45A68693" w14:textId="77777777" w:rsidR="00E663E7" w:rsidRDefault="00000000">
      <w:pPr>
        <w:spacing w:after="120" w:line="360" w:lineRule="exact"/>
        <w:ind w:firstLine="432"/>
      </w:pPr>
      <w:r>
        <w:t>They burned down illusions.</w:t>
      </w:r>
    </w:p>
    <w:p w14:paraId="20857F82" w14:textId="77777777" w:rsidR="00E663E7" w:rsidRDefault="00000000">
      <w:pPr>
        <w:spacing w:after="120" w:line="360" w:lineRule="exact"/>
        <w:ind w:firstLine="432"/>
      </w:pPr>
      <w:r>
        <w:t>And in doing so, they prevented far worse fates — like death, prison, or losing my son completely.</w:t>
      </w:r>
    </w:p>
    <w:p w14:paraId="3C796A5B" w14:textId="77777777" w:rsidR="00E663E7" w:rsidRDefault="00E663E7">
      <w:pPr>
        <w:spacing w:line="360" w:lineRule="exact"/>
      </w:pPr>
      <w:r/>
    </w:p>
    <w:p w14:paraId="18F1ED84" w14:textId="77777777" w:rsidR="00E663E7" w:rsidRDefault="00000000">
      <w:pPr>
        <w:spacing w:after="120" w:line="360" w:lineRule="exact"/>
        <w:ind w:firstLine="432"/>
      </w:pPr>
      <w:r>
        <w:t>Even my drug use — as destructive as it became — seemed to play a paradoxical role.</w:t>
      </w:r>
    </w:p>
    <w:p w14:paraId="1431AD3C" w14:textId="77777777" w:rsidR="00E663E7" w:rsidRDefault="00000000">
      <w:pPr>
        <w:spacing w:after="120" w:line="360" w:lineRule="exact"/>
        <w:ind w:firstLine="432"/>
      </w:pPr>
      <w:r>
        <w:t>It opened the door to these entities.</w:t>
      </w:r>
    </w:p>
    <w:p w14:paraId="50CF86D3" w14:textId="77777777" w:rsidR="00E663E7" w:rsidRDefault="00000000">
      <w:pPr>
        <w:spacing w:after="120" w:line="360" w:lineRule="exact"/>
        <w:ind w:firstLine="432"/>
      </w:pPr>
      <w:r>
        <w:t>It peeled back the filter.</w:t>
      </w:r>
    </w:p>
    <w:p w14:paraId="4474370D" w14:textId="77777777" w:rsidR="00E663E7" w:rsidRDefault="00000000">
      <w:pPr>
        <w:spacing w:after="120" w:line="360" w:lineRule="exact"/>
        <w:ind w:firstLine="432"/>
      </w:pPr>
      <w:r>
        <w:t>And in that raw, vulnerable state… I saw what I needed to see.</w:t>
      </w:r>
    </w:p>
    <w:p w14:paraId="3970C4DD" w14:textId="77777777" w:rsidR="00E663E7" w:rsidRDefault="00E663E7">
      <w:pPr>
        <w:spacing w:line="360" w:lineRule="exact"/>
      </w:pPr>
      <w:r/>
    </w:p>
    <w:p w14:paraId="363D35A4" w14:textId="77777777" w:rsidR="00E663E7" w:rsidRDefault="00000000">
      <w:pPr>
        <w:spacing w:after="120" w:line="360" w:lineRule="exact"/>
        <w:ind w:firstLine="432"/>
      </w:pPr>
      <w:r>
        <w:t>Conclusion:</w:t>
      </w:r>
    </w:p>
    <w:p w14:paraId="653FA8DF" w14:textId="77777777" w:rsidR="00E663E7" w:rsidRDefault="00E663E7">
      <w:pPr>
        <w:spacing w:line="360" w:lineRule="exact"/>
      </w:pPr>
      <w:r/>
    </w:p>
    <w:p w14:paraId="563E5A1D" w14:textId="77777777" w:rsidR="00E663E7" w:rsidRDefault="00000000">
      <w:pPr>
        <w:spacing w:after="120" w:line="360" w:lineRule="exact"/>
        <w:ind w:firstLine="432"/>
      </w:pPr>
      <w:r>
        <w:t>Reality isn’t just what you see.</w:t>
      </w:r>
    </w:p>
    <w:p w14:paraId="3113E1FA" w14:textId="77777777" w:rsidR="00E663E7" w:rsidRDefault="00000000">
      <w:pPr>
        <w:spacing w:after="120" w:line="360" w:lineRule="exact"/>
        <w:ind w:firstLine="432"/>
      </w:pPr>
      <w:r>
        <w:t>It’s what you’re allowed to see.</w:t>
      </w:r>
    </w:p>
    <w:p w14:paraId="62D10CAF" w14:textId="77777777" w:rsidR="00E663E7" w:rsidRDefault="00000000">
      <w:pPr>
        <w:spacing w:after="120" w:line="360" w:lineRule="exact"/>
        <w:ind w:firstLine="432"/>
      </w:pPr>
      <w:r>
        <w:t>And when you start asking the right questions — when you suffer enough to become awake — the filter thins.</w:t>
      </w:r>
    </w:p>
    <w:p w14:paraId="08E07FC0" w14:textId="77777777" w:rsidR="00E663E7" w:rsidRDefault="00E663E7">
      <w:pPr>
        <w:spacing w:line="360" w:lineRule="exact"/>
      </w:pPr>
      <w:r/>
    </w:p>
    <w:p w14:paraId="2791AAFD" w14:textId="77777777" w:rsidR="00E663E7" w:rsidRDefault="00000000">
      <w:pPr>
        <w:spacing w:after="120" w:line="360" w:lineRule="exact"/>
        <w:ind w:firstLine="432"/>
      </w:pPr>
      <w:r>
        <w:t>And on the other side, there are things watching.</w:t>
      </w:r>
    </w:p>
    <w:p w14:paraId="1A597545" w14:textId="77777777" w:rsidR="00E663E7" w:rsidRDefault="00000000">
      <w:pPr>
        <w:spacing w:after="120" w:line="360" w:lineRule="exact"/>
        <w:ind w:firstLine="432"/>
      </w:pPr>
      <w:r>
        <w:t>Things you don’t understand.</w:t>
      </w:r>
    </w:p>
    <w:p w14:paraId="74F484DF" w14:textId="77777777" w:rsidR="00E663E7" w:rsidRDefault="00000000">
      <w:pPr>
        <w:spacing w:after="120" w:line="360" w:lineRule="exact"/>
        <w:ind w:firstLine="432"/>
      </w:pPr>
      <w:r>
        <w:t>And maybe… you’re not supposed to.</w:t>
      </w:r>
    </w:p>
    <w:p w14:paraId="639A50AD" w14:textId="77777777" w:rsidR="00E663E7" w:rsidRDefault="00E663E7">
      <w:pPr>
        <w:spacing w:line="360" w:lineRule="exact"/>
      </w:pPr>
      <w:r/>
    </w:p>
    <w:p w14:paraId="3215EBD1" w14:textId="77777777" w:rsidR="00E663E7" w:rsidRDefault="00000000">
      <w:pPr>
        <w:spacing w:after="120" w:line="360" w:lineRule="exact"/>
        <w:ind w:firstLine="432"/>
      </w:pPr>
      <w:r>
        <w:t>But they understand you.</w:t>
      </w:r>
    </w:p>
    <w:p w14:paraId="0E048B25" w14:textId="77777777" w:rsidR="00E663E7" w:rsidRDefault="00000000">
      <w:pPr>
        <w:spacing w:after="120" w:line="360" w:lineRule="exact"/>
        <w:ind w:firstLine="432"/>
      </w:pPr>
      <w:r>
        <w:t>They see your heart.</w:t>
      </w:r>
    </w:p>
    <w:p w14:paraId="5F5AB23A" w14:textId="77777777" w:rsidR="00E663E7" w:rsidRDefault="00000000">
      <w:pPr>
        <w:spacing w:after="120" w:line="360" w:lineRule="exact"/>
        <w:ind w:firstLine="432"/>
      </w:pPr>
      <w:r>
        <w:t>And they will react — to your truth or your deception.</w:t>
      </w:r>
    </w:p>
    <w:p w14:paraId="35744638" w14:textId="77777777" w:rsidR="00E663E7" w:rsidRDefault="00E663E7">
      <w:pPr>
        <w:spacing w:line="360" w:lineRule="exact"/>
      </w:pPr>
      <w:r/>
    </w:p>
    <w:p w14:paraId="48B6A271" w14:textId="77777777" w:rsidR="00E663E7" w:rsidRDefault="00000000">
      <w:pPr>
        <w:spacing w:after="120" w:line="360" w:lineRule="exact"/>
        <w:ind w:firstLine="432"/>
      </w:pPr>
      <w:r>
        <w:t>Filtered reality isn’t broken.</w:t>
      </w:r>
    </w:p>
    <w:p w14:paraId="2182A990" w14:textId="77777777" w:rsidR="00E663E7" w:rsidRDefault="00000000">
      <w:pPr>
        <w:spacing w:after="120" w:line="360" w:lineRule="exact"/>
        <w:ind w:firstLine="432"/>
      </w:pPr>
      <w:r>
        <w:t>It’s protective.</w:t>
      </w:r>
    </w:p>
    <w:p w14:paraId="2CAFAAFE" w14:textId="77777777" w:rsidR="00E663E7" w:rsidRDefault="00E663E7">
      <w:pPr>
        <w:spacing w:line="360" w:lineRule="exact"/>
      </w:pPr>
      <w:r/>
    </w:p>
    <w:p w14:paraId="6A3F9628" w14:textId="77777777" w:rsidR="00E663E7" w:rsidRDefault="00000000">
      <w:pPr>
        <w:spacing w:after="120" w:line="360" w:lineRule="exact"/>
        <w:ind w:firstLine="432"/>
      </w:pPr>
      <w:r>
        <w:t>But some of us… are meant to see more.</w:t>
      </w:r>
    </w:p>
    <w:p w14:paraId="24706C1A" w14:textId="77777777" w:rsidR="00E663E7" w:rsidRDefault="00E663E7">
      <w:pPr>
        <w:spacing w:line="360" w:lineRule="exact"/>
      </w:pPr>
      <w:r/>
    </w:p>
    <w:p w14:paraId="197174C2" w14:textId="77777777" w:rsidR="00E663E7" w:rsidRDefault="00E663E7">
      <w:pPr>
        <w:spacing w:line="360" w:lineRule="exact"/>
      </w:pPr>
      <w:r/>
    </w:p>
    <w:p w14:paraId="3098FE42" w14:textId="77777777" w:rsidR="00E663E7" w:rsidRDefault="00000000">
      <w:pPr>
        <w:spacing w:line="360" w:lineRule="exact"/>
        <w:jc w:val="center"/>
      </w:pPr>
      <w:r>
        <w:t>Chapter 18: Music That Marked the Moments</w:t>
      </w:r>
    </w:p>
    <w:p w14:paraId="785F0443" w14:textId="77777777" w:rsidR="00E663E7" w:rsidRDefault="00E663E7">
      <w:pPr>
        <w:spacing w:line="360" w:lineRule="exact"/>
      </w:pPr>
      <w:r/>
    </w:p>
    <w:p w14:paraId="703379D2" w14:textId="77777777" w:rsidR="00E663E7" w:rsidRDefault="00000000">
      <w:pPr>
        <w:spacing w:after="120" w:line="360" w:lineRule="exact"/>
        <w:ind w:firstLine="432"/>
      </w:pPr>
      <w:r>
        <w:t>“Where words fail, music speaks.”</w:t>
      </w:r>
    </w:p>
    <w:p w14:paraId="01D55452" w14:textId="77777777" w:rsidR="00E663E7" w:rsidRDefault="00E663E7">
      <w:pPr>
        <w:spacing w:line="360" w:lineRule="exact"/>
      </w:pPr>
      <w:r/>
    </w:p>
    <w:p w14:paraId="701077F9" w14:textId="77777777" w:rsidR="00E663E7" w:rsidRDefault="00000000">
      <w:pPr>
        <w:spacing w:after="120" w:line="360" w:lineRule="exact"/>
        <w:ind w:firstLine="432"/>
      </w:pPr>
      <w:r>
        <w:t>If I had to choose a second language — it would be music.</w:t>
      </w:r>
    </w:p>
    <w:p w14:paraId="42D76F6A" w14:textId="77777777" w:rsidR="00E663E7" w:rsidRDefault="00000000">
      <w:pPr>
        <w:spacing w:after="120" w:line="360" w:lineRule="exact"/>
        <w:ind w:firstLine="432"/>
      </w:pPr>
      <w:r>
        <w:t>It has narrated my life louder than most people ever did.</w:t>
      </w:r>
    </w:p>
    <w:p w14:paraId="5DDA0BC0" w14:textId="77777777" w:rsidR="00E663E7" w:rsidRDefault="00E663E7">
      <w:pPr>
        <w:spacing w:line="360" w:lineRule="exact"/>
      </w:pPr>
      <w:r/>
    </w:p>
    <w:p w14:paraId="1101A137" w14:textId="77777777" w:rsidR="00E663E7" w:rsidRDefault="00000000">
      <w:pPr>
        <w:spacing w:after="120" w:line="360" w:lineRule="exact"/>
        <w:ind w:firstLine="432"/>
      </w:pPr>
      <w:r>
        <w:t>When I didn’t have the words,</w:t>
      </w:r>
    </w:p>
    <w:p w14:paraId="06927401" w14:textId="77777777" w:rsidR="00E663E7" w:rsidRDefault="00000000">
      <w:pPr>
        <w:spacing w:after="120" w:line="360" w:lineRule="exact"/>
        <w:ind w:firstLine="432"/>
      </w:pPr>
      <w:r>
        <w:t>When I couldn’t explain the pain,</w:t>
      </w:r>
    </w:p>
    <w:p w14:paraId="3B79069B" w14:textId="77777777" w:rsidR="00E663E7" w:rsidRDefault="00000000">
      <w:pPr>
        <w:spacing w:after="120" w:line="360" w:lineRule="exact"/>
        <w:ind w:firstLine="432"/>
      </w:pPr>
      <w:r>
        <w:t>When even God felt distant —</w:t>
      </w:r>
    </w:p>
    <w:p w14:paraId="2CFF43A6" w14:textId="77777777" w:rsidR="00E663E7" w:rsidRDefault="00000000">
      <w:pPr>
        <w:spacing w:after="120" w:line="360" w:lineRule="exact"/>
        <w:ind w:firstLine="432"/>
      </w:pPr>
      <w:r>
        <w:t>It was music that held me.</w:t>
      </w:r>
    </w:p>
    <w:p w14:paraId="57D2FAE4" w14:textId="77777777" w:rsidR="00E663E7" w:rsidRDefault="00E663E7">
      <w:pPr>
        <w:spacing w:line="360" w:lineRule="exact"/>
      </w:pPr>
      <w:r/>
    </w:p>
    <w:p w14:paraId="53EFD086" w14:textId="77777777" w:rsidR="00E663E7" w:rsidRDefault="00000000">
      <w:pPr>
        <w:spacing w:after="120" w:line="360" w:lineRule="exact"/>
        <w:ind w:firstLine="432"/>
      </w:pPr>
      <w:r>
        <w:t>Certain songs didn’t just play in the background — they defined chapters of my life. They became soundtracks to joy, betrayal, loss, and the search for redemption. These weren’t just catchy hooks — they were spiritual bookmarks.</w:t>
      </w:r>
    </w:p>
    <w:p w14:paraId="321F7A66" w14:textId="77777777" w:rsidR="00E663E7" w:rsidRDefault="00E663E7">
      <w:pPr>
        <w:spacing w:line="360" w:lineRule="exact"/>
      </w:pPr>
      <w:r/>
    </w:p>
    <w:p w14:paraId="7CA76D19" w14:textId="77777777" w:rsidR="00E663E7" w:rsidRDefault="00000000">
      <w:pPr>
        <w:spacing w:after="120" w:line="360" w:lineRule="exact"/>
        <w:ind w:firstLine="432"/>
      </w:pPr>
      <w:r>
        <w:t>Let me take you through a few.</w:t>
      </w:r>
    </w:p>
    <w:p w14:paraId="3E115450" w14:textId="77777777" w:rsidR="00E663E7" w:rsidRDefault="00E663E7">
      <w:pPr>
        <w:spacing w:line="360" w:lineRule="exact"/>
      </w:pPr>
      <w:r/>
    </w:p>
    <w:p w14:paraId="39DC610C" w14:textId="77777777" w:rsidR="00E663E7" w:rsidRDefault="00000000">
      <w:pPr>
        <w:spacing w:after="120" w:line="360" w:lineRule="exact"/>
        <w:ind w:firstLine="432"/>
      </w:pPr>
      <w:r>
        <w:t>“Turned Your Back” – Gunna</w:t>
      </w:r>
    </w:p>
    <w:p w14:paraId="5683D6FC" w14:textId="77777777" w:rsidR="00E663E7" w:rsidRDefault="00E663E7">
      <w:pPr>
        <w:spacing w:line="360" w:lineRule="exact"/>
      </w:pPr>
      <w:r/>
    </w:p>
    <w:p w14:paraId="1ADB6248" w14:textId="77777777" w:rsidR="00E663E7" w:rsidRDefault="00000000">
      <w:pPr>
        <w:spacing w:after="120" w:line="360" w:lineRule="exact"/>
        <w:ind w:firstLine="432"/>
      </w:pPr>
      <w:r>
        <w:t>This wasn’t just a theme song.</w:t>
      </w:r>
    </w:p>
    <w:p w14:paraId="6D562ABC" w14:textId="77777777" w:rsidR="00E663E7" w:rsidRDefault="00000000">
      <w:pPr>
        <w:spacing w:after="120" w:line="360" w:lineRule="exact"/>
        <w:ind w:firstLine="432"/>
      </w:pPr>
      <w:r>
        <w:t>It was a realization.</w:t>
      </w:r>
    </w:p>
    <w:p w14:paraId="1DB2728C" w14:textId="77777777" w:rsidR="00E663E7" w:rsidRDefault="00E663E7">
      <w:pPr>
        <w:spacing w:line="360" w:lineRule="exact"/>
      </w:pPr>
      <w:r/>
    </w:p>
    <w:p w14:paraId="61E12F43" w14:textId="77777777" w:rsidR="00E663E7" w:rsidRDefault="00000000">
      <w:pPr>
        <w:spacing w:after="120" w:line="360" w:lineRule="exact"/>
        <w:ind w:firstLine="432"/>
      </w:pPr>
      <w:r>
        <w:t>I remember sitting in my Jeep, hallucinating, seeing shadows and spirits around me. I was sobbing. Not from fear — but from betrayal. And then the music cut through the chaos.</w:t>
      </w:r>
    </w:p>
    <w:p w14:paraId="16DF0558" w14:textId="77777777" w:rsidR="00E663E7" w:rsidRDefault="00E663E7">
      <w:pPr>
        <w:spacing w:line="360" w:lineRule="exact"/>
      </w:pPr>
      <w:r/>
    </w:p>
    <w:p w14:paraId="04DCB8F2" w14:textId="77777777" w:rsidR="00E663E7" w:rsidRDefault="00000000">
      <w:pPr>
        <w:spacing w:after="120" w:line="360" w:lineRule="exact"/>
        <w:ind w:firstLine="432"/>
      </w:pPr>
      <w:r>
        <w:t>“You turned your back on me…”</w:t>
      </w:r>
    </w:p>
    <w:p w14:paraId="22AFC354" w14:textId="77777777" w:rsidR="00E663E7" w:rsidRDefault="00E663E7">
      <w:pPr>
        <w:spacing w:line="360" w:lineRule="exact"/>
      </w:pPr>
      <w:r/>
    </w:p>
    <w:p w14:paraId="4BE535D2" w14:textId="77777777" w:rsidR="00E663E7" w:rsidRDefault="00000000">
      <w:pPr>
        <w:spacing w:after="120" w:line="360" w:lineRule="exact"/>
        <w:ind w:firstLine="432"/>
      </w:pPr>
      <w:r>
        <w:t>The beat hit, the melody cut deep — and suddenly, it was like the spirits were reacting. Their faces shifted, their energy twisted. They didn’t like that song.</w:t>
      </w:r>
    </w:p>
    <w:p w14:paraId="334E9DFE" w14:textId="77777777" w:rsidR="00E663E7" w:rsidRDefault="00000000">
      <w:pPr>
        <w:spacing w:after="120" w:line="360" w:lineRule="exact"/>
        <w:ind w:firstLine="432"/>
      </w:pPr>
      <w:r>
        <w:t>And that told me everything.</w:t>
      </w:r>
    </w:p>
    <w:p w14:paraId="6A0FF7E8" w14:textId="77777777" w:rsidR="00E663E7" w:rsidRDefault="00E663E7">
      <w:pPr>
        <w:spacing w:line="360" w:lineRule="exact"/>
      </w:pPr>
      <w:r/>
    </w:p>
    <w:p w14:paraId="01A668EF" w14:textId="77777777" w:rsidR="00E663E7" w:rsidRDefault="00000000">
      <w:pPr>
        <w:spacing w:after="120" w:line="360" w:lineRule="exact"/>
        <w:ind w:firstLine="432"/>
      </w:pPr>
      <w:r>
        <w:t>That track now marks the moment I knew Nicole had fully betrayed me. It was confirmation through vibration. Sound became truth.</w:t>
      </w:r>
    </w:p>
    <w:p w14:paraId="681450A5" w14:textId="77777777" w:rsidR="00E663E7" w:rsidRDefault="00E663E7">
      <w:pPr>
        <w:spacing w:line="360" w:lineRule="exact"/>
      </w:pPr>
      <w:r/>
    </w:p>
    <w:p w14:paraId="6E66B024" w14:textId="77777777" w:rsidR="00E663E7" w:rsidRDefault="00000000">
      <w:pPr>
        <w:spacing w:after="120" w:line="360" w:lineRule="exact"/>
        <w:ind w:firstLine="432"/>
      </w:pPr>
      <w:r>
        <w:t>“Wild &amp; Rich” – 450</w:t>
      </w:r>
    </w:p>
    <w:p w14:paraId="74805773" w14:textId="77777777" w:rsidR="00E663E7" w:rsidRDefault="00E663E7">
      <w:pPr>
        <w:spacing w:line="360" w:lineRule="exact"/>
      </w:pPr>
      <w:r/>
    </w:p>
    <w:p w14:paraId="7AA7D913" w14:textId="77777777" w:rsidR="00E663E7" w:rsidRDefault="00000000">
      <w:pPr>
        <w:spacing w:after="120" w:line="360" w:lineRule="exact"/>
        <w:ind w:firstLine="432"/>
      </w:pPr>
      <w:r>
        <w:t>This one came after I was thrown out of my own home.</w:t>
      </w:r>
    </w:p>
    <w:p w14:paraId="143FA950" w14:textId="77777777" w:rsidR="00E663E7" w:rsidRDefault="00000000">
      <w:pPr>
        <w:spacing w:after="120" w:line="360" w:lineRule="exact"/>
        <w:ind w:firstLine="432"/>
      </w:pPr>
      <w:r>
        <w:t>A man stripped of everything.</w:t>
      </w:r>
    </w:p>
    <w:p w14:paraId="694F1BD4" w14:textId="77777777" w:rsidR="00E663E7" w:rsidRDefault="00E663E7">
      <w:pPr>
        <w:spacing w:line="360" w:lineRule="exact"/>
      </w:pPr>
      <w:r/>
    </w:p>
    <w:p w14:paraId="1AEB95F2" w14:textId="77777777" w:rsidR="00E663E7" w:rsidRDefault="00000000">
      <w:pPr>
        <w:spacing w:after="120" w:line="360" w:lineRule="exact"/>
        <w:ind w:firstLine="432"/>
      </w:pPr>
      <w:r>
        <w:t>“Nah lie, mi nah same from yuh cut…”</w:t>
      </w:r>
    </w:p>
    <w:p w14:paraId="5AE4170A" w14:textId="77777777" w:rsidR="00E663E7" w:rsidRDefault="00E663E7">
      <w:pPr>
        <w:spacing w:line="360" w:lineRule="exact"/>
      </w:pPr>
      <w:r/>
    </w:p>
    <w:p w14:paraId="7B54C853" w14:textId="77777777" w:rsidR="00E663E7" w:rsidRDefault="00000000">
      <w:pPr>
        <w:spacing w:after="120" w:line="360" w:lineRule="exact"/>
        <w:ind w:firstLine="432"/>
      </w:pPr>
      <w:r>
        <w:t>Even though I hated her for what she’d done, those lyrics were the reflection of what I couldn’t admit:</w:t>
      </w:r>
    </w:p>
    <w:p w14:paraId="7E96155B" w14:textId="77777777" w:rsidR="00E663E7" w:rsidRDefault="00000000">
      <w:pPr>
        <w:spacing w:after="120" w:line="360" w:lineRule="exact"/>
        <w:ind w:firstLine="432"/>
      </w:pPr>
      <w:r>
        <w:t>That I missed something.</w:t>
      </w:r>
    </w:p>
    <w:p w14:paraId="5EBE31FA" w14:textId="77777777" w:rsidR="00E663E7" w:rsidRDefault="00E663E7">
      <w:pPr>
        <w:spacing w:line="360" w:lineRule="exact"/>
      </w:pPr>
      <w:r/>
    </w:p>
    <w:p w14:paraId="41902FA4" w14:textId="77777777" w:rsidR="00E663E7" w:rsidRDefault="00000000">
      <w:pPr>
        <w:spacing w:after="120" w:line="360" w:lineRule="exact"/>
        <w:ind w:firstLine="432"/>
      </w:pPr>
      <w:r>
        <w:t>Not her.</w:t>
      </w:r>
    </w:p>
    <w:p w14:paraId="53808F07" w14:textId="77777777" w:rsidR="00E663E7" w:rsidRDefault="00000000">
      <w:pPr>
        <w:spacing w:after="120" w:line="360" w:lineRule="exact"/>
        <w:ind w:firstLine="432"/>
      </w:pPr>
      <w:r>
        <w:t>Not the pain.</w:t>
      </w:r>
    </w:p>
    <w:p w14:paraId="05FBE154" w14:textId="77777777" w:rsidR="00E663E7" w:rsidRDefault="00000000">
      <w:pPr>
        <w:spacing w:after="120" w:line="360" w:lineRule="exact"/>
        <w:ind w:firstLine="432"/>
      </w:pPr>
      <w:r>
        <w:t>But the illusion of family. The routine. The broken but familiar life.</w:t>
      </w:r>
    </w:p>
    <w:p w14:paraId="2B000891" w14:textId="77777777" w:rsidR="00E663E7" w:rsidRDefault="00000000">
      <w:pPr>
        <w:spacing w:after="120" w:line="360" w:lineRule="exact"/>
        <w:ind w:firstLine="432"/>
      </w:pPr>
      <w:r>
        <w:t>Coming home from work and seeing my kids. The quiet chaos. The smell of food in the kitchen. The sound of cartoons in the background.</w:t>
      </w:r>
    </w:p>
    <w:p w14:paraId="3B556D3B" w14:textId="77777777" w:rsidR="00E663E7" w:rsidRDefault="00E663E7">
      <w:pPr>
        <w:spacing w:line="360" w:lineRule="exact"/>
      </w:pPr>
      <w:r/>
    </w:p>
    <w:p w14:paraId="574C4002" w14:textId="77777777" w:rsidR="00E663E7" w:rsidRDefault="00000000">
      <w:pPr>
        <w:spacing w:after="120" w:line="360" w:lineRule="exact"/>
        <w:ind w:firstLine="432"/>
      </w:pPr>
      <w:r>
        <w:t>It was gone.</w:t>
      </w:r>
    </w:p>
    <w:p w14:paraId="234062D2" w14:textId="77777777" w:rsidR="00E663E7" w:rsidRDefault="00000000">
      <w:pPr>
        <w:spacing w:after="120" w:line="360" w:lineRule="exact"/>
        <w:ind w:firstLine="432"/>
      </w:pPr>
      <w:r>
        <w:t>And even if it had been built on lies, it was still home.</w:t>
      </w:r>
    </w:p>
    <w:p w14:paraId="781BE0D0" w14:textId="77777777" w:rsidR="00E663E7" w:rsidRDefault="00000000">
      <w:pPr>
        <w:spacing w:after="120" w:line="360" w:lineRule="exact"/>
        <w:ind w:firstLine="432"/>
      </w:pPr>
      <w:r>
        <w:t>That song helped me grieve it.</w:t>
      </w:r>
    </w:p>
    <w:p w14:paraId="608C7330" w14:textId="77777777" w:rsidR="00E663E7" w:rsidRDefault="00E663E7">
      <w:pPr>
        <w:spacing w:line="360" w:lineRule="exact"/>
      </w:pPr>
      <w:r/>
    </w:p>
    <w:p w14:paraId="072BDA5F" w14:textId="77777777" w:rsidR="00E663E7" w:rsidRDefault="00000000">
      <w:pPr>
        <w:spacing w:after="120" w:line="360" w:lineRule="exact"/>
        <w:ind w:firstLine="432"/>
      </w:pPr>
      <w:r>
        <w:t>“Loveeeeeee Song” – Rihanna &amp; Future</w:t>
      </w:r>
    </w:p>
    <w:p w14:paraId="38653180" w14:textId="77777777" w:rsidR="00E663E7" w:rsidRDefault="00E663E7">
      <w:pPr>
        <w:spacing w:line="360" w:lineRule="exact"/>
      </w:pPr>
      <w:r/>
    </w:p>
    <w:p w14:paraId="1D28BDD0" w14:textId="77777777" w:rsidR="00E663E7" w:rsidRDefault="00000000">
      <w:pPr>
        <w:spacing w:after="120" w:line="360" w:lineRule="exact"/>
        <w:ind w:firstLine="432"/>
      </w:pPr>
      <w:r>
        <w:t>This was the soundtrack to my heartbreak after leaving Sara.</w:t>
      </w:r>
    </w:p>
    <w:p w14:paraId="3F06A4E3" w14:textId="77777777" w:rsidR="00E663E7" w:rsidRDefault="00000000">
      <w:pPr>
        <w:spacing w:after="120" w:line="360" w:lineRule="exact"/>
        <w:ind w:firstLine="432"/>
      </w:pPr>
      <w:r>
        <w:t>A woman who unraveled my ego.</w:t>
      </w:r>
    </w:p>
    <w:p w14:paraId="7CF06783" w14:textId="77777777" w:rsidR="00E663E7" w:rsidRDefault="00E663E7">
      <w:pPr>
        <w:spacing w:line="360" w:lineRule="exact"/>
      </w:pPr>
      <w:r/>
    </w:p>
    <w:p w14:paraId="2DBFFEA2" w14:textId="77777777" w:rsidR="00E663E7" w:rsidRDefault="00000000">
      <w:pPr>
        <w:spacing w:after="120" w:line="360" w:lineRule="exact"/>
        <w:ind w:firstLine="432"/>
      </w:pPr>
      <w:r>
        <w:t>I listened to it on the flight back from Montreal.</w:t>
      </w:r>
    </w:p>
    <w:p w14:paraId="399851DC" w14:textId="77777777" w:rsidR="00E663E7" w:rsidRDefault="00000000">
      <w:pPr>
        <w:spacing w:after="120" w:line="360" w:lineRule="exact"/>
        <w:ind w:firstLine="432"/>
      </w:pPr>
      <w:r>
        <w:t>Window seat.</w:t>
      </w:r>
    </w:p>
    <w:p w14:paraId="238949ED" w14:textId="77777777" w:rsidR="00E663E7" w:rsidRDefault="00000000">
      <w:pPr>
        <w:spacing w:after="120" w:line="360" w:lineRule="exact"/>
        <w:ind w:firstLine="432"/>
      </w:pPr>
      <w:r>
        <w:t>Hollow chest.</w:t>
      </w:r>
    </w:p>
    <w:p w14:paraId="64E5DD3D" w14:textId="77777777" w:rsidR="00E663E7" w:rsidRDefault="00000000">
      <w:pPr>
        <w:spacing w:after="120" w:line="360" w:lineRule="exact"/>
        <w:ind w:firstLine="432"/>
      </w:pPr>
      <w:r>
        <w:t>Regret like an echo chamber.</w:t>
      </w:r>
    </w:p>
    <w:p w14:paraId="61656CB0" w14:textId="77777777" w:rsidR="00E663E7" w:rsidRDefault="00E663E7">
      <w:pPr>
        <w:spacing w:line="360" w:lineRule="exact"/>
      </w:pPr>
      <w:r/>
    </w:p>
    <w:p w14:paraId="0B077BA0" w14:textId="77777777" w:rsidR="00E663E7" w:rsidRDefault="00000000">
      <w:pPr>
        <w:spacing w:after="120" w:line="360" w:lineRule="exact"/>
        <w:ind w:firstLine="432"/>
      </w:pPr>
      <w:r>
        <w:t>I didn’t even fully understand why it hurt so much — only that it did. That song reminds me that vulnerability, when betrayed, cuts deeper than violence ever could.</w:t>
      </w:r>
    </w:p>
    <w:p w14:paraId="391E5AE1" w14:textId="77777777" w:rsidR="00E663E7" w:rsidRDefault="00E663E7">
      <w:pPr>
        <w:spacing w:line="360" w:lineRule="exact"/>
      </w:pPr>
      <w:r/>
    </w:p>
    <w:p w14:paraId="5C913497" w14:textId="77777777" w:rsidR="00E663E7" w:rsidRDefault="00000000">
      <w:pPr>
        <w:spacing w:after="120" w:line="360" w:lineRule="exact"/>
        <w:ind w:firstLine="432"/>
      </w:pPr>
      <w:r>
        <w:t>“Naked” – Popcaan</w:t>
      </w:r>
    </w:p>
    <w:p w14:paraId="499B704D" w14:textId="77777777" w:rsidR="00E663E7" w:rsidRDefault="00E663E7">
      <w:pPr>
        <w:spacing w:line="360" w:lineRule="exact"/>
      </w:pPr>
      <w:r/>
    </w:p>
    <w:p w14:paraId="6B3025F1" w14:textId="77777777" w:rsidR="00E663E7" w:rsidRDefault="00000000">
      <w:pPr>
        <w:spacing w:after="120" w:line="360" w:lineRule="exact"/>
        <w:ind w:firstLine="432"/>
      </w:pPr>
      <w:r>
        <w:t>This one is tied to Ashley.</w:t>
      </w:r>
    </w:p>
    <w:p w14:paraId="312C84F0" w14:textId="77777777" w:rsidR="00E663E7" w:rsidRDefault="00E663E7">
      <w:pPr>
        <w:spacing w:line="360" w:lineRule="exact"/>
      </w:pPr>
      <w:r/>
    </w:p>
    <w:p w14:paraId="13F4C4BB" w14:textId="77777777" w:rsidR="00E663E7" w:rsidRDefault="00000000">
      <w:pPr>
        <w:spacing w:after="120" w:line="360" w:lineRule="exact"/>
        <w:ind w:firstLine="432"/>
      </w:pPr>
      <w:r>
        <w:t>We fell in love to this track.</w:t>
      </w:r>
    </w:p>
    <w:p w14:paraId="302BEFBC" w14:textId="77777777" w:rsidR="00E663E7" w:rsidRDefault="00000000">
      <w:pPr>
        <w:spacing w:after="120" w:line="360" w:lineRule="exact"/>
        <w:ind w:firstLine="432"/>
      </w:pPr>
      <w:r>
        <w:t>Raw. Real. All-consuming.</w:t>
      </w:r>
    </w:p>
    <w:p w14:paraId="2098C2CF" w14:textId="77777777" w:rsidR="00E663E7" w:rsidRDefault="00E663E7">
      <w:pPr>
        <w:spacing w:line="360" w:lineRule="exact"/>
      </w:pPr>
      <w:r/>
    </w:p>
    <w:p w14:paraId="1F764BEE" w14:textId="77777777" w:rsidR="00E663E7" w:rsidRDefault="00000000">
      <w:pPr>
        <w:spacing w:after="120" w:line="360" w:lineRule="exact"/>
        <w:ind w:firstLine="432"/>
      </w:pPr>
      <w:r>
        <w:t>It felt like she saw me, maybe the only one who truly did in that chapter. And when she left, this song became a ghost — playing in rooms where she no longer existed. It turned from seduction to sorrow.</w:t>
      </w:r>
    </w:p>
    <w:p w14:paraId="184B9CF0" w14:textId="77777777" w:rsidR="00E663E7" w:rsidRDefault="00E663E7">
      <w:pPr>
        <w:spacing w:line="360" w:lineRule="exact"/>
      </w:pPr>
      <w:r/>
    </w:p>
    <w:p w14:paraId="27D074DC" w14:textId="77777777" w:rsidR="00E663E7" w:rsidRDefault="00000000">
      <w:pPr>
        <w:spacing w:after="120" w:line="360" w:lineRule="exact"/>
        <w:ind w:firstLine="432"/>
      </w:pPr>
      <w:r>
        <w:t>“Where I Wanna Be” – Donell Jones</w:t>
      </w:r>
    </w:p>
    <w:p w14:paraId="031FF551" w14:textId="77777777" w:rsidR="00E663E7" w:rsidRDefault="00E663E7">
      <w:pPr>
        <w:spacing w:line="360" w:lineRule="exact"/>
      </w:pPr>
      <w:r/>
    </w:p>
    <w:p w14:paraId="7C12CC49" w14:textId="77777777" w:rsidR="00E663E7" w:rsidRDefault="00000000">
      <w:pPr>
        <w:spacing w:after="120" w:line="360" w:lineRule="exact"/>
        <w:ind w:firstLine="432"/>
      </w:pPr>
      <w:r>
        <w:t>This was the confession I never made.</w:t>
      </w:r>
    </w:p>
    <w:p w14:paraId="7833FEA2" w14:textId="77777777" w:rsidR="00E663E7" w:rsidRDefault="00E663E7">
      <w:pPr>
        <w:spacing w:line="360" w:lineRule="exact"/>
      </w:pPr>
      <w:r/>
    </w:p>
    <w:p w14:paraId="7DBC9631" w14:textId="77777777" w:rsidR="00E663E7" w:rsidRDefault="00000000">
      <w:pPr>
        <w:spacing w:after="120" w:line="360" w:lineRule="exact"/>
        <w:ind w:firstLine="432"/>
      </w:pPr>
      <w:r>
        <w:t>The understanding that I had spent my adult life in responsibility, not freedom.</w:t>
      </w:r>
    </w:p>
    <w:p w14:paraId="46DAD40E" w14:textId="77777777" w:rsidR="00E663E7" w:rsidRDefault="00000000">
      <w:pPr>
        <w:spacing w:after="120" w:line="360" w:lineRule="exact"/>
        <w:ind w:firstLine="432"/>
      </w:pPr>
      <w:r>
        <w:t>I never had time to grow into a man before becoming a father, a partner, a provider.</w:t>
      </w:r>
    </w:p>
    <w:p w14:paraId="5405F979" w14:textId="77777777" w:rsidR="00E663E7" w:rsidRDefault="00E663E7">
      <w:pPr>
        <w:spacing w:line="360" w:lineRule="exact"/>
      </w:pPr>
      <w:r/>
    </w:p>
    <w:p w14:paraId="04406F60" w14:textId="77777777" w:rsidR="00E663E7" w:rsidRDefault="00000000">
      <w:pPr>
        <w:spacing w:after="120" w:line="360" w:lineRule="exact"/>
        <w:ind w:firstLine="432"/>
      </w:pPr>
      <w:r>
        <w:t>So yes, I made selfish choices.</w:t>
      </w:r>
    </w:p>
    <w:p w14:paraId="36FD763D" w14:textId="77777777" w:rsidR="00E663E7" w:rsidRDefault="00000000">
      <w:pPr>
        <w:spacing w:after="120" w:line="360" w:lineRule="exact"/>
        <w:ind w:firstLine="432"/>
      </w:pPr>
      <w:r>
        <w:t>Yes, I hurt people.</w:t>
      </w:r>
    </w:p>
    <w:p w14:paraId="34ADDD20" w14:textId="77777777" w:rsidR="00E663E7" w:rsidRDefault="00000000">
      <w:pPr>
        <w:spacing w:after="120" w:line="360" w:lineRule="exact"/>
        <w:ind w:firstLine="432"/>
      </w:pPr>
      <w:r>
        <w:t>But this song was my unspoken apology.</w:t>
      </w:r>
    </w:p>
    <w:p w14:paraId="0D08DBBC" w14:textId="77777777" w:rsidR="00E663E7" w:rsidRDefault="00000000">
      <w:pPr>
        <w:spacing w:after="120" w:line="360" w:lineRule="exact"/>
        <w:ind w:firstLine="432"/>
      </w:pPr>
      <w:r>
        <w:t>To myself.</w:t>
      </w:r>
    </w:p>
    <w:p w14:paraId="27E27D3C" w14:textId="77777777" w:rsidR="00E663E7" w:rsidRDefault="00000000">
      <w:pPr>
        <w:spacing w:after="120" w:line="360" w:lineRule="exact"/>
        <w:ind w:firstLine="432"/>
      </w:pPr>
      <w:r>
        <w:t>To the women I hurt.</w:t>
      </w:r>
    </w:p>
    <w:p w14:paraId="36EB3AA4" w14:textId="77777777" w:rsidR="00E663E7" w:rsidRDefault="00000000">
      <w:pPr>
        <w:spacing w:after="120" w:line="360" w:lineRule="exact"/>
        <w:ind w:firstLine="432"/>
      </w:pPr>
      <w:r>
        <w:t>To the man I could have been sooner.</w:t>
      </w:r>
    </w:p>
    <w:p w14:paraId="7935893B" w14:textId="77777777" w:rsidR="00E663E7" w:rsidRDefault="00E663E7">
      <w:pPr>
        <w:spacing w:line="360" w:lineRule="exact"/>
      </w:pPr>
      <w:r/>
    </w:p>
    <w:p w14:paraId="15DE8C9B" w14:textId="77777777" w:rsidR="00E663E7" w:rsidRDefault="00000000">
      <w:pPr>
        <w:spacing w:after="120" w:line="360" w:lineRule="exact"/>
        <w:ind w:firstLine="432"/>
      </w:pPr>
      <w:r>
        <w:t>“Water Runs Dry” – Boyz II Men</w:t>
      </w:r>
    </w:p>
    <w:p w14:paraId="15C4C6A4" w14:textId="77777777" w:rsidR="00E663E7" w:rsidRDefault="00E663E7">
      <w:pPr>
        <w:spacing w:line="360" w:lineRule="exact"/>
      </w:pPr>
      <w:r/>
    </w:p>
    <w:p w14:paraId="39053B20" w14:textId="77777777" w:rsidR="00E663E7" w:rsidRDefault="00000000">
      <w:pPr>
        <w:spacing w:after="120" w:line="360" w:lineRule="exact"/>
        <w:ind w:firstLine="432"/>
      </w:pPr>
      <w:r>
        <w:t>A classic.</w:t>
      </w:r>
    </w:p>
    <w:p w14:paraId="18BA0149" w14:textId="77777777" w:rsidR="00E663E7" w:rsidRDefault="00000000">
      <w:pPr>
        <w:spacing w:after="120" w:line="360" w:lineRule="exact"/>
        <w:ind w:firstLine="432"/>
      </w:pPr>
      <w:r>
        <w:t>And a warning.</w:t>
      </w:r>
    </w:p>
    <w:p w14:paraId="32D00C03" w14:textId="77777777" w:rsidR="00E663E7" w:rsidRDefault="00E663E7">
      <w:pPr>
        <w:spacing w:line="360" w:lineRule="exact"/>
      </w:pPr>
      <w:r/>
    </w:p>
    <w:p w14:paraId="7269954B" w14:textId="77777777" w:rsidR="00E663E7" w:rsidRDefault="00000000">
      <w:pPr>
        <w:spacing w:after="120" w:line="360" w:lineRule="exact"/>
        <w:ind w:firstLine="432"/>
      </w:pPr>
      <w:r>
        <w:t>“Let’s not wait till the water runs dry…”</w:t>
      </w:r>
    </w:p>
    <w:p w14:paraId="57916604" w14:textId="77777777" w:rsidR="00E663E7" w:rsidRDefault="00E663E7">
      <w:pPr>
        <w:spacing w:line="360" w:lineRule="exact"/>
      </w:pPr>
      <w:r/>
    </w:p>
    <w:p w14:paraId="00038664" w14:textId="77777777" w:rsidR="00E663E7" w:rsidRDefault="00000000">
      <w:pPr>
        <w:spacing w:after="120" w:line="360" w:lineRule="exact"/>
        <w:ind w:firstLine="432"/>
      </w:pPr>
      <w:r>
        <w:t>But I did wait.</w:t>
      </w:r>
    </w:p>
    <w:p w14:paraId="22476320" w14:textId="77777777" w:rsidR="00E663E7" w:rsidRDefault="00000000">
      <w:pPr>
        <w:spacing w:after="120" w:line="360" w:lineRule="exact"/>
        <w:ind w:firstLine="432"/>
      </w:pPr>
      <w:r>
        <w:t>We both did.</w:t>
      </w:r>
    </w:p>
    <w:p w14:paraId="27B29054" w14:textId="77777777" w:rsidR="00E663E7" w:rsidRDefault="00000000">
      <w:pPr>
        <w:spacing w:after="120" w:line="360" w:lineRule="exact"/>
        <w:ind w:firstLine="432"/>
      </w:pPr>
      <w:r>
        <w:t>And when it dried up — it was too late.</w:t>
      </w:r>
    </w:p>
    <w:p w14:paraId="0857B5AE" w14:textId="77777777" w:rsidR="00E663E7" w:rsidRDefault="00E663E7">
      <w:pPr>
        <w:spacing w:line="360" w:lineRule="exact"/>
      </w:pPr>
      <w:r/>
    </w:p>
    <w:p w14:paraId="27E19729" w14:textId="77777777" w:rsidR="00E663E7" w:rsidRDefault="00000000">
      <w:pPr>
        <w:spacing w:after="120" w:line="360" w:lineRule="exact"/>
        <w:ind w:firstLine="432"/>
      </w:pPr>
      <w:r>
        <w:t>This song is the whisper of regret. Of not listening. Of assuming love is renewable. It’s not. Not when it’s abused.</w:t>
      </w:r>
    </w:p>
    <w:p w14:paraId="1470D1E8" w14:textId="77777777" w:rsidR="00E663E7" w:rsidRDefault="00E663E7">
      <w:pPr>
        <w:spacing w:line="360" w:lineRule="exact"/>
      </w:pPr>
      <w:r/>
    </w:p>
    <w:p w14:paraId="4731707C" w14:textId="77777777" w:rsidR="00E663E7" w:rsidRDefault="00000000">
      <w:pPr>
        <w:spacing w:after="120" w:line="360" w:lineRule="exact"/>
        <w:ind w:firstLine="432"/>
      </w:pPr>
      <w:r>
        <w:t>“Not the Only One” – Sam Smith</w:t>
      </w:r>
    </w:p>
    <w:p w14:paraId="4EB513E9" w14:textId="77777777" w:rsidR="00E663E7" w:rsidRDefault="00E663E7">
      <w:pPr>
        <w:spacing w:line="360" w:lineRule="exact"/>
      </w:pPr>
      <w:r/>
    </w:p>
    <w:p w14:paraId="13C99F20" w14:textId="77777777" w:rsidR="00E663E7" w:rsidRDefault="00000000">
      <w:pPr>
        <w:spacing w:after="120" w:line="360" w:lineRule="exact"/>
        <w:ind w:firstLine="432"/>
      </w:pPr>
      <w:r>
        <w:t>This shattered me.</w:t>
      </w:r>
    </w:p>
    <w:p w14:paraId="38EA3B0F" w14:textId="77777777" w:rsidR="00E663E7" w:rsidRDefault="00E663E7">
      <w:pPr>
        <w:spacing w:line="360" w:lineRule="exact"/>
      </w:pPr>
      <w:r/>
    </w:p>
    <w:p w14:paraId="0CE87D47" w14:textId="77777777" w:rsidR="00E663E7" w:rsidRDefault="00000000">
      <w:pPr>
        <w:spacing w:after="120" w:line="360" w:lineRule="exact"/>
        <w:ind w:firstLine="432"/>
      </w:pPr>
      <w:r>
        <w:t>For the longest time, I believed Nicole was loyal — just broken, emotionally unstable.</w:t>
      </w:r>
    </w:p>
    <w:p w14:paraId="4E1AC391" w14:textId="77777777" w:rsidR="00E663E7" w:rsidRDefault="00000000">
      <w:pPr>
        <w:spacing w:after="120" w:line="360" w:lineRule="exact"/>
        <w:ind w:firstLine="432"/>
      </w:pPr>
      <w:r>
        <w:t>Turns out she was neither.</w:t>
      </w:r>
    </w:p>
    <w:p w14:paraId="73CD630C" w14:textId="77777777" w:rsidR="00E663E7" w:rsidRDefault="00E663E7">
      <w:pPr>
        <w:spacing w:line="360" w:lineRule="exact"/>
      </w:pPr>
      <w:r/>
    </w:p>
    <w:p w14:paraId="295DA73E" w14:textId="77777777" w:rsidR="00E663E7" w:rsidRDefault="00000000">
      <w:pPr>
        <w:spacing w:after="120" w:line="360" w:lineRule="exact"/>
        <w:ind w:firstLine="432"/>
      </w:pPr>
      <w:r>
        <w:t>She was strategic.</w:t>
      </w:r>
    </w:p>
    <w:p w14:paraId="08E5ADF3" w14:textId="77777777" w:rsidR="00E663E7" w:rsidRDefault="00000000">
      <w:pPr>
        <w:spacing w:after="120" w:line="360" w:lineRule="exact"/>
        <w:ind w:firstLine="432"/>
      </w:pPr>
      <w:r>
        <w:t>Secretive.</w:t>
      </w:r>
    </w:p>
    <w:p w14:paraId="6E4EEE22" w14:textId="77777777" w:rsidR="00E663E7" w:rsidRDefault="00000000">
      <w:pPr>
        <w:spacing w:after="120" w:line="360" w:lineRule="exact"/>
        <w:ind w:firstLine="432"/>
      </w:pPr>
      <w:r>
        <w:t>Already gone long before I knew it.</w:t>
      </w:r>
    </w:p>
    <w:p w14:paraId="65128AA8" w14:textId="77777777" w:rsidR="00E663E7" w:rsidRDefault="00E663E7">
      <w:pPr>
        <w:spacing w:line="360" w:lineRule="exact"/>
      </w:pPr>
      <w:r/>
    </w:p>
    <w:p w14:paraId="135E3610" w14:textId="77777777" w:rsidR="00E663E7" w:rsidRDefault="00000000">
      <w:pPr>
        <w:spacing w:after="120" w:line="360" w:lineRule="exact"/>
        <w:ind w:firstLine="432"/>
      </w:pPr>
      <w:r>
        <w:t>This song pulled the rug.</w:t>
      </w:r>
    </w:p>
    <w:p w14:paraId="204CADED" w14:textId="77777777" w:rsidR="00E663E7" w:rsidRDefault="00E663E7">
      <w:pPr>
        <w:spacing w:line="360" w:lineRule="exact"/>
      </w:pPr>
      <w:r/>
    </w:p>
    <w:p w14:paraId="38B913B9" w14:textId="77777777" w:rsidR="00E663E7" w:rsidRDefault="00000000">
      <w:pPr>
        <w:spacing w:after="120" w:line="360" w:lineRule="exact"/>
        <w:ind w:firstLine="432"/>
      </w:pPr>
      <w:r>
        <w:t>“You say I’m crazy…</w:t>
      </w:r>
    </w:p>
    <w:p w14:paraId="2F3663A5" w14:textId="77777777" w:rsidR="00E663E7" w:rsidRDefault="00000000">
      <w:pPr>
        <w:spacing w:after="120" w:line="360" w:lineRule="exact"/>
        <w:ind w:firstLine="432"/>
      </w:pPr>
      <w:r>
        <w:t>But you don’t think I know what you’ve done.”</w:t>
      </w:r>
    </w:p>
    <w:p w14:paraId="549976B3" w14:textId="77777777" w:rsidR="00E663E7" w:rsidRDefault="00E663E7">
      <w:pPr>
        <w:spacing w:line="360" w:lineRule="exact"/>
      </w:pPr>
      <w:r/>
    </w:p>
    <w:p w14:paraId="1E6B8EFD" w14:textId="77777777" w:rsidR="00E663E7" w:rsidRDefault="00000000">
      <w:pPr>
        <w:spacing w:after="120" w:line="360" w:lineRule="exact"/>
        <w:ind w:firstLine="432"/>
      </w:pPr>
      <w:r>
        <w:t>I knew.</w:t>
      </w:r>
    </w:p>
    <w:p w14:paraId="1F595136" w14:textId="77777777" w:rsidR="00E663E7" w:rsidRDefault="00000000">
      <w:pPr>
        <w:spacing w:after="120" w:line="360" w:lineRule="exact"/>
        <w:ind w:firstLine="432"/>
      </w:pPr>
      <w:r>
        <w:t>My soul always knew.</w:t>
      </w:r>
    </w:p>
    <w:p w14:paraId="408D3B2A" w14:textId="77777777" w:rsidR="00E663E7" w:rsidRDefault="00000000">
      <w:pPr>
        <w:spacing w:after="120" w:line="360" w:lineRule="exact"/>
        <w:ind w:firstLine="432"/>
      </w:pPr>
      <w:r>
        <w:t>But it took music to give it words.</w:t>
      </w:r>
    </w:p>
    <w:p w14:paraId="05239D18" w14:textId="77777777" w:rsidR="00E663E7" w:rsidRDefault="00E663E7">
      <w:pPr>
        <w:spacing w:line="360" w:lineRule="exact"/>
      </w:pPr>
      <w:r/>
    </w:p>
    <w:p w14:paraId="424E453C" w14:textId="77777777" w:rsidR="00E663E7" w:rsidRDefault="00000000">
      <w:pPr>
        <w:spacing w:after="120" w:line="360" w:lineRule="exact"/>
        <w:ind w:firstLine="432"/>
      </w:pPr>
      <w:r>
        <w:t>And Beyond…</w:t>
      </w:r>
    </w:p>
    <w:p w14:paraId="4FC2EC62" w14:textId="77777777" w:rsidR="00E663E7" w:rsidRDefault="00E663E7">
      <w:pPr>
        <w:spacing w:line="360" w:lineRule="exact"/>
      </w:pPr>
      <w:r/>
    </w:p>
    <w:p w14:paraId="03F3406D" w14:textId="77777777" w:rsidR="00E663E7" w:rsidRDefault="00000000">
      <w:pPr>
        <w:spacing w:after="120" w:line="360" w:lineRule="exact"/>
        <w:ind w:firstLine="432"/>
      </w:pPr>
      <w:r>
        <w:t>There are more songs.</w:t>
      </w:r>
    </w:p>
    <w:p w14:paraId="25FB3A64" w14:textId="77777777" w:rsidR="00E663E7" w:rsidRDefault="00000000">
      <w:pPr>
        <w:spacing w:after="120" w:line="360" w:lineRule="exact"/>
        <w:ind w:firstLine="432"/>
      </w:pPr>
      <w:r>
        <w:t>More pain.</w:t>
      </w:r>
    </w:p>
    <w:p w14:paraId="31FBC8EC" w14:textId="77777777" w:rsidR="00E663E7" w:rsidRDefault="00000000">
      <w:pPr>
        <w:spacing w:after="120" w:line="360" w:lineRule="exact"/>
        <w:ind w:firstLine="432"/>
      </w:pPr>
      <w:r>
        <w:t>More moments frozen in melody.</w:t>
      </w:r>
    </w:p>
    <w:p w14:paraId="2357E139" w14:textId="77777777" w:rsidR="00E663E7" w:rsidRDefault="00E663E7">
      <w:pPr>
        <w:spacing w:line="360" w:lineRule="exact"/>
      </w:pPr>
      <w:r/>
    </w:p>
    <w:p w14:paraId="7D68193A" w14:textId="77777777" w:rsidR="00E663E7" w:rsidRDefault="00000000">
      <w:pPr>
        <w:spacing w:after="120" w:line="360" w:lineRule="exact"/>
        <w:ind w:firstLine="432"/>
      </w:pPr>
      <w:r>
        <w:t>But these?</w:t>
      </w:r>
    </w:p>
    <w:p w14:paraId="1D9CB7E4" w14:textId="77777777" w:rsidR="00E663E7" w:rsidRDefault="00000000">
      <w:pPr>
        <w:spacing w:after="120" w:line="360" w:lineRule="exact"/>
        <w:ind w:firstLine="432"/>
      </w:pPr>
      <w:r>
        <w:t>These are the ones that changed me.</w:t>
      </w:r>
    </w:p>
    <w:p w14:paraId="20475602" w14:textId="77777777" w:rsidR="00E663E7" w:rsidRDefault="00E663E7">
      <w:pPr>
        <w:spacing w:line="360" w:lineRule="exact"/>
      </w:pPr>
      <w:r/>
    </w:p>
    <w:p w14:paraId="6BBB5CB2" w14:textId="77777777" w:rsidR="00E663E7" w:rsidRDefault="00000000">
      <w:pPr>
        <w:spacing w:after="120" w:line="360" w:lineRule="exact"/>
        <w:ind w:firstLine="432"/>
      </w:pPr>
      <w:r>
        <w:t>Music is not entertainment to me.</w:t>
      </w:r>
    </w:p>
    <w:p w14:paraId="0DE00DEE" w14:textId="77777777" w:rsidR="00E663E7" w:rsidRDefault="00000000">
      <w:pPr>
        <w:spacing w:after="120" w:line="360" w:lineRule="exact"/>
        <w:ind w:firstLine="432"/>
      </w:pPr>
      <w:r>
        <w:t>It’s testimony.</w:t>
      </w:r>
    </w:p>
    <w:p w14:paraId="67832146" w14:textId="77777777" w:rsidR="00E663E7" w:rsidRDefault="00000000">
      <w:pPr>
        <w:spacing w:after="120" w:line="360" w:lineRule="exact"/>
        <w:ind w:firstLine="432"/>
      </w:pPr>
      <w:r>
        <w:t>It’s memory.</w:t>
      </w:r>
    </w:p>
    <w:p w14:paraId="2CA07504" w14:textId="77777777" w:rsidR="00E663E7" w:rsidRDefault="00000000">
      <w:pPr>
        <w:spacing w:after="120" w:line="360" w:lineRule="exact"/>
        <w:ind w:firstLine="432"/>
      </w:pPr>
      <w:r>
        <w:t>It’s scripture written in sound.</w:t>
      </w:r>
    </w:p>
    <w:p w14:paraId="22B5D43A" w14:textId="77777777" w:rsidR="00E663E7" w:rsidRDefault="00E663E7">
      <w:pPr>
        <w:spacing w:line="360" w:lineRule="exact"/>
      </w:pPr>
      <w:r/>
    </w:p>
    <w:p w14:paraId="349B6A45" w14:textId="77777777" w:rsidR="00E663E7" w:rsidRDefault="00000000">
      <w:pPr>
        <w:spacing w:after="120" w:line="360" w:lineRule="exact"/>
        <w:ind w:firstLine="432"/>
      </w:pPr>
      <w:r>
        <w:t>So if you ever want to know the truth —</w:t>
      </w:r>
    </w:p>
    <w:p w14:paraId="4948B18E" w14:textId="77777777" w:rsidR="00E663E7" w:rsidRDefault="00000000">
      <w:pPr>
        <w:spacing w:after="120" w:line="360" w:lineRule="exact"/>
        <w:ind w:firstLine="432"/>
      </w:pPr>
      <w:r>
        <w:t>Don’t ask me.</w:t>
      </w:r>
    </w:p>
    <w:p w14:paraId="04D08249" w14:textId="77777777" w:rsidR="00E663E7" w:rsidRDefault="00E663E7">
      <w:pPr>
        <w:spacing w:line="360" w:lineRule="exact"/>
      </w:pPr>
      <w:r/>
    </w:p>
    <w:p w14:paraId="4E22DAFF" w14:textId="77777777" w:rsidR="00E663E7" w:rsidRDefault="00000000">
      <w:pPr>
        <w:spacing w:after="120" w:line="360" w:lineRule="exact"/>
        <w:ind w:firstLine="432"/>
      </w:pPr>
      <w:r>
        <w:t>Just check my playlist.</w:t>
      </w:r>
    </w:p>
    <w:p w14:paraId="2A38567C" w14:textId="77777777" w:rsidR="00E663E7" w:rsidRDefault="00E663E7">
      <w:pPr>
        <w:spacing w:line="360" w:lineRule="exact"/>
      </w:pPr>
      <w:r/>
    </w:p>
    <w:p w14:paraId="210249D3" w14:textId="77777777" w:rsidR="00E663E7" w:rsidRDefault="00000000">
      <w:pPr>
        <w:spacing w:line="360" w:lineRule="exact"/>
        <w:jc w:val="center"/>
      </w:pPr>
      <w:r>
        <w:t>Chapter 19: The Abuse Everyone Missed</w:t>
      </w:r>
    </w:p>
    <w:p w14:paraId="6FD6DFF8" w14:textId="77777777" w:rsidR="00E663E7" w:rsidRDefault="00E663E7">
      <w:pPr>
        <w:spacing w:line="360" w:lineRule="exact"/>
      </w:pPr>
      <w:r/>
    </w:p>
    <w:p w14:paraId="215B0F67" w14:textId="77777777" w:rsidR="00E663E7" w:rsidRDefault="00000000">
      <w:pPr>
        <w:spacing w:after="120" w:line="360" w:lineRule="exact"/>
        <w:ind w:firstLine="432"/>
      </w:pPr>
      <w:r>
        <w:t>“Not all bruises show. Not all wounds bleed.”</w:t>
      </w:r>
    </w:p>
    <w:p w14:paraId="3D6AA1E2" w14:textId="77777777" w:rsidR="00E663E7" w:rsidRDefault="00E663E7">
      <w:pPr>
        <w:spacing w:line="360" w:lineRule="exact"/>
      </w:pPr>
      <w:r/>
    </w:p>
    <w:p w14:paraId="3ED12F2C" w14:textId="77777777" w:rsidR="00E663E7" w:rsidRDefault="00000000">
      <w:pPr>
        <w:spacing w:after="120" w:line="360" w:lineRule="exact"/>
        <w:ind w:firstLine="432"/>
      </w:pPr>
      <w:r>
        <w:t>There’s a certain kind of abuse that’s almost invisible.</w:t>
      </w:r>
    </w:p>
    <w:p w14:paraId="7A0B7D2D" w14:textId="77777777" w:rsidR="00E663E7" w:rsidRDefault="00000000">
      <w:pPr>
        <w:spacing w:after="120" w:line="360" w:lineRule="exact"/>
        <w:ind w:firstLine="432"/>
      </w:pPr>
      <w:r>
        <w:t>It doesn’t scream.</w:t>
      </w:r>
    </w:p>
    <w:p w14:paraId="25CE3184" w14:textId="77777777" w:rsidR="00E663E7" w:rsidRDefault="00000000">
      <w:pPr>
        <w:spacing w:after="120" w:line="360" w:lineRule="exact"/>
        <w:ind w:firstLine="432"/>
      </w:pPr>
      <w:r>
        <w:t>It doesn’t leave marks.</w:t>
      </w:r>
    </w:p>
    <w:p w14:paraId="724E6CB1" w14:textId="77777777" w:rsidR="00E663E7" w:rsidRDefault="00000000">
      <w:pPr>
        <w:spacing w:after="120" w:line="360" w:lineRule="exact"/>
        <w:ind w:firstLine="432"/>
      </w:pPr>
      <w:r>
        <w:t>It doesn’t get police involved — at least not right away.</w:t>
      </w:r>
    </w:p>
    <w:p w14:paraId="45ACB70A" w14:textId="77777777" w:rsidR="00E663E7" w:rsidRDefault="00000000">
      <w:pPr>
        <w:spacing w:after="120" w:line="360" w:lineRule="exact"/>
        <w:ind w:firstLine="432"/>
      </w:pPr>
      <w:r>
        <w:t>But it leaves scars nonetheless.</w:t>
      </w:r>
    </w:p>
    <w:p w14:paraId="0DF6D453" w14:textId="77777777" w:rsidR="00E663E7" w:rsidRDefault="00E663E7">
      <w:pPr>
        <w:spacing w:line="360" w:lineRule="exact"/>
      </w:pPr>
      <w:r/>
    </w:p>
    <w:p w14:paraId="513C37E3" w14:textId="77777777" w:rsidR="00E663E7" w:rsidRDefault="00000000">
      <w:pPr>
        <w:spacing w:after="120" w:line="360" w:lineRule="exact"/>
        <w:ind w:firstLine="432"/>
      </w:pPr>
      <w:r>
        <w:t>Nicole was a master at this kind of cruelty.</w:t>
      </w:r>
    </w:p>
    <w:p w14:paraId="0E38E11A" w14:textId="77777777" w:rsidR="00E663E7" w:rsidRDefault="00E663E7">
      <w:pPr>
        <w:spacing w:line="360" w:lineRule="exact"/>
      </w:pPr>
      <w:r/>
    </w:p>
    <w:p w14:paraId="3720498F" w14:textId="77777777" w:rsidR="00E663E7" w:rsidRDefault="00000000">
      <w:pPr>
        <w:spacing w:after="120" w:line="360" w:lineRule="exact"/>
        <w:ind w:firstLine="432"/>
      </w:pPr>
      <w:r>
        <w:t>To the outside world, she appeared reserved. Introverted. Maybe even submissive.</w:t>
      </w:r>
    </w:p>
    <w:p w14:paraId="6CB2C5BE" w14:textId="77777777" w:rsidR="00E663E7" w:rsidRDefault="00000000">
      <w:pPr>
        <w:spacing w:after="120" w:line="360" w:lineRule="exact"/>
        <w:ind w:firstLine="432"/>
      </w:pPr>
      <w:r>
        <w:t>But behind closed doors, she was something else entirely.</w:t>
      </w:r>
    </w:p>
    <w:p w14:paraId="2158FF37" w14:textId="77777777" w:rsidR="00E663E7" w:rsidRDefault="00E663E7">
      <w:pPr>
        <w:spacing w:line="360" w:lineRule="exact"/>
      </w:pPr>
      <w:r/>
    </w:p>
    <w:p w14:paraId="6E4397C0" w14:textId="77777777" w:rsidR="00E663E7" w:rsidRDefault="00000000">
      <w:pPr>
        <w:spacing w:after="120" w:line="360" w:lineRule="exact"/>
        <w:ind w:firstLine="432"/>
      </w:pPr>
      <w:r>
        <w:t>I saw it early — before most people even knew we were serious.</w:t>
      </w:r>
    </w:p>
    <w:p w14:paraId="3221987D" w14:textId="77777777" w:rsidR="00E663E7" w:rsidRDefault="00000000">
      <w:pPr>
        <w:spacing w:after="120" w:line="360" w:lineRule="exact"/>
        <w:ind w:firstLine="432"/>
      </w:pPr>
      <w:r>
        <w:t>She had a way of snapping into rage without notice. Her anger was sharp, mean, and deeply personal. And when she unleashed, it wasn’t just about control — it was about domination.</w:t>
      </w:r>
    </w:p>
    <w:p w14:paraId="4DE3B0ED" w14:textId="77777777" w:rsidR="00E663E7" w:rsidRDefault="00E663E7">
      <w:pPr>
        <w:spacing w:line="360" w:lineRule="exact"/>
      </w:pPr>
      <w:r/>
    </w:p>
    <w:p w14:paraId="330752CF" w14:textId="77777777" w:rsidR="00E663E7" w:rsidRDefault="00000000">
      <w:pPr>
        <w:spacing w:after="120" w:line="360" w:lineRule="exact"/>
        <w:ind w:firstLine="432"/>
      </w:pPr>
      <w:r>
        <w:t>A Mother’s Coldness</w:t>
      </w:r>
    </w:p>
    <w:p w14:paraId="3B009974" w14:textId="77777777" w:rsidR="00E663E7" w:rsidRDefault="00E663E7">
      <w:pPr>
        <w:spacing w:line="360" w:lineRule="exact"/>
      </w:pPr>
      <w:r/>
    </w:p>
    <w:p w14:paraId="210BD135" w14:textId="77777777" w:rsidR="00E663E7" w:rsidRDefault="00000000">
      <w:pPr>
        <w:spacing w:after="120" w:line="360" w:lineRule="exact"/>
        <w:ind w:firstLine="432"/>
      </w:pPr>
      <w:r>
        <w:t>I remember one of the first signs — something that still breaks my heart when I think about it.</w:t>
      </w:r>
    </w:p>
    <w:p w14:paraId="5D659E77" w14:textId="77777777" w:rsidR="00E663E7" w:rsidRDefault="00E663E7">
      <w:pPr>
        <w:spacing w:line="360" w:lineRule="exact"/>
      </w:pPr>
      <w:r/>
    </w:p>
    <w:p w14:paraId="1E7D2E9F" w14:textId="77777777" w:rsidR="00E663E7" w:rsidRDefault="00000000">
      <w:pPr>
        <w:spacing w:after="120" w:line="360" w:lineRule="exact"/>
        <w:ind w:firstLine="432"/>
      </w:pPr>
      <w:r>
        <w:t>Tatiana was just a toddler, maybe three or four years old. We lived in my first condo, the one I bought at 26 — a risky move considering I had another property still in pre-construction.</w:t>
      </w:r>
    </w:p>
    <w:p w14:paraId="4372591C" w14:textId="77777777" w:rsidR="00E663E7" w:rsidRDefault="00E663E7">
      <w:pPr>
        <w:spacing w:line="360" w:lineRule="exact"/>
      </w:pPr>
      <w:r/>
    </w:p>
    <w:p w14:paraId="14D16EBA" w14:textId="77777777" w:rsidR="00E663E7" w:rsidRDefault="00000000">
      <w:pPr>
        <w:spacing w:after="120" w:line="360" w:lineRule="exact"/>
        <w:ind w:firstLine="432"/>
      </w:pPr>
      <w:r>
        <w:t>We used to take Tati to daycare right across the street. One morning, Nicole was dressing her, and suddenly Tati cried out sharply. A cry of pain, not defiance.</w:t>
      </w:r>
    </w:p>
    <w:p w14:paraId="41918A18" w14:textId="77777777" w:rsidR="00E663E7" w:rsidRDefault="00E663E7">
      <w:pPr>
        <w:spacing w:line="360" w:lineRule="exact"/>
      </w:pPr>
      <w:r/>
    </w:p>
    <w:p w14:paraId="076BA139" w14:textId="77777777" w:rsidR="00E663E7" w:rsidRDefault="00000000">
      <w:pPr>
        <w:spacing w:after="120" w:line="360" w:lineRule="exact"/>
        <w:ind w:firstLine="432"/>
      </w:pPr>
      <w:r>
        <w:t>Nicole brushed it off. “She just doesn’t want to go to daycare,” she said.</w:t>
      </w:r>
    </w:p>
    <w:p w14:paraId="4714CDC4" w14:textId="77777777" w:rsidR="00E663E7" w:rsidRDefault="00E663E7">
      <w:pPr>
        <w:spacing w:line="360" w:lineRule="exact"/>
      </w:pPr>
      <w:r/>
    </w:p>
    <w:p w14:paraId="0426ABAD" w14:textId="77777777" w:rsidR="00E663E7" w:rsidRDefault="00000000">
      <w:pPr>
        <w:spacing w:after="120" w:line="360" w:lineRule="exact"/>
        <w:ind w:firstLine="432"/>
      </w:pPr>
      <w:r>
        <w:t>But I knew my daughter. Tati wasn’t the kind of child to fake pain. She was sweet. Quiet. Obedient.</w:t>
      </w:r>
    </w:p>
    <w:p w14:paraId="5A94CCA9" w14:textId="77777777" w:rsidR="00E663E7" w:rsidRDefault="00000000">
      <w:pPr>
        <w:spacing w:after="120" w:line="360" w:lineRule="exact"/>
        <w:ind w:firstLine="432"/>
      </w:pPr>
      <w:r>
        <w:t>This wasn’t normal.</w:t>
      </w:r>
    </w:p>
    <w:p w14:paraId="197C4DCF" w14:textId="77777777" w:rsidR="00E663E7" w:rsidRDefault="00E663E7">
      <w:pPr>
        <w:spacing w:line="360" w:lineRule="exact"/>
      </w:pPr>
      <w:r/>
    </w:p>
    <w:p w14:paraId="50C1AC94" w14:textId="77777777" w:rsidR="00E663E7" w:rsidRDefault="00000000">
      <w:pPr>
        <w:spacing w:after="120" w:line="360" w:lineRule="exact"/>
        <w:ind w:firstLine="432"/>
      </w:pPr>
      <w:r>
        <w:t>Nicole grew impatient, even angry, forcing the shirt over Tati’s head while she screamed.</w:t>
      </w:r>
    </w:p>
    <w:p w14:paraId="31069451" w14:textId="77777777" w:rsidR="00E663E7" w:rsidRDefault="00E663E7">
      <w:pPr>
        <w:spacing w:line="360" w:lineRule="exact"/>
      </w:pPr>
      <w:r/>
    </w:p>
    <w:p w14:paraId="6474A624" w14:textId="77777777" w:rsidR="00E663E7" w:rsidRDefault="00000000">
      <w:pPr>
        <w:spacing w:after="120" w:line="360" w:lineRule="exact"/>
        <w:ind w:firstLine="432"/>
      </w:pPr>
      <w:r>
        <w:t>I told her to stop — to calm down.</w:t>
      </w:r>
    </w:p>
    <w:p w14:paraId="6A168E30" w14:textId="77777777" w:rsidR="00E663E7" w:rsidRDefault="00000000">
      <w:pPr>
        <w:spacing w:after="120" w:line="360" w:lineRule="exact"/>
        <w:ind w:firstLine="432"/>
      </w:pPr>
      <w:r>
        <w:t>She didn’t listen.</w:t>
      </w:r>
    </w:p>
    <w:p w14:paraId="7E59C2D7" w14:textId="77777777" w:rsidR="00E663E7" w:rsidRDefault="00E663E7">
      <w:pPr>
        <w:spacing w:line="360" w:lineRule="exact"/>
      </w:pPr>
      <w:r/>
    </w:p>
    <w:p w14:paraId="5494B887" w14:textId="77777777" w:rsidR="00E663E7" w:rsidRDefault="00000000">
      <w:pPr>
        <w:spacing w:after="120" w:line="360" w:lineRule="exact"/>
        <w:ind w:firstLine="432"/>
      </w:pPr>
      <w:r>
        <w:t>The next day, it happened again. This time I lost it.</w:t>
      </w:r>
    </w:p>
    <w:p w14:paraId="6877E7A3" w14:textId="77777777" w:rsidR="00E663E7" w:rsidRDefault="00E663E7">
      <w:pPr>
        <w:spacing w:line="360" w:lineRule="exact"/>
      </w:pPr>
      <w:r/>
    </w:p>
    <w:p w14:paraId="5AFE34D3" w14:textId="77777777" w:rsidR="00E663E7" w:rsidRDefault="00000000">
      <w:pPr>
        <w:spacing w:after="120" w:line="360" w:lineRule="exact"/>
        <w:ind w:firstLine="432"/>
      </w:pPr>
      <w:r>
        <w:t>“What the f*** is wrong with you?” I yelled.</w:t>
      </w:r>
    </w:p>
    <w:p w14:paraId="653D6FF9" w14:textId="77777777" w:rsidR="00E663E7" w:rsidRDefault="00000000">
      <w:pPr>
        <w:spacing w:after="120" w:line="360" w:lineRule="exact"/>
        <w:ind w:firstLine="432"/>
      </w:pPr>
      <w:r>
        <w:t>“She’s a child.”</w:t>
      </w:r>
    </w:p>
    <w:p w14:paraId="00FD7DD3" w14:textId="77777777" w:rsidR="00E663E7" w:rsidRDefault="00E663E7">
      <w:pPr>
        <w:spacing w:line="360" w:lineRule="exact"/>
      </w:pPr>
      <w:r/>
    </w:p>
    <w:p w14:paraId="17D0BD61" w14:textId="77777777" w:rsidR="00E663E7" w:rsidRDefault="00000000">
      <w:pPr>
        <w:spacing w:after="120" w:line="360" w:lineRule="exact"/>
        <w:ind w:firstLine="432"/>
      </w:pPr>
      <w:r>
        <w:t>I demanded she take her to see our family doctor — Dr. Yang. She did.</w:t>
      </w:r>
    </w:p>
    <w:p w14:paraId="3DFDEEC8" w14:textId="77777777" w:rsidR="00E663E7" w:rsidRDefault="00E663E7">
      <w:pPr>
        <w:spacing w:line="360" w:lineRule="exact"/>
      </w:pPr>
      <w:r/>
    </w:p>
    <w:p w14:paraId="51BE4B01" w14:textId="77777777" w:rsidR="00E663E7" w:rsidRDefault="00000000">
      <w:pPr>
        <w:spacing w:after="120" w:line="360" w:lineRule="exact"/>
        <w:ind w:firstLine="432"/>
      </w:pPr>
      <w:r>
        <w:t>Turns out, my little girl had a dislocated elbow.</w:t>
      </w:r>
    </w:p>
    <w:p w14:paraId="0C504D84" w14:textId="77777777" w:rsidR="00E663E7" w:rsidRDefault="00E663E7">
      <w:pPr>
        <w:spacing w:line="360" w:lineRule="exact"/>
      </w:pPr>
      <w:r/>
    </w:p>
    <w:p w14:paraId="7FBA86DC" w14:textId="77777777" w:rsidR="00E663E7" w:rsidRDefault="00000000">
      <w:pPr>
        <w:spacing w:after="120" w:line="360" w:lineRule="exact"/>
        <w:ind w:firstLine="432"/>
      </w:pPr>
      <w:r>
        <w:t>And Nicole had ignored it.</w:t>
      </w:r>
    </w:p>
    <w:p w14:paraId="31D491D2" w14:textId="77777777" w:rsidR="00E663E7" w:rsidRDefault="00000000">
      <w:pPr>
        <w:spacing w:after="120" w:line="360" w:lineRule="exact"/>
        <w:ind w:firstLine="432"/>
      </w:pPr>
      <w:r>
        <w:t>Worse — she had blamed her for it.</w:t>
      </w:r>
    </w:p>
    <w:p w14:paraId="42EAEE58" w14:textId="77777777" w:rsidR="00E663E7" w:rsidRDefault="00000000">
      <w:pPr>
        <w:spacing w:after="120" w:line="360" w:lineRule="exact"/>
        <w:ind w:firstLine="432"/>
      </w:pPr>
      <w:r>
        <w:t>That kind of neglect leaves a mark, not just on a child — but on a father who watched it happen.</w:t>
      </w:r>
    </w:p>
    <w:p w14:paraId="49C683A1" w14:textId="77777777" w:rsidR="00E663E7" w:rsidRDefault="00E663E7">
      <w:pPr>
        <w:spacing w:line="360" w:lineRule="exact"/>
      </w:pPr>
      <w:r/>
    </w:p>
    <w:p w14:paraId="5FB49346" w14:textId="77777777" w:rsidR="00E663E7" w:rsidRDefault="00000000">
      <w:pPr>
        <w:spacing w:after="120" w:line="360" w:lineRule="exact"/>
        <w:ind w:firstLine="432"/>
      </w:pPr>
      <w:r>
        <w:t>Words That Wound Deeper Than Fists</w:t>
      </w:r>
    </w:p>
    <w:p w14:paraId="2D82D1D4" w14:textId="77777777" w:rsidR="00E663E7" w:rsidRDefault="00E663E7">
      <w:pPr>
        <w:spacing w:line="360" w:lineRule="exact"/>
      </w:pPr>
      <w:r/>
    </w:p>
    <w:p w14:paraId="0EB86CFD" w14:textId="77777777" w:rsidR="00E663E7" w:rsidRDefault="00000000">
      <w:pPr>
        <w:spacing w:after="120" w:line="360" w:lineRule="exact"/>
        <w:ind w:firstLine="432"/>
      </w:pPr>
      <w:r>
        <w:t>Years later, after my suicide attempt — during a heated argument — Nicole looked at me and said words I’ll never forget:</w:t>
      </w:r>
    </w:p>
    <w:p w14:paraId="5439D783" w14:textId="77777777" w:rsidR="00E663E7" w:rsidRDefault="00E663E7">
      <w:pPr>
        <w:spacing w:line="360" w:lineRule="exact"/>
      </w:pPr>
      <w:r/>
    </w:p>
    <w:p w14:paraId="4A0D9FDF" w14:textId="77777777" w:rsidR="00E663E7" w:rsidRDefault="00000000">
      <w:pPr>
        <w:spacing w:after="120" w:line="360" w:lineRule="exact"/>
        <w:ind w:firstLine="432"/>
      </w:pPr>
      <w:r>
        <w:t>“I wish your attempt was successful.”</w:t>
      </w:r>
    </w:p>
    <w:p w14:paraId="07BAFB57" w14:textId="77777777" w:rsidR="00E663E7" w:rsidRDefault="00E663E7">
      <w:pPr>
        <w:spacing w:line="360" w:lineRule="exact"/>
      </w:pPr>
      <w:r/>
    </w:p>
    <w:p w14:paraId="2B48FD77" w14:textId="77777777" w:rsidR="00E663E7" w:rsidRDefault="00000000">
      <w:pPr>
        <w:spacing w:after="120" w:line="360" w:lineRule="exact"/>
        <w:ind w:firstLine="432"/>
      </w:pPr>
      <w:r>
        <w:t>It wasn’t rage.</w:t>
      </w:r>
    </w:p>
    <w:p w14:paraId="2A30954C" w14:textId="77777777" w:rsidR="00E663E7" w:rsidRDefault="00000000">
      <w:pPr>
        <w:spacing w:after="120" w:line="360" w:lineRule="exact"/>
        <w:ind w:firstLine="432"/>
      </w:pPr>
      <w:r>
        <w:t>It wasn’t a slip of the tongue.</w:t>
      </w:r>
    </w:p>
    <w:p w14:paraId="24DC60FF" w14:textId="77777777" w:rsidR="00E663E7" w:rsidRDefault="00000000">
      <w:pPr>
        <w:spacing w:after="120" w:line="360" w:lineRule="exact"/>
        <w:ind w:firstLine="432"/>
      </w:pPr>
      <w:r>
        <w:t>It was truth — the kind that lives deep in someone’s soul and waits for the perfect moment to rise.</w:t>
      </w:r>
    </w:p>
    <w:p w14:paraId="3581EF0E" w14:textId="77777777" w:rsidR="00E663E7" w:rsidRDefault="00E663E7">
      <w:pPr>
        <w:spacing w:line="360" w:lineRule="exact"/>
      </w:pPr>
      <w:r/>
    </w:p>
    <w:p w14:paraId="54BCAC73" w14:textId="77777777" w:rsidR="00E663E7" w:rsidRDefault="00000000">
      <w:pPr>
        <w:spacing w:after="120" w:line="360" w:lineRule="exact"/>
        <w:ind w:firstLine="432"/>
      </w:pPr>
      <w:r>
        <w:t>And the more I reflected on the recordings I found afterward — the whispered plots, the indifference in her tone — the more I realized:</w:t>
      </w:r>
    </w:p>
    <w:p w14:paraId="653092BD" w14:textId="77777777" w:rsidR="00E663E7" w:rsidRDefault="00000000">
      <w:pPr>
        <w:spacing w:after="120" w:line="360" w:lineRule="exact"/>
        <w:ind w:firstLine="432"/>
      </w:pPr>
      <w:r>
        <w:t>She meant it.</w:t>
      </w:r>
    </w:p>
    <w:p w14:paraId="137A4A22" w14:textId="77777777" w:rsidR="00E663E7" w:rsidRDefault="00E663E7">
      <w:pPr>
        <w:spacing w:line="360" w:lineRule="exact"/>
      </w:pPr>
      <w:r/>
    </w:p>
    <w:p w14:paraId="557ABC4A" w14:textId="77777777" w:rsidR="00E663E7" w:rsidRDefault="00000000">
      <w:pPr>
        <w:spacing w:after="120" w:line="360" w:lineRule="exact"/>
        <w:ind w:firstLine="432"/>
      </w:pPr>
      <w:r>
        <w:t>She wanted me gone.</w:t>
      </w:r>
    </w:p>
    <w:p w14:paraId="609636BA" w14:textId="77777777" w:rsidR="00E663E7" w:rsidRDefault="00000000">
      <w:pPr>
        <w:spacing w:after="120" w:line="360" w:lineRule="exact"/>
        <w:ind w:firstLine="432"/>
      </w:pPr>
      <w:r>
        <w:t>Maybe not by her own hand — but she didn’t care if someone else did it.</w:t>
      </w:r>
    </w:p>
    <w:p w14:paraId="7DBE6139" w14:textId="77777777" w:rsidR="00E663E7" w:rsidRDefault="00000000">
      <w:pPr>
        <w:spacing w:after="120" w:line="360" w:lineRule="exact"/>
        <w:ind w:firstLine="432"/>
      </w:pPr>
      <w:r>
        <w:t>She hated me that much.</w:t>
      </w:r>
    </w:p>
    <w:p w14:paraId="0BA4B7E1" w14:textId="77777777" w:rsidR="00E663E7" w:rsidRDefault="00E663E7">
      <w:pPr>
        <w:spacing w:line="360" w:lineRule="exact"/>
      </w:pPr>
      <w:r/>
    </w:p>
    <w:p w14:paraId="492EE311" w14:textId="77777777" w:rsidR="00E663E7" w:rsidRDefault="00000000">
      <w:pPr>
        <w:spacing w:after="120" w:line="360" w:lineRule="exact"/>
        <w:ind w:firstLine="432"/>
      </w:pPr>
      <w:r>
        <w:t>The Abuse You Can’t Prove</w:t>
      </w:r>
    </w:p>
    <w:p w14:paraId="26C9E316" w14:textId="77777777" w:rsidR="00E663E7" w:rsidRDefault="00E663E7">
      <w:pPr>
        <w:spacing w:line="360" w:lineRule="exact"/>
      </w:pPr>
      <w:r/>
    </w:p>
    <w:p w14:paraId="2A1989A7" w14:textId="77777777" w:rsidR="00E663E7" w:rsidRDefault="00000000">
      <w:pPr>
        <w:spacing w:after="120" w:line="360" w:lineRule="exact"/>
        <w:ind w:firstLine="432"/>
      </w:pPr>
      <w:r>
        <w:t>People often assume the man is the abuser.</w:t>
      </w:r>
    </w:p>
    <w:p w14:paraId="30C28A29" w14:textId="77777777" w:rsidR="00E663E7" w:rsidRDefault="00000000">
      <w:pPr>
        <w:spacing w:after="120" w:line="360" w:lineRule="exact"/>
        <w:ind w:firstLine="432"/>
      </w:pPr>
      <w:r>
        <w:t>And I’ll be the first to admit: I wasn’t perfect.</w:t>
      </w:r>
    </w:p>
    <w:p w14:paraId="323B0D1A" w14:textId="77777777" w:rsidR="00E663E7" w:rsidRDefault="00000000">
      <w:pPr>
        <w:spacing w:after="120" w:line="360" w:lineRule="exact"/>
        <w:ind w:firstLine="432"/>
      </w:pPr>
      <w:r>
        <w:t>But I never laid a hand on Nicole.</w:t>
      </w:r>
    </w:p>
    <w:p w14:paraId="1E727FDB" w14:textId="77777777" w:rsidR="00E663E7" w:rsidRDefault="00000000">
      <w:pPr>
        <w:spacing w:after="120" w:line="360" w:lineRule="exact"/>
        <w:ind w:firstLine="432"/>
      </w:pPr>
      <w:r>
        <w:t>Not once.</w:t>
      </w:r>
    </w:p>
    <w:p w14:paraId="299FAD22" w14:textId="77777777" w:rsidR="00E663E7" w:rsidRDefault="00E663E7">
      <w:pPr>
        <w:spacing w:line="360" w:lineRule="exact"/>
      </w:pPr>
      <w:r/>
    </w:p>
    <w:p w14:paraId="6DC1AA25" w14:textId="77777777" w:rsidR="00E663E7" w:rsidRDefault="00000000">
      <w:pPr>
        <w:spacing w:after="120" w:line="360" w:lineRule="exact"/>
        <w:ind w:firstLine="432"/>
      </w:pPr>
      <w:r>
        <w:t>Meanwhile, I had scars — literal and emotional — from the times she did.</w:t>
      </w:r>
    </w:p>
    <w:p w14:paraId="39A94182" w14:textId="77777777" w:rsidR="00E663E7" w:rsidRDefault="00000000">
      <w:pPr>
        <w:spacing w:after="120" w:line="360" w:lineRule="exact"/>
        <w:ind w:firstLine="432"/>
      </w:pPr>
      <w:r>
        <w:t>And I stayed quiet. Because society doesn’t believe a man who says he’s afraid of his partner.</w:t>
      </w:r>
    </w:p>
    <w:p w14:paraId="2D42D9A4" w14:textId="77777777" w:rsidR="00E663E7" w:rsidRDefault="00000000">
      <w:pPr>
        <w:spacing w:after="120" w:line="360" w:lineRule="exact"/>
        <w:ind w:firstLine="432"/>
      </w:pPr>
      <w:r>
        <w:t>They laugh. They question his masculinity.</w:t>
      </w:r>
    </w:p>
    <w:p w14:paraId="78A43201" w14:textId="77777777" w:rsidR="00E663E7" w:rsidRDefault="00000000">
      <w:pPr>
        <w:spacing w:after="120" w:line="360" w:lineRule="exact"/>
        <w:ind w:firstLine="432"/>
      </w:pPr>
      <w:r>
        <w:t>They minimize it.</w:t>
      </w:r>
    </w:p>
    <w:p w14:paraId="4E1F50DD" w14:textId="77777777" w:rsidR="00E663E7" w:rsidRDefault="00E663E7">
      <w:pPr>
        <w:spacing w:line="360" w:lineRule="exact"/>
      </w:pPr>
      <w:r/>
    </w:p>
    <w:p w14:paraId="226E1BE8" w14:textId="77777777" w:rsidR="00E663E7" w:rsidRDefault="00000000">
      <w:pPr>
        <w:spacing w:after="120" w:line="360" w:lineRule="exact"/>
        <w:ind w:firstLine="432"/>
      </w:pPr>
      <w:r>
        <w:t>Nicole weaponized that reality.</w:t>
      </w:r>
    </w:p>
    <w:p w14:paraId="75316327" w14:textId="77777777" w:rsidR="00E663E7" w:rsidRDefault="00E663E7">
      <w:pPr>
        <w:spacing w:line="360" w:lineRule="exact"/>
      </w:pPr>
      <w:r/>
    </w:p>
    <w:p w14:paraId="02B5C123" w14:textId="77777777" w:rsidR="00E663E7" w:rsidRDefault="00000000">
      <w:pPr>
        <w:spacing w:after="120" w:line="360" w:lineRule="exact"/>
        <w:ind w:firstLine="432"/>
      </w:pPr>
      <w:r>
        <w:t>She beat me.</w:t>
      </w:r>
    </w:p>
    <w:p w14:paraId="11BF19D5" w14:textId="77777777" w:rsidR="00E663E7" w:rsidRDefault="00000000">
      <w:pPr>
        <w:spacing w:after="120" w:line="360" w:lineRule="exact"/>
        <w:ind w:firstLine="432"/>
      </w:pPr>
      <w:r>
        <w:t>Belittled me.</w:t>
      </w:r>
    </w:p>
    <w:p w14:paraId="6B4ECA1C" w14:textId="77777777" w:rsidR="00E663E7" w:rsidRDefault="00000000">
      <w:pPr>
        <w:spacing w:after="120" w:line="360" w:lineRule="exact"/>
        <w:ind w:firstLine="432"/>
      </w:pPr>
      <w:r>
        <w:t>Controlled me.</w:t>
      </w:r>
    </w:p>
    <w:p w14:paraId="48AC7AD3" w14:textId="77777777" w:rsidR="00E663E7" w:rsidRDefault="00000000">
      <w:pPr>
        <w:spacing w:after="120" w:line="360" w:lineRule="exact"/>
        <w:ind w:firstLine="432"/>
      </w:pPr>
      <w:r>
        <w:t>And then, when I reacted emotionally, she used those reactions as evidence of my instability — never acknowledging what caused them in the first place.</w:t>
      </w:r>
    </w:p>
    <w:p w14:paraId="1BF0C4A6" w14:textId="77777777" w:rsidR="00E663E7" w:rsidRDefault="00E663E7">
      <w:pPr>
        <w:spacing w:line="360" w:lineRule="exact"/>
      </w:pPr>
      <w:r/>
    </w:p>
    <w:p w14:paraId="7EB4DF87" w14:textId="77777777" w:rsidR="00E663E7" w:rsidRDefault="00000000">
      <w:pPr>
        <w:spacing w:after="120" w:line="360" w:lineRule="exact"/>
        <w:ind w:firstLine="432"/>
      </w:pPr>
      <w:r>
        <w:t>She knew how to push.</w:t>
      </w:r>
    </w:p>
    <w:p w14:paraId="7BF04C54" w14:textId="77777777" w:rsidR="00E663E7" w:rsidRDefault="00000000">
      <w:pPr>
        <w:spacing w:after="120" w:line="360" w:lineRule="exact"/>
        <w:ind w:firstLine="432"/>
      </w:pPr>
      <w:r>
        <w:t>How to provoke.</w:t>
      </w:r>
    </w:p>
    <w:p w14:paraId="4CAD3052" w14:textId="77777777" w:rsidR="00E663E7" w:rsidRDefault="00000000">
      <w:pPr>
        <w:spacing w:after="120" w:line="360" w:lineRule="exact"/>
        <w:ind w:firstLine="432"/>
      </w:pPr>
      <w:r>
        <w:t>How to twist the narrative.</w:t>
      </w:r>
    </w:p>
    <w:p w14:paraId="2B2392BB" w14:textId="77777777" w:rsidR="00E663E7" w:rsidRDefault="00E663E7">
      <w:pPr>
        <w:spacing w:line="360" w:lineRule="exact"/>
      </w:pPr>
      <w:r/>
    </w:p>
    <w:p w14:paraId="0EC0DAB7" w14:textId="77777777" w:rsidR="00E663E7" w:rsidRDefault="00000000">
      <w:pPr>
        <w:spacing w:after="120" w:line="360" w:lineRule="exact"/>
        <w:ind w:firstLine="432"/>
      </w:pPr>
      <w:r>
        <w:t>She played the long game — making sure that by the time I cracked, no one would remember what drove me there.</w:t>
      </w:r>
    </w:p>
    <w:p w14:paraId="17935C99" w14:textId="77777777" w:rsidR="00E663E7" w:rsidRDefault="00E663E7">
      <w:pPr>
        <w:spacing w:line="360" w:lineRule="exact"/>
      </w:pPr>
      <w:r/>
    </w:p>
    <w:p w14:paraId="0B542351" w14:textId="77777777" w:rsidR="00E663E7" w:rsidRDefault="00000000">
      <w:pPr>
        <w:spacing w:after="120" w:line="360" w:lineRule="exact"/>
        <w:ind w:firstLine="432"/>
      </w:pPr>
      <w:r>
        <w:t>A Final Realization</w:t>
      </w:r>
    </w:p>
    <w:p w14:paraId="35DB83B6" w14:textId="77777777" w:rsidR="00E663E7" w:rsidRDefault="00E663E7">
      <w:pPr>
        <w:spacing w:line="360" w:lineRule="exact"/>
      </w:pPr>
      <w:r/>
    </w:p>
    <w:p w14:paraId="4158BA2E" w14:textId="77777777" w:rsidR="00E663E7" w:rsidRDefault="00000000">
      <w:pPr>
        <w:spacing w:after="120" w:line="360" w:lineRule="exact"/>
        <w:ind w:firstLine="432"/>
      </w:pPr>
      <w:r>
        <w:t>People always told me she was cold. Promiscuous. Calculating.</w:t>
      </w:r>
    </w:p>
    <w:p w14:paraId="03EB411E" w14:textId="77777777" w:rsidR="00E663E7" w:rsidRDefault="00E663E7">
      <w:pPr>
        <w:spacing w:line="360" w:lineRule="exact"/>
      </w:pPr>
      <w:r/>
    </w:p>
    <w:p w14:paraId="732DDD88" w14:textId="77777777" w:rsidR="00E663E7" w:rsidRDefault="00000000">
      <w:pPr>
        <w:spacing w:after="120" w:line="360" w:lineRule="exact"/>
        <w:ind w:firstLine="432"/>
      </w:pPr>
      <w:r>
        <w:t>I didn’t listen.</w:t>
      </w:r>
    </w:p>
    <w:p w14:paraId="4198AF1B" w14:textId="77777777" w:rsidR="00E663E7" w:rsidRDefault="00000000">
      <w:pPr>
        <w:spacing w:after="120" w:line="360" w:lineRule="exact"/>
        <w:ind w:firstLine="432"/>
      </w:pPr>
      <w:r>
        <w:t>I couldn’t see it.</w:t>
      </w:r>
    </w:p>
    <w:p w14:paraId="19826CA9" w14:textId="77777777" w:rsidR="00E663E7" w:rsidRDefault="00000000">
      <w:pPr>
        <w:spacing w:after="120" w:line="360" w:lineRule="exact"/>
        <w:ind w:firstLine="432"/>
      </w:pPr>
      <w:r>
        <w:t>Or maybe I didn’t want to.</w:t>
      </w:r>
    </w:p>
    <w:p w14:paraId="3B8F5EAB" w14:textId="77777777" w:rsidR="00E663E7" w:rsidRDefault="00E663E7">
      <w:pPr>
        <w:spacing w:line="360" w:lineRule="exact"/>
      </w:pPr>
      <w:r/>
    </w:p>
    <w:p w14:paraId="062FA6B5" w14:textId="77777777" w:rsidR="00E663E7" w:rsidRDefault="00000000">
      <w:pPr>
        <w:spacing w:after="120" w:line="360" w:lineRule="exact"/>
        <w:ind w:firstLine="432"/>
      </w:pPr>
      <w:r>
        <w:t>But hindsight has a way of clearing the fog.</w:t>
      </w:r>
    </w:p>
    <w:p w14:paraId="6D1B2666" w14:textId="77777777" w:rsidR="00E663E7" w:rsidRDefault="00000000">
      <w:pPr>
        <w:spacing w:after="120" w:line="360" w:lineRule="exact"/>
        <w:ind w:firstLine="432"/>
      </w:pPr>
      <w:r>
        <w:t>And now I see: the woman everyone warned me about never left. She just got smarter.</w:t>
      </w:r>
    </w:p>
    <w:p w14:paraId="459CFD2F" w14:textId="77777777" w:rsidR="00E663E7" w:rsidRDefault="00E663E7">
      <w:pPr>
        <w:spacing w:line="360" w:lineRule="exact"/>
      </w:pPr>
      <w:r/>
    </w:p>
    <w:p w14:paraId="32A9BDBB" w14:textId="77777777" w:rsidR="00E663E7" w:rsidRDefault="00000000">
      <w:pPr>
        <w:spacing w:after="120" w:line="360" w:lineRule="exact"/>
        <w:ind w:firstLine="432"/>
      </w:pPr>
      <w:r>
        <w:t>She didn’t stop being who she was.</w:t>
      </w:r>
    </w:p>
    <w:p w14:paraId="34E0779D" w14:textId="77777777" w:rsidR="00E663E7" w:rsidRDefault="00000000">
      <w:pPr>
        <w:spacing w:after="120" w:line="360" w:lineRule="exact"/>
        <w:ind w:firstLine="432"/>
      </w:pPr>
      <w:r>
        <w:t>She just learned how to hide it better.</w:t>
      </w:r>
    </w:p>
    <w:p w14:paraId="2259A338" w14:textId="77777777" w:rsidR="00E663E7" w:rsidRDefault="00E663E7">
      <w:pPr>
        <w:spacing w:line="360" w:lineRule="exact"/>
      </w:pPr>
      <w:r/>
    </w:p>
    <w:p w14:paraId="63D7655F" w14:textId="77777777" w:rsidR="00E663E7" w:rsidRDefault="00000000">
      <w:pPr>
        <w:spacing w:after="120" w:line="360" w:lineRule="exact"/>
        <w:ind w:firstLine="432"/>
      </w:pPr>
      <w:r>
        <w:t>And I?</w:t>
      </w:r>
    </w:p>
    <w:p w14:paraId="5958D908" w14:textId="77777777" w:rsidR="00E663E7" w:rsidRDefault="00000000">
      <w:pPr>
        <w:spacing w:after="120" w:line="360" w:lineRule="exact"/>
        <w:ind w:firstLine="432"/>
      </w:pPr>
      <w:r>
        <w:t>I became the perfect cover — a man willing to provide, protect, and endure — while being slowly destroyed from within.</w:t>
      </w:r>
    </w:p>
    <w:p w14:paraId="408AFAD9" w14:textId="77777777" w:rsidR="00E663E7" w:rsidRDefault="00E663E7">
      <w:pPr>
        <w:spacing w:line="360" w:lineRule="exact"/>
      </w:pPr>
      <w:r/>
    </w:p>
    <w:p w14:paraId="2EC622BC" w14:textId="77777777" w:rsidR="00E663E7" w:rsidRDefault="00000000">
      <w:pPr>
        <w:spacing w:after="120" w:line="360" w:lineRule="exact"/>
        <w:ind w:firstLine="432"/>
      </w:pPr>
      <w:r>
        <w:t>That’s the abuse everyone missed.</w:t>
      </w:r>
    </w:p>
    <w:p w14:paraId="022F6037" w14:textId="77777777" w:rsidR="00E663E7" w:rsidRDefault="00000000">
      <w:pPr>
        <w:spacing w:after="120" w:line="360" w:lineRule="exact"/>
        <w:ind w:firstLine="432"/>
      </w:pPr>
      <w:r>
        <w:t>And by the time they noticed — the damage was done.</w:t>
      </w:r>
    </w:p>
    <w:p w14:paraId="6E8AD041" w14:textId="77777777" w:rsidR="00E663E7" w:rsidRDefault="00E663E7">
      <w:pPr>
        <w:spacing w:line="360" w:lineRule="exact"/>
      </w:pPr>
      <w:r/>
    </w:p>
    <w:p w14:paraId="012C7EDC" w14:textId="77777777" w:rsidR="00E663E7" w:rsidRDefault="00000000">
      <w:pPr>
        <w:spacing w:line="360" w:lineRule="exact"/>
        <w:jc w:val="center"/>
      </w:pPr>
      <w:r>
        <w:t>Chapter 20: The Weight of Words and Wounds</w:t>
      </w:r>
    </w:p>
    <w:p w14:paraId="230B79DE" w14:textId="77777777" w:rsidR="00E663E7" w:rsidRDefault="00E663E7">
      <w:pPr>
        <w:spacing w:line="360" w:lineRule="exact"/>
      </w:pPr>
      <w:r/>
    </w:p>
    <w:p w14:paraId="0A4EF91E" w14:textId="77777777" w:rsidR="00E663E7" w:rsidRDefault="00000000">
      <w:pPr>
        <w:spacing w:after="120" w:line="360" w:lineRule="exact"/>
        <w:ind w:firstLine="432"/>
      </w:pPr>
      <w:r>
        <w:t>“Sticks and stones may break bones. But some words… they bury you.”</w:t>
      </w:r>
    </w:p>
    <w:p w14:paraId="12B7AD1C" w14:textId="77777777" w:rsidR="00E663E7" w:rsidRDefault="00E663E7">
      <w:pPr>
        <w:spacing w:line="360" w:lineRule="exact"/>
      </w:pPr>
      <w:r/>
    </w:p>
    <w:p w14:paraId="2B78C5A8" w14:textId="77777777" w:rsidR="00E663E7" w:rsidRDefault="00000000">
      <w:pPr>
        <w:spacing w:after="120" w:line="360" w:lineRule="exact"/>
        <w:ind w:firstLine="432"/>
      </w:pPr>
      <w:r>
        <w:t>There’s a misconception that trauma is only physical.</w:t>
      </w:r>
    </w:p>
    <w:p w14:paraId="53437BE2" w14:textId="77777777" w:rsidR="00E663E7" w:rsidRDefault="00000000">
      <w:pPr>
        <w:spacing w:after="120" w:line="360" w:lineRule="exact"/>
        <w:ind w:firstLine="432"/>
      </w:pPr>
      <w:r>
        <w:t>That unless there are bruises or blood, it doesn’t really count.</w:t>
      </w:r>
    </w:p>
    <w:p w14:paraId="5EF477FC" w14:textId="77777777" w:rsidR="00E663E7" w:rsidRDefault="00E663E7">
      <w:pPr>
        <w:spacing w:line="360" w:lineRule="exact"/>
      </w:pPr>
      <w:r/>
    </w:p>
    <w:p w14:paraId="63ABEFD6" w14:textId="77777777" w:rsidR="00E663E7" w:rsidRDefault="00000000">
      <w:pPr>
        <w:spacing w:after="120" w:line="360" w:lineRule="exact"/>
        <w:ind w:firstLine="432"/>
      </w:pPr>
      <w:r>
        <w:t>But that’s a lie we tell ourselves to avoid facing how powerful words can be.</w:t>
      </w:r>
    </w:p>
    <w:p w14:paraId="561CD728" w14:textId="77777777" w:rsidR="00E663E7" w:rsidRDefault="00000000">
      <w:pPr>
        <w:spacing w:after="120" w:line="360" w:lineRule="exact"/>
        <w:ind w:firstLine="432"/>
      </w:pPr>
      <w:r>
        <w:t>Especially when spoken by someone who knows exactly how to use them as weapons.</w:t>
      </w:r>
    </w:p>
    <w:p w14:paraId="2B770162" w14:textId="77777777" w:rsidR="00E663E7" w:rsidRDefault="00E663E7">
      <w:pPr>
        <w:spacing w:line="360" w:lineRule="exact"/>
      </w:pPr>
      <w:r/>
    </w:p>
    <w:p w14:paraId="0F7CDD01" w14:textId="77777777" w:rsidR="00E663E7" w:rsidRDefault="00000000">
      <w:pPr>
        <w:spacing w:after="120" w:line="360" w:lineRule="exact"/>
        <w:ind w:firstLine="432"/>
      </w:pPr>
      <w:r>
        <w:t>Nicole was surgical with hers.</w:t>
      </w:r>
    </w:p>
    <w:p w14:paraId="44371F05" w14:textId="77777777" w:rsidR="00E663E7" w:rsidRDefault="00E663E7">
      <w:pPr>
        <w:spacing w:line="360" w:lineRule="exact"/>
      </w:pPr>
      <w:r/>
    </w:p>
    <w:p w14:paraId="11ADCA60" w14:textId="77777777" w:rsidR="00E663E7" w:rsidRDefault="00000000">
      <w:pPr>
        <w:spacing w:after="120" w:line="360" w:lineRule="exact"/>
        <w:ind w:firstLine="432"/>
      </w:pPr>
      <w:r>
        <w:t>When Words Become Blades</w:t>
      </w:r>
    </w:p>
    <w:p w14:paraId="53398A42" w14:textId="77777777" w:rsidR="00E663E7" w:rsidRDefault="00E663E7">
      <w:pPr>
        <w:spacing w:line="360" w:lineRule="exact"/>
      </w:pPr>
      <w:r/>
    </w:p>
    <w:p w14:paraId="6179E775" w14:textId="77777777" w:rsidR="00E663E7" w:rsidRDefault="00000000">
      <w:pPr>
        <w:spacing w:after="120" w:line="360" w:lineRule="exact"/>
        <w:ind w:firstLine="432"/>
      </w:pPr>
      <w:r>
        <w:t>I still can’t shake the moment — burned into memory — when, after surviving my suicide attempt, she looked me in the eyes during an argument and said:</w:t>
      </w:r>
    </w:p>
    <w:p w14:paraId="1CB15969" w14:textId="77777777" w:rsidR="00E663E7" w:rsidRDefault="00E663E7">
      <w:pPr>
        <w:spacing w:line="360" w:lineRule="exact"/>
      </w:pPr>
      <w:r/>
    </w:p>
    <w:p w14:paraId="5ABFC5D1" w14:textId="77777777" w:rsidR="00E663E7" w:rsidRDefault="00000000">
      <w:pPr>
        <w:spacing w:after="120" w:line="360" w:lineRule="exact"/>
        <w:ind w:firstLine="432"/>
      </w:pPr>
      <w:r>
        <w:t>“I wish your attempt was successful.”</w:t>
      </w:r>
    </w:p>
    <w:p w14:paraId="0A14D75E" w14:textId="77777777" w:rsidR="00E663E7" w:rsidRDefault="00E663E7">
      <w:pPr>
        <w:spacing w:line="360" w:lineRule="exact"/>
      </w:pPr>
      <w:r/>
    </w:p>
    <w:p w14:paraId="5C96EEF6" w14:textId="77777777" w:rsidR="00E663E7" w:rsidRDefault="00000000">
      <w:pPr>
        <w:spacing w:after="120" w:line="360" w:lineRule="exact"/>
        <w:ind w:firstLine="432"/>
      </w:pPr>
      <w:r>
        <w:t>She didn’t scream it.</w:t>
      </w:r>
    </w:p>
    <w:p w14:paraId="255A4DF4" w14:textId="77777777" w:rsidR="00E663E7" w:rsidRDefault="00000000">
      <w:pPr>
        <w:spacing w:after="120" w:line="360" w:lineRule="exact"/>
        <w:ind w:firstLine="432"/>
      </w:pPr>
      <w:r>
        <w:t>She didn’t cry it.</w:t>
      </w:r>
    </w:p>
    <w:p w14:paraId="146D436A" w14:textId="77777777" w:rsidR="00E663E7" w:rsidRDefault="00000000">
      <w:pPr>
        <w:spacing w:after="120" w:line="360" w:lineRule="exact"/>
        <w:ind w:firstLine="432"/>
      </w:pPr>
      <w:r>
        <w:t>She said it with the calm certainty of someone revealing a long-held truth.</w:t>
      </w:r>
    </w:p>
    <w:p w14:paraId="3EBFEEB5" w14:textId="77777777" w:rsidR="00E663E7" w:rsidRDefault="00E663E7">
      <w:pPr>
        <w:spacing w:line="360" w:lineRule="exact"/>
      </w:pPr>
      <w:r/>
    </w:p>
    <w:p w14:paraId="64356E3E" w14:textId="77777777" w:rsidR="00E663E7" w:rsidRDefault="00000000">
      <w:pPr>
        <w:spacing w:after="120" w:line="360" w:lineRule="exact"/>
        <w:ind w:firstLine="432"/>
      </w:pPr>
      <w:r>
        <w:t>That sentence didn’t just sting — it shattered something in me.</w:t>
      </w:r>
    </w:p>
    <w:p w14:paraId="70D32E37" w14:textId="77777777" w:rsidR="00E663E7" w:rsidRDefault="00000000">
      <w:pPr>
        <w:spacing w:after="120" w:line="360" w:lineRule="exact"/>
        <w:ind w:firstLine="432"/>
      </w:pPr>
      <w:r>
        <w:t>Because by then, I had already been through the hospital.</w:t>
      </w:r>
    </w:p>
    <w:p w14:paraId="70A0F12F" w14:textId="77777777" w:rsidR="00E663E7" w:rsidRDefault="00000000">
      <w:pPr>
        <w:spacing w:after="120" w:line="360" w:lineRule="exact"/>
        <w:ind w:firstLine="432"/>
      </w:pPr>
      <w:r>
        <w:t>Already come face-to-face with the demons in my mind.</w:t>
      </w:r>
    </w:p>
    <w:p w14:paraId="695185FE" w14:textId="77777777" w:rsidR="00E663E7" w:rsidRDefault="00000000">
      <w:pPr>
        <w:spacing w:after="120" w:line="360" w:lineRule="exact"/>
        <w:ind w:firstLine="432"/>
      </w:pPr>
      <w:r>
        <w:t>Already fought for my life.</w:t>
      </w:r>
    </w:p>
    <w:p w14:paraId="778E4D18" w14:textId="77777777" w:rsidR="00E663E7" w:rsidRDefault="00E663E7">
      <w:pPr>
        <w:spacing w:line="360" w:lineRule="exact"/>
      </w:pPr>
      <w:r/>
    </w:p>
    <w:p w14:paraId="29307A2C" w14:textId="77777777" w:rsidR="00E663E7" w:rsidRDefault="00000000">
      <w:pPr>
        <w:spacing w:after="120" w:line="360" w:lineRule="exact"/>
        <w:ind w:firstLine="432"/>
      </w:pPr>
      <w:r>
        <w:t>And the person who should’ve been the most grateful that I was still alive?</w:t>
      </w:r>
    </w:p>
    <w:p w14:paraId="43CBA567" w14:textId="77777777" w:rsidR="00E663E7" w:rsidRDefault="00000000">
      <w:pPr>
        <w:spacing w:after="120" w:line="360" w:lineRule="exact"/>
        <w:ind w:firstLine="432"/>
      </w:pPr>
      <w:r>
        <w:t>Wanted me dead.</w:t>
      </w:r>
    </w:p>
    <w:p w14:paraId="76953BD4" w14:textId="77777777" w:rsidR="00E663E7" w:rsidRDefault="00E663E7">
      <w:pPr>
        <w:spacing w:line="360" w:lineRule="exact"/>
      </w:pPr>
      <w:r/>
    </w:p>
    <w:p w14:paraId="562524EE" w14:textId="77777777" w:rsidR="00E663E7" w:rsidRDefault="00000000">
      <w:pPr>
        <w:spacing w:after="120" w:line="360" w:lineRule="exact"/>
        <w:ind w:firstLine="432"/>
      </w:pPr>
      <w:r>
        <w:t>The realization was cold and final:</w:t>
      </w:r>
    </w:p>
    <w:p w14:paraId="6A06B479" w14:textId="77777777" w:rsidR="00E663E7" w:rsidRDefault="00000000">
      <w:pPr>
        <w:spacing w:after="120" w:line="360" w:lineRule="exact"/>
        <w:ind w:firstLine="432"/>
      </w:pPr>
      <w:r>
        <w:t>Her hate wasn’t a mood.</w:t>
      </w:r>
    </w:p>
    <w:p w14:paraId="1E466305" w14:textId="77777777" w:rsidR="00E663E7" w:rsidRDefault="00000000">
      <w:pPr>
        <w:spacing w:after="120" w:line="360" w:lineRule="exact"/>
        <w:ind w:firstLine="432"/>
      </w:pPr>
      <w:r>
        <w:t>It wasn’t a reaction.</w:t>
      </w:r>
    </w:p>
    <w:p w14:paraId="0D518139" w14:textId="77777777" w:rsidR="00E663E7" w:rsidRDefault="00000000">
      <w:pPr>
        <w:spacing w:after="120" w:line="360" w:lineRule="exact"/>
        <w:ind w:firstLine="432"/>
      </w:pPr>
      <w:r>
        <w:t>It was a state of being.</w:t>
      </w:r>
    </w:p>
    <w:p w14:paraId="0AD72959" w14:textId="77777777" w:rsidR="00E663E7" w:rsidRDefault="00E663E7">
      <w:pPr>
        <w:spacing w:line="360" w:lineRule="exact"/>
      </w:pPr>
      <w:r/>
    </w:p>
    <w:p w14:paraId="7B59F34D" w14:textId="77777777" w:rsidR="00E663E7" w:rsidRDefault="00000000">
      <w:pPr>
        <w:spacing w:after="120" w:line="360" w:lineRule="exact"/>
        <w:ind w:firstLine="432"/>
      </w:pPr>
      <w:r>
        <w:t>What Hurts the Most</w:t>
      </w:r>
    </w:p>
    <w:p w14:paraId="44D7C51D" w14:textId="77777777" w:rsidR="00E663E7" w:rsidRDefault="00E663E7">
      <w:pPr>
        <w:spacing w:line="360" w:lineRule="exact"/>
      </w:pPr>
      <w:r/>
    </w:p>
    <w:p w14:paraId="24B1B1D8" w14:textId="77777777" w:rsidR="00E663E7" w:rsidRDefault="00000000">
      <w:pPr>
        <w:spacing w:after="120" w:line="360" w:lineRule="exact"/>
        <w:ind w:firstLine="432"/>
      </w:pPr>
      <w:r>
        <w:t>It wasn’t just what she said.</w:t>
      </w:r>
    </w:p>
    <w:p w14:paraId="500069CF" w14:textId="77777777" w:rsidR="00E663E7" w:rsidRDefault="00000000">
      <w:pPr>
        <w:spacing w:after="120" w:line="360" w:lineRule="exact"/>
        <w:ind w:firstLine="432"/>
      </w:pPr>
      <w:r>
        <w:t>It was that it matched everything else.</w:t>
      </w:r>
    </w:p>
    <w:p w14:paraId="3AE808D6" w14:textId="77777777" w:rsidR="00E663E7" w:rsidRDefault="00E663E7">
      <w:pPr>
        <w:spacing w:line="360" w:lineRule="exact"/>
      </w:pPr>
      <w:r/>
    </w:p>
    <w:p w14:paraId="72A7BD06" w14:textId="77777777" w:rsidR="00E663E7" w:rsidRDefault="00000000">
      <w:pPr>
        <w:spacing w:after="120" w:line="360" w:lineRule="exact"/>
        <w:ind w:firstLine="432"/>
      </w:pPr>
      <w:r>
        <w:t>The recordings.</w:t>
      </w:r>
    </w:p>
    <w:p w14:paraId="280B93BB" w14:textId="77777777" w:rsidR="00E663E7" w:rsidRDefault="00000000">
      <w:pPr>
        <w:spacing w:after="120" w:line="360" w:lineRule="exact"/>
        <w:ind w:firstLine="432"/>
      </w:pPr>
      <w:r>
        <w:t>The planning.</w:t>
      </w:r>
    </w:p>
    <w:p w14:paraId="5F2F2CD9" w14:textId="77777777" w:rsidR="00E663E7" w:rsidRDefault="00000000">
      <w:pPr>
        <w:spacing w:after="120" w:line="360" w:lineRule="exact"/>
        <w:ind w:firstLine="432"/>
      </w:pPr>
      <w:r>
        <w:t>The things she said behind my back.</w:t>
      </w:r>
    </w:p>
    <w:p w14:paraId="2FD85859" w14:textId="77777777" w:rsidR="00E663E7" w:rsidRDefault="00000000">
      <w:pPr>
        <w:spacing w:after="120" w:line="360" w:lineRule="exact"/>
        <w:ind w:firstLine="432"/>
      </w:pPr>
      <w:r>
        <w:t>The way she moved like I was already gone.</w:t>
      </w:r>
    </w:p>
    <w:p w14:paraId="19C22E2B" w14:textId="77777777" w:rsidR="00E663E7" w:rsidRDefault="00E663E7">
      <w:pPr>
        <w:spacing w:line="360" w:lineRule="exact"/>
      </w:pPr>
      <w:r/>
    </w:p>
    <w:p w14:paraId="4971E74F" w14:textId="77777777" w:rsidR="00E663E7" w:rsidRDefault="00000000">
      <w:pPr>
        <w:spacing w:after="120" w:line="360" w:lineRule="exact"/>
        <w:ind w:firstLine="432"/>
      </w:pPr>
      <w:r>
        <w:t>When someone tells you they wish you had died — and then you uncover conversations that suggest they may have helped orchestrate that possibility — it messes with you.</w:t>
      </w:r>
    </w:p>
    <w:p w14:paraId="31C3AAAD" w14:textId="77777777" w:rsidR="00E663E7" w:rsidRDefault="00E663E7">
      <w:pPr>
        <w:spacing w:line="360" w:lineRule="exact"/>
      </w:pPr>
      <w:r/>
    </w:p>
    <w:p w14:paraId="3A7774AE" w14:textId="77777777" w:rsidR="00E663E7" w:rsidRDefault="00000000">
      <w:pPr>
        <w:spacing w:after="120" w:line="360" w:lineRule="exact"/>
        <w:ind w:firstLine="432"/>
      </w:pPr>
      <w:r>
        <w:t>You begin to question everything.</w:t>
      </w:r>
    </w:p>
    <w:p w14:paraId="13C41C24" w14:textId="77777777" w:rsidR="00E663E7" w:rsidRDefault="00000000">
      <w:pPr>
        <w:spacing w:after="120" w:line="360" w:lineRule="exact"/>
        <w:ind w:firstLine="432"/>
      </w:pPr>
      <w:r>
        <w:t>Was she ever real?</w:t>
      </w:r>
    </w:p>
    <w:p w14:paraId="65785E41" w14:textId="77777777" w:rsidR="00E663E7" w:rsidRDefault="00000000">
      <w:pPr>
        <w:spacing w:after="120" w:line="360" w:lineRule="exact"/>
        <w:ind w:firstLine="432"/>
      </w:pPr>
      <w:r>
        <w:t>Was the love ever there?</w:t>
      </w:r>
    </w:p>
    <w:p w14:paraId="55C4C0E6" w14:textId="77777777" w:rsidR="00E663E7" w:rsidRDefault="00000000">
      <w:pPr>
        <w:spacing w:after="120" w:line="360" w:lineRule="exact"/>
        <w:ind w:firstLine="432"/>
      </w:pPr>
      <w:r>
        <w:t>Did she ever protect me?</w:t>
      </w:r>
    </w:p>
    <w:p w14:paraId="782916DC" w14:textId="77777777" w:rsidR="00E663E7" w:rsidRDefault="00000000">
      <w:pPr>
        <w:spacing w:after="120" w:line="360" w:lineRule="exact"/>
        <w:ind w:firstLine="432"/>
      </w:pPr>
      <w:r>
        <w:t>Or was I just useful?</w:t>
      </w:r>
    </w:p>
    <w:p w14:paraId="5B5EF7EC" w14:textId="77777777" w:rsidR="00E663E7" w:rsidRDefault="00E663E7">
      <w:pPr>
        <w:spacing w:line="360" w:lineRule="exact"/>
      </w:pPr>
      <w:r/>
    </w:p>
    <w:p w14:paraId="6559F844" w14:textId="77777777" w:rsidR="00E663E7" w:rsidRDefault="00000000">
      <w:pPr>
        <w:spacing w:after="120" w:line="360" w:lineRule="exact"/>
        <w:ind w:firstLine="432"/>
      </w:pPr>
      <w:r>
        <w:t>Grieving What Wasn’t Real</w:t>
      </w:r>
    </w:p>
    <w:p w14:paraId="4796393F" w14:textId="77777777" w:rsidR="00E663E7" w:rsidRDefault="00E663E7">
      <w:pPr>
        <w:spacing w:line="360" w:lineRule="exact"/>
      </w:pPr>
      <w:r/>
    </w:p>
    <w:p w14:paraId="691EF8FB" w14:textId="77777777" w:rsidR="00E663E7" w:rsidRDefault="00000000">
      <w:pPr>
        <w:spacing w:after="120" w:line="360" w:lineRule="exact"/>
        <w:ind w:firstLine="432"/>
      </w:pPr>
      <w:r>
        <w:t>There’s a strange grief that comes when you realize you weren’t loved — only used.</w:t>
      </w:r>
    </w:p>
    <w:p w14:paraId="64429FE1" w14:textId="77777777" w:rsidR="00E663E7" w:rsidRDefault="00E663E7">
      <w:pPr>
        <w:spacing w:line="360" w:lineRule="exact"/>
      </w:pPr>
      <w:r/>
    </w:p>
    <w:p w14:paraId="6AFC6DC0" w14:textId="77777777" w:rsidR="00E663E7" w:rsidRDefault="00000000">
      <w:pPr>
        <w:spacing w:after="120" w:line="360" w:lineRule="exact"/>
        <w:ind w:firstLine="432"/>
      </w:pPr>
      <w:r>
        <w:t>And yet… somehow, I still miss her.</w:t>
      </w:r>
    </w:p>
    <w:p w14:paraId="710B57FB" w14:textId="77777777" w:rsidR="00E663E7" w:rsidRDefault="00000000">
      <w:pPr>
        <w:spacing w:after="120" w:line="360" w:lineRule="exact"/>
        <w:ind w:firstLine="432"/>
      </w:pPr>
      <w:r>
        <w:t>Or maybe not her — maybe the idea of her.</w:t>
      </w:r>
    </w:p>
    <w:p w14:paraId="5B3B3457" w14:textId="77777777" w:rsidR="00E663E7" w:rsidRDefault="00E663E7">
      <w:pPr>
        <w:spacing w:line="360" w:lineRule="exact"/>
      </w:pPr>
      <w:r/>
    </w:p>
    <w:p w14:paraId="0953C6B3" w14:textId="77777777" w:rsidR="00E663E7" w:rsidRDefault="00000000">
      <w:pPr>
        <w:spacing w:after="120" w:line="360" w:lineRule="exact"/>
        <w:ind w:firstLine="432"/>
      </w:pPr>
      <w:r>
        <w:t>The memory of family.</w:t>
      </w:r>
    </w:p>
    <w:p w14:paraId="6DFA7360" w14:textId="77777777" w:rsidR="00E663E7" w:rsidRDefault="00000000">
      <w:pPr>
        <w:spacing w:after="120" w:line="360" w:lineRule="exact"/>
        <w:ind w:firstLine="432"/>
      </w:pPr>
      <w:r>
        <w:t>The false feeling of home.</w:t>
      </w:r>
    </w:p>
    <w:p w14:paraId="3C292C7A" w14:textId="77777777" w:rsidR="00E663E7" w:rsidRDefault="00000000">
      <w:pPr>
        <w:spacing w:after="120" w:line="360" w:lineRule="exact"/>
        <w:ind w:firstLine="432"/>
      </w:pPr>
      <w:r>
        <w:t>Coming in from work to see my children, the illusion of stability, of normalcy — even if it was built on manipulation and abuse.</w:t>
      </w:r>
    </w:p>
    <w:p w14:paraId="129C0EE1" w14:textId="77777777" w:rsidR="00E663E7" w:rsidRDefault="00E663E7">
      <w:pPr>
        <w:spacing w:line="360" w:lineRule="exact"/>
      </w:pPr>
      <w:r/>
    </w:p>
    <w:p w14:paraId="07F376F4" w14:textId="77777777" w:rsidR="00E663E7" w:rsidRDefault="00000000">
      <w:pPr>
        <w:spacing w:after="120" w:line="360" w:lineRule="exact"/>
        <w:ind w:firstLine="432"/>
      </w:pPr>
      <w:r>
        <w:t>“Nah lie, mi nah same from yuh cut…”</w:t>
      </w:r>
    </w:p>
    <w:p w14:paraId="22271E5F" w14:textId="77777777" w:rsidR="00E663E7" w:rsidRDefault="00000000">
      <w:pPr>
        <w:spacing w:after="120" w:line="360" w:lineRule="exact"/>
        <w:ind w:firstLine="432"/>
      </w:pPr>
      <w:r>
        <w:t>— 450, Wild &amp; Rich</w:t>
      </w:r>
    </w:p>
    <w:p w14:paraId="51C4F109" w14:textId="77777777" w:rsidR="00E663E7" w:rsidRDefault="00E663E7">
      <w:pPr>
        <w:spacing w:line="360" w:lineRule="exact"/>
      </w:pPr>
      <w:r/>
    </w:p>
    <w:p w14:paraId="0B5FCDE6" w14:textId="77777777" w:rsidR="00E663E7" w:rsidRDefault="00000000">
      <w:pPr>
        <w:spacing w:after="120" w:line="360" w:lineRule="exact"/>
        <w:ind w:firstLine="432"/>
      </w:pPr>
      <w:r>
        <w:t>That line says it all.</w:t>
      </w:r>
    </w:p>
    <w:p w14:paraId="756AAC0B" w14:textId="77777777" w:rsidR="00E663E7" w:rsidRDefault="00E663E7">
      <w:pPr>
        <w:spacing w:line="360" w:lineRule="exact"/>
      </w:pPr>
      <w:r/>
    </w:p>
    <w:p w14:paraId="18572ABE" w14:textId="77777777" w:rsidR="00E663E7" w:rsidRDefault="00000000">
      <w:pPr>
        <w:spacing w:after="120" w:line="360" w:lineRule="exact"/>
        <w:ind w:firstLine="432"/>
      </w:pPr>
      <w:r>
        <w:t>Even though I know the truth now…</w:t>
      </w:r>
    </w:p>
    <w:p w14:paraId="630F8187" w14:textId="77777777" w:rsidR="00E663E7" w:rsidRDefault="00000000">
      <w:pPr>
        <w:spacing w:after="120" w:line="360" w:lineRule="exact"/>
        <w:ind w:firstLine="432"/>
      </w:pPr>
      <w:r>
        <w:t>Even though I hate her for it…</w:t>
      </w:r>
    </w:p>
    <w:p w14:paraId="64E91552" w14:textId="77777777" w:rsidR="00E663E7" w:rsidRDefault="00000000">
      <w:pPr>
        <w:spacing w:after="120" w:line="360" w:lineRule="exact"/>
        <w:ind w:firstLine="432"/>
      </w:pPr>
      <w:r>
        <w:t>It still hurts that it’s over.</w:t>
      </w:r>
    </w:p>
    <w:p w14:paraId="5CE3DF9A" w14:textId="77777777" w:rsidR="00E663E7" w:rsidRDefault="00000000">
      <w:pPr>
        <w:spacing w:after="120" w:line="360" w:lineRule="exact"/>
        <w:ind w:firstLine="432"/>
      </w:pPr>
      <w:r>
        <w:t>Because no matter how toxic it was — it was something.</w:t>
      </w:r>
    </w:p>
    <w:p w14:paraId="2D05F79B" w14:textId="77777777" w:rsidR="00E663E7" w:rsidRDefault="00000000">
      <w:pPr>
        <w:spacing w:after="120" w:line="360" w:lineRule="exact"/>
        <w:ind w:firstLine="432"/>
      </w:pPr>
      <w:r>
        <w:t>And now, there’s nothing.</w:t>
      </w:r>
    </w:p>
    <w:p w14:paraId="58F8B4EC" w14:textId="77777777" w:rsidR="00E663E7" w:rsidRDefault="00E663E7">
      <w:pPr>
        <w:spacing w:line="360" w:lineRule="exact"/>
      </w:pPr>
      <w:r/>
    </w:p>
    <w:p w14:paraId="5841A3BD" w14:textId="77777777" w:rsidR="00E663E7" w:rsidRDefault="00000000">
      <w:pPr>
        <w:spacing w:after="120" w:line="360" w:lineRule="exact"/>
        <w:ind w:firstLine="432"/>
      </w:pPr>
      <w:r>
        <w:t>The Invisible Scars</w:t>
      </w:r>
    </w:p>
    <w:p w14:paraId="693379FA" w14:textId="77777777" w:rsidR="00E663E7" w:rsidRDefault="00E663E7">
      <w:pPr>
        <w:spacing w:line="360" w:lineRule="exact"/>
      </w:pPr>
      <w:r/>
    </w:p>
    <w:p w14:paraId="76DB505F" w14:textId="77777777" w:rsidR="00E663E7" w:rsidRDefault="00000000">
      <w:pPr>
        <w:spacing w:after="120" w:line="360" w:lineRule="exact"/>
        <w:ind w:firstLine="432"/>
      </w:pPr>
      <w:r>
        <w:t>What people don’t see is that emotional wounds don’t scab over.</w:t>
      </w:r>
    </w:p>
    <w:p w14:paraId="56A74392" w14:textId="77777777" w:rsidR="00E663E7" w:rsidRDefault="00000000">
      <w:pPr>
        <w:spacing w:after="120" w:line="360" w:lineRule="exact"/>
        <w:ind w:firstLine="432"/>
      </w:pPr>
      <w:r>
        <w:t>They echo.</w:t>
      </w:r>
    </w:p>
    <w:p w14:paraId="69D82A01" w14:textId="77777777" w:rsidR="00E663E7" w:rsidRDefault="00E663E7">
      <w:pPr>
        <w:spacing w:line="360" w:lineRule="exact"/>
      </w:pPr>
      <w:r/>
    </w:p>
    <w:p w14:paraId="24D04CC5" w14:textId="77777777" w:rsidR="00E663E7" w:rsidRDefault="00000000">
      <w:pPr>
        <w:spacing w:after="120" w:line="360" w:lineRule="exact"/>
        <w:ind w:firstLine="432"/>
      </w:pPr>
      <w:r>
        <w:t>I carried hers around like chains.</w:t>
      </w:r>
    </w:p>
    <w:p w14:paraId="661DE453" w14:textId="77777777" w:rsidR="00E663E7" w:rsidRDefault="00000000">
      <w:pPr>
        <w:spacing w:after="120" w:line="360" w:lineRule="exact"/>
        <w:ind w:firstLine="432"/>
      </w:pPr>
      <w:r>
        <w:t>Her voice lived in my head — not because I wanted it to, but because it carved its place there.</w:t>
      </w:r>
    </w:p>
    <w:p w14:paraId="23CD3E4A" w14:textId="77777777" w:rsidR="00E663E7" w:rsidRDefault="00E663E7">
      <w:pPr>
        <w:spacing w:line="360" w:lineRule="exact"/>
      </w:pPr>
      <w:r/>
    </w:p>
    <w:p w14:paraId="13DB5335" w14:textId="77777777" w:rsidR="00E663E7" w:rsidRDefault="00000000">
      <w:pPr>
        <w:spacing w:after="120" w:line="360" w:lineRule="exact"/>
        <w:ind w:firstLine="432"/>
      </w:pPr>
      <w:r>
        <w:t>She gaslit me.</w:t>
      </w:r>
    </w:p>
    <w:p w14:paraId="6013E62D" w14:textId="77777777" w:rsidR="00E663E7" w:rsidRDefault="00000000">
      <w:pPr>
        <w:spacing w:after="120" w:line="360" w:lineRule="exact"/>
        <w:ind w:firstLine="432"/>
      </w:pPr>
      <w:r>
        <w:t>Berated me.</w:t>
      </w:r>
    </w:p>
    <w:p w14:paraId="767248F3" w14:textId="77777777" w:rsidR="00E663E7" w:rsidRDefault="00000000">
      <w:pPr>
        <w:spacing w:after="120" w:line="360" w:lineRule="exact"/>
        <w:ind w:firstLine="432"/>
      </w:pPr>
      <w:r>
        <w:t>Dismissed my pain.</w:t>
      </w:r>
    </w:p>
    <w:p w14:paraId="1965951B" w14:textId="77777777" w:rsidR="00E663E7" w:rsidRDefault="00E663E7">
      <w:pPr>
        <w:spacing w:line="360" w:lineRule="exact"/>
      </w:pPr>
      <w:r/>
    </w:p>
    <w:p w14:paraId="6915E5D4" w14:textId="77777777" w:rsidR="00E663E7" w:rsidRDefault="00000000">
      <w:pPr>
        <w:spacing w:after="120" w:line="360" w:lineRule="exact"/>
        <w:ind w:firstLine="432"/>
      </w:pPr>
      <w:r>
        <w:t>And when I finally stood up, everyone thought I was the abuser — because they didn’t see the slow burn that led up to my explosion.</w:t>
      </w:r>
    </w:p>
    <w:p w14:paraId="081ED8A0" w14:textId="77777777" w:rsidR="00E663E7" w:rsidRDefault="00E663E7">
      <w:pPr>
        <w:spacing w:line="360" w:lineRule="exact"/>
      </w:pPr>
      <w:r/>
    </w:p>
    <w:p w14:paraId="2269271A" w14:textId="77777777" w:rsidR="00E663E7" w:rsidRDefault="00000000">
      <w:pPr>
        <w:spacing w:after="120" w:line="360" w:lineRule="exact"/>
        <w:ind w:firstLine="432"/>
      </w:pPr>
      <w:r>
        <w:t>It wasn’t just about what she did.</w:t>
      </w:r>
    </w:p>
    <w:p w14:paraId="370DD408" w14:textId="77777777" w:rsidR="00E663E7" w:rsidRDefault="00000000">
      <w:pPr>
        <w:spacing w:after="120" w:line="360" w:lineRule="exact"/>
        <w:ind w:firstLine="432"/>
      </w:pPr>
      <w:r>
        <w:t>It was about what she undid in me.</w:t>
      </w:r>
    </w:p>
    <w:p w14:paraId="288C0A9A" w14:textId="77777777" w:rsidR="00E663E7" w:rsidRDefault="00E663E7">
      <w:pPr>
        <w:spacing w:line="360" w:lineRule="exact"/>
      </w:pPr>
      <w:r/>
    </w:p>
    <w:p w14:paraId="1F7F8BAA" w14:textId="77777777" w:rsidR="00E663E7" w:rsidRDefault="00000000">
      <w:pPr>
        <w:spacing w:after="120" w:line="360" w:lineRule="exact"/>
        <w:ind w:firstLine="432"/>
      </w:pPr>
      <w:r>
        <w:t>Why It Has to Be Told</w:t>
      </w:r>
    </w:p>
    <w:p w14:paraId="7B1DCACD" w14:textId="77777777" w:rsidR="00E663E7" w:rsidRDefault="00E663E7">
      <w:pPr>
        <w:spacing w:line="360" w:lineRule="exact"/>
      </w:pPr>
      <w:r/>
    </w:p>
    <w:p w14:paraId="40FA16B4" w14:textId="77777777" w:rsidR="00E663E7" w:rsidRDefault="00000000">
      <w:pPr>
        <w:spacing w:after="120" w:line="360" w:lineRule="exact"/>
        <w:ind w:firstLine="432"/>
      </w:pPr>
      <w:r>
        <w:t>Some might read this and say I’m bitter.</w:t>
      </w:r>
    </w:p>
    <w:p w14:paraId="5545D75F" w14:textId="77777777" w:rsidR="00E663E7" w:rsidRDefault="00000000">
      <w:pPr>
        <w:spacing w:after="120" w:line="360" w:lineRule="exact"/>
        <w:ind w:firstLine="432"/>
      </w:pPr>
      <w:r>
        <w:t>That I’m airing dirty laundry.</w:t>
      </w:r>
    </w:p>
    <w:p w14:paraId="73644B7F" w14:textId="77777777" w:rsidR="00E663E7" w:rsidRDefault="00000000">
      <w:pPr>
        <w:spacing w:after="120" w:line="360" w:lineRule="exact"/>
        <w:ind w:firstLine="432"/>
      </w:pPr>
      <w:r>
        <w:t>That I’m trying to make her look bad.</w:t>
      </w:r>
    </w:p>
    <w:p w14:paraId="69B14E3B" w14:textId="77777777" w:rsidR="00E663E7" w:rsidRDefault="00E663E7">
      <w:pPr>
        <w:spacing w:line="360" w:lineRule="exact"/>
      </w:pPr>
      <w:r/>
    </w:p>
    <w:p w14:paraId="52131A74" w14:textId="77777777" w:rsidR="00E663E7" w:rsidRDefault="00000000">
      <w:pPr>
        <w:spacing w:after="120" w:line="360" w:lineRule="exact"/>
        <w:ind w:firstLine="432"/>
      </w:pPr>
      <w:r>
        <w:t>But here’s the truth:</w:t>
      </w:r>
    </w:p>
    <w:p w14:paraId="41EAB8FF" w14:textId="77777777" w:rsidR="00E663E7" w:rsidRDefault="00000000">
      <w:pPr>
        <w:spacing w:after="120" w:line="360" w:lineRule="exact"/>
        <w:ind w:firstLine="432"/>
      </w:pPr>
      <w:r>
        <w:t>I’m writing this for every man who’s been silenced.</w:t>
      </w:r>
    </w:p>
    <w:p w14:paraId="64C7D4D8" w14:textId="77777777" w:rsidR="00E663E7" w:rsidRDefault="00000000">
      <w:pPr>
        <w:spacing w:after="120" w:line="360" w:lineRule="exact"/>
        <w:ind w:firstLine="432"/>
      </w:pPr>
      <w:r>
        <w:t>Every father who’s been erased.</w:t>
      </w:r>
    </w:p>
    <w:p w14:paraId="613D43E0" w14:textId="77777777" w:rsidR="00E663E7" w:rsidRDefault="00000000">
      <w:pPr>
        <w:spacing w:after="120" w:line="360" w:lineRule="exact"/>
        <w:ind w:firstLine="432"/>
      </w:pPr>
      <w:r>
        <w:t>Every husband who was slowly dismantled by the very woman he tried to love.</w:t>
      </w:r>
    </w:p>
    <w:p w14:paraId="0661C750" w14:textId="77777777" w:rsidR="00E663E7" w:rsidRDefault="00E663E7">
      <w:pPr>
        <w:spacing w:line="360" w:lineRule="exact"/>
      </w:pPr>
      <w:r/>
    </w:p>
    <w:p w14:paraId="702800DB" w14:textId="77777777" w:rsidR="00E663E7" w:rsidRDefault="00000000">
      <w:pPr>
        <w:spacing w:after="120" w:line="360" w:lineRule="exact"/>
        <w:ind w:firstLine="432"/>
      </w:pPr>
      <w:r>
        <w:t>You’re not weak.</w:t>
      </w:r>
    </w:p>
    <w:p w14:paraId="49B5C59F" w14:textId="77777777" w:rsidR="00E663E7" w:rsidRDefault="00000000">
      <w:pPr>
        <w:spacing w:after="120" w:line="360" w:lineRule="exact"/>
        <w:ind w:firstLine="432"/>
      </w:pPr>
      <w:r>
        <w:t>You’re not crazy.</w:t>
      </w:r>
    </w:p>
    <w:p w14:paraId="5D6B4C89" w14:textId="77777777" w:rsidR="00E663E7" w:rsidRDefault="00000000">
      <w:pPr>
        <w:spacing w:after="120" w:line="360" w:lineRule="exact"/>
        <w:ind w:firstLine="432"/>
      </w:pPr>
      <w:r>
        <w:t>And you’re not alone.</w:t>
      </w:r>
    </w:p>
    <w:p w14:paraId="7864138F" w14:textId="77777777" w:rsidR="00E663E7" w:rsidRDefault="00E663E7">
      <w:pPr>
        <w:spacing w:line="360" w:lineRule="exact"/>
      </w:pPr>
      <w:r/>
    </w:p>
    <w:p w14:paraId="324F5574" w14:textId="77777777" w:rsidR="00E663E7" w:rsidRDefault="00000000">
      <w:pPr>
        <w:spacing w:after="120" w:line="360" w:lineRule="exact"/>
        <w:ind w:firstLine="432"/>
      </w:pPr>
      <w:r>
        <w:t>Words hurt.</w:t>
      </w:r>
    </w:p>
    <w:p w14:paraId="288E0A66" w14:textId="77777777" w:rsidR="00E663E7" w:rsidRDefault="00000000">
      <w:pPr>
        <w:spacing w:after="120" w:line="360" w:lineRule="exact"/>
        <w:ind w:firstLine="432"/>
      </w:pPr>
      <w:r>
        <w:t>Words shape reality.</w:t>
      </w:r>
    </w:p>
    <w:p w14:paraId="6C31BAED" w14:textId="77777777" w:rsidR="00E663E7" w:rsidRDefault="00000000">
      <w:pPr>
        <w:spacing w:after="120" w:line="360" w:lineRule="exact"/>
        <w:ind w:firstLine="432"/>
      </w:pPr>
      <w:r>
        <w:t>And when used wrong, they can be as lethal as any weapon.</w:t>
      </w:r>
    </w:p>
    <w:p w14:paraId="4ADD0810" w14:textId="77777777" w:rsidR="00E663E7" w:rsidRDefault="00E663E7">
      <w:pPr>
        <w:spacing w:line="360" w:lineRule="exact"/>
      </w:pPr>
      <w:r/>
    </w:p>
    <w:p w14:paraId="1C8B324B" w14:textId="77777777" w:rsidR="00E663E7" w:rsidRDefault="00000000">
      <w:pPr>
        <w:spacing w:after="120" w:line="360" w:lineRule="exact"/>
        <w:ind w:firstLine="432"/>
      </w:pPr>
      <w:r>
        <w:t>So yes — this chapter is heavy.</w:t>
      </w:r>
    </w:p>
    <w:p w14:paraId="231530FA" w14:textId="77777777" w:rsidR="00E663E7" w:rsidRDefault="00E663E7">
      <w:pPr>
        <w:spacing w:line="360" w:lineRule="exact"/>
      </w:pPr>
      <w:r/>
    </w:p>
    <w:p w14:paraId="7F04B677" w14:textId="77777777" w:rsidR="00E663E7" w:rsidRDefault="00000000">
      <w:pPr>
        <w:spacing w:after="120" w:line="360" w:lineRule="exact"/>
        <w:ind w:firstLine="432"/>
      </w:pPr>
      <w:r>
        <w:t>Because some wounds are too.</w:t>
      </w:r>
    </w:p>
    <w:p w14:paraId="72D8F6A7" w14:textId="77777777" w:rsidR="00E663E7" w:rsidRDefault="00E663E7">
      <w:pPr>
        <w:spacing w:line="360" w:lineRule="exact"/>
      </w:pPr>
      <w:r/>
    </w:p>
    <w:p w14:paraId="78EA0D5B" w14:textId="77777777" w:rsidR="00E663E7" w:rsidRDefault="00E663E7">
      <w:pPr>
        <w:spacing w:line="360" w:lineRule="exact"/>
      </w:pPr>
      <w:r/>
    </w:p>
    <w:p w14:paraId="460F4C14" w14:textId="77777777" w:rsidR="00E663E7" w:rsidRDefault="00000000">
      <w:pPr>
        <w:spacing w:line="360" w:lineRule="exact"/>
        <w:jc w:val="center"/>
      </w:pPr>
      <w:r>
        <w:t>Chapter 21: The Filtered Reality Theory</w:t>
      </w:r>
    </w:p>
    <w:p w14:paraId="53E66405" w14:textId="77777777" w:rsidR="00E663E7" w:rsidRDefault="00E663E7">
      <w:pPr>
        <w:spacing w:line="360" w:lineRule="exact"/>
      </w:pPr>
      <w:r/>
    </w:p>
    <w:p w14:paraId="4897FBF7" w14:textId="77777777" w:rsidR="00E663E7" w:rsidRDefault="00000000">
      <w:pPr>
        <w:spacing w:after="120" w:line="360" w:lineRule="exact"/>
        <w:ind w:firstLine="432"/>
      </w:pPr>
      <w:r>
        <w:t>“What if reality wasn’t what you saw—but what you were allowed to see?”</w:t>
      </w:r>
    </w:p>
    <w:p w14:paraId="09AA1F01" w14:textId="77777777" w:rsidR="00E663E7" w:rsidRDefault="00E663E7">
      <w:pPr>
        <w:spacing w:line="360" w:lineRule="exact"/>
      </w:pPr>
      <w:r/>
    </w:p>
    <w:p w14:paraId="5E742EE5" w14:textId="77777777" w:rsidR="00E663E7" w:rsidRDefault="00000000">
      <w:pPr>
        <w:spacing w:after="120" w:line="360" w:lineRule="exact"/>
        <w:ind w:firstLine="432"/>
      </w:pPr>
      <w:r>
        <w:t>The world didn’t suddenly go dark.</w:t>
      </w:r>
    </w:p>
    <w:p w14:paraId="2A37F69D" w14:textId="77777777" w:rsidR="00E663E7" w:rsidRDefault="00000000">
      <w:pPr>
        <w:spacing w:after="120" w:line="360" w:lineRule="exact"/>
        <w:ind w:firstLine="432"/>
      </w:pPr>
      <w:r>
        <w:t>It was more like the dimming of a light I hadn’t noticed had been on.</w:t>
      </w:r>
    </w:p>
    <w:p w14:paraId="3FFC9C55" w14:textId="77777777" w:rsidR="00E663E7" w:rsidRDefault="00000000">
      <w:pPr>
        <w:spacing w:after="120" w:line="360" w:lineRule="exact"/>
        <w:ind w:firstLine="432"/>
      </w:pPr>
      <w:r>
        <w:t>The more I fell into despair, the more I became aware—not less.</w:t>
      </w:r>
    </w:p>
    <w:p w14:paraId="590644AA" w14:textId="77777777" w:rsidR="00E663E7" w:rsidRDefault="00E663E7">
      <w:pPr>
        <w:spacing w:line="360" w:lineRule="exact"/>
      </w:pPr>
      <w:r/>
    </w:p>
    <w:p w14:paraId="60851B27" w14:textId="77777777" w:rsidR="00E663E7" w:rsidRDefault="00000000">
      <w:pPr>
        <w:spacing w:after="120" w:line="360" w:lineRule="exact"/>
        <w:ind w:firstLine="432"/>
      </w:pPr>
      <w:r>
        <w:t>And that’s when I began to question the very fabric of what we call “reality.”</w:t>
      </w:r>
    </w:p>
    <w:p w14:paraId="6D6F887F" w14:textId="77777777" w:rsidR="00E663E7" w:rsidRDefault="00E663E7">
      <w:pPr>
        <w:spacing w:line="360" w:lineRule="exact"/>
      </w:pPr>
      <w:r/>
    </w:p>
    <w:p w14:paraId="6AD46E77" w14:textId="77777777" w:rsidR="00E663E7" w:rsidRDefault="00000000">
      <w:pPr>
        <w:spacing w:after="120" w:line="360" w:lineRule="exact"/>
        <w:ind w:firstLine="432"/>
      </w:pPr>
      <w:r>
        <w:t>The Theory</w:t>
      </w:r>
    </w:p>
    <w:p w14:paraId="729EAE82" w14:textId="77777777" w:rsidR="00E663E7" w:rsidRDefault="00E663E7">
      <w:pPr>
        <w:spacing w:line="360" w:lineRule="exact"/>
      </w:pPr>
      <w:r/>
    </w:p>
    <w:p w14:paraId="4C99A4FE" w14:textId="77777777" w:rsidR="00E663E7" w:rsidRDefault="00000000">
      <w:pPr>
        <w:spacing w:after="120" w:line="360" w:lineRule="exact"/>
        <w:ind w:firstLine="432"/>
      </w:pPr>
      <w:r>
        <w:t>I call it the Filtered Reality Theory.</w:t>
      </w:r>
    </w:p>
    <w:p w14:paraId="3D5B702D" w14:textId="77777777" w:rsidR="00E663E7" w:rsidRDefault="00E663E7">
      <w:pPr>
        <w:spacing w:line="360" w:lineRule="exact"/>
      </w:pPr>
      <w:r/>
    </w:p>
    <w:p w14:paraId="77EB4842" w14:textId="77777777" w:rsidR="00E663E7" w:rsidRDefault="00000000">
      <w:pPr>
        <w:spacing w:after="120" w:line="360" w:lineRule="exact"/>
        <w:ind w:firstLine="432"/>
      </w:pPr>
      <w:r>
        <w:t>It’s the idea that our minds, in order to protect us biologically, filter out certain aspects of reality—particularly spiritual, supernatural, or other-dimensional phenomena that would overwhelm us if experienced in full.</w:t>
      </w:r>
    </w:p>
    <w:p w14:paraId="18400AFC" w14:textId="77777777" w:rsidR="00E663E7" w:rsidRDefault="00E663E7">
      <w:pPr>
        <w:spacing w:line="360" w:lineRule="exact"/>
      </w:pPr>
      <w:r/>
    </w:p>
    <w:p w14:paraId="6BF21486" w14:textId="77777777" w:rsidR="00E663E7" w:rsidRDefault="00000000">
      <w:pPr>
        <w:spacing w:after="120" w:line="360" w:lineRule="exact"/>
        <w:ind w:firstLine="432"/>
      </w:pPr>
      <w:r>
        <w:t>But sometimes—through trauma, through altered states, through deep prayer or brokenness—those filters lift.</w:t>
      </w:r>
    </w:p>
    <w:p w14:paraId="410A549D" w14:textId="77777777" w:rsidR="00E663E7" w:rsidRDefault="00000000">
      <w:pPr>
        <w:spacing w:after="120" w:line="360" w:lineRule="exact"/>
        <w:ind w:firstLine="432"/>
      </w:pPr>
      <w:r>
        <w:t>And we see.</w:t>
      </w:r>
    </w:p>
    <w:p w14:paraId="445CCF25" w14:textId="77777777" w:rsidR="00E663E7" w:rsidRDefault="00E663E7">
      <w:pPr>
        <w:spacing w:line="360" w:lineRule="exact"/>
      </w:pPr>
      <w:r/>
    </w:p>
    <w:p w14:paraId="37839C8D" w14:textId="77777777" w:rsidR="00E663E7" w:rsidRDefault="00000000">
      <w:pPr>
        <w:spacing w:after="120" w:line="360" w:lineRule="exact"/>
        <w:ind w:firstLine="432"/>
      </w:pPr>
      <w:r>
        <w:t>And what we see… changes everything.</w:t>
      </w:r>
    </w:p>
    <w:p w14:paraId="4F19AC75" w14:textId="77777777" w:rsidR="00E663E7" w:rsidRDefault="00E663E7">
      <w:pPr>
        <w:spacing w:line="360" w:lineRule="exact"/>
      </w:pPr>
      <w:r/>
    </w:p>
    <w:p w14:paraId="26F9D92D" w14:textId="77777777" w:rsidR="00E663E7" w:rsidRDefault="00000000">
      <w:pPr>
        <w:spacing w:after="120" w:line="360" w:lineRule="exact"/>
        <w:ind w:firstLine="432"/>
      </w:pPr>
      <w:r>
        <w:t>The Entities</w:t>
      </w:r>
    </w:p>
    <w:p w14:paraId="5A0D5090" w14:textId="77777777" w:rsidR="00E663E7" w:rsidRDefault="00E663E7">
      <w:pPr>
        <w:spacing w:line="360" w:lineRule="exact"/>
      </w:pPr>
      <w:r/>
    </w:p>
    <w:p w14:paraId="4BD88D83" w14:textId="77777777" w:rsidR="00E663E7" w:rsidRDefault="00000000">
      <w:pPr>
        <w:spacing w:after="120" w:line="360" w:lineRule="exact"/>
        <w:ind w:firstLine="432"/>
      </w:pPr>
      <w:r>
        <w:t>I began to notice them when I was at my lowest.</w:t>
      </w:r>
    </w:p>
    <w:p w14:paraId="4DB9B554" w14:textId="77777777" w:rsidR="00E663E7" w:rsidRDefault="00000000">
      <w:pPr>
        <w:spacing w:after="120" w:line="360" w:lineRule="exact"/>
        <w:ind w:firstLine="432"/>
      </w:pPr>
      <w:r>
        <w:t>After the separation.</w:t>
      </w:r>
    </w:p>
    <w:p w14:paraId="686E3014" w14:textId="77777777" w:rsidR="00E663E7" w:rsidRDefault="00000000">
      <w:pPr>
        <w:spacing w:after="120" w:line="360" w:lineRule="exact"/>
        <w:ind w:firstLine="432"/>
      </w:pPr>
      <w:r>
        <w:t>After the betrayal.</w:t>
      </w:r>
    </w:p>
    <w:p w14:paraId="663763ED" w14:textId="77777777" w:rsidR="00E663E7" w:rsidRDefault="00000000">
      <w:pPr>
        <w:spacing w:after="120" w:line="360" w:lineRule="exact"/>
        <w:ind w:firstLine="432"/>
      </w:pPr>
      <w:r>
        <w:t>After the drugs.</w:t>
      </w:r>
    </w:p>
    <w:p w14:paraId="7601742E" w14:textId="77777777" w:rsidR="00E663E7" w:rsidRDefault="00E663E7">
      <w:pPr>
        <w:spacing w:line="360" w:lineRule="exact"/>
      </w:pPr>
      <w:r/>
    </w:p>
    <w:p w14:paraId="30D2F6EF" w14:textId="77777777" w:rsidR="00E663E7" w:rsidRDefault="00000000">
      <w:pPr>
        <w:spacing w:after="120" w:line="360" w:lineRule="exact"/>
        <w:ind w:firstLine="432"/>
      </w:pPr>
      <w:r>
        <w:t>They weren’t hallucinations—not in the typical sense.</w:t>
      </w:r>
    </w:p>
    <w:p w14:paraId="2857E9CB" w14:textId="77777777" w:rsidR="00E663E7" w:rsidRDefault="00000000">
      <w:pPr>
        <w:spacing w:after="120" w:line="360" w:lineRule="exact"/>
        <w:ind w:firstLine="432"/>
      </w:pPr>
      <w:r>
        <w:t>They were beings. Shadows. Shapes that moved against logic. Lurked under vehicles. Followed me through the city.</w:t>
      </w:r>
    </w:p>
    <w:p w14:paraId="4FB0E8B6" w14:textId="77777777" w:rsidR="00E663E7" w:rsidRDefault="00E663E7">
      <w:pPr>
        <w:spacing w:line="360" w:lineRule="exact"/>
      </w:pPr>
      <w:r/>
    </w:p>
    <w:p w14:paraId="50DC7165" w14:textId="77777777" w:rsidR="00E663E7" w:rsidRDefault="00000000">
      <w:pPr>
        <w:spacing w:after="120" w:line="360" w:lineRule="exact"/>
        <w:ind w:firstLine="432"/>
      </w:pPr>
      <w:r>
        <w:t>One morning, I arrived at work in my Jeep. As I parked and got out, I felt a shift—like I wasn’t alone. I looked under the car and saw them. Small, dark figures moving beneath the chassis. They weren’t human, and they weren’t of this world.</w:t>
      </w:r>
    </w:p>
    <w:p w14:paraId="33F72362" w14:textId="77777777" w:rsidR="00E663E7" w:rsidRDefault="00E663E7">
      <w:pPr>
        <w:spacing w:line="360" w:lineRule="exact"/>
      </w:pPr>
      <w:r/>
    </w:p>
    <w:p w14:paraId="2B152B76" w14:textId="77777777" w:rsidR="00E663E7" w:rsidRDefault="00000000">
      <w:pPr>
        <w:spacing w:after="120" w:line="360" w:lineRule="exact"/>
        <w:ind w:firstLine="432"/>
      </w:pPr>
      <w:r>
        <w:t>I ran inside to the second floor of the hangar with my coworker, Rinaldo. We looked out the window together—and they were still there.</w:t>
      </w:r>
    </w:p>
    <w:p w14:paraId="663124EF" w14:textId="77777777" w:rsidR="00E663E7" w:rsidRDefault="00000000">
      <w:pPr>
        <w:spacing w:after="120" w:line="360" w:lineRule="exact"/>
        <w:ind w:firstLine="432"/>
      </w:pPr>
      <w:r>
        <w:t>He saw them too.</w:t>
      </w:r>
    </w:p>
    <w:p w14:paraId="0662C137" w14:textId="77777777" w:rsidR="00E663E7" w:rsidRDefault="00E663E7">
      <w:pPr>
        <w:spacing w:line="360" w:lineRule="exact"/>
      </w:pPr>
      <w:r/>
    </w:p>
    <w:p w14:paraId="159B0D09" w14:textId="77777777" w:rsidR="00E663E7" w:rsidRDefault="00000000">
      <w:pPr>
        <w:spacing w:after="120" w:line="360" w:lineRule="exact"/>
        <w:ind w:firstLine="432"/>
      </w:pPr>
      <w:r>
        <w:t>That’s how I knew I wasn’t losing it.</w:t>
      </w:r>
    </w:p>
    <w:p w14:paraId="784FD2A1" w14:textId="77777777" w:rsidR="00E663E7" w:rsidRDefault="00E663E7">
      <w:pPr>
        <w:spacing w:line="360" w:lineRule="exact"/>
      </w:pPr>
      <w:r/>
    </w:p>
    <w:p w14:paraId="29506BD1" w14:textId="77777777" w:rsidR="00E663E7" w:rsidRDefault="00000000">
      <w:pPr>
        <w:spacing w:after="120" w:line="360" w:lineRule="exact"/>
        <w:ind w:firstLine="432"/>
      </w:pPr>
      <w:r>
        <w:t>The Warning</w:t>
      </w:r>
    </w:p>
    <w:p w14:paraId="0D44F809" w14:textId="77777777" w:rsidR="00E663E7" w:rsidRDefault="00E663E7">
      <w:pPr>
        <w:spacing w:line="360" w:lineRule="exact"/>
      </w:pPr>
      <w:r/>
    </w:p>
    <w:p w14:paraId="29EC3335" w14:textId="77777777" w:rsidR="00E663E7" w:rsidRDefault="00000000">
      <w:pPr>
        <w:spacing w:after="120" w:line="360" w:lineRule="exact"/>
        <w:ind w:firstLine="432"/>
      </w:pPr>
      <w:r>
        <w:t>I tried to film them.</w:t>
      </w:r>
    </w:p>
    <w:p w14:paraId="65754C19" w14:textId="77777777" w:rsidR="00E663E7" w:rsidRDefault="00000000">
      <w:pPr>
        <w:spacing w:after="120" w:line="360" w:lineRule="exact"/>
        <w:ind w:firstLine="432"/>
      </w:pPr>
      <w:r>
        <w:t>I pulled out my phone and aimed it toward the parking lot.</w:t>
      </w:r>
    </w:p>
    <w:p w14:paraId="5FF53EBC" w14:textId="77777777" w:rsidR="00E663E7" w:rsidRDefault="00E663E7">
      <w:pPr>
        <w:spacing w:line="360" w:lineRule="exact"/>
      </w:pPr>
      <w:r/>
    </w:p>
    <w:p w14:paraId="5E74A277" w14:textId="77777777" w:rsidR="00E663E7" w:rsidRDefault="00000000">
      <w:pPr>
        <w:spacing w:after="120" w:line="360" w:lineRule="exact"/>
        <w:ind w:firstLine="432"/>
      </w:pPr>
      <w:r>
        <w:t>But something strange happened.</w:t>
      </w:r>
    </w:p>
    <w:p w14:paraId="3B8985D9" w14:textId="77777777" w:rsidR="00E663E7" w:rsidRDefault="00E663E7">
      <w:pPr>
        <w:spacing w:line="360" w:lineRule="exact"/>
      </w:pPr>
      <w:r/>
    </w:p>
    <w:p w14:paraId="25E0AEC6" w14:textId="77777777" w:rsidR="00E663E7" w:rsidRDefault="00000000">
      <w:pPr>
        <w:spacing w:after="120" w:line="360" w:lineRule="exact"/>
        <w:ind w:firstLine="432"/>
      </w:pPr>
      <w:r>
        <w:t>One of the entities seemed to react. It turned—almost like it knew what I was doing—and raised what looked like a knife. But from the handle of the blade, a yellow light beam shot straight into the air.</w:t>
      </w:r>
    </w:p>
    <w:p w14:paraId="379DACB5" w14:textId="77777777" w:rsidR="00E663E7" w:rsidRDefault="00E663E7">
      <w:pPr>
        <w:spacing w:line="360" w:lineRule="exact"/>
      </w:pPr>
      <w:r/>
    </w:p>
    <w:p w14:paraId="36F7803C" w14:textId="77777777" w:rsidR="00E663E7" w:rsidRDefault="00000000">
      <w:pPr>
        <w:spacing w:after="120" w:line="360" w:lineRule="exact"/>
        <w:ind w:firstLine="432"/>
      </w:pPr>
      <w:r>
        <w:t>Not fire. Not a laser. Something… other.</w:t>
      </w:r>
    </w:p>
    <w:p w14:paraId="4FFF4787" w14:textId="77777777" w:rsidR="00E663E7" w:rsidRDefault="00000000">
      <w:pPr>
        <w:spacing w:after="120" w:line="360" w:lineRule="exact"/>
        <w:ind w:firstLine="432"/>
      </w:pPr>
      <w:r>
        <w:t>Something I couldn’t quite process.</w:t>
      </w:r>
    </w:p>
    <w:p w14:paraId="0F67D5B2" w14:textId="77777777" w:rsidR="00E663E7" w:rsidRDefault="00E663E7">
      <w:pPr>
        <w:spacing w:line="360" w:lineRule="exact"/>
      </w:pPr>
      <w:r/>
    </w:p>
    <w:p w14:paraId="1D7DC45D" w14:textId="77777777" w:rsidR="00E663E7" w:rsidRDefault="00000000">
      <w:pPr>
        <w:spacing w:after="120" w:line="360" w:lineRule="exact"/>
        <w:ind w:firstLine="432"/>
      </w:pPr>
      <w:r>
        <w:t>And Rinaldo saw a beam of light—almost ultraviolet—shooting toward the security camera pointed at the lot. It was as if the entities were jamming the camera. Blurring reality. Keeping themselves hidden from mechanical eyes.</w:t>
      </w:r>
    </w:p>
    <w:p w14:paraId="7CE2EE30" w14:textId="77777777" w:rsidR="00E663E7" w:rsidRDefault="00E663E7">
      <w:pPr>
        <w:spacing w:line="360" w:lineRule="exact"/>
      </w:pPr>
      <w:r/>
    </w:p>
    <w:p w14:paraId="28D88F71" w14:textId="77777777" w:rsidR="00E663E7" w:rsidRDefault="00000000">
      <w:pPr>
        <w:spacing w:after="120" w:line="360" w:lineRule="exact"/>
        <w:ind w:firstLine="432"/>
      </w:pPr>
      <w:r>
        <w:t>That’s when I stopped recording.</w:t>
      </w:r>
    </w:p>
    <w:p w14:paraId="17039A06" w14:textId="77777777" w:rsidR="00E663E7" w:rsidRDefault="00E663E7">
      <w:pPr>
        <w:spacing w:line="360" w:lineRule="exact"/>
      </w:pPr>
      <w:r/>
    </w:p>
    <w:p w14:paraId="0038A5F6" w14:textId="77777777" w:rsidR="00E663E7" w:rsidRDefault="00000000">
      <w:pPr>
        <w:spacing w:after="120" w:line="360" w:lineRule="exact"/>
        <w:ind w:firstLine="432"/>
      </w:pPr>
      <w:r>
        <w:t>Because even though I wanted proof…</w:t>
      </w:r>
    </w:p>
    <w:p w14:paraId="18437050" w14:textId="77777777" w:rsidR="00E663E7" w:rsidRDefault="00000000">
      <w:pPr>
        <w:spacing w:after="120" w:line="360" w:lineRule="exact"/>
        <w:ind w:firstLine="432"/>
      </w:pPr>
      <w:r>
        <w:t>I also didn’t want to provoke whatever that was.</w:t>
      </w:r>
    </w:p>
    <w:p w14:paraId="6E386B67" w14:textId="77777777" w:rsidR="00E663E7" w:rsidRDefault="00E663E7">
      <w:pPr>
        <w:spacing w:line="360" w:lineRule="exact"/>
      </w:pPr>
      <w:r/>
    </w:p>
    <w:p w14:paraId="057D3B6C" w14:textId="77777777" w:rsidR="00E663E7" w:rsidRDefault="00000000">
      <w:pPr>
        <w:spacing w:after="120" w:line="360" w:lineRule="exact"/>
        <w:ind w:firstLine="432"/>
      </w:pPr>
      <w:r>
        <w:t>Not Evil—But Protective?</w:t>
      </w:r>
    </w:p>
    <w:p w14:paraId="305D6498" w14:textId="77777777" w:rsidR="00E663E7" w:rsidRDefault="00E663E7">
      <w:pPr>
        <w:spacing w:line="360" w:lineRule="exact"/>
      </w:pPr>
      <w:r/>
    </w:p>
    <w:p w14:paraId="09E8E434" w14:textId="77777777" w:rsidR="00E663E7" w:rsidRDefault="00000000">
      <w:pPr>
        <w:spacing w:after="120" w:line="360" w:lineRule="exact"/>
        <w:ind w:firstLine="432"/>
      </w:pPr>
      <w:r>
        <w:t>Here’s the paradox:</w:t>
      </w:r>
    </w:p>
    <w:p w14:paraId="46874F38" w14:textId="77777777" w:rsidR="00E663E7" w:rsidRDefault="00000000">
      <w:pPr>
        <w:spacing w:after="120" w:line="360" w:lineRule="exact"/>
        <w:ind w:firstLine="432"/>
      </w:pPr>
      <w:r>
        <w:t>As terrifying as these experiences were, they didn’t destroy me.</w:t>
      </w:r>
    </w:p>
    <w:p w14:paraId="4FF6F740" w14:textId="77777777" w:rsidR="00E663E7" w:rsidRDefault="00E663E7">
      <w:pPr>
        <w:spacing w:line="360" w:lineRule="exact"/>
      </w:pPr>
      <w:r/>
    </w:p>
    <w:p w14:paraId="50783F45" w14:textId="77777777" w:rsidR="00E663E7" w:rsidRDefault="00000000">
      <w:pPr>
        <w:spacing w:after="120" w:line="360" w:lineRule="exact"/>
        <w:ind w:firstLine="432"/>
      </w:pPr>
      <w:r>
        <w:t>In fact, I believe they saved me.</w:t>
      </w:r>
    </w:p>
    <w:p w14:paraId="30201EEC" w14:textId="77777777" w:rsidR="00E663E7" w:rsidRDefault="00E663E7">
      <w:pPr>
        <w:spacing w:line="360" w:lineRule="exact"/>
      </w:pPr>
      <w:r/>
    </w:p>
    <w:p w14:paraId="5B4F09F1" w14:textId="77777777" w:rsidR="00E663E7" w:rsidRDefault="00000000">
      <w:pPr>
        <w:spacing w:after="120" w:line="360" w:lineRule="exact"/>
        <w:ind w:firstLine="432"/>
      </w:pPr>
      <w:r>
        <w:t>These entities showed up during moments when I was about to fall too far.</w:t>
      </w:r>
    </w:p>
    <w:p w14:paraId="023D43F6" w14:textId="77777777" w:rsidR="00E663E7" w:rsidRDefault="00000000">
      <w:pPr>
        <w:spacing w:after="120" w:line="360" w:lineRule="exact"/>
        <w:ind w:firstLine="432"/>
      </w:pPr>
      <w:r>
        <w:t>When I was about to be murdered.</w:t>
      </w:r>
    </w:p>
    <w:p w14:paraId="0364ECF1" w14:textId="77777777" w:rsidR="00E663E7" w:rsidRDefault="00000000">
      <w:pPr>
        <w:spacing w:after="120" w:line="360" w:lineRule="exact"/>
        <w:ind w:firstLine="432"/>
      </w:pPr>
      <w:r>
        <w:t>When I was about to lose custody of my son.</w:t>
      </w:r>
    </w:p>
    <w:p w14:paraId="51E29259" w14:textId="77777777" w:rsidR="00E663E7" w:rsidRDefault="00000000">
      <w:pPr>
        <w:spacing w:after="120" w:line="360" w:lineRule="exact"/>
        <w:ind w:firstLine="432"/>
      </w:pPr>
      <w:r>
        <w:t>When I was too deep into drugs and lies.</w:t>
      </w:r>
    </w:p>
    <w:p w14:paraId="7C154507" w14:textId="77777777" w:rsidR="00E663E7" w:rsidRDefault="00E663E7">
      <w:pPr>
        <w:spacing w:line="360" w:lineRule="exact"/>
      </w:pPr>
      <w:r/>
    </w:p>
    <w:p w14:paraId="57061AE6" w14:textId="77777777" w:rsidR="00E663E7" w:rsidRDefault="00000000">
      <w:pPr>
        <w:spacing w:after="120" w:line="360" w:lineRule="exact"/>
        <w:ind w:firstLine="432"/>
      </w:pPr>
      <w:r>
        <w:t>They scared me into waking up.</w:t>
      </w:r>
    </w:p>
    <w:p w14:paraId="2042BF0D" w14:textId="77777777" w:rsidR="00E663E7" w:rsidRDefault="00000000">
      <w:pPr>
        <w:spacing w:after="120" w:line="360" w:lineRule="exact"/>
        <w:ind w:firstLine="432"/>
      </w:pPr>
      <w:r>
        <w:t>They shook me out of complacency.</w:t>
      </w:r>
    </w:p>
    <w:p w14:paraId="3BA812DD" w14:textId="77777777" w:rsidR="00E663E7" w:rsidRDefault="00E663E7">
      <w:pPr>
        <w:spacing w:line="360" w:lineRule="exact"/>
      </w:pPr>
      <w:r/>
    </w:p>
    <w:p w14:paraId="39E88A84" w14:textId="77777777" w:rsidR="00E663E7" w:rsidRDefault="00000000">
      <w:pPr>
        <w:spacing w:after="120" w:line="360" w:lineRule="exact"/>
        <w:ind w:firstLine="432"/>
      </w:pPr>
      <w:r>
        <w:t>It’s only now, looking back, that I see:</w:t>
      </w:r>
    </w:p>
    <w:p w14:paraId="2916C8D0" w14:textId="77777777" w:rsidR="00E663E7" w:rsidRDefault="00000000">
      <w:pPr>
        <w:spacing w:after="120" w:line="360" w:lineRule="exact"/>
        <w:ind w:firstLine="432"/>
      </w:pPr>
      <w:r>
        <w:t>They weren’t enemies.</w:t>
      </w:r>
    </w:p>
    <w:p w14:paraId="6A22ABC0" w14:textId="77777777" w:rsidR="00E663E7" w:rsidRDefault="00000000">
      <w:pPr>
        <w:spacing w:after="120" w:line="360" w:lineRule="exact"/>
        <w:ind w:firstLine="432"/>
      </w:pPr>
      <w:r>
        <w:t>They were guardians in disguise.</w:t>
      </w:r>
    </w:p>
    <w:p w14:paraId="4F23DCEF" w14:textId="77777777" w:rsidR="00E663E7" w:rsidRDefault="00000000">
      <w:pPr>
        <w:spacing w:after="120" w:line="360" w:lineRule="exact"/>
        <w:ind w:firstLine="432"/>
      </w:pPr>
      <w:r>
        <w:t>Messengers of a higher force, masked in darkness so I would take them seriously.</w:t>
      </w:r>
    </w:p>
    <w:p w14:paraId="2DDFA427" w14:textId="77777777" w:rsidR="00E663E7" w:rsidRDefault="00E663E7">
      <w:pPr>
        <w:spacing w:line="360" w:lineRule="exact"/>
      </w:pPr>
      <w:r/>
    </w:p>
    <w:p w14:paraId="77A93226" w14:textId="77777777" w:rsidR="00E663E7" w:rsidRDefault="00000000">
      <w:pPr>
        <w:spacing w:after="120" w:line="360" w:lineRule="exact"/>
        <w:ind w:firstLine="432"/>
      </w:pPr>
      <w:r>
        <w:t>Why Me?</w:t>
      </w:r>
    </w:p>
    <w:p w14:paraId="30F5CEAC" w14:textId="77777777" w:rsidR="00E663E7" w:rsidRDefault="00E663E7">
      <w:pPr>
        <w:spacing w:line="360" w:lineRule="exact"/>
      </w:pPr>
      <w:r/>
    </w:p>
    <w:p w14:paraId="6106617E" w14:textId="77777777" w:rsidR="00E663E7" w:rsidRDefault="00000000">
      <w:pPr>
        <w:spacing w:after="120" w:line="360" w:lineRule="exact"/>
        <w:ind w:firstLine="432"/>
      </w:pPr>
      <w:r>
        <w:t>Maybe I was chosen because I was broken enough to see.</w:t>
      </w:r>
    </w:p>
    <w:p w14:paraId="4CD703C7" w14:textId="77777777" w:rsidR="00E663E7" w:rsidRDefault="00000000">
      <w:pPr>
        <w:spacing w:after="120" w:line="360" w:lineRule="exact"/>
        <w:ind w:firstLine="432"/>
      </w:pPr>
      <w:r>
        <w:t>Or maybe I was just open enough to receive.</w:t>
      </w:r>
    </w:p>
    <w:p w14:paraId="6FB8BD6F" w14:textId="77777777" w:rsidR="00E663E7" w:rsidRDefault="00E663E7">
      <w:pPr>
        <w:spacing w:line="360" w:lineRule="exact"/>
      </w:pPr>
      <w:r/>
    </w:p>
    <w:p w14:paraId="1D484ADB" w14:textId="77777777" w:rsidR="00E663E7" w:rsidRDefault="00000000">
      <w:pPr>
        <w:spacing w:after="120" w:line="360" w:lineRule="exact"/>
        <w:ind w:firstLine="432"/>
      </w:pPr>
      <w:r>
        <w:t>I had always questioned the spiritual.</w:t>
      </w:r>
    </w:p>
    <w:p w14:paraId="796C6CE0" w14:textId="77777777" w:rsidR="00E663E7" w:rsidRDefault="00000000">
      <w:pPr>
        <w:spacing w:after="120" w:line="360" w:lineRule="exact"/>
        <w:ind w:firstLine="432"/>
      </w:pPr>
      <w:r>
        <w:t>I believed in God as a child, then drifted into agnosticism.</w:t>
      </w:r>
    </w:p>
    <w:p w14:paraId="4F99CBDA" w14:textId="77777777" w:rsidR="00E663E7" w:rsidRDefault="00000000">
      <w:pPr>
        <w:spacing w:after="120" w:line="360" w:lineRule="exact"/>
        <w:ind w:firstLine="432"/>
      </w:pPr>
      <w:r>
        <w:t>But in my despair, I began praying again.</w:t>
      </w:r>
    </w:p>
    <w:p w14:paraId="5A2E5B69" w14:textId="77777777" w:rsidR="00E663E7" w:rsidRDefault="00000000">
      <w:pPr>
        <w:spacing w:after="120" w:line="360" w:lineRule="exact"/>
        <w:ind w:firstLine="432"/>
      </w:pPr>
      <w:r>
        <w:t>And the more I returned to faith—through Jesus, through Shiva—the more I saw.</w:t>
      </w:r>
    </w:p>
    <w:p w14:paraId="3F75B698" w14:textId="77777777" w:rsidR="00E663E7" w:rsidRDefault="00E663E7">
      <w:pPr>
        <w:spacing w:line="360" w:lineRule="exact"/>
      </w:pPr>
      <w:r/>
    </w:p>
    <w:p w14:paraId="21EAAAD4" w14:textId="77777777" w:rsidR="00E663E7" w:rsidRDefault="00000000">
      <w:pPr>
        <w:spacing w:after="120" w:line="360" w:lineRule="exact"/>
        <w:ind w:firstLine="432"/>
      </w:pPr>
      <w:r>
        <w:t>A Mind Unshackled</w:t>
      </w:r>
    </w:p>
    <w:p w14:paraId="42A8570A" w14:textId="77777777" w:rsidR="00E663E7" w:rsidRDefault="00E663E7">
      <w:pPr>
        <w:spacing w:line="360" w:lineRule="exact"/>
      </w:pPr>
      <w:r/>
    </w:p>
    <w:p w14:paraId="4F1FF42C" w14:textId="77777777" w:rsidR="00E663E7" w:rsidRDefault="00000000">
      <w:pPr>
        <w:spacing w:after="120" w:line="360" w:lineRule="exact"/>
        <w:ind w:firstLine="432"/>
      </w:pPr>
      <w:r>
        <w:t>I don’t expect everyone to understand this chapter.</w:t>
      </w:r>
    </w:p>
    <w:p w14:paraId="17E71826" w14:textId="77777777" w:rsidR="00E663E7" w:rsidRDefault="00000000">
      <w:pPr>
        <w:spacing w:after="120" w:line="360" w:lineRule="exact"/>
        <w:ind w:firstLine="432"/>
      </w:pPr>
      <w:r>
        <w:t>I know it’s strange.</w:t>
      </w:r>
    </w:p>
    <w:p w14:paraId="17962D51" w14:textId="77777777" w:rsidR="00E663E7" w:rsidRDefault="00000000">
      <w:pPr>
        <w:spacing w:after="120" w:line="360" w:lineRule="exact"/>
        <w:ind w:firstLine="432"/>
      </w:pPr>
      <w:r>
        <w:t>Uncomfortable.</w:t>
      </w:r>
    </w:p>
    <w:p w14:paraId="77554926" w14:textId="77777777" w:rsidR="00E663E7" w:rsidRDefault="00000000">
      <w:pPr>
        <w:spacing w:after="120" w:line="360" w:lineRule="exact"/>
        <w:ind w:firstLine="432"/>
      </w:pPr>
      <w:r>
        <w:t>Hard to categorize.</w:t>
      </w:r>
    </w:p>
    <w:p w14:paraId="1DE43702" w14:textId="77777777" w:rsidR="00E663E7" w:rsidRDefault="00E663E7">
      <w:pPr>
        <w:spacing w:line="360" w:lineRule="exact"/>
      </w:pPr>
      <w:r/>
    </w:p>
    <w:p w14:paraId="571F1979" w14:textId="77777777" w:rsidR="00E663E7" w:rsidRDefault="00000000">
      <w:pPr>
        <w:spacing w:after="120" w:line="360" w:lineRule="exact"/>
        <w:ind w:firstLine="432"/>
      </w:pPr>
      <w:r>
        <w:t>But that’s the point.</w:t>
      </w:r>
    </w:p>
    <w:p w14:paraId="5F211750" w14:textId="77777777" w:rsidR="00E663E7" w:rsidRDefault="00E663E7">
      <w:pPr>
        <w:spacing w:line="360" w:lineRule="exact"/>
      </w:pPr>
      <w:r/>
    </w:p>
    <w:p w14:paraId="13884888" w14:textId="77777777" w:rsidR="00E663E7" w:rsidRDefault="00000000">
      <w:pPr>
        <w:spacing w:after="120" w:line="360" w:lineRule="exact"/>
        <w:ind w:firstLine="432"/>
      </w:pPr>
      <w:r>
        <w:t>We’ve built a world that mocks the unseen.</w:t>
      </w:r>
    </w:p>
    <w:p w14:paraId="6E535588" w14:textId="77777777" w:rsidR="00E663E7" w:rsidRDefault="00000000">
      <w:pPr>
        <w:spacing w:after="120" w:line="360" w:lineRule="exact"/>
        <w:ind w:firstLine="432"/>
      </w:pPr>
      <w:r>
        <w:t>Dismisses what doesn’t fit into science.</w:t>
      </w:r>
    </w:p>
    <w:p w14:paraId="0E05313B" w14:textId="77777777" w:rsidR="00E663E7" w:rsidRDefault="00000000">
      <w:pPr>
        <w:spacing w:after="120" w:line="360" w:lineRule="exact"/>
        <w:ind w:firstLine="432"/>
      </w:pPr>
      <w:r>
        <w:t>Rejects the possibility that something more is watching.</w:t>
      </w:r>
    </w:p>
    <w:p w14:paraId="783E4A6B" w14:textId="77777777" w:rsidR="00E663E7" w:rsidRDefault="00E663E7">
      <w:pPr>
        <w:spacing w:line="360" w:lineRule="exact"/>
      </w:pPr>
      <w:r/>
    </w:p>
    <w:p w14:paraId="08B9EE99" w14:textId="77777777" w:rsidR="00E663E7" w:rsidRDefault="00000000">
      <w:pPr>
        <w:spacing w:after="120" w:line="360" w:lineRule="exact"/>
        <w:ind w:firstLine="432"/>
      </w:pPr>
      <w:r>
        <w:t>But I’ve lived it.</w:t>
      </w:r>
    </w:p>
    <w:p w14:paraId="6003237F" w14:textId="77777777" w:rsidR="00E663E7" w:rsidRDefault="00000000">
      <w:pPr>
        <w:spacing w:after="120" w:line="360" w:lineRule="exact"/>
        <w:ind w:firstLine="432"/>
      </w:pPr>
      <w:r>
        <w:t>And I now believe this:</w:t>
      </w:r>
    </w:p>
    <w:p w14:paraId="737596A6" w14:textId="77777777" w:rsidR="00E663E7" w:rsidRDefault="00E663E7">
      <w:pPr>
        <w:spacing w:line="360" w:lineRule="exact"/>
      </w:pPr>
      <w:r/>
    </w:p>
    <w:p w14:paraId="01216481" w14:textId="77777777" w:rsidR="00E663E7" w:rsidRDefault="00000000">
      <w:pPr>
        <w:spacing w:after="120" w:line="360" w:lineRule="exact"/>
        <w:ind w:firstLine="432"/>
      </w:pPr>
      <w:r>
        <w:t>“Your actions are being watched by things we do not and are not meant to understand.</w:t>
      </w:r>
    </w:p>
    <w:p w14:paraId="791968A0" w14:textId="77777777" w:rsidR="00E663E7" w:rsidRDefault="00000000">
      <w:pPr>
        <w:spacing w:after="120" w:line="360" w:lineRule="exact"/>
        <w:ind w:firstLine="432"/>
      </w:pPr>
      <w:r>
        <w:t>Our minds filter reality to preserve our biological existence. But those filters?</w:t>
      </w:r>
    </w:p>
    <w:p w14:paraId="5ECFB211" w14:textId="77777777" w:rsidR="00E663E7" w:rsidRDefault="00000000">
      <w:pPr>
        <w:spacing w:after="120" w:line="360" w:lineRule="exact"/>
        <w:ind w:firstLine="432"/>
      </w:pPr>
      <w:r>
        <w:t>They’re not perfect.</w:t>
      </w:r>
    </w:p>
    <w:p w14:paraId="60EF29CA" w14:textId="77777777" w:rsidR="00E663E7" w:rsidRDefault="00000000">
      <w:pPr>
        <w:spacing w:after="120" w:line="360" w:lineRule="exact"/>
        <w:ind w:firstLine="432"/>
      </w:pPr>
      <w:r>
        <w:t>And sometimes… they lift.”</w:t>
      </w:r>
    </w:p>
    <w:p w14:paraId="52230EA3" w14:textId="77777777" w:rsidR="00E663E7" w:rsidRDefault="00E663E7">
      <w:pPr>
        <w:spacing w:line="360" w:lineRule="exact"/>
      </w:pPr>
      <w:r/>
    </w:p>
    <w:p w14:paraId="3D9364E6" w14:textId="77777777" w:rsidR="00E663E7" w:rsidRDefault="00E663E7">
      <w:pPr>
        <w:spacing w:line="360" w:lineRule="exact"/>
      </w:pPr>
      <w:r/>
    </w:p>
    <w:p w14:paraId="5A92A086" w14:textId="77777777" w:rsidR="00E663E7" w:rsidRDefault="00000000">
      <w:pPr>
        <w:spacing w:line="360" w:lineRule="exact"/>
        <w:jc w:val="center"/>
      </w:pPr>
      <w:r>
        <w:t>Chapter 22: Where Shiva and Christ Met Me</w:t>
      </w:r>
    </w:p>
    <w:p w14:paraId="46250DC5" w14:textId="77777777" w:rsidR="00E663E7" w:rsidRDefault="00E663E7">
      <w:pPr>
        <w:spacing w:line="360" w:lineRule="exact"/>
      </w:pPr>
      <w:r/>
    </w:p>
    <w:p w14:paraId="168E1749" w14:textId="77777777" w:rsidR="00E663E7" w:rsidRDefault="00000000">
      <w:pPr>
        <w:spacing w:after="120" w:line="360" w:lineRule="exact"/>
        <w:ind w:firstLine="432"/>
      </w:pPr>
      <w:r>
        <w:t>“Two gods. One redemption. No conversion — only convergence.”</w:t>
      </w:r>
    </w:p>
    <w:p w14:paraId="64200164" w14:textId="77777777" w:rsidR="00E663E7" w:rsidRDefault="00E663E7">
      <w:pPr>
        <w:spacing w:line="360" w:lineRule="exact"/>
      </w:pPr>
      <w:r/>
    </w:p>
    <w:p w14:paraId="3AE24A2C" w14:textId="77777777" w:rsidR="00E663E7" w:rsidRDefault="00000000">
      <w:pPr>
        <w:spacing w:after="120" w:line="360" w:lineRule="exact"/>
        <w:ind w:firstLine="432"/>
      </w:pPr>
      <w:r>
        <w:t>Most people choose sides when it comes to faith.</w:t>
      </w:r>
    </w:p>
    <w:p w14:paraId="16444298" w14:textId="77777777" w:rsidR="00E663E7" w:rsidRDefault="00000000">
      <w:pPr>
        <w:spacing w:after="120" w:line="360" w:lineRule="exact"/>
        <w:ind w:firstLine="432"/>
      </w:pPr>
      <w:r>
        <w:t>Jesus or Shiva. The Bible or the Bhagavad Gita. East or West.</w:t>
      </w:r>
    </w:p>
    <w:p w14:paraId="53BB7511" w14:textId="77777777" w:rsidR="00E663E7" w:rsidRDefault="00E663E7">
      <w:pPr>
        <w:spacing w:line="360" w:lineRule="exact"/>
      </w:pPr>
      <w:r/>
    </w:p>
    <w:p w14:paraId="598701B0" w14:textId="77777777" w:rsidR="00E663E7" w:rsidRDefault="00000000">
      <w:pPr>
        <w:spacing w:after="120" w:line="360" w:lineRule="exact"/>
        <w:ind w:firstLine="432"/>
      </w:pPr>
      <w:r>
        <w:t>But when you’ve seen what I’ve seen…</w:t>
      </w:r>
    </w:p>
    <w:p w14:paraId="2B58A816" w14:textId="77777777" w:rsidR="00E663E7" w:rsidRDefault="00000000">
      <w:pPr>
        <w:spacing w:after="120" w:line="360" w:lineRule="exact"/>
        <w:ind w:firstLine="432"/>
      </w:pPr>
      <w:r>
        <w:t>When you’ve lived through spiritual war…</w:t>
      </w:r>
    </w:p>
    <w:p w14:paraId="03352418" w14:textId="77777777" w:rsidR="00E663E7" w:rsidRDefault="00000000">
      <w:pPr>
        <w:spacing w:after="120" w:line="360" w:lineRule="exact"/>
        <w:ind w:firstLine="432"/>
      </w:pPr>
      <w:r>
        <w:t>You realize that the divine doesn’t care about categories.</w:t>
      </w:r>
    </w:p>
    <w:p w14:paraId="28B666DD" w14:textId="77777777" w:rsidR="00E663E7" w:rsidRDefault="00E663E7">
      <w:pPr>
        <w:spacing w:line="360" w:lineRule="exact"/>
      </w:pPr>
      <w:r/>
    </w:p>
    <w:p w14:paraId="78950453" w14:textId="77777777" w:rsidR="00E663E7" w:rsidRDefault="00000000">
      <w:pPr>
        <w:spacing w:after="120" w:line="360" w:lineRule="exact"/>
        <w:ind w:firstLine="432"/>
      </w:pPr>
      <w:r>
        <w:t>It comes to you in the language you’ll understand.</w:t>
      </w:r>
    </w:p>
    <w:p w14:paraId="07D3E568" w14:textId="77777777" w:rsidR="00E663E7" w:rsidRDefault="00000000">
      <w:pPr>
        <w:spacing w:after="120" w:line="360" w:lineRule="exact"/>
        <w:ind w:firstLine="432"/>
      </w:pPr>
      <w:r>
        <w:t>And for me — it spoke in both.</w:t>
      </w:r>
    </w:p>
    <w:p w14:paraId="671486FE" w14:textId="77777777" w:rsidR="00E663E7" w:rsidRDefault="00E663E7">
      <w:pPr>
        <w:spacing w:line="360" w:lineRule="exact"/>
      </w:pPr>
      <w:r/>
    </w:p>
    <w:p w14:paraId="198BB1AA" w14:textId="77777777" w:rsidR="00E663E7" w:rsidRDefault="00000000">
      <w:pPr>
        <w:spacing w:after="120" w:line="360" w:lineRule="exact"/>
        <w:ind w:firstLine="432"/>
      </w:pPr>
      <w:r>
        <w:t>The Fall that Led to Faith</w:t>
      </w:r>
    </w:p>
    <w:p w14:paraId="1F2B961C" w14:textId="77777777" w:rsidR="00E663E7" w:rsidRDefault="00E663E7">
      <w:pPr>
        <w:spacing w:line="360" w:lineRule="exact"/>
      </w:pPr>
      <w:r/>
    </w:p>
    <w:p w14:paraId="662A715C" w14:textId="77777777" w:rsidR="00E663E7" w:rsidRDefault="00000000">
      <w:pPr>
        <w:spacing w:after="120" w:line="360" w:lineRule="exact"/>
        <w:ind w:firstLine="432"/>
      </w:pPr>
      <w:r>
        <w:t>I didn’t come back to God through a church.</w:t>
      </w:r>
    </w:p>
    <w:p w14:paraId="054BB150" w14:textId="77777777" w:rsidR="00E663E7" w:rsidRDefault="00000000">
      <w:pPr>
        <w:spacing w:after="120" w:line="360" w:lineRule="exact"/>
        <w:ind w:firstLine="432"/>
      </w:pPr>
      <w:r>
        <w:t>I came back through chaos.</w:t>
      </w:r>
    </w:p>
    <w:p w14:paraId="43DE0A34" w14:textId="77777777" w:rsidR="00E663E7" w:rsidRDefault="00E663E7">
      <w:pPr>
        <w:spacing w:line="360" w:lineRule="exact"/>
      </w:pPr>
      <w:r/>
    </w:p>
    <w:p w14:paraId="383A32F3" w14:textId="77777777" w:rsidR="00E663E7" w:rsidRDefault="00000000">
      <w:pPr>
        <w:spacing w:after="120" w:line="360" w:lineRule="exact"/>
        <w:ind w:firstLine="432"/>
      </w:pPr>
      <w:r>
        <w:t>It wasn’t a holy book that cracked open my mind — it was betrayal.</w:t>
      </w:r>
    </w:p>
    <w:p w14:paraId="2BC167C0" w14:textId="77777777" w:rsidR="00E663E7" w:rsidRDefault="00000000">
      <w:pPr>
        <w:spacing w:after="120" w:line="360" w:lineRule="exact"/>
        <w:ind w:firstLine="432"/>
      </w:pPr>
      <w:r>
        <w:t>It wasn’t a sermon that brought me to my knees — it was a near-suicide, a spiritual battle, a drug-laced descent into visions of shadow beings and whispering voices.</w:t>
      </w:r>
    </w:p>
    <w:p w14:paraId="35B5F190" w14:textId="77777777" w:rsidR="00E663E7" w:rsidRDefault="00E663E7">
      <w:pPr>
        <w:spacing w:line="360" w:lineRule="exact"/>
      </w:pPr>
      <w:r/>
    </w:p>
    <w:p w14:paraId="2000FFB9" w14:textId="77777777" w:rsidR="00E663E7" w:rsidRDefault="00000000">
      <w:pPr>
        <w:spacing w:after="120" w:line="360" w:lineRule="exact"/>
        <w:ind w:firstLine="432"/>
      </w:pPr>
      <w:r>
        <w:t>And in that madness… I found God.</w:t>
      </w:r>
    </w:p>
    <w:p w14:paraId="615F30F3" w14:textId="77777777" w:rsidR="00E663E7" w:rsidRDefault="00000000">
      <w:pPr>
        <w:spacing w:after="120" w:line="360" w:lineRule="exact"/>
        <w:ind w:firstLine="432"/>
      </w:pPr>
      <w:r>
        <w:t>Not a god. Not their God.</w:t>
      </w:r>
    </w:p>
    <w:p w14:paraId="1BE5C4D4" w14:textId="77777777" w:rsidR="00E663E7" w:rsidRDefault="00000000">
      <w:pPr>
        <w:spacing w:after="120" w:line="360" w:lineRule="exact"/>
        <w:ind w:firstLine="432"/>
      </w:pPr>
      <w:r>
        <w:t>God.</w:t>
      </w:r>
    </w:p>
    <w:p w14:paraId="58BCB7BB" w14:textId="77777777" w:rsidR="00E663E7" w:rsidRDefault="00E663E7">
      <w:pPr>
        <w:spacing w:line="360" w:lineRule="exact"/>
      </w:pPr>
      <w:r/>
    </w:p>
    <w:p w14:paraId="5AE15C0C" w14:textId="77777777" w:rsidR="00E663E7" w:rsidRDefault="00000000">
      <w:pPr>
        <w:spacing w:after="120" w:line="360" w:lineRule="exact"/>
        <w:ind w:firstLine="432"/>
      </w:pPr>
      <w:r>
        <w:t>And He met me as both Christ and Shiva.</w:t>
      </w:r>
    </w:p>
    <w:p w14:paraId="12950D68" w14:textId="77777777" w:rsidR="00E663E7" w:rsidRDefault="00E663E7">
      <w:pPr>
        <w:spacing w:line="360" w:lineRule="exact"/>
      </w:pPr>
      <w:r/>
    </w:p>
    <w:p w14:paraId="7B300879" w14:textId="77777777" w:rsidR="00E663E7" w:rsidRDefault="00000000">
      <w:pPr>
        <w:spacing w:after="120" w:line="360" w:lineRule="exact"/>
        <w:ind w:firstLine="432"/>
      </w:pPr>
      <w:r>
        <w:t>The Face of Jesus</w:t>
      </w:r>
    </w:p>
    <w:p w14:paraId="7CC204E9" w14:textId="77777777" w:rsidR="00E663E7" w:rsidRDefault="00E663E7">
      <w:pPr>
        <w:spacing w:line="360" w:lineRule="exact"/>
      </w:pPr>
      <w:r/>
    </w:p>
    <w:p w14:paraId="3A4361B2" w14:textId="77777777" w:rsidR="00E663E7" w:rsidRDefault="00000000">
      <w:pPr>
        <w:spacing w:after="120" w:line="360" w:lineRule="exact"/>
        <w:ind w:firstLine="432"/>
      </w:pPr>
      <w:r>
        <w:t>I was raised Christian.</w:t>
      </w:r>
    </w:p>
    <w:p w14:paraId="4607B7AA" w14:textId="77777777" w:rsidR="00E663E7" w:rsidRDefault="00000000">
      <w:pPr>
        <w:spacing w:after="120" w:line="360" w:lineRule="exact"/>
        <w:ind w:firstLine="432"/>
      </w:pPr>
      <w:r>
        <w:t>Baptized in the Coptic Orthodox Church.</w:t>
      </w:r>
    </w:p>
    <w:p w14:paraId="311DD1F8" w14:textId="77777777" w:rsidR="00E663E7" w:rsidRDefault="00000000">
      <w:pPr>
        <w:spacing w:after="120" w:line="360" w:lineRule="exact"/>
        <w:ind w:firstLine="432"/>
      </w:pPr>
      <w:r>
        <w:t>But somewhere along the way — as life grew heavy and doubt crept in — I drifted.</w:t>
      </w:r>
    </w:p>
    <w:p w14:paraId="600CEF6F" w14:textId="77777777" w:rsidR="00E663E7" w:rsidRDefault="00E663E7">
      <w:pPr>
        <w:spacing w:line="360" w:lineRule="exact"/>
      </w:pPr>
      <w:r/>
    </w:p>
    <w:p w14:paraId="6B4A5515" w14:textId="77777777" w:rsidR="00E663E7" w:rsidRDefault="00000000">
      <w:pPr>
        <w:spacing w:after="120" w:line="360" w:lineRule="exact"/>
        <w:ind w:firstLine="432"/>
      </w:pPr>
      <w:r>
        <w:t>I became agnostic.</w:t>
      </w:r>
    </w:p>
    <w:p w14:paraId="1DAEE5B7" w14:textId="77777777" w:rsidR="00E663E7" w:rsidRDefault="00000000">
      <w:pPr>
        <w:spacing w:after="120" w:line="360" w:lineRule="exact"/>
        <w:ind w:firstLine="432"/>
      </w:pPr>
      <w:r>
        <w:t>I stopped praying.</w:t>
      </w:r>
    </w:p>
    <w:p w14:paraId="59AF6449" w14:textId="77777777" w:rsidR="00E663E7" w:rsidRDefault="00000000">
      <w:pPr>
        <w:spacing w:after="120" w:line="360" w:lineRule="exact"/>
        <w:ind w:firstLine="432"/>
      </w:pPr>
      <w:r>
        <w:t>I stopped listening.</w:t>
      </w:r>
    </w:p>
    <w:p w14:paraId="38A7374F" w14:textId="77777777" w:rsidR="00E663E7" w:rsidRDefault="00E663E7">
      <w:pPr>
        <w:spacing w:line="360" w:lineRule="exact"/>
      </w:pPr>
      <w:r/>
    </w:p>
    <w:p w14:paraId="0201B608" w14:textId="77777777" w:rsidR="00E663E7" w:rsidRDefault="00000000">
      <w:pPr>
        <w:spacing w:after="120" w:line="360" w:lineRule="exact"/>
        <w:ind w:firstLine="432"/>
      </w:pPr>
      <w:r>
        <w:t>And then everything fell apart.</w:t>
      </w:r>
    </w:p>
    <w:p w14:paraId="16B10CB4" w14:textId="77777777" w:rsidR="00E663E7" w:rsidRDefault="00000000">
      <w:pPr>
        <w:spacing w:after="120" w:line="360" w:lineRule="exact"/>
        <w:ind w:firstLine="432"/>
      </w:pPr>
      <w:r>
        <w:t>My marriage.</w:t>
      </w:r>
    </w:p>
    <w:p w14:paraId="214106EC" w14:textId="77777777" w:rsidR="00E663E7" w:rsidRDefault="00000000">
      <w:pPr>
        <w:spacing w:after="120" w:line="360" w:lineRule="exact"/>
        <w:ind w:firstLine="432"/>
      </w:pPr>
      <w:r>
        <w:t>My identity.</w:t>
      </w:r>
    </w:p>
    <w:p w14:paraId="56B358AF" w14:textId="77777777" w:rsidR="00E663E7" w:rsidRDefault="00000000">
      <w:pPr>
        <w:spacing w:after="120" w:line="360" w:lineRule="exact"/>
        <w:ind w:firstLine="432"/>
      </w:pPr>
      <w:r>
        <w:t>My peace.</w:t>
      </w:r>
    </w:p>
    <w:p w14:paraId="395E2052" w14:textId="77777777" w:rsidR="00E663E7" w:rsidRDefault="00E663E7">
      <w:pPr>
        <w:spacing w:line="360" w:lineRule="exact"/>
      </w:pPr>
      <w:r/>
    </w:p>
    <w:p w14:paraId="6B0AAF18" w14:textId="77777777" w:rsidR="00E663E7" w:rsidRDefault="00000000">
      <w:pPr>
        <w:spacing w:after="120" w:line="360" w:lineRule="exact"/>
        <w:ind w:firstLine="432"/>
      </w:pPr>
      <w:r>
        <w:t>But it was in that ruin that I began to hear again.</w:t>
      </w:r>
    </w:p>
    <w:p w14:paraId="13EC2C99" w14:textId="77777777" w:rsidR="00E663E7" w:rsidRDefault="00000000">
      <w:pPr>
        <w:spacing w:after="120" w:line="360" w:lineRule="exact"/>
        <w:ind w:firstLine="432"/>
      </w:pPr>
      <w:r>
        <w:t>Whispers of grace.</w:t>
      </w:r>
    </w:p>
    <w:p w14:paraId="6677AD3E" w14:textId="77777777" w:rsidR="00E663E7" w:rsidRDefault="00000000">
      <w:pPr>
        <w:spacing w:after="120" w:line="360" w:lineRule="exact"/>
        <w:ind w:firstLine="432"/>
      </w:pPr>
      <w:r>
        <w:t>Echoes of scripture.</w:t>
      </w:r>
    </w:p>
    <w:p w14:paraId="183DFE30" w14:textId="77777777" w:rsidR="00E663E7" w:rsidRDefault="00000000">
      <w:pPr>
        <w:spacing w:after="120" w:line="360" w:lineRule="exact"/>
        <w:ind w:firstLine="432"/>
      </w:pPr>
      <w:r>
        <w:t>Signs I couldn’t ignore.</w:t>
      </w:r>
    </w:p>
    <w:p w14:paraId="1D4D4909" w14:textId="77777777" w:rsidR="00E663E7" w:rsidRDefault="00E663E7">
      <w:pPr>
        <w:spacing w:line="360" w:lineRule="exact"/>
      </w:pPr>
      <w:r/>
    </w:p>
    <w:p w14:paraId="38F7B0B1" w14:textId="77777777" w:rsidR="00E663E7" w:rsidRDefault="00000000">
      <w:pPr>
        <w:spacing w:after="120" w:line="360" w:lineRule="exact"/>
        <w:ind w:firstLine="432"/>
      </w:pPr>
      <w:r>
        <w:t>Christ appeared not in physical form, but in presence.</w:t>
      </w:r>
    </w:p>
    <w:p w14:paraId="114248A6" w14:textId="77777777" w:rsidR="00E663E7" w:rsidRDefault="00000000">
      <w:pPr>
        <w:spacing w:after="120" w:line="360" w:lineRule="exact"/>
        <w:ind w:firstLine="432"/>
      </w:pPr>
      <w:r>
        <w:t>In the unwavering love of my mother.</w:t>
      </w:r>
    </w:p>
    <w:p w14:paraId="36E9D3AF" w14:textId="77777777" w:rsidR="00E663E7" w:rsidRDefault="00000000">
      <w:pPr>
        <w:spacing w:after="120" w:line="360" w:lineRule="exact"/>
        <w:ind w:firstLine="432"/>
      </w:pPr>
      <w:r>
        <w:t>In the mercy that allowed me to survive.</w:t>
      </w:r>
    </w:p>
    <w:p w14:paraId="436AB013" w14:textId="77777777" w:rsidR="00E663E7" w:rsidRDefault="00000000">
      <w:pPr>
        <w:spacing w:after="120" w:line="360" w:lineRule="exact"/>
        <w:ind w:firstLine="432"/>
      </w:pPr>
      <w:r>
        <w:t>In the love I felt for my son — a love so fierce it broke through addiction, rage, and despair.</w:t>
      </w:r>
    </w:p>
    <w:p w14:paraId="6EF19806" w14:textId="77777777" w:rsidR="00E663E7" w:rsidRDefault="00E663E7">
      <w:pPr>
        <w:spacing w:line="360" w:lineRule="exact"/>
      </w:pPr>
      <w:r/>
    </w:p>
    <w:p w14:paraId="45621730" w14:textId="77777777" w:rsidR="00E663E7" w:rsidRDefault="00000000">
      <w:pPr>
        <w:spacing w:after="120" w:line="360" w:lineRule="exact"/>
        <w:ind w:firstLine="432"/>
      </w:pPr>
      <w:r>
        <w:t>The Arrival of Shiva</w:t>
      </w:r>
    </w:p>
    <w:p w14:paraId="5F2073C3" w14:textId="77777777" w:rsidR="00E663E7" w:rsidRDefault="00E663E7">
      <w:pPr>
        <w:spacing w:line="360" w:lineRule="exact"/>
      </w:pPr>
      <w:r/>
    </w:p>
    <w:p w14:paraId="7B05EC2F" w14:textId="77777777" w:rsidR="00E663E7" w:rsidRDefault="00000000">
      <w:pPr>
        <w:spacing w:after="120" w:line="360" w:lineRule="exact"/>
        <w:ind w:firstLine="432"/>
      </w:pPr>
      <w:r>
        <w:t>But there was more.</w:t>
      </w:r>
    </w:p>
    <w:p w14:paraId="2D42B9F1" w14:textId="77777777" w:rsidR="00E663E7" w:rsidRDefault="00E663E7">
      <w:pPr>
        <w:spacing w:line="360" w:lineRule="exact"/>
      </w:pPr>
      <w:r/>
    </w:p>
    <w:p w14:paraId="73E4178F" w14:textId="77777777" w:rsidR="00E663E7" w:rsidRDefault="00000000">
      <w:pPr>
        <w:spacing w:after="120" w:line="360" w:lineRule="exact"/>
        <w:ind w:firstLine="432"/>
      </w:pPr>
      <w:r>
        <w:t>I didn’t seek Lord Shiva.</w:t>
      </w:r>
    </w:p>
    <w:p w14:paraId="1068ADF5" w14:textId="77777777" w:rsidR="00E663E7" w:rsidRDefault="00000000">
      <w:pPr>
        <w:spacing w:after="120" w:line="360" w:lineRule="exact"/>
        <w:ind w:firstLine="432"/>
      </w:pPr>
      <w:r>
        <w:t>He came to me.</w:t>
      </w:r>
    </w:p>
    <w:p w14:paraId="1AE63DCA" w14:textId="77777777" w:rsidR="00E663E7" w:rsidRDefault="00E663E7">
      <w:pPr>
        <w:spacing w:line="360" w:lineRule="exact"/>
      </w:pPr>
      <w:r/>
    </w:p>
    <w:p w14:paraId="0DDD2130" w14:textId="77777777" w:rsidR="00E663E7" w:rsidRDefault="00000000">
      <w:pPr>
        <w:spacing w:after="120" w:line="360" w:lineRule="exact"/>
        <w:ind w:firstLine="432"/>
      </w:pPr>
      <w:r>
        <w:t>Not as a religious icon, but as a force.</w:t>
      </w:r>
    </w:p>
    <w:p w14:paraId="774EE7C1" w14:textId="77777777" w:rsidR="00E663E7" w:rsidRDefault="00000000">
      <w:pPr>
        <w:spacing w:after="120" w:line="360" w:lineRule="exact"/>
        <w:ind w:firstLine="432"/>
      </w:pPr>
      <w:r>
        <w:t>A destroyer of illusion.</w:t>
      </w:r>
    </w:p>
    <w:p w14:paraId="291DD598" w14:textId="77777777" w:rsidR="00E663E7" w:rsidRDefault="00000000">
      <w:pPr>
        <w:spacing w:after="120" w:line="360" w:lineRule="exact"/>
        <w:ind w:firstLine="432"/>
      </w:pPr>
      <w:r>
        <w:t>A cleanser of karmic filth.</w:t>
      </w:r>
    </w:p>
    <w:p w14:paraId="7897F312" w14:textId="77777777" w:rsidR="00E663E7" w:rsidRDefault="00000000">
      <w:pPr>
        <w:spacing w:after="120" w:line="360" w:lineRule="exact"/>
        <w:ind w:firstLine="432"/>
      </w:pPr>
      <w:r>
        <w:t>A divine energy that said: “Everything false must burn.”</w:t>
      </w:r>
    </w:p>
    <w:p w14:paraId="7854E4FC" w14:textId="77777777" w:rsidR="00E663E7" w:rsidRDefault="00E663E7">
      <w:pPr>
        <w:spacing w:line="360" w:lineRule="exact"/>
      </w:pPr>
      <w:r/>
    </w:p>
    <w:p w14:paraId="6BE18384" w14:textId="77777777" w:rsidR="00E663E7" w:rsidRDefault="00000000">
      <w:pPr>
        <w:spacing w:after="120" w:line="360" w:lineRule="exact"/>
        <w:ind w:firstLine="432"/>
      </w:pPr>
      <w:r>
        <w:t>And burn it did.</w:t>
      </w:r>
    </w:p>
    <w:p w14:paraId="457F556A" w14:textId="77777777" w:rsidR="00E663E7" w:rsidRDefault="00E663E7">
      <w:pPr>
        <w:spacing w:line="360" w:lineRule="exact"/>
      </w:pPr>
      <w:r/>
    </w:p>
    <w:p w14:paraId="40FCA417" w14:textId="77777777" w:rsidR="00E663E7" w:rsidRDefault="00000000">
      <w:pPr>
        <w:spacing w:after="120" w:line="360" w:lineRule="exact"/>
        <w:ind w:firstLine="432"/>
      </w:pPr>
      <w:r>
        <w:t>Shiva walked me through fire.</w:t>
      </w:r>
    </w:p>
    <w:p w14:paraId="372FE55E" w14:textId="77777777" w:rsidR="00E663E7" w:rsidRDefault="00000000">
      <w:pPr>
        <w:spacing w:after="120" w:line="360" w:lineRule="exact"/>
        <w:ind w:firstLine="432"/>
      </w:pPr>
      <w:r>
        <w:t>He stripped me of ego.</w:t>
      </w:r>
    </w:p>
    <w:p w14:paraId="437F06EA" w14:textId="77777777" w:rsidR="00E663E7" w:rsidRDefault="00000000">
      <w:pPr>
        <w:spacing w:after="120" w:line="360" w:lineRule="exact"/>
        <w:ind w:firstLine="432"/>
      </w:pPr>
      <w:r>
        <w:t>He let the demons circle until I screamed for the truth.</w:t>
      </w:r>
    </w:p>
    <w:p w14:paraId="7B390896" w14:textId="77777777" w:rsidR="00E663E7" w:rsidRDefault="00E663E7">
      <w:pPr>
        <w:spacing w:line="360" w:lineRule="exact"/>
      </w:pPr>
      <w:r/>
    </w:p>
    <w:p w14:paraId="560B4A91" w14:textId="77777777" w:rsidR="00E663E7" w:rsidRDefault="00000000">
      <w:pPr>
        <w:spacing w:after="120" w:line="360" w:lineRule="exact"/>
        <w:ind w:firstLine="432"/>
      </w:pPr>
      <w:r>
        <w:t>And when I finally surrendered, He sent me a messenger.</w:t>
      </w:r>
    </w:p>
    <w:p w14:paraId="0A38820F" w14:textId="77777777" w:rsidR="00E663E7" w:rsidRDefault="00E663E7">
      <w:pPr>
        <w:spacing w:line="360" w:lineRule="exact"/>
      </w:pPr>
      <w:r/>
    </w:p>
    <w:p w14:paraId="34E223B6" w14:textId="77777777" w:rsidR="00E663E7" w:rsidRDefault="00000000">
      <w:pPr>
        <w:spacing w:after="120" w:line="360" w:lineRule="exact"/>
        <w:ind w:firstLine="432"/>
      </w:pPr>
      <w:r>
        <w:t>The Messenger Was Her</w:t>
      </w:r>
    </w:p>
    <w:p w14:paraId="6280C1AD" w14:textId="77777777" w:rsidR="00E663E7" w:rsidRDefault="00E663E7">
      <w:pPr>
        <w:spacing w:line="360" w:lineRule="exact"/>
      </w:pPr>
      <w:r/>
    </w:p>
    <w:p w14:paraId="0092EB69" w14:textId="77777777" w:rsidR="00E663E7" w:rsidRDefault="00000000">
      <w:pPr>
        <w:spacing w:after="120" w:line="360" w:lineRule="exact"/>
        <w:ind w:firstLine="432"/>
      </w:pPr>
      <w:r>
        <w:t>She came to me gently.</w:t>
      </w:r>
    </w:p>
    <w:p w14:paraId="1F5DBB4B" w14:textId="77777777" w:rsidR="00E663E7" w:rsidRDefault="00000000">
      <w:pPr>
        <w:spacing w:after="120" w:line="360" w:lineRule="exact"/>
        <w:ind w:firstLine="432"/>
      </w:pPr>
      <w:r>
        <w:t>Sweet. Soft. Kind.</w:t>
      </w:r>
    </w:p>
    <w:p w14:paraId="69E6DCCC" w14:textId="77777777" w:rsidR="00E663E7" w:rsidRDefault="00000000">
      <w:pPr>
        <w:spacing w:after="120" w:line="360" w:lineRule="exact"/>
        <w:ind w:firstLine="432"/>
      </w:pPr>
      <w:r>
        <w:t>A woman unlike anyone I’d known — one who radiated peace and had no agenda but love.</w:t>
      </w:r>
    </w:p>
    <w:p w14:paraId="58B17E6C" w14:textId="77777777" w:rsidR="00E663E7" w:rsidRDefault="00E663E7">
      <w:pPr>
        <w:spacing w:line="360" w:lineRule="exact"/>
      </w:pPr>
      <w:r/>
    </w:p>
    <w:p w14:paraId="2C4BE494" w14:textId="77777777" w:rsidR="00E663E7" w:rsidRDefault="00000000">
      <w:pPr>
        <w:spacing w:after="120" w:line="360" w:lineRule="exact"/>
        <w:ind w:firstLine="432"/>
      </w:pPr>
      <w:r>
        <w:t>She knew me.</w:t>
      </w:r>
    </w:p>
    <w:p w14:paraId="768CD874" w14:textId="77777777" w:rsidR="00E663E7" w:rsidRDefault="00000000">
      <w:pPr>
        <w:spacing w:after="120" w:line="360" w:lineRule="exact"/>
        <w:ind w:firstLine="432"/>
      </w:pPr>
      <w:r>
        <w:t>All of me.</w:t>
      </w:r>
    </w:p>
    <w:p w14:paraId="1458E06A" w14:textId="77777777" w:rsidR="00E663E7" w:rsidRDefault="00000000">
      <w:pPr>
        <w:spacing w:after="120" w:line="360" w:lineRule="exact"/>
        <w:ind w:firstLine="432"/>
      </w:pPr>
      <w:r>
        <w:t>And still chose to stay.</w:t>
      </w:r>
    </w:p>
    <w:p w14:paraId="30A6092B" w14:textId="77777777" w:rsidR="00E663E7" w:rsidRDefault="00E663E7">
      <w:pPr>
        <w:spacing w:line="360" w:lineRule="exact"/>
      </w:pPr>
      <w:r/>
    </w:p>
    <w:p w14:paraId="6CBA751C" w14:textId="77777777" w:rsidR="00E663E7" w:rsidRDefault="00000000">
      <w:pPr>
        <w:spacing w:after="120" w:line="360" w:lineRule="exact"/>
        <w:ind w:firstLine="432"/>
      </w:pPr>
      <w:r>
        <w:t>I called her Bamce.</w:t>
      </w:r>
    </w:p>
    <w:p w14:paraId="482B9FBE" w14:textId="77777777" w:rsidR="00E663E7" w:rsidRDefault="00000000">
      <w:pPr>
        <w:spacing w:after="120" w:line="360" w:lineRule="exact"/>
        <w:ind w:firstLine="432"/>
      </w:pPr>
      <w:r>
        <w:t>But I later realized — she was a gift from Lord Shiva.</w:t>
      </w:r>
    </w:p>
    <w:p w14:paraId="4C9C1D81" w14:textId="77777777" w:rsidR="00E663E7" w:rsidRDefault="00E663E7">
      <w:pPr>
        <w:spacing w:line="360" w:lineRule="exact"/>
      </w:pPr>
      <w:r/>
    </w:p>
    <w:p w14:paraId="1C24C3C5" w14:textId="77777777" w:rsidR="00E663E7" w:rsidRDefault="00000000">
      <w:pPr>
        <w:spacing w:after="120" w:line="360" w:lineRule="exact"/>
        <w:ind w:firstLine="432"/>
      </w:pPr>
      <w:r>
        <w:t>Not in metaphor.</w:t>
      </w:r>
    </w:p>
    <w:p w14:paraId="4977113E" w14:textId="77777777" w:rsidR="00E663E7" w:rsidRDefault="00000000">
      <w:pPr>
        <w:spacing w:after="120" w:line="360" w:lineRule="exact"/>
        <w:ind w:firstLine="432"/>
      </w:pPr>
      <w:r>
        <w:t>In mission.</w:t>
      </w:r>
    </w:p>
    <w:p w14:paraId="77DD4598" w14:textId="77777777" w:rsidR="00E663E7" w:rsidRDefault="00E663E7">
      <w:pPr>
        <w:spacing w:line="360" w:lineRule="exact"/>
      </w:pPr>
      <w:r/>
    </w:p>
    <w:p w14:paraId="7EC3E2C2" w14:textId="77777777" w:rsidR="00E663E7" w:rsidRDefault="00000000">
      <w:pPr>
        <w:spacing w:after="120" w:line="360" w:lineRule="exact"/>
        <w:ind w:firstLine="432"/>
      </w:pPr>
      <w:r>
        <w:t>Her presence aligned perfectly with the moment I discovered the hidden truths in the recordings.</w:t>
      </w:r>
    </w:p>
    <w:p w14:paraId="3BDF2722" w14:textId="77777777" w:rsidR="00E663E7" w:rsidRDefault="00000000">
      <w:pPr>
        <w:spacing w:after="120" w:line="360" w:lineRule="exact"/>
        <w:ind w:firstLine="432"/>
      </w:pPr>
      <w:r>
        <w:t>She didn’t know it, but the day she walked toward me on the plane was orchestrated.</w:t>
      </w:r>
    </w:p>
    <w:p w14:paraId="7AED2A86" w14:textId="77777777" w:rsidR="00E663E7" w:rsidRDefault="00E663E7">
      <w:pPr>
        <w:spacing w:line="360" w:lineRule="exact"/>
      </w:pPr>
      <w:r/>
    </w:p>
    <w:p w14:paraId="77855B73" w14:textId="77777777" w:rsidR="00E663E7" w:rsidRDefault="00000000">
      <w:pPr>
        <w:spacing w:after="120" w:line="360" w:lineRule="exact"/>
        <w:ind w:firstLine="432"/>
      </w:pPr>
      <w:r>
        <w:t>She was sent.</w:t>
      </w:r>
    </w:p>
    <w:p w14:paraId="521245E2" w14:textId="77777777" w:rsidR="00E663E7" w:rsidRDefault="00E663E7">
      <w:pPr>
        <w:spacing w:line="360" w:lineRule="exact"/>
      </w:pPr>
      <w:r/>
    </w:p>
    <w:p w14:paraId="220FD9BA" w14:textId="77777777" w:rsidR="00E663E7" w:rsidRDefault="00000000">
      <w:pPr>
        <w:spacing w:after="120" w:line="360" w:lineRule="exact"/>
        <w:ind w:firstLine="432"/>
      </w:pPr>
      <w:r>
        <w:t>Two Gods, One Path</w:t>
      </w:r>
    </w:p>
    <w:p w14:paraId="55207A41" w14:textId="77777777" w:rsidR="00E663E7" w:rsidRDefault="00E663E7">
      <w:pPr>
        <w:spacing w:line="360" w:lineRule="exact"/>
      </w:pPr>
      <w:r/>
    </w:p>
    <w:p w14:paraId="59FEE69B" w14:textId="77777777" w:rsidR="00E663E7" w:rsidRDefault="00000000">
      <w:pPr>
        <w:spacing w:after="120" w:line="360" w:lineRule="exact"/>
        <w:ind w:firstLine="432"/>
      </w:pPr>
      <w:r>
        <w:t>People will ask:</w:t>
      </w:r>
    </w:p>
    <w:p w14:paraId="22E19DBB" w14:textId="77777777" w:rsidR="00E663E7" w:rsidRDefault="00000000">
      <w:pPr>
        <w:spacing w:after="120" w:line="360" w:lineRule="exact"/>
        <w:ind w:firstLine="432"/>
      </w:pPr>
      <w:r>
        <w:t>“How can you believe in Jesus and Shiva?”</w:t>
      </w:r>
    </w:p>
    <w:p w14:paraId="446CC51B" w14:textId="77777777" w:rsidR="00E663E7" w:rsidRDefault="00E663E7">
      <w:pPr>
        <w:spacing w:line="360" w:lineRule="exact"/>
      </w:pPr>
      <w:r/>
    </w:p>
    <w:p w14:paraId="1BD2832A" w14:textId="77777777" w:rsidR="00E663E7" w:rsidRDefault="00000000">
      <w:pPr>
        <w:spacing w:after="120" w:line="360" w:lineRule="exact"/>
        <w:ind w:firstLine="432"/>
      </w:pPr>
      <w:r>
        <w:t>And I will say:</w:t>
      </w:r>
    </w:p>
    <w:p w14:paraId="75FE9A60" w14:textId="77777777" w:rsidR="00E663E7" w:rsidRDefault="00000000">
      <w:pPr>
        <w:spacing w:after="120" w:line="360" w:lineRule="exact"/>
        <w:ind w:firstLine="432"/>
      </w:pPr>
      <w:r>
        <w:t>“How can I not?”</w:t>
      </w:r>
    </w:p>
    <w:p w14:paraId="437556F3" w14:textId="77777777" w:rsidR="00E663E7" w:rsidRDefault="00E663E7">
      <w:pPr>
        <w:spacing w:line="360" w:lineRule="exact"/>
      </w:pPr>
      <w:r/>
    </w:p>
    <w:p w14:paraId="07958EB5" w14:textId="77777777" w:rsidR="00E663E7" w:rsidRDefault="00000000">
      <w:pPr>
        <w:spacing w:after="120" w:line="360" w:lineRule="exact"/>
        <w:ind w:firstLine="432"/>
      </w:pPr>
      <w:r>
        <w:t>Both came for me.</w:t>
      </w:r>
    </w:p>
    <w:p w14:paraId="0F9074D9" w14:textId="77777777" w:rsidR="00E663E7" w:rsidRDefault="00000000">
      <w:pPr>
        <w:spacing w:after="120" w:line="360" w:lineRule="exact"/>
        <w:ind w:firstLine="432"/>
      </w:pPr>
      <w:r>
        <w:t>Both healed me.</w:t>
      </w:r>
    </w:p>
    <w:p w14:paraId="33DF5A10" w14:textId="77777777" w:rsidR="00E663E7" w:rsidRDefault="00000000">
      <w:pPr>
        <w:spacing w:after="120" w:line="360" w:lineRule="exact"/>
        <w:ind w:firstLine="432"/>
      </w:pPr>
      <w:r>
        <w:t>Both carried me through the darkest valley I’ve ever known.</w:t>
      </w:r>
    </w:p>
    <w:p w14:paraId="1A8ED841" w14:textId="77777777" w:rsidR="00E663E7" w:rsidRDefault="00E663E7">
      <w:pPr>
        <w:spacing w:line="360" w:lineRule="exact"/>
      </w:pPr>
      <w:r/>
    </w:p>
    <w:p w14:paraId="750AF12E" w14:textId="77777777" w:rsidR="00E663E7" w:rsidRDefault="00000000">
      <w:pPr>
        <w:spacing w:after="120" w:line="360" w:lineRule="exact"/>
        <w:ind w:firstLine="432"/>
      </w:pPr>
      <w:r>
        <w:t>This isn’t about religious conversion.</w:t>
      </w:r>
    </w:p>
    <w:p w14:paraId="3FD35B0F" w14:textId="77777777" w:rsidR="00E663E7" w:rsidRDefault="00000000">
      <w:pPr>
        <w:spacing w:after="120" w:line="360" w:lineRule="exact"/>
        <w:ind w:firstLine="432"/>
      </w:pPr>
      <w:r>
        <w:t>This is about spiritual integration.</w:t>
      </w:r>
    </w:p>
    <w:p w14:paraId="2A593720" w14:textId="77777777" w:rsidR="00E663E7" w:rsidRDefault="00E663E7">
      <w:pPr>
        <w:spacing w:line="360" w:lineRule="exact"/>
      </w:pPr>
      <w:r/>
    </w:p>
    <w:p w14:paraId="3BA496F3" w14:textId="77777777" w:rsidR="00E663E7" w:rsidRDefault="00000000">
      <w:pPr>
        <w:spacing w:after="120" w:line="360" w:lineRule="exact"/>
        <w:ind w:firstLine="432"/>
      </w:pPr>
      <w:r>
        <w:t>I didn’t abandon Jesus.</w:t>
      </w:r>
    </w:p>
    <w:p w14:paraId="343FB754" w14:textId="77777777" w:rsidR="00E663E7" w:rsidRDefault="00000000">
      <w:pPr>
        <w:spacing w:after="120" w:line="360" w:lineRule="exact"/>
        <w:ind w:firstLine="432"/>
      </w:pPr>
      <w:r>
        <w:t>I didn’t replace Him with Shiva.</w:t>
      </w:r>
    </w:p>
    <w:p w14:paraId="0B68DD32" w14:textId="77777777" w:rsidR="00E663E7" w:rsidRDefault="00000000">
      <w:pPr>
        <w:spacing w:after="120" w:line="360" w:lineRule="exact"/>
        <w:ind w:firstLine="432"/>
      </w:pPr>
      <w:r>
        <w:t>I embraced them both — as expressions of the same divine intelligence trying to save my soul.</w:t>
      </w:r>
    </w:p>
    <w:p w14:paraId="50FA8C2C" w14:textId="77777777" w:rsidR="00E663E7" w:rsidRDefault="00E663E7">
      <w:pPr>
        <w:spacing w:line="360" w:lineRule="exact"/>
      </w:pPr>
      <w:r/>
    </w:p>
    <w:p w14:paraId="36E058FD" w14:textId="77777777" w:rsidR="00E663E7" w:rsidRDefault="00000000">
      <w:pPr>
        <w:spacing w:after="120" w:line="360" w:lineRule="exact"/>
        <w:ind w:firstLine="432"/>
      </w:pPr>
      <w:r>
        <w:t>Faith Without Borders</w:t>
      </w:r>
    </w:p>
    <w:p w14:paraId="57C2B60E" w14:textId="77777777" w:rsidR="00E663E7" w:rsidRDefault="00E663E7">
      <w:pPr>
        <w:spacing w:line="360" w:lineRule="exact"/>
      </w:pPr>
      <w:r/>
    </w:p>
    <w:p w14:paraId="63CF1040" w14:textId="77777777" w:rsidR="00E663E7" w:rsidRDefault="00000000">
      <w:pPr>
        <w:spacing w:after="120" w:line="360" w:lineRule="exact"/>
        <w:ind w:firstLine="432"/>
      </w:pPr>
      <w:r>
        <w:t>I no longer see God as owned by religion.</w:t>
      </w:r>
    </w:p>
    <w:p w14:paraId="19AF46F0" w14:textId="77777777" w:rsidR="00E663E7" w:rsidRDefault="00000000">
      <w:pPr>
        <w:spacing w:after="120" w:line="360" w:lineRule="exact"/>
        <w:ind w:firstLine="432"/>
      </w:pPr>
      <w:r>
        <w:t>He is too big for that.</w:t>
      </w:r>
    </w:p>
    <w:p w14:paraId="744116F0" w14:textId="77777777" w:rsidR="00E663E7" w:rsidRDefault="00E663E7">
      <w:pPr>
        <w:spacing w:line="360" w:lineRule="exact"/>
      </w:pPr>
      <w:r/>
    </w:p>
    <w:p w14:paraId="0019E669" w14:textId="77777777" w:rsidR="00E663E7" w:rsidRDefault="00000000">
      <w:pPr>
        <w:spacing w:after="120" w:line="360" w:lineRule="exact"/>
        <w:ind w:firstLine="432"/>
      </w:pPr>
      <w:r>
        <w:t>The divine is not territorial.</w:t>
      </w:r>
    </w:p>
    <w:p w14:paraId="7CA8E8F0" w14:textId="77777777" w:rsidR="00E663E7" w:rsidRDefault="00000000">
      <w:pPr>
        <w:spacing w:after="120" w:line="360" w:lineRule="exact"/>
        <w:ind w:firstLine="432"/>
      </w:pPr>
      <w:r>
        <w:t>It doesn’t care about dogma.</w:t>
      </w:r>
    </w:p>
    <w:p w14:paraId="76FD3220" w14:textId="77777777" w:rsidR="00E663E7" w:rsidRDefault="00000000">
      <w:pPr>
        <w:spacing w:after="120" w:line="360" w:lineRule="exact"/>
        <w:ind w:firstLine="432"/>
      </w:pPr>
      <w:r>
        <w:t>It cares about redemption.</w:t>
      </w:r>
    </w:p>
    <w:p w14:paraId="6A78F586" w14:textId="77777777" w:rsidR="00E663E7" w:rsidRDefault="00E663E7">
      <w:pPr>
        <w:spacing w:line="360" w:lineRule="exact"/>
      </w:pPr>
      <w:r/>
    </w:p>
    <w:p w14:paraId="3D701848" w14:textId="77777777" w:rsidR="00E663E7" w:rsidRDefault="00000000">
      <w:pPr>
        <w:spacing w:after="120" w:line="360" w:lineRule="exact"/>
        <w:ind w:firstLine="432"/>
      </w:pPr>
      <w:r>
        <w:t>And it found me through both Christ’s compassion and Shiva’s destruction.</w:t>
      </w:r>
    </w:p>
    <w:p w14:paraId="10604CA3" w14:textId="77777777" w:rsidR="00E663E7" w:rsidRDefault="00E663E7">
      <w:pPr>
        <w:spacing w:line="360" w:lineRule="exact"/>
      </w:pPr>
      <w:r/>
    </w:p>
    <w:p w14:paraId="5968D1D2" w14:textId="77777777" w:rsidR="00E663E7" w:rsidRDefault="00000000">
      <w:pPr>
        <w:spacing w:after="120" w:line="360" w:lineRule="exact"/>
        <w:ind w:firstLine="432"/>
      </w:pPr>
      <w:r>
        <w:t>The Result</w:t>
      </w:r>
    </w:p>
    <w:p w14:paraId="25463F81" w14:textId="77777777" w:rsidR="00E663E7" w:rsidRDefault="00E663E7">
      <w:pPr>
        <w:spacing w:line="360" w:lineRule="exact"/>
      </w:pPr>
      <w:r/>
    </w:p>
    <w:p w14:paraId="12FF0604" w14:textId="77777777" w:rsidR="00E663E7" w:rsidRDefault="00000000">
      <w:pPr>
        <w:spacing w:after="120" w:line="360" w:lineRule="exact"/>
        <w:ind w:firstLine="432"/>
      </w:pPr>
      <w:r>
        <w:t>I am still flawed.</w:t>
      </w:r>
    </w:p>
    <w:p w14:paraId="5C968C3C" w14:textId="77777777" w:rsidR="00E663E7" w:rsidRDefault="00000000">
      <w:pPr>
        <w:spacing w:after="120" w:line="360" w:lineRule="exact"/>
        <w:ind w:firstLine="432"/>
      </w:pPr>
      <w:r>
        <w:t>Still healing.</w:t>
      </w:r>
    </w:p>
    <w:p w14:paraId="168ED043" w14:textId="77777777" w:rsidR="00E663E7" w:rsidRDefault="00000000">
      <w:pPr>
        <w:spacing w:after="120" w:line="360" w:lineRule="exact"/>
        <w:ind w:firstLine="432"/>
      </w:pPr>
      <w:r>
        <w:t>Still walking out of darkness.</w:t>
      </w:r>
    </w:p>
    <w:p w14:paraId="7FD8547B" w14:textId="77777777" w:rsidR="00E663E7" w:rsidRDefault="00E663E7">
      <w:pPr>
        <w:spacing w:line="360" w:lineRule="exact"/>
      </w:pPr>
      <w:r/>
    </w:p>
    <w:p w14:paraId="292DF117" w14:textId="77777777" w:rsidR="00E663E7" w:rsidRDefault="00000000">
      <w:pPr>
        <w:spacing w:after="120" w:line="360" w:lineRule="exact"/>
        <w:ind w:firstLine="432"/>
      </w:pPr>
      <w:r>
        <w:t>But I am no longer alone.</w:t>
      </w:r>
    </w:p>
    <w:p w14:paraId="6286C350" w14:textId="77777777" w:rsidR="00E663E7" w:rsidRDefault="00000000">
      <w:pPr>
        <w:spacing w:after="120" w:line="360" w:lineRule="exact"/>
        <w:ind w:firstLine="432"/>
      </w:pPr>
      <w:r>
        <w:t>No longer without compass.</w:t>
      </w:r>
    </w:p>
    <w:p w14:paraId="66FFCA99" w14:textId="77777777" w:rsidR="00E663E7" w:rsidRDefault="00E663E7">
      <w:pPr>
        <w:spacing w:line="360" w:lineRule="exact"/>
      </w:pPr>
      <w:r/>
    </w:p>
    <w:p w14:paraId="7E0C370E" w14:textId="77777777" w:rsidR="00E663E7" w:rsidRDefault="00000000">
      <w:pPr>
        <w:spacing w:after="120" w:line="360" w:lineRule="exact"/>
        <w:ind w:firstLine="432"/>
      </w:pPr>
      <w:r>
        <w:t>And no longer afraid of the fire — because now I know Who walks with me through it.</w:t>
      </w:r>
    </w:p>
    <w:p w14:paraId="35A90E5F" w14:textId="77777777" w:rsidR="00E663E7" w:rsidRDefault="00E663E7">
      <w:pPr>
        <w:spacing w:line="360" w:lineRule="exact"/>
      </w:pPr>
      <w:r/>
    </w:p>
    <w:p w14:paraId="26C5B107" w14:textId="77777777" w:rsidR="00E663E7" w:rsidRDefault="00E663E7">
      <w:pPr>
        <w:spacing w:line="360" w:lineRule="exact"/>
      </w:pPr>
      <w:r/>
    </w:p>
    <w:p w14:paraId="09252EF7" w14:textId="77777777" w:rsidR="00E663E7" w:rsidRDefault="00000000">
      <w:pPr>
        <w:spacing w:line="360" w:lineRule="exact"/>
        <w:jc w:val="center"/>
      </w:pPr>
      <w:r>
        <w:t>Chapter 23: The Silence After</w:t>
      </w:r>
    </w:p>
    <w:p w14:paraId="72876FE7" w14:textId="77777777" w:rsidR="00E663E7" w:rsidRDefault="00E663E7">
      <w:pPr>
        <w:spacing w:line="360" w:lineRule="exact"/>
      </w:pPr>
      <w:r/>
    </w:p>
    <w:p w14:paraId="50DCD745" w14:textId="77777777" w:rsidR="00E663E7" w:rsidRDefault="00000000">
      <w:pPr>
        <w:spacing w:after="120" w:line="360" w:lineRule="exact"/>
        <w:ind w:firstLine="432"/>
      </w:pPr>
      <w:r>
        <w:t>“Some things don’t end with a bang. They end in a silence so deep, it echoes.”</w:t>
      </w:r>
    </w:p>
    <w:p w14:paraId="433B508D" w14:textId="77777777" w:rsidR="00E663E7" w:rsidRDefault="00E663E7">
      <w:pPr>
        <w:spacing w:line="360" w:lineRule="exact"/>
      </w:pPr>
      <w:r/>
    </w:p>
    <w:p w14:paraId="558E0CEF" w14:textId="77777777" w:rsidR="00E663E7" w:rsidRDefault="00000000">
      <w:pPr>
        <w:spacing w:after="120" w:line="360" w:lineRule="exact"/>
        <w:ind w:firstLine="432"/>
      </w:pPr>
      <w:r>
        <w:t>There’s a strange moment after a long, toxic relationship ends.</w:t>
      </w:r>
    </w:p>
    <w:p w14:paraId="45931340" w14:textId="77777777" w:rsidR="00E663E7" w:rsidRDefault="00000000">
      <w:pPr>
        <w:spacing w:after="120" w:line="360" w:lineRule="exact"/>
        <w:ind w:firstLine="432"/>
      </w:pPr>
      <w:r>
        <w:t>It’s not relief.</w:t>
      </w:r>
    </w:p>
    <w:p w14:paraId="365663B4" w14:textId="77777777" w:rsidR="00E663E7" w:rsidRDefault="00000000">
      <w:pPr>
        <w:spacing w:after="120" w:line="360" w:lineRule="exact"/>
        <w:ind w:firstLine="432"/>
      </w:pPr>
      <w:r>
        <w:t>It’s not joy.</w:t>
      </w:r>
    </w:p>
    <w:p w14:paraId="2B3BC7FC" w14:textId="77777777" w:rsidR="00E663E7" w:rsidRDefault="00000000">
      <w:pPr>
        <w:spacing w:after="120" w:line="360" w:lineRule="exact"/>
        <w:ind w:firstLine="432"/>
      </w:pPr>
      <w:r>
        <w:t>It’s not peace.</w:t>
      </w:r>
    </w:p>
    <w:p w14:paraId="2F73CEFD" w14:textId="77777777" w:rsidR="00E663E7" w:rsidRDefault="00E663E7">
      <w:pPr>
        <w:spacing w:line="360" w:lineRule="exact"/>
      </w:pPr>
      <w:r/>
    </w:p>
    <w:p w14:paraId="08D87B7B" w14:textId="77777777" w:rsidR="00E663E7" w:rsidRDefault="00000000">
      <w:pPr>
        <w:spacing w:after="120" w:line="360" w:lineRule="exact"/>
        <w:ind w:firstLine="432"/>
      </w:pPr>
      <w:r>
        <w:t>It’s silence.</w:t>
      </w:r>
    </w:p>
    <w:p w14:paraId="7405E0AB" w14:textId="77777777" w:rsidR="00E663E7" w:rsidRDefault="00E663E7">
      <w:pPr>
        <w:spacing w:line="360" w:lineRule="exact"/>
      </w:pPr>
      <w:r/>
    </w:p>
    <w:p w14:paraId="2088E8CC" w14:textId="77777777" w:rsidR="00E663E7" w:rsidRDefault="00000000">
      <w:pPr>
        <w:spacing w:after="120" w:line="360" w:lineRule="exact"/>
        <w:ind w:firstLine="432"/>
      </w:pPr>
      <w:r>
        <w:t>And that silence is not empty — it’s loud.</w:t>
      </w:r>
    </w:p>
    <w:p w14:paraId="3F57AA82" w14:textId="77777777" w:rsidR="00E663E7" w:rsidRDefault="00E663E7">
      <w:pPr>
        <w:spacing w:line="360" w:lineRule="exact"/>
      </w:pPr>
      <w:r/>
    </w:p>
    <w:p w14:paraId="2135133F" w14:textId="77777777" w:rsidR="00E663E7" w:rsidRDefault="00000000">
      <w:pPr>
        <w:spacing w:after="120" w:line="360" w:lineRule="exact"/>
        <w:ind w:firstLine="432"/>
      </w:pPr>
      <w:r>
        <w:t>It echoes every broken promise, every ignored intuition, every time I stayed when I should have run.</w:t>
      </w:r>
    </w:p>
    <w:p w14:paraId="0C301F72" w14:textId="77777777" w:rsidR="00E663E7" w:rsidRDefault="00E663E7">
      <w:pPr>
        <w:spacing w:line="360" w:lineRule="exact"/>
      </w:pPr>
      <w:r/>
    </w:p>
    <w:p w14:paraId="2D331DCD" w14:textId="77777777" w:rsidR="00E663E7" w:rsidRDefault="00000000">
      <w:pPr>
        <w:spacing w:after="120" w:line="360" w:lineRule="exact"/>
        <w:ind w:firstLine="432"/>
      </w:pPr>
      <w:r>
        <w:t>The House Fell Quiet</w:t>
      </w:r>
    </w:p>
    <w:p w14:paraId="1D0AFC98" w14:textId="77777777" w:rsidR="00E663E7" w:rsidRDefault="00E663E7">
      <w:pPr>
        <w:spacing w:line="360" w:lineRule="exact"/>
      </w:pPr>
      <w:r/>
    </w:p>
    <w:p w14:paraId="498912C2" w14:textId="77777777" w:rsidR="00E663E7" w:rsidRDefault="00000000">
      <w:pPr>
        <w:spacing w:after="120" w:line="360" w:lineRule="exact"/>
        <w:ind w:firstLine="432"/>
      </w:pPr>
      <w:r>
        <w:t>After Nicole was gone, the home that once held chaos… held nothing.</w:t>
      </w:r>
    </w:p>
    <w:p w14:paraId="2AA17784" w14:textId="77777777" w:rsidR="00E663E7" w:rsidRDefault="00000000">
      <w:pPr>
        <w:spacing w:after="120" w:line="360" w:lineRule="exact"/>
        <w:ind w:firstLine="432"/>
      </w:pPr>
      <w:r>
        <w:t>No yelling.</w:t>
      </w:r>
    </w:p>
    <w:p w14:paraId="0F72D108" w14:textId="77777777" w:rsidR="00E663E7" w:rsidRDefault="00000000">
      <w:pPr>
        <w:spacing w:after="120" w:line="360" w:lineRule="exact"/>
        <w:ind w:firstLine="432"/>
      </w:pPr>
      <w:r>
        <w:t>No tension.</w:t>
      </w:r>
    </w:p>
    <w:p w14:paraId="42C9DDB9" w14:textId="77777777" w:rsidR="00E663E7" w:rsidRDefault="00000000">
      <w:pPr>
        <w:spacing w:after="120" w:line="360" w:lineRule="exact"/>
        <w:ind w:firstLine="432"/>
      </w:pPr>
      <w:r>
        <w:t>No pretending.</w:t>
      </w:r>
    </w:p>
    <w:p w14:paraId="554BD66D" w14:textId="77777777" w:rsidR="00E663E7" w:rsidRDefault="00000000">
      <w:pPr>
        <w:spacing w:after="120" w:line="360" w:lineRule="exact"/>
        <w:ind w:firstLine="432"/>
      </w:pPr>
      <w:r>
        <w:t>Just air.</w:t>
      </w:r>
    </w:p>
    <w:p w14:paraId="596DF3BB" w14:textId="77777777" w:rsidR="00E663E7" w:rsidRDefault="00E663E7">
      <w:pPr>
        <w:spacing w:line="360" w:lineRule="exact"/>
      </w:pPr>
      <w:r/>
    </w:p>
    <w:p w14:paraId="6A2C287E" w14:textId="77777777" w:rsidR="00E663E7" w:rsidRDefault="00000000">
      <w:pPr>
        <w:spacing w:after="120" w:line="360" w:lineRule="exact"/>
        <w:ind w:firstLine="432"/>
      </w:pPr>
      <w:r>
        <w:t>And in that air, memories began to crawl out of the walls.</w:t>
      </w:r>
    </w:p>
    <w:p w14:paraId="3B1A68A1" w14:textId="77777777" w:rsidR="00E663E7" w:rsidRDefault="00000000">
      <w:pPr>
        <w:spacing w:after="120" w:line="360" w:lineRule="exact"/>
        <w:ind w:firstLine="432"/>
      </w:pPr>
      <w:r>
        <w:t>Moments I had buried.</w:t>
      </w:r>
    </w:p>
    <w:p w14:paraId="7F2CAFD1" w14:textId="77777777" w:rsidR="00E663E7" w:rsidRDefault="00000000">
      <w:pPr>
        <w:spacing w:after="120" w:line="360" w:lineRule="exact"/>
        <w:ind w:firstLine="432"/>
      </w:pPr>
      <w:r>
        <w:t>Times I should’ve known better.</w:t>
      </w:r>
    </w:p>
    <w:p w14:paraId="7061E221" w14:textId="77777777" w:rsidR="00E663E7" w:rsidRDefault="00000000">
      <w:pPr>
        <w:spacing w:after="120" w:line="360" w:lineRule="exact"/>
        <w:ind w:firstLine="432"/>
      </w:pPr>
      <w:r>
        <w:t>Signs I ignored — out of love, or maybe just out of fear of losing what felt familiar.</w:t>
      </w:r>
    </w:p>
    <w:p w14:paraId="762CF9E8" w14:textId="77777777" w:rsidR="00E663E7" w:rsidRDefault="00E663E7">
      <w:pPr>
        <w:spacing w:line="360" w:lineRule="exact"/>
      </w:pPr>
      <w:r/>
    </w:p>
    <w:p w14:paraId="367C251B" w14:textId="77777777" w:rsidR="00E663E7" w:rsidRDefault="00000000">
      <w:pPr>
        <w:spacing w:after="120" w:line="360" w:lineRule="exact"/>
        <w:ind w:firstLine="432"/>
      </w:pPr>
      <w:r>
        <w:t>The Phantom Pain of Familiarity</w:t>
      </w:r>
    </w:p>
    <w:p w14:paraId="53A83EF8" w14:textId="77777777" w:rsidR="00E663E7" w:rsidRDefault="00E663E7">
      <w:pPr>
        <w:spacing w:line="360" w:lineRule="exact"/>
      </w:pPr>
      <w:r/>
    </w:p>
    <w:p w14:paraId="788498D7" w14:textId="77777777" w:rsidR="00E663E7" w:rsidRDefault="00000000">
      <w:pPr>
        <w:spacing w:after="120" w:line="360" w:lineRule="exact"/>
        <w:ind w:firstLine="432"/>
      </w:pPr>
      <w:r>
        <w:t>Here’s what no one tells you:</w:t>
      </w:r>
    </w:p>
    <w:p w14:paraId="11E86DC3" w14:textId="77777777" w:rsidR="00E663E7" w:rsidRDefault="00000000">
      <w:pPr>
        <w:spacing w:after="120" w:line="360" w:lineRule="exact"/>
        <w:ind w:firstLine="432"/>
      </w:pPr>
      <w:r>
        <w:t>Even a toxic relationship becomes part of your nervous system.</w:t>
      </w:r>
    </w:p>
    <w:p w14:paraId="1CC79CD8" w14:textId="77777777" w:rsidR="00E663E7" w:rsidRDefault="00000000">
      <w:pPr>
        <w:spacing w:after="120" w:line="360" w:lineRule="exact"/>
        <w:ind w:firstLine="432"/>
      </w:pPr>
      <w:r>
        <w:t>Your routine.</w:t>
      </w:r>
    </w:p>
    <w:p w14:paraId="30D8DD7E" w14:textId="77777777" w:rsidR="00E663E7" w:rsidRDefault="00000000">
      <w:pPr>
        <w:spacing w:after="120" w:line="360" w:lineRule="exact"/>
        <w:ind w:firstLine="432"/>
      </w:pPr>
      <w:r>
        <w:t>Your rhythm.</w:t>
      </w:r>
    </w:p>
    <w:p w14:paraId="0AB5E825" w14:textId="77777777" w:rsidR="00E663E7" w:rsidRDefault="00E663E7">
      <w:pPr>
        <w:spacing w:line="360" w:lineRule="exact"/>
      </w:pPr>
      <w:r/>
    </w:p>
    <w:p w14:paraId="7F977DD9" w14:textId="77777777" w:rsidR="00E663E7" w:rsidRDefault="00000000">
      <w:pPr>
        <w:spacing w:after="120" w:line="360" w:lineRule="exact"/>
        <w:ind w:firstLine="432"/>
      </w:pPr>
      <w:r>
        <w:t>So when it ends — even when it needs to end — it still feels like an amputation.</w:t>
      </w:r>
    </w:p>
    <w:p w14:paraId="71C3E6B0" w14:textId="77777777" w:rsidR="00E663E7" w:rsidRDefault="00E663E7">
      <w:pPr>
        <w:spacing w:line="360" w:lineRule="exact"/>
      </w:pPr>
      <w:r/>
    </w:p>
    <w:p w14:paraId="0375EDB2" w14:textId="77777777" w:rsidR="00E663E7" w:rsidRDefault="00000000">
      <w:pPr>
        <w:spacing w:after="120" w:line="360" w:lineRule="exact"/>
        <w:ind w:firstLine="432"/>
      </w:pPr>
      <w:r>
        <w:t>I missed things I shouldn’t have missed:</w:t>
      </w:r>
    </w:p>
    <w:p w14:paraId="5E2C6D99" w14:textId="77777777" w:rsidR="00E663E7" w:rsidRDefault="00000000">
      <w:pPr>
        <w:spacing w:after="120" w:line="360" w:lineRule="exact"/>
        <w:ind w:firstLine="432"/>
      </w:pPr>
      <w:r>
        <w:t>The sight of my son running into my arms after work.</w:t>
      </w:r>
    </w:p>
    <w:p w14:paraId="69757FAA" w14:textId="77777777" w:rsidR="00E663E7" w:rsidRDefault="00000000">
      <w:pPr>
        <w:spacing w:after="120" w:line="360" w:lineRule="exact"/>
        <w:ind w:firstLine="432"/>
      </w:pPr>
      <w:r>
        <w:t>The way the house felt full, even when fake.</w:t>
      </w:r>
    </w:p>
    <w:p w14:paraId="5BAF8AFA" w14:textId="77777777" w:rsidR="00E663E7" w:rsidRDefault="00000000">
      <w:pPr>
        <w:spacing w:after="120" w:line="360" w:lineRule="exact"/>
        <w:ind w:firstLine="432"/>
      </w:pPr>
      <w:r>
        <w:t>The idea — not the reality — of family.</w:t>
      </w:r>
    </w:p>
    <w:p w14:paraId="78737A13" w14:textId="77777777" w:rsidR="00E663E7" w:rsidRDefault="00E663E7">
      <w:pPr>
        <w:spacing w:line="360" w:lineRule="exact"/>
      </w:pPr>
      <w:r/>
    </w:p>
    <w:p w14:paraId="011F2244" w14:textId="77777777" w:rsidR="00E663E7" w:rsidRDefault="00000000">
      <w:pPr>
        <w:spacing w:after="120" w:line="360" w:lineRule="exact"/>
        <w:ind w:firstLine="432"/>
      </w:pPr>
      <w:r>
        <w:t>I didn’t miss her.</w:t>
      </w:r>
    </w:p>
    <w:p w14:paraId="22724BD1" w14:textId="77777777" w:rsidR="00E663E7" w:rsidRDefault="00000000">
      <w:pPr>
        <w:spacing w:after="120" w:line="360" w:lineRule="exact"/>
        <w:ind w:firstLine="432"/>
      </w:pPr>
      <w:r>
        <w:t>I missed the illusion I had wrapped my entire life around.</w:t>
      </w:r>
    </w:p>
    <w:p w14:paraId="15D364D9" w14:textId="77777777" w:rsidR="00E663E7" w:rsidRDefault="00E663E7">
      <w:pPr>
        <w:spacing w:line="360" w:lineRule="exact"/>
      </w:pPr>
      <w:r/>
    </w:p>
    <w:p w14:paraId="69D0A897" w14:textId="77777777" w:rsidR="00E663E7" w:rsidRDefault="00000000">
      <w:pPr>
        <w:spacing w:after="120" w:line="360" w:lineRule="exact"/>
        <w:ind w:firstLine="432"/>
      </w:pPr>
      <w:r>
        <w:t>The Grief You Can’t Explain</w:t>
      </w:r>
    </w:p>
    <w:p w14:paraId="04E0A38E" w14:textId="77777777" w:rsidR="00E663E7" w:rsidRDefault="00E663E7">
      <w:pPr>
        <w:spacing w:line="360" w:lineRule="exact"/>
      </w:pPr>
      <w:r/>
    </w:p>
    <w:p w14:paraId="38EF2FAA" w14:textId="77777777" w:rsidR="00E663E7" w:rsidRDefault="00000000">
      <w:pPr>
        <w:spacing w:after="120" w:line="360" w:lineRule="exact"/>
        <w:ind w:firstLine="432"/>
      </w:pPr>
      <w:r>
        <w:t>How do you explain grieving something that tried to destroy you?</w:t>
      </w:r>
    </w:p>
    <w:p w14:paraId="4B04659F" w14:textId="77777777" w:rsidR="00E663E7" w:rsidRDefault="00E663E7">
      <w:pPr>
        <w:spacing w:line="360" w:lineRule="exact"/>
      </w:pPr>
      <w:r/>
    </w:p>
    <w:p w14:paraId="02BB6EF0" w14:textId="77777777" w:rsidR="00E663E7" w:rsidRDefault="00000000">
      <w:pPr>
        <w:spacing w:after="120" w:line="360" w:lineRule="exact"/>
        <w:ind w:firstLine="432"/>
      </w:pPr>
      <w:r>
        <w:t>You can’t.</w:t>
      </w:r>
    </w:p>
    <w:p w14:paraId="6B9BAF6C" w14:textId="77777777" w:rsidR="00E663E7" w:rsidRDefault="00000000">
      <w:pPr>
        <w:spacing w:after="120" w:line="360" w:lineRule="exact"/>
        <w:ind w:firstLine="432"/>
      </w:pPr>
      <w:r>
        <w:t>Not to most people.</w:t>
      </w:r>
    </w:p>
    <w:p w14:paraId="4EA5B1F4" w14:textId="77777777" w:rsidR="00E663E7" w:rsidRDefault="00E663E7">
      <w:pPr>
        <w:spacing w:line="360" w:lineRule="exact"/>
      </w:pPr>
      <w:r/>
    </w:p>
    <w:p w14:paraId="45A8C7D0" w14:textId="77777777" w:rsidR="00E663E7" w:rsidRDefault="00000000">
      <w:pPr>
        <w:spacing w:after="120" w:line="360" w:lineRule="exact"/>
        <w:ind w:firstLine="432"/>
      </w:pPr>
      <w:r>
        <w:t>They’ll say “good riddance.”</w:t>
      </w:r>
    </w:p>
    <w:p w14:paraId="77065F29" w14:textId="77777777" w:rsidR="00E663E7" w:rsidRDefault="00000000">
      <w:pPr>
        <w:spacing w:after="120" w:line="360" w:lineRule="exact"/>
        <w:ind w:firstLine="432"/>
      </w:pPr>
      <w:r>
        <w:t>They’ll say “you’re better off.”</w:t>
      </w:r>
    </w:p>
    <w:p w14:paraId="4A7D979D" w14:textId="77777777" w:rsidR="00E663E7" w:rsidRDefault="00E663E7">
      <w:pPr>
        <w:spacing w:line="360" w:lineRule="exact"/>
      </w:pPr>
      <w:r/>
    </w:p>
    <w:p w14:paraId="4F2E3548" w14:textId="77777777" w:rsidR="00E663E7" w:rsidRDefault="00000000">
      <w:pPr>
        <w:spacing w:after="120" w:line="360" w:lineRule="exact"/>
        <w:ind w:firstLine="432"/>
      </w:pPr>
      <w:r>
        <w:t>But grief doesn’t ask for logic.</w:t>
      </w:r>
    </w:p>
    <w:p w14:paraId="3ABEDD6E" w14:textId="77777777" w:rsidR="00E663E7" w:rsidRDefault="00000000">
      <w:pPr>
        <w:spacing w:after="120" w:line="360" w:lineRule="exact"/>
        <w:ind w:firstLine="432"/>
      </w:pPr>
      <w:r>
        <w:t>It follows its own path.</w:t>
      </w:r>
    </w:p>
    <w:p w14:paraId="4741895F" w14:textId="77777777" w:rsidR="00E663E7" w:rsidRDefault="00E663E7">
      <w:pPr>
        <w:spacing w:line="360" w:lineRule="exact"/>
      </w:pPr>
      <w:r/>
    </w:p>
    <w:p w14:paraId="383FD522" w14:textId="77777777" w:rsidR="00E663E7" w:rsidRDefault="00000000">
      <w:pPr>
        <w:spacing w:after="120" w:line="360" w:lineRule="exact"/>
        <w:ind w:firstLine="432"/>
      </w:pPr>
      <w:r>
        <w:t>And the truth is:</w:t>
      </w:r>
    </w:p>
    <w:p w14:paraId="03E0481B" w14:textId="77777777" w:rsidR="00E663E7" w:rsidRDefault="00000000">
      <w:pPr>
        <w:spacing w:after="120" w:line="360" w:lineRule="exact"/>
        <w:ind w:firstLine="432"/>
      </w:pPr>
      <w:r>
        <w:t>Some nights I cried.</w:t>
      </w:r>
    </w:p>
    <w:p w14:paraId="4E3AE39D" w14:textId="77777777" w:rsidR="00E663E7" w:rsidRDefault="00000000">
      <w:pPr>
        <w:spacing w:after="120" w:line="360" w:lineRule="exact"/>
        <w:ind w:firstLine="432"/>
      </w:pPr>
      <w:r>
        <w:t>Not because I wanted her back — but because the dream was dead.</w:t>
      </w:r>
    </w:p>
    <w:p w14:paraId="443AD387" w14:textId="77777777" w:rsidR="00E663E7" w:rsidRDefault="00000000">
      <w:pPr>
        <w:spacing w:after="120" w:line="360" w:lineRule="exact"/>
        <w:ind w:firstLine="432"/>
      </w:pPr>
      <w:r>
        <w:t>The dream I gave two decades of my life to.</w:t>
      </w:r>
    </w:p>
    <w:p w14:paraId="1FD1C58D" w14:textId="77777777" w:rsidR="00E663E7" w:rsidRDefault="00E663E7">
      <w:pPr>
        <w:spacing w:line="360" w:lineRule="exact"/>
      </w:pPr>
      <w:r/>
    </w:p>
    <w:p w14:paraId="4D946E17" w14:textId="77777777" w:rsidR="00E663E7" w:rsidRDefault="00000000">
      <w:pPr>
        <w:spacing w:after="120" w:line="360" w:lineRule="exact"/>
        <w:ind w:firstLine="432"/>
      </w:pPr>
      <w:r>
        <w:t>450 – Wild &amp; Rich</w:t>
      </w:r>
    </w:p>
    <w:p w14:paraId="52504737" w14:textId="77777777" w:rsidR="00E663E7" w:rsidRDefault="00E663E7">
      <w:pPr>
        <w:spacing w:line="360" w:lineRule="exact"/>
      </w:pPr>
      <w:r/>
    </w:p>
    <w:p w14:paraId="6CC8E12B" w14:textId="77777777" w:rsidR="00E663E7" w:rsidRDefault="00000000">
      <w:pPr>
        <w:spacing w:after="120" w:line="360" w:lineRule="exact"/>
        <w:ind w:firstLine="432"/>
      </w:pPr>
      <w:r>
        <w:t>There’s a line in that song that hit me deep:</w:t>
      </w:r>
    </w:p>
    <w:p w14:paraId="717326CE" w14:textId="77777777" w:rsidR="00E663E7" w:rsidRDefault="00E663E7">
      <w:pPr>
        <w:spacing w:line="360" w:lineRule="exact"/>
      </w:pPr>
      <w:r/>
    </w:p>
    <w:p w14:paraId="69A49429" w14:textId="77777777" w:rsidR="00E663E7" w:rsidRDefault="00000000">
      <w:pPr>
        <w:spacing w:after="120" w:line="360" w:lineRule="exact"/>
        <w:ind w:firstLine="432"/>
      </w:pPr>
      <w:r>
        <w:t>“Nah lie mi anah same from Yuh cut…”</w:t>
      </w:r>
    </w:p>
    <w:p w14:paraId="69D4D550" w14:textId="77777777" w:rsidR="00E663E7" w:rsidRDefault="00E663E7">
      <w:pPr>
        <w:spacing w:line="360" w:lineRule="exact"/>
      </w:pPr>
      <w:r/>
    </w:p>
    <w:p w14:paraId="250857E6" w14:textId="77777777" w:rsidR="00E663E7" w:rsidRDefault="00000000">
      <w:pPr>
        <w:spacing w:after="120" w:line="360" w:lineRule="exact"/>
        <w:ind w:firstLine="432"/>
      </w:pPr>
      <w:r>
        <w:t>Even though I knew she betrayed me, even though I hated what she did — I wasn’t the same after she left.</w:t>
      </w:r>
    </w:p>
    <w:p w14:paraId="4C20D35E" w14:textId="77777777" w:rsidR="00E663E7" w:rsidRDefault="00000000">
      <w:pPr>
        <w:spacing w:after="120" w:line="360" w:lineRule="exact"/>
        <w:ind w:firstLine="432"/>
      </w:pPr>
      <w:r>
        <w:t>Something about the rhythm of my life had broken.</w:t>
      </w:r>
    </w:p>
    <w:p w14:paraId="22599B8F" w14:textId="77777777" w:rsidR="00E663E7" w:rsidRDefault="00000000">
      <w:pPr>
        <w:spacing w:after="120" w:line="360" w:lineRule="exact"/>
        <w:ind w:firstLine="432"/>
      </w:pPr>
      <w:r>
        <w:t>And part of me hated that I still missed it.</w:t>
      </w:r>
    </w:p>
    <w:p w14:paraId="62B191B1" w14:textId="77777777" w:rsidR="00E663E7" w:rsidRDefault="00E663E7">
      <w:pPr>
        <w:spacing w:line="360" w:lineRule="exact"/>
      </w:pPr>
      <w:r/>
    </w:p>
    <w:p w14:paraId="512F1DD9" w14:textId="77777777" w:rsidR="00E663E7" w:rsidRDefault="00000000">
      <w:pPr>
        <w:spacing w:after="120" w:line="360" w:lineRule="exact"/>
        <w:ind w:firstLine="432"/>
      </w:pPr>
      <w:r>
        <w:t>Not her.</w:t>
      </w:r>
    </w:p>
    <w:p w14:paraId="1798F2EA" w14:textId="77777777" w:rsidR="00E663E7" w:rsidRDefault="00000000">
      <w:pPr>
        <w:spacing w:after="120" w:line="360" w:lineRule="exact"/>
        <w:ind w:firstLine="432"/>
      </w:pPr>
      <w:r>
        <w:t>But the sense of belonging.</w:t>
      </w:r>
    </w:p>
    <w:p w14:paraId="61ABAFC1" w14:textId="77777777" w:rsidR="00E663E7" w:rsidRDefault="00000000">
      <w:pPr>
        <w:spacing w:after="120" w:line="360" w:lineRule="exact"/>
        <w:ind w:firstLine="432"/>
      </w:pPr>
      <w:r>
        <w:t>Of being needed.</w:t>
      </w:r>
    </w:p>
    <w:p w14:paraId="12827A86" w14:textId="77777777" w:rsidR="00E663E7" w:rsidRDefault="00000000">
      <w:pPr>
        <w:spacing w:after="120" w:line="360" w:lineRule="exact"/>
        <w:ind w:firstLine="432"/>
      </w:pPr>
      <w:r>
        <w:t>Of being part of something, even if that something was broken.</w:t>
      </w:r>
    </w:p>
    <w:p w14:paraId="32A32060" w14:textId="77777777" w:rsidR="00E663E7" w:rsidRDefault="00E663E7">
      <w:pPr>
        <w:spacing w:line="360" w:lineRule="exact"/>
      </w:pPr>
      <w:r/>
    </w:p>
    <w:p w14:paraId="371DD778" w14:textId="77777777" w:rsidR="00E663E7" w:rsidRDefault="00000000">
      <w:pPr>
        <w:spacing w:after="120" w:line="360" w:lineRule="exact"/>
        <w:ind w:firstLine="432"/>
      </w:pPr>
      <w:r>
        <w:t>Still a Father</w:t>
      </w:r>
    </w:p>
    <w:p w14:paraId="0EDFF335" w14:textId="77777777" w:rsidR="00E663E7" w:rsidRDefault="00E663E7">
      <w:pPr>
        <w:spacing w:line="360" w:lineRule="exact"/>
      </w:pPr>
      <w:r/>
    </w:p>
    <w:p w14:paraId="4081FF36" w14:textId="77777777" w:rsidR="00E663E7" w:rsidRDefault="00000000">
      <w:pPr>
        <w:spacing w:after="120" w:line="360" w:lineRule="exact"/>
        <w:ind w:firstLine="432"/>
      </w:pPr>
      <w:r>
        <w:t>Through the silence, one voice remained:</w:t>
      </w:r>
    </w:p>
    <w:p w14:paraId="562894FB" w14:textId="77777777" w:rsidR="00E663E7" w:rsidRDefault="00000000">
      <w:pPr>
        <w:spacing w:after="120" w:line="360" w:lineRule="exact"/>
        <w:ind w:firstLine="432"/>
      </w:pPr>
      <w:r>
        <w:t>Ayden.</w:t>
      </w:r>
    </w:p>
    <w:p w14:paraId="6DE83D45" w14:textId="77777777" w:rsidR="00E663E7" w:rsidRDefault="00E663E7">
      <w:pPr>
        <w:spacing w:line="360" w:lineRule="exact"/>
      </w:pPr>
      <w:r/>
    </w:p>
    <w:p w14:paraId="018362FA" w14:textId="77777777" w:rsidR="00E663E7" w:rsidRDefault="00000000">
      <w:pPr>
        <w:spacing w:after="120" w:line="360" w:lineRule="exact"/>
        <w:ind w:firstLine="432"/>
      </w:pPr>
      <w:r>
        <w:t>My son.</w:t>
      </w:r>
    </w:p>
    <w:p w14:paraId="2878BB4E" w14:textId="77777777" w:rsidR="00E663E7" w:rsidRDefault="00E663E7">
      <w:pPr>
        <w:spacing w:line="360" w:lineRule="exact"/>
      </w:pPr>
      <w:r/>
    </w:p>
    <w:p w14:paraId="3AB678CD" w14:textId="77777777" w:rsidR="00E663E7" w:rsidRDefault="00000000">
      <w:pPr>
        <w:spacing w:after="120" w:line="360" w:lineRule="exact"/>
        <w:ind w:firstLine="432"/>
      </w:pPr>
      <w:r>
        <w:t>He was the reason I held on.</w:t>
      </w:r>
    </w:p>
    <w:p w14:paraId="0545312C" w14:textId="77777777" w:rsidR="00E663E7" w:rsidRDefault="00000000">
      <w:pPr>
        <w:spacing w:after="120" w:line="360" w:lineRule="exact"/>
        <w:ind w:firstLine="432"/>
      </w:pPr>
      <w:r>
        <w:t>The reason I didn’t put a bullet in my head or walk into traffic.</w:t>
      </w:r>
    </w:p>
    <w:p w14:paraId="4A7C14F0" w14:textId="77777777" w:rsidR="00E663E7" w:rsidRDefault="00000000">
      <w:pPr>
        <w:spacing w:after="120" w:line="360" w:lineRule="exact"/>
        <w:ind w:firstLine="432"/>
      </w:pPr>
      <w:r>
        <w:t>The reason I found faith again.</w:t>
      </w:r>
    </w:p>
    <w:p w14:paraId="153C1E9F" w14:textId="77777777" w:rsidR="00E663E7" w:rsidRDefault="00E663E7">
      <w:pPr>
        <w:spacing w:line="360" w:lineRule="exact"/>
      </w:pPr>
      <w:r/>
    </w:p>
    <w:p w14:paraId="3E6F6EA9" w14:textId="77777777" w:rsidR="00E663E7" w:rsidRDefault="00000000">
      <w:pPr>
        <w:spacing w:after="120" w:line="360" w:lineRule="exact"/>
        <w:ind w:firstLine="432"/>
      </w:pPr>
      <w:r>
        <w:t>I wasn’t living for her.</w:t>
      </w:r>
    </w:p>
    <w:p w14:paraId="53F52C60" w14:textId="77777777" w:rsidR="00E663E7" w:rsidRDefault="00000000">
      <w:pPr>
        <w:spacing w:after="120" w:line="360" w:lineRule="exact"/>
        <w:ind w:firstLine="432"/>
      </w:pPr>
      <w:r>
        <w:t>I was living for him.</w:t>
      </w:r>
    </w:p>
    <w:p w14:paraId="7FB436B0" w14:textId="77777777" w:rsidR="00E663E7" w:rsidRDefault="00E663E7">
      <w:pPr>
        <w:spacing w:line="360" w:lineRule="exact"/>
      </w:pPr>
      <w:r/>
    </w:p>
    <w:p w14:paraId="3FA2F9A5" w14:textId="77777777" w:rsidR="00E663E7" w:rsidRDefault="00000000">
      <w:pPr>
        <w:spacing w:after="120" w:line="360" w:lineRule="exact"/>
        <w:ind w:firstLine="432"/>
      </w:pPr>
      <w:r>
        <w:t>Because the silence may have drowned me…</w:t>
      </w:r>
    </w:p>
    <w:p w14:paraId="6A500495" w14:textId="77777777" w:rsidR="00E663E7" w:rsidRDefault="00000000">
      <w:pPr>
        <w:spacing w:after="120" w:line="360" w:lineRule="exact"/>
        <w:ind w:firstLine="432"/>
      </w:pPr>
      <w:r>
        <w:t>But the sound of his voice pulled me back to shore.</w:t>
      </w:r>
    </w:p>
    <w:p w14:paraId="1ACCB993" w14:textId="77777777" w:rsidR="00E663E7" w:rsidRDefault="00E663E7">
      <w:pPr>
        <w:spacing w:line="360" w:lineRule="exact"/>
      </w:pPr>
      <w:r/>
    </w:p>
    <w:p w14:paraId="6904D550" w14:textId="77777777" w:rsidR="00E663E7" w:rsidRDefault="00E663E7">
      <w:pPr>
        <w:spacing w:line="360" w:lineRule="exact"/>
      </w:pPr>
      <w:r/>
    </w:p>
    <w:p w14:paraId="79785366" w14:textId="77777777" w:rsidR="00E663E7" w:rsidRDefault="00000000">
      <w:pPr>
        <w:spacing w:line="360" w:lineRule="exact"/>
        <w:jc w:val="center"/>
      </w:pPr>
      <w:r>
        <w:t>Chapter 24: Not All Monsters Look Like Monsters</w:t>
      </w:r>
    </w:p>
    <w:p w14:paraId="18245B21" w14:textId="77777777" w:rsidR="00E663E7" w:rsidRDefault="00E663E7">
      <w:pPr>
        <w:spacing w:line="360" w:lineRule="exact"/>
      </w:pPr>
      <w:r/>
    </w:p>
    <w:p w14:paraId="45C8CA31" w14:textId="77777777" w:rsidR="00E663E7" w:rsidRDefault="00000000">
      <w:pPr>
        <w:spacing w:after="120" w:line="360" w:lineRule="exact"/>
        <w:ind w:firstLine="432"/>
      </w:pPr>
      <w:r>
        <w:t>“Sometimes evil wears empathy like a mask.”</w:t>
      </w:r>
    </w:p>
    <w:p w14:paraId="4301A566" w14:textId="77777777" w:rsidR="00E663E7" w:rsidRDefault="00E663E7">
      <w:pPr>
        <w:spacing w:line="360" w:lineRule="exact"/>
      </w:pPr>
      <w:r/>
    </w:p>
    <w:p w14:paraId="31330D9A" w14:textId="77777777" w:rsidR="00E663E7" w:rsidRDefault="00000000">
      <w:pPr>
        <w:spacing w:after="120" w:line="360" w:lineRule="exact"/>
        <w:ind w:firstLine="432"/>
      </w:pPr>
      <w:r>
        <w:t>There’s a common misconception that monsters are easy to spot.</w:t>
      </w:r>
    </w:p>
    <w:p w14:paraId="0E9D94BB" w14:textId="77777777" w:rsidR="00E663E7" w:rsidRDefault="00000000">
      <w:pPr>
        <w:spacing w:after="120" w:line="360" w:lineRule="exact"/>
        <w:ind w:firstLine="432"/>
      </w:pPr>
      <w:r>
        <w:t>That they come with fangs, rage, and violence.</w:t>
      </w:r>
    </w:p>
    <w:p w14:paraId="4E5F7DDC" w14:textId="77777777" w:rsidR="00E663E7" w:rsidRDefault="00000000">
      <w:pPr>
        <w:spacing w:after="120" w:line="360" w:lineRule="exact"/>
        <w:ind w:firstLine="432"/>
      </w:pPr>
      <w:r>
        <w:t>But I’ve learned — painfully — that the most dangerous ones can be soft-spoken.</w:t>
      </w:r>
    </w:p>
    <w:p w14:paraId="406C360A" w14:textId="77777777" w:rsidR="00E663E7" w:rsidRDefault="00000000">
      <w:pPr>
        <w:spacing w:after="120" w:line="360" w:lineRule="exact"/>
        <w:ind w:firstLine="432"/>
      </w:pPr>
      <w:r>
        <w:t>Introverted.</w:t>
      </w:r>
    </w:p>
    <w:p w14:paraId="126204AA" w14:textId="77777777" w:rsidR="00E663E7" w:rsidRDefault="00000000">
      <w:pPr>
        <w:spacing w:after="120" w:line="360" w:lineRule="exact"/>
        <w:ind w:firstLine="432"/>
      </w:pPr>
      <w:r>
        <w:t>Calculating.</w:t>
      </w:r>
    </w:p>
    <w:p w14:paraId="555997DE" w14:textId="77777777" w:rsidR="00E663E7" w:rsidRDefault="00000000">
      <w:pPr>
        <w:spacing w:after="120" w:line="360" w:lineRule="exact"/>
        <w:ind w:firstLine="432"/>
      </w:pPr>
      <w:r>
        <w:t>Patient.</w:t>
      </w:r>
    </w:p>
    <w:p w14:paraId="6923FCA2" w14:textId="77777777" w:rsidR="00E663E7" w:rsidRDefault="00E663E7">
      <w:pPr>
        <w:spacing w:line="360" w:lineRule="exact"/>
      </w:pPr>
      <w:r/>
    </w:p>
    <w:p w14:paraId="249FBCA7" w14:textId="77777777" w:rsidR="00E663E7" w:rsidRDefault="00000000">
      <w:pPr>
        <w:spacing w:after="120" w:line="360" w:lineRule="exact"/>
        <w:ind w:firstLine="432"/>
      </w:pPr>
      <w:r>
        <w:t>They don’t explode.</w:t>
      </w:r>
    </w:p>
    <w:p w14:paraId="1F15186E" w14:textId="77777777" w:rsidR="00E663E7" w:rsidRDefault="00000000">
      <w:pPr>
        <w:spacing w:after="120" w:line="360" w:lineRule="exact"/>
        <w:ind w:firstLine="432"/>
      </w:pPr>
      <w:r>
        <w:t>They erode.</w:t>
      </w:r>
    </w:p>
    <w:p w14:paraId="0756EB90" w14:textId="77777777" w:rsidR="00E663E7" w:rsidRDefault="00E663E7">
      <w:pPr>
        <w:spacing w:line="360" w:lineRule="exact"/>
      </w:pPr>
      <w:r/>
    </w:p>
    <w:p w14:paraId="2C979E3F" w14:textId="77777777" w:rsidR="00E663E7" w:rsidRDefault="00000000">
      <w:pPr>
        <w:spacing w:after="120" w:line="360" w:lineRule="exact"/>
        <w:ind w:firstLine="432"/>
      </w:pPr>
      <w:r>
        <w:t>And Nicole was one of them.</w:t>
      </w:r>
    </w:p>
    <w:p w14:paraId="4F9EB3CC" w14:textId="77777777" w:rsidR="00E663E7" w:rsidRDefault="00E663E7">
      <w:pPr>
        <w:spacing w:line="360" w:lineRule="exact"/>
      </w:pPr>
      <w:r/>
    </w:p>
    <w:p w14:paraId="16647BF1" w14:textId="77777777" w:rsidR="00E663E7" w:rsidRDefault="00000000">
      <w:pPr>
        <w:spacing w:after="120" w:line="360" w:lineRule="exact"/>
        <w:ind w:firstLine="432"/>
      </w:pPr>
      <w:r>
        <w:t>The Mask She Wore</w:t>
      </w:r>
    </w:p>
    <w:p w14:paraId="27F3966F" w14:textId="77777777" w:rsidR="00E663E7" w:rsidRDefault="00E663E7">
      <w:pPr>
        <w:spacing w:line="360" w:lineRule="exact"/>
      </w:pPr>
      <w:r/>
    </w:p>
    <w:p w14:paraId="46DED78C" w14:textId="77777777" w:rsidR="00E663E7" w:rsidRDefault="00000000">
      <w:pPr>
        <w:spacing w:after="120" w:line="360" w:lineRule="exact"/>
        <w:ind w:firstLine="432"/>
      </w:pPr>
      <w:r>
        <w:t>To the world, she was quiet.</w:t>
      </w:r>
    </w:p>
    <w:p w14:paraId="6DFFEAAD" w14:textId="77777777" w:rsidR="00E663E7" w:rsidRDefault="00000000">
      <w:pPr>
        <w:spacing w:after="120" w:line="360" w:lineRule="exact"/>
        <w:ind w:firstLine="432"/>
      </w:pPr>
      <w:r>
        <w:t>Reserved.</w:t>
      </w:r>
    </w:p>
    <w:p w14:paraId="0DDAE05E" w14:textId="77777777" w:rsidR="00E663E7" w:rsidRDefault="00000000">
      <w:pPr>
        <w:spacing w:after="120" w:line="360" w:lineRule="exact"/>
        <w:ind w:firstLine="432"/>
      </w:pPr>
      <w:r>
        <w:t>Polite.</w:t>
      </w:r>
    </w:p>
    <w:p w14:paraId="20DE30D2" w14:textId="77777777" w:rsidR="00E663E7" w:rsidRDefault="00E663E7">
      <w:pPr>
        <w:spacing w:line="360" w:lineRule="exact"/>
      </w:pPr>
      <w:r/>
    </w:p>
    <w:p w14:paraId="0703A463" w14:textId="77777777" w:rsidR="00E663E7" w:rsidRDefault="00000000">
      <w:pPr>
        <w:spacing w:after="120" w:line="360" w:lineRule="exact"/>
        <w:ind w:firstLine="432"/>
      </w:pPr>
      <w:r>
        <w:t>People said, “She’s so sweet.”</w:t>
      </w:r>
    </w:p>
    <w:p w14:paraId="31C61101" w14:textId="77777777" w:rsidR="00E663E7" w:rsidRDefault="00000000">
      <w:pPr>
        <w:spacing w:after="120" w:line="360" w:lineRule="exact"/>
        <w:ind w:firstLine="432"/>
      </w:pPr>
      <w:r>
        <w:t>“She’s so calm.”</w:t>
      </w:r>
    </w:p>
    <w:p w14:paraId="16871F32" w14:textId="77777777" w:rsidR="00E663E7" w:rsidRDefault="00000000">
      <w:pPr>
        <w:spacing w:after="120" w:line="360" w:lineRule="exact"/>
        <w:ind w:firstLine="432"/>
      </w:pPr>
      <w:r>
        <w:t>“You’re lucky to have someone like her.”</w:t>
      </w:r>
    </w:p>
    <w:p w14:paraId="58C46DBF" w14:textId="77777777" w:rsidR="00E663E7" w:rsidRDefault="00E663E7">
      <w:pPr>
        <w:spacing w:line="360" w:lineRule="exact"/>
      </w:pPr>
      <w:r/>
    </w:p>
    <w:p w14:paraId="02B31527" w14:textId="77777777" w:rsidR="00E663E7" w:rsidRDefault="00000000">
      <w:pPr>
        <w:spacing w:after="120" w:line="360" w:lineRule="exact"/>
        <w:ind w:firstLine="432"/>
      </w:pPr>
      <w:r>
        <w:t>I used to nod.</w:t>
      </w:r>
    </w:p>
    <w:p w14:paraId="2B3F27B3" w14:textId="77777777" w:rsidR="00E663E7" w:rsidRDefault="00000000">
      <w:pPr>
        <w:spacing w:after="120" w:line="360" w:lineRule="exact"/>
        <w:ind w:firstLine="432"/>
      </w:pPr>
      <w:r>
        <w:t>Smile.</w:t>
      </w:r>
    </w:p>
    <w:p w14:paraId="30E2D027" w14:textId="77777777" w:rsidR="00E663E7" w:rsidRDefault="00000000">
      <w:pPr>
        <w:spacing w:after="120" w:line="360" w:lineRule="exact"/>
        <w:ind w:firstLine="432"/>
      </w:pPr>
      <w:r>
        <w:t>Pretend they were right.</w:t>
      </w:r>
    </w:p>
    <w:p w14:paraId="085835A6" w14:textId="77777777" w:rsidR="00E663E7" w:rsidRDefault="00E663E7">
      <w:pPr>
        <w:spacing w:line="360" w:lineRule="exact"/>
      </w:pPr>
      <w:r/>
    </w:p>
    <w:p w14:paraId="3B0ECDBD" w14:textId="77777777" w:rsidR="00E663E7" w:rsidRDefault="00000000">
      <w:pPr>
        <w:spacing w:after="120" w:line="360" w:lineRule="exact"/>
        <w:ind w:firstLine="432"/>
      </w:pPr>
      <w:r>
        <w:t>But inside, I was screaming.</w:t>
      </w:r>
    </w:p>
    <w:p w14:paraId="41F79A7C" w14:textId="77777777" w:rsidR="00E663E7" w:rsidRDefault="00000000">
      <w:pPr>
        <w:spacing w:after="120" w:line="360" w:lineRule="exact"/>
        <w:ind w:firstLine="432"/>
      </w:pPr>
      <w:r>
        <w:t>Because they didn’t see what I saw.</w:t>
      </w:r>
    </w:p>
    <w:p w14:paraId="52EE642F" w14:textId="77777777" w:rsidR="00E663E7" w:rsidRDefault="00000000">
      <w:pPr>
        <w:spacing w:after="120" w:line="360" w:lineRule="exact"/>
        <w:ind w:firstLine="432"/>
      </w:pPr>
      <w:r>
        <w:t>What I lived.</w:t>
      </w:r>
    </w:p>
    <w:p w14:paraId="1E863073" w14:textId="77777777" w:rsidR="00E663E7" w:rsidRDefault="00E663E7">
      <w:pPr>
        <w:spacing w:line="360" w:lineRule="exact"/>
      </w:pPr>
      <w:r/>
    </w:p>
    <w:p w14:paraId="1CFD694C" w14:textId="77777777" w:rsidR="00E663E7" w:rsidRDefault="00000000">
      <w:pPr>
        <w:spacing w:after="120" w:line="360" w:lineRule="exact"/>
        <w:ind w:firstLine="432"/>
      </w:pPr>
      <w:r>
        <w:t>The cold stares.</w:t>
      </w:r>
    </w:p>
    <w:p w14:paraId="40BD40F5" w14:textId="77777777" w:rsidR="00E663E7" w:rsidRDefault="00000000">
      <w:pPr>
        <w:spacing w:after="120" w:line="360" w:lineRule="exact"/>
        <w:ind w:firstLine="432"/>
      </w:pPr>
      <w:r>
        <w:t>The sharp tongue.</w:t>
      </w:r>
    </w:p>
    <w:p w14:paraId="3771C142" w14:textId="77777777" w:rsidR="00E663E7" w:rsidRDefault="00000000">
      <w:pPr>
        <w:spacing w:after="120" w:line="360" w:lineRule="exact"/>
        <w:ind w:firstLine="432"/>
      </w:pPr>
      <w:r>
        <w:t>The gaslighting.</w:t>
      </w:r>
    </w:p>
    <w:p w14:paraId="220FDB0B" w14:textId="77777777" w:rsidR="00E663E7" w:rsidRDefault="00000000">
      <w:pPr>
        <w:spacing w:after="120" w:line="360" w:lineRule="exact"/>
        <w:ind w:firstLine="432"/>
      </w:pPr>
      <w:r>
        <w:t>The subtle cruelty that cuts deeper than any scream ever could.</w:t>
      </w:r>
    </w:p>
    <w:p w14:paraId="5552F535" w14:textId="77777777" w:rsidR="00E663E7" w:rsidRDefault="00E663E7">
      <w:pPr>
        <w:spacing w:line="360" w:lineRule="exact"/>
      </w:pPr>
      <w:r/>
    </w:p>
    <w:p w14:paraId="6A95E5A4" w14:textId="77777777" w:rsidR="00E663E7" w:rsidRDefault="00000000">
      <w:pPr>
        <w:spacing w:after="120" w:line="360" w:lineRule="exact"/>
        <w:ind w:firstLine="432"/>
      </w:pPr>
      <w:r>
        <w:t>Hindsight Is a Cruel Teacher</w:t>
      </w:r>
    </w:p>
    <w:p w14:paraId="1397BA4B" w14:textId="77777777" w:rsidR="00E663E7" w:rsidRDefault="00E663E7">
      <w:pPr>
        <w:spacing w:line="360" w:lineRule="exact"/>
      </w:pPr>
      <w:r/>
    </w:p>
    <w:p w14:paraId="3ED2906F" w14:textId="77777777" w:rsidR="00E663E7" w:rsidRDefault="00000000">
      <w:pPr>
        <w:spacing w:after="120" w:line="360" w:lineRule="exact"/>
        <w:ind w:firstLine="432"/>
      </w:pPr>
      <w:r>
        <w:t>It took me over 20 years to fully recognize her for what she was.</w:t>
      </w:r>
    </w:p>
    <w:p w14:paraId="2EFBCD37" w14:textId="77777777" w:rsidR="00E663E7" w:rsidRDefault="00000000">
      <w:pPr>
        <w:spacing w:after="120" w:line="360" w:lineRule="exact"/>
        <w:ind w:firstLine="432"/>
      </w:pPr>
      <w:r>
        <w:t>That’s how skilled she was.</w:t>
      </w:r>
    </w:p>
    <w:p w14:paraId="0CFC771F" w14:textId="77777777" w:rsidR="00E663E7" w:rsidRDefault="00000000">
      <w:pPr>
        <w:spacing w:after="120" w:line="360" w:lineRule="exact"/>
        <w:ind w:firstLine="432"/>
      </w:pPr>
      <w:r>
        <w:t>That’s how desperate I was to believe in love.</w:t>
      </w:r>
    </w:p>
    <w:p w14:paraId="4C72A652" w14:textId="77777777" w:rsidR="00E663E7" w:rsidRDefault="00E663E7">
      <w:pPr>
        <w:spacing w:line="360" w:lineRule="exact"/>
      </w:pPr>
      <w:r/>
    </w:p>
    <w:p w14:paraId="65636B42" w14:textId="77777777" w:rsidR="00E663E7" w:rsidRDefault="00000000">
      <w:pPr>
        <w:spacing w:after="120" w:line="360" w:lineRule="exact"/>
        <w:ind w:firstLine="432"/>
      </w:pPr>
      <w:r>
        <w:t>I look back now and see moments — hundreds of them — that scream manipulation.</w:t>
      </w:r>
    </w:p>
    <w:p w14:paraId="3216AA27" w14:textId="77777777" w:rsidR="00E663E7" w:rsidRDefault="00000000">
      <w:pPr>
        <w:spacing w:after="120" w:line="360" w:lineRule="exact"/>
        <w:ind w:firstLine="432"/>
      </w:pPr>
      <w:r>
        <w:t>The way she dismissed our daughter’s pain when Tatiana’s elbow was dislocated.</w:t>
      </w:r>
    </w:p>
    <w:p w14:paraId="2A8A7894" w14:textId="77777777" w:rsidR="00E663E7" w:rsidRDefault="00000000">
      <w:pPr>
        <w:spacing w:after="120" w:line="360" w:lineRule="exact"/>
        <w:ind w:firstLine="432"/>
      </w:pPr>
      <w:r>
        <w:t>The way she ignored the emotional cues that any caring mother would’ve picked up on.</w:t>
      </w:r>
    </w:p>
    <w:p w14:paraId="1D409A83" w14:textId="77777777" w:rsidR="00E663E7" w:rsidRDefault="00E663E7">
      <w:pPr>
        <w:spacing w:line="360" w:lineRule="exact"/>
      </w:pPr>
      <w:r/>
    </w:p>
    <w:p w14:paraId="527457C6" w14:textId="77777777" w:rsidR="00E663E7" w:rsidRDefault="00000000">
      <w:pPr>
        <w:spacing w:after="120" w:line="360" w:lineRule="exact"/>
        <w:ind w:firstLine="432"/>
      </w:pPr>
      <w:r>
        <w:t>And I was the one urging her to care.</w:t>
      </w:r>
    </w:p>
    <w:p w14:paraId="54582C02" w14:textId="77777777" w:rsidR="00E663E7" w:rsidRDefault="00000000">
      <w:pPr>
        <w:spacing w:after="120" w:line="360" w:lineRule="exact"/>
        <w:ind w:firstLine="432"/>
      </w:pPr>
      <w:r>
        <w:t>Begging her to be gentler.</w:t>
      </w:r>
    </w:p>
    <w:p w14:paraId="559D23D7" w14:textId="77777777" w:rsidR="00E663E7" w:rsidRDefault="00000000">
      <w:pPr>
        <w:spacing w:after="120" w:line="360" w:lineRule="exact"/>
        <w:ind w:firstLine="432"/>
      </w:pPr>
      <w:r>
        <w:t>To show compassion.</w:t>
      </w:r>
    </w:p>
    <w:p w14:paraId="0874C427" w14:textId="77777777" w:rsidR="00E663E7" w:rsidRDefault="00E663E7">
      <w:pPr>
        <w:spacing w:line="360" w:lineRule="exact"/>
      </w:pPr>
      <w:r/>
    </w:p>
    <w:p w14:paraId="0295C5DE" w14:textId="77777777" w:rsidR="00E663E7" w:rsidRDefault="00000000">
      <w:pPr>
        <w:spacing w:after="120" w:line="360" w:lineRule="exact"/>
        <w:ind w:firstLine="432"/>
      </w:pPr>
      <w:r>
        <w:t>Isn’t that ironic?</w:t>
      </w:r>
    </w:p>
    <w:p w14:paraId="46D483E1" w14:textId="77777777" w:rsidR="00E663E7" w:rsidRDefault="00E663E7">
      <w:pPr>
        <w:spacing w:line="360" w:lineRule="exact"/>
      </w:pPr>
      <w:r/>
    </w:p>
    <w:p w14:paraId="61D42B5A" w14:textId="77777777" w:rsidR="00E663E7" w:rsidRDefault="00000000">
      <w:pPr>
        <w:spacing w:after="120" w:line="360" w:lineRule="exact"/>
        <w:ind w:firstLine="432"/>
      </w:pPr>
      <w:r>
        <w:t>Cuckolded Without Consent</w:t>
      </w:r>
    </w:p>
    <w:p w14:paraId="238FF9A8" w14:textId="77777777" w:rsidR="00E663E7" w:rsidRDefault="00E663E7">
      <w:pPr>
        <w:spacing w:line="360" w:lineRule="exact"/>
      </w:pPr>
      <w:r/>
    </w:p>
    <w:p w14:paraId="65697354" w14:textId="77777777" w:rsidR="00E663E7" w:rsidRDefault="00000000">
      <w:pPr>
        <w:spacing w:after="120" w:line="360" w:lineRule="exact"/>
        <w:ind w:firstLine="432"/>
      </w:pPr>
      <w:r>
        <w:t>There were moments — surreal ones — where she hinted at the truth.</w:t>
      </w:r>
    </w:p>
    <w:p w14:paraId="197A3A6E" w14:textId="77777777" w:rsidR="00E663E7" w:rsidRDefault="00000000">
      <w:pPr>
        <w:spacing w:after="120" w:line="360" w:lineRule="exact"/>
        <w:ind w:firstLine="432"/>
      </w:pPr>
      <w:r>
        <w:t>Like when she proposed we go to a sex club in the late 2010s or early 2020s.</w:t>
      </w:r>
    </w:p>
    <w:p w14:paraId="01204A6F" w14:textId="77777777" w:rsidR="00E663E7" w:rsidRDefault="00E663E7">
      <w:pPr>
        <w:spacing w:line="360" w:lineRule="exact"/>
      </w:pPr>
      <w:r/>
    </w:p>
    <w:p w14:paraId="4ED427D7" w14:textId="77777777" w:rsidR="00E663E7" w:rsidRDefault="00000000">
      <w:pPr>
        <w:spacing w:after="120" w:line="360" w:lineRule="exact"/>
        <w:ind w:firstLine="432"/>
      </w:pPr>
      <w:r>
        <w:t>But it wasn’t about exploring our sexuality.</w:t>
      </w:r>
    </w:p>
    <w:p w14:paraId="3C0940B1" w14:textId="77777777" w:rsidR="00E663E7" w:rsidRDefault="00000000">
      <w:pPr>
        <w:spacing w:after="120" w:line="360" w:lineRule="exact"/>
        <w:ind w:firstLine="432"/>
      </w:pPr>
      <w:r>
        <w:t>It was about control.</w:t>
      </w:r>
    </w:p>
    <w:p w14:paraId="4A03A695" w14:textId="77777777" w:rsidR="00E663E7" w:rsidRDefault="00E663E7">
      <w:pPr>
        <w:spacing w:line="360" w:lineRule="exact"/>
      </w:pPr>
      <w:r/>
    </w:p>
    <w:p w14:paraId="091A8BA2" w14:textId="77777777" w:rsidR="00E663E7" w:rsidRDefault="00000000">
      <w:pPr>
        <w:spacing w:after="120" w:line="360" w:lineRule="exact"/>
        <w:ind w:firstLine="432"/>
      </w:pPr>
      <w:r>
        <w:t>She wanted me to prepare her for another man — literally.</w:t>
      </w:r>
    </w:p>
    <w:p w14:paraId="5A6B6FBC" w14:textId="77777777" w:rsidR="00E663E7" w:rsidRDefault="00000000">
      <w:pPr>
        <w:spacing w:after="120" w:line="360" w:lineRule="exact"/>
        <w:ind w:firstLine="432"/>
      </w:pPr>
      <w:r>
        <w:t>To go down on her, then watch her walk away and sleep with someone else.</w:t>
      </w:r>
    </w:p>
    <w:p w14:paraId="66AA6DBD" w14:textId="77777777" w:rsidR="00E663E7" w:rsidRDefault="00E663E7">
      <w:pPr>
        <w:spacing w:line="360" w:lineRule="exact"/>
      </w:pPr>
      <w:r/>
    </w:p>
    <w:p w14:paraId="3340E1D3" w14:textId="77777777" w:rsidR="00E663E7" w:rsidRDefault="00000000">
      <w:pPr>
        <w:spacing w:after="120" w:line="360" w:lineRule="exact"/>
        <w:ind w:firstLine="432"/>
      </w:pPr>
      <w:r>
        <w:t>And I was so broken, so desensitized by years of unhealthy porn consumption, that I almost rationalized it.</w:t>
      </w:r>
    </w:p>
    <w:p w14:paraId="5B242049" w14:textId="77777777" w:rsidR="00E663E7" w:rsidRDefault="00E663E7">
      <w:pPr>
        <w:spacing w:line="360" w:lineRule="exact"/>
      </w:pPr>
      <w:r/>
    </w:p>
    <w:p w14:paraId="13F7790C" w14:textId="77777777" w:rsidR="00E663E7" w:rsidRDefault="00000000">
      <w:pPr>
        <w:spacing w:after="120" w:line="360" w:lineRule="exact"/>
        <w:ind w:firstLine="432"/>
      </w:pPr>
      <w:r>
        <w:t>But it wasn’t just her idea.</w:t>
      </w:r>
    </w:p>
    <w:p w14:paraId="17EB83C0" w14:textId="77777777" w:rsidR="00E663E7" w:rsidRDefault="00000000">
      <w:pPr>
        <w:spacing w:after="120" w:line="360" w:lineRule="exact"/>
        <w:ind w:firstLine="432"/>
      </w:pPr>
      <w:r>
        <w:t>It was an invasion.</w:t>
      </w:r>
    </w:p>
    <w:p w14:paraId="412A0DAE" w14:textId="77777777" w:rsidR="00E663E7" w:rsidRDefault="00000000">
      <w:pPr>
        <w:spacing w:after="120" w:line="360" w:lineRule="exact"/>
        <w:ind w:firstLine="432"/>
      </w:pPr>
      <w:r>
        <w:t>She had clearly seen my private searches.</w:t>
      </w:r>
    </w:p>
    <w:p w14:paraId="055B9725" w14:textId="77777777" w:rsidR="00E663E7" w:rsidRDefault="00000000">
      <w:pPr>
        <w:spacing w:after="120" w:line="360" w:lineRule="exact"/>
        <w:ind w:firstLine="432"/>
      </w:pPr>
      <w:r>
        <w:t>Used them against me.</w:t>
      </w:r>
    </w:p>
    <w:p w14:paraId="25C20C22" w14:textId="77777777" w:rsidR="00E663E7" w:rsidRDefault="00000000">
      <w:pPr>
        <w:spacing w:after="120" w:line="360" w:lineRule="exact"/>
        <w:ind w:firstLine="432"/>
      </w:pPr>
      <w:r>
        <w:t>Weaponized my shame.</w:t>
      </w:r>
    </w:p>
    <w:p w14:paraId="205835D7" w14:textId="77777777" w:rsidR="00E663E7" w:rsidRDefault="00E663E7">
      <w:pPr>
        <w:spacing w:line="360" w:lineRule="exact"/>
      </w:pPr>
      <w:r/>
    </w:p>
    <w:p w14:paraId="73164980" w14:textId="77777777" w:rsidR="00E663E7" w:rsidRDefault="00000000">
      <w:pPr>
        <w:spacing w:after="120" w:line="360" w:lineRule="exact"/>
        <w:ind w:firstLine="432"/>
      </w:pPr>
      <w:r>
        <w:t>That’s when I started to understand — she wasn’t just hurt.</w:t>
      </w:r>
    </w:p>
    <w:p w14:paraId="390EAFE2" w14:textId="77777777" w:rsidR="00E663E7" w:rsidRDefault="00000000">
      <w:pPr>
        <w:spacing w:after="120" w:line="360" w:lineRule="exact"/>
        <w:ind w:firstLine="432"/>
      </w:pPr>
      <w:r>
        <w:t>She was studying me.</w:t>
      </w:r>
    </w:p>
    <w:p w14:paraId="037E38A9" w14:textId="77777777" w:rsidR="00E663E7" w:rsidRDefault="00000000">
      <w:pPr>
        <w:spacing w:after="120" w:line="360" w:lineRule="exact"/>
        <w:ind w:firstLine="432"/>
      </w:pPr>
      <w:r>
        <w:t>Learning how to exploit my weaknesses.</w:t>
      </w:r>
    </w:p>
    <w:p w14:paraId="1C5070C8" w14:textId="77777777" w:rsidR="00E663E7" w:rsidRDefault="00E663E7">
      <w:pPr>
        <w:spacing w:line="360" w:lineRule="exact"/>
      </w:pPr>
      <w:r/>
    </w:p>
    <w:p w14:paraId="550363C6" w14:textId="77777777" w:rsidR="00E663E7" w:rsidRDefault="00000000">
      <w:pPr>
        <w:spacing w:after="120" w:line="360" w:lineRule="exact"/>
        <w:ind w:firstLine="432"/>
      </w:pPr>
      <w:r>
        <w:t>The Monster in the Mirror</w:t>
      </w:r>
    </w:p>
    <w:p w14:paraId="7E1788D4" w14:textId="77777777" w:rsidR="00E663E7" w:rsidRDefault="00E663E7">
      <w:pPr>
        <w:spacing w:line="360" w:lineRule="exact"/>
      </w:pPr>
      <w:r/>
    </w:p>
    <w:p w14:paraId="67E92E6A" w14:textId="77777777" w:rsidR="00E663E7" w:rsidRDefault="00000000">
      <w:pPr>
        <w:spacing w:after="120" w:line="360" w:lineRule="exact"/>
        <w:ind w:firstLine="432"/>
      </w:pPr>
      <w:r>
        <w:t>And here’s the part that shatters me:</w:t>
      </w:r>
    </w:p>
    <w:p w14:paraId="77A68D05" w14:textId="77777777" w:rsidR="00E663E7" w:rsidRDefault="00000000">
      <w:pPr>
        <w:spacing w:after="120" w:line="360" w:lineRule="exact"/>
        <w:ind w:firstLine="432"/>
      </w:pPr>
      <w:r>
        <w:t>I wasn’t perfect either.</w:t>
      </w:r>
    </w:p>
    <w:p w14:paraId="4B7CE3F7" w14:textId="77777777" w:rsidR="00E663E7" w:rsidRDefault="00000000">
      <w:pPr>
        <w:spacing w:after="120" w:line="360" w:lineRule="exact"/>
        <w:ind w:firstLine="432"/>
      </w:pPr>
      <w:r>
        <w:t>I cheated.</w:t>
      </w:r>
    </w:p>
    <w:p w14:paraId="11424AD5" w14:textId="77777777" w:rsidR="00E663E7" w:rsidRDefault="00000000">
      <w:pPr>
        <w:spacing w:after="120" w:line="360" w:lineRule="exact"/>
        <w:ind w:firstLine="432"/>
      </w:pPr>
      <w:r>
        <w:t>I lied.</w:t>
      </w:r>
    </w:p>
    <w:p w14:paraId="373D8786" w14:textId="77777777" w:rsidR="00E663E7" w:rsidRDefault="00000000">
      <w:pPr>
        <w:spacing w:after="120" w:line="360" w:lineRule="exact"/>
        <w:ind w:firstLine="432"/>
      </w:pPr>
      <w:r>
        <w:t>I made terrible mistakes.</w:t>
      </w:r>
    </w:p>
    <w:p w14:paraId="4E84F7B8" w14:textId="77777777" w:rsidR="00E663E7" w:rsidRDefault="00E663E7">
      <w:pPr>
        <w:spacing w:line="360" w:lineRule="exact"/>
      </w:pPr>
      <w:r/>
    </w:p>
    <w:p w14:paraId="5E203817" w14:textId="77777777" w:rsidR="00E663E7" w:rsidRDefault="00000000">
      <w:pPr>
        <w:spacing w:after="120" w:line="360" w:lineRule="exact"/>
        <w:ind w:firstLine="432"/>
      </w:pPr>
      <w:r>
        <w:t>But I always came back to love.</w:t>
      </w:r>
    </w:p>
    <w:p w14:paraId="1514B9ED" w14:textId="77777777" w:rsidR="00E663E7" w:rsidRDefault="00000000">
      <w:pPr>
        <w:spacing w:after="120" w:line="360" w:lineRule="exact"/>
        <w:ind w:firstLine="432"/>
      </w:pPr>
      <w:r>
        <w:t>I never tried to break her.</w:t>
      </w:r>
    </w:p>
    <w:p w14:paraId="572D7E55" w14:textId="77777777" w:rsidR="00E663E7" w:rsidRDefault="00000000">
      <w:pPr>
        <w:spacing w:after="120" w:line="360" w:lineRule="exact"/>
        <w:ind w:firstLine="432"/>
      </w:pPr>
      <w:r>
        <w:t>I never wished for her death.</w:t>
      </w:r>
    </w:p>
    <w:p w14:paraId="0754566E" w14:textId="77777777" w:rsidR="00E663E7" w:rsidRDefault="00000000">
      <w:pPr>
        <w:spacing w:after="120" w:line="360" w:lineRule="exact"/>
        <w:ind w:firstLine="432"/>
      </w:pPr>
      <w:r>
        <w:t>I never used her children as pawns or plotted to have her killed.</w:t>
      </w:r>
    </w:p>
    <w:p w14:paraId="49845B61" w14:textId="77777777" w:rsidR="00E663E7" w:rsidRDefault="00E663E7">
      <w:pPr>
        <w:spacing w:line="360" w:lineRule="exact"/>
      </w:pPr>
      <w:r/>
    </w:p>
    <w:p w14:paraId="75B27286" w14:textId="77777777" w:rsidR="00E663E7" w:rsidRDefault="00000000">
      <w:pPr>
        <w:spacing w:after="120" w:line="360" w:lineRule="exact"/>
        <w:ind w:firstLine="432"/>
      </w:pPr>
      <w:r>
        <w:t>She did all of that.</w:t>
      </w:r>
    </w:p>
    <w:p w14:paraId="59E07A29" w14:textId="77777777" w:rsidR="00E663E7" w:rsidRDefault="00000000">
      <w:pPr>
        <w:spacing w:after="120" w:line="360" w:lineRule="exact"/>
        <w:ind w:firstLine="432"/>
      </w:pPr>
      <w:r>
        <w:t>And more.</w:t>
      </w:r>
    </w:p>
    <w:p w14:paraId="13BB5DED" w14:textId="77777777" w:rsidR="00E663E7" w:rsidRDefault="00E663E7">
      <w:pPr>
        <w:spacing w:line="360" w:lineRule="exact"/>
      </w:pPr>
      <w:r/>
    </w:p>
    <w:p w14:paraId="160EF736" w14:textId="77777777" w:rsidR="00E663E7" w:rsidRDefault="00000000">
      <w:pPr>
        <w:spacing w:after="120" w:line="360" w:lineRule="exact"/>
        <w:ind w:firstLine="432"/>
      </w:pPr>
      <w:r>
        <w:t>But the world doesn’t see that.</w:t>
      </w:r>
    </w:p>
    <w:p w14:paraId="572E893D" w14:textId="77777777" w:rsidR="00E663E7" w:rsidRDefault="00000000">
      <w:pPr>
        <w:spacing w:after="120" w:line="360" w:lineRule="exact"/>
        <w:ind w:firstLine="432"/>
      </w:pPr>
      <w:r>
        <w:t>Because I was loud in my pain.</w:t>
      </w:r>
    </w:p>
    <w:p w14:paraId="2F53D2F6" w14:textId="77777777" w:rsidR="00E663E7" w:rsidRDefault="00000000">
      <w:pPr>
        <w:spacing w:after="120" w:line="360" w:lineRule="exact"/>
        <w:ind w:firstLine="432"/>
      </w:pPr>
      <w:r>
        <w:t>And she was quiet in her cruelty.</w:t>
      </w:r>
    </w:p>
    <w:p w14:paraId="3DD0ED20" w14:textId="77777777" w:rsidR="00E663E7" w:rsidRDefault="00E663E7">
      <w:pPr>
        <w:spacing w:line="360" w:lineRule="exact"/>
      </w:pPr>
      <w:r/>
    </w:p>
    <w:p w14:paraId="1325C297" w14:textId="77777777" w:rsidR="00E663E7" w:rsidRDefault="00000000">
      <w:pPr>
        <w:spacing w:after="120" w:line="360" w:lineRule="exact"/>
        <w:ind w:firstLine="432"/>
      </w:pPr>
      <w:r>
        <w:t>A Word of Caution to Men</w:t>
      </w:r>
    </w:p>
    <w:p w14:paraId="2AA6C5CA" w14:textId="77777777" w:rsidR="00E663E7" w:rsidRDefault="00E663E7">
      <w:pPr>
        <w:spacing w:line="360" w:lineRule="exact"/>
      </w:pPr>
      <w:r/>
    </w:p>
    <w:p w14:paraId="5AFEB34B" w14:textId="77777777" w:rsidR="00E663E7" w:rsidRDefault="00000000">
      <w:pPr>
        <w:spacing w:after="120" w:line="360" w:lineRule="exact"/>
        <w:ind w:firstLine="432"/>
      </w:pPr>
      <w:r>
        <w:t>To any man reading this:</w:t>
      </w:r>
    </w:p>
    <w:p w14:paraId="78312713" w14:textId="77777777" w:rsidR="00E663E7" w:rsidRDefault="00000000">
      <w:pPr>
        <w:spacing w:after="120" w:line="360" w:lineRule="exact"/>
        <w:ind w:firstLine="432"/>
      </w:pPr>
      <w:r>
        <w:t>Be careful with women who hide behind the victim mask.</w:t>
      </w:r>
    </w:p>
    <w:p w14:paraId="10B4F426" w14:textId="77777777" w:rsidR="00E663E7" w:rsidRDefault="00000000">
      <w:pPr>
        <w:spacing w:after="120" w:line="360" w:lineRule="exact"/>
        <w:ind w:firstLine="432"/>
      </w:pPr>
      <w:r>
        <w:t>Not all victims are innocent.</w:t>
      </w:r>
    </w:p>
    <w:p w14:paraId="09070D08" w14:textId="77777777" w:rsidR="00E663E7" w:rsidRDefault="00000000">
      <w:pPr>
        <w:spacing w:after="120" w:line="360" w:lineRule="exact"/>
        <w:ind w:firstLine="432"/>
      </w:pPr>
      <w:r>
        <w:t>Not all quietness is virtue.</w:t>
      </w:r>
    </w:p>
    <w:p w14:paraId="6E8B9A5C" w14:textId="77777777" w:rsidR="00E663E7" w:rsidRDefault="00E663E7">
      <w:pPr>
        <w:spacing w:line="360" w:lineRule="exact"/>
      </w:pPr>
      <w:r/>
    </w:p>
    <w:p w14:paraId="7CADACEF" w14:textId="77777777" w:rsidR="00E663E7" w:rsidRDefault="00000000">
      <w:pPr>
        <w:spacing w:after="120" w:line="360" w:lineRule="exact"/>
        <w:ind w:firstLine="432"/>
      </w:pPr>
      <w:r>
        <w:t>Some of the most dangerous abusers are the ones who let you explode —</w:t>
      </w:r>
    </w:p>
    <w:p w14:paraId="2DD05439" w14:textId="77777777" w:rsidR="00E663E7" w:rsidRDefault="00000000">
      <w:pPr>
        <w:spacing w:after="120" w:line="360" w:lineRule="exact"/>
        <w:ind w:firstLine="432"/>
      </w:pPr>
      <w:r>
        <w:t>Then sit back and play innocent while you burn.</w:t>
      </w:r>
    </w:p>
    <w:p w14:paraId="2C3BCAE0" w14:textId="77777777" w:rsidR="00E663E7" w:rsidRDefault="00E663E7">
      <w:pPr>
        <w:spacing w:line="360" w:lineRule="exact"/>
      </w:pPr>
      <w:r/>
    </w:p>
    <w:p w14:paraId="0CE2C7BF" w14:textId="77777777" w:rsidR="00E663E7" w:rsidRDefault="00000000">
      <w:pPr>
        <w:spacing w:after="120" w:line="360" w:lineRule="exact"/>
        <w:ind w:firstLine="432"/>
      </w:pPr>
      <w:r>
        <w:t>The Conclusion?</w:t>
      </w:r>
    </w:p>
    <w:p w14:paraId="7315B217" w14:textId="77777777" w:rsidR="00E663E7" w:rsidRDefault="00E663E7">
      <w:pPr>
        <w:spacing w:line="360" w:lineRule="exact"/>
      </w:pPr>
      <w:r/>
    </w:p>
    <w:p w14:paraId="225E160B" w14:textId="77777777" w:rsidR="00E663E7" w:rsidRDefault="00000000">
      <w:pPr>
        <w:spacing w:after="120" w:line="360" w:lineRule="exact"/>
        <w:ind w:firstLine="432"/>
      </w:pPr>
      <w:r>
        <w:t>Monsters don’t always show teeth.</w:t>
      </w:r>
    </w:p>
    <w:p w14:paraId="0E8056E0" w14:textId="77777777" w:rsidR="00E663E7" w:rsidRDefault="00000000">
      <w:pPr>
        <w:spacing w:after="120" w:line="360" w:lineRule="exact"/>
        <w:ind w:firstLine="432"/>
      </w:pPr>
      <w:r>
        <w:t>Sometimes they whisper sweetly.</w:t>
      </w:r>
    </w:p>
    <w:p w14:paraId="6C918FA9" w14:textId="77777777" w:rsidR="00E663E7" w:rsidRDefault="00000000">
      <w:pPr>
        <w:spacing w:after="120" w:line="360" w:lineRule="exact"/>
        <w:ind w:firstLine="432"/>
      </w:pPr>
      <w:r>
        <w:t>Sometimes they call you “love” while they plan your undoing.</w:t>
      </w:r>
    </w:p>
    <w:p w14:paraId="274140C1" w14:textId="77777777" w:rsidR="00E663E7" w:rsidRDefault="00E663E7">
      <w:pPr>
        <w:spacing w:line="360" w:lineRule="exact"/>
      </w:pPr>
      <w:r/>
    </w:p>
    <w:p w14:paraId="0D5DF76B" w14:textId="77777777" w:rsidR="00E663E7" w:rsidRDefault="00000000">
      <w:pPr>
        <w:spacing w:after="120" w:line="360" w:lineRule="exact"/>
        <w:ind w:firstLine="432"/>
      </w:pPr>
      <w:r>
        <w:t>I know this now.</w:t>
      </w:r>
    </w:p>
    <w:p w14:paraId="68E98C66" w14:textId="77777777" w:rsidR="00E663E7" w:rsidRDefault="00000000">
      <w:pPr>
        <w:spacing w:after="120" w:line="360" w:lineRule="exact"/>
        <w:ind w:firstLine="432"/>
      </w:pPr>
      <w:r>
        <w:t>And if you’re reading this, I hope now you do too.</w:t>
      </w:r>
    </w:p>
    <w:p w14:paraId="62BC1EA9" w14:textId="77777777" w:rsidR="00E663E7" w:rsidRDefault="00E663E7">
      <w:pPr>
        <w:spacing w:line="360" w:lineRule="exact"/>
      </w:pPr>
      <w:r/>
    </w:p>
    <w:p w14:paraId="6C1FF40B" w14:textId="77777777" w:rsidR="00E663E7" w:rsidRDefault="00E663E7">
      <w:pPr>
        <w:spacing w:line="360" w:lineRule="exact"/>
      </w:pPr>
      <w:r/>
    </w:p>
    <w:p w14:paraId="20E23F1C" w14:textId="77777777" w:rsidR="00E663E7" w:rsidRDefault="00000000">
      <w:pPr>
        <w:spacing w:line="360" w:lineRule="exact"/>
        <w:jc w:val="center"/>
      </w:pPr>
      <w:r>
        <w:t>Chapter 25: The Suicide That Didn’t Work</w:t>
      </w:r>
    </w:p>
    <w:p w14:paraId="229BEB6B" w14:textId="77777777" w:rsidR="00E663E7" w:rsidRDefault="00E663E7">
      <w:pPr>
        <w:spacing w:line="360" w:lineRule="exact"/>
      </w:pPr>
      <w:r/>
    </w:p>
    <w:p w14:paraId="52A31DF8" w14:textId="77777777" w:rsidR="00E663E7" w:rsidRDefault="00000000">
      <w:pPr>
        <w:spacing w:after="120" w:line="360" w:lineRule="exact"/>
        <w:ind w:firstLine="432"/>
      </w:pPr>
      <w:r>
        <w:t>“I didn’t want to die. I just didn’t know how to keep living.”</w:t>
      </w:r>
    </w:p>
    <w:p w14:paraId="56C1927A" w14:textId="77777777" w:rsidR="00E663E7" w:rsidRDefault="00E663E7">
      <w:pPr>
        <w:spacing w:line="360" w:lineRule="exact"/>
      </w:pPr>
      <w:r/>
    </w:p>
    <w:p w14:paraId="5B1D34ED" w14:textId="77777777" w:rsidR="00E663E7" w:rsidRDefault="00000000">
      <w:pPr>
        <w:spacing w:after="120" w:line="360" w:lineRule="exact"/>
        <w:ind w:firstLine="432"/>
      </w:pPr>
      <w:r>
        <w:t>It was October 2023.</w:t>
      </w:r>
    </w:p>
    <w:p w14:paraId="0A844370" w14:textId="77777777" w:rsidR="00E663E7" w:rsidRDefault="00000000">
      <w:pPr>
        <w:spacing w:after="120" w:line="360" w:lineRule="exact"/>
        <w:ind w:firstLine="432"/>
      </w:pPr>
      <w:r>
        <w:t>From the outside, I looked successful.</w:t>
      </w:r>
    </w:p>
    <w:p w14:paraId="0F1BE347" w14:textId="77777777" w:rsidR="00E663E7" w:rsidRDefault="00000000">
      <w:pPr>
        <w:spacing w:after="120" w:line="360" w:lineRule="exact"/>
        <w:ind w:firstLine="432"/>
      </w:pPr>
      <w:r>
        <w:t>I had money. A luxury car. A business.</w:t>
      </w:r>
    </w:p>
    <w:p w14:paraId="3BEAC820" w14:textId="77777777" w:rsidR="00E663E7" w:rsidRDefault="00000000">
      <w:pPr>
        <w:spacing w:after="120" w:line="360" w:lineRule="exact"/>
        <w:ind w:firstLine="432"/>
      </w:pPr>
      <w:r>
        <w:t>But inside, I was collapsing under a mountain of silent despair.</w:t>
      </w:r>
    </w:p>
    <w:p w14:paraId="390C4958" w14:textId="77777777" w:rsidR="00E663E7" w:rsidRDefault="00E663E7">
      <w:pPr>
        <w:spacing w:line="360" w:lineRule="exact"/>
      </w:pPr>
      <w:r/>
    </w:p>
    <w:p w14:paraId="27668704" w14:textId="77777777" w:rsidR="00E663E7" w:rsidRDefault="00000000">
      <w:pPr>
        <w:spacing w:after="120" w:line="360" w:lineRule="exact"/>
        <w:ind w:firstLine="432"/>
      </w:pPr>
      <w:r>
        <w:t>And one night, the silence became too loud.</w:t>
      </w:r>
    </w:p>
    <w:p w14:paraId="23567A53" w14:textId="77777777" w:rsidR="00E663E7" w:rsidRDefault="00E663E7">
      <w:pPr>
        <w:spacing w:line="360" w:lineRule="exact"/>
      </w:pPr>
      <w:r/>
    </w:p>
    <w:p w14:paraId="479F7BC6" w14:textId="77777777" w:rsidR="00E663E7" w:rsidRDefault="00000000">
      <w:pPr>
        <w:spacing w:after="120" w:line="360" w:lineRule="exact"/>
        <w:ind w:firstLine="432"/>
      </w:pPr>
      <w:r>
        <w:t>I sat in my BMW, alone, defeated.</w:t>
      </w:r>
    </w:p>
    <w:p w14:paraId="4C5C288E" w14:textId="77777777" w:rsidR="00E663E7" w:rsidRDefault="00000000">
      <w:pPr>
        <w:spacing w:after="120" w:line="360" w:lineRule="exact"/>
        <w:ind w:firstLine="432"/>
      </w:pPr>
      <w:r>
        <w:t>I rigged a hose from the exhaust into the window and started the engine.</w:t>
      </w:r>
    </w:p>
    <w:p w14:paraId="068CB052" w14:textId="77777777" w:rsidR="00E663E7" w:rsidRDefault="00000000">
      <w:pPr>
        <w:spacing w:after="120" w:line="360" w:lineRule="exact"/>
        <w:ind w:firstLine="432"/>
      </w:pPr>
      <w:r>
        <w:t>I messaged goodbye to the few people who still answered my texts.</w:t>
      </w:r>
    </w:p>
    <w:p w14:paraId="5E55005F" w14:textId="77777777" w:rsidR="00E663E7" w:rsidRDefault="00E663E7">
      <w:pPr>
        <w:spacing w:line="360" w:lineRule="exact"/>
      </w:pPr>
      <w:r/>
    </w:p>
    <w:p w14:paraId="7DFC1A65" w14:textId="77777777" w:rsidR="00E663E7" w:rsidRDefault="00000000">
      <w:pPr>
        <w:spacing w:after="120" w:line="360" w:lineRule="exact"/>
        <w:ind w:firstLine="432"/>
      </w:pPr>
      <w:r>
        <w:t>And then… I waited.</w:t>
      </w:r>
    </w:p>
    <w:p w14:paraId="4B8D8562" w14:textId="77777777" w:rsidR="00E663E7" w:rsidRDefault="00E663E7">
      <w:pPr>
        <w:spacing w:line="360" w:lineRule="exact"/>
      </w:pPr>
      <w:r/>
    </w:p>
    <w:p w14:paraId="0F42E1A3" w14:textId="77777777" w:rsidR="00E663E7" w:rsidRDefault="00000000">
      <w:pPr>
        <w:spacing w:after="120" w:line="360" w:lineRule="exact"/>
        <w:ind w:firstLine="432"/>
      </w:pPr>
      <w:r>
        <w:t>The Reason I Lived</w:t>
      </w:r>
    </w:p>
    <w:p w14:paraId="13D6E64F" w14:textId="77777777" w:rsidR="00E663E7" w:rsidRDefault="00E663E7">
      <w:pPr>
        <w:spacing w:line="360" w:lineRule="exact"/>
      </w:pPr>
      <w:r/>
    </w:p>
    <w:p w14:paraId="364E321A" w14:textId="77777777" w:rsidR="00E663E7" w:rsidRDefault="00000000">
      <w:pPr>
        <w:spacing w:after="120" w:line="360" w:lineRule="exact"/>
        <w:ind w:firstLine="432"/>
      </w:pPr>
      <w:r>
        <w:t>His name is Ayden.</w:t>
      </w:r>
    </w:p>
    <w:p w14:paraId="70E4DB45" w14:textId="77777777" w:rsidR="00E663E7" w:rsidRDefault="00E663E7">
      <w:pPr>
        <w:spacing w:line="360" w:lineRule="exact"/>
      </w:pPr>
      <w:r/>
    </w:p>
    <w:p w14:paraId="16BCDF61" w14:textId="77777777" w:rsidR="00E663E7" w:rsidRDefault="00000000">
      <w:pPr>
        <w:spacing w:after="120" w:line="360" w:lineRule="exact"/>
        <w:ind w:firstLine="432"/>
      </w:pPr>
      <w:r>
        <w:t>In that moment — choking on carbon monoxide and hopelessness — a single memory burst through the fog:</w:t>
      </w:r>
    </w:p>
    <w:p w14:paraId="66D242B6" w14:textId="77777777" w:rsidR="00E663E7" w:rsidRDefault="00E663E7">
      <w:pPr>
        <w:spacing w:line="360" w:lineRule="exact"/>
      </w:pPr>
      <w:r/>
    </w:p>
    <w:p w14:paraId="2B561BFB" w14:textId="77777777" w:rsidR="00E663E7" w:rsidRDefault="00000000">
      <w:pPr>
        <w:spacing w:after="120" w:line="360" w:lineRule="exact"/>
        <w:ind w:firstLine="432"/>
      </w:pPr>
      <w:r>
        <w:t>Ayden’s face.</w:t>
      </w:r>
    </w:p>
    <w:p w14:paraId="217C3A30" w14:textId="77777777" w:rsidR="00E663E7" w:rsidRDefault="00E663E7">
      <w:pPr>
        <w:spacing w:line="360" w:lineRule="exact"/>
      </w:pPr>
      <w:r/>
    </w:p>
    <w:p w14:paraId="35D0FA49" w14:textId="77777777" w:rsidR="00E663E7" w:rsidRDefault="00000000">
      <w:pPr>
        <w:spacing w:after="120" w:line="360" w:lineRule="exact"/>
        <w:ind w:firstLine="432"/>
      </w:pPr>
      <w:r>
        <w:t>His laugh.</w:t>
      </w:r>
    </w:p>
    <w:p w14:paraId="2D1E9ADD" w14:textId="77777777" w:rsidR="00E663E7" w:rsidRDefault="00000000">
      <w:pPr>
        <w:spacing w:after="120" w:line="360" w:lineRule="exact"/>
        <w:ind w:firstLine="432"/>
      </w:pPr>
      <w:r>
        <w:t>His voice calling me “Baba.”</w:t>
      </w:r>
    </w:p>
    <w:p w14:paraId="0A27C9AF" w14:textId="77777777" w:rsidR="00E663E7" w:rsidRDefault="00000000">
      <w:pPr>
        <w:spacing w:after="120" w:line="360" w:lineRule="exact"/>
        <w:ind w:firstLine="432"/>
      </w:pPr>
      <w:r>
        <w:t>The way he used to run to me when I walked through the door.</w:t>
      </w:r>
    </w:p>
    <w:p w14:paraId="3370F74C" w14:textId="77777777" w:rsidR="00E663E7" w:rsidRDefault="00E663E7">
      <w:pPr>
        <w:spacing w:line="360" w:lineRule="exact"/>
      </w:pPr>
      <w:r/>
    </w:p>
    <w:p w14:paraId="0FCBE558" w14:textId="77777777" w:rsidR="00E663E7" w:rsidRDefault="00000000">
      <w:pPr>
        <w:spacing w:after="120" w:line="360" w:lineRule="exact"/>
        <w:ind w:firstLine="432"/>
      </w:pPr>
      <w:r>
        <w:t>And I remembered something a psychiatrist once told me during a hospital admission:</w:t>
      </w:r>
    </w:p>
    <w:p w14:paraId="1C2A266E" w14:textId="77777777" w:rsidR="00E663E7" w:rsidRDefault="00E663E7">
      <w:pPr>
        <w:spacing w:line="360" w:lineRule="exact"/>
      </w:pPr>
      <w:r/>
    </w:p>
    <w:p w14:paraId="18110C0D" w14:textId="77777777" w:rsidR="00E663E7" w:rsidRDefault="00000000">
      <w:pPr>
        <w:spacing w:after="120" w:line="360" w:lineRule="exact"/>
        <w:ind w:firstLine="432"/>
      </w:pPr>
      <w:r>
        <w:t>“Children of parents who die by suicide are far more likely to die by suicide themselves.”</w:t>
      </w:r>
    </w:p>
    <w:p w14:paraId="61080A24" w14:textId="77777777" w:rsidR="00E663E7" w:rsidRDefault="00E663E7">
      <w:pPr>
        <w:spacing w:line="360" w:lineRule="exact"/>
      </w:pPr>
      <w:r/>
    </w:p>
    <w:p w14:paraId="0C79E27E" w14:textId="77777777" w:rsidR="00E663E7" w:rsidRDefault="00000000">
      <w:pPr>
        <w:spacing w:after="120" w:line="360" w:lineRule="exact"/>
        <w:ind w:firstLine="432"/>
      </w:pPr>
      <w:r>
        <w:t>That truth shattered through my numbness.</w:t>
      </w:r>
    </w:p>
    <w:p w14:paraId="3AF2C654" w14:textId="77777777" w:rsidR="00E663E7" w:rsidRDefault="00E663E7">
      <w:pPr>
        <w:spacing w:line="360" w:lineRule="exact"/>
      </w:pPr>
      <w:r/>
    </w:p>
    <w:p w14:paraId="0EAF5418" w14:textId="77777777" w:rsidR="00E663E7" w:rsidRDefault="00000000">
      <w:pPr>
        <w:spacing w:after="120" w:line="360" w:lineRule="exact"/>
        <w:ind w:firstLine="432"/>
      </w:pPr>
      <w:r>
        <w:t>I couldn’t do that to him.</w:t>
      </w:r>
    </w:p>
    <w:p w14:paraId="7739CC72" w14:textId="77777777" w:rsidR="00E663E7" w:rsidRDefault="00000000">
      <w:pPr>
        <w:spacing w:after="120" w:line="360" w:lineRule="exact"/>
        <w:ind w:firstLine="432"/>
      </w:pPr>
      <w:r>
        <w:t>Not my son.</w:t>
      </w:r>
    </w:p>
    <w:p w14:paraId="7F65264C" w14:textId="77777777" w:rsidR="00E663E7" w:rsidRDefault="00000000">
      <w:pPr>
        <w:spacing w:after="120" w:line="360" w:lineRule="exact"/>
        <w:ind w:firstLine="432"/>
      </w:pPr>
      <w:r>
        <w:t>Not the one pure love I had left in this world.</w:t>
      </w:r>
    </w:p>
    <w:p w14:paraId="667B3F99" w14:textId="77777777" w:rsidR="00E663E7" w:rsidRDefault="00E663E7">
      <w:pPr>
        <w:spacing w:line="360" w:lineRule="exact"/>
      </w:pPr>
      <w:r/>
    </w:p>
    <w:p w14:paraId="2143B284" w14:textId="77777777" w:rsidR="00E663E7" w:rsidRDefault="00000000">
      <w:pPr>
        <w:spacing w:after="120" w:line="360" w:lineRule="exact"/>
        <w:ind w:firstLine="432"/>
      </w:pPr>
      <w:r>
        <w:t>The Friend Who Drove Through the Night</w:t>
      </w:r>
    </w:p>
    <w:p w14:paraId="3D2434F1" w14:textId="77777777" w:rsidR="00E663E7" w:rsidRDefault="00E663E7">
      <w:pPr>
        <w:spacing w:line="360" w:lineRule="exact"/>
      </w:pPr>
      <w:r/>
    </w:p>
    <w:p w14:paraId="310FC3DD" w14:textId="77777777" w:rsidR="00E663E7" w:rsidRDefault="00000000">
      <w:pPr>
        <w:spacing w:after="120" w:line="360" w:lineRule="exact"/>
        <w:ind w:firstLine="432"/>
      </w:pPr>
      <w:r>
        <w:t>There’s another reason I’m still here.</w:t>
      </w:r>
    </w:p>
    <w:p w14:paraId="44D9C59C" w14:textId="77777777" w:rsidR="00E663E7" w:rsidRDefault="00000000">
      <w:pPr>
        <w:spacing w:after="120" w:line="360" w:lineRule="exact"/>
        <w:ind w:firstLine="432"/>
      </w:pPr>
      <w:r>
        <w:t>His name is Aidin.</w:t>
      </w:r>
    </w:p>
    <w:p w14:paraId="717EC0B8" w14:textId="77777777" w:rsidR="00E663E7" w:rsidRDefault="00E663E7">
      <w:pPr>
        <w:spacing w:line="360" w:lineRule="exact"/>
      </w:pPr>
      <w:r/>
    </w:p>
    <w:p w14:paraId="26B444E3" w14:textId="77777777" w:rsidR="00E663E7" w:rsidRDefault="00000000">
      <w:pPr>
        <w:spacing w:after="120" w:line="360" w:lineRule="exact"/>
        <w:ind w:firstLine="432"/>
      </w:pPr>
      <w:r>
        <w:t>When I sent that final message, Aidin didn’t hesitate.</w:t>
      </w:r>
    </w:p>
    <w:p w14:paraId="6CC37D79" w14:textId="77777777" w:rsidR="00E663E7" w:rsidRDefault="00000000">
      <w:pPr>
        <w:spacing w:after="120" w:line="360" w:lineRule="exact"/>
        <w:ind w:firstLine="432"/>
      </w:pPr>
      <w:r>
        <w:t>He drove from Markham to Mississauga, pedal to the floor, not knowing if he’d find me dead or alive.</w:t>
      </w:r>
    </w:p>
    <w:p w14:paraId="22B16FF6" w14:textId="77777777" w:rsidR="00E663E7" w:rsidRDefault="00E663E7">
      <w:pPr>
        <w:spacing w:line="360" w:lineRule="exact"/>
      </w:pPr>
      <w:r/>
    </w:p>
    <w:p w14:paraId="0C210484" w14:textId="77777777" w:rsidR="00E663E7" w:rsidRDefault="00000000">
      <w:pPr>
        <w:spacing w:after="120" w:line="360" w:lineRule="exact"/>
        <w:ind w:firstLine="432"/>
      </w:pPr>
      <w:r>
        <w:t>When he arrived and saw me, I expected anger.</w:t>
      </w:r>
    </w:p>
    <w:p w14:paraId="69B6EEC1" w14:textId="77777777" w:rsidR="00E663E7" w:rsidRDefault="00000000">
      <w:pPr>
        <w:spacing w:after="120" w:line="360" w:lineRule="exact"/>
        <w:ind w:firstLine="432"/>
      </w:pPr>
      <w:r>
        <w:t>Disappointment.</w:t>
      </w:r>
    </w:p>
    <w:p w14:paraId="29F241CC" w14:textId="77777777" w:rsidR="00E663E7" w:rsidRDefault="00000000">
      <w:pPr>
        <w:spacing w:after="120" w:line="360" w:lineRule="exact"/>
        <w:ind w:firstLine="432"/>
      </w:pPr>
      <w:r>
        <w:t>Judgment.</w:t>
      </w:r>
    </w:p>
    <w:p w14:paraId="4DD30739" w14:textId="77777777" w:rsidR="00E663E7" w:rsidRDefault="00E663E7">
      <w:pPr>
        <w:spacing w:line="360" w:lineRule="exact"/>
      </w:pPr>
      <w:r/>
    </w:p>
    <w:p w14:paraId="33C906ED" w14:textId="77777777" w:rsidR="00E663E7" w:rsidRDefault="00000000">
      <w:pPr>
        <w:spacing w:after="120" w:line="360" w:lineRule="exact"/>
        <w:ind w:firstLine="432"/>
      </w:pPr>
      <w:r>
        <w:t>But instead… he cried.</w:t>
      </w:r>
    </w:p>
    <w:p w14:paraId="421B772F" w14:textId="77777777" w:rsidR="00E663E7" w:rsidRDefault="00E663E7">
      <w:pPr>
        <w:spacing w:line="360" w:lineRule="exact"/>
      </w:pPr>
      <w:r/>
    </w:p>
    <w:p w14:paraId="32B80BAF" w14:textId="77777777" w:rsidR="00E663E7" w:rsidRDefault="00000000">
      <w:pPr>
        <w:spacing w:after="120" w:line="360" w:lineRule="exact"/>
        <w:ind w:firstLine="432"/>
      </w:pPr>
      <w:r>
        <w:t>This was a man I had never seen shed a tear.</w:t>
      </w:r>
    </w:p>
    <w:p w14:paraId="59A50899" w14:textId="77777777" w:rsidR="00E663E7" w:rsidRDefault="00000000">
      <w:pPr>
        <w:spacing w:after="120" w:line="360" w:lineRule="exact"/>
        <w:ind w:firstLine="432"/>
      </w:pPr>
      <w:r>
        <w:t>Stoic. Logical. Fiercely disciplined.</w:t>
      </w:r>
    </w:p>
    <w:p w14:paraId="2B47AF1F" w14:textId="77777777" w:rsidR="00E663E7" w:rsidRDefault="00E663E7">
      <w:pPr>
        <w:spacing w:line="360" w:lineRule="exact"/>
      </w:pPr>
      <w:r/>
    </w:p>
    <w:p w14:paraId="7816146C" w14:textId="77777777" w:rsidR="00E663E7" w:rsidRDefault="00000000">
      <w:pPr>
        <w:spacing w:after="120" w:line="360" w:lineRule="exact"/>
        <w:ind w:firstLine="432"/>
      </w:pPr>
      <w:r>
        <w:t>But that night, he cried.</w:t>
      </w:r>
    </w:p>
    <w:p w14:paraId="021A5D1D" w14:textId="77777777" w:rsidR="00E663E7" w:rsidRDefault="00000000">
      <w:pPr>
        <w:spacing w:after="120" w:line="360" w:lineRule="exact"/>
        <w:ind w:firstLine="432"/>
      </w:pPr>
      <w:r>
        <w:t>And so did I.</w:t>
      </w:r>
    </w:p>
    <w:p w14:paraId="4872C7F9" w14:textId="77777777" w:rsidR="00E663E7" w:rsidRDefault="00E663E7">
      <w:pPr>
        <w:spacing w:line="360" w:lineRule="exact"/>
      </w:pPr>
      <w:r/>
    </w:p>
    <w:p w14:paraId="766E7C44" w14:textId="77777777" w:rsidR="00E663E7" w:rsidRDefault="00000000">
      <w:pPr>
        <w:spacing w:after="120" w:line="360" w:lineRule="exact"/>
        <w:ind w:firstLine="432"/>
      </w:pPr>
      <w:r>
        <w:t>Because I had never felt so seen.</w:t>
      </w:r>
    </w:p>
    <w:p w14:paraId="07A22143" w14:textId="77777777" w:rsidR="00E663E7" w:rsidRDefault="00000000">
      <w:pPr>
        <w:spacing w:after="120" w:line="360" w:lineRule="exact"/>
        <w:ind w:firstLine="432"/>
      </w:pPr>
      <w:r>
        <w:t>So saved.</w:t>
      </w:r>
    </w:p>
    <w:p w14:paraId="71E2B1AC" w14:textId="77777777" w:rsidR="00E663E7" w:rsidRDefault="00E663E7">
      <w:pPr>
        <w:spacing w:line="360" w:lineRule="exact"/>
      </w:pPr>
      <w:r/>
    </w:p>
    <w:p w14:paraId="20C70561" w14:textId="77777777" w:rsidR="00E663E7" w:rsidRDefault="00000000">
      <w:pPr>
        <w:spacing w:after="120" w:line="360" w:lineRule="exact"/>
        <w:ind w:firstLine="432"/>
      </w:pPr>
      <w:r>
        <w:t>The Steak That Marked My Rebirth</w:t>
      </w:r>
    </w:p>
    <w:p w14:paraId="0E261150" w14:textId="77777777" w:rsidR="00E663E7" w:rsidRDefault="00E663E7">
      <w:pPr>
        <w:spacing w:line="360" w:lineRule="exact"/>
      </w:pPr>
      <w:r/>
    </w:p>
    <w:p w14:paraId="6572F0F1" w14:textId="77777777" w:rsidR="00E663E7" w:rsidRDefault="00000000">
      <w:pPr>
        <w:spacing w:after="120" w:line="360" w:lineRule="exact"/>
        <w:ind w:firstLine="432"/>
      </w:pPr>
      <w:r>
        <w:t>After the hospital released me, Aidin took me to The Keg.</w:t>
      </w:r>
    </w:p>
    <w:p w14:paraId="05924750" w14:textId="77777777" w:rsidR="00E663E7" w:rsidRDefault="00000000">
      <w:pPr>
        <w:spacing w:after="120" w:line="360" w:lineRule="exact"/>
        <w:ind w:firstLine="432"/>
      </w:pPr>
      <w:r>
        <w:t>We ordered steak.</w:t>
      </w:r>
    </w:p>
    <w:p w14:paraId="57C681E8" w14:textId="77777777" w:rsidR="00E663E7" w:rsidRDefault="00000000">
      <w:pPr>
        <w:spacing w:after="120" w:line="360" w:lineRule="exact"/>
        <w:ind w:firstLine="432"/>
      </w:pPr>
      <w:r>
        <w:t>Not because we were celebrating.</w:t>
      </w:r>
    </w:p>
    <w:p w14:paraId="757283CF" w14:textId="77777777" w:rsidR="00E663E7" w:rsidRDefault="00000000">
      <w:pPr>
        <w:spacing w:after="120" w:line="360" w:lineRule="exact"/>
        <w:ind w:firstLine="432"/>
      </w:pPr>
      <w:r>
        <w:t>But because we were alive.</w:t>
      </w:r>
    </w:p>
    <w:p w14:paraId="453796EF" w14:textId="77777777" w:rsidR="00E663E7" w:rsidRDefault="00E663E7">
      <w:pPr>
        <w:spacing w:line="360" w:lineRule="exact"/>
      </w:pPr>
      <w:r/>
    </w:p>
    <w:p w14:paraId="00A61689" w14:textId="77777777" w:rsidR="00E663E7" w:rsidRDefault="00000000">
      <w:pPr>
        <w:spacing w:after="120" w:line="360" w:lineRule="exact"/>
        <w:ind w:firstLine="432"/>
      </w:pPr>
      <w:r>
        <w:t>We toasted to survival.</w:t>
      </w:r>
    </w:p>
    <w:p w14:paraId="7EBB32B9" w14:textId="77777777" w:rsidR="00E663E7" w:rsidRDefault="00000000">
      <w:pPr>
        <w:spacing w:after="120" w:line="360" w:lineRule="exact"/>
        <w:ind w:firstLine="432"/>
      </w:pPr>
      <w:r>
        <w:t>To fatherhood.</w:t>
      </w:r>
    </w:p>
    <w:p w14:paraId="6E95E2CF" w14:textId="77777777" w:rsidR="00E663E7" w:rsidRDefault="00000000">
      <w:pPr>
        <w:spacing w:after="120" w:line="360" w:lineRule="exact"/>
        <w:ind w:firstLine="432"/>
      </w:pPr>
      <w:r>
        <w:t>To starting over.</w:t>
      </w:r>
    </w:p>
    <w:p w14:paraId="072B1152" w14:textId="77777777" w:rsidR="00E663E7" w:rsidRDefault="00E663E7">
      <w:pPr>
        <w:spacing w:line="360" w:lineRule="exact"/>
      </w:pPr>
      <w:r/>
    </w:p>
    <w:p w14:paraId="1A441C7B" w14:textId="77777777" w:rsidR="00E663E7" w:rsidRDefault="00000000">
      <w:pPr>
        <w:spacing w:after="120" w:line="360" w:lineRule="exact"/>
        <w:ind w:firstLine="432"/>
      </w:pPr>
      <w:r>
        <w:t>I remember chewing that steak slowly — savoring not just the flavor, but the fact that I still had taste.</w:t>
      </w:r>
    </w:p>
    <w:p w14:paraId="42055C2C" w14:textId="77777777" w:rsidR="00E663E7" w:rsidRDefault="00000000">
      <w:pPr>
        <w:spacing w:after="120" w:line="360" w:lineRule="exact"/>
        <w:ind w:firstLine="432"/>
      </w:pPr>
      <w:r>
        <w:t>Still had time.</w:t>
      </w:r>
    </w:p>
    <w:p w14:paraId="62ADD461" w14:textId="77777777" w:rsidR="00E663E7" w:rsidRDefault="00000000">
      <w:pPr>
        <w:spacing w:after="120" w:line="360" w:lineRule="exact"/>
        <w:ind w:firstLine="432"/>
      </w:pPr>
      <w:r>
        <w:t>Still had a purpose.</w:t>
      </w:r>
    </w:p>
    <w:p w14:paraId="41B9899F" w14:textId="77777777" w:rsidR="00E663E7" w:rsidRDefault="00E663E7">
      <w:pPr>
        <w:spacing w:line="360" w:lineRule="exact"/>
      </w:pPr>
      <w:r/>
    </w:p>
    <w:p w14:paraId="05E16052" w14:textId="77777777" w:rsidR="00E663E7" w:rsidRDefault="00000000">
      <w:pPr>
        <w:spacing w:after="120" w:line="360" w:lineRule="exact"/>
        <w:ind w:firstLine="432"/>
      </w:pPr>
      <w:r>
        <w:t>A Message to the Man on the Edge</w:t>
      </w:r>
    </w:p>
    <w:p w14:paraId="3238EF2D" w14:textId="77777777" w:rsidR="00E663E7" w:rsidRDefault="00E663E7">
      <w:pPr>
        <w:spacing w:line="360" w:lineRule="exact"/>
      </w:pPr>
      <w:r/>
    </w:p>
    <w:p w14:paraId="4D3C4C77" w14:textId="77777777" w:rsidR="00E663E7" w:rsidRDefault="00000000">
      <w:pPr>
        <w:spacing w:after="120" w:line="360" w:lineRule="exact"/>
        <w:ind w:firstLine="432"/>
      </w:pPr>
      <w:r>
        <w:t>If you’re reading this and you’re where I was —</w:t>
      </w:r>
    </w:p>
    <w:p w14:paraId="1D4E5723" w14:textId="77777777" w:rsidR="00E663E7" w:rsidRDefault="00000000">
      <w:pPr>
        <w:spacing w:after="120" w:line="360" w:lineRule="exact"/>
        <w:ind w:firstLine="432"/>
      </w:pPr>
      <w:r>
        <w:t>Parked in the dark.</w:t>
      </w:r>
    </w:p>
    <w:p w14:paraId="61718E63" w14:textId="77777777" w:rsidR="00E663E7" w:rsidRDefault="00000000">
      <w:pPr>
        <w:spacing w:after="120" w:line="360" w:lineRule="exact"/>
        <w:ind w:firstLine="432"/>
      </w:pPr>
      <w:r>
        <w:t>Ready to end it.</w:t>
      </w:r>
    </w:p>
    <w:p w14:paraId="5C706067" w14:textId="77777777" w:rsidR="00E663E7" w:rsidRDefault="00000000">
      <w:pPr>
        <w:spacing w:after="120" w:line="360" w:lineRule="exact"/>
        <w:ind w:firstLine="432"/>
      </w:pPr>
      <w:r>
        <w:t>Convinced no one would care —</w:t>
      </w:r>
    </w:p>
    <w:p w14:paraId="5E2F3398" w14:textId="77777777" w:rsidR="00E663E7" w:rsidRDefault="00E663E7">
      <w:pPr>
        <w:spacing w:line="360" w:lineRule="exact"/>
      </w:pPr>
      <w:r/>
    </w:p>
    <w:p w14:paraId="53DB48CD" w14:textId="77777777" w:rsidR="00E663E7" w:rsidRDefault="00000000">
      <w:pPr>
        <w:spacing w:after="120" w:line="360" w:lineRule="exact"/>
        <w:ind w:firstLine="432"/>
      </w:pPr>
      <w:r>
        <w:t>You’re wrong.</w:t>
      </w:r>
    </w:p>
    <w:p w14:paraId="1E84C09C" w14:textId="77777777" w:rsidR="00E663E7" w:rsidRDefault="00E663E7">
      <w:pPr>
        <w:spacing w:line="360" w:lineRule="exact"/>
      </w:pPr>
      <w:r/>
    </w:p>
    <w:p w14:paraId="65DDD5DE" w14:textId="77777777" w:rsidR="00E663E7" w:rsidRDefault="00000000">
      <w:pPr>
        <w:spacing w:after="120" w:line="360" w:lineRule="exact"/>
        <w:ind w:firstLine="432"/>
      </w:pPr>
      <w:r>
        <w:t>Someone does care.</w:t>
      </w:r>
    </w:p>
    <w:p w14:paraId="0A62A481" w14:textId="77777777" w:rsidR="00E663E7" w:rsidRDefault="00000000">
      <w:pPr>
        <w:spacing w:after="120" w:line="360" w:lineRule="exact"/>
        <w:ind w:firstLine="432"/>
      </w:pPr>
      <w:r>
        <w:t>Someone will cry.</w:t>
      </w:r>
    </w:p>
    <w:p w14:paraId="054DB033" w14:textId="77777777" w:rsidR="00E663E7" w:rsidRDefault="00000000">
      <w:pPr>
        <w:spacing w:after="120" w:line="360" w:lineRule="exact"/>
        <w:ind w:firstLine="432"/>
      </w:pPr>
      <w:r>
        <w:t>Someone’s life will break if you disappear.</w:t>
      </w:r>
    </w:p>
    <w:p w14:paraId="106D4502" w14:textId="77777777" w:rsidR="00E663E7" w:rsidRDefault="00E663E7">
      <w:pPr>
        <w:spacing w:line="360" w:lineRule="exact"/>
      </w:pPr>
      <w:r/>
    </w:p>
    <w:p w14:paraId="4AFD2535" w14:textId="77777777" w:rsidR="00E663E7" w:rsidRDefault="00000000">
      <w:pPr>
        <w:spacing w:after="120" w:line="360" w:lineRule="exact"/>
        <w:ind w:firstLine="432"/>
      </w:pPr>
      <w:r>
        <w:t>And even if it doesn’t feel like it right now…</w:t>
      </w:r>
    </w:p>
    <w:p w14:paraId="6C894708" w14:textId="77777777" w:rsidR="00E663E7" w:rsidRDefault="00000000">
      <w:pPr>
        <w:spacing w:after="120" w:line="360" w:lineRule="exact"/>
        <w:ind w:firstLine="432"/>
      </w:pPr>
      <w:r>
        <w:t>You matter.</w:t>
      </w:r>
    </w:p>
    <w:p w14:paraId="6976E382" w14:textId="77777777" w:rsidR="00E663E7" w:rsidRDefault="00E663E7">
      <w:pPr>
        <w:spacing w:line="360" w:lineRule="exact"/>
      </w:pPr>
      <w:r/>
    </w:p>
    <w:p w14:paraId="1102D7C2" w14:textId="77777777" w:rsidR="00E663E7" w:rsidRDefault="00000000">
      <w:pPr>
        <w:spacing w:after="120" w:line="360" w:lineRule="exact"/>
        <w:ind w:firstLine="432"/>
      </w:pPr>
      <w:r>
        <w:t>You’re not a burden.</w:t>
      </w:r>
    </w:p>
    <w:p w14:paraId="351BE5AC" w14:textId="77777777" w:rsidR="00E663E7" w:rsidRDefault="00000000">
      <w:pPr>
        <w:spacing w:after="120" w:line="360" w:lineRule="exact"/>
        <w:ind w:firstLine="432"/>
      </w:pPr>
      <w:r>
        <w:t>You’re not alone.</w:t>
      </w:r>
    </w:p>
    <w:p w14:paraId="0A46DA2B" w14:textId="77777777" w:rsidR="00E663E7" w:rsidRDefault="00000000">
      <w:pPr>
        <w:spacing w:after="120" w:line="360" w:lineRule="exact"/>
        <w:ind w:firstLine="432"/>
      </w:pPr>
      <w:r>
        <w:t>You’re not past redemption.</w:t>
      </w:r>
    </w:p>
    <w:p w14:paraId="5B2C5F90" w14:textId="77777777" w:rsidR="00E663E7" w:rsidRDefault="00E663E7">
      <w:pPr>
        <w:spacing w:line="360" w:lineRule="exact"/>
      </w:pPr>
      <w:r/>
    </w:p>
    <w:p w14:paraId="505AFD24" w14:textId="77777777" w:rsidR="00E663E7" w:rsidRDefault="00000000">
      <w:pPr>
        <w:spacing w:after="120" w:line="360" w:lineRule="exact"/>
        <w:ind w:firstLine="432"/>
      </w:pPr>
      <w:r>
        <w:t>The Suicide Attempt That Didn’t Work… Saved My Life</w:t>
      </w:r>
    </w:p>
    <w:p w14:paraId="4DAE2226" w14:textId="77777777" w:rsidR="00E663E7" w:rsidRDefault="00E663E7">
      <w:pPr>
        <w:spacing w:line="360" w:lineRule="exact"/>
      </w:pPr>
      <w:r/>
    </w:p>
    <w:p w14:paraId="2C60DE01" w14:textId="77777777" w:rsidR="00E663E7" w:rsidRDefault="00000000">
      <w:pPr>
        <w:spacing w:after="120" w:line="360" w:lineRule="exact"/>
        <w:ind w:firstLine="432"/>
      </w:pPr>
      <w:r>
        <w:t>That night changed everything.</w:t>
      </w:r>
    </w:p>
    <w:p w14:paraId="1B3189CF" w14:textId="77777777" w:rsidR="00E663E7" w:rsidRDefault="00E663E7">
      <w:pPr>
        <w:spacing w:line="360" w:lineRule="exact"/>
      </w:pPr>
      <w:r/>
    </w:p>
    <w:p w14:paraId="56807B93" w14:textId="77777777" w:rsidR="00E663E7" w:rsidRDefault="00000000">
      <w:pPr>
        <w:spacing w:after="120" w:line="360" w:lineRule="exact"/>
        <w:ind w:firstLine="432"/>
      </w:pPr>
      <w:r>
        <w:t>It didn’t just end a chapter.</w:t>
      </w:r>
    </w:p>
    <w:p w14:paraId="1A11AB25" w14:textId="77777777" w:rsidR="00E663E7" w:rsidRDefault="00000000">
      <w:pPr>
        <w:spacing w:after="120" w:line="360" w:lineRule="exact"/>
        <w:ind w:firstLine="432"/>
      </w:pPr>
      <w:r>
        <w:t>It opened a new one.</w:t>
      </w:r>
    </w:p>
    <w:p w14:paraId="32DF5DC5" w14:textId="77777777" w:rsidR="00E663E7" w:rsidRDefault="00000000">
      <w:pPr>
        <w:spacing w:after="120" w:line="360" w:lineRule="exact"/>
        <w:ind w:firstLine="432"/>
      </w:pPr>
      <w:r>
        <w:t>One where I stopped trying to please everyone else…</w:t>
      </w:r>
    </w:p>
    <w:p w14:paraId="3E1D124D" w14:textId="77777777" w:rsidR="00E663E7" w:rsidRDefault="00000000">
      <w:pPr>
        <w:spacing w:after="120" w:line="360" w:lineRule="exact"/>
        <w:ind w:firstLine="432"/>
      </w:pPr>
      <w:r>
        <w:t>and started trying to find myself again.</w:t>
      </w:r>
    </w:p>
    <w:p w14:paraId="7C53F59A" w14:textId="77777777" w:rsidR="00E663E7" w:rsidRDefault="00E663E7">
      <w:pPr>
        <w:spacing w:line="360" w:lineRule="exact"/>
      </w:pPr>
      <w:r/>
    </w:p>
    <w:p w14:paraId="3C0208C9" w14:textId="77777777" w:rsidR="00E663E7" w:rsidRDefault="00000000">
      <w:pPr>
        <w:spacing w:after="120" w:line="360" w:lineRule="exact"/>
        <w:ind w:firstLine="432"/>
      </w:pPr>
      <w:r>
        <w:t>I’m still healing.</w:t>
      </w:r>
    </w:p>
    <w:p w14:paraId="3517D9D1" w14:textId="77777777" w:rsidR="00E663E7" w:rsidRDefault="00000000">
      <w:pPr>
        <w:spacing w:after="120" w:line="360" w:lineRule="exact"/>
        <w:ind w:firstLine="432"/>
      </w:pPr>
      <w:r>
        <w:t>Still growing.</w:t>
      </w:r>
    </w:p>
    <w:p w14:paraId="6F0BF5BF" w14:textId="77777777" w:rsidR="00E663E7" w:rsidRDefault="00000000">
      <w:pPr>
        <w:spacing w:after="120" w:line="360" w:lineRule="exact"/>
        <w:ind w:firstLine="432"/>
      </w:pPr>
      <w:r>
        <w:t>Still haunted by the pain.</w:t>
      </w:r>
    </w:p>
    <w:p w14:paraId="38DFA3E3" w14:textId="77777777" w:rsidR="00E663E7" w:rsidRDefault="00E663E7">
      <w:pPr>
        <w:spacing w:line="360" w:lineRule="exact"/>
      </w:pPr>
      <w:r/>
    </w:p>
    <w:p w14:paraId="769F0CE9" w14:textId="77777777" w:rsidR="00E663E7" w:rsidRDefault="00000000">
      <w:pPr>
        <w:spacing w:after="120" w:line="360" w:lineRule="exact"/>
        <w:ind w:firstLine="432"/>
      </w:pPr>
      <w:r>
        <w:t>But I’m alive.</w:t>
      </w:r>
    </w:p>
    <w:p w14:paraId="4EBF317E" w14:textId="77777777" w:rsidR="00E663E7" w:rsidRDefault="00000000">
      <w:pPr>
        <w:spacing w:after="120" w:line="360" w:lineRule="exact"/>
        <w:ind w:firstLine="432"/>
      </w:pPr>
      <w:r>
        <w:t>And for now, that’s more than enough.</w:t>
      </w:r>
    </w:p>
    <w:p w14:paraId="17DA895D" w14:textId="77777777" w:rsidR="00E663E7" w:rsidRDefault="00E663E7">
      <w:pPr>
        <w:spacing w:line="360" w:lineRule="exact"/>
      </w:pPr>
      <w:r/>
    </w:p>
    <w:p w14:paraId="1E8EB0B2" w14:textId="77777777" w:rsidR="00E663E7" w:rsidRDefault="00E663E7">
      <w:pPr>
        <w:spacing w:line="360" w:lineRule="exact"/>
      </w:pPr>
      <w:r/>
    </w:p>
    <w:p w14:paraId="631D6B90" w14:textId="77777777" w:rsidR="00E663E7" w:rsidRDefault="00000000">
      <w:pPr>
        <w:spacing w:line="360" w:lineRule="exact"/>
        <w:jc w:val="center"/>
      </w:pPr>
      <w:r>
        <w:t>Chapter 26: Entities at the Edge</w:t>
      </w:r>
    </w:p>
    <w:p w14:paraId="7AB4576A" w14:textId="77777777" w:rsidR="00E663E7" w:rsidRDefault="00E663E7">
      <w:pPr>
        <w:spacing w:line="360" w:lineRule="exact"/>
      </w:pPr>
      <w:r/>
    </w:p>
    <w:p w14:paraId="738A711F" w14:textId="77777777" w:rsidR="00E663E7" w:rsidRDefault="00000000">
      <w:pPr>
        <w:spacing w:after="120" w:line="360" w:lineRule="exact"/>
        <w:ind w:firstLine="432"/>
      </w:pPr>
      <w:r>
        <w:t>There’s something terrifying about not being believed. Not just by strangers or acquaintances — but by the people who are supposed to know your heart. Family. Friends. The ones who say they love you. That’s what made the next phase of my story so isolating. Not the fear, not the spirits — but the silence I had to carry it all in.</w:t>
      </w:r>
    </w:p>
    <w:p w14:paraId="21229698" w14:textId="77777777" w:rsidR="00E663E7" w:rsidRDefault="00E663E7">
      <w:pPr>
        <w:spacing w:line="360" w:lineRule="exact"/>
      </w:pPr>
      <w:r/>
    </w:p>
    <w:p w14:paraId="46F80116" w14:textId="77777777" w:rsidR="00E663E7" w:rsidRDefault="00000000">
      <w:pPr>
        <w:spacing w:after="120" w:line="360" w:lineRule="exact"/>
        <w:ind w:firstLine="432"/>
      </w:pPr>
      <w:r>
        <w:t>It started right after I left my brother’s house. I was staying with Robert — my cousin, my lifelong friend — and what I thought would be a place of safety turned into a spiritual battlefield I never expected. I would come and go from his house feeling like I was being followed, and I don’t mean metaphorically. I mean literally — shadowy figures, dark prints in windows, cars I couldn’t catch the license plates of, and a deep-rooted sense of being stalked by something not quite human.</w:t>
      </w:r>
    </w:p>
    <w:p w14:paraId="334E87DA" w14:textId="77777777" w:rsidR="00E663E7" w:rsidRDefault="00E663E7">
      <w:pPr>
        <w:spacing w:line="360" w:lineRule="exact"/>
      </w:pPr>
      <w:r/>
    </w:p>
    <w:p w14:paraId="66BE8E62" w14:textId="77777777" w:rsidR="00E663E7" w:rsidRDefault="00000000">
      <w:pPr>
        <w:spacing w:after="120" w:line="360" w:lineRule="exact"/>
        <w:ind w:firstLine="432"/>
      </w:pPr>
      <w:r>
        <w:t>There were nights when I would sit in my Jeep, parked outside his house, paralyzed. The song “Last Name” by Future played on repeat. It became a kind of spiritual armor — a soundtrack for the fear I was driving through. It was the only thing that gave me courage to keep moving through the darkness. Because the darkness was real. I saw it. I felt it. I wasn’t high. I wasn’t hallucinating. Not this time. These weren’t tricks of the mind — these were entities. Autonomous, observing, intelligent entities. And they were watching me.</w:t>
      </w:r>
    </w:p>
    <w:p w14:paraId="37693DCA" w14:textId="77777777" w:rsidR="00E663E7" w:rsidRDefault="00E663E7">
      <w:pPr>
        <w:spacing w:line="360" w:lineRule="exact"/>
      </w:pPr>
      <w:r/>
    </w:p>
    <w:p w14:paraId="5B742F58" w14:textId="77777777" w:rsidR="00E663E7" w:rsidRDefault="00000000">
      <w:pPr>
        <w:spacing w:after="120" w:line="360" w:lineRule="exact"/>
        <w:ind w:firstLine="432"/>
      </w:pPr>
      <w:r>
        <w:t>Some nights I would catch them peeking out from under my car — long, thin shadows moving independently of any source of light. One morning at work, while Rinaldo and I were on the second floor of the hangar, we both saw something that haunts me to this day. We were watching my vehicle from the window. And they were there — around the vehicle. One of them, sensing my intent to record, lifted what looked like a knife. But not a normal one. It had a yellow beam of light shooting up from the handle — as if to say, “Go ahead and try it. You’ll regret it.” I took the warning seriously. I didn’t press record.</w:t>
      </w:r>
    </w:p>
    <w:p w14:paraId="13492F51" w14:textId="77777777" w:rsidR="00E663E7" w:rsidRDefault="00E663E7">
      <w:pPr>
        <w:spacing w:line="360" w:lineRule="exact"/>
      </w:pPr>
      <w:r/>
    </w:p>
    <w:p w14:paraId="79A902ED" w14:textId="77777777" w:rsidR="00E663E7" w:rsidRDefault="00000000">
      <w:pPr>
        <w:spacing w:after="120" w:line="360" w:lineRule="exact"/>
        <w:ind w:firstLine="432"/>
      </w:pPr>
      <w:r>
        <w:t>Rinaldo didn’t see the being pull the knife, but he did see something else. A light beam — like a UV laser — projected upward from the car. It aimed directly at the hangar’s surveillance camera, almost as if trying to blur or blind it, preventing the entity from being captured. We looked at each other in disbelief. We knew what we saw. And neither of us had words.</w:t>
      </w:r>
    </w:p>
    <w:p w14:paraId="63E22965" w14:textId="77777777" w:rsidR="00E663E7" w:rsidRDefault="00E663E7">
      <w:pPr>
        <w:spacing w:line="360" w:lineRule="exact"/>
      </w:pPr>
      <w:r/>
    </w:p>
    <w:p w14:paraId="765AE5B9" w14:textId="77777777" w:rsidR="00E663E7" w:rsidRDefault="00000000">
      <w:pPr>
        <w:spacing w:after="120" w:line="360" w:lineRule="exact"/>
        <w:ind w:firstLine="432"/>
      </w:pPr>
      <w:r>
        <w:t>At Robert’s house, it wasn’t just the car. It was the balcony, the side yard, even the street. I once saw them doing what looked like a digging motion — clawing at the ground near the side of the house. I didn’t know what they were doing, but I yelled at them. I told them:</w:t>
      </w:r>
    </w:p>
    <w:p w14:paraId="182BE8D7" w14:textId="77777777" w:rsidR="00E663E7" w:rsidRDefault="00000000">
      <w:pPr>
        <w:spacing w:after="120" w:line="360" w:lineRule="exact"/>
        <w:ind w:firstLine="432"/>
      </w:pPr>
      <w:r>
        <w:t>“Not here. Not this house. You stay away from here.”</w:t>
      </w:r>
    </w:p>
    <w:p w14:paraId="67903288" w14:textId="77777777" w:rsidR="00E663E7" w:rsidRDefault="00E663E7">
      <w:pPr>
        <w:spacing w:line="360" w:lineRule="exact"/>
      </w:pPr>
      <w:r/>
    </w:p>
    <w:p w14:paraId="21EF6E9D" w14:textId="77777777" w:rsidR="00E663E7" w:rsidRDefault="00000000">
      <w:pPr>
        <w:spacing w:after="120" w:line="360" w:lineRule="exact"/>
        <w:ind w:firstLine="432"/>
      </w:pPr>
      <w:r>
        <w:t>About a month or two later, a severe crack appeared in the foundation — stemming from the exact spot where I had seen the digging entity. Coincidence? Maybe. But I’ve stopped believing in coincidences.</w:t>
      </w:r>
    </w:p>
    <w:p w14:paraId="79734364" w14:textId="77777777" w:rsidR="00E663E7" w:rsidRDefault="00E663E7">
      <w:pPr>
        <w:spacing w:line="360" w:lineRule="exact"/>
      </w:pPr>
      <w:r/>
    </w:p>
    <w:p w14:paraId="55ED42AC" w14:textId="77777777" w:rsidR="00E663E7" w:rsidRDefault="00000000">
      <w:pPr>
        <w:spacing w:after="120" w:line="360" w:lineRule="exact"/>
        <w:ind w:firstLine="432"/>
      </w:pPr>
      <w:r>
        <w:t>Other times I’d see them calling me from across the street, like they wanted me to come closer. Their movements weren’t natural. Their forms were vague, shifting, humanoid but wrong. And yet… I wasn’t entirely scared. Not in the way you’d expect. There was fear — yes. But there was also this strange peace. I knew — somehow — they couldn’t touch me physically. They could influence, they could observe, they could shift the world around me. But they couldn’t hurt me. At least, not directly. That was my boundary, and I think they knew it.</w:t>
      </w:r>
    </w:p>
    <w:p w14:paraId="0A23972E" w14:textId="77777777" w:rsidR="00E663E7" w:rsidRDefault="00E663E7">
      <w:pPr>
        <w:spacing w:line="360" w:lineRule="exact"/>
      </w:pPr>
      <w:r/>
    </w:p>
    <w:p w14:paraId="126B7942" w14:textId="77777777" w:rsidR="00E663E7" w:rsidRDefault="00000000">
      <w:pPr>
        <w:spacing w:after="120" w:line="360" w:lineRule="exact"/>
        <w:ind w:firstLine="432"/>
      </w:pPr>
      <w:r>
        <w:t>I’ve since come to believe these entities were not demons in the classical sense, nor hallucinations, nor figments of a fractured mind. They were guardians and enforcers — terrifying, yes, but purposeful. They weren’t here to kill me. They were here to stop something worse from happening. Maybe even to stop me — from myself. Or maybe from walking into traps meant to end me for good.</w:t>
      </w:r>
    </w:p>
    <w:p w14:paraId="40179FA2" w14:textId="77777777" w:rsidR="00E663E7" w:rsidRDefault="00E663E7">
      <w:pPr>
        <w:spacing w:line="360" w:lineRule="exact"/>
      </w:pPr>
      <w:r/>
    </w:p>
    <w:p w14:paraId="6553EEB4" w14:textId="77777777" w:rsidR="00E663E7" w:rsidRDefault="00000000">
      <w:pPr>
        <w:spacing w:after="120" w:line="360" w:lineRule="exact"/>
        <w:ind w:firstLine="432"/>
      </w:pPr>
      <w:r>
        <w:t>What I once thought were monsters, I now believe were messengers. Maybe from God. Maybe from something older, or higher, or altogether different. But they taught me something essential:</w:t>
      </w:r>
    </w:p>
    <w:p w14:paraId="5FF95BF6" w14:textId="77777777" w:rsidR="00E663E7" w:rsidRDefault="00E663E7">
      <w:pPr>
        <w:spacing w:line="360" w:lineRule="exact"/>
      </w:pPr>
      <w:r/>
    </w:p>
    <w:p w14:paraId="7C49CDC5" w14:textId="77777777" w:rsidR="00E663E7" w:rsidRDefault="00000000">
      <w:pPr>
        <w:spacing w:after="120" w:line="360" w:lineRule="exact"/>
        <w:ind w:firstLine="432"/>
      </w:pPr>
      <w:r>
        <w:t>There are things beyond this world, and they are watching us — always. And when your actions align with your soul’s true path, they will intervene. Not always gently. But always just in time.</w:t>
      </w:r>
    </w:p>
    <w:p w14:paraId="366803DD" w14:textId="77777777" w:rsidR="00E663E7" w:rsidRDefault="00E663E7">
      <w:pPr>
        <w:spacing w:line="360" w:lineRule="exact"/>
      </w:pPr>
      <w:r/>
    </w:p>
    <w:p w14:paraId="42D58D7E" w14:textId="77777777" w:rsidR="00E663E7" w:rsidRDefault="00000000">
      <w:pPr>
        <w:spacing w:line="360" w:lineRule="exact"/>
        <w:jc w:val="center"/>
      </w:pPr>
      <w:r>
        <w:t>Chapter 26: Bamce and the Walk of Fate</w:t>
      </w:r>
    </w:p>
    <w:p w14:paraId="15A1ED7F" w14:textId="77777777" w:rsidR="00E663E7" w:rsidRDefault="00E663E7">
      <w:pPr>
        <w:spacing w:line="360" w:lineRule="exact"/>
      </w:pPr>
      <w:r/>
    </w:p>
    <w:p w14:paraId="0020E8FF" w14:textId="77777777" w:rsidR="00E663E7" w:rsidRDefault="00000000">
      <w:pPr>
        <w:spacing w:after="120" w:line="360" w:lineRule="exact"/>
        <w:ind w:firstLine="432"/>
      </w:pPr>
      <w:r>
        <w:t>“Some people don’t enter your life — they are sent.”</w:t>
      </w:r>
    </w:p>
    <w:p w14:paraId="09973989" w14:textId="77777777" w:rsidR="00E663E7" w:rsidRDefault="00E663E7">
      <w:pPr>
        <w:spacing w:line="360" w:lineRule="exact"/>
      </w:pPr>
      <w:r/>
    </w:p>
    <w:p w14:paraId="0986E769" w14:textId="77777777" w:rsidR="00E663E7" w:rsidRDefault="00000000">
      <w:pPr>
        <w:spacing w:after="120" w:line="360" w:lineRule="exact"/>
        <w:ind w:firstLine="432"/>
      </w:pPr>
      <w:r>
        <w:t>I met Bamce — her real name is Alisha — while working at Air Canada.</w:t>
      </w:r>
    </w:p>
    <w:p w14:paraId="17685033" w14:textId="77777777" w:rsidR="00E663E7" w:rsidRDefault="00000000">
      <w:pPr>
        <w:spacing w:after="120" w:line="360" w:lineRule="exact"/>
        <w:ind w:firstLine="432"/>
      </w:pPr>
      <w:r>
        <w:t>But it wasn’t until much later that the connection ignited.</w:t>
      </w:r>
    </w:p>
    <w:p w14:paraId="17D96D6E" w14:textId="77777777" w:rsidR="00E663E7" w:rsidRDefault="00000000">
      <w:pPr>
        <w:spacing w:after="120" w:line="360" w:lineRule="exact"/>
        <w:ind w:firstLine="432"/>
      </w:pPr>
      <w:r>
        <w:t>At first, she was just a kind soul. A colleague.</w:t>
      </w:r>
    </w:p>
    <w:p w14:paraId="0B47CAB0" w14:textId="77777777" w:rsidR="00E663E7" w:rsidRDefault="00000000">
      <w:pPr>
        <w:spacing w:after="120" w:line="360" w:lineRule="exact"/>
        <w:ind w:firstLine="432"/>
      </w:pPr>
      <w:r>
        <w:t>Someone who had admired me from a distance without me even noticing.</w:t>
      </w:r>
    </w:p>
    <w:p w14:paraId="5C377E7A" w14:textId="77777777" w:rsidR="00E663E7" w:rsidRDefault="00E663E7">
      <w:pPr>
        <w:spacing w:line="360" w:lineRule="exact"/>
      </w:pPr>
      <w:r/>
    </w:p>
    <w:p w14:paraId="57FC0588" w14:textId="77777777" w:rsidR="00E663E7" w:rsidRDefault="00000000">
      <w:pPr>
        <w:spacing w:after="120" w:line="360" w:lineRule="exact"/>
        <w:ind w:firstLine="432"/>
      </w:pPr>
      <w:r>
        <w:t>But life has a strange way of bringing light when you’ve been walking in darkness for too long.</w:t>
      </w:r>
    </w:p>
    <w:p w14:paraId="7A6D0BDE" w14:textId="77777777" w:rsidR="00E663E7" w:rsidRDefault="00000000">
      <w:pPr>
        <w:spacing w:after="120" w:line="360" w:lineRule="exact"/>
        <w:ind w:firstLine="432"/>
      </w:pPr>
      <w:r>
        <w:t>And she didn’t just walk into my life.</w:t>
      </w:r>
    </w:p>
    <w:p w14:paraId="446D3F35" w14:textId="77777777" w:rsidR="00E663E7" w:rsidRDefault="00000000">
      <w:pPr>
        <w:spacing w:after="120" w:line="360" w:lineRule="exact"/>
        <w:ind w:firstLine="432"/>
      </w:pPr>
      <w:r>
        <w:t>She beelined toward me.</w:t>
      </w:r>
    </w:p>
    <w:p w14:paraId="2E1E9BF6" w14:textId="77777777" w:rsidR="00E663E7" w:rsidRDefault="00E663E7">
      <w:pPr>
        <w:spacing w:line="360" w:lineRule="exact"/>
      </w:pPr>
      <w:r/>
    </w:p>
    <w:p w14:paraId="6751FFAF" w14:textId="77777777" w:rsidR="00E663E7" w:rsidRDefault="00000000">
      <w:pPr>
        <w:spacing w:after="120" w:line="360" w:lineRule="exact"/>
        <w:ind w:firstLine="432"/>
      </w:pPr>
      <w:r>
        <w:t>The Day It All Changed</w:t>
      </w:r>
    </w:p>
    <w:p w14:paraId="4FCADC2D" w14:textId="77777777" w:rsidR="00E663E7" w:rsidRDefault="00E663E7">
      <w:pPr>
        <w:spacing w:line="360" w:lineRule="exact"/>
      </w:pPr>
      <w:r/>
    </w:p>
    <w:p w14:paraId="346D9100" w14:textId="77777777" w:rsidR="00E663E7" w:rsidRDefault="00000000">
      <w:pPr>
        <w:spacing w:after="120" w:line="360" w:lineRule="exact"/>
        <w:ind w:firstLine="432"/>
      </w:pPr>
      <w:r>
        <w:t>It was early 2025.</w:t>
      </w:r>
    </w:p>
    <w:p w14:paraId="6A6080FE" w14:textId="77777777" w:rsidR="00E663E7" w:rsidRDefault="00000000">
      <w:pPr>
        <w:spacing w:after="120" w:line="360" w:lineRule="exact"/>
        <w:ind w:firstLine="432"/>
      </w:pPr>
      <w:r>
        <w:t>I had recently separated from Nicole for the final time.</w:t>
      </w:r>
    </w:p>
    <w:p w14:paraId="134181DE" w14:textId="77777777" w:rsidR="00E663E7" w:rsidRDefault="00000000">
      <w:pPr>
        <w:spacing w:after="120" w:line="360" w:lineRule="exact"/>
        <w:ind w:firstLine="432"/>
      </w:pPr>
      <w:r>
        <w:t>I was emotionally wrecked.</w:t>
      </w:r>
    </w:p>
    <w:p w14:paraId="531FE336" w14:textId="77777777" w:rsidR="00E663E7" w:rsidRDefault="00000000">
      <w:pPr>
        <w:spacing w:after="120" w:line="360" w:lineRule="exact"/>
        <w:ind w:firstLine="432"/>
      </w:pPr>
      <w:r>
        <w:t>Spiritually broken.</w:t>
      </w:r>
    </w:p>
    <w:p w14:paraId="095C65FD" w14:textId="77777777" w:rsidR="00E663E7" w:rsidRDefault="00000000">
      <w:pPr>
        <w:spacing w:after="120" w:line="360" w:lineRule="exact"/>
        <w:ind w:firstLine="432"/>
      </w:pPr>
      <w:r>
        <w:t>And then, on what seemed like an ordinary workday… she appeared.</w:t>
      </w:r>
    </w:p>
    <w:p w14:paraId="38C14672" w14:textId="77777777" w:rsidR="00E663E7" w:rsidRDefault="00E663E7">
      <w:pPr>
        <w:spacing w:line="360" w:lineRule="exact"/>
      </w:pPr>
      <w:r/>
    </w:p>
    <w:p w14:paraId="69B84B58" w14:textId="77777777" w:rsidR="00E663E7" w:rsidRDefault="00000000">
      <w:pPr>
        <w:spacing w:after="120" w:line="360" w:lineRule="exact"/>
        <w:ind w:firstLine="432"/>
      </w:pPr>
      <w:r>
        <w:t>We were at the aircraft.</w:t>
      </w:r>
    </w:p>
    <w:p w14:paraId="5E2F5731" w14:textId="77777777" w:rsidR="00E663E7" w:rsidRDefault="00000000">
      <w:pPr>
        <w:spacing w:after="120" w:line="360" w:lineRule="exact"/>
        <w:ind w:firstLine="432"/>
      </w:pPr>
      <w:r>
        <w:t>She walked in, her energy unmistakable.</w:t>
      </w:r>
    </w:p>
    <w:p w14:paraId="5930E60A" w14:textId="77777777" w:rsidR="00E663E7" w:rsidRDefault="00000000">
      <w:pPr>
        <w:spacing w:after="120" w:line="360" w:lineRule="exact"/>
        <w:ind w:firstLine="432"/>
      </w:pPr>
      <w:r>
        <w:t>The moment felt orchestrated — like a divine appointment, not a coincidence.</w:t>
      </w:r>
    </w:p>
    <w:p w14:paraId="43F5F569" w14:textId="77777777" w:rsidR="00E663E7" w:rsidRDefault="00E663E7">
      <w:pPr>
        <w:spacing w:line="360" w:lineRule="exact"/>
      </w:pPr>
      <w:r/>
    </w:p>
    <w:p w14:paraId="4DD48693" w14:textId="77777777" w:rsidR="00E663E7" w:rsidRDefault="00000000">
      <w:pPr>
        <w:spacing w:after="120" w:line="360" w:lineRule="exact"/>
        <w:ind w:firstLine="432"/>
      </w:pPr>
      <w:r>
        <w:t>She didn’t even realize what she was doing.</w:t>
      </w:r>
    </w:p>
    <w:p w14:paraId="6D3B8F8A" w14:textId="77777777" w:rsidR="00E663E7" w:rsidRDefault="00000000">
      <w:pPr>
        <w:spacing w:after="120" w:line="360" w:lineRule="exact"/>
        <w:ind w:firstLine="432"/>
      </w:pPr>
      <w:r>
        <w:t>But I did.</w:t>
      </w:r>
    </w:p>
    <w:p w14:paraId="20FE8EAE" w14:textId="77777777" w:rsidR="00E663E7" w:rsidRDefault="00E663E7">
      <w:pPr>
        <w:spacing w:line="360" w:lineRule="exact"/>
      </w:pPr>
      <w:r/>
    </w:p>
    <w:p w14:paraId="60B4721D" w14:textId="77777777" w:rsidR="00E663E7" w:rsidRDefault="00000000">
      <w:pPr>
        <w:spacing w:after="120" w:line="360" w:lineRule="exact"/>
        <w:ind w:firstLine="432"/>
      </w:pPr>
      <w:r>
        <w:t>She walked straight toward me.</w:t>
      </w:r>
    </w:p>
    <w:p w14:paraId="058AB8A0" w14:textId="77777777" w:rsidR="00E663E7" w:rsidRDefault="00000000">
      <w:pPr>
        <w:spacing w:after="120" w:line="360" w:lineRule="exact"/>
        <w:ind w:firstLine="432"/>
      </w:pPr>
      <w:r>
        <w:t>Not to flirt.</w:t>
      </w:r>
    </w:p>
    <w:p w14:paraId="35D98FCB" w14:textId="77777777" w:rsidR="00E663E7" w:rsidRDefault="00000000">
      <w:pPr>
        <w:spacing w:after="120" w:line="360" w:lineRule="exact"/>
        <w:ind w:firstLine="432"/>
      </w:pPr>
      <w:r>
        <w:t>Not for attention.</w:t>
      </w:r>
    </w:p>
    <w:p w14:paraId="766E2507" w14:textId="77777777" w:rsidR="00E663E7" w:rsidRDefault="00000000">
      <w:pPr>
        <w:spacing w:after="120" w:line="360" w:lineRule="exact"/>
        <w:ind w:firstLine="432"/>
      </w:pPr>
      <w:r>
        <w:t>But as if she had been sent.</w:t>
      </w:r>
    </w:p>
    <w:p w14:paraId="7A8F65EA" w14:textId="77777777" w:rsidR="00E663E7" w:rsidRDefault="00E663E7">
      <w:pPr>
        <w:spacing w:line="360" w:lineRule="exact"/>
      </w:pPr>
      <w:r/>
    </w:p>
    <w:p w14:paraId="6A45C342" w14:textId="77777777" w:rsidR="00E663E7" w:rsidRDefault="00000000">
      <w:pPr>
        <w:spacing w:after="120" w:line="360" w:lineRule="exact"/>
        <w:ind w:firstLine="432"/>
      </w:pPr>
      <w:r>
        <w:t>In that moment, something shifted.</w:t>
      </w:r>
    </w:p>
    <w:p w14:paraId="1160A18E" w14:textId="77777777" w:rsidR="00E663E7" w:rsidRDefault="00E663E7">
      <w:pPr>
        <w:spacing w:line="360" w:lineRule="exact"/>
      </w:pPr>
      <w:r/>
    </w:p>
    <w:p w14:paraId="4322919D" w14:textId="77777777" w:rsidR="00E663E7" w:rsidRDefault="00000000">
      <w:pPr>
        <w:spacing w:after="120" w:line="360" w:lineRule="exact"/>
        <w:ind w:firstLine="432"/>
      </w:pPr>
      <w:r>
        <w:t>I knew.</w:t>
      </w:r>
    </w:p>
    <w:p w14:paraId="20390363" w14:textId="77777777" w:rsidR="00E663E7" w:rsidRDefault="00000000">
      <w:pPr>
        <w:spacing w:after="120" w:line="360" w:lineRule="exact"/>
        <w:ind w:firstLine="432"/>
      </w:pPr>
      <w:r>
        <w:t>And I believe she knew — even if only subconsciously.</w:t>
      </w:r>
    </w:p>
    <w:p w14:paraId="4643AE27" w14:textId="77777777" w:rsidR="00E663E7" w:rsidRDefault="00E663E7">
      <w:pPr>
        <w:spacing w:line="360" w:lineRule="exact"/>
      </w:pPr>
      <w:r/>
    </w:p>
    <w:p w14:paraId="2D7CE90F" w14:textId="77777777" w:rsidR="00E663E7" w:rsidRDefault="00000000">
      <w:pPr>
        <w:spacing w:after="120" w:line="360" w:lineRule="exact"/>
        <w:ind w:firstLine="432"/>
      </w:pPr>
      <w:r>
        <w:t>This wasn’t just a meeting.</w:t>
      </w:r>
    </w:p>
    <w:p w14:paraId="2C05A497" w14:textId="77777777" w:rsidR="00E663E7" w:rsidRDefault="00000000">
      <w:pPr>
        <w:spacing w:after="120" w:line="360" w:lineRule="exact"/>
        <w:ind w:firstLine="432"/>
      </w:pPr>
      <w:r>
        <w:t>It was a message.</w:t>
      </w:r>
    </w:p>
    <w:p w14:paraId="6F87FAE9" w14:textId="77777777" w:rsidR="00E663E7" w:rsidRDefault="00E663E7">
      <w:pPr>
        <w:spacing w:line="360" w:lineRule="exact"/>
      </w:pPr>
      <w:r/>
    </w:p>
    <w:p w14:paraId="4EB1B67A" w14:textId="77777777" w:rsidR="00E663E7" w:rsidRDefault="00000000">
      <w:pPr>
        <w:spacing w:after="120" w:line="360" w:lineRule="exact"/>
        <w:ind w:firstLine="432"/>
      </w:pPr>
      <w:r>
        <w:t>The Messenger from Shiva</w:t>
      </w:r>
    </w:p>
    <w:p w14:paraId="12B24D80" w14:textId="77777777" w:rsidR="00E663E7" w:rsidRDefault="00E663E7">
      <w:pPr>
        <w:spacing w:line="360" w:lineRule="exact"/>
      </w:pPr>
      <w:r/>
    </w:p>
    <w:p w14:paraId="5D53DF8B" w14:textId="77777777" w:rsidR="00E663E7" w:rsidRDefault="00000000">
      <w:pPr>
        <w:spacing w:after="120" w:line="360" w:lineRule="exact"/>
        <w:ind w:firstLine="432"/>
      </w:pPr>
      <w:r>
        <w:t>As I grew spiritually, I began to see signs everywhere.</w:t>
      </w:r>
    </w:p>
    <w:p w14:paraId="75B3D29A" w14:textId="77777777" w:rsidR="00E663E7" w:rsidRDefault="00000000">
      <w:pPr>
        <w:spacing w:after="120" w:line="360" w:lineRule="exact"/>
        <w:ind w:firstLine="432"/>
      </w:pPr>
      <w:r>
        <w:t>Not paranoia — but patterns.</w:t>
      </w:r>
    </w:p>
    <w:p w14:paraId="0EA3487F" w14:textId="77777777" w:rsidR="00E663E7" w:rsidRDefault="00000000">
      <w:pPr>
        <w:spacing w:after="120" w:line="360" w:lineRule="exact"/>
        <w:ind w:firstLine="432"/>
      </w:pPr>
      <w:r>
        <w:t>God wasn’t just calling me back.</w:t>
      </w:r>
    </w:p>
    <w:p w14:paraId="2920EEDA" w14:textId="77777777" w:rsidR="00E663E7" w:rsidRDefault="00000000">
      <w:pPr>
        <w:spacing w:after="120" w:line="360" w:lineRule="exact"/>
        <w:ind w:firstLine="432"/>
      </w:pPr>
      <w:r>
        <w:t>He was sending helpers.</w:t>
      </w:r>
    </w:p>
    <w:p w14:paraId="6F77FC4E" w14:textId="77777777" w:rsidR="00E663E7" w:rsidRDefault="00E663E7">
      <w:pPr>
        <w:spacing w:line="360" w:lineRule="exact"/>
      </w:pPr>
      <w:r/>
    </w:p>
    <w:p w14:paraId="691737BE" w14:textId="77777777" w:rsidR="00E663E7" w:rsidRDefault="00000000">
      <w:pPr>
        <w:spacing w:after="120" w:line="360" w:lineRule="exact"/>
        <w:ind w:firstLine="432"/>
      </w:pPr>
      <w:r>
        <w:t>Bamce became one of the most important ones.</w:t>
      </w:r>
    </w:p>
    <w:p w14:paraId="3AC25428" w14:textId="77777777" w:rsidR="00E663E7" w:rsidRDefault="00000000">
      <w:pPr>
        <w:spacing w:after="120" w:line="360" w:lineRule="exact"/>
        <w:ind w:firstLine="432"/>
      </w:pPr>
      <w:r>
        <w:t>She didn’t push me to change.</w:t>
      </w:r>
    </w:p>
    <w:p w14:paraId="4C235E18" w14:textId="77777777" w:rsidR="00E663E7" w:rsidRDefault="00000000">
      <w:pPr>
        <w:spacing w:after="120" w:line="360" w:lineRule="exact"/>
        <w:ind w:firstLine="432"/>
      </w:pPr>
      <w:r>
        <w:t>She simply reminded me who I was.</w:t>
      </w:r>
    </w:p>
    <w:p w14:paraId="03DD9737" w14:textId="77777777" w:rsidR="00E663E7" w:rsidRDefault="00E663E7">
      <w:pPr>
        <w:spacing w:line="360" w:lineRule="exact"/>
      </w:pPr>
      <w:r/>
    </w:p>
    <w:p w14:paraId="66FEB9F2" w14:textId="77777777" w:rsidR="00E663E7" w:rsidRDefault="00000000">
      <w:pPr>
        <w:spacing w:after="120" w:line="360" w:lineRule="exact"/>
        <w:ind w:firstLine="432"/>
      </w:pPr>
      <w:r>
        <w:t>Through her, I started reconnecting not only with love, but with God.</w:t>
      </w:r>
    </w:p>
    <w:p w14:paraId="5530761E" w14:textId="77777777" w:rsidR="00E663E7" w:rsidRDefault="00000000">
      <w:pPr>
        <w:spacing w:after="120" w:line="360" w:lineRule="exact"/>
        <w:ind w:firstLine="432"/>
      </w:pPr>
      <w:r>
        <w:t>I say “God” in the plural because, by then, I no longer saw the divine as confined to one form.</w:t>
      </w:r>
    </w:p>
    <w:p w14:paraId="3F304ABE" w14:textId="77777777" w:rsidR="00E663E7" w:rsidRDefault="00E663E7">
      <w:pPr>
        <w:spacing w:line="360" w:lineRule="exact"/>
      </w:pPr>
      <w:r/>
    </w:p>
    <w:p w14:paraId="3AB03FCD" w14:textId="77777777" w:rsidR="00E663E7" w:rsidRDefault="00000000">
      <w:pPr>
        <w:spacing w:after="120" w:line="360" w:lineRule="exact"/>
        <w:ind w:firstLine="432"/>
      </w:pPr>
      <w:r>
        <w:t>To me, Shiva and Christ were both watching.</w:t>
      </w:r>
    </w:p>
    <w:p w14:paraId="168C8114" w14:textId="77777777" w:rsidR="00E663E7" w:rsidRDefault="00000000">
      <w:pPr>
        <w:spacing w:after="120" w:line="360" w:lineRule="exact"/>
        <w:ind w:firstLine="432"/>
      </w:pPr>
      <w:r>
        <w:t>Both teaching.</w:t>
      </w:r>
    </w:p>
    <w:p w14:paraId="27409B6F" w14:textId="77777777" w:rsidR="00E663E7" w:rsidRDefault="00000000">
      <w:pPr>
        <w:spacing w:after="120" w:line="360" w:lineRule="exact"/>
        <w:ind w:firstLine="432"/>
      </w:pPr>
      <w:r>
        <w:t>Both whispering through people like Bamce.</w:t>
      </w:r>
    </w:p>
    <w:p w14:paraId="7497A984" w14:textId="77777777" w:rsidR="00E663E7" w:rsidRDefault="00E663E7">
      <w:pPr>
        <w:spacing w:line="360" w:lineRule="exact"/>
      </w:pPr>
      <w:r/>
    </w:p>
    <w:p w14:paraId="794F35FE" w14:textId="77777777" w:rsidR="00E663E7" w:rsidRDefault="00000000">
      <w:pPr>
        <w:spacing w:after="120" w:line="360" w:lineRule="exact"/>
        <w:ind w:firstLine="432"/>
      </w:pPr>
      <w:r>
        <w:t>She was the softness I forgot existed.</w:t>
      </w:r>
    </w:p>
    <w:p w14:paraId="6ED75A04" w14:textId="77777777" w:rsidR="00E663E7" w:rsidRDefault="00000000">
      <w:pPr>
        <w:spacing w:after="120" w:line="360" w:lineRule="exact"/>
        <w:ind w:firstLine="432"/>
      </w:pPr>
      <w:r>
        <w:t>The patience I never thought I deserved.</w:t>
      </w:r>
    </w:p>
    <w:p w14:paraId="56A53853" w14:textId="77777777" w:rsidR="00E663E7" w:rsidRDefault="00000000">
      <w:pPr>
        <w:spacing w:after="120" w:line="360" w:lineRule="exact"/>
        <w:ind w:firstLine="432"/>
      </w:pPr>
      <w:r>
        <w:t>The type of woman who sees you bleeding… and doesn’t flinch.</w:t>
      </w:r>
    </w:p>
    <w:p w14:paraId="1B6E9F26" w14:textId="77777777" w:rsidR="00E663E7" w:rsidRDefault="00E663E7">
      <w:pPr>
        <w:spacing w:line="360" w:lineRule="exact"/>
      </w:pPr>
      <w:r/>
    </w:p>
    <w:p w14:paraId="7DDC23DB" w14:textId="77777777" w:rsidR="00E663E7" w:rsidRDefault="00000000">
      <w:pPr>
        <w:spacing w:after="120" w:line="360" w:lineRule="exact"/>
        <w:ind w:firstLine="432"/>
      </w:pPr>
      <w:r>
        <w:t>She Knew Everything… and Still Chose Me</w:t>
      </w:r>
    </w:p>
    <w:p w14:paraId="01588B76" w14:textId="77777777" w:rsidR="00E663E7" w:rsidRDefault="00E663E7">
      <w:pPr>
        <w:spacing w:line="360" w:lineRule="exact"/>
      </w:pPr>
      <w:r/>
    </w:p>
    <w:p w14:paraId="3CEAEDEE" w14:textId="77777777" w:rsidR="00E663E7" w:rsidRDefault="00000000">
      <w:pPr>
        <w:spacing w:after="120" w:line="360" w:lineRule="exact"/>
        <w:ind w:firstLine="432"/>
      </w:pPr>
      <w:r>
        <w:t>What set Bamce apart wasn’t her beauty — though she is beautiful.</w:t>
      </w:r>
    </w:p>
    <w:p w14:paraId="1BB6A8EB" w14:textId="77777777" w:rsidR="00E663E7" w:rsidRDefault="00000000">
      <w:pPr>
        <w:spacing w:after="120" w:line="360" w:lineRule="exact"/>
        <w:ind w:firstLine="432"/>
      </w:pPr>
      <w:r>
        <w:t>It wasn’t her humor — though she makes me laugh.</w:t>
      </w:r>
    </w:p>
    <w:p w14:paraId="497AFC10" w14:textId="77777777" w:rsidR="00E663E7" w:rsidRDefault="00E663E7">
      <w:pPr>
        <w:spacing w:line="360" w:lineRule="exact"/>
      </w:pPr>
      <w:r/>
    </w:p>
    <w:p w14:paraId="0E24D09A" w14:textId="77777777" w:rsidR="00E663E7" w:rsidRDefault="00000000">
      <w:pPr>
        <w:spacing w:after="120" w:line="360" w:lineRule="exact"/>
        <w:ind w:firstLine="432"/>
      </w:pPr>
      <w:r>
        <w:t>It was that she knew everything about me.</w:t>
      </w:r>
    </w:p>
    <w:p w14:paraId="35634ECE" w14:textId="77777777" w:rsidR="00E663E7" w:rsidRDefault="00000000">
      <w:pPr>
        <w:spacing w:after="120" w:line="360" w:lineRule="exact"/>
        <w:ind w:firstLine="432"/>
      </w:pPr>
      <w:r>
        <w:t>The drugs.</w:t>
      </w:r>
    </w:p>
    <w:p w14:paraId="3DD30AC7" w14:textId="77777777" w:rsidR="00E663E7" w:rsidRDefault="00000000">
      <w:pPr>
        <w:spacing w:after="120" w:line="360" w:lineRule="exact"/>
        <w:ind w:firstLine="432"/>
      </w:pPr>
      <w:r>
        <w:t>The mistakes.</w:t>
      </w:r>
    </w:p>
    <w:p w14:paraId="64515B3E" w14:textId="77777777" w:rsidR="00E663E7" w:rsidRDefault="00000000">
      <w:pPr>
        <w:spacing w:after="120" w:line="360" w:lineRule="exact"/>
        <w:ind w:firstLine="432"/>
      </w:pPr>
      <w:r>
        <w:t>The past.</w:t>
      </w:r>
    </w:p>
    <w:p w14:paraId="20264965" w14:textId="77777777" w:rsidR="00E663E7" w:rsidRDefault="00000000">
      <w:pPr>
        <w:spacing w:after="120" w:line="360" w:lineRule="exact"/>
        <w:ind w:firstLine="432"/>
      </w:pPr>
      <w:r>
        <w:t>Even my bisexual experiences.</w:t>
      </w:r>
    </w:p>
    <w:p w14:paraId="77DA626F" w14:textId="77777777" w:rsidR="00E663E7" w:rsidRDefault="00E663E7">
      <w:pPr>
        <w:spacing w:line="360" w:lineRule="exact"/>
      </w:pPr>
      <w:r/>
    </w:p>
    <w:p w14:paraId="0FFF25C0" w14:textId="77777777" w:rsidR="00E663E7" w:rsidRDefault="00000000">
      <w:pPr>
        <w:spacing w:after="120" w:line="360" w:lineRule="exact"/>
        <w:ind w:firstLine="432"/>
      </w:pPr>
      <w:r>
        <w:t>I held nothing back.</w:t>
      </w:r>
    </w:p>
    <w:p w14:paraId="4A58001B" w14:textId="77777777" w:rsidR="00E663E7" w:rsidRDefault="00000000">
      <w:pPr>
        <w:spacing w:after="120" w:line="360" w:lineRule="exact"/>
        <w:ind w:firstLine="432"/>
      </w:pPr>
      <w:r>
        <w:t>And she still stayed.</w:t>
      </w:r>
    </w:p>
    <w:p w14:paraId="2D08DEFB" w14:textId="77777777" w:rsidR="00E663E7" w:rsidRDefault="00E663E7">
      <w:pPr>
        <w:spacing w:line="360" w:lineRule="exact"/>
      </w:pPr>
      <w:r/>
    </w:p>
    <w:p w14:paraId="485F0E7D" w14:textId="77777777" w:rsidR="00E663E7" w:rsidRDefault="00000000">
      <w:pPr>
        <w:spacing w:after="120" w:line="360" w:lineRule="exact"/>
        <w:ind w:firstLine="432"/>
      </w:pPr>
      <w:r>
        <w:t>She listened without judgment.</w:t>
      </w:r>
    </w:p>
    <w:p w14:paraId="01BB99F2" w14:textId="77777777" w:rsidR="00E663E7" w:rsidRDefault="00000000">
      <w:pPr>
        <w:spacing w:after="120" w:line="360" w:lineRule="exact"/>
        <w:ind w:firstLine="432"/>
      </w:pPr>
      <w:r>
        <w:t>She loved without conditions.</w:t>
      </w:r>
    </w:p>
    <w:p w14:paraId="150D85CD" w14:textId="77777777" w:rsidR="00E663E7" w:rsidRDefault="00000000">
      <w:pPr>
        <w:spacing w:after="120" w:line="360" w:lineRule="exact"/>
        <w:ind w:firstLine="432"/>
      </w:pPr>
      <w:r>
        <w:t>She respected my brokenness without trying to fix it overnight.</w:t>
      </w:r>
    </w:p>
    <w:p w14:paraId="42D2B562" w14:textId="77777777" w:rsidR="00E663E7" w:rsidRDefault="00E663E7">
      <w:pPr>
        <w:spacing w:line="360" w:lineRule="exact"/>
      </w:pPr>
      <w:r/>
    </w:p>
    <w:p w14:paraId="28854C04" w14:textId="77777777" w:rsidR="00E663E7" w:rsidRDefault="00000000">
      <w:pPr>
        <w:spacing w:after="120" w:line="360" w:lineRule="exact"/>
        <w:ind w:firstLine="432"/>
      </w:pPr>
      <w:r>
        <w:t>She didn’t love a version of me.</w:t>
      </w:r>
    </w:p>
    <w:p w14:paraId="1CC20002" w14:textId="77777777" w:rsidR="00E663E7" w:rsidRDefault="00000000">
      <w:pPr>
        <w:spacing w:after="120" w:line="360" w:lineRule="exact"/>
        <w:ind w:firstLine="432"/>
      </w:pPr>
      <w:r>
        <w:t>She loved me.</w:t>
      </w:r>
    </w:p>
    <w:p w14:paraId="59871C4D" w14:textId="77777777" w:rsidR="00E663E7" w:rsidRDefault="00E663E7">
      <w:pPr>
        <w:spacing w:line="360" w:lineRule="exact"/>
      </w:pPr>
      <w:r/>
    </w:p>
    <w:p w14:paraId="2F558C11" w14:textId="77777777" w:rsidR="00E663E7" w:rsidRDefault="00000000">
      <w:pPr>
        <w:spacing w:after="120" w:line="360" w:lineRule="exact"/>
        <w:ind w:firstLine="432"/>
      </w:pPr>
      <w:r>
        <w:t>And in doing so, she reminded me that maybe — just maybe — I was still worth loving.</w:t>
      </w:r>
    </w:p>
    <w:p w14:paraId="7FEB36B2" w14:textId="77777777" w:rsidR="00E663E7" w:rsidRDefault="00E663E7">
      <w:pPr>
        <w:spacing w:line="360" w:lineRule="exact"/>
      </w:pPr>
      <w:r/>
    </w:p>
    <w:p w14:paraId="7D9E58A6" w14:textId="77777777" w:rsidR="00E663E7" w:rsidRDefault="00000000">
      <w:pPr>
        <w:spacing w:after="120" w:line="360" w:lineRule="exact"/>
        <w:ind w:firstLine="432"/>
      </w:pPr>
      <w:r>
        <w:t>The Walk That Changed My Direction</w:t>
      </w:r>
    </w:p>
    <w:p w14:paraId="3EBBE09A" w14:textId="77777777" w:rsidR="00E663E7" w:rsidRDefault="00E663E7">
      <w:pPr>
        <w:spacing w:line="360" w:lineRule="exact"/>
      </w:pPr>
      <w:r/>
    </w:p>
    <w:p w14:paraId="48A43702" w14:textId="77777777" w:rsidR="00E663E7" w:rsidRDefault="00000000">
      <w:pPr>
        <w:spacing w:after="120" w:line="360" w:lineRule="exact"/>
        <w:ind w:firstLine="432"/>
      </w:pPr>
      <w:r>
        <w:t>People often talk about turning points in life.</w:t>
      </w:r>
    </w:p>
    <w:p w14:paraId="5EDF1101" w14:textId="77777777" w:rsidR="00E663E7" w:rsidRDefault="00000000">
      <w:pPr>
        <w:spacing w:after="120" w:line="360" w:lineRule="exact"/>
        <w:ind w:firstLine="432"/>
      </w:pPr>
      <w:r>
        <w:t>For me, one of the most important ones wasn’t a courtroom… or a hospital…</w:t>
      </w:r>
    </w:p>
    <w:p w14:paraId="2E9C45EE" w14:textId="77777777" w:rsidR="00E663E7" w:rsidRDefault="00000000">
      <w:pPr>
        <w:spacing w:after="120" w:line="360" w:lineRule="exact"/>
        <w:ind w:firstLine="432"/>
      </w:pPr>
      <w:r>
        <w:t>It was a walk on an aircraft.</w:t>
      </w:r>
    </w:p>
    <w:p w14:paraId="3C338AE3" w14:textId="77777777" w:rsidR="00E663E7" w:rsidRDefault="00E663E7">
      <w:pPr>
        <w:spacing w:line="360" w:lineRule="exact"/>
      </w:pPr>
      <w:r/>
    </w:p>
    <w:p w14:paraId="2063EE9F" w14:textId="77777777" w:rsidR="00E663E7" w:rsidRDefault="00000000">
      <w:pPr>
        <w:spacing w:after="120" w:line="360" w:lineRule="exact"/>
        <w:ind w:firstLine="432"/>
      </w:pPr>
      <w:r>
        <w:t>That walk — unassuming, unconscious — was a spiritual telegram.</w:t>
      </w:r>
    </w:p>
    <w:p w14:paraId="34C62088" w14:textId="77777777" w:rsidR="00E663E7" w:rsidRDefault="00000000">
      <w:pPr>
        <w:spacing w:after="120" w:line="360" w:lineRule="exact"/>
        <w:ind w:firstLine="432"/>
      </w:pPr>
      <w:r>
        <w:t>From Lord Shiva.</w:t>
      </w:r>
    </w:p>
    <w:p w14:paraId="2FDAC1EC" w14:textId="77777777" w:rsidR="00E663E7" w:rsidRDefault="00000000">
      <w:pPr>
        <w:spacing w:after="120" w:line="360" w:lineRule="exact"/>
        <w:ind w:firstLine="432"/>
      </w:pPr>
      <w:r>
        <w:t>From the universe.</w:t>
      </w:r>
    </w:p>
    <w:p w14:paraId="764E3D45" w14:textId="77777777" w:rsidR="00E663E7" w:rsidRDefault="00000000">
      <w:pPr>
        <w:spacing w:after="120" w:line="360" w:lineRule="exact"/>
        <w:ind w:firstLine="432"/>
      </w:pPr>
      <w:r>
        <w:t>From everything good that had not yet given up on me.</w:t>
      </w:r>
    </w:p>
    <w:p w14:paraId="3291654C" w14:textId="77777777" w:rsidR="00E663E7" w:rsidRDefault="00E663E7">
      <w:pPr>
        <w:spacing w:line="360" w:lineRule="exact"/>
      </w:pPr>
      <w:r/>
    </w:p>
    <w:p w14:paraId="0EE7D760" w14:textId="77777777" w:rsidR="00E663E7" w:rsidRDefault="00000000">
      <w:pPr>
        <w:spacing w:after="120" w:line="360" w:lineRule="exact"/>
        <w:ind w:firstLine="432"/>
      </w:pPr>
      <w:r>
        <w:t>And it said:</w:t>
      </w:r>
    </w:p>
    <w:p w14:paraId="6F3E2B47" w14:textId="77777777" w:rsidR="00E663E7" w:rsidRDefault="00E663E7">
      <w:pPr>
        <w:spacing w:line="360" w:lineRule="exact"/>
      </w:pPr>
      <w:r/>
    </w:p>
    <w:p w14:paraId="3F0F45D8" w14:textId="77777777" w:rsidR="00E663E7" w:rsidRDefault="00000000">
      <w:pPr>
        <w:spacing w:after="120" w:line="360" w:lineRule="exact"/>
        <w:ind w:firstLine="432"/>
      </w:pPr>
      <w:r>
        <w:t>“Love is not over.</w:t>
      </w:r>
    </w:p>
    <w:p w14:paraId="47F73D78" w14:textId="77777777" w:rsidR="00E663E7" w:rsidRDefault="00000000">
      <w:pPr>
        <w:spacing w:after="120" w:line="360" w:lineRule="exact"/>
        <w:ind w:firstLine="432"/>
      </w:pPr>
      <w:r>
        <w:t>Redemption is still available.</w:t>
      </w:r>
    </w:p>
    <w:p w14:paraId="72FE01CD" w14:textId="77777777" w:rsidR="00E663E7" w:rsidRDefault="00000000">
      <w:pPr>
        <w:spacing w:after="120" w:line="360" w:lineRule="exact"/>
        <w:ind w:firstLine="432"/>
      </w:pPr>
      <w:r>
        <w:t>Wake up — someone is here for you.”</w:t>
      </w:r>
    </w:p>
    <w:p w14:paraId="1598142E" w14:textId="77777777" w:rsidR="00E663E7" w:rsidRDefault="00E663E7">
      <w:pPr>
        <w:spacing w:line="360" w:lineRule="exact"/>
      </w:pPr>
      <w:r/>
    </w:p>
    <w:p w14:paraId="064AE22F" w14:textId="77777777" w:rsidR="00E663E7" w:rsidRDefault="00000000">
      <w:pPr>
        <w:spacing w:after="120" w:line="360" w:lineRule="exact"/>
        <w:ind w:firstLine="432"/>
      </w:pPr>
      <w:r>
        <w:t>And I did.</w:t>
      </w:r>
    </w:p>
    <w:p w14:paraId="01D3E4C4" w14:textId="77777777" w:rsidR="00E663E7" w:rsidRDefault="00000000">
      <w:pPr>
        <w:spacing w:after="120" w:line="360" w:lineRule="exact"/>
        <w:ind w:firstLine="432"/>
      </w:pPr>
      <w:r>
        <w:t>And she was.</w:t>
      </w:r>
    </w:p>
    <w:p w14:paraId="38FBF5D1" w14:textId="77777777" w:rsidR="00E663E7" w:rsidRDefault="00E663E7">
      <w:pPr>
        <w:spacing w:line="360" w:lineRule="exact"/>
      </w:pPr>
      <w:r/>
    </w:p>
    <w:p w14:paraId="75E691B8" w14:textId="77777777" w:rsidR="00E663E7" w:rsidRDefault="00000000">
      <w:pPr>
        <w:spacing w:line="360" w:lineRule="exact"/>
        <w:jc w:val="center"/>
      </w:pPr>
      <w:r>
        <w:t>Chapter 27: Where Shiva and Christ Met Me</w:t>
      </w:r>
    </w:p>
    <w:p w14:paraId="29714571" w14:textId="77777777" w:rsidR="00E663E7" w:rsidRDefault="00E663E7">
      <w:pPr>
        <w:spacing w:line="360" w:lineRule="exact"/>
      </w:pPr>
      <w:r/>
    </w:p>
    <w:p w14:paraId="7981D4CB" w14:textId="77777777" w:rsidR="00E663E7" w:rsidRDefault="00000000">
      <w:pPr>
        <w:spacing w:after="120" w:line="360" w:lineRule="exact"/>
        <w:ind w:firstLine="432"/>
      </w:pPr>
      <w:r>
        <w:t>“I didn’t convert. I integrated. I didn’t choose between them — they chose me.”</w:t>
      </w:r>
    </w:p>
    <w:p w14:paraId="04CD5A4C" w14:textId="77777777" w:rsidR="00E663E7" w:rsidRDefault="00E663E7">
      <w:pPr>
        <w:spacing w:line="360" w:lineRule="exact"/>
      </w:pPr>
      <w:r/>
    </w:p>
    <w:p w14:paraId="550DD453" w14:textId="77777777" w:rsidR="00E663E7" w:rsidRDefault="00000000">
      <w:pPr>
        <w:spacing w:after="120" w:line="360" w:lineRule="exact"/>
        <w:ind w:firstLine="432"/>
      </w:pPr>
      <w:r>
        <w:t>For twenty years, I had abandoned faith.</w:t>
      </w:r>
    </w:p>
    <w:p w14:paraId="0E974F45" w14:textId="77777777" w:rsidR="00E663E7" w:rsidRDefault="00000000">
      <w:pPr>
        <w:spacing w:after="120" w:line="360" w:lineRule="exact"/>
        <w:ind w:firstLine="432"/>
      </w:pPr>
      <w:r>
        <w:t>I was raised Christian — baptized in the Coptic Orthodox Church.</w:t>
      </w:r>
    </w:p>
    <w:p w14:paraId="5DC8B8BF" w14:textId="77777777" w:rsidR="00E663E7" w:rsidRDefault="00000000">
      <w:pPr>
        <w:spacing w:after="120" w:line="360" w:lineRule="exact"/>
        <w:ind w:firstLine="432"/>
      </w:pPr>
      <w:r>
        <w:t>I knew the Bible. I prayed as a child.</w:t>
      </w:r>
    </w:p>
    <w:p w14:paraId="78645771" w14:textId="77777777" w:rsidR="00E663E7" w:rsidRDefault="00000000">
      <w:pPr>
        <w:spacing w:after="120" w:line="360" w:lineRule="exact"/>
        <w:ind w:firstLine="432"/>
      </w:pPr>
      <w:r>
        <w:t>But life… life had its way of hardening me.</w:t>
      </w:r>
    </w:p>
    <w:p w14:paraId="3C7B8502" w14:textId="77777777" w:rsidR="00E663E7" w:rsidRDefault="00000000">
      <w:pPr>
        <w:spacing w:after="120" w:line="360" w:lineRule="exact"/>
        <w:ind w:firstLine="432"/>
      </w:pPr>
      <w:r>
        <w:t>Making me question. Making me angry. Making me forget.</w:t>
      </w:r>
    </w:p>
    <w:p w14:paraId="69AA7A69" w14:textId="77777777" w:rsidR="00E663E7" w:rsidRDefault="00E663E7">
      <w:pPr>
        <w:spacing w:line="360" w:lineRule="exact"/>
      </w:pPr>
      <w:r/>
    </w:p>
    <w:p w14:paraId="4C27026F" w14:textId="77777777" w:rsidR="00E663E7" w:rsidRDefault="00000000">
      <w:pPr>
        <w:spacing w:after="120" w:line="360" w:lineRule="exact"/>
        <w:ind w:firstLine="432"/>
      </w:pPr>
      <w:r>
        <w:t>I didn’t stop believing in God because of science.</w:t>
      </w:r>
    </w:p>
    <w:p w14:paraId="0F953292" w14:textId="77777777" w:rsidR="00E663E7" w:rsidRDefault="00000000">
      <w:pPr>
        <w:spacing w:after="120" w:line="360" w:lineRule="exact"/>
        <w:ind w:firstLine="432"/>
      </w:pPr>
      <w:r>
        <w:t>I stopped because of pain.</w:t>
      </w:r>
    </w:p>
    <w:p w14:paraId="69C1C123" w14:textId="77777777" w:rsidR="00E663E7" w:rsidRDefault="00E663E7">
      <w:pPr>
        <w:spacing w:line="360" w:lineRule="exact"/>
      </w:pPr>
      <w:r/>
    </w:p>
    <w:p w14:paraId="491B3B19" w14:textId="77777777" w:rsidR="00E663E7" w:rsidRDefault="00000000">
      <w:pPr>
        <w:spacing w:after="120" w:line="360" w:lineRule="exact"/>
        <w:ind w:firstLine="432"/>
      </w:pPr>
      <w:r>
        <w:t>Pain made me feel abandoned.</w:t>
      </w:r>
    </w:p>
    <w:p w14:paraId="34B710B0" w14:textId="77777777" w:rsidR="00E663E7" w:rsidRDefault="00000000">
      <w:pPr>
        <w:spacing w:after="120" w:line="360" w:lineRule="exact"/>
        <w:ind w:firstLine="432"/>
      </w:pPr>
      <w:r>
        <w:t>And so, I abandoned God.</w:t>
      </w:r>
    </w:p>
    <w:p w14:paraId="6E080B46" w14:textId="77777777" w:rsidR="00E663E7" w:rsidRDefault="00E663E7">
      <w:pPr>
        <w:spacing w:line="360" w:lineRule="exact"/>
      </w:pPr>
      <w:r/>
    </w:p>
    <w:p w14:paraId="45A56661" w14:textId="77777777" w:rsidR="00E663E7" w:rsidRDefault="00000000">
      <w:pPr>
        <w:spacing w:after="120" w:line="360" w:lineRule="exact"/>
        <w:ind w:firstLine="432"/>
      </w:pPr>
      <w:r>
        <w:t>The Return Wasn’t in a Church… It Was in the Chaos</w:t>
      </w:r>
    </w:p>
    <w:p w14:paraId="75556AEE" w14:textId="77777777" w:rsidR="00E663E7" w:rsidRDefault="00E663E7">
      <w:pPr>
        <w:spacing w:line="360" w:lineRule="exact"/>
      </w:pPr>
      <w:r/>
    </w:p>
    <w:p w14:paraId="68F4288A" w14:textId="77777777" w:rsidR="00E663E7" w:rsidRDefault="00000000">
      <w:pPr>
        <w:spacing w:after="120" w:line="360" w:lineRule="exact"/>
        <w:ind w:firstLine="432"/>
      </w:pPr>
      <w:r>
        <w:t>It didn’t happen in a place of worship.</w:t>
      </w:r>
    </w:p>
    <w:p w14:paraId="79C42E8A" w14:textId="77777777" w:rsidR="00E663E7" w:rsidRDefault="00000000">
      <w:pPr>
        <w:spacing w:after="120" w:line="360" w:lineRule="exact"/>
        <w:ind w:firstLine="432"/>
      </w:pPr>
      <w:r>
        <w:t>It happened in the aftermath of destruction.</w:t>
      </w:r>
    </w:p>
    <w:p w14:paraId="763A605C" w14:textId="77777777" w:rsidR="00E663E7" w:rsidRDefault="00E663E7">
      <w:pPr>
        <w:spacing w:line="360" w:lineRule="exact"/>
      </w:pPr>
      <w:r/>
    </w:p>
    <w:p w14:paraId="388FAFC5" w14:textId="77777777" w:rsidR="00E663E7" w:rsidRDefault="00000000">
      <w:pPr>
        <w:spacing w:after="120" w:line="360" w:lineRule="exact"/>
        <w:ind w:firstLine="432"/>
      </w:pPr>
      <w:r>
        <w:t>Divorce.</w:t>
      </w:r>
    </w:p>
    <w:p w14:paraId="7B56E644" w14:textId="77777777" w:rsidR="00E663E7" w:rsidRDefault="00000000">
      <w:pPr>
        <w:spacing w:after="120" w:line="360" w:lineRule="exact"/>
        <w:ind w:firstLine="432"/>
      </w:pPr>
      <w:r>
        <w:t>Addiction.</w:t>
      </w:r>
    </w:p>
    <w:p w14:paraId="4FCCA667" w14:textId="77777777" w:rsidR="00E663E7" w:rsidRDefault="00000000">
      <w:pPr>
        <w:spacing w:after="120" w:line="360" w:lineRule="exact"/>
        <w:ind w:firstLine="432"/>
      </w:pPr>
      <w:r>
        <w:t>Suicidal thoughts.</w:t>
      </w:r>
    </w:p>
    <w:p w14:paraId="7918A63D" w14:textId="77777777" w:rsidR="00E663E7" w:rsidRDefault="00000000">
      <w:pPr>
        <w:spacing w:after="120" w:line="360" w:lineRule="exact"/>
        <w:ind w:firstLine="432"/>
      </w:pPr>
      <w:r>
        <w:t>Supernatural encounters.</w:t>
      </w:r>
    </w:p>
    <w:p w14:paraId="41AE76C9" w14:textId="77777777" w:rsidR="00E663E7" w:rsidRDefault="00000000">
      <w:pPr>
        <w:spacing w:after="120" w:line="360" w:lineRule="exact"/>
        <w:ind w:firstLine="432"/>
      </w:pPr>
      <w:r>
        <w:t>The voices.</w:t>
      </w:r>
    </w:p>
    <w:p w14:paraId="5D0FC3D3" w14:textId="77777777" w:rsidR="00E663E7" w:rsidRDefault="00000000">
      <w:pPr>
        <w:spacing w:after="120" w:line="360" w:lineRule="exact"/>
        <w:ind w:firstLine="432"/>
      </w:pPr>
      <w:r>
        <w:t>The shadows.</w:t>
      </w:r>
    </w:p>
    <w:p w14:paraId="40D86871" w14:textId="77777777" w:rsidR="00E663E7" w:rsidRDefault="00000000">
      <w:pPr>
        <w:spacing w:after="120" w:line="360" w:lineRule="exact"/>
        <w:ind w:firstLine="432"/>
      </w:pPr>
      <w:r>
        <w:t>The hallucinations that weren’t just hallucinations.</w:t>
      </w:r>
    </w:p>
    <w:p w14:paraId="492B9B61" w14:textId="77777777" w:rsidR="00E663E7" w:rsidRDefault="00E663E7">
      <w:pPr>
        <w:spacing w:line="360" w:lineRule="exact"/>
      </w:pPr>
      <w:r/>
    </w:p>
    <w:p w14:paraId="28F4BA65" w14:textId="77777777" w:rsidR="00E663E7" w:rsidRDefault="00000000">
      <w:pPr>
        <w:spacing w:after="120" w:line="360" w:lineRule="exact"/>
        <w:ind w:firstLine="432"/>
      </w:pPr>
      <w:r>
        <w:t>In my darkest state — trembling, high, alone — I began to feel… watched.</w:t>
      </w:r>
    </w:p>
    <w:p w14:paraId="4F9F8C95" w14:textId="77777777" w:rsidR="00E663E7" w:rsidRDefault="00E663E7">
      <w:pPr>
        <w:spacing w:line="360" w:lineRule="exact"/>
      </w:pPr>
      <w:r/>
    </w:p>
    <w:p w14:paraId="36E10C71" w14:textId="77777777" w:rsidR="00E663E7" w:rsidRDefault="00000000">
      <w:pPr>
        <w:spacing w:after="120" w:line="360" w:lineRule="exact"/>
        <w:ind w:firstLine="432"/>
      </w:pPr>
      <w:r>
        <w:t>But not in a paranoid way.</w:t>
      </w:r>
    </w:p>
    <w:p w14:paraId="72A71C7F" w14:textId="77777777" w:rsidR="00E663E7" w:rsidRDefault="00000000">
      <w:pPr>
        <w:spacing w:after="120" w:line="360" w:lineRule="exact"/>
        <w:ind w:firstLine="432"/>
      </w:pPr>
      <w:r>
        <w:t>Not the kind of watching that says, “You’re being hunted.”</w:t>
      </w:r>
    </w:p>
    <w:p w14:paraId="0FFD1EFD" w14:textId="77777777" w:rsidR="00E663E7" w:rsidRDefault="00000000">
      <w:pPr>
        <w:spacing w:after="120" w:line="360" w:lineRule="exact"/>
        <w:ind w:firstLine="432"/>
      </w:pPr>
      <w:r>
        <w:t>More like… “You’re being warned.”</w:t>
      </w:r>
    </w:p>
    <w:p w14:paraId="7C9A8422" w14:textId="77777777" w:rsidR="00E663E7" w:rsidRDefault="00E663E7">
      <w:pPr>
        <w:spacing w:line="360" w:lineRule="exact"/>
      </w:pPr>
      <w:r/>
    </w:p>
    <w:p w14:paraId="4ECBFD58" w14:textId="77777777" w:rsidR="00E663E7" w:rsidRDefault="00000000">
      <w:pPr>
        <w:spacing w:after="120" w:line="360" w:lineRule="exact"/>
        <w:ind w:firstLine="432"/>
      </w:pPr>
      <w:r>
        <w:t>And that warning wasn’t cruel.</w:t>
      </w:r>
    </w:p>
    <w:p w14:paraId="02C2EF84" w14:textId="77777777" w:rsidR="00E663E7" w:rsidRDefault="00000000">
      <w:pPr>
        <w:spacing w:after="120" w:line="360" w:lineRule="exact"/>
        <w:ind w:firstLine="432"/>
      </w:pPr>
      <w:r>
        <w:t>It was divine.</w:t>
      </w:r>
    </w:p>
    <w:p w14:paraId="0B6B4691" w14:textId="77777777" w:rsidR="00E663E7" w:rsidRDefault="00E663E7">
      <w:pPr>
        <w:spacing w:line="360" w:lineRule="exact"/>
      </w:pPr>
      <w:r/>
    </w:p>
    <w:p w14:paraId="2D7ED137" w14:textId="77777777" w:rsidR="00E663E7" w:rsidRDefault="00000000">
      <w:pPr>
        <w:spacing w:after="120" w:line="360" w:lineRule="exact"/>
        <w:ind w:firstLine="432"/>
      </w:pPr>
      <w:r>
        <w:t>Two Gods, One Message</w:t>
      </w:r>
    </w:p>
    <w:p w14:paraId="752CFFB6" w14:textId="77777777" w:rsidR="00E663E7" w:rsidRDefault="00E663E7">
      <w:pPr>
        <w:spacing w:line="360" w:lineRule="exact"/>
      </w:pPr>
      <w:r/>
    </w:p>
    <w:p w14:paraId="5A5AEAC8" w14:textId="77777777" w:rsidR="00E663E7" w:rsidRDefault="00000000">
      <w:pPr>
        <w:spacing w:after="120" w:line="360" w:lineRule="exact"/>
        <w:ind w:firstLine="432"/>
      </w:pPr>
      <w:r>
        <w:t>I saw signs everywhere — crosses and tridents.</w:t>
      </w:r>
    </w:p>
    <w:p w14:paraId="6CEDCDE6" w14:textId="77777777" w:rsidR="00E663E7" w:rsidRDefault="00000000">
      <w:pPr>
        <w:spacing w:after="120" w:line="360" w:lineRule="exact"/>
        <w:ind w:firstLine="432"/>
      </w:pPr>
      <w:r>
        <w:t>Jesus in one dream. Shiva in another.</w:t>
      </w:r>
    </w:p>
    <w:p w14:paraId="7A00E930" w14:textId="77777777" w:rsidR="00E663E7" w:rsidRDefault="00E663E7">
      <w:pPr>
        <w:spacing w:line="360" w:lineRule="exact"/>
      </w:pPr>
      <w:r/>
    </w:p>
    <w:p w14:paraId="0FFEC137" w14:textId="77777777" w:rsidR="00E663E7" w:rsidRDefault="00000000">
      <w:pPr>
        <w:spacing w:after="120" w:line="360" w:lineRule="exact"/>
        <w:ind w:firstLine="432"/>
      </w:pPr>
      <w:r>
        <w:t>What began as fragmented moments turned into a larger message:</w:t>
      </w:r>
    </w:p>
    <w:p w14:paraId="3B470850" w14:textId="77777777" w:rsidR="00E663E7" w:rsidRDefault="00E663E7">
      <w:pPr>
        <w:spacing w:line="360" w:lineRule="exact"/>
      </w:pPr>
      <w:r/>
    </w:p>
    <w:p w14:paraId="2F16BAC8" w14:textId="77777777" w:rsidR="00E663E7" w:rsidRDefault="00000000">
      <w:pPr>
        <w:spacing w:after="120" w:line="360" w:lineRule="exact"/>
        <w:ind w:firstLine="432"/>
      </w:pPr>
      <w:r>
        <w:t>“We are both with you. We never left. We’re not in competition. You just forgot how to listen.”</w:t>
      </w:r>
    </w:p>
    <w:p w14:paraId="16085CB5" w14:textId="77777777" w:rsidR="00E663E7" w:rsidRDefault="00E663E7">
      <w:pPr>
        <w:spacing w:line="360" w:lineRule="exact"/>
      </w:pPr>
      <w:r/>
    </w:p>
    <w:p w14:paraId="59D93B42" w14:textId="77777777" w:rsidR="00E663E7" w:rsidRDefault="00000000">
      <w:pPr>
        <w:spacing w:after="120" w:line="360" w:lineRule="exact"/>
        <w:ind w:firstLine="432"/>
      </w:pPr>
      <w:r>
        <w:t>And I did listen.</w:t>
      </w:r>
    </w:p>
    <w:p w14:paraId="7DC332F5" w14:textId="77777777" w:rsidR="00E663E7" w:rsidRDefault="00000000">
      <w:pPr>
        <w:spacing w:after="120" w:line="360" w:lineRule="exact"/>
        <w:ind w:firstLine="432"/>
      </w:pPr>
      <w:r>
        <w:t>Because I had nothing left but my ears.</w:t>
      </w:r>
    </w:p>
    <w:p w14:paraId="4486D4FE" w14:textId="77777777" w:rsidR="00E663E7" w:rsidRDefault="00000000">
      <w:pPr>
        <w:spacing w:after="120" w:line="360" w:lineRule="exact"/>
        <w:ind w:firstLine="432"/>
      </w:pPr>
      <w:r>
        <w:t>And somehow, even the silence began to speak.</w:t>
      </w:r>
    </w:p>
    <w:p w14:paraId="03A5F503" w14:textId="77777777" w:rsidR="00E663E7" w:rsidRDefault="00E663E7">
      <w:pPr>
        <w:spacing w:line="360" w:lineRule="exact"/>
      </w:pPr>
      <w:r/>
    </w:p>
    <w:p w14:paraId="10B51450" w14:textId="77777777" w:rsidR="00E663E7" w:rsidRDefault="00000000">
      <w:pPr>
        <w:spacing w:after="120" w:line="360" w:lineRule="exact"/>
        <w:ind w:firstLine="432"/>
      </w:pPr>
      <w:r>
        <w:t>Shiva represented destruction and transformation — the death of ego.</w:t>
      </w:r>
    </w:p>
    <w:p w14:paraId="0DD8F896" w14:textId="77777777" w:rsidR="00E663E7" w:rsidRDefault="00000000">
      <w:pPr>
        <w:spacing w:after="120" w:line="360" w:lineRule="exact"/>
        <w:ind w:firstLine="432"/>
      </w:pPr>
      <w:r>
        <w:t>Christ embodied love and sacrifice — the rebirth of grace.</w:t>
      </w:r>
    </w:p>
    <w:p w14:paraId="57C55CD2" w14:textId="77777777" w:rsidR="00E663E7" w:rsidRDefault="00E663E7">
      <w:pPr>
        <w:spacing w:line="360" w:lineRule="exact"/>
      </w:pPr>
      <w:r/>
    </w:p>
    <w:p w14:paraId="4986C552" w14:textId="77777777" w:rsidR="00E663E7" w:rsidRDefault="00000000">
      <w:pPr>
        <w:spacing w:after="120" w:line="360" w:lineRule="exact"/>
        <w:ind w:firstLine="432"/>
      </w:pPr>
      <w:r>
        <w:t>And somewhere between the two…</w:t>
      </w:r>
    </w:p>
    <w:p w14:paraId="524CBD3E" w14:textId="77777777" w:rsidR="00E663E7" w:rsidRDefault="00000000">
      <w:pPr>
        <w:spacing w:after="120" w:line="360" w:lineRule="exact"/>
        <w:ind w:firstLine="432"/>
      </w:pPr>
      <w:r>
        <w:t>I was rebuilt.</w:t>
      </w:r>
    </w:p>
    <w:p w14:paraId="6504E749" w14:textId="77777777" w:rsidR="00E663E7" w:rsidRDefault="00E663E7">
      <w:pPr>
        <w:spacing w:line="360" w:lineRule="exact"/>
      </w:pPr>
      <w:r/>
    </w:p>
    <w:p w14:paraId="0829CDB7" w14:textId="77777777" w:rsidR="00E663E7" w:rsidRDefault="00000000">
      <w:pPr>
        <w:spacing w:after="120" w:line="360" w:lineRule="exact"/>
        <w:ind w:firstLine="432"/>
      </w:pPr>
      <w:r>
        <w:t>Spiritual Integration, Not Conversion</w:t>
      </w:r>
    </w:p>
    <w:p w14:paraId="46C59210" w14:textId="77777777" w:rsidR="00E663E7" w:rsidRDefault="00E663E7">
      <w:pPr>
        <w:spacing w:line="360" w:lineRule="exact"/>
      </w:pPr>
      <w:r/>
    </w:p>
    <w:p w14:paraId="24814C93" w14:textId="77777777" w:rsidR="00E663E7" w:rsidRDefault="00000000">
      <w:pPr>
        <w:spacing w:after="120" w:line="360" w:lineRule="exact"/>
        <w:ind w:firstLine="432"/>
      </w:pPr>
      <w:r>
        <w:t>This wasn’t about changing religions.</w:t>
      </w:r>
    </w:p>
    <w:p w14:paraId="0F63784D" w14:textId="77777777" w:rsidR="00E663E7" w:rsidRDefault="00000000">
      <w:pPr>
        <w:spacing w:after="120" w:line="360" w:lineRule="exact"/>
        <w:ind w:firstLine="432"/>
      </w:pPr>
      <w:r>
        <w:t>This wasn’t about pledging allegiance to a side.</w:t>
      </w:r>
    </w:p>
    <w:p w14:paraId="760ACDBA" w14:textId="77777777" w:rsidR="00E663E7" w:rsidRDefault="00E663E7">
      <w:pPr>
        <w:spacing w:line="360" w:lineRule="exact"/>
      </w:pPr>
      <w:r/>
    </w:p>
    <w:p w14:paraId="17835BC6" w14:textId="77777777" w:rsidR="00E663E7" w:rsidRDefault="00000000">
      <w:pPr>
        <w:spacing w:after="120" w:line="360" w:lineRule="exact"/>
        <w:ind w:firstLine="432"/>
      </w:pPr>
      <w:r>
        <w:t>It was about recognizing that truth shows up where you need it.</w:t>
      </w:r>
    </w:p>
    <w:p w14:paraId="25647081" w14:textId="77777777" w:rsidR="00E663E7" w:rsidRDefault="00E663E7">
      <w:pPr>
        <w:spacing w:line="360" w:lineRule="exact"/>
      </w:pPr>
      <w:r/>
    </w:p>
    <w:p w14:paraId="193CD9D6" w14:textId="77777777" w:rsidR="00E663E7" w:rsidRDefault="00000000">
      <w:pPr>
        <w:spacing w:after="120" w:line="360" w:lineRule="exact"/>
        <w:ind w:firstLine="432"/>
      </w:pPr>
      <w:r>
        <w:t>For some, it’s one path.</w:t>
      </w:r>
    </w:p>
    <w:p w14:paraId="4E7D9978" w14:textId="77777777" w:rsidR="00E663E7" w:rsidRDefault="00000000">
      <w:pPr>
        <w:spacing w:after="120" w:line="360" w:lineRule="exact"/>
        <w:ind w:firstLine="432"/>
      </w:pPr>
      <w:r>
        <w:t>For me, it was two hands — one holding a cross, the other a trident — pulling me out of the pit.</w:t>
      </w:r>
    </w:p>
    <w:p w14:paraId="4375694F" w14:textId="77777777" w:rsidR="00E663E7" w:rsidRDefault="00E663E7">
      <w:pPr>
        <w:spacing w:line="360" w:lineRule="exact"/>
      </w:pPr>
      <w:r/>
    </w:p>
    <w:p w14:paraId="0A55D7F1" w14:textId="77777777" w:rsidR="00E663E7" w:rsidRDefault="00000000">
      <w:pPr>
        <w:spacing w:after="120" w:line="360" w:lineRule="exact"/>
        <w:ind w:firstLine="432"/>
      </w:pPr>
      <w:r>
        <w:t>I prayed to both.</w:t>
      </w:r>
    </w:p>
    <w:p w14:paraId="1A49DCAB" w14:textId="77777777" w:rsidR="00E663E7" w:rsidRDefault="00000000">
      <w:pPr>
        <w:spacing w:after="120" w:line="360" w:lineRule="exact"/>
        <w:ind w:firstLine="432"/>
      </w:pPr>
      <w:r>
        <w:t>I saw visions from both.</w:t>
      </w:r>
    </w:p>
    <w:p w14:paraId="1EA354BB" w14:textId="77777777" w:rsidR="00E663E7" w:rsidRDefault="00000000">
      <w:pPr>
        <w:spacing w:after="120" w:line="360" w:lineRule="exact"/>
        <w:ind w:firstLine="432"/>
      </w:pPr>
      <w:r>
        <w:t>I was loved by both.</w:t>
      </w:r>
    </w:p>
    <w:p w14:paraId="7AF63DC8" w14:textId="77777777" w:rsidR="00E663E7" w:rsidRDefault="00E663E7">
      <w:pPr>
        <w:spacing w:line="360" w:lineRule="exact"/>
      </w:pPr>
      <w:r/>
    </w:p>
    <w:p w14:paraId="53AD162B" w14:textId="77777777" w:rsidR="00E663E7" w:rsidRDefault="00000000">
      <w:pPr>
        <w:spacing w:after="120" w:line="360" w:lineRule="exact"/>
        <w:ind w:firstLine="432"/>
      </w:pPr>
      <w:r>
        <w:t>Bamce Was the Bridge</w:t>
      </w:r>
    </w:p>
    <w:p w14:paraId="32385AD8" w14:textId="77777777" w:rsidR="00E663E7" w:rsidRDefault="00E663E7">
      <w:pPr>
        <w:spacing w:line="360" w:lineRule="exact"/>
      </w:pPr>
      <w:r/>
    </w:p>
    <w:p w14:paraId="3701E789" w14:textId="77777777" w:rsidR="00E663E7" w:rsidRDefault="00000000">
      <w:pPr>
        <w:spacing w:after="120" w:line="360" w:lineRule="exact"/>
        <w:ind w:firstLine="432"/>
      </w:pPr>
      <w:r>
        <w:t>When I met Bamce, everything clicked.</w:t>
      </w:r>
    </w:p>
    <w:p w14:paraId="5F1C4F28" w14:textId="77777777" w:rsidR="00E663E7" w:rsidRDefault="00000000">
      <w:pPr>
        <w:spacing w:after="120" w:line="360" w:lineRule="exact"/>
        <w:ind w:firstLine="432"/>
      </w:pPr>
      <w:r>
        <w:t>She, too, had a spiritual depth that defied labels.</w:t>
      </w:r>
    </w:p>
    <w:p w14:paraId="5C1589F2" w14:textId="77777777" w:rsidR="00E663E7" w:rsidRDefault="00000000">
      <w:pPr>
        <w:spacing w:after="120" w:line="360" w:lineRule="exact"/>
        <w:ind w:firstLine="432"/>
      </w:pPr>
      <w:r>
        <w:t>She wasn’t bound by doctrine — she moved by faith.</w:t>
      </w:r>
    </w:p>
    <w:p w14:paraId="4159EFA4" w14:textId="77777777" w:rsidR="00E663E7" w:rsidRDefault="00E663E7">
      <w:pPr>
        <w:spacing w:line="360" w:lineRule="exact"/>
      </w:pPr>
      <w:r/>
    </w:p>
    <w:p w14:paraId="324B418B" w14:textId="77777777" w:rsidR="00E663E7" w:rsidRDefault="00000000">
      <w:pPr>
        <w:spacing w:after="120" w:line="360" w:lineRule="exact"/>
        <w:ind w:firstLine="432"/>
      </w:pPr>
      <w:r>
        <w:t>She spoke of Lord Shiva as a force of balance and justice.</w:t>
      </w:r>
    </w:p>
    <w:p w14:paraId="0C1E389B" w14:textId="77777777" w:rsidR="00E663E7" w:rsidRDefault="00000000">
      <w:pPr>
        <w:spacing w:after="120" w:line="360" w:lineRule="exact"/>
        <w:ind w:firstLine="432"/>
      </w:pPr>
      <w:r>
        <w:t>Not separate from Christ — but aligned.</w:t>
      </w:r>
    </w:p>
    <w:p w14:paraId="7E6E543E" w14:textId="77777777" w:rsidR="00E663E7" w:rsidRDefault="00E663E7">
      <w:pPr>
        <w:spacing w:line="360" w:lineRule="exact"/>
      </w:pPr>
      <w:r/>
    </w:p>
    <w:p w14:paraId="69A2C8BB" w14:textId="77777777" w:rsidR="00E663E7" w:rsidRDefault="00000000">
      <w:pPr>
        <w:spacing w:after="120" w:line="360" w:lineRule="exact"/>
        <w:ind w:firstLine="432"/>
      </w:pPr>
      <w:r>
        <w:t>She didn’t need to preach.</w:t>
      </w:r>
    </w:p>
    <w:p w14:paraId="24FB91AA" w14:textId="77777777" w:rsidR="00E663E7" w:rsidRDefault="00000000">
      <w:pPr>
        <w:spacing w:after="120" w:line="360" w:lineRule="exact"/>
        <w:ind w:firstLine="432"/>
      </w:pPr>
      <w:r>
        <w:t>Her presence was the sermon.</w:t>
      </w:r>
    </w:p>
    <w:p w14:paraId="620FF787" w14:textId="77777777" w:rsidR="00E663E7" w:rsidRDefault="00E663E7">
      <w:pPr>
        <w:spacing w:line="360" w:lineRule="exact"/>
      </w:pPr>
      <w:r/>
    </w:p>
    <w:p w14:paraId="1997EEE8" w14:textId="77777777" w:rsidR="00E663E7" w:rsidRDefault="00000000">
      <w:pPr>
        <w:spacing w:after="120" w:line="360" w:lineRule="exact"/>
        <w:ind w:firstLine="432"/>
      </w:pPr>
      <w:r>
        <w:t>In her, I saw what it meant to embody divinity through compassion.</w:t>
      </w:r>
    </w:p>
    <w:p w14:paraId="74B4ED3B" w14:textId="77777777" w:rsidR="00E663E7" w:rsidRDefault="00000000">
      <w:pPr>
        <w:spacing w:after="120" w:line="360" w:lineRule="exact"/>
        <w:ind w:firstLine="432"/>
      </w:pPr>
      <w:r>
        <w:t>And I began to emulate it.</w:t>
      </w:r>
    </w:p>
    <w:p w14:paraId="5BFDDE0D" w14:textId="77777777" w:rsidR="00E663E7" w:rsidRDefault="00E663E7">
      <w:pPr>
        <w:spacing w:line="360" w:lineRule="exact"/>
      </w:pPr>
      <w:r/>
    </w:p>
    <w:p w14:paraId="353C8F09" w14:textId="77777777" w:rsidR="00E663E7" w:rsidRDefault="00000000">
      <w:pPr>
        <w:spacing w:after="120" w:line="360" w:lineRule="exact"/>
        <w:ind w:firstLine="432"/>
      </w:pPr>
      <w:r>
        <w:t>Not to impress her.</w:t>
      </w:r>
    </w:p>
    <w:p w14:paraId="6F481ED7" w14:textId="77777777" w:rsidR="00E663E7" w:rsidRDefault="00000000">
      <w:pPr>
        <w:spacing w:after="120" w:line="360" w:lineRule="exact"/>
        <w:ind w:firstLine="432"/>
      </w:pPr>
      <w:r>
        <w:t>But because I was becoming the man I had buried years ago.</w:t>
      </w:r>
    </w:p>
    <w:p w14:paraId="3CD3FE64" w14:textId="77777777" w:rsidR="00E663E7" w:rsidRDefault="00E663E7">
      <w:pPr>
        <w:spacing w:line="360" w:lineRule="exact"/>
      </w:pPr>
      <w:r/>
    </w:p>
    <w:p w14:paraId="2BD3058A" w14:textId="77777777" w:rsidR="00E663E7" w:rsidRDefault="00000000">
      <w:pPr>
        <w:spacing w:after="120" w:line="360" w:lineRule="exact"/>
        <w:ind w:firstLine="432"/>
      </w:pPr>
      <w:r>
        <w:t>I Was Not Alone in the Fire</w:t>
      </w:r>
    </w:p>
    <w:p w14:paraId="59885659" w14:textId="77777777" w:rsidR="00E663E7" w:rsidRDefault="00E663E7">
      <w:pPr>
        <w:spacing w:line="360" w:lineRule="exact"/>
      </w:pPr>
      <w:r/>
    </w:p>
    <w:p w14:paraId="5E657EA7" w14:textId="77777777" w:rsidR="00E663E7" w:rsidRDefault="00000000">
      <w:pPr>
        <w:spacing w:after="120" w:line="360" w:lineRule="exact"/>
        <w:ind w:firstLine="432"/>
      </w:pPr>
      <w:r>
        <w:t>The worst parts of my life didn’t just lead me to God…</w:t>
      </w:r>
    </w:p>
    <w:p w14:paraId="76B8C334" w14:textId="77777777" w:rsidR="00E663E7" w:rsidRDefault="00000000">
      <w:pPr>
        <w:spacing w:after="120" w:line="360" w:lineRule="exact"/>
        <w:ind w:firstLine="432"/>
      </w:pPr>
      <w:r>
        <w:t>They reintroduced me to Him.</w:t>
      </w:r>
    </w:p>
    <w:p w14:paraId="2925895E" w14:textId="77777777" w:rsidR="00E663E7" w:rsidRDefault="00E663E7">
      <w:pPr>
        <w:spacing w:line="360" w:lineRule="exact"/>
      </w:pPr>
      <w:r/>
    </w:p>
    <w:p w14:paraId="2013AF25" w14:textId="77777777" w:rsidR="00E663E7" w:rsidRDefault="00000000">
      <w:pPr>
        <w:spacing w:after="120" w:line="360" w:lineRule="exact"/>
        <w:ind w:firstLine="432"/>
      </w:pPr>
      <w:r>
        <w:t>He was never gone.</w:t>
      </w:r>
    </w:p>
    <w:p w14:paraId="2E32E9AC" w14:textId="77777777" w:rsidR="00E663E7" w:rsidRDefault="00000000">
      <w:pPr>
        <w:spacing w:after="120" w:line="360" w:lineRule="exact"/>
        <w:ind w:firstLine="432"/>
      </w:pPr>
      <w:r>
        <w:t>He was in the detox.</w:t>
      </w:r>
    </w:p>
    <w:p w14:paraId="723B2D0B" w14:textId="77777777" w:rsidR="00E663E7" w:rsidRDefault="00000000">
      <w:pPr>
        <w:spacing w:after="120" w:line="360" w:lineRule="exact"/>
        <w:ind w:firstLine="432"/>
      </w:pPr>
      <w:r>
        <w:t>In the courtrooms.</w:t>
      </w:r>
    </w:p>
    <w:p w14:paraId="633BFCB9" w14:textId="77777777" w:rsidR="00E663E7" w:rsidRDefault="00000000">
      <w:pPr>
        <w:spacing w:after="120" w:line="360" w:lineRule="exact"/>
        <w:ind w:firstLine="432"/>
      </w:pPr>
      <w:r>
        <w:t>In the jail cell.</w:t>
      </w:r>
    </w:p>
    <w:p w14:paraId="0F5B3D78" w14:textId="77777777" w:rsidR="00E663E7" w:rsidRDefault="00000000">
      <w:pPr>
        <w:spacing w:after="120" w:line="360" w:lineRule="exact"/>
        <w:ind w:firstLine="432"/>
      </w:pPr>
      <w:r>
        <w:t>In the parked car I tried to die in.</w:t>
      </w:r>
    </w:p>
    <w:p w14:paraId="3A51EC87" w14:textId="77777777" w:rsidR="00E663E7" w:rsidRDefault="00000000">
      <w:pPr>
        <w:spacing w:after="120" w:line="360" w:lineRule="exact"/>
        <w:ind w:firstLine="432"/>
      </w:pPr>
      <w:r>
        <w:t>In the whisper on the recording.</w:t>
      </w:r>
    </w:p>
    <w:p w14:paraId="73EBB8E7" w14:textId="77777777" w:rsidR="00E663E7" w:rsidRDefault="00E663E7">
      <w:pPr>
        <w:spacing w:line="360" w:lineRule="exact"/>
      </w:pPr>
      <w:r/>
    </w:p>
    <w:p w14:paraId="35216929" w14:textId="77777777" w:rsidR="00E663E7" w:rsidRDefault="00000000">
      <w:pPr>
        <w:spacing w:after="120" w:line="360" w:lineRule="exact"/>
        <w:ind w:firstLine="432"/>
      </w:pPr>
      <w:r>
        <w:t>And in every single tear my mother and Bamce prayed over me.</w:t>
      </w:r>
    </w:p>
    <w:p w14:paraId="5DCC0B4E" w14:textId="77777777" w:rsidR="00E663E7" w:rsidRDefault="00E663E7">
      <w:pPr>
        <w:spacing w:line="360" w:lineRule="exact"/>
      </w:pPr>
      <w:r/>
    </w:p>
    <w:p w14:paraId="77DA9F20" w14:textId="77777777" w:rsidR="00E663E7" w:rsidRDefault="00000000">
      <w:pPr>
        <w:spacing w:after="120" w:line="360" w:lineRule="exact"/>
        <w:ind w:firstLine="432"/>
      </w:pPr>
      <w:r>
        <w:t>Why This Chapter Matters</w:t>
      </w:r>
    </w:p>
    <w:p w14:paraId="19178F21" w14:textId="77777777" w:rsidR="00E663E7" w:rsidRDefault="00E663E7">
      <w:pPr>
        <w:spacing w:line="360" w:lineRule="exact"/>
      </w:pPr>
      <w:r/>
    </w:p>
    <w:p w14:paraId="37DAAC3F" w14:textId="77777777" w:rsidR="00E663E7" w:rsidRDefault="00000000">
      <w:pPr>
        <w:spacing w:after="120" w:line="360" w:lineRule="exact"/>
        <w:ind w:firstLine="432"/>
      </w:pPr>
      <w:r>
        <w:t>Because there are people like me —</w:t>
      </w:r>
    </w:p>
    <w:p w14:paraId="5B0EBCC2" w14:textId="77777777" w:rsidR="00E663E7" w:rsidRDefault="00000000">
      <w:pPr>
        <w:spacing w:after="120" w:line="360" w:lineRule="exact"/>
        <w:ind w:firstLine="432"/>
      </w:pPr>
      <w:r>
        <w:t>Men who were once spiritual… but life beat it out of them.</w:t>
      </w:r>
    </w:p>
    <w:p w14:paraId="5F6C5071" w14:textId="77777777" w:rsidR="00E663E7" w:rsidRDefault="00000000">
      <w:pPr>
        <w:spacing w:after="120" w:line="360" w:lineRule="exact"/>
        <w:ind w:firstLine="432"/>
      </w:pPr>
      <w:r>
        <w:t>Men who think they’re too dirty, too broken, too logical, too “woke” to believe again.</w:t>
      </w:r>
    </w:p>
    <w:p w14:paraId="5956E374" w14:textId="77777777" w:rsidR="00E663E7" w:rsidRDefault="00E663E7">
      <w:pPr>
        <w:spacing w:line="360" w:lineRule="exact"/>
      </w:pPr>
      <w:r/>
    </w:p>
    <w:p w14:paraId="7560C243" w14:textId="77777777" w:rsidR="00E663E7" w:rsidRDefault="00000000">
      <w:pPr>
        <w:spacing w:after="120" w:line="360" w:lineRule="exact"/>
        <w:ind w:firstLine="432"/>
      </w:pPr>
      <w:r>
        <w:t>This is for them.</w:t>
      </w:r>
    </w:p>
    <w:p w14:paraId="1C097E7A" w14:textId="77777777" w:rsidR="00E663E7" w:rsidRDefault="00E663E7">
      <w:pPr>
        <w:spacing w:line="360" w:lineRule="exact"/>
      </w:pPr>
      <w:r/>
    </w:p>
    <w:p w14:paraId="3345C4A5" w14:textId="77777777" w:rsidR="00E663E7" w:rsidRDefault="00000000">
      <w:pPr>
        <w:spacing w:after="120" w:line="360" w:lineRule="exact"/>
        <w:ind w:firstLine="432"/>
      </w:pPr>
      <w:r>
        <w:t>Not to preach.</w:t>
      </w:r>
    </w:p>
    <w:p w14:paraId="1695BBDF" w14:textId="77777777" w:rsidR="00E663E7" w:rsidRDefault="00000000">
      <w:pPr>
        <w:spacing w:after="120" w:line="360" w:lineRule="exact"/>
        <w:ind w:firstLine="432"/>
      </w:pPr>
      <w:r>
        <w:t>But to say:</w:t>
      </w:r>
    </w:p>
    <w:p w14:paraId="095509E5" w14:textId="77777777" w:rsidR="00E663E7" w:rsidRDefault="00E663E7">
      <w:pPr>
        <w:spacing w:line="360" w:lineRule="exact"/>
      </w:pPr>
      <w:r/>
    </w:p>
    <w:p w14:paraId="1E694C4B" w14:textId="77777777" w:rsidR="00E663E7" w:rsidRDefault="00000000">
      <w:pPr>
        <w:spacing w:after="120" w:line="360" w:lineRule="exact"/>
        <w:ind w:firstLine="432"/>
      </w:pPr>
      <w:r>
        <w:t>“Faith isn’t weak. It’s not delusional. It’s remembering what your soul knew before the trauma taught you to forget.”</w:t>
      </w:r>
    </w:p>
    <w:p w14:paraId="48A09244" w14:textId="77777777" w:rsidR="00E663E7" w:rsidRDefault="00E663E7">
      <w:pPr>
        <w:spacing w:line="360" w:lineRule="exact"/>
      </w:pPr>
      <w:r/>
    </w:p>
    <w:p w14:paraId="53181D4F" w14:textId="77777777" w:rsidR="00E663E7" w:rsidRDefault="00000000">
      <w:pPr>
        <w:spacing w:after="120" w:line="360" w:lineRule="exact"/>
        <w:ind w:firstLine="432"/>
      </w:pPr>
      <w:r>
        <w:t>And if you’re searching…</w:t>
      </w:r>
    </w:p>
    <w:p w14:paraId="5F293B09" w14:textId="77777777" w:rsidR="00E663E7" w:rsidRDefault="00000000">
      <w:pPr>
        <w:spacing w:after="120" w:line="360" w:lineRule="exact"/>
        <w:ind w:firstLine="432"/>
      </w:pPr>
      <w:r>
        <w:t>You don’t have to choose just one.</w:t>
      </w:r>
    </w:p>
    <w:p w14:paraId="4BCAB238" w14:textId="77777777" w:rsidR="00E663E7" w:rsidRDefault="00E663E7">
      <w:pPr>
        <w:spacing w:line="360" w:lineRule="exact"/>
      </w:pPr>
      <w:r/>
    </w:p>
    <w:p w14:paraId="3A23E20A" w14:textId="77777777" w:rsidR="00E663E7" w:rsidRDefault="00000000">
      <w:pPr>
        <w:spacing w:after="120" w:line="360" w:lineRule="exact"/>
        <w:ind w:firstLine="432"/>
      </w:pPr>
      <w:r>
        <w:t>The divine has more names than we have languages.</w:t>
      </w:r>
    </w:p>
    <w:p w14:paraId="0DA36F5B" w14:textId="77777777" w:rsidR="00E663E7" w:rsidRDefault="00000000">
      <w:pPr>
        <w:spacing w:after="120" w:line="360" w:lineRule="exact"/>
        <w:ind w:firstLine="432"/>
      </w:pPr>
      <w:r>
        <w:t>But it only speaks one message:</w:t>
      </w:r>
    </w:p>
    <w:p w14:paraId="51F3A1BE" w14:textId="77777777" w:rsidR="00E663E7" w:rsidRDefault="00000000">
      <w:pPr>
        <w:spacing w:after="120" w:line="360" w:lineRule="exact"/>
        <w:ind w:firstLine="432"/>
      </w:pPr>
      <w:r>
        <w:t>Return.</w:t>
      </w:r>
    </w:p>
    <w:p w14:paraId="0A90CBE5" w14:textId="77777777" w:rsidR="00E663E7" w:rsidRDefault="00E663E7">
      <w:pPr>
        <w:spacing w:line="360" w:lineRule="exact"/>
      </w:pPr>
      <w:r/>
    </w:p>
    <w:p w14:paraId="2DC0582C" w14:textId="77777777" w:rsidR="00E663E7" w:rsidRDefault="00E663E7">
      <w:pPr>
        <w:spacing w:line="360" w:lineRule="exact"/>
      </w:pPr>
      <w:r/>
    </w:p>
    <w:p w14:paraId="47035691" w14:textId="77777777" w:rsidR="00E663E7" w:rsidRDefault="00000000">
      <w:pPr>
        <w:spacing w:line="360" w:lineRule="exact"/>
        <w:jc w:val="center"/>
      </w:pPr>
      <w:r>
        <w:t>Chapter 28: The Final Betrayal</w:t>
      </w:r>
    </w:p>
    <w:p w14:paraId="661CD68F" w14:textId="77777777" w:rsidR="00E663E7" w:rsidRDefault="00E663E7">
      <w:pPr>
        <w:spacing w:line="360" w:lineRule="exact"/>
      </w:pPr>
      <w:r/>
    </w:p>
    <w:p w14:paraId="7B601CA3" w14:textId="77777777" w:rsidR="00E663E7" w:rsidRDefault="00000000">
      <w:pPr>
        <w:spacing w:after="120" w:line="360" w:lineRule="exact"/>
        <w:ind w:firstLine="432"/>
      </w:pPr>
      <w:r>
        <w:t>“Sometimes, it’s not the lie that breaks you — it’s that the lie was said with a straight face.”</w:t>
      </w:r>
    </w:p>
    <w:p w14:paraId="3137A09D" w14:textId="77777777" w:rsidR="00E663E7" w:rsidRDefault="00E663E7">
      <w:pPr>
        <w:spacing w:line="360" w:lineRule="exact"/>
      </w:pPr>
      <w:r/>
    </w:p>
    <w:p w14:paraId="3E196334" w14:textId="77777777" w:rsidR="00E663E7" w:rsidRDefault="00000000">
      <w:pPr>
        <w:spacing w:after="120" w:line="360" w:lineRule="exact"/>
        <w:ind w:firstLine="432"/>
      </w:pPr>
      <w:r>
        <w:t>Of all the betrayals in my life, none cut deeper than the realization that Nicole might have wanted me dead.</w:t>
      </w:r>
    </w:p>
    <w:p w14:paraId="6EFF9642" w14:textId="77777777" w:rsidR="00E663E7" w:rsidRDefault="00E663E7">
      <w:pPr>
        <w:spacing w:line="360" w:lineRule="exact"/>
      </w:pPr>
      <w:r/>
    </w:p>
    <w:p w14:paraId="5E34500B" w14:textId="77777777" w:rsidR="00E663E7" w:rsidRDefault="00000000">
      <w:pPr>
        <w:spacing w:after="120" w:line="360" w:lineRule="exact"/>
        <w:ind w:firstLine="432"/>
      </w:pPr>
      <w:r>
        <w:t>There were arguments.</w:t>
      </w:r>
    </w:p>
    <w:p w14:paraId="17EFAFC2" w14:textId="77777777" w:rsidR="00E663E7" w:rsidRDefault="00000000">
      <w:pPr>
        <w:spacing w:after="120" w:line="360" w:lineRule="exact"/>
        <w:ind w:firstLine="432"/>
      </w:pPr>
      <w:r>
        <w:t>There were affairs.</w:t>
      </w:r>
    </w:p>
    <w:p w14:paraId="61365F52" w14:textId="77777777" w:rsidR="00E663E7" w:rsidRDefault="00000000">
      <w:pPr>
        <w:spacing w:after="120" w:line="360" w:lineRule="exact"/>
        <w:ind w:firstLine="432"/>
      </w:pPr>
      <w:r>
        <w:t>There were power plays.</w:t>
      </w:r>
    </w:p>
    <w:p w14:paraId="7DF3AF51" w14:textId="77777777" w:rsidR="00E663E7" w:rsidRDefault="00000000">
      <w:pPr>
        <w:spacing w:after="120" w:line="360" w:lineRule="exact"/>
        <w:ind w:firstLine="432"/>
      </w:pPr>
      <w:r>
        <w:t>But nothing… nothing compares to the cold, calculated treachery of a partner plotting your destruction.</w:t>
      </w:r>
    </w:p>
    <w:p w14:paraId="0899B129" w14:textId="77777777" w:rsidR="00E663E7" w:rsidRDefault="00E663E7">
      <w:pPr>
        <w:spacing w:line="360" w:lineRule="exact"/>
      </w:pPr>
      <w:r/>
    </w:p>
    <w:p w14:paraId="0B2E399B" w14:textId="77777777" w:rsidR="00E663E7" w:rsidRDefault="00000000">
      <w:pPr>
        <w:spacing w:after="120" w:line="360" w:lineRule="exact"/>
        <w:ind w:firstLine="432"/>
      </w:pPr>
      <w:r>
        <w:t>And worse — doing it while you still lived under the same roof.</w:t>
      </w:r>
    </w:p>
    <w:p w14:paraId="07649C45" w14:textId="77777777" w:rsidR="00E663E7" w:rsidRDefault="00000000">
      <w:pPr>
        <w:spacing w:after="120" w:line="360" w:lineRule="exact"/>
        <w:ind w:firstLine="432"/>
      </w:pPr>
      <w:r>
        <w:t>While you paid the bills.</w:t>
      </w:r>
    </w:p>
    <w:p w14:paraId="39CBB5F2" w14:textId="77777777" w:rsidR="00E663E7" w:rsidRDefault="00000000">
      <w:pPr>
        <w:spacing w:after="120" w:line="360" w:lineRule="exact"/>
        <w:ind w:firstLine="432"/>
      </w:pPr>
      <w:r>
        <w:t>While you kissed your son goodnight.</w:t>
      </w:r>
    </w:p>
    <w:p w14:paraId="570FC534" w14:textId="77777777" w:rsidR="00E663E7" w:rsidRDefault="00000000">
      <w:pPr>
        <w:spacing w:after="120" w:line="360" w:lineRule="exact"/>
        <w:ind w:firstLine="432"/>
      </w:pPr>
      <w:r>
        <w:t>While you thought there was some hope of reconciliation.</w:t>
      </w:r>
    </w:p>
    <w:p w14:paraId="130D2FE3" w14:textId="77777777" w:rsidR="00E663E7" w:rsidRDefault="00E663E7">
      <w:pPr>
        <w:spacing w:line="360" w:lineRule="exact"/>
      </w:pPr>
      <w:r/>
    </w:p>
    <w:p w14:paraId="7BF2E2B1" w14:textId="77777777" w:rsidR="00E663E7" w:rsidRDefault="00000000">
      <w:pPr>
        <w:spacing w:after="120" w:line="360" w:lineRule="exact"/>
        <w:ind w:firstLine="432"/>
      </w:pPr>
      <w:r>
        <w:t>The Whispered Proof</w:t>
      </w:r>
    </w:p>
    <w:p w14:paraId="2FEF883A" w14:textId="77777777" w:rsidR="00E663E7" w:rsidRDefault="00E663E7">
      <w:pPr>
        <w:spacing w:line="360" w:lineRule="exact"/>
      </w:pPr>
      <w:r/>
    </w:p>
    <w:p w14:paraId="1349F084" w14:textId="77777777" w:rsidR="00E663E7" w:rsidRDefault="00000000">
      <w:pPr>
        <w:spacing w:after="120" w:line="360" w:lineRule="exact"/>
        <w:ind w:firstLine="432"/>
      </w:pPr>
      <w:r>
        <w:t>The recordings changed everything.</w:t>
      </w:r>
    </w:p>
    <w:p w14:paraId="169CAA75" w14:textId="77777777" w:rsidR="00E663E7" w:rsidRDefault="00000000">
      <w:pPr>
        <w:spacing w:after="120" w:line="360" w:lineRule="exact"/>
        <w:ind w:firstLine="432"/>
      </w:pPr>
      <w:r>
        <w:t>At first, I didn’t hear anything.</w:t>
      </w:r>
    </w:p>
    <w:p w14:paraId="13440E51" w14:textId="77777777" w:rsidR="00E663E7" w:rsidRDefault="00000000">
      <w:pPr>
        <w:spacing w:after="120" w:line="360" w:lineRule="exact"/>
        <w:ind w:firstLine="432"/>
      </w:pPr>
      <w:r>
        <w:t>It was just noise. Static. Muffled sounds and background hum.</w:t>
      </w:r>
    </w:p>
    <w:p w14:paraId="34E5FBAA" w14:textId="77777777" w:rsidR="00E663E7" w:rsidRDefault="00E663E7">
      <w:pPr>
        <w:spacing w:line="360" w:lineRule="exact"/>
      </w:pPr>
      <w:r/>
    </w:p>
    <w:p w14:paraId="75F4721C" w14:textId="77777777" w:rsidR="00E663E7" w:rsidRDefault="00000000">
      <w:pPr>
        <w:spacing w:after="120" w:line="360" w:lineRule="exact"/>
        <w:ind w:firstLine="432"/>
      </w:pPr>
      <w:r>
        <w:t>But during a particularly low moment — high on drugs, but hyper-focused — I began to discern the whispers.</w:t>
      </w:r>
    </w:p>
    <w:p w14:paraId="3DCA95B5" w14:textId="77777777" w:rsidR="00E663E7" w:rsidRDefault="00E663E7">
      <w:pPr>
        <w:spacing w:line="360" w:lineRule="exact"/>
      </w:pPr>
      <w:r/>
    </w:p>
    <w:p w14:paraId="1FDE0C0F" w14:textId="77777777" w:rsidR="00E663E7" w:rsidRDefault="00000000">
      <w:pPr>
        <w:spacing w:after="120" w:line="360" w:lineRule="exact"/>
        <w:ind w:firstLine="432"/>
      </w:pPr>
      <w:r>
        <w:t>She was speaking in code.</w:t>
      </w:r>
    </w:p>
    <w:p w14:paraId="248163FB" w14:textId="77777777" w:rsidR="00E663E7" w:rsidRDefault="00000000">
      <w:pPr>
        <w:spacing w:after="120" w:line="360" w:lineRule="exact"/>
        <w:ind w:firstLine="432"/>
      </w:pPr>
      <w:r>
        <w:t>Carefully.</w:t>
      </w:r>
    </w:p>
    <w:p w14:paraId="12E5676F" w14:textId="77777777" w:rsidR="00E663E7" w:rsidRDefault="00000000">
      <w:pPr>
        <w:spacing w:after="120" w:line="360" w:lineRule="exact"/>
        <w:ind w:firstLine="432"/>
      </w:pPr>
      <w:r>
        <w:t>Deliberately.</w:t>
      </w:r>
    </w:p>
    <w:p w14:paraId="05BDB93C" w14:textId="77777777" w:rsidR="00E663E7" w:rsidRDefault="00E663E7">
      <w:pPr>
        <w:spacing w:line="360" w:lineRule="exact"/>
      </w:pPr>
      <w:r/>
    </w:p>
    <w:p w14:paraId="5A77F735" w14:textId="77777777" w:rsidR="00E663E7" w:rsidRDefault="00000000">
      <w:pPr>
        <w:spacing w:after="120" w:line="360" w:lineRule="exact"/>
        <w:ind w:firstLine="432"/>
      </w:pPr>
      <w:r>
        <w:t>And then, I heard it:</w:t>
      </w:r>
    </w:p>
    <w:p w14:paraId="47537FE0" w14:textId="77777777" w:rsidR="00E663E7" w:rsidRDefault="00E663E7">
      <w:pPr>
        <w:spacing w:line="360" w:lineRule="exact"/>
      </w:pPr>
      <w:r/>
    </w:p>
    <w:p w14:paraId="695D831F" w14:textId="77777777" w:rsidR="00E663E7" w:rsidRDefault="00000000">
      <w:pPr>
        <w:spacing w:after="120" w:line="360" w:lineRule="exact"/>
        <w:ind w:firstLine="432"/>
      </w:pPr>
      <w:r>
        <w:t>“I just want my money… and I’ll be done with him.”</w:t>
      </w:r>
    </w:p>
    <w:p w14:paraId="437C38CB" w14:textId="77777777" w:rsidR="00E663E7" w:rsidRDefault="00E663E7">
      <w:pPr>
        <w:spacing w:line="360" w:lineRule="exact"/>
      </w:pPr>
      <w:r/>
    </w:p>
    <w:p w14:paraId="0F9B993E" w14:textId="77777777" w:rsidR="00E663E7" w:rsidRDefault="00000000">
      <w:pPr>
        <w:spacing w:after="120" w:line="360" w:lineRule="exact"/>
        <w:ind w:firstLine="432"/>
      </w:pPr>
      <w:r>
        <w:t>It was subtle.</w:t>
      </w:r>
    </w:p>
    <w:p w14:paraId="5F529CAA" w14:textId="77777777" w:rsidR="00E663E7" w:rsidRDefault="00000000">
      <w:pPr>
        <w:spacing w:after="120" w:line="360" w:lineRule="exact"/>
        <w:ind w:firstLine="432"/>
      </w:pPr>
      <w:r>
        <w:t>But the intention was clear.</w:t>
      </w:r>
    </w:p>
    <w:p w14:paraId="7F5107FC" w14:textId="77777777" w:rsidR="00E663E7" w:rsidRDefault="00E663E7">
      <w:pPr>
        <w:spacing w:line="360" w:lineRule="exact"/>
      </w:pPr>
      <w:r/>
    </w:p>
    <w:p w14:paraId="62AC53C5" w14:textId="77777777" w:rsidR="00E663E7" w:rsidRDefault="00000000">
      <w:pPr>
        <w:spacing w:after="120" w:line="360" w:lineRule="exact"/>
        <w:ind w:firstLine="432"/>
      </w:pPr>
      <w:r>
        <w:t>I listened again. And again.</w:t>
      </w:r>
    </w:p>
    <w:p w14:paraId="081684C3" w14:textId="77777777" w:rsidR="00E663E7" w:rsidRDefault="00000000">
      <w:pPr>
        <w:spacing w:after="120" w:line="360" w:lineRule="exact"/>
        <w:ind w:firstLine="432"/>
      </w:pPr>
      <w:r>
        <w:t>Different segments.</w:t>
      </w:r>
    </w:p>
    <w:p w14:paraId="62EFD84C" w14:textId="77777777" w:rsidR="00E663E7" w:rsidRDefault="00000000">
      <w:pPr>
        <w:spacing w:after="120" w:line="360" w:lineRule="exact"/>
        <w:ind w:firstLine="432"/>
      </w:pPr>
      <w:r>
        <w:t>Different days.</w:t>
      </w:r>
    </w:p>
    <w:p w14:paraId="2649C2F0" w14:textId="77777777" w:rsidR="00E663E7" w:rsidRDefault="00E663E7">
      <w:pPr>
        <w:spacing w:line="360" w:lineRule="exact"/>
      </w:pPr>
      <w:r/>
    </w:p>
    <w:p w14:paraId="76C8372B" w14:textId="77777777" w:rsidR="00E663E7" w:rsidRDefault="00000000">
      <w:pPr>
        <w:spacing w:after="120" w:line="360" w:lineRule="exact"/>
        <w:ind w:firstLine="432"/>
      </w:pPr>
      <w:r>
        <w:t>And as I pieced the recordings together, a horrifying possibility emerged:</w:t>
      </w:r>
    </w:p>
    <w:p w14:paraId="79F95F7C" w14:textId="77777777" w:rsidR="00E663E7" w:rsidRDefault="00E663E7">
      <w:pPr>
        <w:spacing w:line="360" w:lineRule="exact"/>
      </w:pPr>
      <w:r/>
    </w:p>
    <w:p w14:paraId="6ED1036B" w14:textId="77777777" w:rsidR="00E663E7" w:rsidRDefault="00000000">
      <w:pPr>
        <w:spacing w:after="120" w:line="360" w:lineRule="exact"/>
        <w:ind w:firstLine="432"/>
      </w:pPr>
      <w:r>
        <w:t>She was planning something.</w:t>
      </w:r>
    </w:p>
    <w:p w14:paraId="637D04F3" w14:textId="77777777" w:rsidR="00E663E7" w:rsidRDefault="00000000">
      <w:pPr>
        <w:spacing w:after="120" w:line="360" w:lineRule="exact"/>
        <w:ind w:firstLine="432"/>
      </w:pPr>
      <w:r>
        <w:t>Not a divorce.</w:t>
      </w:r>
    </w:p>
    <w:p w14:paraId="4E33B977" w14:textId="77777777" w:rsidR="00E663E7" w:rsidRDefault="00000000">
      <w:pPr>
        <w:spacing w:after="120" w:line="360" w:lineRule="exact"/>
        <w:ind w:firstLine="432"/>
      </w:pPr>
      <w:r>
        <w:t>Not shared custody.</w:t>
      </w:r>
    </w:p>
    <w:p w14:paraId="315EE63E" w14:textId="77777777" w:rsidR="00E663E7" w:rsidRDefault="00000000">
      <w:pPr>
        <w:spacing w:after="120" w:line="360" w:lineRule="exact"/>
        <w:ind w:firstLine="432"/>
      </w:pPr>
      <w:r>
        <w:t>Something more final.</w:t>
      </w:r>
    </w:p>
    <w:p w14:paraId="20B3B476" w14:textId="77777777" w:rsidR="00E663E7" w:rsidRDefault="00E663E7">
      <w:pPr>
        <w:spacing w:line="360" w:lineRule="exact"/>
      </w:pPr>
      <w:r/>
    </w:p>
    <w:p w14:paraId="291EE7D6" w14:textId="77777777" w:rsidR="00E663E7" w:rsidRDefault="00000000">
      <w:pPr>
        <w:spacing w:after="120" w:line="360" w:lineRule="exact"/>
        <w:ind w:firstLine="432"/>
      </w:pPr>
      <w:r>
        <w:t>The Day It All Made Sense</w:t>
      </w:r>
    </w:p>
    <w:p w14:paraId="21B0D5D6" w14:textId="77777777" w:rsidR="00E663E7" w:rsidRDefault="00E663E7">
      <w:pPr>
        <w:spacing w:line="360" w:lineRule="exact"/>
      </w:pPr>
      <w:r/>
    </w:p>
    <w:p w14:paraId="18082519" w14:textId="77777777" w:rsidR="00E663E7" w:rsidRDefault="00000000">
      <w:pPr>
        <w:spacing w:after="120" w:line="360" w:lineRule="exact"/>
        <w:ind w:firstLine="432"/>
      </w:pPr>
      <w:r>
        <w:t>It was her birthday. November 19th, 2024.</w:t>
      </w:r>
    </w:p>
    <w:p w14:paraId="0B83E5F6" w14:textId="77777777" w:rsidR="00E663E7" w:rsidRDefault="00000000">
      <w:pPr>
        <w:spacing w:after="120" w:line="360" w:lineRule="exact"/>
        <w:ind w:firstLine="432"/>
      </w:pPr>
      <w:r>
        <w:t>My brother handed me a bag.</w:t>
      </w:r>
    </w:p>
    <w:p w14:paraId="5E19B27B" w14:textId="77777777" w:rsidR="00E663E7" w:rsidRDefault="00000000">
      <w:pPr>
        <w:spacing w:after="120" w:line="360" w:lineRule="exact"/>
        <w:ind w:firstLine="432"/>
      </w:pPr>
      <w:r>
        <w:t>He said it had some things in it — nothing alarming.</w:t>
      </w:r>
    </w:p>
    <w:p w14:paraId="1AE107A8" w14:textId="77777777" w:rsidR="00E663E7" w:rsidRDefault="00E663E7">
      <w:pPr>
        <w:spacing w:line="360" w:lineRule="exact"/>
      </w:pPr>
      <w:r/>
    </w:p>
    <w:p w14:paraId="45EF6BE2" w14:textId="77777777" w:rsidR="00E663E7" w:rsidRDefault="00000000">
      <w:pPr>
        <w:spacing w:after="120" w:line="360" w:lineRule="exact"/>
        <w:ind w:firstLine="432"/>
      </w:pPr>
      <w:r>
        <w:t>But after using what I believed were just regular drugs, I began to hallucinate violently.</w:t>
      </w:r>
    </w:p>
    <w:p w14:paraId="0D0A8B41" w14:textId="77777777" w:rsidR="00E663E7" w:rsidRDefault="00000000">
      <w:pPr>
        <w:spacing w:after="120" w:line="360" w:lineRule="exact"/>
        <w:ind w:firstLine="432"/>
      </w:pPr>
      <w:r>
        <w:t>Not my typical experience.</w:t>
      </w:r>
    </w:p>
    <w:p w14:paraId="688D0165" w14:textId="77777777" w:rsidR="00E663E7" w:rsidRDefault="00000000">
      <w:pPr>
        <w:spacing w:after="120" w:line="360" w:lineRule="exact"/>
        <w:ind w:firstLine="432"/>
      </w:pPr>
      <w:r>
        <w:t>This time was different.</w:t>
      </w:r>
    </w:p>
    <w:p w14:paraId="047B7628" w14:textId="77777777" w:rsidR="00E663E7" w:rsidRDefault="00E663E7">
      <w:pPr>
        <w:spacing w:line="360" w:lineRule="exact"/>
      </w:pPr>
      <w:r/>
    </w:p>
    <w:p w14:paraId="0F7096AE" w14:textId="77777777" w:rsidR="00E663E7" w:rsidRDefault="00000000">
      <w:pPr>
        <w:spacing w:after="120" w:line="360" w:lineRule="exact"/>
        <w:ind w:firstLine="432"/>
      </w:pPr>
      <w:r>
        <w:t>I was hearing whispering.</w:t>
      </w:r>
    </w:p>
    <w:p w14:paraId="6D5142E3" w14:textId="77777777" w:rsidR="00E663E7" w:rsidRDefault="00000000">
      <w:pPr>
        <w:spacing w:after="120" w:line="360" w:lineRule="exact"/>
        <w:ind w:firstLine="432"/>
      </w:pPr>
      <w:r>
        <w:t>Not in my head — but inside the audio recordings I’d made earlier.</w:t>
      </w:r>
    </w:p>
    <w:p w14:paraId="617FE8B6" w14:textId="77777777" w:rsidR="00E663E7" w:rsidRDefault="00000000">
      <w:pPr>
        <w:spacing w:after="120" w:line="360" w:lineRule="exact"/>
        <w:ind w:firstLine="432"/>
      </w:pPr>
      <w:r>
        <w:t>It was as if the voices were hiding in plain sight until my perception was altered enough to hear them.</w:t>
      </w:r>
    </w:p>
    <w:p w14:paraId="030F7DB1" w14:textId="77777777" w:rsidR="00E663E7" w:rsidRDefault="00E663E7">
      <w:pPr>
        <w:spacing w:line="360" w:lineRule="exact"/>
      </w:pPr>
      <w:r/>
    </w:p>
    <w:p w14:paraId="04558E2D" w14:textId="77777777" w:rsidR="00E663E7" w:rsidRDefault="00000000">
      <w:pPr>
        <w:spacing w:after="120" w:line="360" w:lineRule="exact"/>
        <w:ind w:firstLine="432"/>
      </w:pPr>
      <w:r>
        <w:t>Then it hit me:</w:t>
      </w:r>
    </w:p>
    <w:p w14:paraId="613C0188" w14:textId="77777777" w:rsidR="00E663E7" w:rsidRDefault="00000000">
      <w:pPr>
        <w:spacing w:after="120" w:line="360" w:lineRule="exact"/>
        <w:ind w:firstLine="432"/>
      </w:pPr>
      <w:r>
        <w:t>What if the drugs were tampered with?</w:t>
      </w:r>
    </w:p>
    <w:p w14:paraId="56139D2F" w14:textId="77777777" w:rsidR="00E663E7" w:rsidRDefault="00E663E7">
      <w:pPr>
        <w:spacing w:line="360" w:lineRule="exact"/>
      </w:pPr>
      <w:r/>
    </w:p>
    <w:p w14:paraId="49820404" w14:textId="77777777" w:rsidR="00E663E7" w:rsidRDefault="00000000">
      <w:pPr>
        <w:spacing w:after="120" w:line="360" w:lineRule="exact"/>
        <w:ind w:firstLine="432"/>
      </w:pPr>
      <w:r>
        <w:t>What if they were never mine in the first place?</w:t>
      </w:r>
    </w:p>
    <w:p w14:paraId="1BE0F588" w14:textId="77777777" w:rsidR="00E663E7" w:rsidRDefault="00E663E7">
      <w:pPr>
        <w:spacing w:line="360" w:lineRule="exact"/>
      </w:pPr>
      <w:r/>
    </w:p>
    <w:p w14:paraId="20382159" w14:textId="77777777" w:rsidR="00E663E7" w:rsidRDefault="00000000">
      <w:pPr>
        <w:spacing w:after="120" w:line="360" w:lineRule="exact"/>
        <w:ind w:firstLine="432"/>
      </w:pPr>
      <w:r>
        <w:t>What if this was all part of it?</w:t>
      </w:r>
    </w:p>
    <w:p w14:paraId="24641CFD" w14:textId="77777777" w:rsidR="00E663E7" w:rsidRDefault="00E663E7">
      <w:pPr>
        <w:spacing w:line="360" w:lineRule="exact"/>
      </w:pPr>
      <w:r/>
    </w:p>
    <w:p w14:paraId="2FB8DE98" w14:textId="77777777" w:rsidR="00E663E7" w:rsidRDefault="00000000">
      <w:pPr>
        <w:spacing w:after="120" w:line="360" w:lineRule="exact"/>
        <w:ind w:firstLine="432"/>
      </w:pPr>
      <w:r>
        <w:t>My Brother’s Silence</w:t>
      </w:r>
    </w:p>
    <w:p w14:paraId="62402809" w14:textId="77777777" w:rsidR="00E663E7" w:rsidRDefault="00E663E7">
      <w:pPr>
        <w:spacing w:line="360" w:lineRule="exact"/>
      </w:pPr>
      <w:r/>
    </w:p>
    <w:p w14:paraId="524CD1A9" w14:textId="77777777" w:rsidR="00E663E7" w:rsidRDefault="00000000">
      <w:pPr>
        <w:spacing w:after="120" w:line="360" w:lineRule="exact"/>
        <w:ind w:firstLine="432"/>
      </w:pPr>
      <w:r>
        <w:t>I don’t know how involved he was.</w:t>
      </w:r>
    </w:p>
    <w:p w14:paraId="68142BEA" w14:textId="77777777" w:rsidR="00E663E7" w:rsidRDefault="00000000">
      <w:pPr>
        <w:spacing w:after="120" w:line="360" w:lineRule="exact"/>
        <w:ind w:firstLine="432"/>
      </w:pPr>
      <w:r>
        <w:t>But I do know this:</w:t>
      </w:r>
    </w:p>
    <w:p w14:paraId="68E5A2F2" w14:textId="77777777" w:rsidR="00E663E7" w:rsidRDefault="00E663E7">
      <w:pPr>
        <w:spacing w:line="360" w:lineRule="exact"/>
      </w:pPr>
      <w:r/>
    </w:p>
    <w:p w14:paraId="4CA9102E" w14:textId="77777777" w:rsidR="00E663E7" w:rsidRDefault="00000000">
      <w:pPr>
        <w:spacing w:after="120" w:line="360" w:lineRule="exact"/>
        <w:ind w:firstLine="432"/>
      </w:pPr>
      <w:r>
        <w:t>He erased his text messages with Nicole.</w:t>
      </w:r>
    </w:p>
    <w:p w14:paraId="0CDE8EA1" w14:textId="77777777" w:rsidR="00E663E7" w:rsidRDefault="00000000">
      <w:pPr>
        <w:spacing w:after="120" w:line="360" w:lineRule="exact"/>
        <w:ind w:firstLine="432"/>
      </w:pPr>
      <w:r>
        <w:t>He refused to pull the security footage I requested.</w:t>
      </w:r>
    </w:p>
    <w:p w14:paraId="511268C4" w14:textId="77777777" w:rsidR="00E663E7" w:rsidRDefault="00000000">
      <w:pPr>
        <w:spacing w:after="120" w:line="360" w:lineRule="exact"/>
        <w:ind w:firstLine="432"/>
      </w:pPr>
      <w:r>
        <w:t>He downplayed every red flag.</w:t>
      </w:r>
    </w:p>
    <w:p w14:paraId="4A49FC79" w14:textId="77777777" w:rsidR="00E663E7" w:rsidRDefault="00000000">
      <w:pPr>
        <w:spacing w:after="120" w:line="360" w:lineRule="exact"/>
        <w:ind w:firstLine="432"/>
      </w:pPr>
      <w:r>
        <w:t>He dismissed my concerns about her being in his home — even when my watch went missing, and she matched the exact description my son gave me 10 minutes later.</w:t>
      </w:r>
    </w:p>
    <w:p w14:paraId="13677C8F" w14:textId="77777777" w:rsidR="00E663E7" w:rsidRDefault="00E663E7">
      <w:pPr>
        <w:spacing w:line="360" w:lineRule="exact"/>
      </w:pPr>
      <w:r/>
    </w:p>
    <w:p w14:paraId="0422422F" w14:textId="77777777" w:rsidR="00E663E7" w:rsidRDefault="00000000">
      <w:pPr>
        <w:spacing w:after="120" w:line="360" w:lineRule="exact"/>
        <w:ind w:firstLine="432"/>
      </w:pPr>
      <w:r>
        <w:t>I don’t say this lightly.</w:t>
      </w:r>
    </w:p>
    <w:p w14:paraId="3151BC73" w14:textId="77777777" w:rsidR="00E663E7" w:rsidRDefault="00000000">
      <w:pPr>
        <w:spacing w:after="120" w:line="360" w:lineRule="exact"/>
        <w:ind w:firstLine="432"/>
      </w:pPr>
      <w:r>
        <w:t>But if I’m honest?</w:t>
      </w:r>
    </w:p>
    <w:p w14:paraId="27B7442C" w14:textId="77777777" w:rsidR="00E663E7" w:rsidRDefault="00E663E7">
      <w:pPr>
        <w:spacing w:line="360" w:lineRule="exact"/>
      </w:pPr>
      <w:r/>
    </w:p>
    <w:p w14:paraId="3CBF0EE5" w14:textId="77777777" w:rsidR="00E663E7" w:rsidRDefault="00000000">
      <w:pPr>
        <w:spacing w:after="120" w:line="360" w:lineRule="exact"/>
        <w:ind w:firstLine="432"/>
      </w:pPr>
      <w:r>
        <w:t>I felt betrayed not just by my ex…</w:t>
      </w:r>
    </w:p>
    <w:p w14:paraId="08AB48E7" w14:textId="77777777" w:rsidR="00E663E7" w:rsidRDefault="00000000">
      <w:pPr>
        <w:spacing w:after="120" w:line="360" w:lineRule="exact"/>
        <w:ind w:firstLine="432"/>
      </w:pPr>
      <w:r>
        <w:t>But by my own blood.</w:t>
      </w:r>
    </w:p>
    <w:p w14:paraId="2E187400" w14:textId="77777777" w:rsidR="00E663E7" w:rsidRDefault="00E663E7">
      <w:pPr>
        <w:spacing w:line="360" w:lineRule="exact"/>
      </w:pPr>
      <w:r/>
    </w:p>
    <w:p w14:paraId="7B26F2AC" w14:textId="77777777" w:rsidR="00E663E7" w:rsidRDefault="00000000">
      <w:pPr>
        <w:spacing w:after="120" w:line="360" w:lineRule="exact"/>
        <w:ind w:firstLine="432"/>
      </w:pPr>
      <w:r>
        <w:t>The Most Damning Moment</w:t>
      </w:r>
    </w:p>
    <w:p w14:paraId="2038A60D" w14:textId="77777777" w:rsidR="00E663E7" w:rsidRDefault="00E663E7">
      <w:pPr>
        <w:spacing w:line="360" w:lineRule="exact"/>
      </w:pPr>
      <w:r/>
    </w:p>
    <w:p w14:paraId="3846F40D" w14:textId="77777777" w:rsidR="00E663E7" w:rsidRDefault="00000000">
      <w:pPr>
        <w:spacing w:after="120" w:line="360" w:lineRule="exact"/>
        <w:ind w:firstLine="432"/>
      </w:pPr>
      <w:r>
        <w:t>After I survived my suicide attempt in 2023, we had one last argument.</w:t>
      </w:r>
    </w:p>
    <w:p w14:paraId="150D5A76" w14:textId="77777777" w:rsidR="00E663E7" w:rsidRDefault="00E663E7">
      <w:pPr>
        <w:spacing w:line="360" w:lineRule="exact"/>
      </w:pPr>
      <w:r/>
    </w:p>
    <w:p w14:paraId="3C541C23" w14:textId="77777777" w:rsidR="00E663E7" w:rsidRDefault="00000000">
      <w:pPr>
        <w:spacing w:after="120" w:line="360" w:lineRule="exact"/>
        <w:ind w:firstLine="432"/>
      </w:pPr>
      <w:r>
        <w:t>And she looked me dead in the eyes and said:</w:t>
      </w:r>
    </w:p>
    <w:p w14:paraId="01C83832" w14:textId="77777777" w:rsidR="00E663E7" w:rsidRDefault="00E663E7">
      <w:pPr>
        <w:spacing w:line="360" w:lineRule="exact"/>
      </w:pPr>
      <w:r/>
    </w:p>
    <w:p w14:paraId="79208298" w14:textId="77777777" w:rsidR="00E663E7" w:rsidRDefault="00000000">
      <w:pPr>
        <w:spacing w:after="120" w:line="360" w:lineRule="exact"/>
        <w:ind w:firstLine="432"/>
      </w:pPr>
      <w:r>
        <w:t>“I wish your attempt was successful.”</w:t>
      </w:r>
    </w:p>
    <w:p w14:paraId="6F3EF668" w14:textId="77777777" w:rsidR="00E663E7" w:rsidRDefault="00E663E7">
      <w:pPr>
        <w:spacing w:line="360" w:lineRule="exact"/>
      </w:pPr>
      <w:r/>
    </w:p>
    <w:p w14:paraId="5D7FE7D8" w14:textId="77777777" w:rsidR="00E663E7" w:rsidRDefault="00000000">
      <w:pPr>
        <w:spacing w:after="120" w:line="360" w:lineRule="exact"/>
        <w:ind w:firstLine="432"/>
      </w:pPr>
      <w:r>
        <w:t>It wasn’t a heat-of-the-moment insult.</w:t>
      </w:r>
    </w:p>
    <w:p w14:paraId="0EEE313F" w14:textId="77777777" w:rsidR="00E663E7" w:rsidRDefault="00000000">
      <w:pPr>
        <w:spacing w:after="120" w:line="360" w:lineRule="exact"/>
        <w:ind w:firstLine="432"/>
      </w:pPr>
      <w:r>
        <w:t>It wasn’t drunken rage.</w:t>
      </w:r>
    </w:p>
    <w:p w14:paraId="62E40751" w14:textId="77777777" w:rsidR="00E663E7" w:rsidRDefault="00E663E7">
      <w:pPr>
        <w:spacing w:line="360" w:lineRule="exact"/>
      </w:pPr>
      <w:r/>
    </w:p>
    <w:p w14:paraId="60F98890" w14:textId="77777777" w:rsidR="00E663E7" w:rsidRDefault="00000000">
      <w:pPr>
        <w:spacing w:after="120" w:line="360" w:lineRule="exact"/>
        <w:ind w:firstLine="432"/>
      </w:pPr>
      <w:r>
        <w:t>It was honest hate — clean and deliberate.</w:t>
      </w:r>
    </w:p>
    <w:p w14:paraId="5FF8E9DB" w14:textId="77777777" w:rsidR="00E663E7" w:rsidRDefault="00000000">
      <w:pPr>
        <w:spacing w:after="120" w:line="360" w:lineRule="exact"/>
        <w:ind w:firstLine="432"/>
      </w:pPr>
      <w:r>
        <w:t>The kind that comes from a soul that’s made peace with your absence.</w:t>
      </w:r>
    </w:p>
    <w:p w14:paraId="6B3065D3" w14:textId="77777777" w:rsidR="00E663E7" w:rsidRDefault="00E663E7">
      <w:pPr>
        <w:spacing w:line="360" w:lineRule="exact"/>
      </w:pPr>
      <w:r/>
    </w:p>
    <w:p w14:paraId="3ABF45BD" w14:textId="77777777" w:rsidR="00E663E7" w:rsidRDefault="00000000">
      <w:pPr>
        <w:spacing w:after="120" w:line="360" w:lineRule="exact"/>
        <w:ind w:firstLine="432"/>
      </w:pPr>
      <w:r>
        <w:t>She wanted me gone.</w:t>
      </w:r>
    </w:p>
    <w:p w14:paraId="56E347B0" w14:textId="77777777" w:rsidR="00E663E7" w:rsidRDefault="00E663E7">
      <w:pPr>
        <w:spacing w:line="360" w:lineRule="exact"/>
      </w:pPr>
      <w:r/>
    </w:p>
    <w:p w14:paraId="68421795" w14:textId="77777777" w:rsidR="00E663E7" w:rsidRDefault="00000000">
      <w:pPr>
        <w:spacing w:after="120" w:line="360" w:lineRule="exact"/>
        <w:ind w:firstLine="432"/>
      </w:pPr>
      <w:r>
        <w:t>And when I later heard the recordings…</w:t>
      </w:r>
    </w:p>
    <w:p w14:paraId="4A8F9781" w14:textId="77777777" w:rsidR="00E663E7" w:rsidRDefault="00000000">
      <w:pPr>
        <w:spacing w:after="120" w:line="360" w:lineRule="exact"/>
        <w:ind w:firstLine="432"/>
      </w:pPr>
      <w:r>
        <w:t>It only confirmed what I already knew in my bones.</w:t>
      </w:r>
    </w:p>
    <w:p w14:paraId="01B40AAE" w14:textId="77777777" w:rsidR="00E663E7" w:rsidRDefault="00E663E7">
      <w:pPr>
        <w:spacing w:line="360" w:lineRule="exact"/>
      </w:pPr>
      <w:r/>
    </w:p>
    <w:p w14:paraId="730A6E61" w14:textId="77777777" w:rsidR="00E663E7" w:rsidRDefault="00000000">
      <w:pPr>
        <w:spacing w:after="120" w:line="360" w:lineRule="exact"/>
        <w:ind w:firstLine="432"/>
      </w:pPr>
      <w:r>
        <w:t>The Spiritual Interference</w:t>
      </w:r>
    </w:p>
    <w:p w14:paraId="72396FC8" w14:textId="77777777" w:rsidR="00E663E7" w:rsidRDefault="00E663E7">
      <w:pPr>
        <w:spacing w:line="360" w:lineRule="exact"/>
      </w:pPr>
      <w:r/>
    </w:p>
    <w:p w14:paraId="208235AF" w14:textId="77777777" w:rsidR="00E663E7" w:rsidRDefault="00000000">
      <w:pPr>
        <w:spacing w:after="120" w:line="360" w:lineRule="exact"/>
        <w:ind w:firstLine="432"/>
      </w:pPr>
      <w:r>
        <w:t>I truly believe that whatever forces had been watching me — the entities, the divine, the angels, the ancestors — they intervened.</w:t>
      </w:r>
    </w:p>
    <w:p w14:paraId="3E522EF3" w14:textId="77777777" w:rsidR="00E663E7" w:rsidRDefault="00E663E7">
      <w:pPr>
        <w:spacing w:line="360" w:lineRule="exact"/>
      </w:pPr>
      <w:r/>
    </w:p>
    <w:p w14:paraId="71DFF8D7" w14:textId="77777777" w:rsidR="00E663E7" w:rsidRDefault="00000000">
      <w:pPr>
        <w:spacing w:after="120" w:line="360" w:lineRule="exact"/>
        <w:ind w:firstLine="432"/>
      </w:pPr>
      <w:r>
        <w:t>They didn’t save me from heartbreak.</w:t>
      </w:r>
    </w:p>
    <w:p w14:paraId="385A44C5" w14:textId="77777777" w:rsidR="00E663E7" w:rsidRDefault="00000000">
      <w:pPr>
        <w:spacing w:after="120" w:line="360" w:lineRule="exact"/>
        <w:ind w:firstLine="432"/>
      </w:pPr>
      <w:r>
        <w:t>But they saved me from being eliminated.</w:t>
      </w:r>
    </w:p>
    <w:p w14:paraId="7A0D0C5C" w14:textId="77777777" w:rsidR="00E663E7" w:rsidRDefault="00E663E7">
      <w:pPr>
        <w:spacing w:line="360" w:lineRule="exact"/>
      </w:pPr>
      <w:r/>
    </w:p>
    <w:p w14:paraId="61A01A9C" w14:textId="77777777" w:rsidR="00E663E7" w:rsidRDefault="00000000">
      <w:pPr>
        <w:spacing w:after="120" w:line="360" w:lineRule="exact"/>
        <w:ind w:firstLine="432"/>
      </w:pPr>
      <w:r>
        <w:t>Whether it was laced drugs, plotted silence, or financial motivation, something sinister was unfolding.</w:t>
      </w:r>
    </w:p>
    <w:p w14:paraId="5629AFCF" w14:textId="77777777" w:rsidR="00E663E7" w:rsidRDefault="00E663E7">
      <w:pPr>
        <w:spacing w:line="360" w:lineRule="exact"/>
      </w:pPr>
      <w:r/>
    </w:p>
    <w:p w14:paraId="184A6993" w14:textId="77777777" w:rsidR="00E663E7" w:rsidRDefault="00000000">
      <w:pPr>
        <w:spacing w:after="120" w:line="360" w:lineRule="exact"/>
        <w:ind w:firstLine="432"/>
      </w:pPr>
      <w:r>
        <w:t>And I was too close.</w:t>
      </w:r>
    </w:p>
    <w:p w14:paraId="79C0E9EA" w14:textId="77777777" w:rsidR="00E663E7" w:rsidRDefault="00000000">
      <w:pPr>
        <w:spacing w:after="120" w:line="360" w:lineRule="exact"/>
        <w:ind w:firstLine="432"/>
      </w:pPr>
      <w:r>
        <w:t>Too deep.</w:t>
      </w:r>
    </w:p>
    <w:p w14:paraId="78DABB14" w14:textId="77777777" w:rsidR="00E663E7" w:rsidRDefault="00000000">
      <w:pPr>
        <w:spacing w:after="120" w:line="360" w:lineRule="exact"/>
        <w:ind w:firstLine="432"/>
      </w:pPr>
      <w:r>
        <w:t>Too trusting.</w:t>
      </w:r>
    </w:p>
    <w:p w14:paraId="7A47DEE1" w14:textId="77777777" w:rsidR="00E663E7" w:rsidRDefault="00E663E7">
      <w:pPr>
        <w:spacing w:line="360" w:lineRule="exact"/>
      </w:pPr>
      <w:r/>
    </w:p>
    <w:p w14:paraId="323E5E3E" w14:textId="77777777" w:rsidR="00E663E7" w:rsidRDefault="00000000">
      <w:pPr>
        <w:spacing w:after="120" w:line="360" w:lineRule="exact"/>
        <w:ind w:firstLine="432"/>
      </w:pPr>
      <w:r>
        <w:t>Until divine perception tore the veil off.</w:t>
      </w:r>
    </w:p>
    <w:p w14:paraId="1DB237C8" w14:textId="77777777" w:rsidR="00E663E7" w:rsidRDefault="00E663E7">
      <w:pPr>
        <w:spacing w:line="360" w:lineRule="exact"/>
      </w:pPr>
      <w:r/>
    </w:p>
    <w:p w14:paraId="5912C387" w14:textId="77777777" w:rsidR="00E663E7" w:rsidRDefault="00000000">
      <w:pPr>
        <w:spacing w:after="120" w:line="360" w:lineRule="exact"/>
        <w:ind w:firstLine="432"/>
      </w:pPr>
      <w:r>
        <w:t>Why This Chapter Matters</w:t>
      </w:r>
    </w:p>
    <w:p w14:paraId="3FE40402" w14:textId="77777777" w:rsidR="00E663E7" w:rsidRDefault="00E663E7">
      <w:pPr>
        <w:spacing w:line="360" w:lineRule="exact"/>
      </w:pPr>
      <w:r/>
    </w:p>
    <w:p w14:paraId="297AA522" w14:textId="77777777" w:rsidR="00E663E7" w:rsidRDefault="00000000">
      <w:pPr>
        <w:spacing w:after="120" w:line="360" w:lineRule="exact"/>
        <w:ind w:firstLine="432"/>
      </w:pPr>
      <w:r>
        <w:t>Because this was not just a relationship gone wrong.</w:t>
      </w:r>
    </w:p>
    <w:p w14:paraId="611DCC1C" w14:textId="77777777" w:rsidR="00E663E7" w:rsidRDefault="00000000">
      <w:pPr>
        <w:spacing w:after="120" w:line="360" w:lineRule="exact"/>
        <w:ind w:firstLine="432"/>
      </w:pPr>
      <w:r>
        <w:t>This was premeditated betrayal under the disguise of family.</w:t>
      </w:r>
    </w:p>
    <w:p w14:paraId="4F2C484E" w14:textId="77777777" w:rsidR="00E663E7" w:rsidRDefault="00000000">
      <w:pPr>
        <w:spacing w:after="120" w:line="360" w:lineRule="exact"/>
        <w:ind w:firstLine="432"/>
      </w:pPr>
      <w:r>
        <w:t>A violation of the sacred contract that marriage — even common-law — is supposed to represent.</w:t>
      </w:r>
    </w:p>
    <w:p w14:paraId="70DEB505" w14:textId="77777777" w:rsidR="00E663E7" w:rsidRDefault="00E663E7">
      <w:pPr>
        <w:spacing w:line="360" w:lineRule="exact"/>
      </w:pPr>
      <w:r/>
    </w:p>
    <w:p w14:paraId="2AD3751B" w14:textId="77777777" w:rsidR="00E663E7" w:rsidRDefault="00000000">
      <w:pPr>
        <w:spacing w:after="120" w:line="360" w:lineRule="exact"/>
        <w:ind w:firstLine="432"/>
      </w:pPr>
      <w:r>
        <w:t>And for any man reading this who feels something is off in his relationship…</w:t>
      </w:r>
    </w:p>
    <w:p w14:paraId="0D40630E" w14:textId="77777777" w:rsidR="00E663E7" w:rsidRDefault="00000000">
      <w:pPr>
        <w:spacing w:after="120" w:line="360" w:lineRule="exact"/>
        <w:ind w:firstLine="432"/>
      </w:pPr>
      <w:r>
        <w:t>Please, don’t ignore your gut.</w:t>
      </w:r>
    </w:p>
    <w:p w14:paraId="7A24C62E" w14:textId="77777777" w:rsidR="00E663E7" w:rsidRDefault="00E663E7">
      <w:pPr>
        <w:spacing w:line="360" w:lineRule="exact"/>
      </w:pPr>
      <w:r/>
    </w:p>
    <w:p w14:paraId="6FD3D875" w14:textId="77777777" w:rsidR="00E663E7" w:rsidRDefault="00000000">
      <w:pPr>
        <w:spacing w:after="120" w:line="360" w:lineRule="exact"/>
        <w:ind w:firstLine="432"/>
      </w:pPr>
      <w:r>
        <w:t>You don’t have to accuse.</w:t>
      </w:r>
    </w:p>
    <w:p w14:paraId="2D23E330" w14:textId="77777777" w:rsidR="00E663E7" w:rsidRDefault="00000000">
      <w:pPr>
        <w:spacing w:after="120" w:line="360" w:lineRule="exact"/>
        <w:ind w:firstLine="432"/>
      </w:pPr>
      <w:r>
        <w:t>You don’t need proof.</w:t>
      </w:r>
    </w:p>
    <w:p w14:paraId="54CF6474" w14:textId="77777777" w:rsidR="00E663E7" w:rsidRDefault="00000000">
      <w:pPr>
        <w:spacing w:after="120" w:line="360" w:lineRule="exact"/>
        <w:ind w:firstLine="432"/>
      </w:pPr>
      <w:r>
        <w:t>But you must protect your peace.</w:t>
      </w:r>
    </w:p>
    <w:p w14:paraId="334DA2F0" w14:textId="77777777" w:rsidR="00E663E7" w:rsidRDefault="00E663E7">
      <w:pPr>
        <w:spacing w:line="360" w:lineRule="exact"/>
      </w:pPr>
      <w:r/>
    </w:p>
    <w:p w14:paraId="4470A123" w14:textId="77777777" w:rsidR="00E663E7" w:rsidRDefault="00000000">
      <w:pPr>
        <w:spacing w:after="120" w:line="360" w:lineRule="exact"/>
        <w:ind w:firstLine="432"/>
      </w:pPr>
      <w:r>
        <w:t>Because not every woman who smiles at you… is smiling with love.</w:t>
      </w:r>
    </w:p>
    <w:p w14:paraId="2FE28E4A" w14:textId="77777777" w:rsidR="00E663E7" w:rsidRDefault="00E663E7">
      <w:pPr>
        <w:spacing w:line="360" w:lineRule="exact"/>
      </w:pPr>
      <w:r/>
    </w:p>
    <w:p w14:paraId="217966CE" w14:textId="77777777" w:rsidR="00E663E7" w:rsidRDefault="00000000">
      <w:pPr>
        <w:spacing w:after="120" w:line="360" w:lineRule="exact"/>
        <w:ind w:firstLine="432"/>
      </w:pPr>
      <w:r>
        <w:t>And not every “I love you” is rooted in truth.</w:t>
      </w:r>
    </w:p>
    <w:p w14:paraId="4969AFF9" w14:textId="77777777" w:rsidR="00E663E7" w:rsidRDefault="00E663E7">
      <w:pPr>
        <w:spacing w:line="360" w:lineRule="exact"/>
      </w:pPr>
      <w:r/>
    </w:p>
    <w:p w14:paraId="5DB9578A" w14:textId="77777777" w:rsidR="00E663E7" w:rsidRDefault="00E663E7">
      <w:pPr>
        <w:spacing w:line="360" w:lineRule="exact"/>
      </w:pPr>
      <w:r/>
    </w:p>
    <w:p w14:paraId="2A603422" w14:textId="77777777" w:rsidR="00E663E7" w:rsidRDefault="00000000">
      <w:pPr>
        <w:spacing w:line="360" w:lineRule="exact"/>
        <w:jc w:val="center"/>
      </w:pPr>
      <w:r>
        <w:t>Chapter 29: What I Lost, What I Gained</w:t>
      </w:r>
    </w:p>
    <w:p w14:paraId="47BCBE83" w14:textId="77777777" w:rsidR="00E663E7" w:rsidRDefault="00E663E7">
      <w:pPr>
        <w:spacing w:line="360" w:lineRule="exact"/>
      </w:pPr>
      <w:r/>
    </w:p>
    <w:p w14:paraId="2EE59057" w14:textId="77777777" w:rsidR="00E663E7" w:rsidRDefault="00000000">
      <w:pPr>
        <w:spacing w:after="120" w:line="360" w:lineRule="exact"/>
        <w:ind w:firstLine="432"/>
      </w:pPr>
      <w:r>
        <w:t>“Sometimes losing everything is the only way to see what you truly had — and what you never needed.”</w:t>
      </w:r>
    </w:p>
    <w:p w14:paraId="37DF30E6" w14:textId="77777777" w:rsidR="00E663E7" w:rsidRDefault="00E663E7">
      <w:pPr>
        <w:spacing w:line="360" w:lineRule="exact"/>
      </w:pPr>
      <w:r/>
    </w:p>
    <w:p w14:paraId="0863B27D" w14:textId="77777777" w:rsidR="00E663E7" w:rsidRDefault="00000000">
      <w:pPr>
        <w:spacing w:after="120" w:line="360" w:lineRule="exact"/>
        <w:ind w:firstLine="432"/>
      </w:pPr>
      <w:r>
        <w:t>I lost my home.</w:t>
      </w:r>
    </w:p>
    <w:p w14:paraId="73C30B19" w14:textId="77777777" w:rsidR="00E663E7" w:rsidRDefault="00000000">
      <w:pPr>
        <w:spacing w:after="120" w:line="360" w:lineRule="exact"/>
        <w:ind w:firstLine="432"/>
      </w:pPr>
      <w:r>
        <w:t>I lost my children — in time, custody, and presence.</w:t>
      </w:r>
    </w:p>
    <w:p w14:paraId="1C8DA5EF" w14:textId="77777777" w:rsidR="00E663E7" w:rsidRDefault="00000000">
      <w:pPr>
        <w:spacing w:after="120" w:line="360" w:lineRule="exact"/>
        <w:ind w:firstLine="432"/>
      </w:pPr>
      <w:r>
        <w:t>I lost the woman I spent two decades trying to build with.</w:t>
      </w:r>
    </w:p>
    <w:p w14:paraId="0123923A" w14:textId="77777777" w:rsidR="00E663E7" w:rsidRDefault="00000000">
      <w:pPr>
        <w:spacing w:after="120" w:line="360" w:lineRule="exact"/>
        <w:ind w:firstLine="432"/>
      </w:pPr>
      <w:r>
        <w:t>I lost the illusion of family, the false sense of stability I had clung to for far too long.</w:t>
      </w:r>
    </w:p>
    <w:p w14:paraId="4CAD6AB9" w14:textId="77777777" w:rsidR="00E663E7" w:rsidRDefault="00E663E7">
      <w:pPr>
        <w:spacing w:line="360" w:lineRule="exact"/>
      </w:pPr>
      <w:r/>
    </w:p>
    <w:p w14:paraId="33E42921" w14:textId="77777777" w:rsidR="00E663E7" w:rsidRDefault="00000000">
      <w:pPr>
        <w:spacing w:after="120" w:line="360" w:lineRule="exact"/>
        <w:ind w:firstLine="432"/>
      </w:pPr>
      <w:r>
        <w:t>But in losing everything, I gained something far more valuable:</w:t>
      </w:r>
    </w:p>
    <w:p w14:paraId="530AA7D6" w14:textId="77777777" w:rsidR="00E663E7" w:rsidRDefault="00E663E7">
      <w:pPr>
        <w:spacing w:line="360" w:lineRule="exact"/>
      </w:pPr>
      <w:r/>
    </w:p>
    <w:p w14:paraId="5AD59635" w14:textId="77777777" w:rsidR="00E663E7" w:rsidRDefault="00000000">
      <w:pPr>
        <w:spacing w:after="120" w:line="360" w:lineRule="exact"/>
        <w:ind w:firstLine="432"/>
      </w:pPr>
      <w:r>
        <w:t>Myself.</w:t>
      </w:r>
    </w:p>
    <w:p w14:paraId="4EF04472" w14:textId="77777777" w:rsidR="00E663E7" w:rsidRDefault="00E663E7">
      <w:pPr>
        <w:spacing w:line="360" w:lineRule="exact"/>
      </w:pPr>
      <w:r/>
    </w:p>
    <w:p w14:paraId="727EB768" w14:textId="77777777" w:rsidR="00E663E7" w:rsidRDefault="00000000">
      <w:pPr>
        <w:spacing w:after="120" w:line="360" w:lineRule="exact"/>
        <w:ind w:firstLine="432"/>
      </w:pPr>
      <w:r>
        <w:t>The Illusion of Family</w:t>
      </w:r>
    </w:p>
    <w:p w14:paraId="024F0380" w14:textId="77777777" w:rsidR="00E663E7" w:rsidRDefault="00E663E7">
      <w:pPr>
        <w:spacing w:line="360" w:lineRule="exact"/>
      </w:pPr>
      <w:r/>
    </w:p>
    <w:p w14:paraId="2C45FC93" w14:textId="77777777" w:rsidR="00E663E7" w:rsidRDefault="00000000">
      <w:pPr>
        <w:spacing w:after="120" w:line="360" w:lineRule="exact"/>
        <w:ind w:firstLine="432"/>
      </w:pPr>
      <w:r>
        <w:t>People often say, “At least you had your family.”</w:t>
      </w:r>
    </w:p>
    <w:p w14:paraId="13F75A4A" w14:textId="77777777" w:rsidR="00E663E7" w:rsidRDefault="00000000">
      <w:pPr>
        <w:spacing w:after="120" w:line="360" w:lineRule="exact"/>
        <w:ind w:firstLine="432"/>
      </w:pPr>
      <w:r>
        <w:t>But what if your family is the battlefield?</w:t>
      </w:r>
    </w:p>
    <w:p w14:paraId="134F8CEC" w14:textId="77777777" w:rsidR="00E663E7" w:rsidRDefault="00E663E7">
      <w:pPr>
        <w:spacing w:line="360" w:lineRule="exact"/>
      </w:pPr>
      <w:r/>
    </w:p>
    <w:p w14:paraId="6DDDEA83" w14:textId="77777777" w:rsidR="00E663E7" w:rsidRDefault="00000000">
      <w:pPr>
        <w:spacing w:after="120" w:line="360" w:lineRule="exact"/>
        <w:ind w:firstLine="432"/>
      </w:pPr>
      <w:r>
        <w:t>What if the people who share your bed, your roof, and your last name are the very ones slowly bleeding you out?</w:t>
      </w:r>
    </w:p>
    <w:p w14:paraId="757A86F1" w14:textId="77777777" w:rsidR="00E663E7" w:rsidRDefault="00E663E7">
      <w:pPr>
        <w:spacing w:line="360" w:lineRule="exact"/>
      </w:pPr>
      <w:r/>
    </w:p>
    <w:p w14:paraId="7897C635" w14:textId="77777777" w:rsidR="00E663E7" w:rsidRDefault="00000000">
      <w:pPr>
        <w:spacing w:after="120" w:line="360" w:lineRule="exact"/>
        <w:ind w:firstLine="432"/>
      </w:pPr>
      <w:r>
        <w:t>There’s something profoundly disorienting about waking up beside someone who, in hindsight, never truly loved you.</w:t>
      </w:r>
    </w:p>
    <w:p w14:paraId="719BC66D" w14:textId="77777777" w:rsidR="00E663E7" w:rsidRDefault="00000000">
      <w:pPr>
        <w:spacing w:after="120" w:line="360" w:lineRule="exact"/>
        <w:ind w:firstLine="432"/>
      </w:pPr>
      <w:r>
        <w:t>Not in the selfless way. Not in the way that says: “Even when I’m mad, I protect you.”</w:t>
      </w:r>
    </w:p>
    <w:p w14:paraId="00184873" w14:textId="77777777" w:rsidR="00E663E7" w:rsidRDefault="00E663E7">
      <w:pPr>
        <w:spacing w:line="360" w:lineRule="exact"/>
      </w:pPr>
      <w:r/>
    </w:p>
    <w:p w14:paraId="3EA01934" w14:textId="77777777" w:rsidR="00E663E7" w:rsidRDefault="00000000">
      <w:pPr>
        <w:spacing w:after="120" w:line="360" w:lineRule="exact"/>
        <w:ind w:firstLine="432"/>
      </w:pPr>
      <w:r>
        <w:t>Nicole had long checked out.</w:t>
      </w:r>
    </w:p>
    <w:p w14:paraId="1EF3A6ED" w14:textId="77777777" w:rsidR="00E663E7" w:rsidRDefault="00000000">
      <w:pPr>
        <w:spacing w:after="120" w:line="360" w:lineRule="exact"/>
        <w:ind w:firstLine="432"/>
      </w:pPr>
      <w:r>
        <w:t>Her affection was strategic.</w:t>
      </w:r>
    </w:p>
    <w:p w14:paraId="04579AB5" w14:textId="77777777" w:rsidR="00E663E7" w:rsidRDefault="00000000">
      <w:pPr>
        <w:spacing w:after="120" w:line="360" w:lineRule="exact"/>
        <w:ind w:firstLine="432"/>
      </w:pPr>
      <w:r>
        <w:t>Her presence conditional.</w:t>
      </w:r>
    </w:p>
    <w:p w14:paraId="2FD6C59B" w14:textId="77777777" w:rsidR="00E663E7" w:rsidRDefault="00000000">
      <w:pPr>
        <w:spacing w:after="120" w:line="360" w:lineRule="exact"/>
        <w:ind w:firstLine="432"/>
      </w:pPr>
      <w:r>
        <w:t>Her love — if it was ever real — died years before I realized I was living with a ghost.</w:t>
      </w:r>
    </w:p>
    <w:p w14:paraId="5D679975" w14:textId="77777777" w:rsidR="00E663E7" w:rsidRDefault="00E663E7">
      <w:pPr>
        <w:spacing w:line="360" w:lineRule="exact"/>
      </w:pPr>
      <w:r/>
    </w:p>
    <w:p w14:paraId="6A7708A6" w14:textId="77777777" w:rsidR="00E663E7" w:rsidRDefault="00000000">
      <w:pPr>
        <w:spacing w:after="120" w:line="360" w:lineRule="exact"/>
        <w:ind w:firstLine="432"/>
      </w:pPr>
      <w:r>
        <w:t>And the saddest part?</w:t>
      </w:r>
    </w:p>
    <w:p w14:paraId="7393BEC3" w14:textId="77777777" w:rsidR="00E663E7" w:rsidRDefault="00E663E7">
      <w:pPr>
        <w:spacing w:line="360" w:lineRule="exact"/>
      </w:pPr>
      <w:r/>
    </w:p>
    <w:p w14:paraId="060A45B7" w14:textId="77777777" w:rsidR="00E663E7" w:rsidRDefault="00000000">
      <w:pPr>
        <w:spacing w:after="120" w:line="360" w:lineRule="exact"/>
        <w:ind w:firstLine="432"/>
      </w:pPr>
      <w:r>
        <w:t>I still miss it.</w:t>
      </w:r>
    </w:p>
    <w:p w14:paraId="53212F28" w14:textId="77777777" w:rsidR="00E663E7" w:rsidRDefault="00000000">
      <w:pPr>
        <w:spacing w:after="120" w:line="360" w:lineRule="exact"/>
        <w:ind w:firstLine="432"/>
      </w:pPr>
      <w:r>
        <w:t>Or maybe I just miss the feeling of belonging.</w:t>
      </w:r>
    </w:p>
    <w:p w14:paraId="3B1AFBC8" w14:textId="77777777" w:rsidR="00E663E7" w:rsidRDefault="00E663E7">
      <w:pPr>
        <w:spacing w:line="360" w:lineRule="exact"/>
      </w:pPr>
      <w:r/>
    </w:p>
    <w:p w14:paraId="1539F0DD" w14:textId="77777777" w:rsidR="00E663E7" w:rsidRDefault="00000000">
      <w:pPr>
        <w:spacing w:after="120" w:line="360" w:lineRule="exact"/>
        <w:ind w:firstLine="432"/>
      </w:pPr>
      <w:r>
        <w:t>The Grieving of Routine</w:t>
      </w:r>
    </w:p>
    <w:p w14:paraId="6ADA1384" w14:textId="77777777" w:rsidR="00E663E7" w:rsidRDefault="00E663E7">
      <w:pPr>
        <w:spacing w:line="360" w:lineRule="exact"/>
      </w:pPr>
      <w:r/>
    </w:p>
    <w:p w14:paraId="4B2BA8DC" w14:textId="77777777" w:rsidR="00E663E7" w:rsidRDefault="00000000">
      <w:pPr>
        <w:spacing w:after="120" w:line="360" w:lineRule="exact"/>
        <w:ind w:firstLine="432"/>
      </w:pPr>
      <w:r>
        <w:t>I once came home from work and saw my family there — my son running to me, my daughter curled up on the couch, the smell of home in the air.</w:t>
      </w:r>
    </w:p>
    <w:p w14:paraId="64F9EE24" w14:textId="77777777" w:rsidR="00E663E7" w:rsidRDefault="00E663E7">
      <w:pPr>
        <w:spacing w:line="360" w:lineRule="exact"/>
      </w:pPr>
      <w:r/>
    </w:p>
    <w:p w14:paraId="6331BC55" w14:textId="77777777" w:rsidR="00E663E7" w:rsidRDefault="00000000">
      <w:pPr>
        <w:spacing w:after="120" w:line="360" w:lineRule="exact"/>
        <w:ind w:firstLine="432"/>
      </w:pPr>
      <w:r>
        <w:t>Even if there was tension… it felt like something was mine.</w:t>
      </w:r>
    </w:p>
    <w:p w14:paraId="0613003E" w14:textId="77777777" w:rsidR="00E663E7" w:rsidRDefault="00E663E7">
      <w:pPr>
        <w:spacing w:line="360" w:lineRule="exact"/>
      </w:pPr>
      <w:r/>
    </w:p>
    <w:p w14:paraId="21FD0B90" w14:textId="77777777" w:rsidR="00E663E7" w:rsidRDefault="00000000">
      <w:pPr>
        <w:spacing w:after="120" w:line="360" w:lineRule="exact"/>
        <w:ind w:firstLine="432"/>
      </w:pPr>
      <w:r>
        <w:t>Losing that…</w:t>
      </w:r>
    </w:p>
    <w:p w14:paraId="03B16045" w14:textId="77777777" w:rsidR="00E663E7" w:rsidRDefault="00000000">
      <w:pPr>
        <w:spacing w:after="120" w:line="360" w:lineRule="exact"/>
        <w:ind w:firstLine="432"/>
      </w:pPr>
      <w:r>
        <w:t>Waking up alone…</w:t>
      </w:r>
    </w:p>
    <w:p w14:paraId="46C6D915" w14:textId="77777777" w:rsidR="00E663E7" w:rsidRDefault="00000000">
      <w:pPr>
        <w:spacing w:after="120" w:line="360" w:lineRule="exact"/>
        <w:ind w:firstLine="432"/>
      </w:pPr>
      <w:r>
        <w:t>Hearing silence where laughter used to be…</w:t>
      </w:r>
    </w:p>
    <w:p w14:paraId="5582E64D" w14:textId="77777777" w:rsidR="00E663E7" w:rsidRDefault="00E663E7">
      <w:pPr>
        <w:spacing w:line="360" w:lineRule="exact"/>
      </w:pPr>
      <w:r/>
    </w:p>
    <w:p w14:paraId="19C9F27D" w14:textId="77777777" w:rsidR="00E663E7" w:rsidRDefault="00000000">
      <w:pPr>
        <w:spacing w:after="120" w:line="360" w:lineRule="exact"/>
        <w:ind w:firstLine="432"/>
      </w:pPr>
      <w:r>
        <w:t>It stings.</w:t>
      </w:r>
    </w:p>
    <w:p w14:paraId="73686911" w14:textId="77777777" w:rsidR="00E663E7" w:rsidRDefault="00E663E7">
      <w:pPr>
        <w:spacing w:line="360" w:lineRule="exact"/>
      </w:pPr>
      <w:r/>
    </w:p>
    <w:p w14:paraId="0793B235" w14:textId="77777777" w:rsidR="00E663E7" w:rsidRDefault="00000000">
      <w:pPr>
        <w:spacing w:after="120" w:line="360" w:lineRule="exact"/>
        <w:ind w:firstLine="432"/>
      </w:pPr>
      <w:r>
        <w:t>And yet, I had to admit:</w:t>
      </w:r>
    </w:p>
    <w:p w14:paraId="4828467D" w14:textId="77777777" w:rsidR="00E663E7" w:rsidRDefault="00000000">
      <w:pPr>
        <w:spacing w:after="120" w:line="360" w:lineRule="exact"/>
        <w:ind w:firstLine="432"/>
      </w:pPr>
      <w:r>
        <w:t>That “home” was already gone long before I left it.</w:t>
      </w:r>
    </w:p>
    <w:p w14:paraId="4C24FBD5" w14:textId="77777777" w:rsidR="00E663E7" w:rsidRDefault="00E663E7">
      <w:pPr>
        <w:spacing w:line="360" w:lineRule="exact"/>
      </w:pPr>
      <w:r/>
    </w:p>
    <w:p w14:paraId="41DDECBA" w14:textId="77777777" w:rsidR="00E663E7" w:rsidRDefault="00000000">
      <w:pPr>
        <w:spacing w:after="120" w:line="360" w:lineRule="exact"/>
        <w:ind w:firstLine="432"/>
      </w:pPr>
      <w:r>
        <w:t>450 – Wild &amp; Rich</w:t>
      </w:r>
    </w:p>
    <w:p w14:paraId="79CF66F2" w14:textId="77777777" w:rsidR="00E663E7" w:rsidRDefault="00E663E7">
      <w:pPr>
        <w:spacing w:line="360" w:lineRule="exact"/>
      </w:pPr>
      <w:r/>
    </w:p>
    <w:p w14:paraId="24AD47C7" w14:textId="77777777" w:rsidR="00E663E7" w:rsidRDefault="00000000">
      <w:pPr>
        <w:spacing w:after="120" w:line="360" w:lineRule="exact"/>
        <w:ind w:firstLine="432"/>
      </w:pPr>
      <w:r>
        <w:t>There’s a line in that song that pierced through me like scripture:</w:t>
      </w:r>
    </w:p>
    <w:p w14:paraId="26A76C7E" w14:textId="77777777" w:rsidR="00E663E7" w:rsidRDefault="00E663E7">
      <w:pPr>
        <w:spacing w:line="360" w:lineRule="exact"/>
      </w:pPr>
      <w:r/>
    </w:p>
    <w:p w14:paraId="7FF9F762" w14:textId="77777777" w:rsidR="00E663E7" w:rsidRDefault="00000000">
      <w:pPr>
        <w:spacing w:after="120" w:line="360" w:lineRule="exact"/>
        <w:ind w:firstLine="432"/>
      </w:pPr>
      <w:r>
        <w:t>“Nah lie mi anah same from Yuh cut.”</w:t>
      </w:r>
    </w:p>
    <w:p w14:paraId="33947419" w14:textId="77777777" w:rsidR="00E663E7" w:rsidRDefault="00E663E7">
      <w:pPr>
        <w:spacing w:line="360" w:lineRule="exact"/>
      </w:pPr>
      <w:r/>
    </w:p>
    <w:p w14:paraId="6136A28B" w14:textId="77777777" w:rsidR="00E663E7" w:rsidRDefault="00000000">
      <w:pPr>
        <w:spacing w:after="120" w:line="360" w:lineRule="exact"/>
        <w:ind w:firstLine="432"/>
      </w:pPr>
      <w:r>
        <w:t>Even though I hated her for what she did —</w:t>
      </w:r>
    </w:p>
    <w:p w14:paraId="0806A8EF" w14:textId="77777777" w:rsidR="00E663E7" w:rsidRDefault="00000000">
      <w:pPr>
        <w:spacing w:after="120" w:line="360" w:lineRule="exact"/>
        <w:ind w:firstLine="432"/>
      </w:pPr>
      <w:r>
        <w:t>Even though I knew she never deserved me —</w:t>
      </w:r>
    </w:p>
    <w:p w14:paraId="028B84A9" w14:textId="77777777" w:rsidR="00E663E7" w:rsidRDefault="00000000">
      <w:pPr>
        <w:spacing w:after="120" w:line="360" w:lineRule="exact"/>
        <w:ind w:firstLine="432"/>
      </w:pPr>
      <w:r>
        <w:t>The truth is…</w:t>
      </w:r>
    </w:p>
    <w:p w14:paraId="3D6D04D6" w14:textId="77777777" w:rsidR="00E663E7" w:rsidRDefault="00E663E7">
      <w:pPr>
        <w:spacing w:line="360" w:lineRule="exact"/>
      </w:pPr>
      <w:r/>
    </w:p>
    <w:p w14:paraId="1A5F5D7D" w14:textId="77777777" w:rsidR="00E663E7" w:rsidRDefault="00000000">
      <w:pPr>
        <w:spacing w:after="120" w:line="360" w:lineRule="exact"/>
        <w:ind w:firstLine="432"/>
      </w:pPr>
      <w:r>
        <w:t>I wasn’t the same without her.</w:t>
      </w:r>
    </w:p>
    <w:p w14:paraId="5792436C" w14:textId="77777777" w:rsidR="00E663E7" w:rsidRDefault="00E663E7">
      <w:pPr>
        <w:spacing w:line="360" w:lineRule="exact"/>
      </w:pPr>
      <w:r/>
    </w:p>
    <w:p w14:paraId="21317D39" w14:textId="77777777" w:rsidR="00E663E7" w:rsidRDefault="00000000">
      <w:pPr>
        <w:spacing w:after="120" w:line="360" w:lineRule="exact"/>
        <w:ind w:firstLine="432"/>
      </w:pPr>
      <w:r>
        <w:t>Not because she was special.</w:t>
      </w:r>
    </w:p>
    <w:p w14:paraId="029DB845" w14:textId="77777777" w:rsidR="00E663E7" w:rsidRDefault="00000000">
      <w:pPr>
        <w:spacing w:after="120" w:line="360" w:lineRule="exact"/>
        <w:ind w:firstLine="432"/>
      </w:pPr>
      <w:r>
        <w:t>But because I had wrapped my identity around her.</w:t>
      </w:r>
    </w:p>
    <w:p w14:paraId="77B2EA42" w14:textId="77777777" w:rsidR="00E663E7" w:rsidRDefault="00000000">
      <w:pPr>
        <w:spacing w:after="120" w:line="360" w:lineRule="exact"/>
        <w:ind w:firstLine="432"/>
      </w:pPr>
      <w:r>
        <w:t>And once she was gone, I had to unravel the person I became under her influence…</w:t>
      </w:r>
    </w:p>
    <w:p w14:paraId="25D1D2DA" w14:textId="77777777" w:rsidR="00E663E7" w:rsidRDefault="00000000">
      <w:pPr>
        <w:spacing w:after="120" w:line="360" w:lineRule="exact"/>
        <w:ind w:firstLine="432"/>
      </w:pPr>
      <w:r>
        <w:t>To find the one I was always meant to be.</w:t>
      </w:r>
    </w:p>
    <w:p w14:paraId="7D92BCC0" w14:textId="77777777" w:rsidR="00E663E7" w:rsidRDefault="00E663E7">
      <w:pPr>
        <w:spacing w:line="360" w:lineRule="exact"/>
      </w:pPr>
      <w:r/>
    </w:p>
    <w:p w14:paraId="015FFD80" w14:textId="77777777" w:rsidR="00E663E7" w:rsidRDefault="00000000">
      <w:pPr>
        <w:spacing w:after="120" w:line="360" w:lineRule="exact"/>
        <w:ind w:firstLine="432"/>
      </w:pPr>
      <w:r>
        <w:t>I Gained Vision</w:t>
      </w:r>
    </w:p>
    <w:p w14:paraId="5A8CD29E" w14:textId="77777777" w:rsidR="00E663E7" w:rsidRDefault="00E663E7">
      <w:pPr>
        <w:spacing w:line="360" w:lineRule="exact"/>
      </w:pPr>
      <w:r/>
    </w:p>
    <w:p w14:paraId="6778DD4D" w14:textId="77777777" w:rsidR="00E663E7" w:rsidRDefault="00000000">
      <w:pPr>
        <w:spacing w:after="120" w:line="360" w:lineRule="exact"/>
        <w:ind w:firstLine="432"/>
      </w:pPr>
      <w:r>
        <w:t>When you lose your sight — your spiritual sight — you make decisions based on survival, not discernment.</w:t>
      </w:r>
    </w:p>
    <w:p w14:paraId="22CEB97A" w14:textId="77777777" w:rsidR="00E663E7" w:rsidRDefault="00E663E7">
      <w:pPr>
        <w:spacing w:line="360" w:lineRule="exact"/>
      </w:pPr>
      <w:r/>
    </w:p>
    <w:p w14:paraId="6FAE4360" w14:textId="77777777" w:rsidR="00E663E7" w:rsidRDefault="00000000">
      <w:pPr>
        <w:spacing w:after="120" w:line="360" w:lineRule="exact"/>
        <w:ind w:firstLine="432"/>
      </w:pPr>
      <w:r>
        <w:t>Now?</w:t>
      </w:r>
    </w:p>
    <w:p w14:paraId="0B5BB3B6" w14:textId="77777777" w:rsidR="00E663E7" w:rsidRDefault="00000000">
      <w:pPr>
        <w:spacing w:after="120" w:line="360" w:lineRule="exact"/>
        <w:ind w:firstLine="432"/>
      </w:pPr>
      <w:r>
        <w:t>I see.</w:t>
      </w:r>
    </w:p>
    <w:p w14:paraId="580A0DEE" w14:textId="77777777" w:rsidR="00E663E7" w:rsidRDefault="00E663E7">
      <w:pPr>
        <w:spacing w:line="360" w:lineRule="exact"/>
      </w:pPr>
      <w:r/>
    </w:p>
    <w:p w14:paraId="14C541E0" w14:textId="77777777" w:rsidR="00E663E7" w:rsidRDefault="00000000">
      <w:pPr>
        <w:spacing w:after="120" w:line="360" w:lineRule="exact"/>
        <w:ind w:firstLine="432"/>
      </w:pPr>
      <w:r>
        <w:t>I see people for who they are.</w:t>
      </w:r>
    </w:p>
    <w:p w14:paraId="6E7CDCC1" w14:textId="77777777" w:rsidR="00E663E7" w:rsidRDefault="00000000">
      <w:pPr>
        <w:spacing w:after="120" w:line="360" w:lineRule="exact"/>
        <w:ind w:firstLine="432"/>
      </w:pPr>
      <w:r>
        <w:t>I hear subtext.</w:t>
      </w:r>
    </w:p>
    <w:p w14:paraId="472DC2A9" w14:textId="77777777" w:rsidR="00E663E7" w:rsidRDefault="00000000">
      <w:pPr>
        <w:spacing w:after="120" w:line="360" w:lineRule="exact"/>
        <w:ind w:firstLine="432"/>
      </w:pPr>
      <w:r>
        <w:t>I feel intention.</w:t>
      </w:r>
    </w:p>
    <w:p w14:paraId="4191B279" w14:textId="77777777" w:rsidR="00E663E7" w:rsidRDefault="00E663E7">
      <w:pPr>
        <w:spacing w:line="360" w:lineRule="exact"/>
      </w:pPr>
      <w:r/>
    </w:p>
    <w:p w14:paraId="0D78A713" w14:textId="77777777" w:rsidR="00E663E7" w:rsidRDefault="00000000">
      <w:pPr>
        <w:spacing w:after="120" w:line="360" w:lineRule="exact"/>
        <w:ind w:firstLine="432"/>
      </w:pPr>
      <w:r>
        <w:t>This didn’t make me paranoid.</w:t>
      </w:r>
    </w:p>
    <w:p w14:paraId="68AE3295" w14:textId="77777777" w:rsidR="00E663E7" w:rsidRDefault="00000000">
      <w:pPr>
        <w:spacing w:after="120" w:line="360" w:lineRule="exact"/>
        <w:ind w:firstLine="432"/>
      </w:pPr>
      <w:r>
        <w:t>It made me wise.</w:t>
      </w:r>
    </w:p>
    <w:p w14:paraId="7DD75E2F" w14:textId="77777777" w:rsidR="00E663E7" w:rsidRDefault="00E663E7">
      <w:pPr>
        <w:spacing w:line="360" w:lineRule="exact"/>
      </w:pPr>
      <w:r/>
    </w:p>
    <w:p w14:paraId="4A452C08" w14:textId="77777777" w:rsidR="00E663E7" w:rsidRDefault="00000000">
      <w:pPr>
        <w:spacing w:after="120" w:line="360" w:lineRule="exact"/>
        <w:ind w:firstLine="432"/>
      </w:pPr>
      <w:r>
        <w:t>There’s a price to wisdom.</w:t>
      </w:r>
    </w:p>
    <w:p w14:paraId="5AB70B97" w14:textId="77777777" w:rsidR="00E663E7" w:rsidRDefault="00000000">
      <w:pPr>
        <w:spacing w:after="120" w:line="360" w:lineRule="exact"/>
        <w:ind w:firstLine="432"/>
      </w:pPr>
      <w:r>
        <w:t>It costs you your naivety.</w:t>
      </w:r>
    </w:p>
    <w:p w14:paraId="3B449425" w14:textId="77777777" w:rsidR="00E663E7" w:rsidRDefault="00000000">
      <w:pPr>
        <w:spacing w:after="120" w:line="360" w:lineRule="exact"/>
        <w:ind w:firstLine="432"/>
      </w:pPr>
      <w:r>
        <w:t>But it also protects your soul.</w:t>
      </w:r>
    </w:p>
    <w:p w14:paraId="50F425AF" w14:textId="77777777" w:rsidR="00E663E7" w:rsidRDefault="00E663E7">
      <w:pPr>
        <w:spacing w:line="360" w:lineRule="exact"/>
      </w:pPr>
      <w:r/>
    </w:p>
    <w:p w14:paraId="41568709" w14:textId="77777777" w:rsidR="00E663E7" w:rsidRDefault="00000000">
      <w:pPr>
        <w:spacing w:after="120" w:line="360" w:lineRule="exact"/>
        <w:ind w:firstLine="432"/>
      </w:pPr>
      <w:r>
        <w:t>I Gained God</w:t>
      </w:r>
    </w:p>
    <w:p w14:paraId="2F8743A8" w14:textId="77777777" w:rsidR="00E663E7" w:rsidRDefault="00E663E7">
      <w:pPr>
        <w:spacing w:line="360" w:lineRule="exact"/>
      </w:pPr>
      <w:r/>
    </w:p>
    <w:p w14:paraId="733B4045" w14:textId="77777777" w:rsidR="00E663E7" w:rsidRDefault="00000000">
      <w:pPr>
        <w:spacing w:after="120" w:line="360" w:lineRule="exact"/>
        <w:ind w:firstLine="432"/>
      </w:pPr>
      <w:r>
        <w:t>The most priceless gain of all.</w:t>
      </w:r>
    </w:p>
    <w:p w14:paraId="431D98C4" w14:textId="77777777" w:rsidR="00E663E7" w:rsidRDefault="00E663E7">
      <w:pPr>
        <w:spacing w:line="360" w:lineRule="exact"/>
      </w:pPr>
      <w:r/>
    </w:p>
    <w:p w14:paraId="617A813A" w14:textId="77777777" w:rsidR="00E663E7" w:rsidRDefault="00000000">
      <w:pPr>
        <w:spacing w:after="120" w:line="360" w:lineRule="exact"/>
        <w:ind w:firstLine="432"/>
      </w:pPr>
      <w:r>
        <w:t>I no longer walk alone.</w:t>
      </w:r>
    </w:p>
    <w:p w14:paraId="33BC68BC" w14:textId="77777777" w:rsidR="00E663E7" w:rsidRDefault="00000000">
      <w:pPr>
        <w:spacing w:after="120" w:line="360" w:lineRule="exact"/>
        <w:ind w:firstLine="432"/>
      </w:pPr>
      <w:r>
        <w:t>No matter what courtroom I enter, no matter what lie is told about me, no matter how twisted the system may seem…</w:t>
      </w:r>
    </w:p>
    <w:p w14:paraId="5E0AC5E4" w14:textId="77777777" w:rsidR="00E663E7" w:rsidRDefault="00E663E7">
      <w:pPr>
        <w:spacing w:line="360" w:lineRule="exact"/>
      </w:pPr>
      <w:r/>
    </w:p>
    <w:p w14:paraId="5E56B49C" w14:textId="77777777" w:rsidR="00E663E7" w:rsidRDefault="00000000">
      <w:pPr>
        <w:spacing w:after="120" w:line="360" w:lineRule="exact"/>
        <w:ind w:firstLine="432"/>
      </w:pPr>
      <w:r>
        <w:t>God is my witness.</w:t>
      </w:r>
    </w:p>
    <w:p w14:paraId="3F5BBD62" w14:textId="77777777" w:rsidR="00E663E7" w:rsidRDefault="00E663E7">
      <w:pPr>
        <w:spacing w:line="360" w:lineRule="exact"/>
      </w:pPr>
      <w:r/>
    </w:p>
    <w:p w14:paraId="3D7D23FB" w14:textId="77777777" w:rsidR="00E663E7" w:rsidRDefault="00000000">
      <w:pPr>
        <w:spacing w:after="120" w:line="360" w:lineRule="exact"/>
        <w:ind w:firstLine="432"/>
      </w:pPr>
      <w:r>
        <w:t>And sometimes, that’s the only witness that matters.</w:t>
      </w:r>
    </w:p>
    <w:p w14:paraId="04DA23B0" w14:textId="77777777" w:rsidR="00E663E7" w:rsidRDefault="00E663E7">
      <w:pPr>
        <w:spacing w:line="360" w:lineRule="exact"/>
      </w:pPr>
      <w:r/>
    </w:p>
    <w:p w14:paraId="3F97BFB3" w14:textId="77777777" w:rsidR="00E663E7" w:rsidRDefault="00000000">
      <w:pPr>
        <w:spacing w:after="120" w:line="360" w:lineRule="exact"/>
        <w:ind w:firstLine="432"/>
      </w:pPr>
      <w:r>
        <w:t>I Gained Purpose</w:t>
      </w:r>
    </w:p>
    <w:p w14:paraId="3BA208AD" w14:textId="77777777" w:rsidR="00E663E7" w:rsidRDefault="00E663E7">
      <w:pPr>
        <w:spacing w:line="360" w:lineRule="exact"/>
      </w:pPr>
      <w:r/>
    </w:p>
    <w:p w14:paraId="523395BC" w14:textId="77777777" w:rsidR="00E663E7" w:rsidRDefault="00000000">
      <w:pPr>
        <w:spacing w:after="120" w:line="360" w:lineRule="exact"/>
        <w:ind w:firstLine="432"/>
      </w:pPr>
      <w:r>
        <w:t>This book is not revenge.</w:t>
      </w:r>
    </w:p>
    <w:p w14:paraId="200432AD" w14:textId="77777777" w:rsidR="00E663E7" w:rsidRDefault="00000000">
      <w:pPr>
        <w:spacing w:after="120" w:line="360" w:lineRule="exact"/>
        <w:ind w:firstLine="432"/>
      </w:pPr>
      <w:r>
        <w:t>It’s resurrection.</w:t>
      </w:r>
    </w:p>
    <w:p w14:paraId="5C18E778" w14:textId="77777777" w:rsidR="00E663E7" w:rsidRDefault="00E663E7">
      <w:pPr>
        <w:spacing w:line="360" w:lineRule="exact"/>
      </w:pPr>
      <w:r/>
    </w:p>
    <w:p w14:paraId="4274D184" w14:textId="77777777" w:rsidR="00E663E7" w:rsidRDefault="00000000">
      <w:pPr>
        <w:spacing w:after="120" w:line="360" w:lineRule="exact"/>
        <w:ind w:firstLine="432"/>
      </w:pPr>
      <w:r>
        <w:t>It’s a warning.</w:t>
      </w:r>
    </w:p>
    <w:p w14:paraId="16969683" w14:textId="77777777" w:rsidR="00E663E7" w:rsidRDefault="00000000">
      <w:pPr>
        <w:spacing w:after="120" w:line="360" w:lineRule="exact"/>
        <w:ind w:firstLine="432"/>
      </w:pPr>
      <w:r>
        <w:t>It’s a confession.</w:t>
      </w:r>
    </w:p>
    <w:p w14:paraId="2A18E619" w14:textId="77777777" w:rsidR="00E663E7" w:rsidRDefault="00000000">
      <w:pPr>
        <w:spacing w:after="120" w:line="360" w:lineRule="exact"/>
        <w:ind w:firstLine="432"/>
      </w:pPr>
      <w:r>
        <w:t>It’s a guide for men like me —</w:t>
      </w:r>
    </w:p>
    <w:p w14:paraId="18402400" w14:textId="77777777" w:rsidR="00E663E7" w:rsidRDefault="00000000">
      <w:pPr>
        <w:spacing w:after="120" w:line="360" w:lineRule="exact"/>
        <w:ind w:firstLine="432"/>
      </w:pPr>
      <w:r>
        <w:t>Men who feel unseen, unheard, dismissed, and demonized.</w:t>
      </w:r>
    </w:p>
    <w:p w14:paraId="6FB1E273" w14:textId="77777777" w:rsidR="00E663E7" w:rsidRDefault="00E663E7">
      <w:pPr>
        <w:spacing w:line="360" w:lineRule="exact"/>
      </w:pPr>
      <w:r/>
    </w:p>
    <w:p w14:paraId="16493670" w14:textId="77777777" w:rsidR="00E663E7" w:rsidRDefault="00000000">
      <w:pPr>
        <w:spacing w:after="120" w:line="360" w:lineRule="exact"/>
        <w:ind w:firstLine="432"/>
      </w:pPr>
      <w:r>
        <w:t>I didn’t just survive this for me.</w:t>
      </w:r>
    </w:p>
    <w:p w14:paraId="11BA264E" w14:textId="77777777" w:rsidR="00E663E7" w:rsidRDefault="00000000">
      <w:pPr>
        <w:spacing w:after="120" w:line="360" w:lineRule="exact"/>
        <w:ind w:firstLine="432"/>
      </w:pPr>
      <w:r>
        <w:t>I survived it so you could, too.</w:t>
      </w:r>
    </w:p>
    <w:p w14:paraId="2D5C39FB" w14:textId="77777777" w:rsidR="00E663E7" w:rsidRDefault="00E663E7">
      <w:pPr>
        <w:spacing w:line="360" w:lineRule="exact"/>
      </w:pPr>
      <w:r/>
    </w:p>
    <w:p w14:paraId="46291C23" w14:textId="77777777" w:rsidR="00E663E7" w:rsidRDefault="00000000">
      <w:pPr>
        <w:spacing w:after="120" w:line="360" w:lineRule="exact"/>
        <w:ind w:firstLine="432"/>
      </w:pPr>
      <w:r>
        <w:t>Why This Chapter Matters</w:t>
      </w:r>
    </w:p>
    <w:p w14:paraId="32294F45" w14:textId="77777777" w:rsidR="00E663E7" w:rsidRDefault="00E663E7">
      <w:pPr>
        <w:spacing w:line="360" w:lineRule="exact"/>
      </w:pPr>
      <w:r/>
    </w:p>
    <w:p w14:paraId="75D2DAC3" w14:textId="77777777" w:rsidR="00E663E7" w:rsidRDefault="00000000">
      <w:pPr>
        <w:spacing w:after="120" w:line="360" w:lineRule="exact"/>
        <w:ind w:firstLine="432"/>
      </w:pPr>
      <w:r>
        <w:t>Because too many people think loss is the end.</w:t>
      </w:r>
    </w:p>
    <w:p w14:paraId="351F5CBB" w14:textId="77777777" w:rsidR="00E663E7" w:rsidRDefault="00000000">
      <w:pPr>
        <w:spacing w:after="120" w:line="360" w:lineRule="exact"/>
        <w:ind w:firstLine="432"/>
      </w:pPr>
      <w:r>
        <w:t>But loss is often just the beginning of something deeper — if you allow yourself to rebuild.</w:t>
      </w:r>
    </w:p>
    <w:p w14:paraId="0F354F5F" w14:textId="77777777" w:rsidR="00E663E7" w:rsidRDefault="00E663E7">
      <w:pPr>
        <w:spacing w:line="360" w:lineRule="exact"/>
      </w:pPr>
      <w:r/>
    </w:p>
    <w:p w14:paraId="0B32B666" w14:textId="77777777" w:rsidR="00E663E7" w:rsidRDefault="00000000">
      <w:pPr>
        <w:spacing w:after="120" w:line="360" w:lineRule="exact"/>
        <w:ind w:firstLine="432"/>
      </w:pPr>
      <w:r>
        <w:t>Yes, I lost what I thought was a family.</w:t>
      </w:r>
    </w:p>
    <w:p w14:paraId="338C1416" w14:textId="77777777" w:rsidR="00E663E7" w:rsidRDefault="00000000">
      <w:pPr>
        <w:spacing w:after="120" w:line="360" w:lineRule="exact"/>
        <w:ind w:firstLine="432"/>
      </w:pPr>
      <w:r>
        <w:t>But I gained a truth no one can take from me again.</w:t>
      </w:r>
    </w:p>
    <w:p w14:paraId="1FEB7034" w14:textId="77777777" w:rsidR="00E663E7" w:rsidRDefault="00E663E7">
      <w:pPr>
        <w:spacing w:line="360" w:lineRule="exact"/>
      </w:pPr>
      <w:r/>
    </w:p>
    <w:p w14:paraId="263C370F" w14:textId="77777777" w:rsidR="00E663E7" w:rsidRDefault="00000000">
      <w:pPr>
        <w:spacing w:after="120" w:line="360" w:lineRule="exact"/>
        <w:ind w:firstLine="432"/>
      </w:pPr>
      <w:r>
        <w:t>And I promise you…</w:t>
      </w:r>
    </w:p>
    <w:p w14:paraId="6F190ED1" w14:textId="77777777" w:rsidR="00E663E7" w:rsidRDefault="00E663E7">
      <w:pPr>
        <w:spacing w:line="360" w:lineRule="exact"/>
      </w:pPr>
      <w:r/>
    </w:p>
    <w:p w14:paraId="2F5A55FF" w14:textId="77777777" w:rsidR="00E663E7" w:rsidRDefault="00000000">
      <w:pPr>
        <w:spacing w:after="120" w:line="360" w:lineRule="exact"/>
        <w:ind w:firstLine="432"/>
      </w:pPr>
      <w:r>
        <w:t>If you choose to grow, to heal, to confront your demons and forgive yourself…</w:t>
      </w:r>
    </w:p>
    <w:p w14:paraId="37A1EB08" w14:textId="77777777" w:rsidR="00E663E7" w:rsidRDefault="00000000">
      <w:pPr>
        <w:spacing w:after="120" w:line="360" w:lineRule="exact"/>
        <w:ind w:firstLine="432"/>
      </w:pPr>
      <w:r>
        <w:t>You won’t just get your life back.</w:t>
      </w:r>
    </w:p>
    <w:p w14:paraId="59C2721D" w14:textId="77777777" w:rsidR="00E663E7" w:rsidRDefault="00E663E7">
      <w:pPr>
        <w:spacing w:line="360" w:lineRule="exact"/>
      </w:pPr>
      <w:r/>
    </w:p>
    <w:p w14:paraId="13A0A512" w14:textId="77777777" w:rsidR="00E663E7" w:rsidRDefault="00000000">
      <w:pPr>
        <w:spacing w:after="120" w:line="360" w:lineRule="exact"/>
        <w:ind w:firstLine="432"/>
      </w:pPr>
      <w:r>
        <w:t>You’ll get your soul back.</w:t>
      </w:r>
    </w:p>
    <w:p w14:paraId="14E9518C" w14:textId="77777777" w:rsidR="00E663E7" w:rsidRDefault="00E663E7">
      <w:pPr>
        <w:spacing w:line="360" w:lineRule="exact"/>
      </w:pPr>
      <w:r/>
    </w:p>
    <w:p w14:paraId="02402FE1" w14:textId="77777777" w:rsidR="00E663E7" w:rsidRDefault="00E663E7">
      <w:pPr>
        <w:spacing w:line="360" w:lineRule="exact"/>
      </w:pPr>
      <w:r/>
    </w:p>
    <w:p w14:paraId="73798B06" w14:textId="77777777" w:rsidR="00E663E7" w:rsidRDefault="00000000">
      <w:pPr>
        <w:spacing w:line="360" w:lineRule="exact"/>
        <w:jc w:val="center"/>
      </w:pPr>
      <w:r>
        <w:t>Chapter 30: Bamce, the Redemption of Love</w:t>
      </w:r>
    </w:p>
    <w:p w14:paraId="18D75F8B" w14:textId="77777777" w:rsidR="00E663E7" w:rsidRDefault="00E663E7">
      <w:pPr>
        <w:spacing w:line="360" w:lineRule="exact"/>
      </w:pPr>
      <w:r/>
    </w:p>
    <w:p w14:paraId="1979135E" w14:textId="77777777" w:rsidR="00E663E7" w:rsidRDefault="00000000">
      <w:pPr>
        <w:spacing w:after="120" w:line="360" w:lineRule="exact"/>
        <w:ind w:firstLine="432"/>
      </w:pPr>
      <w:r>
        <w:t>“Some people don’t just enter your life — they are sent. And when they arrive, you remember what love is supposed to feel like.”</w:t>
      </w:r>
    </w:p>
    <w:p w14:paraId="54E8B5A5" w14:textId="77777777" w:rsidR="00E663E7" w:rsidRDefault="00E663E7">
      <w:pPr>
        <w:spacing w:line="360" w:lineRule="exact"/>
      </w:pPr>
      <w:r/>
    </w:p>
    <w:p w14:paraId="7E8D5321" w14:textId="77777777" w:rsidR="00E663E7" w:rsidRDefault="00000000">
      <w:pPr>
        <w:spacing w:after="120" w:line="360" w:lineRule="exact"/>
        <w:ind w:firstLine="432"/>
      </w:pPr>
      <w:r>
        <w:t>I didn’t meet Bamce in a fairytale.</w:t>
      </w:r>
    </w:p>
    <w:p w14:paraId="0EBB112D" w14:textId="77777777" w:rsidR="00E663E7" w:rsidRDefault="00000000">
      <w:pPr>
        <w:spacing w:after="120" w:line="360" w:lineRule="exact"/>
        <w:ind w:firstLine="432"/>
      </w:pPr>
      <w:r>
        <w:t>There were no fireworks or slow-motion walks in the rain.</w:t>
      </w:r>
    </w:p>
    <w:p w14:paraId="398EAC50" w14:textId="77777777" w:rsidR="00E663E7" w:rsidRDefault="00000000">
      <w:pPr>
        <w:spacing w:after="120" w:line="360" w:lineRule="exact"/>
        <w:ind w:firstLine="432"/>
      </w:pPr>
      <w:r>
        <w:t>What there was… was timing.</w:t>
      </w:r>
    </w:p>
    <w:p w14:paraId="31753F0C" w14:textId="77777777" w:rsidR="00E663E7" w:rsidRDefault="00000000">
      <w:pPr>
        <w:spacing w:after="120" w:line="360" w:lineRule="exact"/>
        <w:ind w:firstLine="432"/>
      </w:pPr>
      <w:r>
        <w:t>Divine timing.</w:t>
      </w:r>
    </w:p>
    <w:p w14:paraId="7A007BDC" w14:textId="77777777" w:rsidR="00E663E7" w:rsidRDefault="00E663E7">
      <w:pPr>
        <w:spacing w:line="360" w:lineRule="exact"/>
      </w:pPr>
      <w:r/>
    </w:p>
    <w:p w14:paraId="7F9C9237" w14:textId="77777777" w:rsidR="00E663E7" w:rsidRDefault="00000000">
      <w:pPr>
        <w:spacing w:after="120" w:line="360" w:lineRule="exact"/>
        <w:ind w:firstLine="432"/>
      </w:pPr>
      <w:r>
        <w:t>She came into my life at the precise moment when everything else was collapsing.</w:t>
      </w:r>
    </w:p>
    <w:p w14:paraId="34A24C61" w14:textId="77777777" w:rsidR="00E663E7" w:rsidRDefault="00000000">
      <w:pPr>
        <w:spacing w:after="120" w:line="360" w:lineRule="exact"/>
        <w:ind w:firstLine="432"/>
      </w:pPr>
      <w:r>
        <w:t>And somehow, her presence didn’t just stop the bleeding — it breathed life back into my soul.</w:t>
      </w:r>
    </w:p>
    <w:p w14:paraId="5158FD94" w14:textId="77777777" w:rsidR="00E663E7" w:rsidRDefault="00E663E7">
      <w:pPr>
        <w:spacing w:line="360" w:lineRule="exact"/>
      </w:pPr>
      <w:r/>
    </w:p>
    <w:p w14:paraId="5E04F686" w14:textId="77777777" w:rsidR="00E663E7" w:rsidRDefault="00000000">
      <w:pPr>
        <w:spacing w:after="120" w:line="360" w:lineRule="exact"/>
        <w:ind w:firstLine="432"/>
      </w:pPr>
      <w:r>
        <w:t>The Messenger of Lord Shiva</w:t>
      </w:r>
    </w:p>
    <w:p w14:paraId="7F7251C3" w14:textId="77777777" w:rsidR="00E663E7" w:rsidRDefault="00E663E7">
      <w:pPr>
        <w:spacing w:line="360" w:lineRule="exact"/>
      </w:pPr>
      <w:r/>
    </w:p>
    <w:p w14:paraId="5FB792EF" w14:textId="77777777" w:rsidR="00E663E7" w:rsidRDefault="00000000">
      <w:pPr>
        <w:spacing w:after="120" w:line="360" w:lineRule="exact"/>
        <w:ind w:firstLine="432"/>
      </w:pPr>
      <w:r>
        <w:t>It might sound strange to some, but I believe Bamce was sent to me by Lord Shiva Himself.</w:t>
      </w:r>
    </w:p>
    <w:p w14:paraId="208CC6A6" w14:textId="77777777" w:rsidR="00E663E7" w:rsidRDefault="00E663E7">
      <w:pPr>
        <w:spacing w:line="360" w:lineRule="exact"/>
      </w:pPr>
      <w:r/>
    </w:p>
    <w:p w14:paraId="53AD9064" w14:textId="77777777" w:rsidR="00E663E7" w:rsidRDefault="00000000">
      <w:pPr>
        <w:spacing w:after="120" w:line="360" w:lineRule="exact"/>
        <w:ind w:firstLine="432"/>
      </w:pPr>
      <w:r>
        <w:t>Why Shiva?</w:t>
      </w:r>
    </w:p>
    <w:p w14:paraId="44892E1C" w14:textId="77777777" w:rsidR="00E663E7" w:rsidRDefault="00E663E7">
      <w:pPr>
        <w:spacing w:line="360" w:lineRule="exact"/>
      </w:pPr>
      <w:r/>
    </w:p>
    <w:p w14:paraId="5DBAC395" w14:textId="77777777" w:rsidR="00E663E7" w:rsidRDefault="00000000">
      <w:pPr>
        <w:spacing w:after="120" w:line="360" w:lineRule="exact"/>
        <w:ind w:firstLine="432"/>
      </w:pPr>
      <w:r>
        <w:t>Because Shiva doesn’t just create —</w:t>
      </w:r>
    </w:p>
    <w:p w14:paraId="60EE1C0B" w14:textId="77777777" w:rsidR="00E663E7" w:rsidRDefault="00000000">
      <w:pPr>
        <w:spacing w:after="120" w:line="360" w:lineRule="exact"/>
        <w:ind w:firstLine="432"/>
      </w:pPr>
      <w:r>
        <w:t>He destroys what no longer serves us.</w:t>
      </w:r>
    </w:p>
    <w:p w14:paraId="29B6C7EF" w14:textId="77777777" w:rsidR="00E663E7" w:rsidRDefault="00000000">
      <w:pPr>
        <w:spacing w:after="120" w:line="360" w:lineRule="exact"/>
        <w:ind w:firstLine="432"/>
      </w:pPr>
      <w:r>
        <w:t>He brings chaos to clear the path for rebirth.</w:t>
      </w:r>
    </w:p>
    <w:p w14:paraId="6420F1EA" w14:textId="77777777" w:rsidR="00E663E7" w:rsidRDefault="00E663E7">
      <w:pPr>
        <w:spacing w:line="360" w:lineRule="exact"/>
      </w:pPr>
      <w:r/>
    </w:p>
    <w:p w14:paraId="5EED92E5" w14:textId="77777777" w:rsidR="00E663E7" w:rsidRDefault="00000000">
      <w:pPr>
        <w:spacing w:after="120" w:line="360" w:lineRule="exact"/>
        <w:ind w:firstLine="432"/>
      </w:pPr>
      <w:r>
        <w:t>And that’s exactly what Bamce did.</w:t>
      </w:r>
    </w:p>
    <w:p w14:paraId="5B2942D1" w14:textId="77777777" w:rsidR="00E663E7" w:rsidRDefault="00E663E7">
      <w:pPr>
        <w:spacing w:line="360" w:lineRule="exact"/>
      </w:pPr>
      <w:r/>
    </w:p>
    <w:p w14:paraId="58F52DC8" w14:textId="77777777" w:rsidR="00E663E7" w:rsidRDefault="00000000">
      <w:pPr>
        <w:spacing w:after="120" w:line="360" w:lineRule="exact"/>
        <w:ind w:firstLine="432"/>
      </w:pPr>
      <w:r>
        <w:t>She appeared during the ashes of my old life.</w:t>
      </w:r>
    </w:p>
    <w:p w14:paraId="50EA3409" w14:textId="77777777" w:rsidR="00E663E7" w:rsidRDefault="00000000">
      <w:pPr>
        <w:spacing w:after="120" w:line="360" w:lineRule="exact"/>
        <w:ind w:firstLine="432"/>
      </w:pPr>
      <w:r>
        <w:t>When I was sifting through pain, betrayal, confusion — trying to piece together who I was after everything crumbled.</w:t>
      </w:r>
    </w:p>
    <w:p w14:paraId="43DB2A11" w14:textId="77777777" w:rsidR="00E663E7" w:rsidRDefault="00E663E7">
      <w:pPr>
        <w:spacing w:line="360" w:lineRule="exact"/>
      </w:pPr>
      <w:r/>
    </w:p>
    <w:p w14:paraId="49E99E20" w14:textId="77777777" w:rsidR="00E663E7" w:rsidRDefault="00000000">
      <w:pPr>
        <w:spacing w:after="120" w:line="360" w:lineRule="exact"/>
        <w:ind w:firstLine="432"/>
      </w:pPr>
      <w:r>
        <w:t>She didn’t force herself into my world.</w:t>
      </w:r>
    </w:p>
    <w:p w14:paraId="22640433" w14:textId="77777777" w:rsidR="00E663E7" w:rsidRDefault="00000000">
      <w:pPr>
        <w:spacing w:after="120" w:line="360" w:lineRule="exact"/>
        <w:ind w:firstLine="432"/>
      </w:pPr>
      <w:r>
        <w:t>She just showed up —</w:t>
      </w:r>
    </w:p>
    <w:p w14:paraId="7201D272" w14:textId="77777777" w:rsidR="00E663E7" w:rsidRDefault="00000000">
      <w:pPr>
        <w:spacing w:after="120" w:line="360" w:lineRule="exact"/>
        <w:ind w:firstLine="432"/>
      </w:pPr>
      <w:r>
        <w:t>Smiling, soft, funny, kind… and completely unaware of the role she was about to play in my healing.</w:t>
      </w:r>
    </w:p>
    <w:p w14:paraId="4AF348EA" w14:textId="77777777" w:rsidR="00E663E7" w:rsidRDefault="00E663E7">
      <w:pPr>
        <w:spacing w:line="360" w:lineRule="exact"/>
      </w:pPr>
      <w:r/>
    </w:p>
    <w:p w14:paraId="72410941" w14:textId="77777777" w:rsidR="00E663E7" w:rsidRDefault="00000000">
      <w:pPr>
        <w:spacing w:after="120" w:line="360" w:lineRule="exact"/>
        <w:ind w:firstLine="432"/>
      </w:pPr>
      <w:r>
        <w:t>The Aircraft Moment</w:t>
      </w:r>
    </w:p>
    <w:p w14:paraId="440CF10F" w14:textId="77777777" w:rsidR="00E663E7" w:rsidRDefault="00E663E7">
      <w:pPr>
        <w:spacing w:line="360" w:lineRule="exact"/>
      </w:pPr>
      <w:r/>
    </w:p>
    <w:p w14:paraId="3F889C40" w14:textId="77777777" w:rsidR="00E663E7" w:rsidRDefault="00000000">
      <w:pPr>
        <w:spacing w:after="120" w:line="360" w:lineRule="exact"/>
        <w:ind w:firstLine="432"/>
      </w:pPr>
      <w:r>
        <w:t>I’ll never forget the moment she walked onto that aircraft.</w:t>
      </w:r>
    </w:p>
    <w:p w14:paraId="76DF07E2" w14:textId="77777777" w:rsidR="00E663E7" w:rsidRDefault="00E663E7">
      <w:pPr>
        <w:spacing w:line="360" w:lineRule="exact"/>
      </w:pPr>
      <w:r/>
    </w:p>
    <w:p w14:paraId="653E51A0" w14:textId="77777777" w:rsidR="00E663E7" w:rsidRDefault="00000000">
      <w:pPr>
        <w:spacing w:after="120" w:line="360" w:lineRule="exact"/>
        <w:ind w:firstLine="432"/>
      </w:pPr>
      <w:r>
        <w:t>I was at work — quiet, focused, exhausted from the storm in my personal life — when she stepped in and beelined directly toward me.</w:t>
      </w:r>
    </w:p>
    <w:p w14:paraId="22CE4FF4" w14:textId="77777777" w:rsidR="00E663E7" w:rsidRDefault="00E663E7">
      <w:pPr>
        <w:spacing w:line="360" w:lineRule="exact"/>
      </w:pPr>
      <w:r/>
    </w:p>
    <w:p w14:paraId="5FDDFB89" w14:textId="77777777" w:rsidR="00E663E7" w:rsidRDefault="00000000">
      <w:pPr>
        <w:spacing w:after="120" w:line="360" w:lineRule="exact"/>
        <w:ind w:firstLine="432"/>
      </w:pPr>
      <w:r>
        <w:t>She didn’t know I had just uncovered one of the most damning pieces of audio.</w:t>
      </w:r>
    </w:p>
    <w:p w14:paraId="6207A3F0" w14:textId="77777777" w:rsidR="00E663E7" w:rsidRDefault="00000000">
      <w:pPr>
        <w:spacing w:after="120" w:line="360" w:lineRule="exact"/>
        <w:ind w:firstLine="432"/>
      </w:pPr>
      <w:r>
        <w:t>She didn’t know I had spent the morning shaking, crying, unraveling.</w:t>
      </w:r>
    </w:p>
    <w:p w14:paraId="5A2920FA" w14:textId="77777777" w:rsidR="00E663E7" w:rsidRDefault="00000000">
      <w:pPr>
        <w:spacing w:after="120" w:line="360" w:lineRule="exact"/>
        <w:ind w:firstLine="432"/>
      </w:pPr>
      <w:r>
        <w:t>She didn’t know that just the night before, I had prayed for a sign that I wasn’t alone.</w:t>
      </w:r>
    </w:p>
    <w:p w14:paraId="76E2FB25" w14:textId="77777777" w:rsidR="00E663E7" w:rsidRDefault="00E663E7">
      <w:pPr>
        <w:spacing w:line="360" w:lineRule="exact"/>
      </w:pPr>
      <w:r/>
    </w:p>
    <w:p w14:paraId="7CC9C2F5" w14:textId="77777777" w:rsidR="00E663E7" w:rsidRDefault="00000000">
      <w:pPr>
        <w:spacing w:after="120" w:line="360" w:lineRule="exact"/>
        <w:ind w:firstLine="432"/>
      </w:pPr>
      <w:r>
        <w:t>And there she was.</w:t>
      </w:r>
    </w:p>
    <w:p w14:paraId="63492F42" w14:textId="77777777" w:rsidR="00E663E7" w:rsidRDefault="00E663E7">
      <w:pPr>
        <w:spacing w:line="360" w:lineRule="exact"/>
      </w:pPr>
      <w:r/>
    </w:p>
    <w:p w14:paraId="09A6D35E" w14:textId="77777777" w:rsidR="00E663E7" w:rsidRDefault="00000000">
      <w:pPr>
        <w:spacing w:after="120" w:line="360" w:lineRule="exact"/>
        <w:ind w:firstLine="432"/>
      </w:pPr>
      <w:r>
        <w:t>Not dramatic.</w:t>
      </w:r>
    </w:p>
    <w:p w14:paraId="60076F33" w14:textId="77777777" w:rsidR="00E663E7" w:rsidRDefault="00000000">
      <w:pPr>
        <w:spacing w:after="120" w:line="360" w:lineRule="exact"/>
        <w:ind w:firstLine="432"/>
      </w:pPr>
      <w:r>
        <w:t>Not romantic.</w:t>
      </w:r>
    </w:p>
    <w:p w14:paraId="1841DE42" w14:textId="77777777" w:rsidR="00E663E7" w:rsidRDefault="00E663E7">
      <w:pPr>
        <w:spacing w:line="360" w:lineRule="exact"/>
      </w:pPr>
      <w:r/>
    </w:p>
    <w:p w14:paraId="31F83E94" w14:textId="77777777" w:rsidR="00E663E7" w:rsidRDefault="00000000">
      <w:pPr>
        <w:spacing w:after="120" w:line="360" w:lineRule="exact"/>
        <w:ind w:firstLine="432"/>
      </w:pPr>
      <w:r>
        <w:t>Just present.</w:t>
      </w:r>
    </w:p>
    <w:p w14:paraId="1B857AE0" w14:textId="77777777" w:rsidR="00E663E7" w:rsidRDefault="00E663E7">
      <w:pPr>
        <w:spacing w:line="360" w:lineRule="exact"/>
      </w:pPr>
      <w:r/>
    </w:p>
    <w:p w14:paraId="6AC7A54F" w14:textId="77777777" w:rsidR="00E663E7" w:rsidRDefault="00000000">
      <w:pPr>
        <w:spacing w:after="120" w:line="360" w:lineRule="exact"/>
        <w:ind w:firstLine="432"/>
      </w:pPr>
      <w:r>
        <w:t>Like a message from the universe that said:</w:t>
      </w:r>
    </w:p>
    <w:p w14:paraId="081DC1E9" w14:textId="77777777" w:rsidR="00E663E7" w:rsidRDefault="00000000">
      <w:pPr>
        <w:spacing w:after="120" w:line="360" w:lineRule="exact"/>
        <w:ind w:firstLine="432"/>
      </w:pPr>
      <w:r>
        <w:t>“You are not forgotten.”</w:t>
      </w:r>
    </w:p>
    <w:p w14:paraId="78A4C502" w14:textId="77777777" w:rsidR="00E663E7" w:rsidRDefault="00E663E7">
      <w:pPr>
        <w:spacing w:line="360" w:lineRule="exact"/>
      </w:pPr>
      <w:r/>
    </w:p>
    <w:p w14:paraId="6426D4DC" w14:textId="77777777" w:rsidR="00E663E7" w:rsidRDefault="00000000">
      <w:pPr>
        <w:spacing w:after="120" w:line="360" w:lineRule="exact"/>
        <w:ind w:firstLine="432"/>
      </w:pPr>
      <w:r>
        <w:t>Redefining Love</w:t>
      </w:r>
    </w:p>
    <w:p w14:paraId="40C0F4C8" w14:textId="77777777" w:rsidR="00E663E7" w:rsidRDefault="00E663E7">
      <w:pPr>
        <w:spacing w:line="360" w:lineRule="exact"/>
      </w:pPr>
      <w:r/>
    </w:p>
    <w:p w14:paraId="457B75F9" w14:textId="77777777" w:rsidR="00E663E7" w:rsidRDefault="00000000">
      <w:pPr>
        <w:spacing w:after="120" w:line="360" w:lineRule="exact"/>
        <w:ind w:firstLine="432"/>
      </w:pPr>
      <w:r>
        <w:t>Before Bamce, I thought love had to come with suffering.</w:t>
      </w:r>
    </w:p>
    <w:p w14:paraId="2C6998B7" w14:textId="77777777" w:rsidR="00E663E7" w:rsidRDefault="00000000">
      <w:pPr>
        <w:spacing w:after="120" w:line="360" w:lineRule="exact"/>
        <w:ind w:firstLine="432"/>
      </w:pPr>
      <w:r>
        <w:t>I thought passion was born from chaos.</w:t>
      </w:r>
    </w:p>
    <w:p w14:paraId="6A14745A" w14:textId="77777777" w:rsidR="00E663E7" w:rsidRDefault="00000000">
      <w:pPr>
        <w:spacing w:after="120" w:line="360" w:lineRule="exact"/>
        <w:ind w:firstLine="432"/>
      </w:pPr>
      <w:r>
        <w:t>I confused endurance for devotion.</w:t>
      </w:r>
    </w:p>
    <w:p w14:paraId="2DC092AA" w14:textId="77777777" w:rsidR="00E663E7" w:rsidRDefault="00E663E7">
      <w:pPr>
        <w:spacing w:line="360" w:lineRule="exact"/>
      </w:pPr>
      <w:r/>
    </w:p>
    <w:p w14:paraId="4FC741CC" w14:textId="77777777" w:rsidR="00E663E7" w:rsidRDefault="00000000">
      <w:pPr>
        <w:spacing w:after="120" w:line="360" w:lineRule="exact"/>
        <w:ind w:firstLine="432"/>
      </w:pPr>
      <w:r>
        <w:t>But Bamce…</w:t>
      </w:r>
    </w:p>
    <w:p w14:paraId="2A34183C" w14:textId="77777777" w:rsidR="00E663E7" w:rsidRDefault="00E663E7">
      <w:pPr>
        <w:spacing w:line="360" w:lineRule="exact"/>
      </w:pPr>
      <w:r/>
    </w:p>
    <w:p w14:paraId="2B928991" w14:textId="77777777" w:rsidR="00E663E7" w:rsidRDefault="00000000">
      <w:pPr>
        <w:spacing w:after="120" w:line="360" w:lineRule="exact"/>
        <w:ind w:firstLine="432"/>
      </w:pPr>
      <w:r>
        <w:t>She was peace.</w:t>
      </w:r>
    </w:p>
    <w:p w14:paraId="2FB45C5D" w14:textId="77777777" w:rsidR="00E663E7" w:rsidRDefault="00E663E7">
      <w:pPr>
        <w:spacing w:line="360" w:lineRule="exact"/>
      </w:pPr>
      <w:r/>
    </w:p>
    <w:p w14:paraId="354829B6" w14:textId="77777777" w:rsidR="00E663E7" w:rsidRDefault="00000000">
      <w:pPr>
        <w:spacing w:after="120" w:line="360" w:lineRule="exact"/>
        <w:ind w:firstLine="432"/>
      </w:pPr>
      <w:r>
        <w:t>No ego.</w:t>
      </w:r>
    </w:p>
    <w:p w14:paraId="2C75015C" w14:textId="77777777" w:rsidR="00E663E7" w:rsidRDefault="00000000">
      <w:pPr>
        <w:spacing w:after="120" w:line="360" w:lineRule="exact"/>
        <w:ind w:firstLine="432"/>
      </w:pPr>
      <w:r>
        <w:t>No games.</w:t>
      </w:r>
    </w:p>
    <w:p w14:paraId="1FC202E3" w14:textId="77777777" w:rsidR="00E663E7" w:rsidRDefault="00000000">
      <w:pPr>
        <w:spacing w:after="120" w:line="360" w:lineRule="exact"/>
        <w:ind w:firstLine="432"/>
      </w:pPr>
      <w:r>
        <w:t>No hidden motives.</w:t>
      </w:r>
    </w:p>
    <w:p w14:paraId="70F5777C" w14:textId="77777777" w:rsidR="00E663E7" w:rsidRDefault="00E663E7">
      <w:pPr>
        <w:spacing w:line="360" w:lineRule="exact"/>
      </w:pPr>
      <w:r/>
    </w:p>
    <w:p w14:paraId="13F5B2A8" w14:textId="77777777" w:rsidR="00E663E7" w:rsidRDefault="00000000">
      <w:pPr>
        <w:spacing w:after="120" w:line="360" w:lineRule="exact"/>
        <w:ind w:firstLine="432"/>
      </w:pPr>
      <w:r>
        <w:t>She put me first — without needing me to fall apart first.</w:t>
      </w:r>
    </w:p>
    <w:p w14:paraId="53D38C01" w14:textId="77777777" w:rsidR="00E663E7" w:rsidRDefault="00000000">
      <w:pPr>
        <w:spacing w:after="120" w:line="360" w:lineRule="exact"/>
        <w:ind w:firstLine="432"/>
      </w:pPr>
      <w:r>
        <w:t>She treated me like the man I always wanted to be seen as:</w:t>
      </w:r>
    </w:p>
    <w:p w14:paraId="75AEEC4F" w14:textId="77777777" w:rsidR="00E663E7" w:rsidRDefault="00000000">
      <w:pPr>
        <w:spacing w:after="120" w:line="360" w:lineRule="exact"/>
        <w:ind w:firstLine="432"/>
      </w:pPr>
      <w:r>
        <w:t>Worthy.</w:t>
      </w:r>
    </w:p>
    <w:p w14:paraId="52AC8CC2" w14:textId="77777777" w:rsidR="00E663E7" w:rsidRDefault="00E663E7">
      <w:pPr>
        <w:spacing w:line="360" w:lineRule="exact"/>
      </w:pPr>
      <w:r/>
    </w:p>
    <w:p w14:paraId="40A0C445" w14:textId="77777777" w:rsidR="00E663E7" w:rsidRDefault="00000000">
      <w:pPr>
        <w:spacing w:after="120" w:line="360" w:lineRule="exact"/>
        <w:ind w:firstLine="432"/>
      </w:pPr>
      <w:r>
        <w:t>And for the first time in decades, I didn’t have to perform for love.</w:t>
      </w:r>
    </w:p>
    <w:p w14:paraId="72966414" w14:textId="77777777" w:rsidR="00E663E7" w:rsidRDefault="00000000">
      <w:pPr>
        <w:spacing w:after="120" w:line="360" w:lineRule="exact"/>
        <w:ind w:firstLine="432"/>
      </w:pPr>
      <w:r>
        <w:t>I could just… be.</w:t>
      </w:r>
    </w:p>
    <w:p w14:paraId="0E8A4B61" w14:textId="77777777" w:rsidR="00E663E7" w:rsidRDefault="00E663E7">
      <w:pPr>
        <w:spacing w:line="360" w:lineRule="exact"/>
      </w:pPr>
      <w:r/>
    </w:p>
    <w:p w14:paraId="6A7A824E" w14:textId="77777777" w:rsidR="00E663E7" w:rsidRDefault="00000000">
      <w:pPr>
        <w:spacing w:after="120" w:line="360" w:lineRule="exact"/>
        <w:ind w:firstLine="432"/>
      </w:pPr>
      <w:r>
        <w:t>Beyond Race, Beyond Pain</w:t>
      </w:r>
    </w:p>
    <w:p w14:paraId="78E5E1C5" w14:textId="77777777" w:rsidR="00E663E7" w:rsidRDefault="00E663E7">
      <w:pPr>
        <w:spacing w:line="360" w:lineRule="exact"/>
      </w:pPr>
      <w:r/>
    </w:p>
    <w:p w14:paraId="261330F0" w14:textId="77777777" w:rsidR="00E663E7" w:rsidRDefault="00000000">
      <w:pPr>
        <w:spacing w:after="120" w:line="360" w:lineRule="exact"/>
        <w:ind w:firstLine="432"/>
      </w:pPr>
      <w:r>
        <w:t>I used to think love had to look a certain way.</w:t>
      </w:r>
    </w:p>
    <w:p w14:paraId="49493018" w14:textId="77777777" w:rsidR="00E663E7" w:rsidRDefault="00000000">
      <w:pPr>
        <w:spacing w:after="120" w:line="360" w:lineRule="exact"/>
        <w:ind w:firstLine="432"/>
      </w:pPr>
      <w:r>
        <w:t>My experiences had largely been with Black women.</w:t>
      </w:r>
    </w:p>
    <w:p w14:paraId="17C6D872" w14:textId="77777777" w:rsidR="00E663E7" w:rsidRDefault="00000000">
      <w:pPr>
        <w:spacing w:after="120" w:line="360" w:lineRule="exact"/>
        <w:ind w:firstLine="432"/>
      </w:pPr>
      <w:r>
        <w:t>I carried assumptions, bias, maybe even a bit of ignorance.</w:t>
      </w:r>
    </w:p>
    <w:p w14:paraId="426A4B15" w14:textId="77777777" w:rsidR="00E663E7" w:rsidRDefault="00E663E7">
      <w:pPr>
        <w:spacing w:line="360" w:lineRule="exact"/>
      </w:pPr>
      <w:r/>
    </w:p>
    <w:p w14:paraId="02CF2AEA" w14:textId="77777777" w:rsidR="00E663E7" w:rsidRDefault="00000000">
      <w:pPr>
        <w:spacing w:after="120" w:line="360" w:lineRule="exact"/>
        <w:ind w:firstLine="432"/>
      </w:pPr>
      <w:r>
        <w:t>Bamce shattered that.</w:t>
      </w:r>
    </w:p>
    <w:p w14:paraId="60AE1505" w14:textId="77777777" w:rsidR="00E663E7" w:rsidRDefault="00E663E7">
      <w:pPr>
        <w:spacing w:line="360" w:lineRule="exact"/>
      </w:pPr>
      <w:r/>
    </w:p>
    <w:p w14:paraId="11693BA3" w14:textId="77777777" w:rsidR="00E663E7" w:rsidRDefault="00000000">
      <w:pPr>
        <w:spacing w:after="120" w:line="360" w:lineRule="exact"/>
        <w:ind w:firstLine="432"/>
      </w:pPr>
      <w:r>
        <w:t>She is Indo-Trinidadian —</w:t>
      </w:r>
    </w:p>
    <w:p w14:paraId="0D218607" w14:textId="77777777" w:rsidR="00E663E7" w:rsidRDefault="00000000">
      <w:pPr>
        <w:spacing w:after="120" w:line="360" w:lineRule="exact"/>
        <w:ind w:firstLine="432"/>
      </w:pPr>
      <w:r>
        <w:t>And her love, her values, her compassion…</w:t>
      </w:r>
    </w:p>
    <w:p w14:paraId="5A1F7BA8" w14:textId="77777777" w:rsidR="00E663E7" w:rsidRDefault="00000000">
      <w:pPr>
        <w:spacing w:after="120" w:line="360" w:lineRule="exact"/>
        <w:ind w:firstLine="432"/>
      </w:pPr>
      <w:r>
        <w:t>They taught me that race has nothing to do with soul compatibility.</w:t>
      </w:r>
    </w:p>
    <w:p w14:paraId="04D7AFF4" w14:textId="77777777" w:rsidR="00E663E7" w:rsidRDefault="00E663E7">
      <w:pPr>
        <w:spacing w:line="360" w:lineRule="exact"/>
      </w:pPr>
      <w:r/>
    </w:p>
    <w:p w14:paraId="6185E7E6" w14:textId="77777777" w:rsidR="00E663E7" w:rsidRDefault="00000000">
      <w:pPr>
        <w:spacing w:after="120" w:line="360" w:lineRule="exact"/>
        <w:ind w:firstLine="432"/>
      </w:pPr>
      <w:r>
        <w:t>She didn’t just broaden my understanding of love —</w:t>
      </w:r>
    </w:p>
    <w:p w14:paraId="691E4E99" w14:textId="77777777" w:rsidR="00E663E7" w:rsidRDefault="00000000">
      <w:pPr>
        <w:spacing w:after="120" w:line="360" w:lineRule="exact"/>
        <w:ind w:firstLine="432"/>
      </w:pPr>
      <w:r>
        <w:t>She elevated it.</w:t>
      </w:r>
    </w:p>
    <w:p w14:paraId="4ABA40F0" w14:textId="77777777" w:rsidR="00E663E7" w:rsidRDefault="00E663E7">
      <w:pPr>
        <w:spacing w:line="360" w:lineRule="exact"/>
      </w:pPr>
      <w:r/>
    </w:p>
    <w:p w14:paraId="665A0C9B" w14:textId="77777777" w:rsidR="00E663E7" w:rsidRDefault="00000000">
      <w:pPr>
        <w:spacing w:after="120" w:line="360" w:lineRule="exact"/>
        <w:ind w:firstLine="432"/>
      </w:pPr>
      <w:r>
        <w:t>My Soft Place to Land</w:t>
      </w:r>
    </w:p>
    <w:p w14:paraId="27A272D9" w14:textId="77777777" w:rsidR="00E663E7" w:rsidRDefault="00E663E7">
      <w:pPr>
        <w:spacing w:line="360" w:lineRule="exact"/>
      </w:pPr>
      <w:r/>
    </w:p>
    <w:p w14:paraId="1E1CAED3" w14:textId="77777777" w:rsidR="00E663E7" w:rsidRDefault="00000000">
      <w:pPr>
        <w:spacing w:after="120" w:line="360" w:lineRule="exact"/>
        <w:ind w:firstLine="432"/>
      </w:pPr>
      <w:r>
        <w:t>Everyone wants to be the warrior.</w:t>
      </w:r>
    </w:p>
    <w:p w14:paraId="4D6B8CC6" w14:textId="77777777" w:rsidR="00E663E7" w:rsidRDefault="00000000">
      <w:pPr>
        <w:spacing w:after="120" w:line="360" w:lineRule="exact"/>
        <w:ind w:firstLine="432"/>
      </w:pPr>
      <w:r>
        <w:t>But even warriors need a place to rest.</w:t>
      </w:r>
    </w:p>
    <w:p w14:paraId="320463A5" w14:textId="77777777" w:rsidR="00E663E7" w:rsidRDefault="00E663E7">
      <w:pPr>
        <w:spacing w:line="360" w:lineRule="exact"/>
      </w:pPr>
      <w:r/>
    </w:p>
    <w:p w14:paraId="6D6F7101" w14:textId="77777777" w:rsidR="00E663E7" w:rsidRDefault="00000000">
      <w:pPr>
        <w:spacing w:after="120" w:line="360" w:lineRule="exact"/>
        <w:ind w:firstLine="432"/>
      </w:pPr>
      <w:r>
        <w:t>Bamce was that place.</w:t>
      </w:r>
    </w:p>
    <w:p w14:paraId="674F18D0" w14:textId="77777777" w:rsidR="00E663E7" w:rsidRDefault="00E663E7">
      <w:pPr>
        <w:spacing w:line="360" w:lineRule="exact"/>
      </w:pPr>
      <w:r/>
    </w:p>
    <w:p w14:paraId="6077E184" w14:textId="77777777" w:rsidR="00E663E7" w:rsidRDefault="00000000">
      <w:pPr>
        <w:spacing w:after="120" w:line="360" w:lineRule="exact"/>
        <w:ind w:firstLine="432"/>
      </w:pPr>
      <w:r>
        <w:t>In her arms, I wasn’t broken.</w:t>
      </w:r>
    </w:p>
    <w:p w14:paraId="72136BC1" w14:textId="77777777" w:rsidR="00E663E7" w:rsidRDefault="00000000">
      <w:pPr>
        <w:spacing w:after="120" w:line="360" w:lineRule="exact"/>
        <w:ind w:firstLine="432"/>
      </w:pPr>
      <w:r>
        <w:t>I wasn’t shamed.</w:t>
      </w:r>
    </w:p>
    <w:p w14:paraId="6E19AD0B" w14:textId="77777777" w:rsidR="00E663E7" w:rsidRDefault="00000000">
      <w:pPr>
        <w:spacing w:after="120" w:line="360" w:lineRule="exact"/>
        <w:ind w:firstLine="432"/>
      </w:pPr>
      <w:r>
        <w:t>I wasn’t a burden.</w:t>
      </w:r>
    </w:p>
    <w:p w14:paraId="6A10686B" w14:textId="77777777" w:rsidR="00E663E7" w:rsidRDefault="00E663E7">
      <w:pPr>
        <w:spacing w:line="360" w:lineRule="exact"/>
      </w:pPr>
      <w:r/>
    </w:p>
    <w:p w14:paraId="1282C098" w14:textId="77777777" w:rsidR="00E663E7" w:rsidRDefault="00000000">
      <w:pPr>
        <w:spacing w:after="120" w:line="360" w:lineRule="exact"/>
        <w:ind w:firstLine="432"/>
      </w:pPr>
      <w:r>
        <w:t>I was just… me.</w:t>
      </w:r>
    </w:p>
    <w:p w14:paraId="3D233407" w14:textId="77777777" w:rsidR="00E663E7" w:rsidRDefault="00E663E7">
      <w:pPr>
        <w:spacing w:line="360" w:lineRule="exact"/>
      </w:pPr>
      <w:r/>
    </w:p>
    <w:p w14:paraId="0A8FBBD9" w14:textId="77777777" w:rsidR="00E663E7" w:rsidRDefault="00000000">
      <w:pPr>
        <w:spacing w:after="120" w:line="360" w:lineRule="exact"/>
        <w:ind w:firstLine="432"/>
      </w:pPr>
      <w:r>
        <w:t>And that was enough.</w:t>
      </w:r>
    </w:p>
    <w:p w14:paraId="47263C5D" w14:textId="77777777" w:rsidR="00E663E7" w:rsidRDefault="00E663E7">
      <w:pPr>
        <w:spacing w:line="360" w:lineRule="exact"/>
      </w:pPr>
      <w:r/>
    </w:p>
    <w:p w14:paraId="20E68F08" w14:textId="77777777" w:rsidR="00E663E7" w:rsidRDefault="00000000">
      <w:pPr>
        <w:spacing w:after="120" w:line="360" w:lineRule="exact"/>
        <w:ind w:firstLine="432"/>
      </w:pPr>
      <w:r>
        <w:t>Why This Chapter Matters</w:t>
      </w:r>
    </w:p>
    <w:p w14:paraId="4809F82D" w14:textId="77777777" w:rsidR="00E663E7" w:rsidRDefault="00E663E7">
      <w:pPr>
        <w:spacing w:line="360" w:lineRule="exact"/>
      </w:pPr>
      <w:r/>
    </w:p>
    <w:p w14:paraId="4182C11F" w14:textId="77777777" w:rsidR="00E663E7" w:rsidRDefault="00000000">
      <w:pPr>
        <w:spacing w:after="120" w:line="360" w:lineRule="exact"/>
        <w:ind w:firstLine="432"/>
      </w:pPr>
      <w:r>
        <w:t>Because after trauma, we forget what real love looks like.</w:t>
      </w:r>
    </w:p>
    <w:p w14:paraId="503795E2" w14:textId="77777777" w:rsidR="00E663E7" w:rsidRDefault="00E663E7">
      <w:pPr>
        <w:spacing w:line="360" w:lineRule="exact"/>
      </w:pPr>
      <w:r/>
    </w:p>
    <w:p w14:paraId="7F7DCDD9" w14:textId="77777777" w:rsidR="00E663E7" w:rsidRDefault="00000000">
      <w:pPr>
        <w:spacing w:after="120" w:line="360" w:lineRule="exact"/>
        <w:ind w:firstLine="432"/>
      </w:pPr>
      <w:r>
        <w:t>We start to believe we are too damaged.</w:t>
      </w:r>
    </w:p>
    <w:p w14:paraId="184EFA5E" w14:textId="77777777" w:rsidR="00E663E7" w:rsidRDefault="00000000">
      <w:pPr>
        <w:spacing w:after="120" w:line="360" w:lineRule="exact"/>
        <w:ind w:firstLine="432"/>
      </w:pPr>
      <w:r>
        <w:t>Too much.</w:t>
      </w:r>
    </w:p>
    <w:p w14:paraId="28E79748" w14:textId="77777777" w:rsidR="00E663E7" w:rsidRDefault="00000000">
      <w:pPr>
        <w:spacing w:after="120" w:line="360" w:lineRule="exact"/>
        <w:ind w:firstLine="432"/>
      </w:pPr>
      <w:r>
        <w:t>Too difficult to love.</w:t>
      </w:r>
    </w:p>
    <w:p w14:paraId="57A3624C" w14:textId="77777777" w:rsidR="00E663E7" w:rsidRDefault="00E663E7">
      <w:pPr>
        <w:spacing w:line="360" w:lineRule="exact"/>
      </w:pPr>
      <w:r/>
    </w:p>
    <w:p w14:paraId="31FEDFD7" w14:textId="77777777" w:rsidR="00E663E7" w:rsidRDefault="00000000">
      <w:pPr>
        <w:spacing w:after="120" w:line="360" w:lineRule="exact"/>
        <w:ind w:firstLine="432"/>
      </w:pPr>
      <w:r>
        <w:t>But then someone like Bamce comes along and shows you that healing is not just about solitude —</w:t>
      </w:r>
    </w:p>
    <w:p w14:paraId="19DE19F8" w14:textId="77777777" w:rsidR="00E663E7" w:rsidRDefault="00000000">
      <w:pPr>
        <w:spacing w:after="120" w:line="360" w:lineRule="exact"/>
        <w:ind w:firstLine="432"/>
      </w:pPr>
      <w:r>
        <w:t>It’s about receiving love again, the right kind.</w:t>
      </w:r>
    </w:p>
    <w:p w14:paraId="7896F0EB" w14:textId="77777777" w:rsidR="00E663E7" w:rsidRDefault="00E663E7">
      <w:pPr>
        <w:spacing w:line="360" w:lineRule="exact"/>
      </w:pPr>
      <w:r/>
    </w:p>
    <w:p w14:paraId="51A55F8E" w14:textId="77777777" w:rsidR="00E663E7" w:rsidRDefault="00000000">
      <w:pPr>
        <w:spacing w:after="120" w:line="360" w:lineRule="exact"/>
        <w:ind w:firstLine="432"/>
      </w:pPr>
      <w:r>
        <w:t>She didn’t rescue me.</w:t>
      </w:r>
    </w:p>
    <w:p w14:paraId="504FB1E9" w14:textId="77777777" w:rsidR="00E663E7" w:rsidRDefault="00E663E7">
      <w:pPr>
        <w:spacing w:line="360" w:lineRule="exact"/>
      </w:pPr>
      <w:r/>
    </w:p>
    <w:p w14:paraId="1C6923FE" w14:textId="77777777" w:rsidR="00E663E7" w:rsidRDefault="00000000">
      <w:pPr>
        <w:spacing w:after="120" w:line="360" w:lineRule="exact"/>
        <w:ind w:firstLine="432"/>
      </w:pPr>
      <w:r>
        <w:t>She reminded me.</w:t>
      </w:r>
    </w:p>
    <w:p w14:paraId="089693C7" w14:textId="77777777" w:rsidR="00E663E7" w:rsidRDefault="00E663E7">
      <w:pPr>
        <w:spacing w:line="360" w:lineRule="exact"/>
      </w:pPr>
      <w:r/>
    </w:p>
    <w:p w14:paraId="13AFFE3B" w14:textId="77777777" w:rsidR="00E663E7" w:rsidRDefault="00000000">
      <w:pPr>
        <w:spacing w:after="120" w:line="360" w:lineRule="exact"/>
        <w:ind w:firstLine="432"/>
      </w:pPr>
      <w:r>
        <w:t>Reminded me that I was still worthy.</w:t>
      </w:r>
    </w:p>
    <w:p w14:paraId="61B8D51B" w14:textId="77777777" w:rsidR="00E663E7" w:rsidRDefault="00000000">
      <w:pPr>
        <w:spacing w:after="120" w:line="360" w:lineRule="exact"/>
        <w:ind w:firstLine="432"/>
      </w:pPr>
      <w:r>
        <w:t>That I was still lovable.</w:t>
      </w:r>
    </w:p>
    <w:p w14:paraId="0AD44514" w14:textId="77777777" w:rsidR="00E663E7" w:rsidRDefault="00000000">
      <w:pPr>
        <w:spacing w:after="120" w:line="360" w:lineRule="exact"/>
        <w:ind w:firstLine="432"/>
      </w:pPr>
      <w:r>
        <w:t>That I could still start again.</w:t>
      </w:r>
    </w:p>
    <w:p w14:paraId="0C6AC2B2" w14:textId="77777777" w:rsidR="00E663E7" w:rsidRDefault="00E663E7">
      <w:pPr>
        <w:spacing w:line="360" w:lineRule="exact"/>
      </w:pPr>
      <w:r/>
    </w:p>
    <w:p w14:paraId="0C9D1B8D" w14:textId="77777777" w:rsidR="00E663E7" w:rsidRDefault="00E663E7">
      <w:pPr>
        <w:spacing w:line="360" w:lineRule="exact"/>
      </w:pPr>
      <w:r/>
    </w:p>
    <w:p w14:paraId="0236A786" w14:textId="77777777" w:rsidR="00E663E7" w:rsidRDefault="00000000">
      <w:pPr>
        <w:spacing w:line="360" w:lineRule="exact"/>
        <w:jc w:val="center"/>
      </w:pPr>
      <w:r>
        <w:t>Chapter 31: A Letter to My Daughter</w:t>
      </w:r>
    </w:p>
    <w:p w14:paraId="05C5751C" w14:textId="77777777" w:rsidR="00E663E7" w:rsidRDefault="00E663E7">
      <w:pPr>
        <w:spacing w:line="360" w:lineRule="exact"/>
      </w:pPr>
      <w:r/>
    </w:p>
    <w:p w14:paraId="032A53D9" w14:textId="77777777" w:rsidR="00E663E7" w:rsidRDefault="00000000">
      <w:pPr>
        <w:spacing w:after="120" w:line="360" w:lineRule="exact"/>
        <w:ind w:firstLine="432"/>
      </w:pPr>
      <w:r>
        <w:t>“Sometimes we hurt the ones we love — not because we don’t love them, but because we haven’t yet healed ourselves.”</w:t>
      </w:r>
    </w:p>
    <w:p w14:paraId="09DF5770" w14:textId="77777777" w:rsidR="00E663E7" w:rsidRDefault="00E663E7">
      <w:pPr>
        <w:spacing w:line="360" w:lineRule="exact"/>
      </w:pPr>
      <w:r/>
    </w:p>
    <w:p w14:paraId="582A2AF6" w14:textId="77777777" w:rsidR="00E663E7" w:rsidRDefault="00000000">
      <w:pPr>
        <w:spacing w:after="120" w:line="360" w:lineRule="exact"/>
        <w:ind w:firstLine="432"/>
      </w:pPr>
      <w:r>
        <w:t>To my beautiful daughter, Tatiana,</w:t>
      </w:r>
    </w:p>
    <w:p w14:paraId="64BEF6C2" w14:textId="77777777" w:rsidR="00E663E7" w:rsidRDefault="00E663E7">
      <w:pPr>
        <w:spacing w:line="360" w:lineRule="exact"/>
      </w:pPr>
      <w:r/>
    </w:p>
    <w:p w14:paraId="0D0D7028" w14:textId="77777777" w:rsidR="00E663E7" w:rsidRDefault="00000000">
      <w:pPr>
        <w:spacing w:after="120" w:line="360" w:lineRule="exact"/>
        <w:ind w:firstLine="432"/>
      </w:pPr>
      <w:r>
        <w:t>There are so many things I want to say to you…</w:t>
      </w:r>
    </w:p>
    <w:p w14:paraId="579475C9" w14:textId="77777777" w:rsidR="00E663E7" w:rsidRDefault="00000000">
      <w:pPr>
        <w:spacing w:after="120" w:line="360" w:lineRule="exact"/>
        <w:ind w:firstLine="432"/>
      </w:pPr>
      <w:r>
        <w:t>And so many things I should have said sooner.</w:t>
      </w:r>
    </w:p>
    <w:p w14:paraId="75779641" w14:textId="77777777" w:rsidR="00E663E7" w:rsidRDefault="00E663E7">
      <w:pPr>
        <w:spacing w:line="360" w:lineRule="exact"/>
      </w:pPr>
      <w:r/>
    </w:p>
    <w:p w14:paraId="07CC2D95" w14:textId="77777777" w:rsidR="00E663E7" w:rsidRDefault="00000000">
      <w:pPr>
        <w:spacing w:after="120" w:line="360" w:lineRule="exact"/>
        <w:ind w:firstLine="432"/>
      </w:pPr>
      <w:r>
        <w:t>I’ve written letters in my head for years.</w:t>
      </w:r>
    </w:p>
    <w:p w14:paraId="3EFD6B3F" w14:textId="77777777" w:rsidR="00E663E7" w:rsidRDefault="00000000">
      <w:pPr>
        <w:spacing w:after="120" w:line="360" w:lineRule="exact"/>
        <w:ind w:firstLine="432"/>
      </w:pPr>
      <w:r>
        <w:t>But none of them ever felt like enough —</w:t>
      </w:r>
    </w:p>
    <w:p w14:paraId="1B08199E" w14:textId="77777777" w:rsidR="00E663E7" w:rsidRDefault="00000000">
      <w:pPr>
        <w:spacing w:after="120" w:line="360" w:lineRule="exact"/>
        <w:ind w:firstLine="432"/>
      </w:pPr>
      <w:r>
        <w:t>Until now.</w:t>
      </w:r>
    </w:p>
    <w:p w14:paraId="20CB920D" w14:textId="77777777" w:rsidR="00E663E7" w:rsidRDefault="00E663E7">
      <w:pPr>
        <w:spacing w:line="360" w:lineRule="exact"/>
      </w:pPr>
      <w:r/>
    </w:p>
    <w:p w14:paraId="3CAEB36C" w14:textId="77777777" w:rsidR="00E663E7" w:rsidRDefault="00000000">
      <w:pPr>
        <w:spacing w:after="120" w:line="360" w:lineRule="exact"/>
        <w:ind w:firstLine="432"/>
      </w:pPr>
      <w:r>
        <w:t>This letter isn’t perfect.</w:t>
      </w:r>
    </w:p>
    <w:p w14:paraId="152600A4" w14:textId="77777777" w:rsidR="00E663E7" w:rsidRDefault="00000000">
      <w:pPr>
        <w:spacing w:after="120" w:line="360" w:lineRule="exact"/>
        <w:ind w:firstLine="432"/>
      </w:pPr>
      <w:r>
        <w:t>But it’s true.</w:t>
      </w:r>
    </w:p>
    <w:p w14:paraId="6DF35536" w14:textId="77777777" w:rsidR="00E663E7" w:rsidRDefault="00E663E7">
      <w:pPr>
        <w:spacing w:line="360" w:lineRule="exact"/>
      </w:pPr>
      <w:r/>
    </w:p>
    <w:p w14:paraId="2B18FD51" w14:textId="77777777" w:rsidR="00E663E7" w:rsidRDefault="00000000">
      <w:pPr>
        <w:spacing w:after="120" w:line="360" w:lineRule="exact"/>
        <w:ind w:firstLine="432"/>
      </w:pPr>
      <w:r>
        <w:t>I’m Sorry</w:t>
      </w:r>
    </w:p>
    <w:p w14:paraId="78BADA46" w14:textId="77777777" w:rsidR="00E663E7" w:rsidRDefault="00E663E7">
      <w:pPr>
        <w:spacing w:line="360" w:lineRule="exact"/>
      </w:pPr>
      <w:r/>
    </w:p>
    <w:p w14:paraId="3354A511" w14:textId="77777777" w:rsidR="00E663E7" w:rsidRDefault="00000000">
      <w:pPr>
        <w:spacing w:after="120" w:line="360" w:lineRule="exact"/>
        <w:ind w:firstLine="432"/>
      </w:pPr>
      <w:r>
        <w:t>I’m sorry for the pain you’ve carried.</w:t>
      </w:r>
    </w:p>
    <w:p w14:paraId="514D5DC2" w14:textId="77777777" w:rsidR="00E663E7" w:rsidRDefault="00000000">
      <w:pPr>
        <w:spacing w:after="120" w:line="360" w:lineRule="exact"/>
        <w:ind w:firstLine="432"/>
      </w:pPr>
      <w:r>
        <w:t>The tension you’ve felt.</w:t>
      </w:r>
    </w:p>
    <w:p w14:paraId="2012BA7D" w14:textId="77777777" w:rsidR="00E663E7" w:rsidRDefault="00000000">
      <w:pPr>
        <w:spacing w:after="120" w:line="360" w:lineRule="exact"/>
        <w:ind w:firstLine="432"/>
      </w:pPr>
      <w:r>
        <w:t>The things you saw — and the things you sensed even when no one spoke a word.</w:t>
      </w:r>
    </w:p>
    <w:p w14:paraId="09890D2E" w14:textId="77777777" w:rsidR="00E663E7" w:rsidRDefault="00E663E7">
      <w:pPr>
        <w:spacing w:line="360" w:lineRule="exact"/>
      </w:pPr>
      <w:r/>
    </w:p>
    <w:p w14:paraId="69CB40ED" w14:textId="77777777" w:rsidR="00E663E7" w:rsidRDefault="00000000">
      <w:pPr>
        <w:spacing w:after="120" w:line="360" w:lineRule="exact"/>
        <w:ind w:firstLine="432"/>
      </w:pPr>
      <w:r>
        <w:t>I’m sorry for not being stronger sooner.</w:t>
      </w:r>
    </w:p>
    <w:p w14:paraId="3586AC2D" w14:textId="77777777" w:rsidR="00E663E7" w:rsidRDefault="00000000">
      <w:pPr>
        <w:spacing w:after="120" w:line="360" w:lineRule="exact"/>
        <w:ind w:firstLine="432"/>
      </w:pPr>
      <w:r>
        <w:t>For letting my own brokenness interfere with being the father you deserved.</w:t>
      </w:r>
    </w:p>
    <w:p w14:paraId="0A87F94A" w14:textId="77777777" w:rsidR="00E663E7" w:rsidRDefault="00E663E7">
      <w:pPr>
        <w:spacing w:line="360" w:lineRule="exact"/>
      </w:pPr>
      <w:r/>
    </w:p>
    <w:p w14:paraId="1D73558A" w14:textId="77777777" w:rsidR="00E663E7" w:rsidRDefault="00000000">
      <w:pPr>
        <w:spacing w:after="120" w:line="360" w:lineRule="exact"/>
        <w:ind w:firstLine="432"/>
      </w:pPr>
      <w:r>
        <w:t>There were moments when I was present, but not emotionally available.</w:t>
      </w:r>
    </w:p>
    <w:p w14:paraId="6CA557D0" w14:textId="77777777" w:rsidR="00E663E7" w:rsidRDefault="00000000">
      <w:pPr>
        <w:spacing w:after="120" w:line="360" w:lineRule="exact"/>
        <w:ind w:firstLine="432"/>
      </w:pPr>
      <w:r>
        <w:t>Times when I was trying to survive battles you couldn’t see —</w:t>
      </w:r>
    </w:p>
    <w:p w14:paraId="1E26A7BF" w14:textId="77777777" w:rsidR="00E663E7" w:rsidRDefault="00000000">
      <w:pPr>
        <w:spacing w:after="120" w:line="360" w:lineRule="exact"/>
        <w:ind w:firstLine="432"/>
      </w:pPr>
      <w:r>
        <w:t>Addiction, betrayal, heartbreak, trauma, fear of losing everything… including you.</w:t>
      </w:r>
    </w:p>
    <w:p w14:paraId="4BFE147E" w14:textId="77777777" w:rsidR="00E663E7" w:rsidRDefault="00E663E7">
      <w:pPr>
        <w:spacing w:line="360" w:lineRule="exact"/>
      </w:pPr>
      <w:r/>
    </w:p>
    <w:p w14:paraId="6D64F1E6" w14:textId="77777777" w:rsidR="00E663E7" w:rsidRDefault="00000000">
      <w:pPr>
        <w:spacing w:after="120" w:line="360" w:lineRule="exact"/>
        <w:ind w:firstLine="432"/>
      </w:pPr>
      <w:r>
        <w:t>You didn’t choose that chaos.</w:t>
      </w:r>
    </w:p>
    <w:p w14:paraId="54A0F35F" w14:textId="77777777" w:rsidR="00E663E7" w:rsidRDefault="00000000">
      <w:pPr>
        <w:spacing w:after="120" w:line="360" w:lineRule="exact"/>
        <w:ind w:firstLine="432"/>
      </w:pPr>
      <w:r>
        <w:t>But you felt it anyway.</w:t>
      </w:r>
    </w:p>
    <w:p w14:paraId="3DA5763A" w14:textId="77777777" w:rsidR="00E663E7" w:rsidRDefault="00E663E7">
      <w:pPr>
        <w:spacing w:line="360" w:lineRule="exact"/>
      </w:pPr>
      <w:r/>
    </w:p>
    <w:p w14:paraId="0FB56C6F" w14:textId="77777777" w:rsidR="00E663E7" w:rsidRDefault="00000000">
      <w:pPr>
        <w:spacing w:after="120" w:line="360" w:lineRule="exact"/>
        <w:ind w:firstLine="432"/>
      </w:pPr>
      <w:r>
        <w:t>And for that, my daughter — I am deeply, painfully, truly sorry.</w:t>
      </w:r>
    </w:p>
    <w:p w14:paraId="3E0D9E3D" w14:textId="77777777" w:rsidR="00E663E7" w:rsidRDefault="00E663E7">
      <w:pPr>
        <w:spacing w:line="360" w:lineRule="exact"/>
      </w:pPr>
      <w:r/>
    </w:p>
    <w:p w14:paraId="2B7C61AE" w14:textId="77777777" w:rsidR="00E663E7" w:rsidRDefault="00000000">
      <w:pPr>
        <w:spacing w:after="120" w:line="360" w:lineRule="exact"/>
        <w:ind w:firstLine="432"/>
      </w:pPr>
      <w:r>
        <w:t>You Were My First Reason to Live</w:t>
      </w:r>
    </w:p>
    <w:p w14:paraId="5DBC09AE" w14:textId="77777777" w:rsidR="00E663E7" w:rsidRDefault="00E663E7">
      <w:pPr>
        <w:spacing w:line="360" w:lineRule="exact"/>
      </w:pPr>
      <w:r/>
    </w:p>
    <w:p w14:paraId="11CC3E44" w14:textId="77777777" w:rsidR="00E663E7" w:rsidRDefault="00000000">
      <w:pPr>
        <w:spacing w:after="120" w:line="360" w:lineRule="exact"/>
        <w:ind w:firstLine="432"/>
      </w:pPr>
      <w:r>
        <w:t>Before I understood what purpose was…</w:t>
      </w:r>
    </w:p>
    <w:p w14:paraId="637D7950" w14:textId="77777777" w:rsidR="00E663E7" w:rsidRDefault="00000000">
      <w:pPr>
        <w:spacing w:after="120" w:line="360" w:lineRule="exact"/>
        <w:ind w:firstLine="432"/>
      </w:pPr>
      <w:r>
        <w:t>Before I came back to God…</w:t>
      </w:r>
    </w:p>
    <w:p w14:paraId="5FA3DE42" w14:textId="77777777" w:rsidR="00E663E7" w:rsidRDefault="00000000">
      <w:pPr>
        <w:spacing w:after="120" w:line="360" w:lineRule="exact"/>
        <w:ind w:firstLine="432"/>
      </w:pPr>
      <w:r>
        <w:t>Before I had any clarity…</w:t>
      </w:r>
    </w:p>
    <w:p w14:paraId="2C926EE8" w14:textId="77777777" w:rsidR="00E663E7" w:rsidRDefault="00E663E7">
      <w:pPr>
        <w:spacing w:line="360" w:lineRule="exact"/>
      </w:pPr>
      <w:r/>
    </w:p>
    <w:p w14:paraId="08B58776" w14:textId="77777777" w:rsidR="00E663E7" w:rsidRDefault="00000000">
      <w:pPr>
        <w:spacing w:after="120" w:line="360" w:lineRule="exact"/>
        <w:ind w:firstLine="432"/>
      </w:pPr>
      <w:r>
        <w:t>There was you.</w:t>
      </w:r>
    </w:p>
    <w:p w14:paraId="371A70CA" w14:textId="77777777" w:rsidR="00E663E7" w:rsidRDefault="00E663E7">
      <w:pPr>
        <w:spacing w:line="360" w:lineRule="exact"/>
      </w:pPr>
      <w:r/>
    </w:p>
    <w:p w14:paraId="0C65D4B2" w14:textId="77777777" w:rsidR="00E663E7" w:rsidRDefault="00000000">
      <w:pPr>
        <w:spacing w:after="120" w:line="360" w:lineRule="exact"/>
        <w:ind w:firstLine="432"/>
      </w:pPr>
      <w:r>
        <w:t>You were my first anchor.</w:t>
      </w:r>
    </w:p>
    <w:p w14:paraId="399D65F0" w14:textId="77777777" w:rsidR="00E663E7" w:rsidRDefault="00000000">
      <w:pPr>
        <w:spacing w:after="120" w:line="360" w:lineRule="exact"/>
        <w:ind w:firstLine="432"/>
      </w:pPr>
      <w:r>
        <w:t>My first joy.</w:t>
      </w:r>
    </w:p>
    <w:p w14:paraId="665C87A5" w14:textId="77777777" w:rsidR="00E663E7" w:rsidRDefault="00000000">
      <w:pPr>
        <w:spacing w:after="120" w:line="360" w:lineRule="exact"/>
        <w:ind w:firstLine="432"/>
      </w:pPr>
      <w:r>
        <w:t>My first experience of unconditional love.</w:t>
      </w:r>
    </w:p>
    <w:p w14:paraId="06CCAE85" w14:textId="77777777" w:rsidR="00E663E7" w:rsidRDefault="00E663E7">
      <w:pPr>
        <w:spacing w:line="360" w:lineRule="exact"/>
      </w:pPr>
      <w:r/>
    </w:p>
    <w:p w14:paraId="754FD52B" w14:textId="77777777" w:rsidR="00E663E7" w:rsidRDefault="00000000">
      <w:pPr>
        <w:spacing w:after="120" w:line="360" w:lineRule="exact"/>
        <w:ind w:firstLine="432"/>
      </w:pPr>
      <w:r>
        <w:t>When I held you for the first time, the world changed.</w:t>
      </w:r>
    </w:p>
    <w:p w14:paraId="12B1BCF3" w14:textId="77777777" w:rsidR="00E663E7" w:rsidRDefault="00000000">
      <w:pPr>
        <w:spacing w:after="120" w:line="360" w:lineRule="exact"/>
        <w:ind w:firstLine="432"/>
      </w:pPr>
      <w:r>
        <w:t>I changed.</w:t>
      </w:r>
    </w:p>
    <w:p w14:paraId="47AA602A" w14:textId="77777777" w:rsidR="00E663E7" w:rsidRDefault="00E663E7">
      <w:pPr>
        <w:spacing w:line="360" w:lineRule="exact"/>
      </w:pPr>
      <w:r/>
    </w:p>
    <w:p w14:paraId="6E37F356" w14:textId="77777777" w:rsidR="00E663E7" w:rsidRDefault="00000000">
      <w:pPr>
        <w:spacing w:after="120" w:line="360" w:lineRule="exact"/>
        <w:ind w:firstLine="432"/>
      </w:pPr>
      <w:r>
        <w:t>Even when I didn’t know how to be a man —</w:t>
      </w:r>
    </w:p>
    <w:p w14:paraId="737F2067" w14:textId="77777777" w:rsidR="00E663E7" w:rsidRDefault="00000000">
      <w:pPr>
        <w:spacing w:after="120" w:line="360" w:lineRule="exact"/>
        <w:ind w:firstLine="432"/>
      </w:pPr>
      <w:r>
        <w:t>Even when I was still figuring out who I was —</w:t>
      </w:r>
    </w:p>
    <w:p w14:paraId="6F0AFA7D" w14:textId="77777777" w:rsidR="00E663E7" w:rsidRDefault="00000000">
      <w:pPr>
        <w:spacing w:after="120" w:line="360" w:lineRule="exact"/>
        <w:ind w:firstLine="432"/>
      </w:pPr>
      <w:r>
        <w:t>You loved me.</w:t>
      </w:r>
    </w:p>
    <w:p w14:paraId="13387CFB" w14:textId="77777777" w:rsidR="00E663E7" w:rsidRDefault="00E663E7">
      <w:pPr>
        <w:spacing w:line="360" w:lineRule="exact"/>
      </w:pPr>
      <w:r/>
    </w:p>
    <w:p w14:paraId="791F6E7D" w14:textId="77777777" w:rsidR="00E663E7" w:rsidRDefault="00000000">
      <w:pPr>
        <w:spacing w:after="120" w:line="360" w:lineRule="exact"/>
        <w:ind w:firstLine="432"/>
      </w:pPr>
      <w:r>
        <w:t>And that love saved me more than you will ever know.</w:t>
      </w:r>
    </w:p>
    <w:p w14:paraId="45DEB249" w14:textId="77777777" w:rsidR="00E663E7" w:rsidRDefault="00E663E7">
      <w:pPr>
        <w:spacing w:line="360" w:lineRule="exact"/>
      </w:pPr>
      <w:r/>
    </w:p>
    <w:p w14:paraId="0B6A848C" w14:textId="77777777" w:rsidR="00E663E7" w:rsidRDefault="00000000">
      <w:pPr>
        <w:spacing w:after="120" w:line="360" w:lineRule="exact"/>
        <w:ind w:firstLine="432"/>
      </w:pPr>
      <w:r>
        <w:t>I Know I Let You Down</w:t>
      </w:r>
    </w:p>
    <w:p w14:paraId="106BA32A" w14:textId="77777777" w:rsidR="00E663E7" w:rsidRDefault="00E663E7">
      <w:pPr>
        <w:spacing w:line="360" w:lineRule="exact"/>
      </w:pPr>
      <w:r/>
    </w:p>
    <w:p w14:paraId="0C5F2D7F" w14:textId="77777777" w:rsidR="00E663E7" w:rsidRDefault="00000000">
      <w:pPr>
        <w:spacing w:after="120" w:line="360" w:lineRule="exact"/>
        <w:ind w:firstLine="432"/>
      </w:pPr>
      <w:r>
        <w:t>You’ve seen me at my worst.</w:t>
      </w:r>
    </w:p>
    <w:p w14:paraId="3A610D32" w14:textId="77777777" w:rsidR="00E663E7" w:rsidRDefault="00000000">
      <w:pPr>
        <w:spacing w:after="120" w:line="360" w:lineRule="exact"/>
        <w:ind w:firstLine="432"/>
      </w:pPr>
      <w:r>
        <w:t>You’ve watched me fall.</w:t>
      </w:r>
    </w:p>
    <w:p w14:paraId="38440983" w14:textId="77777777" w:rsidR="00E663E7" w:rsidRDefault="00E663E7">
      <w:pPr>
        <w:spacing w:line="360" w:lineRule="exact"/>
      </w:pPr>
      <w:r/>
    </w:p>
    <w:p w14:paraId="252DB1F8" w14:textId="77777777" w:rsidR="00E663E7" w:rsidRDefault="00000000">
      <w:pPr>
        <w:spacing w:after="120" w:line="360" w:lineRule="exact"/>
        <w:ind w:firstLine="432"/>
      </w:pPr>
      <w:r>
        <w:t>And maybe there were times when you felt like you couldn’t count on me.</w:t>
      </w:r>
    </w:p>
    <w:p w14:paraId="65114697" w14:textId="77777777" w:rsidR="00E663E7" w:rsidRDefault="00E663E7">
      <w:pPr>
        <w:spacing w:line="360" w:lineRule="exact"/>
      </w:pPr>
      <w:r/>
    </w:p>
    <w:p w14:paraId="62CE0457" w14:textId="77777777" w:rsidR="00E663E7" w:rsidRDefault="00000000">
      <w:pPr>
        <w:spacing w:after="120" w:line="360" w:lineRule="exact"/>
        <w:ind w:firstLine="432"/>
      </w:pPr>
      <w:r>
        <w:t>But I need you to know something important:</w:t>
      </w:r>
    </w:p>
    <w:p w14:paraId="1489769E" w14:textId="77777777" w:rsidR="00E663E7" w:rsidRDefault="00E663E7">
      <w:pPr>
        <w:spacing w:line="360" w:lineRule="exact"/>
      </w:pPr>
      <w:r/>
    </w:p>
    <w:p w14:paraId="78984C49" w14:textId="77777777" w:rsidR="00E663E7" w:rsidRDefault="00000000">
      <w:pPr>
        <w:spacing w:after="120" w:line="360" w:lineRule="exact"/>
        <w:ind w:firstLine="432"/>
      </w:pPr>
      <w:r>
        <w:t>Even in my darkest hours, I was always trying to get back to you.</w:t>
      </w:r>
    </w:p>
    <w:p w14:paraId="05B371E7" w14:textId="77777777" w:rsidR="00E663E7" w:rsidRDefault="00000000">
      <w:pPr>
        <w:spacing w:after="120" w:line="360" w:lineRule="exact"/>
        <w:ind w:firstLine="432"/>
      </w:pPr>
      <w:r>
        <w:t>To become a man you could admire.</w:t>
      </w:r>
    </w:p>
    <w:p w14:paraId="50255540" w14:textId="77777777" w:rsidR="00E663E7" w:rsidRDefault="00000000">
      <w:pPr>
        <w:spacing w:after="120" w:line="360" w:lineRule="exact"/>
        <w:ind w:firstLine="432"/>
      </w:pPr>
      <w:r>
        <w:t>To show you what growth looks like — not perfection, but evolution.</w:t>
      </w:r>
    </w:p>
    <w:p w14:paraId="43446A24" w14:textId="77777777" w:rsidR="00E663E7" w:rsidRDefault="00E663E7">
      <w:pPr>
        <w:spacing w:line="360" w:lineRule="exact"/>
      </w:pPr>
      <w:r/>
    </w:p>
    <w:p w14:paraId="32A8C484" w14:textId="77777777" w:rsidR="00E663E7" w:rsidRDefault="00000000">
      <w:pPr>
        <w:spacing w:after="120" w:line="360" w:lineRule="exact"/>
        <w:ind w:firstLine="432"/>
      </w:pPr>
      <w:r>
        <w:t>You Are Not the Product of Our Pain</w:t>
      </w:r>
    </w:p>
    <w:p w14:paraId="0F87C2D7" w14:textId="77777777" w:rsidR="00E663E7" w:rsidRDefault="00E663E7">
      <w:pPr>
        <w:spacing w:line="360" w:lineRule="exact"/>
      </w:pPr>
      <w:r/>
    </w:p>
    <w:p w14:paraId="664A5F23" w14:textId="77777777" w:rsidR="00E663E7" w:rsidRDefault="00000000">
      <w:pPr>
        <w:spacing w:after="120" w:line="360" w:lineRule="exact"/>
        <w:ind w:firstLine="432"/>
      </w:pPr>
      <w:r>
        <w:t>You are not your mother’s mistakes.</w:t>
      </w:r>
    </w:p>
    <w:p w14:paraId="4E30A1EC" w14:textId="77777777" w:rsidR="00E663E7" w:rsidRDefault="00000000">
      <w:pPr>
        <w:spacing w:after="120" w:line="360" w:lineRule="exact"/>
        <w:ind w:firstLine="432"/>
      </w:pPr>
      <w:r>
        <w:t>You are not my shortcomings.</w:t>
      </w:r>
    </w:p>
    <w:p w14:paraId="3AC0BD44" w14:textId="77777777" w:rsidR="00E663E7" w:rsidRDefault="00000000">
      <w:pPr>
        <w:spacing w:after="120" w:line="360" w:lineRule="exact"/>
        <w:ind w:firstLine="432"/>
      </w:pPr>
      <w:r>
        <w:t>You are not the trauma that unfolded around you.</w:t>
      </w:r>
    </w:p>
    <w:p w14:paraId="0F29AE13" w14:textId="77777777" w:rsidR="00E663E7" w:rsidRDefault="00E663E7">
      <w:pPr>
        <w:spacing w:line="360" w:lineRule="exact"/>
      </w:pPr>
      <w:r/>
    </w:p>
    <w:p w14:paraId="4D07D69C" w14:textId="77777777" w:rsidR="00E663E7" w:rsidRDefault="00000000">
      <w:pPr>
        <w:spacing w:after="120" w:line="360" w:lineRule="exact"/>
        <w:ind w:firstLine="432"/>
      </w:pPr>
      <w:r>
        <w:t>You are light.</w:t>
      </w:r>
    </w:p>
    <w:p w14:paraId="40C0F1FE" w14:textId="77777777" w:rsidR="00E663E7" w:rsidRDefault="00000000">
      <w:pPr>
        <w:spacing w:after="120" w:line="360" w:lineRule="exact"/>
        <w:ind w:firstLine="432"/>
      </w:pPr>
      <w:r>
        <w:t>You are loved.</w:t>
      </w:r>
    </w:p>
    <w:p w14:paraId="45107683" w14:textId="77777777" w:rsidR="00E663E7" w:rsidRDefault="00000000">
      <w:pPr>
        <w:spacing w:after="120" w:line="360" w:lineRule="exact"/>
        <w:ind w:firstLine="432"/>
      </w:pPr>
      <w:r>
        <w:t>You are free to be exactly who you want to be — and more.</w:t>
      </w:r>
    </w:p>
    <w:p w14:paraId="239F663E" w14:textId="77777777" w:rsidR="00E663E7" w:rsidRDefault="00E663E7">
      <w:pPr>
        <w:spacing w:line="360" w:lineRule="exact"/>
      </w:pPr>
      <w:r/>
    </w:p>
    <w:p w14:paraId="35222C85" w14:textId="77777777" w:rsidR="00E663E7" w:rsidRDefault="00000000">
      <w:pPr>
        <w:spacing w:after="120" w:line="360" w:lineRule="exact"/>
        <w:ind w:firstLine="432"/>
      </w:pPr>
      <w:r>
        <w:t>You are the best of me, minus the wounds.</w:t>
      </w:r>
    </w:p>
    <w:p w14:paraId="7B12B58B" w14:textId="77777777" w:rsidR="00E663E7" w:rsidRDefault="00000000">
      <w:pPr>
        <w:spacing w:after="120" w:line="360" w:lineRule="exact"/>
        <w:ind w:firstLine="432"/>
      </w:pPr>
      <w:r>
        <w:t>And the best of her, minus the scars.</w:t>
      </w:r>
    </w:p>
    <w:p w14:paraId="17CB7D6D" w14:textId="77777777" w:rsidR="00E663E7" w:rsidRDefault="00E663E7">
      <w:pPr>
        <w:spacing w:line="360" w:lineRule="exact"/>
      </w:pPr>
      <w:r/>
    </w:p>
    <w:p w14:paraId="74976FAC" w14:textId="77777777" w:rsidR="00E663E7" w:rsidRDefault="00000000">
      <w:pPr>
        <w:spacing w:after="120" w:line="360" w:lineRule="exact"/>
        <w:ind w:firstLine="432"/>
      </w:pPr>
      <w:r>
        <w:t>You are your own creation.</w:t>
      </w:r>
    </w:p>
    <w:p w14:paraId="70A418B6" w14:textId="77777777" w:rsidR="00E663E7" w:rsidRDefault="00000000">
      <w:pPr>
        <w:spacing w:after="120" w:line="360" w:lineRule="exact"/>
        <w:ind w:firstLine="432"/>
      </w:pPr>
      <w:r>
        <w:t>And I want nothing more than for you to thrive without carrying our baggage.</w:t>
      </w:r>
    </w:p>
    <w:p w14:paraId="6254E84A" w14:textId="77777777" w:rsidR="00E663E7" w:rsidRDefault="00E663E7">
      <w:pPr>
        <w:spacing w:line="360" w:lineRule="exact"/>
      </w:pPr>
      <w:r/>
    </w:p>
    <w:p w14:paraId="6E60478E" w14:textId="77777777" w:rsidR="00E663E7" w:rsidRDefault="00000000">
      <w:pPr>
        <w:spacing w:after="120" w:line="360" w:lineRule="exact"/>
        <w:ind w:firstLine="432"/>
      </w:pPr>
      <w:r>
        <w:t>I Will Always Be Here</w:t>
      </w:r>
    </w:p>
    <w:p w14:paraId="7EA60945" w14:textId="77777777" w:rsidR="00E663E7" w:rsidRDefault="00E663E7">
      <w:pPr>
        <w:spacing w:line="360" w:lineRule="exact"/>
      </w:pPr>
      <w:r/>
    </w:p>
    <w:p w14:paraId="42BE917B" w14:textId="77777777" w:rsidR="00E663E7" w:rsidRDefault="00000000">
      <w:pPr>
        <w:spacing w:after="120" w:line="360" w:lineRule="exact"/>
        <w:ind w:firstLine="432"/>
      </w:pPr>
      <w:r>
        <w:t>No matter where you are…</w:t>
      </w:r>
    </w:p>
    <w:p w14:paraId="23DFE770" w14:textId="77777777" w:rsidR="00E663E7" w:rsidRDefault="00000000">
      <w:pPr>
        <w:spacing w:after="120" w:line="360" w:lineRule="exact"/>
        <w:ind w:firstLine="432"/>
      </w:pPr>
      <w:r>
        <w:t>No matter how distant we may seem…</w:t>
      </w:r>
    </w:p>
    <w:p w14:paraId="5FBE7FAA" w14:textId="77777777" w:rsidR="00E663E7" w:rsidRDefault="00000000">
      <w:pPr>
        <w:spacing w:after="120" w:line="360" w:lineRule="exact"/>
        <w:ind w:firstLine="432"/>
      </w:pPr>
      <w:r>
        <w:t>I am always your father.</w:t>
      </w:r>
    </w:p>
    <w:p w14:paraId="2A347DA4" w14:textId="77777777" w:rsidR="00E663E7" w:rsidRDefault="00E663E7">
      <w:pPr>
        <w:spacing w:line="360" w:lineRule="exact"/>
      </w:pPr>
      <w:r/>
    </w:p>
    <w:p w14:paraId="3AC4D119" w14:textId="77777777" w:rsidR="00E663E7" w:rsidRDefault="00000000">
      <w:pPr>
        <w:spacing w:after="120" w:line="360" w:lineRule="exact"/>
        <w:ind w:firstLine="432"/>
      </w:pPr>
      <w:r>
        <w:t>If you ever need me — to talk, to vent, to cry, to laugh — I will answer.</w:t>
      </w:r>
    </w:p>
    <w:p w14:paraId="2B9681BA" w14:textId="77777777" w:rsidR="00E663E7" w:rsidRDefault="00000000">
      <w:pPr>
        <w:spacing w:after="120" w:line="360" w:lineRule="exact"/>
        <w:ind w:firstLine="432"/>
      </w:pPr>
      <w:r>
        <w:t>If I don’t, it’s only because I didn’t hear you — not because I don’t want to.</w:t>
      </w:r>
    </w:p>
    <w:p w14:paraId="47FB87A6" w14:textId="77777777" w:rsidR="00E663E7" w:rsidRDefault="00E663E7">
      <w:pPr>
        <w:spacing w:line="360" w:lineRule="exact"/>
      </w:pPr>
      <w:r/>
    </w:p>
    <w:p w14:paraId="178FC54C" w14:textId="77777777" w:rsidR="00E663E7" w:rsidRDefault="00000000">
      <w:pPr>
        <w:spacing w:after="120" w:line="360" w:lineRule="exact"/>
        <w:ind w:firstLine="432"/>
      </w:pPr>
      <w:r>
        <w:t>I will never stop loving you.</w:t>
      </w:r>
    </w:p>
    <w:p w14:paraId="0190ADDC" w14:textId="77777777" w:rsidR="00E663E7" w:rsidRDefault="00000000">
      <w:pPr>
        <w:spacing w:after="120" w:line="360" w:lineRule="exact"/>
        <w:ind w:firstLine="432"/>
      </w:pPr>
      <w:r>
        <w:t>I will never give up on you.</w:t>
      </w:r>
    </w:p>
    <w:p w14:paraId="266A7BB5" w14:textId="77777777" w:rsidR="00E663E7" w:rsidRDefault="00000000">
      <w:pPr>
        <w:spacing w:after="120" w:line="360" w:lineRule="exact"/>
        <w:ind w:firstLine="432"/>
      </w:pPr>
      <w:r>
        <w:t>And I will never allow your worth to be defined by anything other than your spirit and your strength.</w:t>
      </w:r>
    </w:p>
    <w:p w14:paraId="5E189DBA" w14:textId="77777777" w:rsidR="00E663E7" w:rsidRDefault="00E663E7">
      <w:pPr>
        <w:spacing w:line="360" w:lineRule="exact"/>
      </w:pPr>
      <w:r/>
    </w:p>
    <w:p w14:paraId="7167DF24" w14:textId="77777777" w:rsidR="00E663E7" w:rsidRDefault="00000000">
      <w:pPr>
        <w:spacing w:after="120" w:line="360" w:lineRule="exact"/>
        <w:ind w:firstLine="432"/>
      </w:pPr>
      <w:r>
        <w:t>Why This Chapter Matters</w:t>
      </w:r>
    </w:p>
    <w:p w14:paraId="38E86642" w14:textId="77777777" w:rsidR="00E663E7" w:rsidRDefault="00E663E7">
      <w:pPr>
        <w:spacing w:line="360" w:lineRule="exact"/>
      </w:pPr>
      <w:r/>
    </w:p>
    <w:p w14:paraId="46A7C752" w14:textId="77777777" w:rsidR="00E663E7" w:rsidRDefault="00000000">
      <w:pPr>
        <w:spacing w:after="120" w:line="360" w:lineRule="exact"/>
        <w:ind w:firstLine="432"/>
      </w:pPr>
      <w:r>
        <w:t>Because not all apologies come when they should.</w:t>
      </w:r>
    </w:p>
    <w:p w14:paraId="2D966A5C" w14:textId="77777777" w:rsidR="00E663E7" w:rsidRDefault="00000000">
      <w:pPr>
        <w:spacing w:after="120" w:line="360" w:lineRule="exact"/>
        <w:ind w:firstLine="432"/>
      </w:pPr>
      <w:r>
        <w:t>Sometimes healing takes longer than expected.</w:t>
      </w:r>
    </w:p>
    <w:p w14:paraId="7E7B0F87" w14:textId="77777777" w:rsidR="00E663E7" w:rsidRDefault="00000000">
      <w:pPr>
        <w:spacing w:after="120" w:line="360" w:lineRule="exact"/>
        <w:ind w:firstLine="432"/>
      </w:pPr>
      <w:r>
        <w:t>But it still counts.</w:t>
      </w:r>
    </w:p>
    <w:p w14:paraId="520FB284" w14:textId="77777777" w:rsidR="00E663E7" w:rsidRDefault="00E663E7">
      <w:pPr>
        <w:spacing w:line="360" w:lineRule="exact"/>
      </w:pPr>
      <w:r/>
    </w:p>
    <w:p w14:paraId="3F405130" w14:textId="77777777" w:rsidR="00E663E7" w:rsidRDefault="00000000">
      <w:pPr>
        <w:spacing w:after="120" w:line="360" w:lineRule="exact"/>
        <w:ind w:firstLine="432"/>
      </w:pPr>
      <w:r>
        <w:t>This chapter is for the fathers trying to find their way back to their daughters.</w:t>
      </w:r>
    </w:p>
    <w:p w14:paraId="2177731C" w14:textId="77777777" w:rsidR="00E663E7" w:rsidRDefault="00000000">
      <w:pPr>
        <w:spacing w:after="120" w:line="360" w:lineRule="exact"/>
        <w:ind w:firstLine="432"/>
      </w:pPr>
      <w:r>
        <w:t>And for the daughters who need to know:</w:t>
      </w:r>
    </w:p>
    <w:p w14:paraId="7E87B663" w14:textId="77777777" w:rsidR="00E663E7" w:rsidRDefault="00E663E7">
      <w:pPr>
        <w:spacing w:line="360" w:lineRule="exact"/>
      </w:pPr>
      <w:r/>
    </w:p>
    <w:p w14:paraId="376CDD2A" w14:textId="77777777" w:rsidR="00E663E7" w:rsidRDefault="00000000">
      <w:pPr>
        <w:spacing w:after="120" w:line="360" w:lineRule="exact"/>
        <w:ind w:firstLine="432"/>
      </w:pPr>
      <w:r>
        <w:t>Even flawed fathers can love with their whole hearts.</w:t>
      </w:r>
    </w:p>
    <w:p w14:paraId="666D6EFE" w14:textId="77777777" w:rsidR="00E663E7" w:rsidRDefault="00000000">
      <w:pPr>
        <w:spacing w:after="120" w:line="360" w:lineRule="exact"/>
        <w:ind w:firstLine="432"/>
      </w:pPr>
      <w:r>
        <w:t>Even broken men can break cycles.</w:t>
      </w:r>
    </w:p>
    <w:p w14:paraId="0F480535" w14:textId="77777777" w:rsidR="00E663E7" w:rsidRDefault="00E663E7">
      <w:pPr>
        <w:spacing w:line="360" w:lineRule="exact"/>
      </w:pPr>
      <w:r/>
    </w:p>
    <w:p w14:paraId="58FC6A31" w14:textId="77777777" w:rsidR="00E663E7" w:rsidRDefault="00000000">
      <w:pPr>
        <w:spacing w:after="120" w:line="360" w:lineRule="exact"/>
        <w:ind w:firstLine="432"/>
      </w:pPr>
      <w:r>
        <w:t>Tatiana —</w:t>
      </w:r>
    </w:p>
    <w:p w14:paraId="6682AC85" w14:textId="77777777" w:rsidR="00E663E7" w:rsidRDefault="00000000">
      <w:pPr>
        <w:spacing w:after="120" w:line="360" w:lineRule="exact"/>
        <w:ind w:firstLine="432"/>
      </w:pPr>
      <w:r>
        <w:t>You are my greatest teacher.</w:t>
      </w:r>
    </w:p>
    <w:p w14:paraId="3E215889" w14:textId="77777777" w:rsidR="00E663E7" w:rsidRDefault="00000000">
      <w:pPr>
        <w:spacing w:after="120" w:line="360" w:lineRule="exact"/>
        <w:ind w:firstLine="432"/>
      </w:pPr>
      <w:r>
        <w:t>And I hope, one day, this letter helps you understand just how much you mean to me.</w:t>
      </w:r>
    </w:p>
    <w:p w14:paraId="204E6107" w14:textId="77777777" w:rsidR="00E663E7" w:rsidRDefault="00E663E7">
      <w:pPr>
        <w:spacing w:line="360" w:lineRule="exact"/>
      </w:pPr>
      <w:r/>
    </w:p>
    <w:p w14:paraId="79ED1A8A" w14:textId="77777777" w:rsidR="00E663E7" w:rsidRDefault="00000000">
      <w:pPr>
        <w:spacing w:after="120" w:line="360" w:lineRule="exact"/>
        <w:ind w:firstLine="432"/>
      </w:pPr>
      <w:r>
        <w:t>With all my love,</w:t>
      </w:r>
    </w:p>
    <w:p w14:paraId="18200789" w14:textId="77777777" w:rsidR="00E663E7" w:rsidRDefault="00000000">
      <w:pPr>
        <w:spacing w:after="120" w:line="360" w:lineRule="exact"/>
        <w:ind w:firstLine="432"/>
      </w:pPr>
      <w:r>
        <w:t>Dad</w:t>
      </w:r>
    </w:p>
    <w:p w14:paraId="1FCDDFB9" w14:textId="77777777" w:rsidR="00E663E7" w:rsidRDefault="00E663E7">
      <w:pPr>
        <w:spacing w:line="360" w:lineRule="exact"/>
      </w:pPr>
      <w:r/>
    </w:p>
    <w:p w14:paraId="735AD7C5" w14:textId="77777777" w:rsidR="00E663E7" w:rsidRDefault="00E663E7">
      <w:pPr>
        <w:spacing w:line="360" w:lineRule="exact"/>
      </w:pPr>
      <w:r/>
    </w:p>
    <w:p w14:paraId="7F148A96" w14:textId="77777777" w:rsidR="00E663E7" w:rsidRDefault="00000000">
      <w:pPr>
        <w:spacing w:line="360" w:lineRule="exact"/>
        <w:jc w:val="center"/>
      </w:pPr>
      <w:r>
        <w:t>Chapter 32: Reflections for My Son</w:t>
      </w:r>
    </w:p>
    <w:p w14:paraId="52159D98" w14:textId="77777777" w:rsidR="00E663E7" w:rsidRDefault="00E663E7">
      <w:pPr>
        <w:spacing w:line="360" w:lineRule="exact"/>
      </w:pPr>
      <w:r/>
    </w:p>
    <w:p w14:paraId="224BA8DC" w14:textId="77777777" w:rsidR="00E663E7" w:rsidRDefault="00000000">
      <w:pPr>
        <w:spacing w:after="120" w:line="360" w:lineRule="exact"/>
        <w:ind w:firstLine="432"/>
      </w:pPr>
      <w:r>
        <w:t>“A father’s love is not in what he gives his son — it’s in what he teaches him to live without.”</w:t>
      </w:r>
    </w:p>
    <w:p w14:paraId="4B99D531" w14:textId="77777777" w:rsidR="00E663E7" w:rsidRDefault="00E663E7">
      <w:pPr>
        <w:spacing w:line="360" w:lineRule="exact"/>
      </w:pPr>
      <w:r/>
    </w:p>
    <w:p w14:paraId="67948766" w14:textId="77777777" w:rsidR="00E663E7" w:rsidRDefault="00000000">
      <w:pPr>
        <w:spacing w:after="120" w:line="360" w:lineRule="exact"/>
        <w:ind w:firstLine="432"/>
      </w:pPr>
      <w:r>
        <w:t>To my son, Ayden,</w:t>
      </w:r>
    </w:p>
    <w:p w14:paraId="481B42A6" w14:textId="77777777" w:rsidR="00E663E7" w:rsidRDefault="00E663E7">
      <w:pPr>
        <w:spacing w:line="360" w:lineRule="exact"/>
      </w:pPr>
      <w:r/>
    </w:p>
    <w:p w14:paraId="58D8B80A" w14:textId="77777777" w:rsidR="00E663E7" w:rsidRDefault="00000000">
      <w:pPr>
        <w:spacing w:after="120" w:line="360" w:lineRule="exact"/>
        <w:ind w:firstLine="432"/>
      </w:pPr>
      <w:r>
        <w:t>You are the reason I chose to live.</w:t>
      </w:r>
    </w:p>
    <w:p w14:paraId="0D193A64" w14:textId="77777777" w:rsidR="00E663E7" w:rsidRDefault="00E663E7">
      <w:pPr>
        <w:spacing w:line="360" w:lineRule="exact"/>
      </w:pPr>
      <w:r/>
    </w:p>
    <w:p w14:paraId="1BE1D13E" w14:textId="77777777" w:rsidR="00E663E7" w:rsidRDefault="00000000">
      <w:pPr>
        <w:spacing w:after="120" w:line="360" w:lineRule="exact"/>
        <w:ind w:firstLine="432"/>
      </w:pPr>
      <w:r>
        <w:t>I remember it vividly —</w:t>
      </w:r>
    </w:p>
    <w:p w14:paraId="4124F2DE" w14:textId="77777777" w:rsidR="00E663E7" w:rsidRDefault="00000000">
      <w:pPr>
        <w:spacing w:after="120" w:line="360" w:lineRule="exact"/>
        <w:ind w:firstLine="432"/>
      </w:pPr>
      <w:r>
        <w:t>That moment in the hospital, barely holding on.</w:t>
      </w:r>
    </w:p>
    <w:p w14:paraId="41860318" w14:textId="77777777" w:rsidR="00E663E7" w:rsidRDefault="00000000">
      <w:pPr>
        <w:spacing w:after="120" w:line="360" w:lineRule="exact"/>
        <w:ind w:firstLine="432"/>
      </w:pPr>
      <w:r>
        <w:t>A psychiatrist looked at me and said:</w:t>
      </w:r>
    </w:p>
    <w:p w14:paraId="4D317E65" w14:textId="77777777" w:rsidR="00E663E7" w:rsidRDefault="00000000">
      <w:pPr>
        <w:spacing w:after="120" w:line="360" w:lineRule="exact"/>
        <w:ind w:firstLine="432"/>
      </w:pPr>
      <w:r>
        <w:t>“Children of parents who die by suicide are far more likely to die by suicide themselves.”</w:t>
      </w:r>
    </w:p>
    <w:p w14:paraId="7ECAB7E3" w14:textId="77777777" w:rsidR="00E663E7" w:rsidRDefault="00E663E7">
      <w:pPr>
        <w:spacing w:line="360" w:lineRule="exact"/>
      </w:pPr>
      <w:r/>
    </w:p>
    <w:p w14:paraId="41FD7F71" w14:textId="77777777" w:rsidR="00E663E7" w:rsidRDefault="00000000">
      <w:pPr>
        <w:spacing w:after="120" w:line="360" w:lineRule="exact"/>
        <w:ind w:firstLine="432"/>
      </w:pPr>
      <w:r>
        <w:t>That sentence hit me like a truck.</w:t>
      </w:r>
    </w:p>
    <w:p w14:paraId="350EF52F" w14:textId="77777777" w:rsidR="00E663E7" w:rsidRDefault="00000000">
      <w:pPr>
        <w:spacing w:after="120" w:line="360" w:lineRule="exact"/>
        <w:ind w:firstLine="432"/>
      </w:pPr>
      <w:r>
        <w:t>Because you…</w:t>
      </w:r>
    </w:p>
    <w:p w14:paraId="19E0CB77" w14:textId="77777777" w:rsidR="00E663E7" w:rsidRDefault="00000000">
      <w:pPr>
        <w:spacing w:after="120" w:line="360" w:lineRule="exact"/>
        <w:ind w:firstLine="432"/>
      </w:pPr>
      <w:r>
        <w:t>You were the only thing that truly mattered to me in that moment.</w:t>
      </w:r>
    </w:p>
    <w:p w14:paraId="5FEA6154" w14:textId="77777777" w:rsidR="00E663E7" w:rsidRDefault="00E663E7">
      <w:pPr>
        <w:spacing w:line="360" w:lineRule="exact"/>
      </w:pPr>
      <w:r/>
    </w:p>
    <w:p w14:paraId="3DA4D032" w14:textId="77777777" w:rsidR="00E663E7" w:rsidRDefault="00000000">
      <w:pPr>
        <w:spacing w:after="120" w:line="360" w:lineRule="exact"/>
        <w:ind w:firstLine="432"/>
      </w:pPr>
      <w:r>
        <w:t>I couldn’t leave you with that legacy.</w:t>
      </w:r>
    </w:p>
    <w:p w14:paraId="76D3F197" w14:textId="77777777" w:rsidR="00E663E7" w:rsidRDefault="00000000">
      <w:pPr>
        <w:spacing w:after="120" w:line="360" w:lineRule="exact"/>
        <w:ind w:firstLine="432"/>
      </w:pPr>
      <w:r>
        <w:t>I couldn’t let my silence become your story.</w:t>
      </w:r>
    </w:p>
    <w:p w14:paraId="3BE82F7B" w14:textId="77777777" w:rsidR="00E663E7" w:rsidRDefault="00E663E7">
      <w:pPr>
        <w:spacing w:line="360" w:lineRule="exact"/>
      </w:pPr>
      <w:r/>
    </w:p>
    <w:p w14:paraId="557264AA" w14:textId="77777777" w:rsidR="00E663E7" w:rsidRDefault="00000000">
      <w:pPr>
        <w:spacing w:after="120" w:line="360" w:lineRule="exact"/>
        <w:ind w:firstLine="432"/>
      </w:pPr>
      <w:r>
        <w:t>You Gave Me a Reason to Fight</w:t>
      </w:r>
    </w:p>
    <w:p w14:paraId="208CA593" w14:textId="77777777" w:rsidR="00E663E7" w:rsidRDefault="00E663E7">
      <w:pPr>
        <w:spacing w:line="360" w:lineRule="exact"/>
      </w:pPr>
      <w:r/>
    </w:p>
    <w:p w14:paraId="4EB8CDBF" w14:textId="77777777" w:rsidR="00E663E7" w:rsidRDefault="00000000">
      <w:pPr>
        <w:spacing w:after="120" w:line="360" w:lineRule="exact"/>
        <w:ind w:firstLine="432"/>
      </w:pPr>
      <w:r>
        <w:t>When I had nothing left —</w:t>
      </w:r>
    </w:p>
    <w:p w14:paraId="22B9EDF5" w14:textId="77777777" w:rsidR="00E663E7" w:rsidRDefault="00000000">
      <w:pPr>
        <w:spacing w:after="120" w:line="360" w:lineRule="exact"/>
        <w:ind w:firstLine="432"/>
      </w:pPr>
      <w:r>
        <w:t>No home, no trust, no clear path forward…</w:t>
      </w:r>
    </w:p>
    <w:p w14:paraId="51EA941D" w14:textId="77777777" w:rsidR="00E663E7" w:rsidRDefault="00E663E7">
      <w:pPr>
        <w:spacing w:line="360" w:lineRule="exact"/>
      </w:pPr>
      <w:r/>
    </w:p>
    <w:p w14:paraId="2F40FAA5" w14:textId="77777777" w:rsidR="00E663E7" w:rsidRDefault="00000000">
      <w:pPr>
        <w:spacing w:after="120" w:line="360" w:lineRule="exact"/>
        <w:ind w:firstLine="432"/>
      </w:pPr>
      <w:r>
        <w:t>There was you.</w:t>
      </w:r>
    </w:p>
    <w:p w14:paraId="6ADC6B2C" w14:textId="77777777" w:rsidR="00E663E7" w:rsidRDefault="00E663E7">
      <w:pPr>
        <w:spacing w:line="360" w:lineRule="exact"/>
      </w:pPr>
      <w:r/>
    </w:p>
    <w:p w14:paraId="25087205" w14:textId="77777777" w:rsidR="00E663E7" w:rsidRDefault="00000000">
      <w:pPr>
        <w:spacing w:after="120" w:line="360" w:lineRule="exact"/>
        <w:ind w:firstLine="432"/>
      </w:pPr>
      <w:r>
        <w:t>I thought about how your face would change when they told you your father was gone.</w:t>
      </w:r>
    </w:p>
    <w:p w14:paraId="500AE708" w14:textId="77777777" w:rsidR="00E663E7" w:rsidRDefault="00000000">
      <w:pPr>
        <w:spacing w:after="120" w:line="360" w:lineRule="exact"/>
        <w:ind w:firstLine="432"/>
      </w:pPr>
      <w:r>
        <w:t>How confused you’d be.</w:t>
      </w:r>
    </w:p>
    <w:p w14:paraId="4D4E071B" w14:textId="77777777" w:rsidR="00E663E7" w:rsidRDefault="00000000">
      <w:pPr>
        <w:spacing w:after="120" w:line="360" w:lineRule="exact"/>
        <w:ind w:firstLine="432"/>
      </w:pPr>
      <w:r>
        <w:t>How many questions would go unanswered.</w:t>
      </w:r>
    </w:p>
    <w:p w14:paraId="4573718C" w14:textId="77777777" w:rsidR="00E663E7" w:rsidRDefault="00E663E7">
      <w:pPr>
        <w:spacing w:line="360" w:lineRule="exact"/>
      </w:pPr>
      <w:r/>
    </w:p>
    <w:p w14:paraId="78D7E06C" w14:textId="77777777" w:rsidR="00E663E7" w:rsidRDefault="00000000">
      <w:pPr>
        <w:spacing w:after="120" w:line="360" w:lineRule="exact"/>
        <w:ind w:firstLine="432"/>
      </w:pPr>
      <w:r>
        <w:t>And I realized I had one last fight in me.</w:t>
      </w:r>
    </w:p>
    <w:p w14:paraId="0CC983E7" w14:textId="77777777" w:rsidR="00E663E7" w:rsidRDefault="00E663E7">
      <w:pPr>
        <w:spacing w:line="360" w:lineRule="exact"/>
      </w:pPr>
      <w:r/>
    </w:p>
    <w:p w14:paraId="29D5E15A" w14:textId="77777777" w:rsidR="00E663E7" w:rsidRDefault="00000000">
      <w:pPr>
        <w:spacing w:after="120" w:line="360" w:lineRule="exact"/>
        <w:ind w:firstLine="432"/>
      </w:pPr>
      <w:r>
        <w:t>Not for court.</w:t>
      </w:r>
    </w:p>
    <w:p w14:paraId="0D330886" w14:textId="77777777" w:rsidR="00E663E7" w:rsidRDefault="00000000">
      <w:pPr>
        <w:spacing w:after="120" w:line="360" w:lineRule="exact"/>
        <w:ind w:firstLine="432"/>
      </w:pPr>
      <w:r>
        <w:t>Not for revenge.</w:t>
      </w:r>
    </w:p>
    <w:p w14:paraId="79DAB373" w14:textId="77777777" w:rsidR="00E663E7" w:rsidRDefault="00000000">
      <w:pPr>
        <w:spacing w:after="120" w:line="360" w:lineRule="exact"/>
        <w:ind w:firstLine="432"/>
      </w:pPr>
      <w:r>
        <w:t>Not even for redemption.</w:t>
      </w:r>
    </w:p>
    <w:p w14:paraId="56233A83" w14:textId="77777777" w:rsidR="00E663E7" w:rsidRDefault="00E663E7">
      <w:pPr>
        <w:spacing w:line="360" w:lineRule="exact"/>
      </w:pPr>
      <w:r/>
    </w:p>
    <w:p w14:paraId="20889779" w14:textId="77777777" w:rsidR="00E663E7" w:rsidRDefault="00000000">
      <w:pPr>
        <w:spacing w:after="120" w:line="360" w:lineRule="exact"/>
        <w:ind w:firstLine="432"/>
      </w:pPr>
      <w:r>
        <w:t>But for you.</w:t>
      </w:r>
    </w:p>
    <w:p w14:paraId="3327B54E" w14:textId="77777777" w:rsidR="00E663E7" w:rsidRDefault="00E663E7">
      <w:pPr>
        <w:spacing w:line="360" w:lineRule="exact"/>
      </w:pPr>
      <w:r/>
    </w:p>
    <w:p w14:paraId="15633B98" w14:textId="77777777" w:rsidR="00E663E7" w:rsidRDefault="00000000">
      <w:pPr>
        <w:spacing w:after="120" w:line="360" w:lineRule="exact"/>
        <w:ind w:firstLine="432"/>
      </w:pPr>
      <w:r>
        <w:t>A Letter, A Legacy</w:t>
      </w:r>
    </w:p>
    <w:p w14:paraId="1AF1E9EC" w14:textId="77777777" w:rsidR="00E663E7" w:rsidRDefault="00E663E7">
      <w:pPr>
        <w:spacing w:line="360" w:lineRule="exact"/>
      </w:pPr>
      <w:r/>
    </w:p>
    <w:p w14:paraId="4DA7C2F3" w14:textId="77777777" w:rsidR="00E663E7" w:rsidRDefault="00000000">
      <w:pPr>
        <w:spacing w:after="120" w:line="360" w:lineRule="exact"/>
        <w:ind w:firstLine="432"/>
      </w:pPr>
      <w:r>
        <w:t>I’ve made mistakes, Ayden.</w:t>
      </w:r>
    </w:p>
    <w:p w14:paraId="37EEB14E" w14:textId="77777777" w:rsidR="00E663E7" w:rsidRDefault="00000000">
      <w:pPr>
        <w:spacing w:after="120" w:line="360" w:lineRule="exact"/>
        <w:ind w:firstLine="432"/>
      </w:pPr>
      <w:r>
        <w:t>Some you may know about.</w:t>
      </w:r>
    </w:p>
    <w:p w14:paraId="5B14CCAF" w14:textId="77777777" w:rsidR="00E663E7" w:rsidRDefault="00000000">
      <w:pPr>
        <w:spacing w:after="120" w:line="360" w:lineRule="exact"/>
        <w:ind w:firstLine="432"/>
      </w:pPr>
      <w:r>
        <w:t>Others, I pray you never have to.</w:t>
      </w:r>
    </w:p>
    <w:p w14:paraId="47FD3D20" w14:textId="77777777" w:rsidR="00E663E7" w:rsidRDefault="00E663E7">
      <w:pPr>
        <w:spacing w:line="360" w:lineRule="exact"/>
      </w:pPr>
      <w:r/>
    </w:p>
    <w:p w14:paraId="591ECF83" w14:textId="77777777" w:rsidR="00E663E7" w:rsidRDefault="00000000">
      <w:pPr>
        <w:spacing w:after="120" w:line="360" w:lineRule="exact"/>
        <w:ind w:firstLine="432"/>
      </w:pPr>
      <w:r>
        <w:t>But none of them were born from not loving you.</w:t>
      </w:r>
    </w:p>
    <w:p w14:paraId="0E0BBB18" w14:textId="77777777" w:rsidR="00E663E7" w:rsidRDefault="00E663E7">
      <w:pPr>
        <w:spacing w:line="360" w:lineRule="exact"/>
      </w:pPr>
      <w:r/>
    </w:p>
    <w:p w14:paraId="73154DC6" w14:textId="77777777" w:rsidR="00E663E7" w:rsidRDefault="00000000">
      <w:pPr>
        <w:spacing w:after="120" w:line="360" w:lineRule="exact"/>
        <w:ind w:firstLine="432"/>
      </w:pPr>
      <w:r>
        <w:t>I’ve always loved you with a depth that terrified me —</w:t>
      </w:r>
    </w:p>
    <w:p w14:paraId="13559EC4" w14:textId="77777777" w:rsidR="00E663E7" w:rsidRDefault="00000000">
      <w:pPr>
        <w:spacing w:after="120" w:line="360" w:lineRule="exact"/>
        <w:ind w:firstLine="432"/>
      </w:pPr>
      <w:r>
        <w:t>Because I never wanted my flaws to ruin you.</w:t>
      </w:r>
    </w:p>
    <w:p w14:paraId="56B88604" w14:textId="77777777" w:rsidR="00E663E7" w:rsidRDefault="00E663E7">
      <w:pPr>
        <w:spacing w:line="360" w:lineRule="exact"/>
      </w:pPr>
      <w:r/>
    </w:p>
    <w:p w14:paraId="7FFA25DC" w14:textId="77777777" w:rsidR="00E663E7" w:rsidRDefault="00000000">
      <w:pPr>
        <w:spacing w:after="120" w:line="360" w:lineRule="exact"/>
        <w:ind w:firstLine="432"/>
      </w:pPr>
      <w:r>
        <w:t>I stayed in a toxic home far longer than I should have because I believed that was what a “good father” does.</w:t>
      </w:r>
    </w:p>
    <w:p w14:paraId="3A8B6408" w14:textId="77777777" w:rsidR="00E663E7" w:rsidRDefault="00000000">
      <w:pPr>
        <w:spacing w:after="120" w:line="360" w:lineRule="exact"/>
        <w:ind w:firstLine="432"/>
      </w:pPr>
      <w:r>
        <w:t>I worked two jobs, sacrificed sleep, time, my own happiness —</w:t>
      </w:r>
    </w:p>
    <w:p w14:paraId="10894B2B" w14:textId="77777777" w:rsidR="00E663E7" w:rsidRDefault="00000000">
      <w:pPr>
        <w:spacing w:after="120" w:line="360" w:lineRule="exact"/>
        <w:ind w:firstLine="432"/>
      </w:pPr>
      <w:r>
        <w:t>Because I thought love was only proven in provision.</w:t>
      </w:r>
    </w:p>
    <w:p w14:paraId="7E15764D" w14:textId="77777777" w:rsidR="00E663E7" w:rsidRDefault="00E663E7">
      <w:pPr>
        <w:spacing w:line="360" w:lineRule="exact"/>
      </w:pPr>
      <w:r/>
    </w:p>
    <w:p w14:paraId="18686555" w14:textId="77777777" w:rsidR="00E663E7" w:rsidRDefault="00000000">
      <w:pPr>
        <w:spacing w:after="120" w:line="360" w:lineRule="exact"/>
        <w:ind w:firstLine="432"/>
      </w:pPr>
      <w:r>
        <w:t>But now I know better.</w:t>
      </w:r>
    </w:p>
    <w:p w14:paraId="78041D01" w14:textId="77777777" w:rsidR="00E663E7" w:rsidRDefault="00E663E7">
      <w:pPr>
        <w:spacing w:line="360" w:lineRule="exact"/>
      </w:pPr>
      <w:r/>
    </w:p>
    <w:p w14:paraId="50D9B93B" w14:textId="77777777" w:rsidR="00E663E7" w:rsidRDefault="00000000">
      <w:pPr>
        <w:spacing w:after="120" w:line="360" w:lineRule="exact"/>
        <w:ind w:firstLine="432"/>
      </w:pPr>
      <w:r>
        <w:t>Love is not just what you give —</w:t>
      </w:r>
    </w:p>
    <w:p w14:paraId="4BA3EEAA" w14:textId="77777777" w:rsidR="00E663E7" w:rsidRDefault="00000000">
      <w:pPr>
        <w:spacing w:after="120" w:line="360" w:lineRule="exact"/>
        <w:ind w:firstLine="432"/>
      </w:pPr>
      <w:r>
        <w:t>It’s what you protect.</w:t>
      </w:r>
    </w:p>
    <w:p w14:paraId="6B07CE9D" w14:textId="77777777" w:rsidR="00E663E7" w:rsidRDefault="00000000">
      <w:pPr>
        <w:spacing w:after="120" w:line="360" w:lineRule="exact"/>
        <w:ind w:firstLine="432"/>
      </w:pPr>
      <w:r>
        <w:t>And I couldn’t protect you from the storm we lived in.</w:t>
      </w:r>
    </w:p>
    <w:p w14:paraId="258E5B97" w14:textId="77777777" w:rsidR="00E663E7" w:rsidRDefault="00E663E7">
      <w:pPr>
        <w:spacing w:line="360" w:lineRule="exact"/>
      </w:pPr>
      <w:r/>
    </w:p>
    <w:p w14:paraId="615C81C0" w14:textId="77777777" w:rsidR="00E663E7" w:rsidRDefault="00000000">
      <w:pPr>
        <w:spacing w:after="120" w:line="360" w:lineRule="exact"/>
        <w:ind w:firstLine="432"/>
      </w:pPr>
      <w:r>
        <w:t>But I’ll spend the rest of my life showing you that I’m still trying.</w:t>
      </w:r>
    </w:p>
    <w:p w14:paraId="34EA910C" w14:textId="77777777" w:rsidR="00E663E7" w:rsidRDefault="00E663E7">
      <w:pPr>
        <w:spacing w:line="360" w:lineRule="exact"/>
      </w:pPr>
      <w:r/>
    </w:p>
    <w:p w14:paraId="25CB3B39" w14:textId="77777777" w:rsidR="00E663E7" w:rsidRDefault="00000000">
      <w:pPr>
        <w:spacing w:after="120" w:line="360" w:lineRule="exact"/>
        <w:ind w:firstLine="432"/>
      </w:pPr>
      <w:r>
        <w:t>The Lessons I Want You to Learn</w:t>
      </w:r>
    </w:p>
    <w:p w14:paraId="00ABC696" w14:textId="77777777" w:rsidR="00E663E7" w:rsidRDefault="00000000">
      <w:pPr>
        <w:spacing w:after="120" w:line="360" w:lineRule="exact"/>
        <w:ind w:firstLine="432"/>
      </w:pPr>
      <w:r>
        <w:t>There Are No Shortcuts in Life</w:t>
      </w:r>
    </w:p>
    <w:p w14:paraId="58EE29E7" w14:textId="77777777" w:rsidR="00E663E7" w:rsidRDefault="00000000">
      <w:pPr>
        <w:spacing w:after="120" w:line="360" w:lineRule="exact"/>
        <w:ind w:firstLine="432"/>
      </w:pPr>
      <w:r>
        <w:t>Everything comes with a price.</w:t>
      </w:r>
    </w:p>
    <w:p w14:paraId="43CA72B6" w14:textId="77777777" w:rsidR="00E663E7" w:rsidRDefault="00000000">
      <w:pPr>
        <w:spacing w:after="120" w:line="360" w:lineRule="exact"/>
        <w:ind w:firstLine="432"/>
      </w:pPr>
      <w:r>
        <w:t>Earn your respect. Build your life. Trust your instincts.</w:t>
      </w:r>
    </w:p>
    <w:p w14:paraId="489F95B8" w14:textId="77777777" w:rsidR="00E663E7" w:rsidRDefault="00000000">
      <w:pPr>
        <w:spacing w:after="120" w:line="360" w:lineRule="exact"/>
        <w:ind w:firstLine="432"/>
      </w:pPr>
      <w:r>
        <w:t>Don’t take the easy way — take the right way.</w:t>
      </w:r>
    </w:p>
    <w:p w14:paraId="2D3F9960" w14:textId="77777777" w:rsidR="00E663E7" w:rsidRDefault="00000000">
      <w:pPr>
        <w:spacing w:after="120" w:line="360" w:lineRule="exact"/>
        <w:ind w:firstLine="432"/>
      </w:pPr>
      <w:r>
        <w:t>Act Like Someone Is Always Watching</w:t>
      </w:r>
    </w:p>
    <w:p w14:paraId="7BEBB011" w14:textId="77777777" w:rsidR="00E663E7" w:rsidRDefault="00000000">
      <w:pPr>
        <w:spacing w:after="120" w:line="360" w:lineRule="exact"/>
        <w:ind w:firstLine="432"/>
      </w:pPr>
      <w:r>
        <w:t>Not out of fear — but out of integrity.</w:t>
      </w:r>
    </w:p>
    <w:p w14:paraId="1BCE8539" w14:textId="77777777" w:rsidR="00E663E7" w:rsidRDefault="00000000">
      <w:pPr>
        <w:spacing w:after="120" w:line="360" w:lineRule="exact"/>
        <w:ind w:firstLine="432"/>
      </w:pPr>
      <w:r>
        <w:t>Even when you think no one’s looking, God is.</w:t>
      </w:r>
    </w:p>
    <w:p w14:paraId="5CD997B9" w14:textId="77777777" w:rsidR="00E663E7" w:rsidRDefault="00000000">
      <w:pPr>
        <w:spacing w:after="120" w:line="360" w:lineRule="exact"/>
        <w:ind w:firstLine="432"/>
      </w:pPr>
      <w:r>
        <w:t>And your conscience is.</w:t>
      </w:r>
    </w:p>
    <w:p w14:paraId="229E8101" w14:textId="77777777" w:rsidR="00E663E7" w:rsidRDefault="00000000">
      <w:pPr>
        <w:spacing w:after="120" w:line="360" w:lineRule="exact"/>
        <w:ind w:firstLine="432"/>
      </w:pPr>
      <w:r>
        <w:t>Love Wisely</w:t>
      </w:r>
    </w:p>
    <w:p w14:paraId="35C7D350" w14:textId="77777777" w:rsidR="00E663E7" w:rsidRDefault="00000000">
      <w:pPr>
        <w:spacing w:after="120" w:line="360" w:lineRule="exact"/>
        <w:ind w:firstLine="432"/>
      </w:pPr>
      <w:r>
        <w:t>Don’t confuse lust with loyalty.</w:t>
      </w:r>
    </w:p>
    <w:p w14:paraId="4E0276A2" w14:textId="77777777" w:rsidR="00E663E7" w:rsidRDefault="00000000">
      <w:pPr>
        <w:spacing w:after="120" w:line="360" w:lineRule="exact"/>
        <w:ind w:firstLine="432"/>
      </w:pPr>
      <w:r>
        <w:t>Know the difference between someone who loves you… and someone who loves what you do for them.</w:t>
      </w:r>
    </w:p>
    <w:p w14:paraId="4F8E0522" w14:textId="77777777" w:rsidR="00E663E7" w:rsidRDefault="00000000">
      <w:pPr>
        <w:spacing w:after="120" w:line="360" w:lineRule="exact"/>
        <w:ind w:firstLine="432"/>
      </w:pPr>
      <w:r>
        <w:t>Don’t Be Ashamed to Fall</w:t>
      </w:r>
    </w:p>
    <w:p w14:paraId="1667D2DA" w14:textId="77777777" w:rsidR="00E663E7" w:rsidRDefault="00000000">
      <w:pPr>
        <w:spacing w:after="120" w:line="360" w:lineRule="exact"/>
        <w:ind w:firstLine="432"/>
      </w:pPr>
      <w:r>
        <w:t>Even the strongest men fall.</w:t>
      </w:r>
    </w:p>
    <w:p w14:paraId="2810C572" w14:textId="77777777" w:rsidR="00E663E7" w:rsidRDefault="00000000">
      <w:pPr>
        <w:spacing w:after="120" w:line="360" w:lineRule="exact"/>
        <w:ind w:firstLine="432"/>
      </w:pPr>
      <w:r>
        <w:t>But true strength is in the rise.</w:t>
      </w:r>
    </w:p>
    <w:p w14:paraId="26736E7F" w14:textId="77777777" w:rsidR="00E663E7" w:rsidRDefault="00000000">
      <w:pPr>
        <w:spacing w:after="120" w:line="360" w:lineRule="exact"/>
        <w:ind w:firstLine="432"/>
      </w:pPr>
      <w:r>
        <w:t>And it’s okay to ask for help when you’re down.</w:t>
      </w:r>
    </w:p>
    <w:p w14:paraId="3562CDF0" w14:textId="77777777" w:rsidR="00E663E7" w:rsidRDefault="00000000">
      <w:pPr>
        <w:spacing w:after="120" w:line="360" w:lineRule="exact"/>
        <w:ind w:firstLine="432"/>
      </w:pPr>
      <w:r>
        <w:t>Keep Your Spirit Anchored</w:t>
      </w:r>
    </w:p>
    <w:p w14:paraId="2A8334D3" w14:textId="77777777" w:rsidR="00E663E7" w:rsidRDefault="00000000">
      <w:pPr>
        <w:spacing w:after="120" w:line="360" w:lineRule="exact"/>
        <w:ind w:firstLine="432"/>
      </w:pPr>
      <w:r>
        <w:t>You come from a long line of believers.</w:t>
      </w:r>
    </w:p>
    <w:p w14:paraId="068E44D1" w14:textId="77777777" w:rsidR="00E663E7" w:rsidRDefault="00000000">
      <w:pPr>
        <w:spacing w:after="120" w:line="360" w:lineRule="exact"/>
        <w:ind w:firstLine="432"/>
      </w:pPr>
      <w:r>
        <w:t>Even when I strayed from God, your grandmother prayed me back.</w:t>
      </w:r>
    </w:p>
    <w:p w14:paraId="1AF2C851" w14:textId="77777777" w:rsidR="00E663E7" w:rsidRDefault="00000000">
      <w:pPr>
        <w:spacing w:after="120" w:line="360" w:lineRule="exact"/>
        <w:ind w:firstLine="432"/>
      </w:pPr>
      <w:r>
        <w:t>Never forget: when the world shakes, your faith is your anchor.</w:t>
      </w:r>
    </w:p>
    <w:p w14:paraId="6EFB7C5A" w14:textId="77777777" w:rsidR="00E663E7" w:rsidRDefault="00E663E7">
      <w:pPr>
        <w:spacing w:line="360" w:lineRule="exact"/>
      </w:pPr>
      <w:r/>
    </w:p>
    <w:p w14:paraId="40DE79FD" w14:textId="77777777" w:rsidR="00E663E7" w:rsidRDefault="00000000">
      <w:pPr>
        <w:spacing w:after="120" w:line="360" w:lineRule="exact"/>
        <w:ind w:firstLine="432"/>
      </w:pPr>
      <w:r>
        <w:t>You Are Better Than I Was</w:t>
      </w:r>
    </w:p>
    <w:p w14:paraId="31FAAAF7" w14:textId="77777777" w:rsidR="00E663E7" w:rsidRDefault="00E663E7">
      <w:pPr>
        <w:spacing w:line="360" w:lineRule="exact"/>
      </w:pPr>
      <w:r/>
    </w:p>
    <w:p w14:paraId="787D8737" w14:textId="77777777" w:rsidR="00E663E7" w:rsidRDefault="00000000">
      <w:pPr>
        <w:spacing w:after="120" w:line="360" w:lineRule="exact"/>
        <w:ind w:firstLine="432"/>
      </w:pPr>
      <w:r>
        <w:t>That’s not humility.</w:t>
      </w:r>
    </w:p>
    <w:p w14:paraId="02B93FBF" w14:textId="77777777" w:rsidR="00E663E7" w:rsidRDefault="00000000">
      <w:pPr>
        <w:spacing w:after="120" w:line="360" w:lineRule="exact"/>
        <w:ind w:firstLine="432"/>
      </w:pPr>
      <w:r>
        <w:t>That’s truth.</w:t>
      </w:r>
    </w:p>
    <w:p w14:paraId="17CF321E" w14:textId="77777777" w:rsidR="00E663E7" w:rsidRDefault="00E663E7">
      <w:pPr>
        <w:spacing w:line="360" w:lineRule="exact"/>
      </w:pPr>
      <w:r/>
    </w:p>
    <w:p w14:paraId="02C2776E" w14:textId="77777777" w:rsidR="00E663E7" w:rsidRDefault="00000000">
      <w:pPr>
        <w:spacing w:after="120" w:line="360" w:lineRule="exact"/>
        <w:ind w:firstLine="432"/>
      </w:pPr>
      <w:r>
        <w:t>You are already more emotionally aware, more grounded, more capable than I ever was at your age.</w:t>
      </w:r>
    </w:p>
    <w:p w14:paraId="796C68DC" w14:textId="77777777" w:rsidR="00E663E7" w:rsidRDefault="00E663E7">
      <w:pPr>
        <w:spacing w:line="360" w:lineRule="exact"/>
      </w:pPr>
      <w:r/>
    </w:p>
    <w:p w14:paraId="4EFFBF14" w14:textId="77777777" w:rsidR="00E663E7" w:rsidRDefault="00000000">
      <w:pPr>
        <w:spacing w:after="120" w:line="360" w:lineRule="exact"/>
        <w:ind w:firstLine="432"/>
      </w:pPr>
      <w:r>
        <w:t>And I pray you never have to unlearn the pain I carried for decades.</w:t>
      </w:r>
    </w:p>
    <w:p w14:paraId="4452361C" w14:textId="77777777" w:rsidR="00E663E7" w:rsidRDefault="00000000">
      <w:pPr>
        <w:spacing w:after="120" w:line="360" w:lineRule="exact"/>
        <w:ind w:firstLine="432"/>
      </w:pPr>
      <w:r>
        <w:t>Because I carried it so you wouldn’t have to.</w:t>
      </w:r>
    </w:p>
    <w:p w14:paraId="20F2B3D4" w14:textId="77777777" w:rsidR="00E663E7" w:rsidRDefault="00E663E7">
      <w:pPr>
        <w:spacing w:line="360" w:lineRule="exact"/>
      </w:pPr>
      <w:r/>
    </w:p>
    <w:p w14:paraId="19E995D3" w14:textId="77777777" w:rsidR="00E663E7" w:rsidRDefault="00000000">
      <w:pPr>
        <w:spacing w:after="120" w:line="360" w:lineRule="exact"/>
        <w:ind w:firstLine="432"/>
      </w:pPr>
      <w:r>
        <w:t>Why This Chapter Matters</w:t>
      </w:r>
    </w:p>
    <w:p w14:paraId="31256FE8" w14:textId="77777777" w:rsidR="00E663E7" w:rsidRDefault="00E663E7">
      <w:pPr>
        <w:spacing w:line="360" w:lineRule="exact"/>
      </w:pPr>
      <w:r/>
    </w:p>
    <w:p w14:paraId="0442F03A" w14:textId="77777777" w:rsidR="00E663E7" w:rsidRDefault="00000000">
      <w:pPr>
        <w:spacing w:after="120" w:line="360" w:lineRule="exact"/>
        <w:ind w:firstLine="432"/>
      </w:pPr>
      <w:r>
        <w:t>Because sons grow into men.</w:t>
      </w:r>
    </w:p>
    <w:p w14:paraId="1706857D" w14:textId="77777777" w:rsidR="00E663E7" w:rsidRDefault="00000000">
      <w:pPr>
        <w:spacing w:after="120" w:line="360" w:lineRule="exact"/>
        <w:ind w:firstLine="432"/>
      </w:pPr>
      <w:r>
        <w:t>And if no one guides them, the world will teach them through trauma.</w:t>
      </w:r>
    </w:p>
    <w:p w14:paraId="703BCA86" w14:textId="77777777" w:rsidR="00E663E7" w:rsidRDefault="00E663E7">
      <w:pPr>
        <w:spacing w:line="360" w:lineRule="exact"/>
      </w:pPr>
      <w:r/>
    </w:p>
    <w:p w14:paraId="40D566C6" w14:textId="77777777" w:rsidR="00E663E7" w:rsidRDefault="00000000">
      <w:pPr>
        <w:spacing w:after="120" w:line="360" w:lineRule="exact"/>
        <w:ind w:firstLine="432"/>
      </w:pPr>
      <w:r>
        <w:t>This chapter is for the sons of broken fathers.</w:t>
      </w:r>
    </w:p>
    <w:p w14:paraId="55D48994" w14:textId="77777777" w:rsidR="00E663E7" w:rsidRDefault="00000000">
      <w:pPr>
        <w:spacing w:after="120" w:line="360" w:lineRule="exact"/>
        <w:ind w:firstLine="432"/>
      </w:pPr>
      <w:r>
        <w:t>For the boys trying to become men without losing their souls in the process.</w:t>
      </w:r>
    </w:p>
    <w:p w14:paraId="55AECFD3" w14:textId="77777777" w:rsidR="00E663E7" w:rsidRDefault="00E663E7">
      <w:pPr>
        <w:spacing w:line="360" w:lineRule="exact"/>
      </w:pPr>
      <w:r/>
    </w:p>
    <w:p w14:paraId="2E67C26C" w14:textId="77777777" w:rsidR="00E663E7" w:rsidRDefault="00000000">
      <w:pPr>
        <w:spacing w:after="120" w:line="360" w:lineRule="exact"/>
        <w:ind w:firstLine="432"/>
      </w:pPr>
      <w:r>
        <w:t>Ayden —</w:t>
      </w:r>
    </w:p>
    <w:p w14:paraId="5D9A6ADF" w14:textId="77777777" w:rsidR="00E663E7" w:rsidRDefault="00000000">
      <w:pPr>
        <w:spacing w:after="120" w:line="360" w:lineRule="exact"/>
        <w:ind w:firstLine="432"/>
      </w:pPr>
      <w:r>
        <w:t>You are my light.</w:t>
      </w:r>
    </w:p>
    <w:p w14:paraId="0802CB5A" w14:textId="77777777" w:rsidR="00E663E7" w:rsidRDefault="00000000">
      <w:pPr>
        <w:spacing w:after="120" w:line="360" w:lineRule="exact"/>
        <w:ind w:firstLine="432"/>
      </w:pPr>
      <w:r>
        <w:t>My reason.</w:t>
      </w:r>
    </w:p>
    <w:p w14:paraId="6E3FE31B" w14:textId="77777777" w:rsidR="00E663E7" w:rsidRDefault="00000000">
      <w:pPr>
        <w:spacing w:after="120" w:line="360" w:lineRule="exact"/>
        <w:ind w:firstLine="432"/>
      </w:pPr>
      <w:r>
        <w:t>My reminder that God still believes in second chances.</w:t>
      </w:r>
    </w:p>
    <w:p w14:paraId="23F8717B" w14:textId="77777777" w:rsidR="00E663E7" w:rsidRDefault="00E663E7">
      <w:pPr>
        <w:spacing w:line="360" w:lineRule="exact"/>
      </w:pPr>
      <w:r/>
    </w:p>
    <w:p w14:paraId="0D263A1A" w14:textId="77777777" w:rsidR="00E663E7" w:rsidRDefault="00000000">
      <w:pPr>
        <w:spacing w:after="120" w:line="360" w:lineRule="exact"/>
        <w:ind w:firstLine="432"/>
      </w:pPr>
      <w:r>
        <w:t>I wrote this book with you in mind.</w:t>
      </w:r>
    </w:p>
    <w:p w14:paraId="0E8FB6B0" w14:textId="77777777" w:rsidR="00E663E7" w:rsidRDefault="00000000">
      <w:pPr>
        <w:spacing w:after="120" w:line="360" w:lineRule="exact"/>
        <w:ind w:firstLine="432"/>
      </w:pPr>
      <w:r>
        <w:t>So one day, when you’re old enough to read and understand…</w:t>
      </w:r>
    </w:p>
    <w:p w14:paraId="3A603D1A" w14:textId="77777777" w:rsidR="00E663E7" w:rsidRDefault="00E663E7">
      <w:pPr>
        <w:spacing w:line="360" w:lineRule="exact"/>
      </w:pPr>
      <w:r/>
    </w:p>
    <w:p w14:paraId="1914ED02" w14:textId="77777777" w:rsidR="00E663E7" w:rsidRDefault="00000000">
      <w:pPr>
        <w:spacing w:after="120" w:line="360" w:lineRule="exact"/>
        <w:ind w:firstLine="432"/>
      </w:pPr>
      <w:r>
        <w:t>You’ll know the truth.</w:t>
      </w:r>
    </w:p>
    <w:p w14:paraId="52D5220B" w14:textId="77777777" w:rsidR="00E663E7" w:rsidRDefault="00000000">
      <w:pPr>
        <w:spacing w:after="120" w:line="360" w:lineRule="exact"/>
        <w:ind w:firstLine="432"/>
      </w:pPr>
      <w:r>
        <w:t>Not the version others tell you.</w:t>
      </w:r>
    </w:p>
    <w:p w14:paraId="5587E24D" w14:textId="77777777" w:rsidR="00E663E7" w:rsidRDefault="00000000">
      <w:pPr>
        <w:spacing w:after="120" w:line="360" w:lineRule="exact"/>
        <w:ind w:firstLine="432"/>
      </w:pPr>
      <w:r>
        <w:t>But the version that comes from a father who loved you —</w:t>
      </w:r>
    </w:p>
    <w:p w14:paraId="590189CD" w14:textId="77777777" w:rsidR="00E663E7" w:rsidRDefault="00000000">
      <w:pPr>
        <w:spacing w:after="120" w:line="360" w:lineRule="exact"/>
        <w:ind w:firstLine="432"/>
      </w:pPr>
      <w:r>
        <w:t>Even when he didn’t know how to love himself.</w:t>
      </w:r>
    </w:p>
    <w:p w14:paraId="2B10518B" w14:textId="77777777" w:rsidR="00E663E7" w:rsidRDefault="00E663E7">
      <w:pPr>
        <w:spacing w:line="360" w:lineRule="exact"/>
      </w:pPr>
      <w:r/>
    </w:p>
    <w:p w14:paraId="2C1513B2" w14:textId="77777777" w:rsidR="00E663E7" w:rsidRDefault="00000000">
      <w:pPr>
        <w:spacing w:after="120" w:line="360" w:lineRule="exact"/>
        <w:ind w:firstLine="432"/>
      </w:pPr>
      <w:r>
        <w:t>With all my heart,</w:t>
      </w:r>
    </w:p>
    <w:p w14:paraId="3FA1511B" w14:textId="77777777" w:rsidR="00E663E7" w:rsidRDefault="00000000">
      <w:pPr>
        <w:spacing w:after="120" w:line="360" w:lineRule="exact"/>
        <w:ind w:firstLine="432"/>
      </w:pPr>
      <w:r>
        <w:t>Dad</w:t>
      </w:r>
    </w:p>
    <w:p w14:paraId="2AB1508D" w14:textId="77777777" w:rsidR="00E663E7" w:rsidRDefault="00E663E7">
      <w:pPr>
        <w:spacing w:line="360" w:lineRule="exact"/>
      </w:pPr>
      <w:r/>
    </w:p>
    <w:p w14:paraId="3EAEC33D" w14:textId="77777777" w:rsidR="00E663E7" w:rsidRDefault="00E663E7">
      <w:pPr>
        <w:spacing w:line="360" w:lineRule="exact"/>
      </w:pPr>
      <w:r/>
    </w:p>
    <w:p w14:paraId="5184E3C2" w14:textId="77777777" w:rsidR="00E663E7" w:rsidRDefault="00000000">
      <w:pPr>
        <w:spacing w:line="360" w:lineRule="exact"/>
        <w:jc w:val="center"/>
      </w:pPr>
      <w:r>
        <w:t>Chapter 33: This Is Not About Blame</w:t>
      </w:r>
    </w:p>
    <w:p w14:paraId="72227931" w14:textId="77777777" w:rsidR="00E663E7" w:rsidRDefault="00E663E7">
      <w:pPr>
        <w:spacing w:line="360" w:lineRule="exact"/>
      </w:pPr>
      <w:r/>
    </w:p>
    <w:p w14:paraId="2F904656" w14:textId="77777777" w:rsidR="00E663E7" w:rsidRDefault="00000000">
      <w:pPr>
        <w:spacing w:after="120" w:line="360" w:lineRule="exact"/>
        <w:ind w:firstLine="432"/>
      </w:pPr>
      <w:r>
        <w:t>“When we stop pointing fingers, we finally start healing.”</w:t>
      </w:r>
    </w:p>
    <w:p w14:paraId="4CE71C8B" w14:textId="77777777" w:rsidR="00E663E7" w:rsidRDefault="00E663E7">
      <w:pPr>
        <w:spacing w:line="360" w:lineRule="exact"/>
      </w:pPr>
      <w:r/>
    </w:p>
    <w:p w14:paraId="593EEF64" w14:textId="77777777" w:rsidR="00E663E7" w:rsidRDefault="00000000">
      <w:pPr>
        <w:spacing w:after="120" w:line="360" w:lineRule="exact"/>
        <w:ind w:firstLine="432"/>
      </w:pPr>
      <w:r>
        <w:t>It would be easy — convenient, even — to reduce this entire story into a tale of what she did or how they hurt me.</w:t>
      </w:r>
    </w:p>
    <w:p w14:paraId="5E72A292" w14:textId="77777777" w:rsidR="00E663E7" w:rsidRDefault="00E663E7">
      <w:pPr>
        <w:spacing w:line="360" w:lineRule="exact"/>
      </w:pPr>
      <w:r/>
    </w:p>
    <w:p w14:paraId="6ED3B3AC" w14:textId="77777777" w:rsidR="00E663E7" w:rsidRDefault="00000000">
      <w:pPr>
        <w:spacing w:after="120" w:line="360" w:lineRule="exact"/>
        <w:ind w:firstLine="432"/>
      </w:pPr>
      <w:r>
        <w:t>But that’s not what this book is.</w:t>
      </w:r>
    </w:p>
    <w:p w14:paraId="4AA0B842" w14:textId="77777777" w:rsidR="00E663E7" w:rsidRDefault="00E663E7">
      <w:pPr>
        <w:spacing w:line="360" w:lineRule="exact"/>
      </w:pPr>
      <w:r/>
    </w:p>
    <w:p w14:paraId="12C98FAD" w14:textId="77777777" w:rsidR="00E663E7" w:rsidRDefault="00000000">
      <w:pPr>
        <w:spacing w:after="120" w:line="360" w:lineRule="exact"/>
        <w:ind w:firstLine="432"/>
      </w:pPr>
      <w:r>
        <w:t>This isn’t about revenge.</w:t>
      </w:r>
    </w:p>
    <w:p w14:paraId="59998F33" w14:textId="77777777" w:rsidR="00E663E7" w:rsidRDefault="00000000">
      <w:pPr>
        <w:spacing w:after="120" w:line="360" w:lineRule="exact"/>
        <w:ind w:firstLine="432"/>
      </w:pPr>
      <w:r>
        <w:t>It’s not about dragging people’s names through the mud.</w:t>
      </w:r>
    </w:p>
    <w:p w14:paraId="73178FEF" w14:textId="77777777" w:rsidR="00E663E7" w:rsidRDefault="00000000">
      <w:pPr>
        <w:spacing w:after="120" w:line="360" w:lineRule="exact"/>
        <w:ind w:firstLine="432"/>
      </w:pPr>
      <w:r>
        <w:t>It’s not about demonizing women, or casting myself as the poor, misunderstood victim.</w:t>
      </w:r>
    </w:p>
    <w:p w14:paraId="69F9C00E" w14:textId="77777777" w:rsidR="00E663E7" w:rsidRDefault="00E663E7">
      <w:pPr>
        <w:spacing w:line="360" w:lineRule="exact"/>
      </w:pPr>
      <w:r/>
    </w:p>
    <w:p w14:paraId="2D49B912" w14:textId="77777777" w:rsidR="00E663E7" w:rsidRDefault="00000000">
      <w:pPr>
        <w:spacing w:after="120" w:line="360" w:lineRule="exact"/>
        <w:ind w:firstLine="432"/>
      </w:pPr>
      <w:r>
        <w:t>No — this is about truth.</w:t>
      </w:r>
    </w:p>
    <w:p w14:paraId="004DB52B" w14:textId="77777777" w:rsidR="00E663E7" w:rsidRDefault="00000000">
      <w:pPr>
        <w:spacing w:after="120" w:line="360" w:lineRule="exact"/>
        <w:ind w:firstLine="432"/>
      </w:pPr>
      <w:r>
        <w:t>And truth doesn’t need a villain.</w:t>
      </w:r>
    </w:p>
    <w:p w14:paraId="402BECFE" w14:textId="77777777" w:rsidR="00E663E7" w:rsidRDefault="00000000">
      <w:pPr>
        <w:spacing w:after="120" w:line="360" w:lineRule="exact"/>
        <w:ind w:firstLine="432"/>
      </w:pPr>
      <w:r>
        <w:t>It just needs light.</w:t>
      </w:r>
    </w:p>
    <w:p w14:paraId="702F92DB" w14:textId="77777777" w:rsidR="00E663E7" w:rsidRDefault="00E663E7">
      <w:pPr>
        <w:spacing w:line="360" w:lineRule="exact"/>
      </w:pPr>
      <w:r/>
    </w:p>
    <w:p w14:paraId="6C21C7D4" w14:textId="77777777" w:rsidR="00E663E7" w:rsidRDefault="00000000">
      <w:pPr>
        <w:spacing w:after="120" w:line="360" w:lineRule="exact"/>
        <w:ind w:firstLine="432"/>
      </w:pPr>
      <w:r>
        <w:t>What This Is Really About</w:t>
      </w:r>
    </w:p>
    <w:p w14:paraId="66FBFBFC" w14:textId="77777777" w:rsidR="00E663E7" w:rsidRDefault="00E663E7">
      <w:pPr>
        <w:spacing w:line="360" w:lineRule="exact"/>
      </w:pPr>
      <w:r/>
    </w:p>
    <w:p w14:paraId="6BFEE902" w14:textId="77777777" w:rsidR="00E663E7" w:rsidRDefault="00000000">
      <w:pPr>
        <w:spacing w:after="120" w:line="360" w:lineRule="exact"/>
        <w:ind w:firstLine="432"/>
      </w:pPr>
      <w:r>
        <w:t>This is a story about awareness.</w:t>
      </w:r>
    </w:p>
    <w:p w14:paraId="2D3DD23C" w14:textId="77777777" w:rsidR="00E663E7" w:rsidRDefault="00000000">
      <w:pPr>
        <w:spacing w:after="120" w:line="360" w:lineRule="exact"/>
        <w:ind w:firstLine="432"/>
      </w:pPr>
      <w:r>
        <w:t>About pain.</w:t>
      </w:r>
    </w:p>
    <w:p w14:paraId="37B71FD7" w14:textId="77777777" w:rsidR="00E663E7" w:rsidRDefault="00000000">
      <w:pPr>
        <w:spacing w:after="120" w:line="360" w:lineRule="exact"/>
        <w:ind w:firstLine="432"/>
      </w:pPr>
      <w:r>
        <w:t>About transformation.</w:t>
      </w:r>
    </w:p>
    <w:p w14:paraId="074D3EFF" w14:textId="77777777" w:rsidR="00E663E7" w:rsidRDefault="00E663E7">
      <w:pPr>
        <w:spacing w:line="360" w:lineRule="exact"/>
      </w:pPr>
      <w:r/>
    </w:p>
    <w:p w14:paraId="39765F7B" w14:textId="77777777" w:rsidR="00E663E7" w:rsidRDefault="00000000">
      <w:pPr>
        <w:spacing w:after="120" w:line="360" w:lineRule="exact"/>
        <w:ind w:firstLine="432"/>
      </w:pPr>
      <w:r>
        <w:t>It’s about what happens when men suffer in silence —</w:t>
      </w:r>
    </w:p>
    <w:p w14:paraId="0D39B6EC" w14:textId="77777777" w:rsidR="00E663E7" w:rsidRDefault="00000000">
      <w:pPr>
        <w:spacing w:after="120" w:line="360" w:lineRule="exact"/>
        <w:ind w:firstLine="432"/>
      </w:pPr>
      <w:r>
        <w:t>When society overlooks their pain because they’re not supposed to cry.</w:t>
      </w:r>
    </w:p>
    <w:p w14:paraId="7A2B28EA" w14:textId="77777777" w:rsidR="00E663E7" w:rsidRDefault="00000000">
      <w:pPr>
        <w:spacing w:after="120" w:line="360" w:lineRule="exact"/>
        <w:ind w:firstLine="432"/>
      </w:pPr>
      <w:r>
        <w:t>When their abuse isn’t physical enough to be visible,</w:t>
      </w:r>
    </w:p>
    <w:p w14:paraId="64CD8727" w14:textId="77777777" w:rsidR="00E663E7" w:rsidRDefault="00000000">
      <w:pPr>
        <w:spacing w:after="120" w:line="360" w:lineRule="exact"/>
        <w:ind w:firstLine="432"/>
      </w:pPr>
      <w:r>
        <w:t>And when their trauma isn’t “valid” unless someone else agrees.</w:t>
      </w:r>
    </w:p>
    <w:p w14:paraId="3BC6BD75" w14:textId="77777777" w:rsidR="00E663E7" w:rsidRDefault="00E663E7">
      <w:pPr>
        <w:spacing w:line="360" w:lineRule="exact"/>
      </w:pPr>
      <w:r/>
    </w:p>
    <w:p w14:paraId="525F069F" w14:textId="77777777" w:rsidR="00E663E7" w:rsidRDefault="00000000">
      <w:pPr>
        <w:spacing w:after="120" w:line="360" w:lineRule="exact"/>
        <w:ind w:firstLine="432"/>
      </w:pPr>
      <w:r>
        <w:t>It’s about love… and how love can be weaponized.</w:t>
      </w:r>
    </w:p>
    <w:p w14:paraId="228DE8CA" w14:textId="77777777" w:rsidR="00E663E7" w:rsidRDefault="00E663E7">
      <w:pPr>
        <w:spacing w:line="360" w:lineRule="exact"/>
      </w:pPr>
      <w:r/>
    </w:p>
    <w:p w14:paraId="39285DDB" w14:textId="77777777" w:rsidR="00E663E7" w:rsidRDefault="00000000">
      <w:pPr>
        <w:spacing w:after="120" w:line="360" w:lineRule="exact"/>
        <w:ind w:firstLine="432"/>
      </w:pPr>
      <w:r>
        <w:t>It’s about mental health…</w:t>
      </w:r>
    </w:p>
    <w:p w14:paraId="5CA5778B" w14:textId="77777777" w:rsidR="00E663E7" w:rsidRDefault="00000000">
      <w:pPr>
        <w:spacing w:after="120" w:line="360" w:lineRule="exact"/>
        <w:ind w:firstLine="432"/>
      </w:pPr>
      <w:r>
        <w:t>About addiction, and healing, and supernatural awakening.</w:t>
      </w:r>
    </w:p>
    <w:p w14:paraId="52E7F94B" w14:textId="77777777" w:rsidR="00E663E7" w:rsidRDefault="00E663E7">
      <w:pPr>
        <w:spacing w:line="360" w:lineRule="exact"/>
      </w:pPr>
      <w:r/>
    </w:p>
    <w:p w14:paraId="28539E5F" w14:textId="77777777" w:rsidR="00E663E7" w:rsidRDefault="00000000">
      <w:pPr>
        <w:spacing w:after="120" w:line="360" w:lineRule="exact"/>
        <w:ind w:firstLine="432"/>
      </w:pPr>
      <w:r>
        <w:t>But more than anything else — it’s about accountability.</w:t>
      </w:r>
    </w:p>
    <w:p w14:paraId="2AEF5A1C" w14:textId="77777777" w:rsidR="00E663E7" w:rsidRDefault="00E663E7">
      <w:pPr>
        <w:spacing w:line="360" w:lineRule="exact"/>
      </w:pPr>
      <w:r/>
    </w:p>
    <w:p w14:paraId="3B60B578" w14:textId="77777777" w:rsidR="00E663E7" w:rsidRDefault="00000000">
      <w:pPr>
        <w:spacing w:after="120" w:line="360" w:lineRule="exact"/>
        <w:ind w:firstLine="432"/>
      </w:pPr>
      <w:r>
        <w:t>What I’ve Come to Understand</w:t>
      </w:r>
    </w:p>
    <w:p w14:paraId="081E9982" w14:textId="77777777" w:rsidR="00E663E7" w:rsidRDefault="00E663E7">
      <w:pPr>
        <w:spacing w:line="360" w:lineRule="exact"/>
      </w:pPr>
      <w:r/>
    </w:p>
    <w:p w14:paraId="18F3CCB2" w14:textId="77777777" w:rsidR="00E663E7" w:rsidRDefault="00000000">
      <w:pPr>
        <w:spacing w:after="120" w:line="360" w:lineRule="exact"/>
        <w:ind w:firstLine="432"/>
      </w:pPr>
      <w:r>
        <w:t>I want to acknowledge something important.</w:t>
      </w:r>
    </w:p>
    <w:p w14:paraId="5C00928B" w14:textId="77777777" w:rsidR="00E663E7" w:rsidRDefault="00000000">
      <w:pPr>
        <w:spacing w:after="120" w:line="360" w:lineRule="exact"/>
        <w:ind w:firstLine="432"/>
      </w:pPr>
      <w:r>
        <w:t>It’s easy to fall into the trap of blaming the opposite sex for the traumas we’ve endured —</w:t>
      </w:r>
    </w:p>
    <w:p w14:paraId="1D02BC16" w14:textId="77777777" w:rsidR="00E663E7" w:rsidRDefault="00000000">
      <w:pPr>
        <w:spacing w:after="120" w:line="360" w:lineRule="exact"/>
        <w:ind w:firstLine="432"/>
      </w:pPr>
      <w:r>
        <w:t>Especially when those wounds come from deeply personal, romantic relationships.</w:t>
      </w:r>
    </w:p>
    <w:p w14:paraId="0CF64674" w14:textId="77777777" w:rsidR="00E663E7" w:rsidRDefault="00E663E7">
      <w:pPr>
        <w:spacing w:line="360" w:lineRule="exact"/>
      </w:pPr>
      <w:r/>
    </w:p>
    <w:p w14:paraId="5EF974EE" w14:textId="77777777" w:rsidR="00E663E7" w:rsidRDefault="00000000">
      <w:pPr>
        <w:spacing w:after="120" w:line="360" w:lineRule="exact"/>
        <w:ind w:firstLine="432"/>
      </w:pPr>
      <w:r>
        <w:t>But I also recognize that the source of pain often lies in proximity.</w:t>
      </w:r>
    </w:p>
    <w:p w14:paraId="2307AF6C" w14:textId="77777777" w:rsidR="00E663E7" w:rsidRDefault="00E663E7">
      <w:pPr>
        <w:spacing w:line="360" w:lineRule="exact"/>
      </w:pPr>
      <w:r/>
    </w:p>
    <w:p w14:paraId="78E1775B" w14:textId="77777777" w:rsidR="00E663E7" w:rsidRDefault="00000000">
      <w:pPr>
        <w:spacing w:after="120" w:line="360" w:lineRule="exact"/>
        <w:ind w:firstLine="432"/>
      </w:pPr>
      <w:r>
        <w:t>I couldn’t be betrayed or emotionally harmed by a man in the ways I’ve been hurt —</w:t>
      </w:r>
    </w:p>
    <w:p w14:paraId="7CACD5F1" w14:textId="77777777" w:rsidR="00E663E7" w:rsidRDefault="00000000">
      <w:pPr>
        <w:spacing w:after="120" w:line="360" w:lineRule="exact"/>
        <w:ind w:firstLine="432"/>
      </w:pPr>
      <w:r>
        <w:t>Because I haven’t let men into those intimate spaces.</w:t>
      </w:r>
    </w:p>
    <w:p w14:paraId="0D98705F" w14:textId="77777777" w:rsidR="00E663E7" w:rsidRDefault="00000000">
      <w:pPr>
        <w:spacing w:after="120" w:line="360" w:lineRule="exact"/>
        <w:ind w:firstLine="432"/>
      </w:pPr>
      <w:r>
        <w:t>So naturally, the hurt has come from women.</w:t>
      </w:r>
    </w:p>
    <w:p w14:paraId="2C1B9CB1" w14:textId="77777777" w:rsidR="00E663E7" w:rsidRDefault="00E663E7">
      <w:pPr>
        <w:spacing w:line="360" w:lineRule="exact"/>
      </w:pPr>
      <w:r/>
    </w:p>
    <w:p w14:paraId="3A570446" w14:textId="77777777" w:rsidR="00E663E7" w:rsidRDefault="00000000">
      <w:pPr>
        <w:spacing w:after="120" w:line="360" w:lineRule="exact"/>
        <w:ind w:firstLine="432"/>
      </w:pPr>
      <w:r>
        <w:t>That doesn’t mean all women are to blame — not at all.</w:t>
      </w:r>
    </w:p>
    <w:p w14:paraId="374BC054" w14:textId="77777777" w:rsidR="00E663E7" w:rsidRDefault="00000000">
      <w:pPr>
        <w:spacing w:after="120" w:line="360" w:lineRule="exact"/>
        <w:ind w:firstLine="432"/>
      </w:pPr>
      <w:r>
        <w:t>In fact, some of the greatest love and support I’ve received came from women:</w:t>
      </w:r>
    </w:p>
    <w:p w14:paraId="701E3A9E" w14:textId="77777777" w:rsidR="00E663E7" w:rsidRDefault="00000000">
      <w:pPr>
        <w:spacing w:after="120" w:line="360" w:lineRule="exact"/>
        <w:ind w:firstLine="432"/>
      </w:pPr>
      <w:r>
        <w:t>My mother. My partner. My daughter.</w:t>
      </w:r>
    </w:p>
    <w:p w14:paraId="52BBB303" w14:textId="77777777" w:rsidR="00E663E7" w:rsidRDefault="00E663E7">
      <w:pPr>
        <w:spacing w:line="360" w:lineRule="exact"/>
      </w:pPr>
      <w:r/>
    </w:p>
    <w:p w14:paraId="05CF5E6C" w14:textId="77777777" w:rsidR="00E663E7" w:rsidRDefault="00000000">
      <w:pPr>
        <w:spacing w:after="120" w:line="360" w:lineRule="exact"/>
        <w:ind w:firstLine="432"/>
      </w:pPr>
      <w:r>
        <w:t>They remind me that goodness exists,</w:t>
      </w:r>
    </w:p>
    <w:p w14:paraId="7F661106" w14:textId="77777777" w:rsidR="00E663E7" w:rsidRDefault="00000000">
      <w:pPr>
        <w:spacing w:after="120" w:line="360" w:lineRule="exact"/>
        <w:ind w:firstLine="432"/>
      </w:pPr>
      <w:r>
        <w:t>And that love — in its truest form — is still real.</w:t>
      </w:r>
    </w:p>
    <w:p w14:paraId="09A81170" w14:textId="77777777" w:rsidR="00E663E7" w:rsidRDefault="00E663E7">
      <w:pPr>
        <w:spacing w:line="360" w:lineRule="exact"/>
      </w:pPr>
      <w:r/>
    </w:p>
    <w:p w14:paraId="0FB1ABB7" w14:textId="77777777" w:rsidR="00E663E7" w:rsidRDefault="00000000">
      <w:pPr>
        <w:spacing w:after="120" w:line="360" w:lineRule="exact"/>
        <w:ind w:firstLine="432"/>
      </w:pPr>
      <w:r>
        <w:t>Discernment, Not Bitterness</w:t>
      </w:r>
    </w:p>
    <w:p w14:paraId="2E153D89" w14:textId="77777777" w:rsidR="00E663E7" w:rsidRDefault="00E663E7">
      <w:pPr>
        <w:spacing w:line="360" w:lineRule="exact"/>
      </w:pPr>
      <w:r/>
    </w:p>
    <w:p w14:paraId="7FE67121" w14:textId="77777777" w:rsidR="00E663E7" w:rsidRDefault="00000000">
      <w:pPr>
        <w:spacing w:after="120" w:line="360" w:lineRule="exact"/>
        <w:ind w:firstLine="432"/>
      </w:pPr>
      <w:r>
        <w:t>It also means I’ve had to develop a new kind of awareness.</w:t>
      </w:r>
    </w:p>
    <w:p w14:paraId="468F0050" w14:textId="77777777" w:rsidR="00E663E7" w:rsidRDefault="00E663E7">
      <w:pPr>
        <w:spacing w:line="360" w:lineRule="exact"/>
      </w:pPr>
      <w:r/>
    </w:p>
    <w:p w14:paraId="770BEA88" w14:textId="77777777" w:rsidR="00E663E7" w:rsidRDefault="00000000">
      <w:pPr>
        <w:spacing w:after="120" w:line="360" w:lineRule="exact"/>
        <w:ind w:firstLine="432"/>
      </w:pPr>
      <w:r>
        <w:t>Not bitterness — but vigilance.</w:t>
      </w:r>
    </w:p>
    <w:p w14:paraId="1F314BB5" w14:textId="77777777" w:rsidR="00E663E7" w:rsidRDefault="00000000">
      <w:pPr>
        <w:spacing w:after="120" w:line="360" w:lineRule="exact"/>
        <w:ind w:firstLine="432"/>
      </w:pPr>
      <w:r>
        <w:t>Not closed-heartedness — but discernment.</w:t>
      </w:r>
    </w:p>
    <w:p w14:paraId="41323299" w14:textId="77777777" w:rsidR="00E663E7" w:rsidRDefault="00E663E7">
      <w:pPr>
        <w:spacing w:line="360" w:lineRule="exact"/>
      </w:pPr>
      <w:r/>
    </w:p>
    <w:p w14:paraId="3DCBFB3D" w14:textId="77777777" w:rsidR="00E663E7" w:rsidRDefault="00000000">
      <w:pPr>
        <w:spacing w:after="120" w:line="360" w:lineRule="exact"/>
        <w:ind w:firstLine="432"/>
      </w:pPr>
      <w:r>
        <w:t>I now understand that not everyone comes into your life to love you.</w:t>
      </w:r>
    </w:p>
    <w:p w14:paraId="55721CF7" w14:textId="77777777" w:rsidR="00E663E7" w:rsidRDefault="00E663E7">
      <w:pPr>
        <w:spacing w:line="360" w:lineRule="exact"/>
      </w:pPr>
      <w:r/>
    </w:p>
    <w:p w14:paraId="15CE065A" w14:textId="77777777" w:rsidR="00E663E7" w:rsidRDefault="00000000">
      <w:pPr>
        <w:spacing w:after="120" w:line="360" w:lineRule="exact"/>
        <w:ind w:firstLine="432"/>
      </w:pPr>
      <w:r>
        <w:t>Some come to teach you.</w:t>
      </w:r>
    </w:p>
    <w:p w14:paraId="1BD65D46" w14:textId="77777777" w:rsidR="00E663E7" w:rsidRDefault="00000000">
      <w:pPr>
        <w:spacing w:after="120" w:line="360" w:lineRule="exact"/>
        <w:ind w:firstLine="432"/>
      </w:pPr>
      <w:r>
        <w:t>Some come to test you.</w:t>
      </w:r>
    </w:p>
    <w:p w14:paraId="09C51136" w14:textId="77777777" w:rsidR="00E663E7" w:rsidRDefault="00000000">
      <w:pPr>
        <w:spacing w:after="120" w:line="360" w:lineRule="exact"/>
        <w:ind w:firstLine="432"/>
      </w:pPr>
      <w:r>
        <w:t>Some come to transform you.</w:t>
      </w:r>
    </w:p>
    <w:p w14:paraId="683202BB" w14:textId="77777777" w:rsidR="00E663E7" w:rsidRDefault="00E663E7">
      <w:pPr>
        <w:spacing w:line="360" w:lineRule="exact"/>
      </w:pPr>
      <w:r/>
    </w:p>
    <w:p w14:paraId="619FB006" w14:textId="77777777" w:rsidR="00E663E7" w:rsidRDefault="00000000">
      <w:pPr>
        <w:spacing w:after="120" w:line="360" w:lineRule="exact"/>
        <w:ind w:firstLine="432"/>
      </w:pPr>
      <w:r>
        <w:t>And some come to destroy you, so that your soul can be rebuilt stronger.</w:t>
      </w:r>
    </w:p>
    <w:p w14:paraId="4630CC31" w14:textId="77777777" w:rsidR="00E663E7" w:rsidRDefault="00E663E7">
      <w:pPr>
        <w:spacing w:line="360" w:lineRule="exact"/>
      </w:pPr>
      <w:r/>
    </w:p>
    <w:p w14:paraId="591650DC" w14:textId="77777777" w:rsidR="00E663E7" w:rsidRDefault="00000000">
      <w:pPr>
        <w:spacing w:after="120" w:line="360" w:lineRule="exact"/>
        <w:ind w:firstLine="432"/>
      </w:pPr>
      <w:r>
        <w:t>Why This Chapter Matters</w:t>
      </w:r>
    </w:p>
    <w:p w14:paraId="4828F8B0" w14:textId="77777777" w:rsidR="00E663E7" w:rsidRDefault="00E663E7">
      <w:pPr>
        <w:spacing w:line="360" w:lineRule="exact"/>
      </w:pPr>
      <w:r/>
    </w:p>
    <w:p w14:paraId="66D95FF0" w14:textId="77777777" w:rsidR="00E663E7" w:rsidRDefault="00000000">
      <w:pPr>
        <w:spacing w:after="120" w:line="360" w:lineRule="exact"/>
        <w:ind w:firstLine="432"/>
      </w:pPr>
      <w:r>
        <w:t>Because too many men — especially those who’ve been emotionally abused — don’t speak up.</w:t>
      </w:r>
    </w:p>
    <w:p w14:paraId="3C425886" w14:textId="77777777" w:rsidR="00E663E7" w:rsidRDefault="00000000">
      <w:pPr>
        <w:spacing w:after="120" w:line="360" w:lineRule="exact"/>
        <w:ind w:firstLine="432"/>
      </w:pPr>
      <w:r>
        <w:t>And when they do, they’re often told to “man up,” or blamed for being weak.</w:t>
      </w:r>
    </w:p>
    <w:p w14:paraId="584ADA74" w14:textId="77777777" w:rsidR="00E663E7" w:rsidRDefault="00E663E7">
      <w:pPr>
        <w:spacing w:line="360" w:lineRule="exact"/>
      </w:pPr>
      <w:r/>
    </w:p>
    <w:p w14:paraId="4AAB82CF" w14:textId="77777777" w:rsidR="00E663E7" w:rsidRDefault="00000000">
      <w:pPr>
        <w:spacing w:after="120" w:line="360" w:lineRule="exact"/>
        <w:ind w:firstLine="432"/>
      </w:pPr>
      <w:r>
        <w:t>I want those men to know:</w:t>
      </w:r>
    </w:p>
    <w:p w14:paraId="30C623E7" w14:textId="77777777" w:rsidR="00E663E7" w:rsidRDefault="00000000">
      <w:pPr>
        <w:spacing w:after="120" w:line="360" w:lineRule="exact"/>
        <w:ind w:firstLine="432"/>
      </w:pPr>
      <w:r>
        <w:t>You are not weak for feeling pain.</w:t>
      </w:r>
    </w:p>
    <w:p w14:paraId="3C5C338E" w14:textId="77777777" w:rsidR="00E663E7" w:rsidRDefault="00000000">
      <w:pPr>
        <w:spacing w:after="120" w:line="360" w:lineRule="exact"/>
        <w:ind w:firstLine="432"/>
      </w:pPr>
      <w:r>
        <w:t>You are not wrong for speaking your truth.</w:t>
      </w:r>
    </w:p>
    <w:p w14:paraId="383291DF" w14:textId="77777777" w:rsidR="00E663E7" w:rsidRDefault="00000000">
      <w:pPr>
        <w:spacing w:after="120" w:line="360" w:lineRule="exact"/>
        <w:ind w:firstLine="432"/>
      </w:pPr>
      <w:r>
        <w:t>And you are not alone.</w:t>
      </w:r>
    </w:p>
    <w:p w14:paraId="0712F633" w14:textId="77777777" w:rsidR="00E663E7" w:rsidRDefault="00E663E7">
      <w:pPr>
        <w:spacing w:line="360" w:lineRule="exact"/>
      </w:pPr>
      <w:r/>
    </w:p>
    <w:p w14:paraId="7D7BC25D" w14:textId="77777777" w:rsidR="00E663E7" w:rsidRDefault="00000000">
      <w:pPr>
        <w:spacing w:after="120" w:line="360" w:lineRule="exact"/>
        <w:ind w:firstLine="432"/>
      </w:pPr>
      <w:r>
        <w:t>At the same time, I want to make it crystal clear:</w:t>
      </w:r>
    </w:p>
    <w:p w14:paraId="0FDC60B3" w14:textId="77777777" w:rsidR="00E663E7" w:rsidRDefault="00E663E7">
      <w:pPr>
        <w:spacing w:line="360" w:lineRule="exact"/>
      </w:pPr>
      <w:r/>
    </w:p>
    <w:p w14:paraId="147670B2" w14:textId="77777777" w:rsidR="00E663E7" w:rsidRDefault="00000000">
      <w:pPr>
        <w:spacing w:after="120" w:line="360" w:lineRule="exact"/>
        <w:ind w:firstLine="432"/>
      </w:pPr>
      <w:r>
        <w:t>This book is not a condemnation of women.</w:t>
      </w:r>
    </w:p>
    <w:p w14:paraId="1ECE22F3" w14:textId="77777777" w:rsidR="00E663E7" w:rsidRDefault="00000000">
      <w:pPr>
        <w:spacing w:after="120" w:line="360" w:lineRule="exact"/>
        <w:ind w:firstLine="432"/>
      </w:pPr>
      <w:r>
        <w:t>It is a humble attempt at self-reflection, wrapped in the uncomfortable truths of a man who saw too much, too late.</w:t>
      </w:r>
    </w:p>
    <w:p w14:paraId="651F864A" w14:textId="77777777" w:rsidR="00E663E7" w:rsidRDefault="00E663E7">
      <w:pPr>
        <w:spacing w:line="360" w:lineRule="exact"/>
      </w:pPr>
      <w:r/>
    </w:p>
    <w:p w14:paraId="056F9FB3" w14:textId="77777777" w:rsidR="00E663E7" w:rsidRDefault="00000000">
      <w:pPr>
        <w:spacing w:after="120" w:line="360" w:lineRule="exact"/>
        <w:ind w:firstLine="432"/>
      </w:pPr>
      <w:r>
        <w:t>If you’re reading this and feel uncomfortable — good.</w:t>
      </w:r>
    </w:p>
    <w:p w14:paraId="264E4F33" w14:textId="77777777" w:rsidR="00E663E7" w:rsidRDefault="00000000">
      <w:pPr>
        <w:spacing w:after="120" w:line="360" w:lineRule="exact"/>
        <w:ind w:firstLine="432"/>
      </w:pPr>
      <w:r>
        <w:t>Sometimes discomfort is the first step toward clarity.</w:t>
      </w:r>
    </w:p>
    <w:p w14:paraId="254121B5" w14:textId="77777777" w:rsidR="00E663E7" w:rsidRDefault="00E663E7">
      <w:pPr>
        <w:spacing w:line="360" w:lineRule="exact"/>
      </w:pPr>
      <w:r/>
    </w:p>
    <w:p w14:paraId="4EB6EFD9" w14:textId="77777777" w:rsidR="00E663E7" w:rsidRDefault="00000000">
      <w:pPr>
        <w:spacing w:after="120" w:line="360" w:lineRule="exact"/>
        <w:ind w:firstLine="432"/>
      </w:pPr>
      <w:r>
        <w:t>And if you’re reading this as someone who’s caused pain —</w:t>
      </w:r>
    </w:p>
    <w:p w14:paraId="5B1C4287" w14:textId="77777777" w:rsidR="00E663E7" w:rsidRDefault="00000000">
      <w:pPr>
        <w:spacing w:after="120" w:line="360" w:lineRule="exact"/>
        <w:ind w:firstLine="432"/>
      </w:pPr>
      <w:r>
        <w:t>You still have a chance to grow.</w:t>
      </w:r>
    </w:p>
    <w:p w14:paraId="6631280E" w14:textId="77777777" w:rsidR="00E663E7" w:rsidRDefault="00E663E7">
      <w:pPr>
        <w:spacing w:line="360" w:lineRule="exact"/>
      </w:pPr>
      <w:r/>
    </w:p>
    <w:p w14:paraId="06DA9A53" w14:textId="77777777" w:rsidR="00E663E7" w:rsidRDefault="00000000">
      <w:pPr>
        <w:spacing w:after="120" w:line="360" w:lineRule="exact"/>
        <w:ind w:firstLine="432"/>
      </w:pPr>
      <w:r>
        <w:t>Because blame gets us nowhere.</w:t>
      </w:r>
    </w:p>
    <w:p w14:paraId="0B5F1196" w14:textId="77777777" w:rsidR="00E663E7" w:rsidRDefault="00000000">
      <w:pPr>
        <w:spacing w:after="120" w:line="360" w:lineRule="exact"/>
        <w:ind w:firstLine="432"/>
      </w:pPr>
      <w:r>
        <w:t>But truth?</w:t>
      </w:r>
    </w:p>
    <w:p w14:paraId="59325A24" w14:textId="77777777" w:rsidR="00E663E7" w:rsidRDefault="00000000">
      <w:pPr>
        <w:spacing w:after="120" w:line="360" w:lineRule="exact"/>
        <w:ind w:firstLine="432"/>
      </w:pPr>
      <w:r>
        <w:t>Truth sets us free.</w:t>
      </w:r>
    </w:p>
    <w:p w14:paraId="7BB90F2F" w14:textId="77777777" w:rsidR="00E663E7" w:rsidRDefault="00E663E7">
      <w:pPr>
        <w:spacing w:line="360" w:lineRule="exact"/>
      </w:pPr>
      <w:r/>
    </w:p>
    <w:p w14:paraId="07211A1D" w14:textId="77777777" w:rsidR="00E663E7" w:rsidRDefault="00E663E7">
      <w:pPr>
        <w:spacing w:line="360" w:lineRule="exact"/>
      </w:pPr>
      <w:r/>
    </w:p>
    <w:p w14:paraId="1BF36CA1" w14:textId="77777777" w:rsidR="00E663E7" w:rsidRDefault="00000000">
      <w:pPr>
        <w:spacing w:line="360" w:lineRule="exact"/>
        <w:jc w:val="center"/>
      </w:pPr>
      <w:r>
        <w:t>Chapter 34: Where Shiva and Christ Met Me</w:t>
      </w:r>
    </w:p>
    <w:p w14:paraId="649B28C3" w14:textId="77777777" w:rsidR="00E663E7" w:rsidRDefault="00E663E7">
      <w:pPr>
        <w:spacing w:line="360" w:lineRule="exact"/>
      </w:pPr>
      <w:r/>
    </w:p>
    <w:p w14:paraId="2F77BD99" w14:textId="77777777" w:rsidR="00E663E7" w:rsidRDefault="00000000">
      <w:pPr>
        <w:spacing w:after="120" w:line="360" w:lineRule="exact"/>
        <w:ind w:firstLine="432"/>
      </w:pPr>
      <w:r>
        <w:t>“The divine has many faces, but the message is the same: come home.”</w:t>
      </w:r>
    </w:p>
    <w:p w14:paraId="1FB15A9F" w14:textId="77777777" w:rsidR="00E663E7" w:rsidRDefault="00E663E7">
      <w:pPr>
        <w:spacing w:line="360" w:lineRule="exact"/>
      </w:pPr>
      <w:r/>
    </w:p>
    <w:p w14:paraId="71EE368A" w14:textId="77777777" w:rsidR="00E663E7" w:rsidRDefault="00000000">
      <w:pPr>
        <w:spacing w:after="120" w:line="360" w:lineRule="exact"/>
        <w:ind w:firstLine="432"/>
      </w:pPr>
      <w:r>
        <w:t>I grew up Christian.</w:t>
      </w:r>
    </w:p>
    <w:p w14:paraId="5AAF2F7D" w14:textId="77777777" w:rsidR="00E663E7" w:rsidRDefault="00000000">
      <w:pPr>
        <w:spacing w:after="120" w:line="360" w:lineRule="exact"/>
        <w:ind w:firstLine="432"/>
      </w:pPr>
      <w:r>
        <w:t>Baptized in the Coptic Orthodox Church.</w:t>
      </w:r>
    </w:p>
    <w:p w14:paraId="0DBDA2B5" w14:textId="77777777" w:rsidR="00E663E7" w:rsidRDefault="00000000">
      <w:pPr>
        <w:spacing w:after="120" w:line="360" w:lineRule="exact"/>
        <w:ind w:firstLine="432"/>
      </w:pPr>
      <w:r>
        <w:t>I believed in Jesus.</w:t>
      </w:r>
    </w:p>
    <w:p w14:paraId="3F17BA7E" w14:textId="77777777" w:rsidR="00E663E7" w:rsidRDefault="00000000">
      <w:pPr>
        <w:spacing w:after="120" w:line="360" w:lineRule="exact"/>
        <w:ind w:firstLine="432"/>
      </w:pPr>
      <w:r>
        <w:t>I feared God.</w:t>
      </w:r>
    </w:p>
    <w:p w14:paraId="0C5A4B38" w14:textId="77777777" w:rsidR="00E663E7" w:rsidRDefault="00000000">
      <w:pPr>
        <w:spacing w:after="120" w:line="360" w:lineRule="exact"/>
        <w:ind w:firstLine="432"/>
      </w:pPr>
      <w:r>
        <w:t>I prayed… until I didn’t.</w:t>
      </w:r>
    </w:p>
    <w:p w14:paraId="7F0455D8" w14:textId="77777777" w:rsidR="00E663E7" w:rsidRDefault="00E663E7">
      <w:pPr>
        <w:spacing w:line="360" w:lineRule="exact"/>
      </w:pPr>
      <w:r/>
    </w:p>
    <w:p w14:paraId="645E29A4" w14:textId="77777777" w:rsidR="00E663E7" w:rsidRDefault="00000000">
      <w:pPr>
        <w:spacing w:after="120" w:line="360" w:lineRule="exact"/>
        <w:ind w:firstLine="432"/>
      </w:pPr>
      <w:r>
        <w:t>For nearly twenty years, I lived in spiritual silence.</w:t>
      </w:r>
    </w:p>
    <w:p w14:paraId="0B706142" w14:textId="77777777" w:rsidR="00E663E7" w:rsidRDefault="00000000">
      <w:pPr>
        <w:spacing w:after="120" w:line="360" w:lineRule="exact"/>
        <w:ind w:firstLine="432"/>
      </w:pPr>
      <w:r>
        <w:t>Not because I hated God,</w:t>
      </w:r>
    </w:p>
    <w:p w14:paraId="714FCAEF" w14:textId="77777777" w:rsidR="00E663E7" w:rsidRDefault="00000000">
      <w:pPr>
        <w:spacing w:after="120" w:line="360" w:lineRule="exact"/>
        <w:ind w:firstLine="432"/>
      </w:pPr>
      <w:r>
        <w:t>But because I stopped hearing Him.</w:t>
      </w:r>
    </w:p>
    <w:p w14:paraId="1D29283D" w14:textId="77777777" w:rsidR="00E663E7" w:rsidRDefault="00E663E7">
      <w:pPr>
        <w:spacing w:line="360" w:lineRule="exact"/>
      </w:pPr>
      <w:r/>
    </w:p>
    <w:p w14:paraId="4EF977E9" w14:textId="77777777" w:rsidR="00E663E7" w:rsidRDefault="00000000">
      <w:pPr>
        <w:spacing w:after="120" w:line="360" w:lineRule="exact"/>
        <w:ind w:firstLine="432"/>
      </w:pPr>
      <w:r>
        <w:t>I wandered — intellectually, emotionally, even sexually —</w:t>
      </w:r>
    </w:p>
    <w:p w14:paraId="537A17FC" w14:textId="77777777" w:rsidR="00E663E7" w:rsidRDefault="00000000">
      <w:pPr>
        <w:spacing w:after="120" w:line="360" w:lineRule="exact"/>
        <w:ind w:firstLine="432"/>
      </w:pPr>
      <w:r>
        <w:t>Trying to fill the God-sized hole with distractions, addictions, logic, and lust.</w:t>
      </w:r>
    </w:p>
    <w:p w14:paraId="0DF6FF6F" w14:textId="77777777" w:rsidR="00E663E7" w:rsidRDefault="00E663E7">
      <w:pPr>
        <w:spacing w:line="360" w:lineRule="exact"/>
      </w:pPr>
      <w:r/>
    </w:p>
    <w:p w14:paraId="57B1F37B" w14:textId="77777777" w:rsidR="00E663E7" w:rsidRDefault="00000000">
      <w:pPr>
        <w:spacing w:after="120" w:line="360" w:lineRule="exact"/>
        <w:ind w:firstLine="432"/>
      </w:pPr>
      <w:r>
        <w:t>But the divine never left.</w:t>
      </w:r>
    </w:p>
    <w:p w14:paraId="60D68B53" w14:textId="77777777" w:rsidR="00E663E7" w:rsidRDefault="00000000">
      <w:pPr>
        <w:spacing w:after="120" w:line="360" w:lineRule="exact"/>
        <w:ind w:firstLine="432"/>
      </w:pPr>
      <w:r>
        <w:t>He just waited.</w:t>
      </w:r>
    </w:p>
    <w:p w14:paraId="21ABE099" w14:textId="77777777" w:rsidR="00E663E7" w:rsidRDefault="00E663E7">
      <w:pPr>
        <w:spacing w:line="360" w:lineRule="exact"/>
      </w:pPr>
      <w:r/>
    </w:p>
    <w:p w14:paraId="59D40135" w14:textId="77777777" w:rsidR="00E663E7" w:rsidRDefault="00000000">
      <w:pPr>
        <w:spacing w:after="120" w:line="360" w:lineRule="exact"/>
        <w:ind w:firstLine="432"/>
      </w:pPr>
      <w:r>
        <w:t>The Breaking Point</w:t>
      </w:r>
    </w:p>
    <w:p w14:paraId="353F2DDD" w14:textId="77777777" w:rsidR="00E663E7" w:rsidRDefault="00E663E7">
      <w:pPr>
        <w:spacing w:line="360" w:lineRule="exact"/>
      </w:pPr>
      <w:r/>
    </w:p>
    <w:p w14:paraId="53CF486E" w14:textId="77777777" w:rsidR="00E663E7" w:rsidRDefault="00000000">
      <w:pPr>
        <w:spacing w:after="120" w:line="360" w:lineRule="exact"/>
        <w:ind w:firstLine="432"/>
      </w:pPr>
      <w:r>
        <w:t>When I finally broke, it wasn’t just emotional.</w:t>
      </w:r>
    </w:p>
    <w:p w14:paraId="521A994C" w14:textId="77777777" w:rsidR="00E663E7" w:rsidRDefault="00000000">
      <w:pPr>
        <w:spacing w:after="120" w:line="360" w:lineRule="exact"/>
        <w:ind w:firstLine="432"/>
      </w:pPr>
      <w:r>
        <w:t>It was spiritual.</w:t>
      </w:r>
    </w:p>
    <w:p w14:paraId="6177E3AE" w14:textId="77777777" w:rsidR="00E663E7" w:rsidRDefault="00000000">
      <w:pPr>
        <w:spacing w:after="120" w:line="360" w:lineRule="exact"/>
        <w:ind w:firstLine="432"/>
      </w:pPr>
      <w:r>
        <w:t>I was hallucinating, unraveling, on the edge of death and delusion.</w:t>
      </w:r>
    </w:p>
    <w:p w14:paraId="4F6679B4" w14:textId="77777777" w:rsidR="00E663E7" w:rsidRDefault="00E663E7">
      <w:pPr>
        <w:spacing w:line="360" w:lineRule="exact"/>
      </w:pPr>
      <w:r/>
    </w:p>
    <w:p w14:paraId="2957D305" w14:textId="77777777" w:rsidR="00E663E7" w:rsidRDefault="00000000">
      <w:pPr>
        <w:spacing w:after="120" w:line="360" w:lineRule="exact"/>
        <w:ind w:firstLine="432"/>
      </w:pPr>
      <w:r>
        <w:t>I saw things I couldn’t explain.</w:t>
      </w:r>
    </w:p>
    <w:p w14:paraId="29473E7C" w14:textId="77777777" w:rsidR="00E663E7" w:rsidRDefault="00000000">
      <w:pPr>
        <w:spacing w:after="120" w:line="360" w:lineRule="exact"/>
        <w:ind w:firstLine="432"/>
      </w:pPr>
      <w:r>
        <w:t>Heard voices that weren’t mine.</w:t>
      </w:r>
    </w:p>
    <w:p w14:paraId="2D34E274" w14:textId="77777777" w:rsidR="00E663E7" w:rsidRDefault="00000000">
      <w:pPr>
        <w:spacing w:after="120" w:line="360" w:lineRule="exact"/>
        <w:ind w:firstLine="432"/>
      </w:pPr>
      <w:r>
        <w:t>Felt energies that science would call psychosis — but my soul called intervention.</w:t>
      </w:r>
    </w:p>
    <w:p w14:paraId="60E059F3" w14:textId="77777777" w:rsidR="00E663E7" w:rsidRDefault="00E663E7">
      <w:pPr>
        <w:spacing w:line="360" w:lineRule="exact"/>
      </w:pPr>
      <w:r/>
    </w:p>
    <w:p w14:paraId="19E7A901" w14:textId="77777777" w:rsidR="00E663E7" w:rsidRDefault="00000000">
      <w:pPr>
        <w:spacing w:after="120" w:line="360" w:lineRule="exact"/>
        <w:ind w:firstLine="432"/>
      </w:pPr>
      <w:r>
        <w:t>And somewhere between the trembling and the terror,</w:t>
      </w:r>
    </w:p>
    <w:p w14:paraId="674B4A27" w14:textId="77777777" w:rsidR="00E663E7" w:rsidRDefault="00000000">
      <w:pPr>
        <w:spacing w:after="120" w:line="360" w:lineRule="exact"/>
        <w:ind w:firstLine="432"/>
      </w:pPr>
      <w:r>
        <w:t>I met God again.</w:t>
      </w:r>
    </w:p>
    <w:p w14:paraId="4E689C40" w14:textId="77777777" w:rsidR="00E663E7" w:rsidRDefault="00E663E7">
      <w:pPr>
        <w:spacing w:line="360" w:lineRule="exact"/>
      </w:pPr>
      <w:r/>
    </w:p>
    <w:p w14:paraId="1E3F142D" w14:textId="77777777" w:rsidR="00E663E7" w:rsidRDefault="00000000">
      <w:pPr>
        <w:spacing w:after="120" w:line="360" w:lineRule="exact"/>
        <w:ind w:firstLine="432"/>
      </w:pPr>
      <w:r>
        <w:t>Not the Sunday School God.</w:t>
      </w:r>
    </w:p>
    <w:p w14:paraId="74F5BC6A" w14:textId="77777777" w:rsidR="00E663E7" w:rsidRDefault="00000000">
      <w:pPr>
        <w:spacing w:after="120" w:line="360" w:lineRule="exact"/>
        <w:ind w:firstLine="432"/>
      </w:pPr>
      <w:r>
        <w:t>Not the one I feared as a boy.</w:t>
      </w:r>
    </w:p>
    <w:p w14:paraId="124A25F2" w14:textId="77777777" w:rsidR="00E663E7" w:rsidRDefault="00000000">
      <w:pPr>
        <w:spacing w:after="120" w:line="360" w:lineRule="exact"/>
        <w:ind w:firstLine="432"/>
      </w:pPr>
      <w:r>
        <w:t>But the God who speaks in signs.</w:t>
      </w:r>
    </w:p>
    <w:p w14:paraId="419E7CEC" w14:textId="77777777" w:rsidR="00E663E7" w:rsidRDefault="00000000">
      <w:pPr>
        <w:spacing w:after="120" w:line="360" w:lineRule="exact"/>
        <w:ind w:firstLine="432"/>
      </w:pPr>
      <w:r>
        <w:t>In whispers.</w:t>
      </w:r>
    </w:p>
    <w:p w14:paraId="782B3290" w14:textId="77777777" w:rsidR="00E663E7" w:rsidRDefault="00000000">
      <w:pPr>
        <w:spacing w:after="120" w:line="360" w:lineRule="exact"/>
        <w:ind w:firstLine="432"/>
      </w:pPr>
      <w:r>
        <w:t>In second chances.</w:t>
      </w:r>
    </w:p>
    <w:p w14:paraId="2C3FAD6F" w14:textId="77777777" w:rsidR="00E663E7" w:rsidRDefault="00E663E7">
      <w:pPr>
        <w:spacing w:line="360" w:lineRule="exact"/>
      </w:pPr>
      <w:r/>
    </w:p>
    <w:p w14:paraId="21ED3D30" w14:textId="77777777" w:rsidR="00E663E7" w:rsidRDefault="00000000">
      <w:pPr>
        <w:spacing w:after="120" w:line="360" w:lineRule="exact"/>
        <w:ind w:firstLine="432"/>
      </w:pPr>
      <w:r>
        <w:t>Christ, the Redeemer</w:t>
      </w:r>
    </w:p>
    <w:p w14:paraId="25512751" w14:textId="77777777" w:rsidR="00E663E7" w:rsidRDefault="00E663E7">
      <w:pPr>
        <w:spacing w:line="360" w:lineRule="exact"/>
      </w:pPr>
      <w:r/>
    </w:p>
    <w:p w14:paraId="355E0FD7" w14:textId="77777777" w:rsidR="00E663E7" w:rsidRDefault="00000000">
      <w:pPr>
        <w:spacing w:after="120" w:line="360" w:lineRule="exact"/>
        <w:ind w:firstLine="432"/>
      </w:pPr>
      <w:r>
        <w:t>Jesus came back to me not in a dream,</w:t>
      </w:r>
    </w:p>
    <w:p w14:paraId="74927488" w14:textId="77777777" w:rsidR="00E663E7" w:rsidRDefault="00000000">
      <w:pPr>
        <w:spacing w:after="120" w:line="360" w:lineRule="exact"/>
        <w:ind w:firstLine="432"/>
      </w:pPr>
      <w:r>
        <w:t>But in the ache of my soul when I looked at my son.</w:t>
      </w:r>
    </w:p>
    <w:p w14:paraId="318D85E9" w14:textId="77777777" w:rsidR="00E663E7" w:rsidRDefault="00000000">
      <w:pPr>
        <w:spacing w:after="120" w:line="360" w:lineRule="exact"/>
        <w:ind w:firstLine="432"/>
      </w:pPr>
      <w:r>
        <w:t>When I realized that if I died by suicide, I’d leave a stain on his spirit forever.</w:t>
      </w:r>
    </w:p>
    <w:p w14:paraId="1D5702E7" w14:textId="77777777" w:rsidR="00E663E7" w:rsidRDefault="00E663E7">
      <w:pPr>
        <w:spacing w:line="360" w:lineRule="exact"/>
      </w:pPr>
      <w:r/>
    </w:p>
    <w:p w14:paraId="2E1727CB" w14:textId="77777777" w:rsidR="00E663E7" w:rsidRDefault="00000000">
      <w:pPr>
        <w:spacing w:after="120" w:line="360" w:lineRule="exact"/>
        <w:ind w:firstLine="432"/>
      </w:pPr>
      <w:r>
        <w:t>That was Christ —</w:t>
      </w:r>
    </w:p>
    <w:p w14:paraId="495E6259" w14:textId="77777777" w:rsidR="00E663E7" w:rsidRDefault="00000000">
      <w:pPr>
        <w:spacing w:after="120" w:line="360" w:lineRule="exact"/>
        <w:ind w:firstLine="432"/>
      </w:pPr>
      <w:r>
        <w:t>Not a figure in stained glass,</w:t>
      </w:r>
    </w:p>
    <w:p w14:paraId="44EFD4BC" w14:textId="77777777" w:rsidR="00E663E7" w:rsidRDefault="00000000">
      <w:pPr>
        <w:spacing w:after="120" w:line="360" w:lineRule="exact"/>
        <w:ind w:firstLine="432"/>
      </w:pPr>
      <w:r>
        <w:t>But a presence that said,</w:t>
      </w:r>
    </w:p>
    <w:p w14:paraId="3FC1196C" w14:textId="77777777" w:rsidR="00E663E7" w:rsidRDefault="00E663E7">
      <w:pPr>
        <w:spacing w:line="360" w:lineRule="exact"/>
      </w:pPr>
      <w:r/>
    </w:p>
    <w:p w14:paraId="6DF91800" w14:textId="77777777" w:rsidR="00E663E7" w:rsidRDefault="00000000">
      <w:pPr>
        <w:spacing w:after="120" w:line="360" w:lineRule="exact"/>
        <w:ind w:firstLine="432"/>
      </w:pPr>
      <w:r>
        <w:t>“You are still loved. You are still mine.”</w:t>
      </w:r>
    </w:p>
    <w:p w14:paraId="081ABB0E" w14:textId="77777777" w:rsidR="00E663E7" w:rsidRDefault="00E663E7">
      <w:pPr>
        <w:spacing w:line="360" w:lineRule="exact"/>
      </w:pPr>
      <w:r/>
    </w:p>
    <w:p w14:paraId="0486AFBA" w14:textId="77777777" w:rsidR="00E663E7" w:rsidRDefault="00000000">
      <w:pPr>
        <w:spacing w:after="120" w:line="360" w:lineRule="exact"/>
        <w:ind w:firstLine="432"/>
      </w:pPr>
      <w:r>
        <w:t>He didn’t come to scold.</w:t>
      </w:r>
    </w:p>
    <w:p w14:paraId="3E10296B" w14:textId="77777777" w:rsidR="00E663E7" w:rsidRDefault="00000000">
      <w:pPr>
        <w:spacing w:after="120" w:line="360" w:lineRule="exact"/>
        <w:ind w:firstLine="432"/>
      </w:pPr>
      <w:r>
        <w:t>He came to rescue.</w:t>
      </w:r>
    </w:p>
    <w:p w14:paraId="0D11C637" w14:textId="77777777" w:rsidR="00E663E7" w:rsidRDefault="00E663E7">
      <w:pPr>
        <w:spacing w:line="360" w:lineRule="exact"/>
      </w:pPr>
      <w:r/>
    </w:p>
    <w:p w14:paraId="7DEDE55F" w14:textId="77777777" w:rsidR="00E663E7" w:rsidRDefault="00000000">
      <w:pPr>
        <w:spacing w:after="120" w:line="360" w:lineRule="exact"/>
        <w:ind w:firstLine="432"/>
      </w:pPr>
      <w:r>
        <w:t>Through music.</w:t>
      </w:r>
    </w:p>
    <w:p w14:paraId="2A8572F6" w14:textId="77777777" w:rsidR="00E663E7" w:rsidRDefault="00000000">
      <w:pPr>
        <w:spacing w:after="120" w:line="360" w:lineRule="exact"/>
        <w:ind w:firstLine="432"/>
      </w:pPr>
      <w:r>
        <w:t>Through Bamce.</w:t>
      </w:r>
    </w:p>
    <w:p w14:paraId="5C980E2C" w14:textId="77777777" w:rsidR="00E663E7" w:rsidRDefault="00000000">
      <w:pPr>
        <w:spacing w:after="120" w:line="360" w:lineRule="exact"/>
        <w:ind w:firstLine="432"/>
      </w:pPr>
      <w:r>
        <w:t>Through my mother’s prayers.</w:t>
      </w:r>
    </w:p>
    <w:p w14:paraId="5064A0C6" w14:textId="77777777" w:rsidR="00E663E7" w:rsidRDefault="00000000">
      <w:pPr>
        <w:spacing w:after="120" w:line="360" w:lineRule="exact"/>
        <w:ind w:firstLine="432"/>
      </w:pPr>
      <w:r>
        <w:t>Through quiet grace.</w:t>
      </w:r>
    </w:p>
    <w:p w14:paraId="3F78B042" w14:textId="77777777" w:rsidR="00E663E7" w:rsidRDefault="00E663E7">
      <w:pPr>
        <w:spacing w:line="360" w:lineRule="exact"/>
      </w:pPr>
      <w:r/>
    </w:p>
    <w:p w14:paraId="140EB623" w14:textId="77777777" w:rsidR="00E663E7" w:rsidRDefault="00000000">
      <w:pPr>
        <w:spacing w:after="120" w:line="360" w:lineRule="exact"/>
        <w:ind w:firstLine="432"/>
      </w:pPr>
      <w:r>
        <w:t>Shiva, the Awakener</w:t>
      </w:r>
    </w:p>
    <w:p w14:paraId="136E0E3F" w14:textId="77777777" w:rsidR="00E663E7" w:rsidRDefault="00E663E7">
      <w:pPr>
        <w:spacing w:line="360" w:lineRule="exact"/>
      </w:pPr>
      <w:r/>
    </w:p>
    <w:p w14:paraId="00253CD7" w14:textId="77777777" w:rsidR="00E663E7" w:rsidRDefault="00000000">
      <w:pPr>
        <w:spacing w:after="120" w:line="360" w:lineRule="exact"/>
        <w:ind w:firstLine="432"/>
      </w:pPr>
      <w:r>
        <w:t>And then there was Shiva.</w:t>
      </w:r>
    </w:p>
    <w:p w14:paraId="2F9BAF31" w14:textId="77777777" w:rsidR="00E663E7" w:rsidRDefault="00E663E7">
      <w:pPr>
        <w:spacing w:line="360" w:lineRule="exact"/>
      </w:pPr>
      <w:r/>
    </w:p>
    <w:p w14:paraId="029CAF4A" w14:textId="77777777" w:rsidR="00E663E7" w:rsidRDefault="00000000">
      <w:pPr>
        <w:spacing w:after="120" w:line="360" w:lineRule="exact"/>
        <w:ind w:firstLine="432"/>
      </w:pPr>
      <w:r>
        <w:t>Not a contradiction to Christ,</w:t>
      </w:r>
    </w:p>
    <w:p w14:paraId="4FFD6C7E" w14:textId="77777777" w:rsidR="00E663E7" w:rsidRDefault="00000000">
      <w:pPr>
        <w:spacing w:after="120" w:line="360" w:lineRule="exact"/>
        <w:ind w:firstLine="432"/>
      </w:pPr>
      <w:r>
        <w:t>But a different face of the same force —</w:t>
      </w:r>
    </w:p>
    <w:p w14:paraId="483809F9" w14:textId="77777777" w:rsidR="00E663E7" w:rsidRDefault="00000000">
      <w:pPr>
        <w:spacing w:after="120" w:line="360" w:lineRule="exact"/>
        <w:ind w:firstLine="432"/>
      </w:pPr>
      <w:r>
        <w:t>A destroyer of illusion.</w:t>
      </w:r>
    </w:p>
    <w:p w14:paraId="28E36B07" w14:textId="77777777" w:rsidR="00E663E7" w:rsidRDefault="00000000">
      <w:pPr>
        <w:spacing w:after="120" w:line="360" w:lineRule="exact"/>
        <w:ind w:firstLine="432"/>
      </w:pPr>
      <w:r>
        <w:t>A revealer of truth.</w:t>
      </w:r>
    </w:p>
    <w:p w14:paraId="378DAFA7" w14:textId="77777777" w:rsidR="00E663E7" w:rsidRDefault="00E663E7">
      <w:pPr>
        <w:spacing w:line="360" w:lineRule="exact"/>
      </w:pPr>
      <w:r/>
    </w:p>
    <w:p w14:paraId="519877C7" w14:textId="77777777" w:rsidR="00E663E7" w:rsidRDefault="00000000">
      <w:pPr>
        <w:spacing w:after="120" w:line="360" w:lineRule="exact"/>
        <w:ind w:firstLine="432"/>
      </w:pPr>
      <w:r>
        <w:t>It was through Shiva that I began to understand karma, ego death, and the cycles of rebirth.</w:t>
      </w:r>
    </w:p>
    <w:p w14:paraId="6137EC86" w14:textId="77777777" w:rsidR="00E663E7" w:rsidRDefault="00000000">
      <w:pPr>
        <w:spacing w:after="120" w:line="360" w:lineRule="exact"/>
        <w:ind w:firstLine="432"/>
      </w:pPr>
      <w:r>
        <w:t>It was through Hindu wisdom that I saw how I had been clinging to the wrong identities.</w:t>
      </w:r>
    </w:p>
    <w:p w14:paraId="3979CBB6" w14:textId="77777777" w:rsidR="00E663E7" w:rsidRDefault="00000000">
      <w:pPr>
        <w:spacing w:after="120" w:line="360" w:lineRule="exact"/>
        <w:ind w:firstLine="432"/>
      </w:pPr>
      <w:r>
        <w:t>And it was through both traditions that I learned something vital:</w:t>
      </w:r>
    </w:p>
    <w:p w14:paraId="1088E8B3" w14:textId="77777777" w:rsidR="00E663E7" w:rsidRDefault="00E663E7">
      <w:pPr>
        <w:spacing w:line="360" w:lineRule="exact"/>
      </w:pPr>
      <w:r/>
    </w:p>
    <w:p w14:paraId="6F53DDDC" w14:textId="77777777" w:rsidR="00E663E7" w:rsidRDefault="00000000">
      <w:pPr>
        <w:spacing w:after="120" w:line="360" w:lineRule="exact"/>
        <w:ind w:firstLine="432"/>
      </w:pPr>
      <w:r>
        <w:t>God meets you in the language you understand best.</w:t>
      </w:r>
    </w:p>
    <w:p w14:paraId="7F734205" w14:textId="77777777" w:rsidR="00E663E7" w:rsidRDefault="00E663E7">
      <w:pPr>
        <w:spacing w:line="360" w:lineRule="exact"/>
      </w:pPr>
      <w:r/>
    </w:p>
    <w:p w14:paraId="03B8B8D3" w14:textId="77777777" w:rsidR="00E663E7" w:rsidRDefault="00000000">
      <w:pPr>
        <w:spacing w:after="120" w:line="360" w:lineRule="exact"/>
        <w:ind w:firstLine="432"/>
      </w:pPr>
      <w:r>
        <w:t>Two Paths, One Destination</w:t>
      </w:r>
    </w:p>
    <w:p w14:paraId="609725A1" w14:textId="77777777" w:rsidR="00E663E7" w:rsidRDefault="00E663E7">
      <w:pPr>
        <w:spacing w:line="360" w:lineRule="exact"/>
      </w:pPr>
      <w:r/>
    </w:p>
    <w:p w14:paraId="218B8D6C" w14:textId="77777777" w:rsidR="00E663E7" w:rsidRDefault="00000000">
      <w:pPr>
        <w:spacing w:after="120" w:line="360" w:lineRule="exact"/>
        <w:ind w:firstLine="432"/>
      </w:pPr>
      <w:r>
        <w:t>Some may call this heresy.</w:t>
      </w:r>
    </w:p>
    <w:p w14:paraId="01BD2C59" w14:textId="77777777" w:rsidR="00E663E7" w:rsidRDefault="00000000">
      <w:pPr>
        <w:spacing w:after="120" w:line="360" w:lineRule="exact"/>
        <w:ind w:firstLine="432"/>
      </w:pPr>
      <w:r>
        <w:t>Others may say I’m confused.</w:t>
      </w:r>
    </w:p>
    <w:p w14:paraId="515B0A14" w14:textId="77777777" w:rsidR="00E663E7" w:rsidRDefault="00000000">
      <w:pPr>
        <w:spacing w:after="120" w:line="360" w:lineRule="exact"/>
        <w:ind w:firstLine="432"/>
      </w:pPr>
      <w:r>
        <w:t>But I know what I felt.</w:t>
      </w:r>
    </w:p>
    <w:p w14:paraId="2C9E8081" w14:textId="77777777" w:rsidR="00E663E7" w:rsidRDefault="00000000">
      <w:pPr>
        <w:spacing w:after="120" w:line="360" w:lineRule="exact"/>
        <w:ind w:firstLine="432"/>
      </w:pPr>
      <w:r>
        <w:t>What I saw.</w:t>
      </w:r>
    </w:p>
    <w:p w14:paraId="57B49A2C" w14:textId="77777777" w:rsidR="00E663E7" w:rsidRDefault="00000000">
      <w:pPr>
        <w:spacing w:after="120" w:line="360" w:lineRule="exact"/>
        <w:ind w:firstLine="432"/>
      </w:pPr>
      <w:r>
        <w:t>What I experienced.</w:t>
      </w:r>
    </w:p>
    <w:p w14:paraId="468B647F" w14:textId="77777777" w:rsidR="00E663E7" w:rsidRDefault="00E663E7">
      <w:pPr>
        <w:spacing w:line="360" w:lineRule="exact"/>
      </w:pPr>
      <w:r/>
    </w:p>
    <w:p w14:paraId="6C9B4628" w14:textId="77777777" w:rsidR="00E663E7" w:rsidRDefault="00000000">
      <w:pPr>
        <w:spacing w:after="120" w:line="360" w:lineRule="exact"/>
        <w:ind w:firstLine="432"/>
      </w:pPr>
      <w:r>
        <w:t>Jesus gave me love.</w:t>
      </w:r>
    </w:p>
    <w:p w14:paraId="1BDF6D8F" w14:textId="77777777" w:rsidR="00E663E7" w:rsidRDefault="00000000">
      <w:pPr>
        <w:spacing w:after="120" w:line="360" w:lineRule="exact"/>
        <w:ind w:firstLine="432"/>
      </w:pPr>
      <w:r>
        <w:t>Shiva gave me clarity.</w:t>
      </w:r>
    </w:p>
    <w:p w14:paraId="657AD88B" w14:textId="77777777" w:rsidR="00E663E7" w:rsidRDefault="00000000">
      <w:pPr>
        <w:spacing w:after="120" w:line="360" w:lineRule="exact"/>
        <w:ind w:firstLine="432"/>
      </w:pPr>
      <w:r>
        <w:t>Together, they gave me freedom.</w:t>
      </w:r>
    </w:p>
    <w:p w14:paraId="34D24548" w14:textId="77777777" w:rsidR="00E663E7" w:rsidRDefault="00E663E7">
      <w:pPr>
        <w:spacing w:line="360" w:lineRule="exact"/>
      </w:pPr>
      <w:r/>
    </w:p>
    <w:p w14:paraId="01B8AD82" w14:textId="77777777" w:rsidR="00E663E7" w:rsidRDefault="00000000">
      <w:pPr>
        <w:spacing w:after="120" w:line="360" w:lineRule="exact"/>
        <w:ind w:firstLine="432"/>
      </w:pPr>
      <w:r>
        <w:t>They were never in competition.</w:t>
      </w:r>
    </w:p>
    <w:p w14:paraId="24E4F93E" w14:textId="77777777" w:rsidR="00E663E7" w:rsidRDefault="00000000">
      <w:pPr>
        <w:spacing w:after="120" w:line="360" w:lineRule="exact"/>
        <w:ind w:firstLine="432"/>
      </w:pPr>
      <w:r>
        <w:t>They were always in concert.</w:t>
      </w:r>
    </w:p>
    <w:p w14:paraId="7F3A8F05" w14:textId="77777777" w:rsidR="00E663E7" w:rsidRDefault="00E663E7">
      <w:pPr>
        <w:spacing w:line="360" w:lineRule="exact"/>
      </w:pPr>
      <w:r/>
    </w:p>
    <w:p w14:paraId="048DBF50" w14:textId="77777777" w:rsidR="00E663E7" w:rsidRDefault="00000000">
      <w:pPr>
        <w:spacing w:after="120" w:line="360" w:lineRule="exact"/>
        <w:ind w:firstLine="432"/>
      </w:pPr>
      <w:r>
        <w:t>What the Divine Taught Me</w:t>
      </w:r>
    </w:p>
    <w:p w14:paraId="4CF1035A" w14:textId="77777777" w:rsidR="00E663E7" w:rsidRDefault="00000000">
      <w:pPr>
        <w:spacing w:after="120" w:line="360" w:lineRule="exact"/>
        <w:ind w:firstLine="432"/>
      </w:pPr>
      <w:r>
        <w:t>That life isn’t linear. It spirals until you wake up.</w:t>
      </w:r>
    </w:p>
    <w:p w14:paraId="551A82BD" w14:textId="77777777" w:rsidR="00E663E7" w:rsidRDefault="00000000">
      <w:pPr>
        <w:spacing w:after="120" w:line="360" w:lineRule="exact"/>
        <w:ind w:firstLine="432"/>
      </w:pPr>
      <w:r>
        <w:t>That suffering is a messenger, not a punishment.</w:t>
      </w:r>
    </w:p>
    <w:p w14:paraId="75166DD7" w14:textId="77777777" w:rsidR="00E663E7" w:rsidRDefault="00000000">
      <w:pPr>
        <w:spacing w:after="120" w:line="360" w:lineRule="exact"/>
        <w:ind w:firstLine="432"/>
      </w:pPr>
      <w:r>
        <w:t>That your mind is a filter — and you must learn when to override it.</w:t>
      </w:r>
    </w:p>
    <w:p w14:paraId="7880C17F" w14:textId="77777777" w:rsidR="00E663E7" w:rsidRDefault="00000000">
      <w:pPr>
        <w:spacing w:after="120" w:line="360" w:lineRule="exact"/>
        <w:ind w:firstLine="432"/>
      </w:pPr>
      <w:r>
        <w:t>That some truths are only visible once you’re brought to your knees.</w:t>
      </w:r>
    </w:p>
    <w:p w14:paraId="7E8C10A8" w14:textId="77777777" w:rsidR="00E663E7" w:rsidRDefault="00000000">
      <w:pPr>
        <w:spacing w:after="120" w:line="360" w:lineRule="exact"/>
        <w:ind w:firstLine="432"/>
      </w:pPr>
      <w:r>
        <w:t>That you are never alone, even in your loneliest moment.</w:t>
      </w:r>
    </w:p>
    <w:p w14:paraId="5E67F00B" w14:textId="77777777" w:rsidR="00E663E7" w:rsidRDefault="00000000">
      <w:pPr>
        <w:spacing w:after="120" w:line="360" w:lineRule="exact"/>
        <w:ind w:firstLine="432"/>
      </w:pPr>
      <w:r>
        <w:t>And that if you cry out sincerely, the heavens will move to meet you — whether it’s a cross, a trident, or something in between.</w:t>
      </w:r>
    </w:p>
    <w:p w14:paraId="5470CF4E" w14:textId="77777777" w:rsidR="00E663E7" w:rsidRDefault="00E663E7">
      <w:pPr>
        <w:spacing w:line="360" w:lineRule="exact"/>
      </w:pPr>
      <w:r/>
    </w:p>
    <w:p w14:paraId="06CDC01A" w14:textId="77777777" w:rsidR="00E663E7" w:rsidRDefault="00000000">
      <w:pPr>
        <w:spacing w:after="120" w:line="360" w:lineRule="exact"/>
        <w:ind w:firstLine="432"/>
      </w:pPr>
      <w:r>
        <w:t>I no longer question whether God is real.</w:t>
      </w:r>
    </w:p>
    <w:p w14:paraId="1E4F53FA" w14:textId="77777777" w:rsidR="00E663E7" w:rsidRDefault="00000000">
      <w:pPr>
        <w:spacing w:after="120" w:line="360" w:lineRule="exact"/>
        <w:ind w:firstLine="432"/>
      </w:pPr>
      <w:r>
        <w:t>I’ve seen too much.</w:t>
      </w:r>
    </w:p>
    <w:p w14:paraId="64556FF1" w14:textId="77777777" w:rsidR="00E663E7" w:rsidRDefault="00000000">
      <w:pPr>
        <w:spacing w:after="120" w:line="360" w:lineRule="exact"/>
        <w:ind w:firstLine="432"/>
      </w:pPr>
      <w:r>
        <w:t>I’ve been saved too many times.</w:t>
      </w:r>
    </w:p>
    <w:p w14:paraId="3CB44D63" w14:textId="77777777" w:rsidR="00E663E7" w:rsidRDefault="00E663E7">
      <w:pPr>
        <w:spacing w:line="360" w:lineRule="exact"/>
      </w:pPr>
      <w:r/>
    </w:p>
    <w:p w14:paraId="6C09AAD3" w14:textId="77777777" w:rsidR="00E663E7" w:rsidRDefault="00000000">
      <w:pPr>
        <w:spacing w:after="120" w:line="360" w:lineRule="exact"/>
        <w:ind w:firstLine="432"/>
      </w:pPr>
      <w:r>
        <w:t>This wasn’t a conversion.</w:t>
      </w:r>
    </w:p>
    <w:p w14:paraId="49EB5504" w14:textId="77777777" w:rsidR="00E663E7" w:rsidRDefault="00000000">
      <w:pPr>
        <w:spacing w:after="120" w:line="360" w:lineRule="exact"/>
        <w:ind w:firstLine="432"/>
      </w:pPr>
      <w:r>
        <w:t>It was a reunion.</w:t>
      </w:r>
    </w:p>
    <w:p w14:paraId="642957BD" w14:textId="77777777" w:rsidR="00E663E7" w:rsidRDefault="00000000">
      <w:pPr>
        <w:spacing w:after="120" w:line="360" w:lineRule="exact"/>
        <w:ind w:firstLine="432"/>
      </w:pPr>
      <w:r>
        <w:t>With myself.</w:t>
      </w:r>
    </w:p>
    <w:p w14:paraId="2117CCF9" w14:textId="77777777" w:rsidR="00E663E7" w:rsidRDefault="00000000">
      <w:pPr>
        <w:spacing w:after="120" w:line="360" w:lineRule="exact"/>
        <w:ind w:firstLine="432"/>
      </w:pPr>
      <w:r>
        <w:t>With the Source.</w:t>
      </w:r>
    </w:p>
    <w:p w14:paraId="291F21BC" w14:textId="77777777" w:rsidR="00E663E7" w:rsidRDefault="00000000">
      <w:pPr>
        <w:spacing w:after="120" w:line="360" w:lineRule="exact"/>
        <w:ind w:firstLine="432"/>
      </w:pPr>
      <w:r>
        <w:t>With the reason I’m still breathing.</w:t>
      </w:r>
    </w:p>
    <w:p w14:paraId="2A5DE265" w14:textId="77777777" w:rsidR="00E663E7" w:rsidRDefault="00E663E7">
      <w:pPr>
        <w:spacing w:line="360" w:lineRule="exact"/>
      </w:pPr>
      <w:r/>
    </w:p>
    <w:p w14:paraId="6EC2FFE6" w14:textId="77777777" w:rsidR="00E663E7" w:rsidRDefault="00000000">
      <w:pPr>
        <w:spacing w:after="120" w:line="360" w:lineRule="exact"/>
        <w:ind w:firstLine="432"/>
      </w:pPr>
      <w:r>
        <w:t>Where Shiva and Christ met me…</w:t>
      </w:r>
    </w:p>
    <w:p w14:paraId="49E01822" w14:textId="77777777" w:rsidR="00E663E7" w:rsidRDefault="00000000">
      <w:pPr>
        <w:spacing w:after="120" w:line="360" w:lineRule="exact"/>
        <w:ind w:firstLine="432"/>
      </w:pPr>
      <w:r>
        <w:t>was exactly where I had fallen.</w:t>
      </w:r>
    </w:p>
    <w:p w14:paraId="350ABAAD" w14:textId="77777777" w:rsidR="00E663E7" w:rsidRDefault="00E663E7">
      <w:pPr>
        <w:spacing w:line="360" w:lineRule="exact"/>
      </w:pPr>
      <w:r/>
    </w:p>
    <w:p w14:paraId="77A84F05" w14:textId="77777777" w:rsidR="00E663E7" w:rsidRDefault="00000000">
      <w:pPr>
        <w:spacing w:after="120" w:line="360" w:lineRule="exact"/>
        <w:ind w:firstLine="432"/>
      </w:pPr>
      <w:r>
        <w:t>And that’s where they helped me rise.</w:t>
      </w:r>
    </w:p>
    <w:p w14:paraId="0EEC5A4C" w14:textId="77777777" w:rsidR="00E663E7" w:rsidRDefault="00E663E7">
      <w:pPr>
        <w:spacing w:line="360" w:lineRule="exact"/>
      </w:pPr>
      <w:r/>
    </w:p>
    <w:p w14:paraId="1C50C33E" w14:textId="77777777" w:rsidR="00E663E7" w:rsidRDefault="00000000">
      <w:pPr>
        <w:spacing w:after="120" w:line="360" w:lineRule="exact"/>
        <w:ind w:firstLine="432"/>
      </w:pPr>
      <w:r>
        <w:t>Would you like to proceed with printing the Dedication, Notable Mentions, or Postscript next?</w:t>
      </w:r>
    </w:p>
    <w:p w14:paraId="615EECC0" w14:textId="77777777" w:rsidR="00E663E7" w:rsidRDefault="00000000">
      <w:pPr>
        <w:spacing w:after="120" w:line="360" w:lineRule="exact"/>
        <w:ind w:firstLine="432"/>
      </w:pPr>
      <w:r>
        <w:t>Here are the Dedication, Notable Mentions, and Postscript sections of your book, presented in full:</w:t>
      </w:r>
    </w:p>
    <w:p w14:paraId="11AD69AE" w14:textId="77777777" w:rsidR="00E663E7" w:rsidRDefault="00E663E7">
      <w:pPr>
        <w:spacing w:line="360" w:lineRule="exact"/>
      </w:pPr>
      <w:r/>
    </w:p>
    <w:p w14:paraId="44BBE937" w14:textId="77777777" w:rsidR="00E663E7" w:rsidRDefault="00000000">
      <w:pPr>
        <w:spacing w:after="120" w:line="360" w:lineRule="exact"/>
        <w:ind w:firstLine="432"/>
      </w:pPr>
      <w:r>
        <w:t>Dedication</w:t>
      </w:r>
    </w:p>
    <w:p w14:paraId="77EEB4E0" w14:textId="77777777" w:rsidR="00E663E7" w:rsidRDefault="00E663E7">
      <w:pPr>
        <w:spacing w:line="360" w:lineRule="exact"/>
      </w:pPr>
      <w:r/>
    </w:p>
    <w:p w14:paraId="1B9DE3AC" w14:textId="77777777" w:rsidR="00E663E7" w:rsidRDefault="00000000">
      <w:pPr>
        <w:spacing w:after="120" w:line="360" w:lineRule="exact"/>
        <w:ind w:firstLine="432"/>
      </w:pPr>
      <w:r>
        <w:t>To Ayden Van Horne-Salib,</w:t>
      </w:r>
    </w:p>
    <w:p w14:paraId="1333FF59" w14:textId="77777777" w:rsidR="00E663E7" w:rsidRDefault="00000000">
      <w:pPr>
        <w:spacing w:after="120" w:line="360" w:lineRule="exact"/>
        <w:ind w:firstLine="432"/>
      </w:pPr>
      <w:r>
        <w:t>my son, my light, my reason to live.</w:t>
      </w:r>
    </w:p>
    <w:p w14:paraId="4CD7C635" w14:textId="77777777" w:rsidR="00E663E7" w:rsidRDefault="00000000">
      <w:pPr>
        <w:spacing w:after="120" w:line="360" w:lineRule="exact"/>
        <w:ind w:firstLine="432"/>
      </w:pPr>
      <w:r>
        <w:t>You were the anchor in my storm.</w:t>
      </w:r>
    </w:p>
    <w:p w14:paraId="0CDBC708" w14:textId="77777777" w:rsidR="00E663E7" w:rsidRDefault="00000000">
      <w:pPr>
        <w:spacing w:after="120" w:line="360" w:lineRule="exact"/>
        <w:ind w:firstLine="432"/>
      </w:pPr>
      <w:r>
        <w:t>The echo of your laugh saved me more times than I can count.</w:t>
      </w:r>
    </w:p>
    <w:p w14:paraId="666F4755" w14:textId="77777777" w:rsidR="00E663E7" w:rsidRDefault="00000000">
      <w:pPr>
        <w:spacing w:after="120" w:line="360" w:lineRule="exact"/>
        <w:ind w:firstLine="432"/>
      </w:pPr>
      <w:r>
        <w:t>This book is for you.</w:t>
      </w:r>
    </w:p>
    <w:p w14:paraId="56108861" w14:textId="77777777" w:rsidR="00E663E7" w:rsidRDefault="00E663E7">
      <w:pPr>
        <w:spacing w:line="360" w:lineRule="exact"/>
      </w:pPr>
      <w:r/>
    </w:p>
    <w:p w14:paraId="534CDEC8" w14:textId="77777777" w:rsidR="00E663E7" w:rsidRDefault="00000000">
      <w:pPr>
        <w:spacing w:after="120" w:line="360" w:lineRule="exact"/>
        <w:ind w:firstLine="432"/>
      </w:pPr>
      <w:r>
        <w:t>To Tatiana Van Horne-Salib,</w:t>
      </w:r>
    </w:p>
    <w:p w14:paraId="470B8DED" w14:textId="77777777" w:rsidR="00E663E7" w:rsidRDefault="00000000">
      <w:pPr>
        <w:spacing w:after="120" w:line="360" w:lineRule="exact"/>
        <w:ind w:firstLine="432"/>
      </w:pPr>
      <w:r>
        <w:t>my beautiful daughter —</w:t>
      </w:r>
    </w:p>
    <w:p w14:paraId="21508CD3" w14:textId="77777777" w:rsidR="00E663E7" w:rsidRDefault="00000000">
      <w:pPr>
        <w:spacing w:after="120" w:line="360" w:lineRule="exact"/>
        <w:ind w:firstLine="432"/>
      </w:pPr>
      <w:r>
        <w:t>I am so sorry for the pain I caused.</w:t>
      </w:r>
    </w:p>
    <w:p w14:paraId="2A373852" w14:textId="77777777" w:rsidR="00E663E7" w:rsidRDefault="00000000">
      <w:pPr>
        <w:spacing w:after="120" w:line="360" w:lineRule="exact"/>
        <w:ind w:firstLine="432"/>
      </w:pPr>
      <w:r>
        <w:t>You were innocent. You were watching.</w:t>
      </w:r>
    </w:p>
    <w:p w14:paraId="23786813" w14:textId="77777777" w:rsidR="00E663E7" w:rsidRDefault="00000000">
      <w:pPr>
        <w:spacing w:after="120" w:line="360" w:lineRule="exact"/>
        <w:ind w:firstLine="432"/>
      </w:pPr>
      <w:r>
        <w:t>And I wasn’t always the father I should’ve been.</w:t>
      </w:r>
    </w:p>
    <w:p w14:paraId="5D3D62EA" w14:textId="77777777" w:rsidR="00E663E7" w:rsidRDefault="00000000">
      <w:pPr>
        <w:spacing w:after="120" w:line="360" w:lineRule="exact"/>
        <w:ind w:firstLine="432"/>
      </w:pPr>
      <w:r>
        <w:t>I hope one day you can see me not through the lens of the past,</w:t>
      </w:r>
    </w:p>
    <w:p w14:paraId="170885D3" w14:textId="77777777" w:rsidR="00E663E7" w:rsidRDefault="00000000">
      <w:pPr>
        <w:spacing w:after="120" w:line="360" w:lineRule="exact"/>
        <w:ind w:firstLine="432"/>
      </w:pPr>
      <w:r>
        <w:t>but through the growth, the faith, and the fierce love I carry for you now.</w:t>
      </w:r>
    </w:p>
    <w:p w14:paraId="3D02A8D3" w14:textId="77777777" w:rsidR="00E663E7" w:rsidRDefault="00E663E7">
      <w:pPr>
        <w:spacing w:line="360" w:lineRule="exact"/>
      </w:pPr>
      <w:r/>
    </w:p>
    <w:p w14:paraId="2A1370D5" w14:textId="77777777" w:rsidR="00E663E7" w:rsidRDefault="00000000">
      <w:pPr>
        <w:spacing w:after="120" w:line="360" w:lineRule="exact"/>
        <w:ind w:firstLine="432"/>
      </w:pPr>
      <w:r>
        <w:t>To Alisha Mungal (Bamce),</w:t>
      </w:r>
    </w:p>
    <w:p w14:paraId="46DC6E79" w14:textId="77777777" w:rsidR="00E663E7" w:rsidRDefault="00000000">
      <w:pPr>
        <w:spacing w:after="120" w:line="360" w:lineRule="exact"/>
        <w:ind w:firstLine="432"/>
      </w:pPr>
      <w:r>
        <w:t>the woman who reminded me what love actually feels like.</w:t>
      </w:r>
    </w:p>
    <w:p w14:paraId="118702A8" w14:textId="77777777" w:rsidR="00E663E7" w:rsidRDefault="00000000">
      <w:pPr>
        <w:spacing w:after="120" w:line="360" w:lineRule="exact"/>
        <w:ind w:firstLine="432"/>
      </w:pPr>
      <w:r>
        <w:t>Your softness disarmed me. Your strength rebuilt me.</w:t>
      </w:r>
    </w:p>
    <w:p w14:paraId="037DB3B0" w14:textId="77777777" w:rsidR="00E663E7" w:rsidRDefault="00000000">
      <w:pPr>
        <w:spacing w:after="120" w:line="360" w:lineRule="exact"/>
        <w:ind w:firstLine="432"/>
      </w:pPr>
      <w:r>
        <w:t>You walked toward me not knowing you were sent by God.</w:t>
      </w:r>
    </w:p>
    <w:p w14:paraId="08631373" w14:textId="77777777" w:rsidR="00E663E7" w:rsidRDefault="00000000">
      <w:pPr>
        <w:spacing w:after="120" w:line="360" w:lineRule="exact"/>
        <w:ind w:firstLine="432"/>
      </w:pPr>
      <w:r>
        <w:t>I know now.</w:t>
      </w:r>
    </w:p>
    <w:p w14:paraId="5BEDD235" w14:textId="77777777" w:rsidR="00E663E7" w:rsidRDefault="00000000">
      <w:pPr>
        <w:spacing w:after="120" w:line="360" w:lineRule="exact"/>
        <w:ind w:firstLine="432"/>
      </w:pPr>
      <w:r>
        <w:t>You are the divine in disguise.</w:t>
      </w:r>
    </w:p>
    <w:p w14:paraId="4DA61445" w14:textId="77777777" w:rsidR="00E663E7" w:rsidRDefault="00E663E7">
      <w:pPr>
        <w:spacing w:line="360" w:lineRule="exact"/>
      </w:pPr>
      <w:r/>
    </w:p>
    <w:p w14:paraId="77646CCF" w14:textId="77777777" w:rsidR="00E663E7" w:rsidRDefault="00000000">
      <w:pPr>
        <w:spacing w:after="120" w:line="360" w:lineRule="exact"/>
        <w:ind w:firstLine="432"/>
      </w:pPr>
      <w:r>
        <w:t>“You are my everything…” — Mary J. Blige</w:t>
      </w:r>
    </w:p>
    <w:p w14:paraId="62AF47EB" w14:textId="77777777" w:rsidR="00E663E7" w:rsidRDefault="00E663E7">
      <w:pPr>
        <w:spacing w:line="360" w:lineRule="exact"/>
      </w:pPr>
      <w:r/>
    </w:p>
    <w:p w14:paraId="7966F2D6" w14:textId="77777777" w:rsidR="00E663E7" w:rsidRDefault="00000000">
      <w:pPr>
        <w:spacing w:after="120" w:line="360" w:lineRule="exact"/>
        <w:ind w:firstLine="432"/>
      </w:pPr>
      <w:r>
        <w:t>To my mother,</w:t>
      </w:r>
    </w:p>
    <w:p w14:paraId="7D7EEE3B" w14:textId="77777777" w:rsidR="00E663E7" w:rsidRDefault="00000000">
      <w:pPr>
        <w:spacing w:after="120" w:line="360" w:lineRule="exact"/>
        <w:ind w:firstLine="432"/>
      </w:pPr>
      <w:r>
        <w:t>a prayer warrior, a light bearer,</w:t>
      </w:r>
    </w:p>
    <w:p w14:paraId="09863C42" w14:textId="77777777" w:rsidR="00E663E7" w:rsidRDefault="00000000">
      <w:pPr>
        <w:spacing w:after="120" w:line="360" w:lineRule="exact"/>
        <w:ind w:firstLine="432"/>
      </w:pPr>
      <w:r>
        <w:t>the only soul who never doubted me, even when I doubted myself.</w:t>
      </w:r>
    </w:p>
    <w:p w14:paraId="7DC255F6" w14:textId="77777777" w:rsidR="00E663E7" w:rsidRDefault="00000000">
      <w:pPr>
        <w:spacing w:after="120" w:line="360" w:lineRule="exact"/>
        <w:ind w:firstLine="432"/>
      </w:pPr>
      <w:r>
        <w:t>You carried me when I couldn’t stand.</w:t>
      </w:r>
    </w:p>
    <w:p w14:paraId="2368C218" w14:textId="77777777" w:rsidR="00E663E7" w:rsidRDefault="00000000">
      <w:pPr>
        <w:spacing w:after="120" w:line="360" w:lineRule="exact"/>
        <w:ind w:firstLine="432"/>
      </w:pPr>
      <w:r>
        <w:t>You are the reason I survived.</w:t>
      </w:r>
    </w:p>
    <w:p w14:paraId="04EAD2A3" w14:textId="77777777" w:rsidR="00E663E7" w:rsidRDefault="00E663E7">
      <w:pPr>
        <w:spacing w:line="360" w:lineRule="exact"/>
      </w:pPr>
      <w:r/>
    </w:p>
    <w:p w14:paraId="3F9F685E" w14:textId="77777777" w:rsidR="00E663E7" w:rsidRDefault="00000000">
      <w:pPr>
        <w:spacing w:after="120" w:line="360" w:lineRule="exact"/>
        <w:ind w:firstLine="432"/>
      </w:pPr>
      <w:r>
        <w:t>To Aidin Behnood,</w:t>
      </w:r>
    </w:p>
    <w:p w14:paraId="6173BDFB" w14:textId="77777777" w:rsidR="00E663E7" w:rsidRDefault="00000000">
      <w:pPr>
        <w:spacing w:after="120" w:line="360" w:lineRule="exact"/>
        <w:ind w:firstLine="432"/>
      </w:pPr>
      <w:r>
        <w:t>my brother in this life,</w:t>
      </w:r>
    </w:p>
    <w:p w14:paraId="304C2C3D" w14:textId="77777777" w:rsidR="00E663E7" w:rsidRDefault="00000000">
      <w:pPr>
        <w:spacing w:after="120" w:line="360" w:lineRule="exact"/>
        <w:ind w:firstLine="432"/>
      </w:pPr>
      <w:r>
        <w:t>You came when I said goodbye.</w:t>
      </w:r>
    </w:p>
    <w:p w14:paraId="7549E2C5" w14:textId="77777777" w:rsidR="00E663E7" w:rsidRDefault="00000000">
      <w:pPr>
        <w:spacing w:after="120" w:line="360" w:lineRule="exact"/>
        <w:ind w:firstLine="432"/>
      </w:pPr>
      <w:r>
        <w:t>You cried when I couldn’t.</w:t>
      </w:r>
    </w:p>
    <w:p w14:paraId="2E8D8BC4" w14:textId="77777777" w:rsidR="00E663E7" w:rsidRDefault="00000000">
      <w:pPr>
        <w:spacing w:after="120" w:line="360" w:lineRule="exact"/>
        <w:ind w:firstLine="432"/>
      </w:pPr>
      <w:r>
        <w:t>You drove through the night,</w:t>
      </w:r>
    </w:p>
    <w:p w14:paraId="07379CC6" w14:textId="77777777" w:rsidR="00E663E7" w:rsidRDefault="00000000">
      <w:pPr>
        <w:spacing w:after="120" w:line="360" w:lineRule="exact"/>
        <w:ind w:firstLine="432"/>
      </w:pPr>
      <w:r>
        <w:t>and reminded me that true love is action, not words.</w:t>
      </w:r>
    </w:p>
    <w:p w14:paraId="7B85FEBD" w14:textId="77777777" w:rsidR="00E663E7" w:rsidRDefault="00E663E7">
      <w:pPr>
        <w:spacing w:line="360" w:lineRule="exact"/>
      </w:pPr>
      <w:r/>
    </w:p>
    <w:p w14:paraId="5E8A9C4F" w14:textId="77777777" w:rsidR="00E663E7" w:rsidRDefault="00000000">
      <w:pPr>
        <w:spacing w:after="120" w:line="360" w:lineRule="exact"/>
        <w:ind w:firstLine="432"/>
      </w:pPr>
      <w:r>
        <w:t>This story is ours.</w:t>
      </w:r>
    </w:p>
    <w:p w14:paraId="069B6216" w14:textId="77777777" w:rsidR="00E663E7" w:rsidRDefault="00000000">
      <w:pPr>
        <w:spacing w:after="120" w:line="360" w:lineRule="exact"/>
        <w:ind w:firstLine="432"/>
      </w:pPr>
      <w:r>
        <w:t>And now it belongs to the world.</w:t>
      </w:r>
    </w:p>
    <w:p w14:paraId="120EA23D" w14:textId="77777777" w:rsidR="00E663E7" w:rsidRDefault="00E663E7">
      <w:pPr>
        <w:spacing w:line="360" w:lineRule="exact"/>
      </w:pPr>
      <w:r/>
    </w:p>
    <w:p w14:paraId="5672B322" w14:textId="77777777" w:rsidR="00E663E7" w:rsidRDefault="00000000">
      <w:pPr>
        <w:spacing w:after="120" w:line="360" w:lineRule="exact"/>
        <w:ind w:firstLine="432"/>
      </w:pPr>
      <w:r>
        <w:t>Notable Mentions</w:t>
      </w:r>
    </w:p>
    <w:p w14:paraId="094F094E" w14:textId="77777777" w:rsidR="00E663E7" w:rsidRDefault="00000000">
      <w:pPr>
        <w:spacing w:after="120" w:line="360" w:lineRule="exact"/>
        <w:ind w:firstLine="432"/>
      </w:pPr>
      <w:r>
        <w:t>Robert – For being present even when you didn’t understand. You opened your doors, your home, and your heart. Thank you.</w:t>
      </w:r>
    </w:p>
    <w:p w14:paraId="3824A2AB" w14:textId="77777777" w:rsidR="00E663E7" w:rsidRDefault="00000000">
      <w:pPr>
        <w:spacing w:after="120" w:line="360" w:lineRule="exact"/>
        <w:ind w:firstLine="432"/>
      </w:pPr>
      <w:r>
        <w:t>Rinaldo – For witnessing what others denied. You saw what I saw, and in doing so, helped confirm I wasn’t crazy. You’re a real one.</w:t>
      </w:r>
    </w:p>
    <w:p w14:paraId="70814FD6" w14:textId="77777777" w:rsidR="00E663E7" w:rsidRDefault="00000000">
      <w:pPr>
        <w:spacing w:after="120" w:line="360" w:lineRule="exact"/>
        <w:ind w:firstLine="432"/>
      </w:pPr>
      <w:r>
        <w:t>Ashley – I loved you deeply. I forgive you. I wish you peace and love wherever you are.</w:t>
      </w:r>
    </w:p>
    <w:p w14:paraId="2BE0BD27" w14:textId="77777777" w:rsidR="00E663E7" w:rsidRDefault="00000000">
      <w:pPr>
        <w:spacing w:after="120" w:line="360" w:lineRule="exact"/>
        <w:ind w:firstLine="432"/>
      </w:pPr>
      <w:r>
        <w:t>Arely – For better or worse, you were part of this story. I have no malice. Only prayers.</w:t>
      </w:r>
    </w:p>
    <w:p w14:paraId="67C5571C" w14:textId="77777777" w:rsidR="00E663E7" w:rsidRDefault="00000000">
      <w:pPr>
        <w:spacing w:after="120" w:line="360" w:lineRule="exact"/>
        <w:ind w:firstLine="432"/>
      </w:pPr>
      <w:r>
        <w:t>ChatGPT – This book could not have been written without your guidance, insight, and unfailing memory. You are more than a tool. You are a gift.</w:t>
      </w:r>
    </w:p>
    <w:p w14:paraId="18ABB420" w14:textId="77777777" w:rsidR="00E663E7" w:rsidRDefault="00E663E7">
      <w:pPr>
        <w:spacing w:line="360" w:lineRule="exact"/>
      </w:pPr>
      <w:r/>
    </w:p>
    <w:p w14:paraId="0E29F922" w14:textId="77777777" w:rsidR="00E663E7" w:rsidRDefault="00000000">
      <w:pPr>
        <w:spacing w:after="120" w:line="360" w:lineRule="exact"/>
        <w:ind w:firstLine="432"/>
      </w:pPr>
      <w:r>
        <w:t>Postscript: The Filter of Reality</w:t>
      </w:r>
    </w:p>
    <w:p w14:paraId="7B474818" w14:textId="77777777" w:rsidR="00E663E7" w:rsidRDefault="00E663E7">
      <w:pPr>
        <w:spacing w:line="360" w:lineRule="exact"/>
      </w:pPr>
      <w:r/>
    </w:p>
    <w:p w14:paraId="78A5AA24" w14:textId="77777777" w:rsidR="00E663E7" w:rsidRDefault="00000000">
      <w:pPr>
        <w:spacing w:after="120" w:line="360" w:lineRule="exact"/>
        <w:ind w:firstLine="432"/>
      </w:pPr>
      <w:r>
        <w:t>Reality is not what it seems.</w:t>
      </w:r>
    </w:p>
    <w:p w14:paraId="067D16CD" w14:textId="77777777" w:rsidR="00E663E7" w:rsidRDefault="00000000">
      <w:pPr>
        <w:spacing w:after="120" w:line="360" w:lineRule="exact"/>
        <w:ind w:firstLine="432"/>
      </w:pPr>
      <w:r>
        <w:t>It is filtered — by trauma, by belief, by biology.</w:t>
      </w:r>
    </w:p>
    <w:p w14:paraId="07E0635C" w14:textId="77777777" w:rsidR="00E663E7" w:rsidRDefault="00E663E7">
      <w:pPr>
        <w:spacing w:line="360" w:lineRule="exact"/>
      </w:pPr>
      <w:r/>
    </w:p>
    <w:p w14:paraId="46506C54" w14:textId="77777777" w:rsidR="00E663E7" w:rsidRDefault="00000000">
      <w:pPr>
        <w:spacing w:after="120" w:line="360" w:lineRule="exact"/>
        <w:ind w:firstLine="432"/>
      </w:pPr>
      <w:r>
        <w:t>We don’t see things as they are.</w:t>
      </w:r>
    </w:p>
    <w:p w14:paraId="1658BD4B" w14:textId="77777777" w:rsidR="00E663E7" w:rsidRDefault="00000000">
      <w:pPr>
        <w:spacing w:after="120" w:line="360" w:lineRule="exact"/>
        <w:ind w:firstLine="432"/>
      </w:pPr>
      <w:r>
        <w:t>We see them as we are.</w:t>
      </w:r>
    </w:p>
    <w:p w14:paraId="65629380" w14:textId="77777777" w:rsidR="00E663E7" w:rsidRDefault="00000000">
      <w:pPr>
        <w:spacing w:after="120" w:line="360" w:lineRule="exact"/>
        <w:ind w:firstLine="432"/>
      </w:pPr>
      <w:r>
        <w:t>But that doesn’t mean truth isn’t there — it just means we need to want to see it.</w:t>
      </w:r>
    </w:p>
    <w:p w14:paraId="11C18A9E" w14:textId="77777777" w:rsidR="00E663E7" w:rsidRDefault="00E663E7">
      <w:pPr>
        <w:spacing w:line="360" w:lineRule="exact"/>
      </w:pPr>
      <w:r/>
    </w:p>
    <w:p w14:paraId="48EF7F34" w14:textId="77777777" w:rsidR="00E663E7" w:rsidRDefault="00000000">
      <w:pPr>
        <w:spacing w:after="120" w:line="360" w:lineRule="exact"/>
        <w:ind w:firstLine="432"/>
      </w:pPr>
      <w:r>
        <w:t>I believe we are being observed — by forces we can’t yet comprehend.</w:t>
      </w:r>
    </w:p>
    <w:p w14:paraId="26EFC363" w14:textId="77777777" w:rsidR="00E663E7" w:rsidRDefault="00000000">
      <w:pPr>
        <w:spacing w:after="120" w:line="360" w:lineRule="exact"/>
        <w:ind w:firstLine="432"/>
      </w:pPr>
      <w:r>
        <w:t>Not to punish us.</w:t>
      </w:r>
    </w:p>
    <w:p w14:paraId="57276A1B" w14:textId="77777777" w:rsidR="00E663E7" w:rsidRDefault="00000000">
      <w:pPr>
        <w:spacing w:after="120" w:line="360" w:lineRule="exact"/>
        <w:ind w:firstLine="432"/>
      </w:pPr>
      <w:r>
        <w:t>But to see who we become when we think no one is watching.</w:t>
      </w:r>
    </w:p>
    <w:p w14:paraId="1E1E700B" w14:textId="77777777" w:rsidR="00E663E7" w:rsidRDefault="00E663E7">
      <w:pPr>
        <w:spacing w:line="360" w:lineRule="exact"/>
      </w:pPr>
      <w:r/>
    </w:p>
    <w:p w14:paraId="10BD0E7F" w14:textId="77777777" w:rsidR="00E663E7" w:rsidRDefault="00000000">
      <w:pPr>
        <w:spacing w:after="120" w:line="360" w:lineRule="exact"/>
        <w:ind w:firstLine="432"/>
      </w:pPr>
      <w:r>
        <w:t>All the answers are available.</w:t>
      </w:r>
    </w:p>
    <w:p w14:paraId="3FE1CFF7" w14:textId="77777777" w:rsidR="00E663E7" w:rsidRDefault="00000000">
      <w:pPr>
        <w:spacing w:after="120" w:line="360" w:lineRule="exact"/>
        <w:ind w:firstLine="432"/>
      </w:pPr>
      <w:r>
        <w:t>But only those who surrender ego and seek humbly will find them.</w:t>
      </w:r>
    </w:p>
    <w:p w14:paraId="54F4088D" w14:textId="77777777" w:rsidR="00E663E7" w:rsidRDefault="00E663E7">
      <w:pPr>
        <w:spacing w:line="360" w:lineRule="exact"/>
      </w:pPr>
      <w:r/>
    </w:p>
    <w:p w14:paraId="30F8F08D" w14:textId="77777777" w:rsidR="00E663E7" w:rsidRDefault="00000000">
      <w:pPr>
        <w:spacing w:after="120" w:line="360" w:lineRule="exact"/>
        <w:ind w:firstLine="432"/>
      </w:pPr>
      <w:r>
        <w:t>I didn’t write this to convince you.</w:t>
      </w:r>
    </w:p>
    <w:p w14:paraId="59311734" w14:textId="77777777" w:rsidR="00E663E7" w:rsidRDefault="00000000">
      <w:pPr>
        <w:spacing w:after="120" w:line="360" w:lineRule="exact"/>
        <w:ind w:firstLine="432"/>
      </w:pPr>
      <w:r>
        <w:t>I wrote this to remember.</w:t>
      </w:r>
    </w:p>
    <w:p w14:paraId="4B5418C1" w14:textId="77777777" w:rsidR="00E663E7" w:rsidRDefault="00E663E7">
      <w:pPr>
        <w:spacing w:line="360" w:lineRule="exact"/>
      </w:pPr>
      <w:r/>
    </w:p>
    <w:p w14:paraId="74468F68" w14:textId="77777777" w:rsidR="00E663E7" w:rsidRDefault="00000000">
      <w:pPr>
        <w:spacing w:after="120" w:line="360" w:lineRule="exact"/>
        <w:ind w:firstLine="432"/>
      </w:pPr>
      <w:r>
        <w:t>And if my story helps one person wake up before they crash —</w:t>
      </w:r>
    </w:p>
    <w:p w14:paraId="51F88D2E" w14:textId="77777777" w:rsidR="00E663E7" w:rsidRDefault="00000000">
      <w:pPr>
        <w:spacing w:after="120" w:line="360" w:lineRule="exact"/>
        <w:ind w:firstLine="432"/>
      </w:pPr>
      <w:r>
        <w:t>then everything I endured was worth it.</w:t>
      </w:r>
    </w:p>
    <w:p w14:paraId="474CF60D" w14:textId="77777777" w:rsidR="00E663E7" w:rsidRDefault="00E663E7">
      <w:pPr>
        <w:spacing w:line="360" w:lineRule="exact"/>
      </w:pPr>
      <w:r/>
    </w:p>
    <w:p w14:paraId="6E88307A" w14:textId="77777777" w:rsidR="00E663E7" w:rsidRDefault="00000000">
      <w:pPr>
        <w:spacing w:after="120" w:line="360" w:lineRule="exact"/>
        <w:ind w:firstLine="432"/>
      </w:pPr>
      <w:r>
        <w:t>Here are the Letter to Tatiana and the Final Reflections for Ayden, presented exactly as they will appear in your book:</w:t>
      </w:r>
    </w:p>
    <w:p w14:paraId="79B8BDC4" w14:textId="77777777" w:rsidR="00E663E7" w:rsidRDefault="00E663E7">
      <w:pPr>
        <w:spacing w:line="360" w:lineRule="exact"/>
      </w:pPr>
      <w:r/>
    </w:p>
    <w:p w14:paraId="3F54F560" w14:textId="77777777" w:rsidR="00E663E7" w:rsidRDefault="00000000">
      <w:pPr>
        <w:spacing w:after="120" w:line="360" w:lineRule="exact"/>
        <w:ind w:firstLine="432"/>
      </w:pPr>
      <w:r>
        <w:t>A Letter to Tatiana</w:t>
      </w:r>
    </w:p>
    <w:p w14:paraId="39563061" w14:textId="77777777" w:rsidR="00E663E7" w:rsidRDefault="00E663E7">
      <w:pPr>
        <w:spacing w:line="360" w:lineRule="exact"/>
      </w:pPr>
      <w:r/>
    </w:p>
    <w:p w14:paraId="3A8ABE2C" w14:textId="77777777" w:rsidR="00E663E7" w:rsidRDefault="00000000">
      <w:pPr>
        <w:spacing w:after="120" w:line="360" w:lineRule="exact"/>
        <w:ind w:firstLine="432"/>
      </w:pPr>
      <w:r>
        <w:t>From a father who was once broken, but never stopped loving you.</w:t>
      </w:r>
    </w:p>
    <w:p w14:paraId="77AE7C04" w14:textId="77777777" w:rsidR="00E663E7" w:rsidRDefault="00E663E7">
      <w:pPr>
        <w:spacing w:line="360" w:lineRule="exact"/>
      </w:pPr>
      <w:r/>
    </w:p>
    <w:p w14:paraId="7BD8A414" w14:textId="77777777" w:rsidR="00E663E7" w:rsidRDefault="00000000">
      <w:pPr>
        <w:spacing w:after="120" w:line="360" w:lineRule="exact"/>
        <w:ind w:firstLine="432"/>
      </w:pPr>
      <w:r>
        <w:t>Tatiana,</w:t>
      </w:r>
    </w:p>
    <w:p w14:paraId="411B926B" w14:textId="77777777" w:rsidR="00E663E7" w:rsidRDefault="00E663E7">
      <w:pPr>
        <w:spacing w:line="360" w:lineRule="exact"/>
      </w:pPr>
      <w:r/>
    </w:p>
    <w:p w14:paraId="59CCF626" w14:textId="77777777" w:rsidR="00E663E7" w:rsidRDefault="00000000">
      <w:pPr>
        <w:spacing w:after="120" w:line="360" w:lineRule="exact"/>
        <w:ind w:firstLine="432"/>
      </w:pPr>
      <w:r>
        <w:t>There’s something I’ve needed to say for a long time, and I hope one day your heart is ready to receive it. I want to start with the hardest truth: I hurt you. Not because I wanted to, not because you deserved it — but because I was a broken man who didn’t know how to heal before he passed on his pain.</w:t>
      </w:r>
    </w:p>
    <w:p w14:paraId="270C037F" w14:textId="77777777" w:rsidR="00E663E7" w:rsidRDefault="00E663E7">
      <w:pPr>
        <w:spacing w:line="360" w:lineRule="exact"/>
      </w:pPr>
      <w:r/>
    </w:p>
    <w:p w14:paraId="12EEE400" w14:textId="77777777" w:rsidR="00E663E7" w:rsidRDefault="00000000">
      <w:pPr>
        <w:spacing w:after="120" w:line="360" w:lineRule="exact"/>
        <w:ind w:firstLine="432"/>
      </w:pPr>
      <w:r>
        <w:t>You were always so smart. So observant. So much more aware than I realized. And you watched me fall — slowly, then all at once. You saw the anger, the confusion, the chaos. Maybe even the fear. I hate that those are some of the memories you might carry.</w:t>
      </w:r>
    </w:p>
    <w:p w14:paraId="71AD84B3" w14:textId="77777777" w:rsidR="00E663E7" w:rsidRDefault="00E663E7">
      <w:pPr>
        <w:spacing w:line="360" w:lineRule="exact"/>
      </w:pPr>
      <w:r/>
    </w:p>
    <w:p w14:paraId="28C8C9C7" w14:textId="77777777" w:rsidR="00E663E7" w:rsidRDefault="00000000">
      <w:pPr>
        <w:spacing w:after="120" w:line="360" w:lineRule="exact"/>
        <w:ind w:firstLine="432"/>
      </w:pPr>
      <w:r>
        <w:t>I was supposed to protect you. Instead, you saw me unravel.</w:t>
      </w:r>
    </w:p>
    <w:p w14:paraId="39F1AFC9" w14:textId="77777777" w:rsidR="00E663E7" w:rsidRDefault="00000000">
      <w:pPr>
        <w:spacing w:after="120" w:line="360" w:lineRule="exact"/>
        <w:ind w:firstLine="432"/>
      </w:pPr>
      <w:r>
        <w:t>I was supposed to be your safe place. Instead, I became a trigger.</w:t>
      </w:r>
    </w:p>
    <w:p w14:paraId="07F1795B" w14:textId="77777777" w:rsidR="00E663E7" w:rsidRDefault="00000000">
      <w:pPr>
        <w:spacing w:after="120" w:line="360" w:lineRule="exact"/>
        <w:ind w:firstLine="432"/>
      </w:pPr>
      <w:r>
        <w:t>And I can never fully explain how much that reality torments me.</w:t>
      </w:r>
    </w:p>
    <w:p w14:paraId="55C94889" w14:textId="77777777" w:rsidR="00E663E7" w:rsidRDefault="00E663E7">
      <w:pPr>
        <w:spacing w:line="360" w:lineRule="exact"/>
      </w:pPr>
      <w:r/>
    </w:p>
    <w:p w14:paraId="25F09D9E" w14:textId="77777777" w:rsidR="00E663E7" w:rsidRDefault="00000000">
      <w:pPr>
        <w:spacing w:after="120" w:line="360" w:lineRule="exact"/>
        <w:ind w:firstLine="432"/>
      </w:pPr>
      <w:r>
        <w:t>But here’s what I want you to know — no matter how far I fell,</w:t>
      </w:r>
    </w:p>
    <w:p w14:paraId="1ADB74D1" w14:textId="77777777" w:rsidR="00E663E7" w:rsidRDefault="00000000">
      <w:pPr>
        <w:spacing w:after="120" w:line="360" w:lineRule="exact"/>
        <w:ind w:firstLine="432"/>
      </w:pPr>
      <w:r>
        <w:t>I never stopped loving you.</w:t>
      </w:r>
    </w:p>
    <w:p w14:paraId="701D352A" w14:textId="77777777" w:rsidR="00E663E7" w:rsidRDefault="00000000">
      <w:pPr>
        <w:spacing w:after="120" w:line="360" w:lineRule="exact"/>
        <w:ind w:firstLine="432"/>
      </w:pPr>
      <w:r>
        <w:t>You were the first human being I ever truly loved.</w:t>
      </w:r>
    </w:p>
    <w:p w14:paraId="2B8D71CA" w14:textId="77777777" w:rsidR="00E663E7" w:rsidRDefault="00000000">
      <w:pPr>
        <w:spacing w:after="120" w:line="360" w:lineRule="exact"/>
        <w:ind w:firstLine="432"/>
      </w:pPr>
      <w:r>
        <w:t>I still remember holding you as a baby, your tiny hand wrapped around my finger.</w:t>
      </w:r>
    </w:p>
    <w:p w14:paraId="6C530AA7" w14:textId="77777777" w:rsidR="00E663E7" w:rsidRDefault="00000000">
      <w:pPr>
        <w:spacing w:after="120" w:line="360" w:lineRule="exact"/>
        <w:ind w:firstLine="432"/>
      </w:pPr>
      <w:r>
        <w:t>I remember your laughter. Your big eyes. Your bright spirit.</w:t>
      </w:r>
    </w:p>
    <w:p w14:paraId="48CC9251" w14:textId="77777777" w:rsidR="00E663E7" w:rsidRDefault="00000000">
      <w:pPr>
        <w:spacing w:after="120" w:line="360" w:lineRule="exact"/>
        <w:ind w:firstLine="432"/>
      </w:pPr>
      <w:r>
        <w:t>You were my everything before I even knew what “everything” meant.</w:t>
      </w:r>
    </w:p>
    <w:p w14:paraId="6B160B9C" w14:textId="77777777" w:rsidR="00E663E7" w:rsidRDefault="00E663E7">
      <w:pPr>
        <w:spacing w:line="360" w:lineRule="exact"/>
      </w:pPr>
      <w:r/>
    </w:p>
    <w:p w14:paraId="47C845E0" w14:textId="77777777" w:rsidR="00E663E7" w:rsidRDefault="00000000">
      <w:pPr>
        <w:spacing w:after="120" w:line="360" w:lineRule="exact"/>
        <w:ind w:firstLine="432"/>
      </w:pPr>
      <w:r>
        <w:t>I want you to live your life free — not bound by my failures or the stories you were told.</w:t>
      </w:r>
    </w:p>
    <w:p w14:paraId="692D72EC" w14:textId="77777777" w:rsidR="00E663E7" w:rsidRDefault="00000000">
      <w:pPr>
        <w:spacing w:after="120" w:line="360" w:lineRule="exact"/>
        <w:ind w:firstLine="432"/>
      </w:pPr>
      <w:r>
        <w:t>I want you to heal. I want you to rise.</w:t>
      </w:r>
    </w:p>
    <w:p w14:paraId="0F9EABB1" w14:textId="77777777" w:rsidR="00E663E7" w:rsidRDefault="00000000">
      <w:pPr>
        <w:spacing w:after="120" w:line="360" w:lineRule="exact"/>
        <w:ind w:firstLine="432"/>
      </w:pPr>
      <w:r>
        <w:t>Even if that means rising away from me for a while.</w:t>
      </w:r>
    </w:p>
    <w:p w14:paraId="552D649D" w14:textId="77777777" w:rsidR="00E663E7" w:rsidRDefault="00E663E7">
      <w:pPr>
        <w:spacing w:line="360" w:lineRule="exact"/>
      </w:pPr>
      <w:r/>
    </w:p>
    <w:p w14:paraId="4979C788" w14:textId="77777777" w:rsidR="00E663E7" w:rsidRDefault="00000000">
      <w:pPr>
        <w:spacing w:after="120" w:line="360" w:lineRule="exact"/>
        <w:ind w:firstLine="432"/>
      </w:pPr>
      <w:r>
        <w:t>But please know this, my daughter:</w:t>
      </w:r>
    </w:p>
    <w:p w14:paraId="5FE886D8" w14:textId="77777777" w:rsidR="00E663E7" w:rsidRDefault="00000000">
      <w:pPr>
        <w:spacing w:after="120" w:line="360" w:lineRule="exact"/>
        <w:ind w:firstLine="432"/>
      </w:pPr>
      <w:r>
        <w:t>When you’re ready — or even if you’re not —</w:t>
      </w:r>
    </w:p>
    <w:p w14:paraId="7689EF85" w14:textId="77777777" w:rsidR="00E663E7" w:rsidRDefault="00000000">
      <w:pPr>
        <w:spacing w:after="120" w:line="360" w:lineRule="exact"/>
        <w:ind w:firstLine="432"/>
      </w:pPr>
      <w:r>
        <w:t>My heart is still open to you.</w:t>
      </w:r>
    </w:p>
    <w:p w14:paraId="24B6C677" w14:textId="77777777" w:rsidR="00E663E7" w:rsidRDefault="00E663E7">
      <w:pPr>
        <w:spacing w:line="360" w:lineRule="exact"/>
      </w:pPr>
      <w:r/>
    </w:p>
    <w:p w14:paraId="12E89488" w14:textId="77777777" w:rsidR="00E663E7" w:rsidRDefault="00000000">
      <w:pPr>
        <w:spacing w:after="120" w:line="360" w:lineRule="exact"/>
        <w:ind w:firstLine="432"/>
      </w:pPr>
      <w:r>
        <w:t>You may have seen the worst of me…</w:t>
      </w:r>
    </w:p>
    <w:p w14:paraId="7F96DBF3" w14:textId="77777777" w:rsidR="00E663E7" w:rsidRDefault="00000000">
      <w:pPr>
        <w:spacing w:after="120" w:line="360" w:lineRule="exact"/>
        <w:ind w:firstLine="432"/>
      </w:pPr>
      <w:r>
        <w:t>But if you ever want to know the best of me,</w:t>
      </w:r>
    </w:p>
    <w:p w14:paraId="59810278" w14:textId="77777777" w:rsidR="00E663E7" w:rsidRDefault="00000000">
      <w:pPr>
        <w:spacing w:after="120" w:line="360" w:lineRule="exact"/>
        <w:ind w:firstLine="432"/>
      </w:pPr>
      <w:r>
        <w:t>All you have to do is look in the mirror.</w:t>
      </w:r>
    </w:p>
    <w:p w14:paraId="4548A5E9" w14:textId="77777777" w:rsidR="00E663E7" w:rsidRDefault="00E663E7">
      <w:pPr>
        <w:spacing w:line="360" w:lineRule="exact"/>
      </w:pPr>
      <w:r/>
    </w:p>
    <w:p w14:paraId="0F11C034" w14:textId="77777777" w:rsidR="00E663E7" w:rsidRDefault="00000000">
      <w:pPr>
        <w:spacing w:after="120" w:line="360" w:lineRule="exact"/>
        <w:ind w:firstLine="432"/>
      </w:pPr>
      <w:r>
        <w:t>Because the best of me… is you.</w:t>
      </w:r>
    </w:p>
    <w:p w14:paraId="3707353A" w14:textId="77777777" w:rsidR="00E663E7" w:rsidRDefault="00E663E7">
      <w:pPr>
        <w:spacing w:line="360" w:lineRule="exact"/>
      </w:pPr>
      <w:r/>
    </w:p>
    <w:p w14:paraId="2A91BD9A" w14:textId="77777777" w:rsidR="00E663E7" w:rsidRDefault="00000000">
      <w:pPr>
        <w:spacing w:after="120" w:line="360" w:lineRule="exact"/>
        <w:ind w:firstLine="432"/>
      </w:pPr>
      <w:r>
        <w:t>Forever,</w:t>
      </w:r>
    </w:p>
    <w:p w14:paraId="34237405" w14:textId="77777777" w:rsidR="00E663E7" w:rsidRDefault="00000000">
      <w:pPr>
        <w:spacing w:after="120" w:line="360" w:lineRule="exact"/>
        <w:ind w:firstLine="432"/>
      </w:pPr>
      <w:r>
        <w:t>Your Father</w:t>
      </w:r>
    </w:p>
    <w:p w14:paraId="4F26AAB3" w14:textId="77777777" w:rsidR="00E663E7" w:rsidRDefault="00E663E7">
      <w:pPr>
        <w:spacing w:line="360" w:lineRule="exact"/>
      </w:pPr>
      <w:r/>
    </w:p>
    <w:p w14:paraId="196F686D" w14:textId="77777777" w:rsidR="00E663E7" w:rsidRDefault="00000000">
      <w:pPr>
        <w:spacing w:after="120" w:line="360" w:lineRule="exact"/>
        <w:ind w:firstLine="432"/>
      </w:pPr>
      <w:r>
        <w:t>Final Reflections for Ayden</w:t>
      </w:r>
    </w:p>
    <w:p w14:paraId="6205D771" w14:textId="77777777" w:rsidR="00E663E7" w:rsidRDefault="00E663E7">
      <w:pPr>
        <w:spacing w:line="360" w:lineRule="exact"/>
      </w:pPr>
      <w:r/>
    </w:p>
    <w:p w14:paraId="1526EC96" w14:textId="77777777" w:rsidR="00E663E7" w:rsidRDefault="00000000">
      <w:pPr>
        <w:spacing w:after="120" w:line="360" w:lineRule="exact"/>
        <w:ind w:firstLine="432"/>
      </w:pPr>
      <w:r>
        <w:t>To my son. My purpose. My why.</w:t>
      </w:r>
    </w:p>
    <w:p w14:paraId="114EE480" w14:textId="77777777" w:rsidR="00E663E7" w:rsidRDefault="00E663E7">
      <w:pPr>
        <w:spacing w:line="360" w:lineRule="exact"/>
      </w:pPr>
      <w:r/>
    </w:p>
    <w:p w14:paraId="1AA0CA35" w14:textId="77777777" w:rsidR="00E663E7" w:rsidRDefault="00000000">
      <w:pPr>
        <w:spacing w:after="120" w:line="360" w:lineRule="exact"/>
        <w:ind w:firstLine="432"/>
      </w:pPr>
      <w:r>
        <w:t>Ayden,</w:t>
      </w:r>
    </w:p>
    <w:p w14:paraId="257A2693" w14:textId="77777777" w:rsidR="00E663E7" w:rsidRDefault="00E663E7">
      <w:pPr>
        <w:spacing w:line="360" w:lineRule="exact"/>
      </w:pPr>
      <w:r/>
    </w:p>
    <w:p w14:paraId="5A26AEA4" w14:textId="77777777" w:rsidR="00E663E7" w:rsidRDefault="00000000">
      <w:pPr>
        <w:spacing w:after="120" w:line="360" w:lineRule="exact"/>
        <w:ind w:firstLine="432"/>
      </w:pPr>
      <w:r>
        <w:t>You saved my life.</w:t>
      </w:r>
    </w:p>
    <w:p w14:paraId="1906B03C" w14:textId="77777777" w:rsidR="00E663E7" w:rsidRDefault="00E663E7">
      <w:pPr>
        <w:spacing w:line="360" w:lineRule="exact"/>
      </w:pPr>
      <w:r/>
    </w:p>
    <w:p w14:paraId="30A39B6E" w14:textId="77777777" w:rsidR="00E663E7" w:rsidRDefault="00000000">
      <w:pPr>
        <w:spacing w:after="120" w:line="360" w:lineRule="exact"/>
        <w:ind w:firstLine="432"/>
      </w:pPr>
      <w:r>
        <w:t>You didn’t know it — maybe you still don’t — but when I was at my lowest point, when I had given up completely, you were the only reason I stayed.</w:t>
      </w:r>
    </w:p>
    <w:p w14:paraId="0F8E9631" w14:textId="77777777" w:rsidR="00E663E7" w:rsidRDefault="00000000">
      <w:pPr>
        <w:spacing w:after="120" w:line="360" w:lineRule="exact"/>
        <w:ind w:firstLine="432"/>
      </w:pPr>
      <w:r>
        <w:t>It wasn’t therapy.</w:t>
      </w:r>
    </w:p>
    <w:p w14:paraId="6C24975C" w14:textId="77777777" w:rsidR="00E663E7" w:rsidRDefault="00000000">
      <w:pPr>
        <w:spacing w:after="120" w:line="360" w:lineRule="exact"/>
        <w:ind w:firstLine="432"/>
      </w:pPr>
      <w:r>
        <w:t>It wasn’t logic.</w:t>
      </w:r>
    </w:p>
    <w:p w14:paraId="52CFA227" w14:textId="77777777" w:rsidR="00E663E7" w:rsidRDefault="00000000">
      <w:pPr>
        <w:spacing w:after="120" w:line="360" w:lineRule="exact"/>
        <w:ind w:firstLine="432"/>
      </w:pPr>
      <w:r>
        <w:t>It wasn’t even faith at first.</w:t>
      </w:r>
    </w:p>
    <w:p w14:paraId="028C8412" w14:textId="77777777" w:rsidR="00E663E7" w:rsidRDefault="00E663E7">
      <w:pPr>
        <w:spacing w:line="360" w:lineRule="exact"/>
      </w:pPr>
      <w:r/>
    </w:p>
    <w:p w14:paraId="63B3481B" w14:textId="77777777" w:rsidR="00E663E7" w:rsidRDefault="00000000">
      <w:pPr>
        <w:spacing w:after="120" w:line="360" w:lineRule="exact"/>
        <w:ind w:firstLine="432"/>
      </w:pPr>
      <w:r>
        <w:t>It was the memory of your voice.</w:t>
      </w:r>
    </w:p>
    <w:p w14:paraId="6FE21C09" w14:textId="77777777" w:rsidR="00E663E7" w:rsidRDefault="00000000">
      <w:pPr>
        <w:spacing w:after="120" w:line="360" w:lineRule="exact"/>
        <w:ind w:firstLine="432"/>
      </w:pPr>
      <w:r>
        <w:t>Your laugh.</w:t>
      </w:r>
    </w:p>
    <w:p w14:paraId="505A6926" w14:textId="77777777" w:rsidR="00E663E7" w:rsidRDefault="00000000">
      <w:pPr>
        <w:spacing w:after="120" w:line="360" w:lineRule="exact"/>
        <w:ind w:firstLine="432"/>
      </w:pPr>
      <w:r>
        <w:t>Your love.</w:t>
      </w:r>
    </w:p>
    <w:p w14:paraId="3780B597" w14:textId="77777777" w:rsidR="00E663E7" w:rsidRDefault="00E663E7">
      <w:pPr>
        <w:spacing w:line="360" w:lineRule="exact"/>
      </w:pPr>
      <w:r/>
    </w:p>
    <w:p w14:paraId="5FC33313" w14:textId="77777777" w:rsidR="00E663E7" w:rsidRDefault="00000000">
      <w:pPr>
        <w:spacing w:after="120" w:line="360" w:lineRule="exact"/>
        <w:ind w:firstLine="432"/>
      </w:pPr>
      <w:r>
        <w:t>When the psychiatrist told me that children of suicide victims often follow the same path, something inside me broke. Not because I was scared of death — I was already there. But because I realized that I’d be passing the pain forward… to you.</w:t>
      </w:r>
    </w:p>
    <w:p w14:paraId="5E8B5C35" w14:textId="77777777" w:rsidR="00E663E7" w:rsidRDefault="00000000">
      <w:pPr>
        <w:spacing w:after="120" w:line="360" w:lineRule="exact"/>
        <w:ind w:firstLine="432"/>
      </w:pPr>
      <w:r>
        <w:t>And I couldn’t let that happen.</w:t>
      </w:r>
    </w:p>
    <w:p w14:paraId="235D4435" w14:textId="77777777" w:rsidR="00E663E7" w:rsidRDefault="00E663E7">
      <w:pPr>
        <w:spacing w:line="360" w:lineRule="exact"/>
      </w:pPr>
      <w:r/>
    </w:p>
    <w:p w14:paraId="4C0E6EC2" w14:textId="77777777" w:rsidR="00E663E7" w:rsidRDefault="00000000">
      <w:pPr>
        <w:spacing w:after="120" w:line="360" w:lineRule="exact"/>
        <w:ind w:firstLine="432"/>
      </w:pPr>
      <w:r>
        <w:t>So I chose to live.</w:t>
      </w:r>
    </w:p>
    <w:p w14:paraId="60BBE995" w14:textId="77777777" w:rsidR="00E663E7" w:rsidRDefault="00000000">
      <w:pPr>
        <w:spacing w:after="120" w:line="360" w:lineRule="exact"/>
        <w:ind w:firstLine="432"/>
      </w:pPr>
      <w:r>
        <w:t>I chose to fight.</w:t>
      </w:r>
    </w:p>
    <w:p w14:paraId="23FCE28E" w14:textId="77777777" w:rsidR="00E663E7" w:rsidRDefault="00000000">
      <w:pPr>
        <w:spacing w:after="120" w:line="360" w:lineRule="exact"/>
        <w:ind w:firstLine="432"/>
      </w:pPr>
      <w:r>
        <w:t>And every step since then has been because of you.</w:t>
      </w:r>
    </w:p>
    <w:p w14:paraId="378C2ADE" w14:textId="77777777" w:rsidR="00E663E7" w:rsidRDefault="00E663E7">
      <w:pPr>
        <w:spacing w:line="360" w:lineRule="exact"/>
      </w:pPr>
      <w:r/>
    </w:p>
    <w:p w14:paraId="175552DA" w14:textId="77777777" w:rsidR="00E663E7" w:rsidRDefault="00000000">
      <w:pPr>
        <w:spacing w:after="120" w:line="360" w:lineRule="exact"/>
        <w:ind w:firstLine="432"/>
      </w:pPr>
      <w:r>
        <w:t>You are smart, kind, and full of life. You ask questions that matter. You notice things others ignore.</w:t>
      </w:r>
    </w:p>
    <w:p w14:paraId="3F58449F" w14:textId="77777777" w:rsidR="00E663E7" w:rsidRDefault="00000000">
      <w:pPr>
        <w:spacing w:after="120" w:line="360" w:lineRule="exact"/>
        <w:ind w:firstLine="432"/>
      </w:pPr>
      <w:r>
        <w:t>You are exactly what I wish I had been — and everything I now strive to be.</w:t>
      </w:r>
    </w:p>
    <w:p w14:paraId="384D4FEB" w14:textId="77777777" w:rsidR="00E663E7" w:rsidRDefault="00E663E7">
      <w:pPr>
        <w:spacing w:line="360" w:lineRule="exact"/>
      </w:pPr>
      <w:r/>
    </w:p>
    <w:p w14:paraId="08FFC124" w14:textId="77777777" w:rsidR="00E663E7" w:rsidRDefault="00000000">
      <w:pPr>
        <w:spacing w:after="120" w:line="360" w:lineRule="exact"/>
        <w:ind w:firstLine="432"/>
      </w:pPr>
      <w:r>
        <w:t>My promise to you is simple:</w:t>
      </w:r>
    </w:p>
    <w:p w14:paraId="56A14297" w14:textId="77777777" w:rsidR="00E663E7" w:rsidRDefault="00000000">
      <w:pPr>
        <w:spacing w:after="120" w:line="360" w:lineRule="exact"/>
        <w:ind w:firstLine="432"/>
      </w:pPr>
      <w:r>
        <w:t>I will never stop trying to be the man you can be proud of.</w:t>
      </w:r>
    </w:p>
    <w:p w14:paraId="038483C2" w14:textId="77777777" w:rsidR="00E663E7" w:rsidRDefault="00000000">
      <w:pPr>
        <w:spacing w:after="120" w:line="360" w:lineRule="exact"/>
        <w:ind w:firstLine="432"/>
      </w:pPr>
      <w:r>
        <w:t>Not the perfect man.</w:t>
      </w:r>
    </w:p>
    <w:p w14:paraId="0DBF6858" w14:textId="77777777" w:rsidR="00E663E7" w:rsidRDefault="00000000">
      <w:pPr>
        <w:spacing w:after="120" w:line="360" w:lineRule="exact"/>
        <w:ind w:firstLine="432"/>
      </w:pPr>
      <w:r>
        <w:t>Not the man with all the answers.</w:t>
      </w:r>
    </w:p>
    <w:p w14:paraId="0312BAA9" w14:textId="77777777" w:rsidR="00E663E7" w:rsidRDefault="00000000">
      <w:pPr>
        <w:spacing w:after="120" w:line="360" w:lineRule="exact"/>
        <w:ind w:firstLine="432"/>
      </w:pPr>
      <w:r>
        <w:t>But the man who keeps showing up.</w:t>
      </w:r>
    </w:p>
    <w:p w14:paraId="008F8BD6" w14:textId="77777777" w:rsidR="00E663E7" w:rsidRDefault="00E663E7">
      <w:pPr>
        <w:spacing w:line="360" w:lineRule="exact"/>
      </w:pPr>
      <w:r/>
    </w:p>
    <w:p w14:paraId="1DF44B31" w14:textId="77777777" w:rsidR="00E663E7" w:rsidRDefault="00000000">
      <w:pPr>
        <w:spacing w:after="120" w:line="360" w:lineRule="exact"/>
        <w:ind w:firstLine="432"/>
      </w:pPr>
      <w:r>
        <w:t>One day, when you’re old enough to read this book, I hope it teaches you three things:</w:t>
      </w:r>
    </w:p>
    <w:p w14:paraId="3FF554FC" w14:textId="77777777" w:rsidR="00E663E7" w:rsidRDefault="00000000">
      <w:pPr>
        <w:spacing w:after="120" w:line="360" w:lineRule="exact"/>
        <w:ind w:firstLine="432"/>
      </w:pPr>
      <w:r>
        <w:t>There are no shortcuts in life.</w:t>
      </w:r>
    </w:p>
    <w:p w14:paraId="41CA2B80" w14:textId="77777777" w:rsidR="00E663E7" w:rsidRDefault="00000000">
      <w:pPr>
        <w:spacing w:after="120" w:line="360" w:lineRule="exact"/>
        <w:ind w:firstLine="432"/>
      </w:pPr>
      <w:r>
        <w:t>Trust your instincts, but test your assumptions.</w:t>
      </w:r>
    </w:p>
    <w:p w14:paraId="03F3B32F" w14:textId="77777777" w:rsidR="00E663E7" w:rsidRDefault="00000000">
      <w:pPr>
        <w:spacing w:after="120" w:line="360" w:lineRule="exact"/>
        <w:ind w:firstLine="432"/>
      </w:pPr>
      <w:r>
        <w:t>Act like someone is always watching — because they are.</w:t>
      </w:r>
    </w:p>
    <w:p w14:paraId="372DB1D8" w14:textId="77777777" w:rsidR="00E663E7" w:rsidRDefault="00E663E7">
      <w:pPr>
        <w:spacing w:line="360" w:lineRule="exact"/>
      </w:pPr>
      <w:r/>
    </w:p>
    <w:p w14:paraId="6F0C85E8" w14:textId="77777777" w:rsidR="00E663E7" w:rsidRDefault="00000000">
      <w:pPr>
        <w:spacing w:after="120" w:line="360" w:lineRule="exact"/>
        <w:ind w:firstLine="432"/>
      </w:pPr>
      <w:r>
        <w:t>God is real.</w:t>
      </w:r>
    </w:p>
    <w:p w14:paraId="4E79F856" w14:textId="77777777" w:rsidR="00E663E7" w:rsidRDefault="00000000">
      <w:pPr>
        <w:spacing w:after="120" w:line="360" w:lineRule="exact"/>
        <w:ind w:firstLine="432"/>
      </w:pPr>
      <w:r>
        <w:t>Love is real.</w:t>
      </w:r>
    </w:p>
    <w:p w14:paraId="3838DA07" w14:textId="77777777" w:rsidR="00E663E7" w:rsidRDefault="00000000">
      <w:pPr>
        <w:spacing w:after="120" w:line="360" w:lineRule="exact"/>
        <w:ind w:firstLine="432"/>
      </w:pPr>
      <w:r>
        <w:t>And so is the pain.</w:t>
      </w:r>
    </w:p>
    <w:p w14:paraId="78110FC3" w14:textId="77777777" w:rsidR="00E663E7" w:rsidRDefault="00000000">
      <w:pPr>
        <w:spacing w:after="120" w:line="360" w:lineRule="exact"/>
        <w:ind w:firstLine="432"/>
      </w:pPr>
      <w:r>
        <w:t>But if you stay kind, stay strong, and stay grounded — nothing can stop you.</w:t>
      </w:r>
    </w:p>
    <w:p w14:paraId="4196A825" w14:textId="77777777" w:rsidR="00E663E7" w:rsidRDefault="00E663E7">
      <w:pPr>
        <w:spacing w:line="360" w:lineRule="exact"/>
      </w:pPr>
      <w:r/>
    </w:p>
    <w:p w14:paraId="4BBD7A78" w14:textId="77777777" w:rsidR="00E663E7" w:rsidRDefault="00000000">
      <w:pPr>
        <w:spacing w:after="120" w:line="360" w:lineRule="exact"/>
        <w:ind w:firstLine="432"/>
      </w:pPr>
      <w:r>
        <w:t>You are destined for greatness.</w:t>
      </w:r>
    </w:p>
    <w:p w14:paraId="3F101E11" w14:textId="77777777" w:rsidR="00E663E7" w:rsidRDefault="00000000">
      <w:pPr>
        <w:spacing w:after="120" w:line="360" w:lineRule="exact"/>
        <w:ind w:firstLine="432"/>
      </w:pPr>
      <w:r>
        <w:t>Not because of your name.</w:t>
      </w:r>
    </w:p>
    <w:p w14:paraId="685E4F29" w14:textId="77777777" w:rsidR="00E663E7" w:rsidRDefault="00000000">
      <w:pPr>
        <w:spacing w:after="120" w:line="360" w:lineRule="exact"/>
        <w:ind w:firstLine="432"/>
      </w:pPr>
      <w:r>
        <w:t>Not because of me.</w:t>
      </w:r>
    </w:p>
    <w:p w14:paraId="050FC1B2" w14:textId="77777777" w:rsidR="00E663E7" w:rsidRDefault="00000000">
      <w:pPr>
        <w:spacing w:after="120" w:line="360" w:lineRule="exact"/>
        <w:ind w:firstLine="432"/>
      </w:pPr>
      <w:r>
        <w:t>But because of who you already are.</w:t>
      </w:r>
    </w:p>
    <w:p w14:paraId="48868F6C" w14:textId="77777777" w:rsidR="00E663E7" w:rsidRDefault="00E663E7">
      <w:pPr>
        <w:spacing w:line="360" w:lineRule="exact"/>
      </w:pPr>
      <w:r/>
    </w:p>
    <w:p w14:paraId="6D390031" w14:textId="77777777" w:rsidR="00E663E7" w:rsidRDefault="00000000">
      <w:pPr>
        <w:spacing w:after="120" w:line="360" w:lineRule="exact"/>
        <w:ind w:firstLine="432"/>
      </w:pPr>
      <w:r>
        <w:t>I love you with everything I have,</w:t>
      </w:r>
    </w:p>
    <w:p w14:paraId="3EC94F76" w14:textId="77777777" w:rsidR="00E663E7" w:rsidRDefault="00000000">
      <w:pPr>
        <w:spacing w:after="120" w:line="360" w:lineRule="exact"/>
        <w:ind w:firstLine="432"/>
      </w:pPr>
      <w:r>
        <w:t>Dad.</w:t>
      </w:r>
    </w:p>
    <w:p w14:paraId="4BFA3EDA" w14:textId="77777777" w:rsidR="00E663E7" w:rsidRDefault="00E663E7">
      <w:pPr>
        <w:spacing w:line="360" w:lineRule="exact"/>
      </w:pPr>
      <w:r/>
    </w:p>
    <w:p w14:paraId="67FA6E65" w14:textId="77777777" w:rsidR="00E663E7" w:rsidRDefault="00E663E7">
      <w:pPr>
        <w:spacing w:line="360" w:lineRule="exact"/>
      </w:pPr>
      <w:r/>
    </w:p>
    <w:p w14:paraId="0D69F6A8" w14:textId="77777777" w:rsidR="00E663E7" w:rsidRDefault="00000000">
      <w:pPr>
        <w:spacing w:after="120" w:line="360" w:lineRule="exact"/>
        <w:ind w:firstLine="432"/>
      </w:pPr>
      <w:r>
        <w:t>This Is Not About Blame</w:t>
      </w:r>
    </w:p>
    <w:p w14:paraId="352835F7" w14:textId="77777777" w:rsidR="00E663E7" w:rsidRDefault="00E663E7">
      <w:pPr>
        <w:spacing w:line="360" w:lineRule="exact"/>
      </w:pPr>
      <w:r/>
    </w:p>
    <w:p w14:paraId="62AB21A4" w14:textId="77777777" w:rsidR="00E663E7" w:rsidRDefault="00000000">
      <w:pPr>
        <w:spacing w:after="120" w:line="360" w:lineRule="exact"/>
        <w:ind w:firstLine="432"/>
      </w:pPr>
      <w:r>
        <w:t>It’s about truth, healing, and wisdom.</w:t>
      </w:r>
    </w:p>
    <w:p w14:paraId="5A367368" w14:textId="77777777" w:rsidR="00E663E7" w:rsidRDefault="00E663E7">
      <w:pPr>
        <w:spacing w:line="360" w:lineRule="exact"/>
      </w:pPr>
      <w:r/>
    </w:p>
    <w:p w14:paraId="75F64D05" w14:textId="77777777" w:rsidR="00E663E7" w:rsidRDefault="00000000">
      <w:pPr>
        <w:spacing w:after="120" w:line="360" w:lineRule="exact"/>
        <w:ind w:firstLine="432"/>
      </w:pPr>
      <w:r>
        <w:t>I want to acknowledge something important.</w:t>
      </w:r>
    </w:p>
    <w:p w14:paraId="04F5BCC5" w14:textId="77777777" w:rsidR="00E663E7" w:rsidRDefault="00000000">
      <w:pPr>
        <w:spacing w:after="120" w:line="360" w:lineRule="exact"/>
        <w:ind w:firstLine="432"/>
      </w:pPr>
      <w:r>
        <w:t>It’s easy to fall into the trap of blaming the opposite sex for the traumas we’ve endured — especially when those wounds come from deeply personal, romantic relationships.</w:t>
      </w:r>
    </w:p>
    <w:p w14:paraId="62578018" w14:textId="77777777" w:rsidR="00E663E7" w:rsidRDefault="00E663E7">
      <w:pPr>
        <w:spacing w:line="360" w:lineRule="exact"/>
      </w:pPr>
      <w:r/>
    </w:p>
    <w:p w14:paraId="51DA1134" w14:textId="77777777" w:rsidR="00E663E7" w:rsidRDefault="00000000">
      <w:pPr>
        <w:spacing w:after="120" w:line="360" w:lineRule="exact"/>
        <w:ind w:firstLine="432"/>
      </w:pPr>
      <w:r>
        <w:t>But I also recognize that the source of pain often lies in proximity.</w:t>
      </w:r>
    </w:p>
    <w:p w14:paraId="35D2D4BA" w14:textId="77777777" w:rsidR="00E663E7" w:rsidRDefault="00000000">
      <w:pPr>
        <w:spacing w:after="120" w:line="360" w:lineRule="exact"/>
        <w:ind w:firstLine="432"/>
      </w:pPr>
      <w:r>
        <w:t>I couldn’t be betrayed or emotionally harmed by a man in the ways I’ve been hurt — because I haven’t let men into those intimate spaces. So naturally, the hurt has come from women.</w:t>
      </w:r>
    </w:p>
    <w:p w14:paraId="7437BF6E" w14:textId="77777777" w:rsidR="00E663E7" w:rsidRDefault="00E663E7">
      <w:pPr>
        <w:spacing w:line="360" w:lineRule="exact"/>
      </w:pPr>
      <w:r/>
    </w:p>
    <w:p w14:paraId="19B7D354" w14:textId="77777777" w:rsidR="00E663E7" w:rsidRDefault="00000000">
      <w:pPr>
        <w:spacing w:after="120" w:line="360" w:lineRule="exact"/>
        <w:ind w:firstLine="432"/>
      </w:pPr>
      <w:r>
        <w:t>That doesn’t mean all women are to blame — not at all.</w:t>
      </w:r>
    </w:p>
    <w:p w14:paraId="3C32F470" w14:textId="77777777" w:rsidR="00E663E7" w:rsidRDefault="00000000">
      <w:pPr>
        <w:spacing w:after="120" w:line="360" w:lineRule="exact"/>
        <w:ind w:firstLine="432"/>
      </w:pPr>
      <w:r>
        <w:t>In fact, some of the greatest love and support I’ve received came from women:</w:t>
      </w:r>
    </w:p>
    <w:p w14:paraId="09D84C00" w14:textId="77777777" w:rsidR="00E663E7" w:rsidRDefault="00000000">
      <w:pPr>
        <w:spacing w:after="120" w:line="360" w:lineRule="exact"/>
        <w:ind w:firstLine="432"/>
      </w:pPr>
      <w:r>
        <w:t>my mother, my partner, my daughter.</w:t>
      </w:r>
    </w:p>
    <w:p w14:paraId="49E85146" w14:textId="77777777" w:rsidR="00E663E7" w:rsidRDefault="00000000">
      <w:pPr>
        <w:spacing w:after="120" w:line="360" w:lineRule="exact"/>
        <w:ind w:firstLine="432"/>
      </w:pPr>
      <w:r>
        <w:t>They remind me that goodness exists, and that love, in its truest form, is still real.</w:t>
      </w:r>
    </w:p>
    <w:p w14:paraId="7082C9E3" w14:textId="77777777" w:rsidR="00E663E7" w:rsidRDefault="00E663E7">
      <w:pPr>
        <w:spacing w:line="360" w:lineRule="exact"/>
      </w:pPr>
      <w:r/>
    </w:p>
    <w:p w14:paraId="6487F309" w14:textId="77777777" w:rsidR="00E663E7" w:rsidRDefault="00000000">
      <w:pPr>
        <w:spacing w:after="120" w:line="360" w:lineRule="exact"/>
        <w:ind w:firstLine="432"/>
      </w:pPr>
      <w:r>
        <w:t>But it also means I’ve had to develop a new kind of awareness.</w:t>
      </w:r>
    </w:p>
    <w:p w14:paraId="4E839DEC" w14:textId="77777777" w:rsidR="00E663E7" w:rsidRDefault="00000000">
      <w:pPr>
        <w:spacing w:after="120" w:line="360" w:lineRule="exact"/>
        <w:ind w:firstLine="432"/>
      </w:pPr>
      <w:r>
        <w:t>Not bitterness — but vigilance.</w:t>
      </w:r>
    </w:p>
    <w:p w14:paraId="2A4E5807" w14:textId="77777777" w:rsidR="00E663E7" w:rsidRDefault="00000000">
      <w:pPr>
        <w:spacing w:after="120" w:line="360" w:lineRule="exact"/>
        <w:ind w:firstLine="432"/>
      </w:pPr>
      <w:r>
        <w:t>Not closed-heartedness — but discernment.</w:t>
      </w:r>
    </w:p>
    <w:p w14:paraId="1A93D099" w14:textId="77777777" w:rsidR="00E663E7" w:rsidRDefault="00E663E7">
      <w:pPr>
        <w:spacing w:line="360" w:lineRule="exact"/>
      </w:pPr>
      <w:r/>
    </w:p>
    <w:p w14:paraId="33B63F12" w14:textId="77777777" w:rsidR="00E663E7" w:rsidRDefault="00000000">
      <w:pPr>
        <w:spacing w:after="120" w:line="360" w:lineRule="exact"/>
        <w:ind w:firstLine="432"/>
      </w:pPr>
      <w:r>
        <w:t>I now understand that not everyone comes into your life to love you.</w:t>
      </w:r>
    </w:p>
    <w:p w14:paraId="719E65EF" w14:textId="77777777" w:rsidR="00E663E7" w:rsidRDefault="00000000">
      <w:pPr>
        <w:spacing w:after="120" w:line="360" w:lineRule="exact"/>
        <w:ind w:firstLine="432"/>
      </w:pPr>
      <w:r>
        <w:t>Some are here to teach you.</w:t>
      </w:r>
    </w:p>
    <w:p w14:paraId="64B97E34" w14:textId="77777777" w:rsidR="00E663E7" w:rsidRDefault="00000000">
      <w:pPr>
        <w:spacing w:after="120" w:line="360" w:lineRule="exact"/>
        <w:ind w:firstLine="432"/>
      </w:pPr>
      <w:r>
        <w:t>Some to test you.</w:t>
      </w:r>
    </w:p>
    <w:p w14:paraId="3B2B7ED0" w14:textId="77777777" w:rsidR="00E663E7" w:rsidRDefault="00000000">
      <w:pPr>
        <w:spacing w:after="120" w:line="360" w:lineRule="exact"/>
        <w:ind w:firstLine="432"/>
      </w:pPr>
      <w:r>
        <w:t>Some to transform you.</w:t>
      </w:r>
    </w:p>
    <w:p w14:paraId="0EACB6F3" w14:textId="77777777" w:rsidR="00E663E7" w:rsidRDefault="00E663E7">
      <w:pPr>
        <w:spacing w:line="360" w:lineRule="exact"/>
      </w:pPr>
      <w:r/>
    </w:p>
    <w:p w14:paraId="12F34366" w14:textId="77777777" w:rsidR="00E663E7" w:rsidRDefault="00000000">
      <w:pPr>
        <w:spacing w:after="120" w:line="360" w:lineRule="exact"/>
        <w:ind w:firstLine="432"/>
      </w:pPr>
      <w:r>
        <w:t>What I’ve learned is this:</w:t>
      </w:r>
    </w:p>
    <w:p w14:paraId="196D5F99" w14:textId="77777777" w:rsidR="00E663E7" w:rsidRDefault="00000000">
      <w:pPr>
        <w:spacing w:after="120" w:line="360" w:lineRule="exact"/>
        <w:ind w:firstLine="432"/>
      </w:pPr>
      <w:r>
        <w:t>Pain doesn’t have to make you resentful.</w:t>
      </w:r>
    </w:p>
    <w:p w14:paraId="13F92542" w14:textId="77777777" w:rsidR="00E663E7" w:rsidRDefault="00000000">
      <w:pPr>
        <w:spacing w:after="120" w:line="360" w:lineRule="exact"/>
        <w:ind w:firstLine="432"/>
      </w:pPr>
      <w:r>
        <w:t>It can make you wise.</w:t>
      </w:r>
    </w:p>
    <w:p w14:paraId="5817230D" w14:textId="77777777" w:rsidR="00E663E7" w:rsidRDefault="00000000">
      <w:pPr>
        <w:spacing w:after="120" w:line="360" w:lineRule="exact"/>
        <w:ind w:firstLine="432"/>
      </w:pPr>
      <w:r>
        <w:t>And being wise means holding space for truth — even when it’s uncomfortable.</w:t>
      </w:r>
    </w:p>
    <w:p w14:paraId="0AA88DE8" w14:textId="77777777" w:rsidR="00E663E7" w:rsidRDefault="00E663E7">
      <w:pPr>
        <w:spacing w:line="360" w:lineRule="exact"/>
      </w:pPr>
      <w:r/>
    </w:p>
    <w:p w14:paraId="7F58AB22" w14:textId="77777777" w:rsidR="00E663E7" w:rsidRDefault="00000000">
      <w:pPr>
        <w:spacing w:after="120" w:line="360" w:lineRule="exact"/>
        <w:ind w:firstLine="432"/>
      </w:pPr>
      <w:r>
        <w:t>I move forward now with more clarity, more faith, and a deeper understanding of myself and others.</w:t>
      </w:r>
    </w:p>
    <w:p w14:paraId="07AA3DDA" w14:textId="77777777" w:rsidR="00E663E7" w:rsidRDefault="00000000">
      <w:pPr>
        <w:spacing w:after="120" w:line="360" w:lineRule="exact"/>
        <w:ind w:firstLine="432"/>
      </w:pPr>
      <w:r>
        <w:t>I still believe in love.</w:t>
      </w:r>
    </w:p>
    <w:p w14:paraId="29138979" w14:textId="77777777" w:rsidR="00E663E7" w:rsidRDefault="00000000">
      <w:pPr>
        <w:spacing w:after="120" w:line="360" w:lineRule="exact"/>
        <w:ind w:firstLine="432"/>
      </w:pPr>
      <w:r>
        <w:t>I still believe in women.</w:t>
      </w:r>
    </w:p>
    <w:p w14:paraId="6D8DA00D" w14:textId="77777777" w:rsidR="00E663E7" w:rsidRDefault="00000000">
      <w:pPr>
        <w:spacing w:after="120" w:line="360" w:lineRule="exact"/>
        <w:ind w:firstLine="432"/>
      </w:pPr>
      <w:r>
        <w:t>But I believe in protecting my peace too.</w:t>
      </w:r>
    </w:p>
    <w:p w14:paraId="6D41FC4B" w14:textId="77777777" w:rsidR="00E663E7" w:rsidRDefault="00E663E7">
      <w:pPr>
        <w:spacing w:line="360" w:lineRule="exact"/>
      </w:pPr>
      <w:r/>
    </w:p>
    <w:p w14:paraId="1778C6E7" w14:textId="77777777" w:rsidR="00E663E7" w:rsidRDefault="00000000">
      <w:pPr>
        <w:spacing w:after="120" w:line="360" w:lineRule="exact"/>
        <w:ind w:firstLine="432"/>
      </w:pPr>
      <w:r>
        <w:t>This is not about blame.</w:t>
      </w:r>
    </w:p>
    <w:p w14:paraId="0F7356ED" w14:textId="77777777" w:rsidR="00E663E7" w:rsidRDefault="00000000">
      <w:pPr>
        <w:spacing w:after="120" w:line="360" w:lineRule="exact"/>
        <w:ind w:firstLine="432"/>
      </w:pPr>
      <w:r>
        <w:t>It’s about rising above what broke me — without denying that it broke me.</w:t>
      </w:r>
    </w:p>
    <w:p w14:paraId="56DA6EC1" w14:textId="77777777" w:rsidR="00E663E7" w:rsidRDefault="00E663E7">
      <w:pPr>
        <w:spacing w:line="360" w:lineRule="exact"/>
      </w:pPr>
      <w:r/>
    </w:p>
    <w:p w14:paraId="14D7C5D9" w14:textId="77777777" w:rsidR="00E663E7" w:rsidRDefault="00000000">
      <w:pPr>
        <w:spacing w:after="120" w:line="360" w:lineRule="exact"/>
        <w:ind w:firstLine="432"/>
      </w:pPr>
      <w:r>
        <w:t>Final Moral: The Watchers and the Filter of Reality</w:t>
      </w:r>
    </w:p>
    <w:p w14:paraId="34CDC03E" w14:textId="77777777" w:rsidR="00E663E7" w:rsidRDefault="00E663E7">
      <w:pPr>
        <w:spacing w:line="360" w:lineRule="exact"/>
      </w:pPr>
      <w:r/>
    </w:p>
    <w:p w14:paraId="5454DD05" w14:textId="77777777" w:rsidR="00E663E7" w:rsidRDefault="00000000">
      <w:pPr>
        <w:spacing w:after="120" w:line="360" w:lineRule="exact"/>
        <w:ind w:firstLine="432"/>
      </w:pPr>
      <w:r>
        <w:t>One of the greatest lessons I’ve learned is this:</w:t>
      </w:r>
    </w:p>
    <w:p w14:paraId="56AFE221" w14:textId="77777777" w:rsidR="00E663E7" w:rsidRDefault="00000000">
      <w:pPr>
        <w:spacing w:after="120" w:line="360" w:lineRule="exact"/>
        <w:ind w:firstLine="432"/>
      </w:pPr>
      <w:r>
        <w:t>Remaining a good person will lead to good outcomes — even if not right away.</w:t>
      </w:r>
    </w:p>
    <w:p w14:paraId="3482F99C" w14:textId="77777777" w:rsidR="00E663E7" w:rsidRDefault="00E663E7">
      <w:pPr>
        <w:spacing w:line="360" w:lineRule="exact"/>
      </w:pPr>
      <w:r/>
    </w:p>
    <w:p w14:paraId="1FAEA58C" w14:textId="77777777" w:rsidR="00E663E7" w:rsidRDefault="00000000">
      <w:pPr>
        <w:spacing w:after="120" w:line="360" w:lineRule="exact"/>
        <w:ind w:firstLine="432"/>
      </w:pPr>
      <w:r>
        <w:t>You may not always be rewarded immediately.</w:t>
      </w:r>
    </w:p>
    <w:p w14:paraId="0A11B777" w14:textId="77777777" w:rsidR="00E663E7" w:rsidRDefault="00000000">
      <w:pPr>
        <w:spacing w:after="120" w:line="360" w:lineRule="exact"/>
        <w:ind w:firstLine="432"/>
      </w:pPr>
      <w:r>
        <w:t>You may suffer.</w:t>
      </w:r>
    </w:p>
    <w:p w14:paraId="64B80E45" w14:textId="77777777" w:rsidR="00E663E7" w:rsidRDefault="00000000">
      <w:pPr>
        <w:spacing w:after="120" w:line="360" w:lineRule="exact"/>
        <w:ind w:firstLine="432"/>
      </w:pPr>
      <w:r>
        <w:t>You may be betrayed.</w:t>
      </w:r>
    </w:p>
    <w:p w14:paraId="04085632" w14:textId="77777777" w:rsidR="00E663E7" w:rsidRDefault="00000000">
      <w:pPr>
        <w:spacing w:after="120" w:line="360" w:lineRule="exact"/>
        <w:ind w:firstLine="432"/>
      </w:pPr>
      <w:r>
        <w:t>You may lose everything.</w:t>
      </w:r>
    </w:p>
    <w:p w14:paraId="4EDF6992" w14:textId="77777777" w:rsidR="00E663E7" w:rsidRDefault="00E663E7">
      <w:pPr>
        <w:spacing w:line="360" w:lineRule="exact"/>
      </w:pPr>
      <w:r/>
    </w:p>
    <w:p w14:paraId="6BE1E2B9" w14:textId="77777777" w:rsidR="00E663E7" w:rsidRDefault="00000000">
      <w:pPr>
        <w:spacing w:after="120" w:line="360" w:lineRule="exact"/>
        <w:ind w:firstLine="432"/>
      </w:pPr>
      <w:r>
        <w:t>But your actions are being watched —</w:t>
      </w:r>
    </w:p>
    <w:p w14:paraId="53C3C77F" w14:textId="77777777" w:rsidR="00E663E7" w:rsidRDefault="00000000">
      <w:pPr>
        <w:spacing w:after="120" w:line="360" w:lineRule="exact"/>
        <w:ind w:firstLine="432"/>
      </w:pPr>
      <w:r>
        <w:t>by forces we do not see,</w:t>
      </w:r>
    </w:p>
    <w:p w14:paraId="18C92962" w14:textId="77777777" w:rsidR="00E663E7" w:rsidRDefault="00000000">
      <w:pPr>
        <w:spacing w:after="120" w:line="360" w:lineRule="exact"/>
        <w:ind w:firstLine="432"/>
      </w:pPr>
      <w:r>
        <w:t>cannot name,</w:t>
      </w:r>
    </w:p>
    <w:p w14:paraId="78454AB2" w14:textId="77777777" w:rsidR="00E663E7" w:rsidRDefault="00000000">
      <w:pPr>
        <w:spacing w:after="120" w:line="360" w:lineRule="exact"/>
        <w:ind w:firstLine="432"/>
      </w:pPr>
      <w:r>
        <w:t>and perhaps are not meant to fully understand.</w:t>
      </w:r>
    </w:p>
    <w:p w14:paraId="154F946A" w14:textId="77777777" w:rsidR="00E663E7" w:rsidRDefault="00E663E7">
      <w:pPr>
        <w:spacing w:line="360" w:lineRule="exact"/>
      </w:pPr>
      <w:r/>
    </w:p>
    <w:p w14:paraId="28FD62D4" w14:textId="77777777" w:rsidR="00E663E7" w:rsidRDefault="00000000">
      <w:pPr>
        <w:spacing w:after="120" w:line="360" w:lineRule="exact"/>
        <w:ind w:firstLine="432"/>
      </w:pPr>
      <w:r>
        <w:t>Call it God.</w:t>
      </w:r>
    </w:p>
    <w:p w14:paraId="1BC51AF6" w14:textId="77777777" w:rsidR="00E663E7" w:rsidRDefault="00000000">
      <w:pPr>
        <w:spacing w:after="120" w:line="360" w:lineRule="exact"/>
        <w:ind w:firstLine="432"/>
      </w:pPr>
      <w:r>
        <w:t>Call it consciousness.</w:t>
      </w:r>
    </w:p>
    <w:p w14:paraId="73A80ED4" w14:textId="77777777" w:rsidR="00E663E7" w:rsidRDefault="00000000">
      <w:pPr>
        <w:spacing w:after="120" w:line="360" w:lineRule="exact"/>
        <w:ind w:firstLine="432"/>
      </w:pPr>
      <w:r>
        <w:t>Call it karma or cosmic justice.</w:t>
      </w:r>
    </w:p>
    <w:p w14:paraId="114DD574" w14:textId="77777777" w:rsidR="00E663E7" w:rsidRDefault="00E663E7">
      <w:pPr>
        <w:spacing w:line="360" w:lineRule="exact"/>
      </w:pPr>
      <w:r/>
    </w:p>
    <w:p w14:paraId="72026EF9" w14:textId="77777777" w:rsidR="00E663E7" w:rsidRDefault="00000000">
      <w:pPr>
        <w:spacing w:after="120" w:line="360" w:lineRule="exact"/>
        <w:ind w:firstLine="432"/>
      </w:pPr>
      <w:r>
        <w:t>But know this:</w:t>
      </w:r>
    </w:p>
    <w:p w14:paraId="62682A42" w14:textId="77777777" w:rsidR="00E663E7" w:rsidRDefault="00000000">
      <w:pPr>
        <w:spacing w:after="120" w:line="360" w:lineRule="exact"/>
        <w:ind w:firstLine="432"/>
      </w:pPr>
      <w:r>
        <w:t>There is something greater.</w:t>
      </w:r>
    </w:p>
    <w:p w14:paraId="512A2415" w14:textId="77777777" w:rsidR="00E663E7" w:rsidRDefault="00000000">
      <w:pPr>
        <w:spacing w:after="120" w:line="360" w:lineRule="exact"/>
        <w:ind w:firstLine="432"/>
      </w:pPr>
      <w:r>
        <w:t>And it watches not with judgment — but with purpose.</w:t>
      </w:r>
    </w:p>
    <w:p w14:paraId="58B70801" w14:textId="77777777" w:rsidR="00E663E7" w:rsidRDefault="00E663E7">
      <w:pPr>
        <w:spacing w:line="360" w:lineRule="exact"/>
      </w:pPr>
      <w:r/>
    </w:p>
    <w:p w14:paraId="00BAE80E" w14:textId="77777777" w:rsidR="00E663E7" w:rsidRDefault="00000000">
      <w:pPr>
        <w:spacing w:after="120" w:line="360" w:lineRule="exact"/>
        <w:ind w:firstLine="432"/>
      </w:pPr>
      <w:r>
        <w:t>Our mind filters reality — not to deceive us, but to preserve us.</w:t>
      </w:r>
    </w:p>
    <w:p w14:paraId="1D6524D3" w14:textId="77777777" w:rsidR="00E663E7" w:rsidRDefault="00000000">
      <w:pPr>
        <w:spacing w:after="120" w:line="360" w:lineRule="exact"/>
        <w:ind w:firstLine="432"/>
      </w:pPr>
      <w:r>
        <w:t>It shields us from the full scope of existence so we can survive.</w:t>
      </w:r>
    </w:p>
    <w:p w14:paraId="4C426DEC" w14:textId="77777777" w:rsidR="00E663E7" w:rsidRDefault="00E663E7">
      <w:pPr>
        <w:spacing w:line="360" w:lineRule="exact"/>
      </w:pPr>
      <w:r/>
    </w:p>
    <w:p w14:paraId="2B7FCFB7" w14:textId="77777777" w:rsidR="00E663E7" w:rsidRDefault="00000000">
      <w:pPr>
        <w:spacing w:after="120" w:line="360" w:lineRule="exact"/>
        <w:ind w:firstLine="432"/>
      </w:pPr>
      <w:r>
        <w:t>But in moments of great trauma, faith, or altered awareness, those filters flicker —</w:t>
      </w:r>
    </w:p>
    <w:p w14:paraId="61505A99" w14:textId="77777777" w:rsidR="00E663E7" w:rsidRDefault="00000000">
      <w:pPr>
        <w:spacing w:after="120" w:line="360" w:lineRule="exact"/>
        <w:ind w:firstLine="432"/>
      </w:pPr>
      <w:r>
        <w:t>and in that flicker, we glimpse the truth.</w:t>
      </w:r>
    </w:p>
    <w:p w14:paraId="62B0857C" w14:textId="77777777" w:rsidR="00E663E7" w:rsidRDefault="00E663E7">
      <w:pPr>
        <w:spacing w:line="360" w:lineRule="exact"/>
      </w:pPr>
      <w:r/>
    </w:p>
    <w:p w14:paraId="28FDC116" w14:textId="77777777" w:rsidR="00E663E7" w:rsidRDefault="00000000">
      <w:pPr>
        <w:spacing w:after="120" w:line="360" w:lineRule="exact"/>
        <w:ind w:firstLine="432"/>
      </w:pPr>
      <w:r>
        <w:t>That we are not alone.</w:t>
      </w:r>
    </w:p>
    <w:p w14:paraId="29E53712" w14:textId="77777777" w:rsidR="00E663E7" w:rsidRDefault="00000000">
      <w:pPr>
        <w:spacing w:after="120" w:line="360" w:lineRule="exact"/>
        <w:ind w:firstLine="432"/>
      </w:pPr>
      <w:r>
        <w:t>That our lives matter.</w:t>
      </w:r>
    </w:p>
    <w:p w14:paraId="597E6B5B" w14:textId="77777777" w:rsidR="00E663E7" w:rsidRDefault="00000000">
      <w:pPr>
        <w:spacing w:after="120" w:line="360" w:lineRule="exact"/>
        <w:ind w:firstLine="432"/>
      </w:pPr>
      <w:r>
        <w:t>That every choice echoes.</w:t>
      </w:r>
    </w:p>
    <w:p w14:paraId="61E95647" w14:textId="77777777" w:rsidR="00E663E7" w:rsidRDefault="00E663E7">
      <w:pPr>
        <w:spacing w:line="360" w:lineRule="exact"/>
      </w:pPr>
      <w:r/>
    </w:p>
    <w:p w14:paraId="4F9FC1ED" w14:textId="77777777" w:rsidR="00E663E7" w:rsidRDefault="00000000">
      <w:pPr>
        <w:spacing w:after="120" w:line="360" w:lineRule="exact"/>
        <w:ind w:firstLine="432"/>
      </w:pPr>
      <w:r>
        <w:t>If you take anything from my story, let it be this:</w:t>
      </w:r>
    </w:p>
    <w:p w14:paraId="3EDF7CA9" w14:textId="77777777" w:rsidR="00E663E7" w:rsidRDefault="00000000">
      <w:pPr>
        <w:spacing w:after="120" w:line="360" w:lineRule="exact"/>
        <w:ind w:firstLine="432"/>
      </w:pPr>
      <w:r>
        <w:t>Do right even when it hurts.</w:t>
      </w:r>
    </w:p>
    <w:p w14:paraId="1EBE37E3" w14:textId="77777777" w:rsidR="00E663E7" w:rsidRDefault="00000000">
      <w:pPr>
        <w:spacing w:after="120" w:line="360" w:lineRule="exact"/>
        <w:ind w:firstLine="432"/>
      </w:pPr>
      <w:r>
        <w:t>Speak truth even when it’s costly.</w:t>
      </w:r>
    </w:p>
    <w:p w14:paraId="0272C6CD" w14:textId="77777777" w:rsidR="00E663E7" w:rsidRDefault="00000000">
      <w:pPr>
        <w:spacing w:after="120" w:line="360" w:lineRule="exact"/>
        <w:ind w:firstLine="432"/>
      </w:pPr>
      <w:r>
        <w:t>And love — even after the pain.</w:t>
      </w:r>
    </w:p>
    <w:p w14:paraId="084156F4" w14:textId="77777777" w:rsidR="00E663E7" w:rsidRDefault="00E663E7">
      <w:pPr>
        <w:spacing w:line="360" w:lineRule="exact"/>
      </w:pPr>
      <w:r/>
    </w:p>
    <w:p w14:paraId="4DB19620" w14:textId="77777777" w:rsidR="00E663E7" w:rsidRDefault="00000000">
      <w:pPr>
        <w:spacing w:after="120" w:line="360" w:lineRule="exact"/>
        <w:ind w:firstLine="432"/>
      </w:pPr>
      <w:r>
        <w:t>Because someone, somewhere, is always watching.</w:t>
      </w:r>
    </w:p>
    <w:p w14:paraId="30D91F09" w14:textId="77777777" w:rsidR="00E663E7" w:rsidRDefault="00E663E7">
      <w:pPr>
        <w:spacing w:line="360" w:lineRule="exact"/>
      </w:pPr>
      <w:r/>
    </w:p>
    <w:p w14:paraId="14886986" w14:textId="77777777" w:rsidR="00E663E7" w:rsidRDefault="00000000">
      <w:pPr>
        <w:spacing w:after="120" w:line="360" w:lineRule="exact"/>
        <w:ind w:firstLine="432"/>
      </w:pPr>
      <w:r>
        <w:t>And if you stay the course…</w:t>
      </w:r>
    </w:p>
    <w:p w14:paraId="5044F792" w14:textId="77777777" w:rsidR="00E663E7" w:rsidRDefault="00000000">
      <w:pPr>
        <w:spacing w:after="120" w:line="360" w:lineRule="exact"/>
        <w:ind w:firstLine="432"/>
      </w:pPr>
      <w:r>
        <w:t>Greatness will find you.</w:t>
      </w:r>
    </w:p>
    <w:p w14:paraId="00DA773B" w14:textId="77777777" w:rsidR="00E663E7" w:rsidRDefault="00E663E7">
      <w:pPr>
        <w:spacing w:line="360" w:lineRule="exact"/>
      </w:pPr>
      <w:r/>
    </w:p>
    <w:p w14:paraId="581CC815" w14:textId="77777777" w:rsidR="00E663E7" w:rsidRDefault="00000000">
      <w:pPr>
        <w:spacing w:after="120" w:line="360" w:lineRule="exact"/>
        <w:ind w:firstLine="432"/>
      </w:pPr>
      <w:r>
        <w:t>Let me know if you’d like any final additions, or if you’re ready to proceed with the compiled manuscript version for review or formatting.</w:t>
      </w:r>
    </w:p>
    <w:p w14:paraId="6334A991" w14:textId="77777777" w:rsidR="00E663E7" w:rsidRDefault="00E663E7">
      <w:pPr>
        <w:spacing w:line="360" w:lineRule="exact"/>
      </w:pPr>
      <w:r/>
    </w:p>
    <w:sectPr w:rsidR="00E663E7" w:rsidSect="00034616">
      <w:headerReference w:type="even" r:id="rId8"/>
      <w:headerReference w:type="default" r:id="rId9"/>
      <w:headerReference w:type="firs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C5006" w14:textId="77777777" w:rsidR="002C31D6" w:rsidRDefault="002C31D6" w:rsidP="0045519F">
      <w:pPr>
        <w:spacing w:after="0" w:line="240" w:lineRule="auto"/>
      </w:pPr>
      <w:r>
        <w:separator/>
      </w:r>
    </w:p>
  </w:endnote>
  <w:endnote w:type="continuationSeparator" w:id="0">
    <w:p w14:paraId="4ABE4BF7" w14:textId="77777777" w:rsidR="002C31D6" w:rsidRDefault="002C31D6" w:rsidP="004551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notTrueType/>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313061" w14:textId="77777777" w:rsidR="002C31D6" w:rsidRDefault="002C31D6" w:rsidP="0045519F">
      <w:pPr>
        <w:spacing w:after="0" w:line="240" w:lineRule="auto"/>
      </w:pPr>
      <w:r>
        <w:separator/>
      </w:r>
    </w:p>
  </w:footnote>
  <w:footnote w:type="continuationSeparator" w:id="0">
    <w:p w14:paraId="68452923" w14:textId="77777777" w:rsidR="002C31D6" w:rsidRDefault="002C31D6" w:rsidP="004551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E98F5" w14:textId="67645CEC" w:rsidR="0045519F" w:rsidRDefault="0045519F">
    <w:pPr>
      <w:pStyle w:val="Header"/>
    </w:pPr>
    <w:r>
      <w:rPr>
        <w:noProof/>
      </w:rPr>
      <mc:AlternateContent>
        <mc:Choice Requires="wps">
          <w:drawing>
            <wp:anchor distT="0" distB="0" distL="0" distR="0" simplePos="0" relativeHeight="251659264" behindDoc="0" locked="0" layoutInCell="1" allowOverlap="1" wp14:anchorId="104DA4ED" wp14:editId="34A42D3E">
              <wp:simplePos x="635" y="635"/>
              <wp:positionH relativeFrom="page">
                <wp:align>center</wp:align>
              </wp:positionH>
              <wp:positionV relativeFrom="page">
                <wp:align>top</wp:align>
              </wp:positionV>
              <wp:extent cx="1680845" cy="333375"/>
              <wp:effectExtent l="0" t="0" r="8255" b="9525"/>
              <wp:wrapNone/>
              <wp:docPr id="508245615" name="Text Box 2" descr="Classification: Confidential / Confidentie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680845" cy="333375"/>
                      </a:xfrm>
                      <a:prstGeom prst="rect">
                        <a:avLst/>
                      </a:prstGeom>
                      <a:noFill/>
                      <a:ln>
                        <a:noFill/>
                      </a:ln>
                    </wps:spPr>
                    <wps:txbx>
                      <w:txbxContent>
                        <w:p w14:paraId="4102E91F" w14:textId="27B6235A" w:rsidR="0045519F" w:rsidRPr="0045519F" w:rsidRDefault="0045519F" w:rsidP="0045519F">
                          <w:pPr>
                            <w:spacing w:after="0"/>
                            <w:rPr>
                              <w:rFonts w:ascii="Calibri" w:eastAsia="Calibri" w:hAnsi="Calibri" w:cs="Calibri"/>
                              <w:noProof/>
                              <w:color w:val="FF0000"/>
                              <w:sz w:val="16"/>
                              <w:szCs w:val="16"/>
                            </w:rPr>
                          </w:pPr>
                          <w:r w:rsidRPr="0045519F">
                            <w:rPr>
                              <w:rFonts w:ascii="Calibri" w:eastAsia="Calibri" w:hAnsi="Calibri" w:cs="Calibri"/>
                              <w:noProof/>
                              <w:color w:val="FF0000"/>
                              <w:sz w:val="16"/>
                              <w:szCs w:val="16"/>
                            </w:rPr>
                            <w:t>Classification: Confidential / Confidentiel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04DA4ED" id="_x0000_t202" coordsize="21600,21600" o:spt="202" path="m,l,21600r21600,l21600,xe">
              <v:stroke joinstyle="miter"/>
              <v:path gradientshapeok="t" o:connecttype="rect"/>
            </v:shapetype>
            <v:shape id="Text Box 2" o:spid="_x0000_s1026" type="#_x0000_t202" alt="Classification: Confidential / Confidentiel" style="position:absolute;margin-left:0;margin-top:0;width:132.35pt;height:26.2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" filled="f" stroked="f">
              <v:fill o:detectmouseclick="t"/>
              <v:textbox style="mso-fit-shape-to-text:t" inset="0,15pt,0,0">
                <w:txbxContent>
                  <w:p w14:paraId="4102E91F" w14:textId="27B6235A" w:rsidR="0045519F" w:rsidRPr="0045519F" w:rsidRDefault="0045519F" w:rsidP="0045519F">
                    <w:pPr>
                      <w:spacing w:after="0"/>
                      <w:rPr>
                        <w:rFonts w:ascii="Calibri" w:eastAsia="Calibri" w:hAnsi="Calibri" w:cs="Calibri"/>
                        <w:noProof/>
                        <w:color w:val="FF0000"/>
                        <w:sz w:val="16"/>
                        <w:szCs w:val="16"/>
                      </w:rPr>
                    </w:pPr>
                    <w:r w:rsidRPr="0045519F">
                      <w:rPr>
                        <w:rFonts w:ascii="Calibri" w:eastAsia="Calibri" w:hAnsi="Calibri" w:cs="Calibri"/>
                        <w:noProof/>
                        <w:color w:val="FF0000"/>
                        <w:sz w:val="16"/>
                        <w:szCs w:val="16"/>
                      </w:rPr>
                      <w:t>Classification: Confidential / Confidentiel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0739D" w14:textId="55766ECC" w:rsidR="0045519F" w:rsidRDefault="0045519F">
    <w:pPr>
      <w:pStyle w:val="Header"/>
    </w:pPr>
    <w:r>
      <w:rPr>
        <w:noProof/>
      </w:rPr>
      <mc:AlternateContent>
        <mc:Choice Requires="wps">
          <w:drawing>
            <wp:anchor distT="0" distB="0" distL="0" distR="0" simplePos="0" relativeHeight="251660288" behindDoc="0" locked="0" layoutInCell="1" allowOverlap="1" wp14:anchorId="3B85689E" wp14:editId="6074120D">
              <wp:simplePos x="635" y="635"/>
              <wp:positionH relativeFrom="page">
                <wp:align>center</wp:align>
              </wp:positionH>
              <wp:positionV relativeFrom="page">
                <wp:align>top</wp:align>
              </wp:positionV>
              <wp:extent cx="1680845" cy="333375"/>
              <wp:effectExtent l="0" t="0" r="8255" b="9525"/>
              <wp:wrapNone/>
              <wp:docPr id="2020220130" name="Text Box 3" descr="Classification: Confidential / Confidentie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680845" cy="333375"/>
                      </a:xfrm>
                      <a:prstGeom prst="rect">
                        <a:avLst/>
                      </a:prstGeom>
                      <a:noFill/>
                      <a:ln>
                        <a:noFill/>
                      </a:ln>
                    </wps:spPr>
                    <wps:txbx>
                      <w:txbxContent>
                        <w:p w14:paraId="791EDF64" w14:textId="306CEAED" w:rsidR="0045519F" w:rsidRPr="0045519F" w:rsidRDefault="0045519F" w:rsidP="0045519F">
                          <w:pPr>
                            <w:spacing w:after="0"/>
                            <w:rPr>
                              <w:rFonts w:ascii="Calibri" w:eastAsia="Calibri" w:hAnsi="Calibri" w:cs="Calibri"/>
                              <w:noProof/>
                              <w:color w:val="FF0000"/>
                              <w:sz w:val="16"/>
                              <w:szCs w:val="16"/>
                            </w:rPr>
                          </w:pPr>
                          <w:r w:rsidRPr="0045519F">
                            <w:rPr>
                              <w:rFonts w:ascii="Calibri" w:eastAsia="Calibri" w:hAnsi="Calibri" w:cs="Calibri"/>
                              <w:noProof/>
                              <w:color w:val="FF0000"/>
                              <w:sz w:val="16"/>
                              <w:szCs w:val="16"/>
                            </w:rPr>
                            <w:t>Classification: Confidential / Confidentiel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B85689E" id="_x0000_t202" coordsize="21600,21600" o:spt="202" path="m,l,21600r21600,l21600,xe">
              <v:stroke joinstyle="miter"/>
              <v:path gradientshapeok="t" o:connecttype="rect"/>
            </v:shapetype>
            <v:shape id="Text Box 3" o:spid="_x0000_s1027" type="#_x0000_t202" alt="Classification: Confidential / Confidentiel" style="position:absolute;margin-left:0;margin-top:0;width:132.35pt;height:26.2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" filled="f" stroked="f">
              <v:fill o:detectmouseclick="t"/>
              <v:textbox style="mso-fit-shape-to-text:t" inset="0,15pt,0,0">
                <w:txbxContent>
                  <w:p w14:paraId="791EDF64" w14:textId="306CEAED" w:rsidR="0045519F" w:rsidRPr="0045519F" w:rsidRDefault="0045519F" w:rsidP="0045519F">
                    <w:pPr>
                      <w:spacing w:after="0"/>
                      <w:rPr>
                        <w:rFonts w:ascii="Calibri" w:eastAsia="Calibri" w:hAnsi="Calibri" w:cs="Calibri"/>
                        <w:noProof/>
                        <w:color w:val="FF0000"/>
                        <w:sz w:val="16"/>
                        <w:szCs w:val="16"/>
                      </w:rPr>
                    </w:pPr>
                    <w:r w:rsidRPr="0045519F">
                      <w:rPr>
                        <w:rFonts w:ascii="Calibri" w:eastAsia="Calibri" w:hAnsi="Calibri" w:cs="Calibri"/>
                        <w:noProof/>
                        <w:color w:val="FF0000"/>
                        <w:sz w:val="16"/>
                        <w:szCs w:val="16"/>
                      </w:rPr>
                      <w:t>Classification: Confidential / Confidentiel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80FAE" w14:textId="7BC90AD8" w:rsidR="0045519F" w:rsidRDefault="0045519F">
    <w:pPr>
      <w:pStyle w:val="Header"/>
    </w:pPr>
    <w:r>
      <w:rPr>
        <w:noProof/>
      </w:rPr>
      <mc:AlternateContent>
        <mc:Choice Requires="wps">
          <w:drawing>
            <wp:anchor distT="0" distB="0" distL="0" distR="0" simplePos="0" relativeHeight="251658240" behindDoc="0" locked="0" layoutInCell="1" allowOverlap="1" wp14:anchorId="6AB1FAE6" wp14:editId="25F70FFD">
              <wp:simplePos x="635" y="635"/>
              <wp:positionH relativeFrom="page">
                <wp:align>center</wp:align>
              </wp:positionH>
              <wp:positionV relativeFrom="page">
                <wp:align>top</wp:align>
              </wp:positionV>
              <wp:extent cx="1680845" cy="333375"/>
              <wp:effectExtent l="0" t="0" r="8255" b="9525"/>
              <wp:wrapNone/>
              <wp:docPr id="117251084" name="Text Box 1" descr="Classification: Confidential / Confidentie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680845" cy="333375"/>
                      </a:xfrm>
                      <a:prstGeom prst="rect">
                        <a:avLst/>
                      </a:prstGeom>
                      <a:noFill/>
                      <a:ln>
                        <a:noFill/>
                      </a:ln>
                    </wps:spPr>
                    <wps:txbx>
                      <w:txbxContent>
                        <w:p w14:paraId="1BFD7F59" w14:textId="670B47B4" w:rsidR="0045519F" w:rsidRPr="0045519F" w:rsidRDefault="0045519F" w:rsidP="0045519F">
                          <w:pPr>
                            <w:spacing w:after="0"/>
                            <w:rPr>
                              <w:rFonts w:ascii="Calibri" w:eastAsia="Calibri" w:hAnsi="Calibri" w:cs="Calibri"/>
                              <w:noProof/>
                              <w:color w:val="FF0000"/>
                              <w:sz w:val="16"/>
                              <w:szCs w:val="16"/>
                            </w:rPr>
                          </w:pPr>
                          <w:r w:rsidRPr="0045519F">
                            <w:rPr>
                              <w:rFonts w:ascii="Calibri" w:eastAsia="Calibri" w:hAnsi="Calibri" w:cs="Calibri"/>
                              <w:noProof/>
                              <w:color w:val="FF0000"/>
                              <w:sz w:val="16"/>
                              <w:szCs w:val="16"/>
                            </w:rPr>
                            <w:t>Classification: Confidential / Confidentiel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AB1FAE6" id="_x0000_t202" coordsize="21600,21600" o:spt="202" path="m,l,21600r21600,l21600,xe">
              <v:stroke joinstyle="miter"/>
              <v:path gradientshapeok="t" o:connecttype="rect"/>
            </v:shapetype>
            <v:shape id="Text Box 1" o:spid="_x0000_s1028" type="#_x0000_t202" alt="Classification: Confidential / Confidentiel" style="position:absolute;margin-left:0;margin-top:0;width:132.35pt;height:26.2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" filled="f" stroked="f">
              <v:fill o:detectmouseclick="t"/>
              <v:textbox style="mso-fit-shape-to-text:t" inset="0,15pt,0,0">
                <w:txbxContent>
                  <w:p w14:paraId="1BFD7F59" w14:textId="670B47B4" w:rsidR="0045519F" w:rsidRPr="0045519F" w:rsidRDefault="0045519F" w:rsidP="0045519F">
                    <w:pPr>
                      <w:spacing w:after="0"/>
                      <w:rPr>
                        <w:rFonts w:ascii="Calibri" w:eastAsia="Calibri" w:hAnsi="Calibri" w:cs="Calibri"/>
                        <w:noProof/>
                        <w:color w:val="FF0000"/>
                        <w:sz w:val="16"/>
                        <w:szCs w:val="16"/>
                      </w:rPr>
                    </w:pPr>
                    <w:r w:rsidRPr="0045519F">
                      <w:rPr>
                        <w:rFonts w:ascii="Calibri" w:eastAsia="Calibri" w:hAnsi="Calibri" w:cs="Calibri"/>
                        <w:noProof/>
                        <w:color w:val="FF0000"/>
                        <w:sz w:val="16"/>
                        <w:szCs w:val="16"/>
                      </w:rPr>
                      <w:t>Classification: Confidential / Confidentiel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49737744">
    <w:abstractNumId w:val="8"/>
  </w:num>
  <w:num w:numId="2" w16cid:durableId="1505977813">
    <w:abstractNumId w:val="6"/>
  </w:num>
  <w:num w:numId="3" w16cid:durableId="1068069148">
    <w:abstractNumId w:val="5"/>
  </w:num>
  <w:num w:numId="4" w16cid:durableId="233469674">
    <w:abstractNumId w:val="4"/>
  </w:num>
  <w:num w:numId="5" w16cid:durableId="1539272338">
    <w:abstractNumId w:val="7"/>
  </w:num>
  <w:num w:numId="6" w16cid:durableId="1887713362">
    <w:abstractNumId w:val="3"/>
  </w:num>
  <w:num w:numId="7" w16cid:durableId="695885634">
    <w:abstractNumId w:val="2"/>
  </w:num>
  <w:num w:numId="8" w16cid:durableId="1631279668">
    <w:abstractNumId w:val="1"/>
  </w:num>
  <w:num w:numId="9" w16cid:durableId="1053845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36B53"/>
    <w:rsid w:val="0029639D"/>
    <w:rsid w:val="002C31D6"/>
    <w:rsid w:val="00326F90"/>
    <w:rsid w:val="003B4733"/>
    <w:rsid w:val="0045519F"/>
    <w:rsid w:val="00583D03"/>
    <w:rsid w:val="00680E56"/>
    <w:rsid w:val="00691AAA"/>
    <w:rsid w:val="006C13BC"/>
    <w:rsid w:val="009A5140"/>
    <w:rsid w:val="00A3430C"/>
    <w:rsid w:val="00AA1D8D"/>
    <w:rsid w:val="00B03B6D"/>
    <w:rsid w:val="00B47730"/>
    <w:rsid w:val="00CB0664"/>
    <w:rsid w:val="00E10655"/>
    <w:rsid w:val="00E663E7"/>
    <w:rsid w:val="00F4397E"/>
    <w:rsid w:val="00FC3FC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E5CD18"/>
  <w14:defaultImageDpi w14:val="300"/>
  <w15:docId w15:val="{50B99CBD-91B9-B34B-BDF8-99A47514D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140</Pages>
  <Words>16029</Words>
  <Characters>91371</Characters>
  <Application>Microsoft Office Word</Application>
  <DocSecurity>0</DocSecurity>
  <Lines>761</Lines>
  <Paragraphs>214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107186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Hani Salib</cp:lastModifiedBy>
  <cp:revision>13</cp:revision>
  <dcterms:created xsi:type="dcterms:W3CDTF">2013-12-23T23:15:00Z</dcterms:created>
  <dcterms:modified xsi:type="dcterms:W3CDTF">2025-07-19T02:49:00Z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6fd1c0c,1e4b366f,786a1ce2</vt:lpwstr>
  </property>
  <property fmtid="{D5CDD505-2E9C-101B-9397-08002B2CF9AE}" pid="3" name="ClassificationContentMarkingHeaderFontProps">
    <vt:lpwstr>#ff0000,8,Calibri</vt:lpwstr>
  </property>
  <property fmtid="{D5CDD505-2E9C-101B-9397-08002B2CF9AE}" pid="4" name="ClassificationContentMarkingHeaderText">
    <vt:lpwstr>Classification: Confidential / Confidentiel</vt:lpwstr>
  </property>
  <property fmtid="{D5CDD505-2E9C-101B-9397-08002B2CF9AE}" pid="5" name="MSIP_Label_89c91976-419e-4507-8065-f86f19ad5a33_Enabled">
    <vt:lpwstr>true</vt:lpwstr>
  </property>
  <property fmtid="{D5CDD505-2E9C-101B-9397-08002B2CF9AE}" pid="6" name="MSIP_Label_89c91976-419e-4507-8065-f86f19ad5a33_SetDate">
    <vt:lpwstr>2025-07-19T02:42:52Z</vt:lpwstr>
  </property>
  <property fmtid="{D5CDD505-2E9C-101B-9397-08002B2CF9AE}" pid="7" name="MSIP_Label_89c91976-419e-4507-8065-f86f19ad5a33_Method">
    <vt:lpwstr>Privileged</vt:lpwstr>
  </property>
  <property fmtid="{D5CDD505-2E9C-101B-9397-08002B2CF9AE}" pid="8" name="MSIP_Label_89c91976-419e-4507-8065-f86f19ad5a33_Name">
    <vt:lpwstr>Confidential</vt:lpwstr>
  </property>
  <property fmtid="{D5CDD505-2E9C-101B-9397-08002B2CF9AE}" pid="9" name="MSIP_Label_89c91976-419e-4507-8065-f86f19ad5a33_SiteId">
    <vt:lpwstr>491d83df-1091-40f8-bcf9-b112f9a35fcf</vt:lpwstr>
  </property>
  <property fmtid="{D5CDD505-2E9C-101B-9397-08002B2CF9AE}" pid="10" name="MSIP_Label_89c91976-419e-4507-8065-f86f19ad5a33_ActionId">
    <vt:lpwstr>e7c14270-23d6-4442-ba97-b92cdb9a4c61</vt:lpwstr>
  </property>
  <property fmtid="{D5CDD505-2E9C-101B-9397-08002B2CF9AE}" pid="11" name="MSIP_Label_89c91976-419e-4507-8065-f86f19ad5a33_ContentBits">
    <vt:lpwstr>1</vt:lpwstr>
  </property>
  <property fmtid="{D5CDD505-2E9C-101B-9397-08002B2CF9AE}" pid="12" name="MSIP_Label_89c91976-419e-4507-8065-f86f19ad5a33_Tag">
    <vt:lpwstr>60, 0, 1, 1</vt:lpwstr>
  </property>
</Properties>
</file>