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7B5C3" w14:textId="51A31B3D" w:rsidR="00021D3A" w:rsidRDefault="00000000" w:rsidP="00021D3A">
      <w:pPr>
        <w:pStyle w:val="Heading1"/>
      </w:pPr>
      <w:r>
        <w:t xml:space="preserve">Competition Name: </w:t>
      </w:r>
      <w:r w:rsidR="00021D3A">
        <w:t xml:space="preserve">Algo Cracking Coding </w:t>
      </w:r>
    </w:p>
    <w:p w14:paraId="61D87FB5" w14:textId="09C760C2" w:rsidR="00160F8F" w:rsidRDefault="00000000">
      <w:pPr>
        <w:pStyle w:val="Heading2"/>
      </w:pPr>
      <w:r>
        <w:t>Problem Title: Build a BST and implement search, insert, and delete operations</w:t>
      </w:r>
    </w:p>
    <w:p w14:paraId="49A81C85" w14:textId="77777777" w:rsidR="00160F8F" w:rsidRDefault="00000000">
      <w:pPr>
        <w:pStyle w:val="Heading3"/>
      </w:pPr>
      <w:r>
        <w:t>1. 🧠 Problem Description</w:t>
      </w:r>
    </w:p>
    <w:p w14:paraId="515AE505"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2710CE54" w14:textId="77777777" w:rsidR="00160F8F" w:rsidRDefault="00000000">
      <w:pPr>
        <w:pStyle w:val="Heading3"/>
      </w:pPr>
      <w:r>
        <w:t>2. 🚀 Use Cases</w:t>
      </w:r>
    </w:p>
    <w:tbl>
      <w:tblPr>
        <w:tblStyle w:val="TableGrid"/>
        <w:tblW w:w="0" w:type="auto"/>
        <w:tblLook w:val="04A0" w:firstRow="1" w:lastRow="0" w:firstColumn="1" w:lastColumn="0" w:noHBand="0" w:noVBand="1"/>
      </w:tblPr>
      <w:tblGrid>
        <w:gridCol w:w="4320"/>
        <w:gridCol w:w="4320"/>
      </w:tblGrid>
      <w:tr w:rsidR="00160F8F" w14:paraId="41E7CAD1" w14:textId="77777777" w:rsidTr="00021D3A">
        <w:tc>
          <w:tcPr>
            <w:tcW w:w="4320" w:type="dxa"/>
          </w:tcPr>
          <w:p w14:paraId="4AC83A5E" w14:textId="77777777" w:rsidR="00160F8F" w:rsidRDefault="00000000">
            <w:r>
              <w:t>Use Case</w:t>
            </w:r>
          </w:p>
        </w:tc>
        <w:tc>
          <w:tcPr>
            <w:tcW w:w="4320" w:type="dxa"/>
          </w:tcPr>
          <w:p w14:paraId="7E73F76B" w14:textId="77777777" w:rsidR="00160F8F" w:rsidRDefault="00000000">
            <w:r>
              <w:t>Description</w:t>
            </w:r>
          </w:p>
        </w:tc>
      </w:tr>
      <w:tr w:rsidR="00160F8F" w14:paraId="47A6841C" w14:textId="77777777" w:rsidTr="00021D3A">
        <w:tc>
          <w:tcPr>
            <w:tcW w:w="4320" w:type="dxa"/>
          </w:tcPr>
          <w:p w14:paraId="745C9302" w14:textId="77777777" w:rsidR="00160F8F" w:rsidRDefault="00000000">
            <w:r>
              <w:t>Banking Apps</w:t>
            </w:r>
          </w:p>
        </w:tc>
        <w:tc>
          <w:tcPr>
            <w:tcW w:w="4320" w:type="dxa"/>
          </w:tcPr>
          <w:p w14:paraId="1E80A0D3" w14:textId="77777777" w:rsidR="00160F8F" w:rsidRDefault="00000000">
            <w:r>
              <w:t>Detect suspicious login locations or simultaneous logins.</w:t>
            </w:r>
          </w:p>
        </w:tc>
      </w:tr>
      <w:tr w:rsidR="00160F8F" w14:paraId="7A556EE8" w14:textId="77777777" w:rsidTr="00021D3A">
        <w:tc>
          <w:tcPr>
            <w:tcW w:w="4320" w:type="dxa"/>
          </w:tcPr>
          <w:p w14:paraId="5A270E9F" w14:textId="77777777" w:rsidR="00160F8F" w:rsidRDefault="00000000">
            <w:r>
              <w:t>POS Transactions</w:t>
            </w:r>
          </w:p>
        </w:tc>
        <w:tc>
          <w:tcPr>
            <w:tcW w:w="4320" w:type="dxa"/>
          </w:tcPr>
          <w:p w14:paraId="2768CB8C" w14:textId="77777777" w:rsidR="00160F8F" w:rsidRDefault="00000000">
            <w:r>
              <w:t>Flag high-value purchases at odd hours.</w:t>
            </w:r>
          </w:p>
        </w:tc>
      </w:tr>
      <w:tr w:rsidR="00160F8F" w14:paraId="626B0268" w14:textId="77777777" w:rsidTr="00021D3A">
        <w:tc>
          <w:tcPr>
            <w:tcW w:w="4320" w:type="dxa"/>
          </w:tcPr>
          <w:p w14:paraId="3A8CAB33" w14:textId="77777777" w:rsidR="00160F8F" w:rsidRDefault="00000000">
            <w:r>
              <w:t>Credit Card Systems</w:t>
            </w:r>
          </w:p>
        </w:tc>
        <w:tc>
          <w:tcPr>
            <w:tcW w:w="4320" w:type="dxa"/>
          </w:tcPr>
          <w:p w14:paraId="4190932D" w14:textId="77777777" w:rsidR="00160F8F" w:rsidRDefault="00000000">
            <w:r>
              <w:t>Monitor frequent micro-transactions in short bursts.</w:t>
            </w:r>
          </w:p>
        </w:tc>
      </w:tr>
      <w:tr w:rsidR="00160F8F" w14:paraId="7C033041" w14:textId="77777777" w:rsidTr="00021D3A">
        <w:tc>
          <w:tcPr>
            <w:tcW w:w="4320" w:type="dxa"/>
          </w:tcPr>
          <w:p w14:paraId="3E48408C" w14:textId="77777777" w:rsidR="00160F8F" w:rsidRDefault="00000000">
            <w:r>
              <w:t>Online Transfers</w:t>
            </w:r>
          </w:p>
        </w:tc>
        <w:tc>
          <w:tcPr>
            <w:tcW w:w="4320" w:type="dxa"/>
          </w:tcPr>
          <w:p w14:paraId="74E122DB" w14:textId="77777777" w:rsidR="00160F8F" w:rsidRDefault="00000000">
            <w:r>
              <w:t>Alert for rapid fund movements between accounts.</w:t>
            </w:r>
          </w:p>
        </w:tc>
      </w:tr>
      <w:tr w:rsidR="00160F8F" w14:paraId="26528457" w14:textId="77777777" w:rsidTr="00021D3A">
        <w:tc>
          <w:tcPr>
            <w:tcW w:w="4320" w:type="dxa"/>
          </w:tcPr>
          <w:p w14:paraId="215F21D4" w14:textId="77777777" w:rsidR="00160F8F" w:rsidRDefault="00000000">
            <w:r>
              <w:t>E-commerce Payments</w:t>
            </w:r>
          </w:p>
        </w:tc>
        <w:tc>
          <w:tcPr>
            <w:tcW w:w="4320" w:type="dxa"/>
          </w:tcPr>
          <w:p w14:paraId="59A1915D" w14:textId="77777777" w:rsidR="00160F8F" w:rsidRDefault="00000000">
            <w:r>
              <w:t>Block high-risk purchases from blacklisted IPs or locations.</w:t>
            </w:r>
          </w:p>
        </w:tc>
      </w:tr>
    </w:tbl>
    <w:p w14:paraId="46ABB221" w14:textId="77777777" w:rsidR="00160F8F" w:rsidRDefault="00000000">
      <w:pPr>
        <w:pStyle w:val="Heading3"/>
      </w:pPr>
      <w:r>
        <w:t>3. ⚠️ Bottlenecks &amp; Suggested Solutions</w:t>
      </w:r>
    </w:p>
    <w:tbl>
      <w:tblPr>
        <w:tblStyle w:val="TableGrid"/>
        <w:tblW w:w="0" w:type="auto"/>
        <w:tblLook w:val="04A0" w:firstRow="1" w:lastRow="0" w:firstColumn="1" w:lastColumn="0" w:noHBand="0" w:noVBand="1"/>
      </w:tblPr>
      <w:tblGrid>
        <w:gridCol w:w="2880"/>
        <w:gridCol w:w="2880"/>
        <w:gridCol w:w="2880"/>
      </w:tblGrid>
      <w:tr w:rsidR="00160F8F" w14:paraId="68AB1B02" w14:textId="77777777" w:rsidTr="00021D3A">
        <w:tc>
          <w:tcPr>
            <w:tcW w:w="2880" w:type="dxa"/>
          </w:tcPr>
          <w:p w14:paraId="43DD827E" w14:textId="77777777" w:rsidR="00160F8F" w:rsidRDefault="00000000">
            <w:r>
              <w:t>Challenge</w:t>
            </w:r>
          </w:p>
        </w:tc>
        <w:tc>
          <w:tcPr>
            <w:tcW w:w="2880" w:type="dxa"/>
          </w:tcPr>
          <w:p w14:paraId="23E3E1D5" w14:textId="77777777" w:rsidR="00160F8F" w:rsidRDefault="00000000">
            <w:r>
              <w:t>Description</w:t>
            </w:r>
          </w:p>
        </w:tc>
        <w:tc>
          <w:tcPr>
            <w:tcW w:w="2880" w:type="dxa"/>
          </w:tcPr>
          <w:p w14:paraId="785B7BD9" w14:textId="77777777" w:rsidR="00160F8F" w:rsidRDefault="00000000">
            <w:r>
              <w:t>Suggested Solution</w:t>
            </w:r>
          </w:p>
        </w:tc>
      </w:tr>
      <w:tr w:rsidR="00160F8F" w14:paraId="311CBC01" w14:textId="77777777" w:rsidTr="00021D3A">
        <w:tc>
          <w:tcPr>
            <w:tcW w:w="2880" w:type="dxa"/>
          </w:tcPr>
          <w:p w14:paraId="0737FA37" w14:textId="77777777" w:rsidR="00160F8F" w:rsidRDefault="00000000">
            <w:r>
              <w:t>False Positives</w:t>
            </w:r>
          </w:p>
        </w:tc>
        <w:tc>
          <w:tcPr>
            <w:tcW w:w="2880" w:type="dxa"/>
          </w:tcPr>
          <w:p w14:paraId="0986C555" w14:textId="77777777" w:rsidR="00160F8F" w:rsidRDefault="00000000">
            <w:r>
              <w:t>Legitimate users may get flagged.</w:t>
            </w:r>
          </w:p>
        </w:tc>
        <w:tc>
          <w:tcPr>
            <w:tcW w:w="2880" w:type="dxa"/>
          </w:tcPr>
          <w:p w14:paraId="124D0DF2" w14:textId="77777777" w:rsidR="00160F8F" w:rsidRDefault="00000000">
            <w:r>
              <w:t>Use adaptive ML models with feedback loops.</w:t>
            </w:r>
          </w:p>
        </w:tc>
      </w:tr>
      <w:tr w:rsidR="00160F8F" w14:paraId="659AF288" w14:textId="77777777" w:rsidTr="00021D3A">
        <w:tc>
          <w:tcPr>
            <w:tcW w:w="2880" w:type="dxa"/>
          </w:tcPr>
          <w:p w14:paraId="366549F5" w14:textId="77777777" w:rsidR="00160F8F" w:rsidRDefault="00000000">
            <w:r>
              <w:t>Latency</w:t>
            </w:r>
          </w:p>
        </w:tc>
        <w:tc>
          <w:tcPr>
            <w:tcW w:w="2880" w:type="dxa"/>
          </w:tcPr>
          <w:p w14:paraId="66D2FC71" w14:textId="77777777" w:rsidR="00160F8F" w:rsidRDefault="00000000">
            <w:r>
              <w:t>Real-time analysis causes delay.</w:t>
            </w:r>
          </w:p>
        </w:tc>
        <w:tc>
          <w:tcPr>
            <w:tcW w:w="2880" w:type="dxa"/>
          </w:tcPr>
          <w:p w14:paraId="472B5CFB" w14:textId="77777777" w:rsidR="00160F8F" w:rsidRDefault="00000000">
            <w:r>
              <w:t>Use stream-processing tools like Kafka + Spark.</w:t>
            </w:r>
          </w:p>
        </w:tc>
      </w:tr>
      <w:tr w:rsidR="00160F8F" w14:paraId="34ED35FB" w14:textId="77777777" w:rsidTr="00021D3A">
        <w:tc>
          <w:tcPr>
            <w:tcW w:w="2880" w:type="dxa"/>
          </w:tcPr>
          <w:p w14:paraId="04573416" w14:textId="77777777" w:rsidR="00160F8F" w:rsidRDefault="00000000">
            <w:r>
              <w:t>Lack of Labeled Data</w:t>
            </w:r>
          </w:p>
        </w:tc>
        <w:tc>
          <w:tcPr>
            <w:tcW w:w="2880" w:type="dxa"/>
          </w:tcPr>
          <w:p w14:paraId="2075D9F4" w14:textId="77777777" w:rsidR="00160F8F" w:rsidRDefault="00000000">
            <w:r>
              <w:t>Fraud patterns are hard to train on.</w:t>
            </w:r>
          </w:p>
        </w:tc>
        <w:tc>
          <w:tcPr>
            <w:tcW w:w="2880" w:type="dxa"/>
          </w:tcPr>
          <w:p w14:paraId="643734B0" w14:textId="77777777" w:rsidR="00160F8F" w:rsidRDefault="00000000">
            <w:r>
              <w:t>Use synthetic fraud data generation and transfer learning.</w:t>
            </w:r>
          </w:p>
        </w:tc>
      </w:tr>
      <w:tr w:rsidR="00160F8F" w14:paraId="5E346B59" w14:textId="77777777" w:rsidTr="00021D3A">
        <w:tc>
          <w:tcPr>
            <w:tcW w:w="2880" w:type="dxa"/>
          </w:tcPr>
          <w:p w14:paraId="0B3CA332" w14:textId="77777777" w:rsidR="00160F8F" w:rsidRDefault="00000000">
            <w:r>
              <w:t>Model Drift</w:t>
            </w:r>
          </w:p>
        </w:tc>
        <w:tc>
          <w:tcPr>
            <w:tcW w:w="2880" w:type="dxa"/>
          </w:tcPr>
          <w:p w14:paraId="304D73CE" w14:textId="77777777" w:rsidR="00160F8F" w:rsidRDefault="00000000">
            <w:r>
              <w:t>Patterns change over time.</w:t>
            </w:r>
          </w:p>
        </w:tc>
        <w:tc>
          <w:tcPr>
            <w:tcW w:w="2880" w:type="dxa"/>
          </w:tcPr>
          <w:p w14:paraId="266079FB" w14:textId="77777777" w:rsidR="00160F8F" w:rsidRDefault="00000000">
            <w:r>
              <w:t>Schedule regular model re-training on recent data.</w:t>
            </w:r>
          </w:p>
        </w:tc>
      </w:tr>
      <w:tr w:rsidR="00160F8F" w14:paraId="78AF5746" w14:textId="77777777" w:rsidTr="00021D3A">
        <w:tc>
          <w:tcPr>
            <w:tcW w:w="2880" w:type="dxa"/>
          </w:tcPr>
          <w:p w14:paraId="1C071505" w14:textId="77777777" w:rsidR="00160F8F" w:rsidRDefault="00000000">
            <w:r>
              <w:t>Integration Issues</w:t>
            </w:r>
          </w:p>
        </w:tc>
        <w:tc>
          <w:tcPr>
            <w:tcW w:w="2880" w:type="dxa"/>
          </w:tcPr>
          <w:p w14:paraId="56BE1291" w14:textId="77777777" w:rsidR="00160F8F" w:rsidRDefault="00000000">
            <w:r>
              <w:t>Hard to embed in legacy systems.</w:t>
            </w:r>
          </w:p>
        </w:tc>
        <w:tc>
          <w:tcPr>
            <w:tcW w:w="2880" w:type="dxa"/>
          </w:tcPr>
          <w:p w14:paraId="54DB35E4" w14:textId="77777777" w:rsidR="00160F8F" w:rsidRDefault="00000000">
            <w:r>
              <w:t>Use API gateway to decouple model from core infra.</w:t>
            </w:r>
          </w:p>
        </w:tc>
      </w:tr>
    </w:tbl>
    <w:p w14:paraId="79B40466" w14:textId="77777777" w:rsidR="00160F8F" w:rsidRDefault="00000000">
      <w:pPr>
        <w:pStyle w:val="Heading3"/>
      </w:pPr>
      <w:r>
        <w:t>4. 📊 Evaluation Rubrics (100-point scale)</w:t>
      </w:r>
    </w:p>
    <w:tbl>
      <w:tblPr>
        <w:tblStyle w:val="TableGrid"/>
        <w:tblW w:w="0" w:type="auto"/>
        <w:tblLook w:val="04A0" w:firstRow="1" w:lastRow="0" w:firstColumn="1" w:lastColumn="0" w:noHBand="0" w:noVBand="1"/>
      </w:tblPr>
      <w:tblGrid>
        <w:gridCol w:w="2880"/>
        <w:gridCol w:w="2880"/>
        <w:gridCol w:w="2880"/>
      </w:tblGrid>
      <w:tr w:rsidR="00160F8F" w14:paraId="7B752D6B" w14:textId="77777777" w:rsidTr="00021D3A">
        <w:tc>
          <w:tcPr>
            <w:tcW w:w="2880" w:type="dxa"/>
          </w:tcPr>
          <w:p w14:paraId="0A19B385" w14:textId="77777777" w:rsidR="00160F8F" w:rsidRDefault="00000000">
            <w:r>
              <w:t>Criteria</w:t>
            </w:r>
          </w:p>
        </w:tc>
        <w:tc>
          <w:tcPr>
            <w:tcW w:w="2880" w:type="dxa"/>
          </w:tcPr>
          <w:p w14:paraId="1708AF8A" w14:textId="77777777" w:rsidR="00160F8F" w:rsidRDefault="00000000">
            <w:r>
              <w:t>Description</w:t>
            </w:r>
          </w:p>
        </w:tc>
        <w:tc>
          <w:tcPr>
            <w:tcW w:w="2880" w:type="dxa"/>
          </w:tcPr>
          <w:p w14:paraId="4342F9C7" w14:textId="77777777" w:rsidR="00160F8F" w:rsidRDefault="00000000">
            <w:r>
              <w:t>Points</w:t>
            </w:r>
          </w:p>
        </w:tc>
      </w:tr>
      <w:tr w:rsidR="00160F8F" w14:paraId="0C1FD5C1" w14:textId="77777777" w:rsidTr="00021D3A">
        <w:tc>
          <w:tcPr>
            <w:tcW w:w="2880" w:type="dxa"/>
          </w:tcPr>
          <w:p w14:paraId="595C51D0" w14:textId="77777777" w:rsidR="00160F8F" w:rsidRDefault="00000000">
            <w:r>
              <w:t>Accuracy of Detection</w:t>
            </w:r>
          </w:p>
        </w:tc>
        <w:tc>
          <w:tcPr>
            <w:tcW w:w="2880" w:type="dxa"/>
          </w:tcPr>
          <w:p w14:paraId="45BB80CA" w14:textId="77777777" w:rsidR="00160F8F" w:rsidRDefault="00000000">
            <w:r>
              <w:t>Effectiveness of identifying fraud cases.</w:t>
            </w:r>
          </w:p>
        </w:tc>
        <w:tc>
          <w:tcPr>
            <w:tcW w:w="2880" w:type="dxa"/>
          </w:tcPr>
          <w:p w14:paraId="45489242" w14:textId="77777777" w:rsidR="00160F8F" w:rsidRDefault="00000000">
            <w:r>
              <w:t>25</w:t>
            </w:r>
          </w:p>
        </w:tc>
      </w:tr>
      <w:tr w:rsidR="00160F8F" w14:paraId="1B2801F6" w14:textId="77777777" w:rsidTr="00021D3A">
        <w:tc>
          <w:tcPr>
            <w:tcW w:w="2880" w:type="dxa"/>
          </w:tcPr>
          <w:p w14:paraId="3C58168B" w14:textId="77777777" w:rsidR="00160F8F" w:rsidRDefault="00000000">
            <w:r>
              <w:t>Latency</w:t>
            </w:r>
          </w:p>
        </w:tc>
        <w:tc>
          <w:tcPr>
            <w:tcW w:w="2880" w:type="dxa"/>
          </w:tcPr>
          <w:p w14:paraId="1A65ACA3" w14:textId="77777777" w:rsidR="00160F8F" w:rsidRDefault="00000000">
            <w:r>
              <w:t>Speed of real-time decision making.</w:t>
            </w:r>
          </w:p>
        </w:tc>
        <w:tc>
          <w:tcPr>
            <w:tcW w:w="2880" w:type="dxa"/>
          </w:tcPr>
          <w:p w14:paraId="499CB065" w14:textId="77777777" w:rsidR="00160F8F" w:rsidRDefault="00000000">
            <w:r>
              <w:t>20</w:t>
            </w:r>
          </w:p>
        </w:tc>
      </w:tr>
      <w:tr w:rsidR="00160F8F" w14:paraId="58C7BD69" w14:textId="77777777" w:rsidTr="00021D3A">
        <w:tc>
          <w:tcPr>
            <w:tcW w:w="2880" w:type="dxa"/>
          </w:tcPr>
          <w:p w14:paraId="68E00A17" w14:textId="77777777" w:rsidR="00160F8F" w:rsidRDefault="00000000">
            <w:r>
              <w:t>Scalability</w:t>
            </w:r>
          </w:p>
        </w:tc>
        <w:tc>
          <w:tcPr>
            <w:tcW w:w="2880" w:type="dxa"/>
          </w:tcPr>
          <w:p w14:paraId="75EFF862" w14:textId="77777777" w:rsidR="00160F8F" w:rsidRDefault="00000000">
            <w:r>
              <w:t>Handles growing number of users/transactions.</w:t>
            </w:r>
          </w:p>
        </w:tc>
        <w:tc>
          <w:tcPr>
            <w:tcW w:w="2880" w:type="dxa"/>
          </w:tcPr>
          <w:p w14:paraId="1218B440" w14:textId="77777777" w:rsidR="00160F8F" w:rsidRDefault="00000000">
            <w:r>
              <w:t>20</w:t>
            </w:r>
          </w:p>
        </w:tc>
      </w:tr>
      <w:tr w:rsidR="00160F8F" w14:paraId="2A0BC5E1" w14:textId="77777777" w:rsidTr="00021D3A">
        <w:tc>
          <w:tcPr>
            <w:tcW w:w="2880" w:type="dxa"/>
          </w:tcPr>
          <w:p w14:paraId="01BA4DE6" w14:textId="77777777" w:rsidR="00160F8F" w:rsidRDefault="00000000">
            <w:r>
              <w:lastRenderedPageBreak/>
              <w:t>Integration Feasibility</w:t>
            </w:r>
          </w:p>
        </w:tc>
        <w:tc>
          <w:tcPr>
            <w:tcW w:w="2880" w:type="dxa"/>
          </w:tcPr>
          <w:p w14:paraId="634B217B" w14:textId="77777777" w:rsidR="00160F8F" w:rsidRDefault="00000000">
            <w:r>
              <w:t>Can be integrated into banking systems.</w:t>
            </w:r>
          </w:p>
        </w:tc>
        <w:tc>
          <w:tcPr>
            <w:tcW w:w="2880" w:type="dxa"/>
          </w:tcPr>
          <w:p w14:paraId="54505CFA" w14:textId="77777777" w:rsidR="00160F8F" w:rsidRDefault="00000000">
            <w:r>
              <w:t>15</w:t>
            </w:r>
          </w:p>
        </w:tc>
      </w:tr>
      <w:tr w:rsidR="00160F8F" w14:paraId="1DB8CE0F" w14:textId="77777777" w:rsidTr="00021D3A">
        <w:tc>
          <w:tcPr>
            <w:tcW w:w="2880" w:type="dxa"/>
          </w:tcPr>
          <w:p w14:paraId="20B30129" w14:textId="77777777" w:rsidR="00160F8F" w:rsidRDefault="00000000">
            <w:r>
              <w:t>UI &amp; Reporting</w:t>
            </w:r>
          </w:p>
        </w:tc>
        <w:tc>
          <w:tcPr>
            <w:tcW w:w="2880" w:type="dxa"/>
          </w:tcPr>
          <w:p w14:paraId="0E40531F" w14:textId="77777777" w:rsidR="00160F8F" w:rsidRDefault="00000000">
            <w:r>
              <w:t>Dashboard to explain alerts and outcomes.</w:t>
            </w:r>
          </w:p>
        </w:tc>
        <w:tc>
          <w:tcPr>
            <w:tcW w:w="2880" w:type="dxa"/>
          </w:tcPr>
          <w:p w14:paraId="54C17BD7" w14:textId="77777777" w:rsidR="00160F8F" w:rsidRDefault="00000000">
            <w:r>
              <w:t>20</w:t>
            </w:r>
          </w:p>
        </w:tc>
      </w:tr>
    </w:tbl>
    <w:p w14:paraId="55C5DEF4" w14:textId="77777777" w:rsidR="00160F8F" w:rsidRDefault="00000000">
      <w:pPr>
        <w:pStyle w:val="Heading3"/>
      </w:pPr>
      <w:r>
        <w:t>5. 🛠 Tools and Technologies</w:t>
      </w:r>
    </w:p>
    <w:p w14:paraId="4BC30BD0" w14:textId="1723C0AB" w:rsidR="00021D3A" w:rsidRDefault="00000000" w:rsidP="00021D3A">
      <w:r>
        <w:t>Recommended tools: Python, Scikit-learn, TensorFlow, Kafka, Apache Spark, REST APIs for banking integration, Docker for containerization, and PostgreSQL or NoSQL databases for transaction history storage. Deployment on AWS/GCP preferred.</w:t>
      </w:r>
    </w:p>
    <w:p w14:paraId="60C20CAA" w14:textId="77777777" w:rsidR="00021D3A" w:rsidRDefault="00021D3A">
      <w:pPr>
        <w:rPr>
          <w:rFonts w:asciiTheme="majorHAnsi" w:eastAsiaTheme="majorEastAsia" w:hAnsiTheme="majorHAnsi" w:cstheme="majorBidi"/>
          <w:b/>
          <w:bCs/>
          <w:color w:val="4F81BD" w:themeColor="accent1"/>
          <w:sz w:val="26"/>
          <w:szCs w:val="26"/>
        </w:rPr>
      </w:pPr>
      <w:r>
        <w:br w:type="page"/>
      </w:r>
    </w:p>
    <w:p w14:paraId="237C09AC" w14:textId="675FC97F" w:rsidR="00160F8F" w:rsidRPr="00021D3A" w:rsidRDefault="00000000" w:rsidP="00021D3A">
      <w:pPr>
        <w:pStyle w:val="Heading2"/>
      </w:pPr>
      <w:r>
        <w:lastRenderedPageBreak/>
        <w:t>Problem Title: Build a skyline silhouette solver using divide and conquer</w:t>
      </w:r>
    </w:p>
    <w:p w14:paraId="688BDAE8" w14:textId="77777777" w:rsidR="00160F8F" w:rsidRDefault="00000000">
      <w:pPr>
        <w:pStyle w:val="Heading3"/>
      </w:pPr>
      <w:r>
        <w:t>1. 🧠 Problem Description</w:t>
      </w:r>
    </w:p>
    <w:p w14:paraId="5859E4CD"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0BAB633E"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052BE2DA" w14:textId="77777777">
        <w:tc>
          <w:tcPr>
            <w:tcW w:w="4320" w:type="dxa"/>
          </w:tcPr>
          <w:p w14:paraId="490B0209" w14:textId="77777777" w:rsidR="00160F8F" w:rsidRDefault="00000000">
            <w:r>
              <w:t>Use Case</w:t>
            </w:r>
          </w:p>
        </w:tc>
        <w:tc>
          <w:tcPr>
            <w:tcW w:w="4320" w:type="dxa"/>
          </w:tcPr>
          <w:p w14:paraId="4659FC2B" w14:textId="77777777" w:rsidR="00160F8F" w:rsidRDefault="00000000">
            <w:r>
              <w:t>Description</w:t>
            </w:r>
          </w:p>
        </w:tc>
      </w:tr>
      <w:tr w:rsidR="00160F8F" w14:paraId="43EE3FCD" w14:textId="77777777">
        <w:tc>
          <w:tcPr>
            <w:tcW w:w="4320" w:type="dxa"/>
          </w:tcPr>
          <w:p w14:paraId="7FAA87E1" w14:textId="77777777" w:rsidR="00160F8F" w:rsidRDefault="00000000">
            <w:r>
              <w:t>Banking Apps</w:t>
            </w:r>
          </w:p>
        </w:tc>
        <w:tc>
          <w:tcPr>
            <w:tcW w:w="4320" w:type="dxa"/>
          </w:tcPr>
          <w:p w14:paraId="4C2BB5E7" w14:textId="77777777" w:rsidR="00160F8F" w:rsidRDefault="00000000">
            <w:r>
              <w:t>Detect suspicious login locations or simultaneous logins.</w:t>
            </w:r>
          </w:p>
        </w:tc>
      </w:tr>
      <w:tr w:rsidR="00160F8F" w14:paraId="5C175A73" w14:textId="77777777">
        <w:tc>
          <w:tcPr>
            <w:tcW w:w="4320" w:type="dxa"/>
          </w:tcPr>
          <w:p w14:paraId="26126FFE" w14:textId="77777777" w:rsidR="00160F8F" w:rsidRDefault="00000000">
            <w:r>
              <w:t>POS Transactions</w:t>
            </w:r>
          </w:p>
        </w:tc>
        <w:tc>
          <w:tcPr>
            <w:tcW w:w="4320" w:type="dxa"/>
          </w:tcPr>
          <w:p w14:paraId="2C5F38EB" w14:textId="77777777" w:rsidR="00160F8F" w:rsidRDefault="00000000">
            <w:r>
              <w:t>Flag high-value purchases at odd hours.</w:t>
            </w:r>
          </w:p>
        </w:tc>
      </w:tr>
      <w:tr w:rsidR="00160F8F" w14:paraId="229CC1B6" w14:textId="77777777">
        <w:tc>
          <w:tcPr>
            <w:tcW w:w="4320" w:type="dxa"/>
          </w:tcPr>
          <w:p w14:paraId="06F5C7C5" w14:textId="77777777" w:rsidR="00160F8F" w:rsidRDefault="00000000">
            <w:r>
              <w:t>Credit Card Systems</w:t>
            </w:r>
          </w:p>
        </w:tc>
        <w:tc>
          <w:tcPr>
            <w:tcW w:w="4320" w:type="dxa"/>
          </w:tcPr>
          <w:p w14:paraId="1DFD89D0" w14:textId="77777777" w:rsidR="00160F8F" w:rsidRDefault="00000000">
            <w:r>
              <w:t>Monitor frequent micro-transactions in short bursts.</w:t>
            </w:r>
          </w:p>
        </w:tc>
      </w:tr>
      <w:tr w:rsidR="00160F8F" w14:paraId="29AE502B" w14:textId="77777777">
        <w:tc>
          <w:tcPr>
            <w:tcW w:w="4320" w:type="dxa"/>
          </w:tcPr>
          <w:p w14:paraId="72C03217" w14:textId="77777777" w:rsidR="00160F8F" w:rsidRDefault="00000000">
            <w:r>
              <w:t>Online Transfers</w:t>
            </w:r>
          </w:p>
        </w:tc>
        <w:tc>
          <w:tcPr>
            <w:tcW w:w="4320" w:type="dxa"/>
          </w:tcPr>
          <w:p w14:paraId="524E876D" w14:textId="77777777" w:rsidR="00160F8F" w:rsidRDefault="00000000">
            <w:r>
              <w:t>Alert for rapid fund movements between accounts.</w:t>
            </w:r>
          </w:p>
        </w:tc>
      </w:tr>
      <w:tr w:rsidR="00160F8F" w14:paraId="6AFEBA96" w14:textId="77777777">
        <w:tc>
          <w:tcPr>
            <w:tcW w:w="4320" w:type="dxa"/>
          </w:tcPr>
          <w:p w14:paraId="1F4646DB" w14:textId="77777777" w:rsidR="00160F8F" w:rsidRDefault="00000000">
            <w:r>
              <w:t>E-commerce Payments</w:t>
            </w:r>
          </w:p>
        </w:tc>
        <w:tc>
          <w:tcPr>
            <w:tcW w:w="4320" w:type="dxa"/>
          </w:tcPr>
          <w:p w14:paraId="6619131A" w14:textId="77777777" w:rsidR="00160F8F" w:rsidRDefault="00000000">
            <w:r>
              <w:t>Block high-risk purchases from blacklisted IPs or locations.</w:t>
            </w:r>
          </w:p>
        </w:tc>
      </w:tr>
    </w:tbl>
    <w:p w14:paraId="49490D25"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2364A670" w14:textId="77777777">
        <w:tc>
          <w:tcPr>
            <w:tcW w:w="2880" w:type="dxa"/>
          </w:tcPr>
          <w:p w14:paraId="128A19A3" w14:textId="77777777" w:rsidR="00160F8F" w:rsidRDefault="00000000">
            <w:r>
              <w:t>Challenge</w:t>
            </w:r>
          </w:p>
        </w:tc>
        <w:tc>
          <w:tcPr>
            <w:tcW w:w="2880" w:type="dxa"/>
          </w:tcPr>
          <w:p w14:paraId="570649D8" w14:textId="77777777" w:rsidR="00160F8F" w:rsidRDefault="00000000">
            <w:r>
              <w:t>Description</w:t>
            </w:r>
          </w:p>
        </w:tc>
        <w:tc>
          <w:tcPr>
            <w:tcW w:w="2880" w:type="dxa"/>
          </w:tcPr>
          <w:p w14:paraId="274BD630" w14:textId="77777777" w:rsidR="00160F8F" w:rsidRDefault="00000000">
            <w:r>
              <w:t>Suggested Solution</w:t>
            </w:r>
          </w:p>
        </w:tc>
      </w:tr>
      <w:tr w:rsidR="00160F8F" w14:paraId="7CD10014" w14:textId="77777777">
        <w:tc>
          <w:tcPr>
            <w:tcW w:w="2880" w:type="dxa"/>
          </w:tcPr>
          <w:p w14:paraId="6751D699" w14:textId="77777777" w:rsidR="00160F8F" w:rsidRDefault="00000000">
            <w:r>
              <w:t>False Positives</w:t>
            </w:r>
          </w:p>
        </w:tc>
        <w:tc>
          <w:tcPr>
            <w:tcW w:w="2880" w:type="dxa"/>
          </w:tcPr>
          <w:p w14:paraId="49A2A976" w14:textId="77777777" w:rsidR="00160F8F" w:rsidRDefault="00000000">
            <w:r>
              <w:t>Legitimate users may get flagged.</w:t>
            </w:r>
          </w:p>
        </w:tc>
        <w:tc>
          <w:tcPr>
            <w:tcW w:w="2880" w:type="dxa"/>
          </w:tcPr>
          <w:p w14:paraId="004BF3B4" w14:textId="77777777" w:rsidR="00160F8F" w:rsidRDefault="00000000">
            <w:r>
              <w:t>Use adaptive ML models with feedback loops.</w:t>
            </w:r>
          </w:p>
        </w:tc>
      </w:tr>
      <w:tr w:rsidR="00160F8F" w14:paraId="2F4B8EDB" w14:textId="77777777">
        <w:tc>
          <w:tcPr>
            <w:tcW w:w="2880" w:type="dxa"/>
          </w:tcPr>
          <w:p w14:paraId="78FCE83D" w14:textId="77777777" w:rsidR="00160F8F" w:rsidRDefault="00000000">
            <w:r>
              <w:t>Latency</w:t>
            </w:r>
          </w:p>
        </w:tc>
        <w:tc>
          <w:tcPr>
            <w:tcW w:w="2880" w:type="dxa"/>
          </w:tcPr>
          <w:p w14:paraId="196666D2" w14:textId="77777777" w:rsidR="00160F8F" w:rsidRDefault="00000000">
            <w:r>
              <w:t>Real-time analysis causes delay.</w:t>
            </w:r>
          </w:p>
        </w:tc>
        <w:tc>
          <w:tcPr>
            <w:tcW w:w="2880" w:type="dxa"/>
          </w:tcPr>
          <w:p w14:paraId="0883471B" w14:textId="77777777" w:rsidR="00160F8F" w:rsidRDefault="00000000">
            <w:r>
              <w:t>Use stream-processing tools like Kafka + Spark.</w:t>
            </w:r>
          </w:p>
        </w:tc>
      </w:tr>
      <w:tr w:rsidR="00160F8F" w14:paraId="7B96F04D" w14:textId="77777777">
        <w:tc>
          <w:tcPr>
            <w:tcW w:w="2880" w:type="dxa"/>
          </w:tcPr>
          <w:p w14:paraId="00B43C4F" w14:textId="77777777" w:rsidR="00160F8F" w:rsidRDefault="00000000">
            <w:r>
              <w:t>Lack of Labeled Data</w:t>
            </w:r>
          </w:p>
        </w:tc>
        <w:tc>
          <w:tcPr>
            <w:tcW w:w="2880" w:type="dxa"/>
          </w:tcPr>
          <w:p w14:paraId="1D7A4086" w14:textId="77777777" w:rsidR="00160F8F" w:rsidRDefault="00000000">
            <w:r>
              <w:t>Fraud patterns are hard to train on.</w:t>
            </w:r>
          </w:p>
        </w:tc>
        <w:tc>
          <w:tcPr>
            <w:tcW w:w="2880" w:type="dxa"/>
          </w:tcPr>
          <w:p w14:paraId="760A1365" w14:textId="77777777" w:rsidR="00160F8F" w:rsidRDefault="00000000">
            <w:r>
              <w:t>Use synthetic fraud data generation and transfer learning.</w:t>
            </w:r>
          </w:p>
        </w:tc>
      </w:tr>
      <w:tr w:rsidR="00160F8F" w14:paraId="4B1BCB22" w14:textId="77777777">
        <w:tc>
          <w:tcPr>
            <w:tcW w:w="2880" w:type="dxa"/>
          </w:tcPr>
          <w:p w14:paraId="688DC410" w14:textId="77777777" w:rsidR="00160F8F" w:rsidRDefault="00000000">
            <w:r>
              <w:t>Model Drift</w:t>
            </w:r>
          </w:p>
        </w:tc>
        <w:tc>
          <w:tcPr>
            <w:tcW w:w="2880" w:type="dxa"/>
          </w:tcPr>
          <w:p w14:paraId="21A79107" w14:textId="77777777" w:rsidR="00160F8F" w:rsidRDefault="00000000">
            <w:r>
              <w:t>Patterns change over time.</w:t>
            </w:r>
          </w:p>
        </w:tc>
        <w:tc>
          <w:tcPr>
            <w:tcW w:w="2880" w:type="dxa"/>
          </w:tcPr>
          <w:p w14:paraId="34736CA5" w14:textId="77777777" w:rsidR="00160F8F" w:rsidRDefault="00000000">
            <w:r>
              <w:t>Schedule regular model re-training on recent data.</w:t>
            </w:r>
          </w:p>
        </w:tc>
      </w:tr>
      <w:tr w:rsidR="00160F8F" w14:paraId="24AE401A" w14:textId="77777777">
        <w:tc>
          <w:tcPr>
            <w:tcW w:w="2880" w:type="dxa"/>
          </w:tcPr>
          <w:p w14:paraId="044CC55A" w14:textId="77777777" w:rsidR="00160F8F" w:rsidRDefault="00000000">
            <w:r>
              <w:t>Integration Issues</w:t>
            </w:r>
          </w:p>
        </w:tc>
        <w:tc>
          <w:tcPr>
            <w:tcW w:w="2880" w:type="dxa"/>
          </w:tcPr>
          <w:p w14:paraId="103BB3B0" w14:textId="77777777" w:rsidR="00160F8F" w:rsidRDefault="00000000">
            <w:r>
              <w:t>Hard to embed in legacy systems.</w:t>
            </w:r>
          </w:p>
        </w:tc>
        <w:tc>
          <w:tcPr>
            <w:tcW w:w="2880" w:type="dxa"/>
          </w:tcPr>
          <w:p w14:paraId="5D691DEF" w14:textId="77777777" w:rsidR="00160F8F" w:rsidRDefault="00000000">
            <w:r>
              <w:t>Use API gateway to decouple model from core infra.</w:t>
            </w:r>
          </w:p>
        </w:tc>
      </w:tr>
    </w:tbl>
    <w:p w14:paraId="4BDDFCF6"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7A6E03DA" w14:textId="77777777">
        <w:tc>
          <w:tcPr>
            <w:tcW w:w="2880" w:type="dxa"/>
          </w:tcPr>
          <w:p w14:paraId="1E3E4934" w14:textId="77777777" w:rsidR="00160F8F" w:rsidRDefault="00000000">
            <w:r>
              <w:t>Criteria</w:t>
            </w:r>
          </w:p>
        </w:tc>
        <w:tc>
          <w:tcPr>
            <w:tcW w:w="2880" w:type="dxa"/>
          </w:tcPr>
          <w:p w14:paraId="568B0F94" w14:textId="77777777" w:rsidR="00160F8F" w:rsidRDefault="00000000">
            <w:r>
              <w:t>Description</w:t>
            </w:r>
          </w:p>
        </w:tc>
        <w:tc>
          <w:tcPr>
            <w:tcW w:w="2880" w:type="dxa"/>
          </w:tcPr>
          <w:p w14:paraId="2FE189BE" w14:textId="77777777" w:rsidR="00160F8F" w:rsidRDefault="00000000">
            <w:r>
              <w:t>Points</w:t>
            </w:r>
          </w:p>
        </w:tc>
      </w:tr>
      <w:tr w:rsidR="00160F8F" w14:paraId="06757F7F" w14:textId="77777777">
        <w:tc>
          <w:tcPr>
            <w:tcW w:w="2880" w:type="dxa"/>
          </w:tcPr>
          <w:p w14:paraId="6996CD7C" w14:textId="77777777" w:rsidR="00160F8F" w:rsidRDefault="00000000">
            <w:r>
              <w:t>Accuracy of Detection</w:t>
            </w:r>
          </w:p>
        </w:tc>
        <w:tc>
          <w:tcPr>
            <w:tcW w:w="2880" w:type="dxa"/>
          </w:tcPr>
          <w:p w14:paraId="595601A9" w14:textId="77777777" w:rsidR="00160F8F" w:rsidRDefault="00000000">
            <w:r>
              <w:t>Effectiveness of identifying fraud cases.</w:t>
            </w:r>
          </w:p>
        </w:tc>
        <w:tc>
          <w:tcPr>
            <w:tcW w:w="2880" w:type="dxa"/>
          </w:tcPr>
          <w:p w14:paraId="538A94A6" w14:textId="77777777" w:rsidR="00160F8F" w:rsidRDefault="00000000">
            <w:r>
              <w:t>25</w:t>
            </w:r>
          </w:p>
        </w:tc>
      </w:tr>
      <w:tr w:rsidR="00160F8F" w14:paraId="7270528B" w14:textId="77777777">
        <w:tc>
          <w:tcPr>
            <w:tcW w:w="2880" w:type="dxa"/>
          </w:tcPr>
          <w:p w14:paraId="64A8E0C9" w14:textId="77777777" w:rsidR="00160F8F" w:rsidRDefault="00000000">
            <w:r>
              <w:t>Latency</w:t>
            </w:r>
          </w:p>
        </w:tc>
        <w:tc>
          <w:tcPr>
            <w:tcW w:w="2880" w:type="dxa"/>
          </w:tcPr>
          <w:p w14:paraId="3DC45AF5" w14:textId="77777777" w:rsidR="00160F8F" w:rsidRDefault="00000000">
            <w:r>
              <w:t>Speed of real-time decision making.</w:t>
            </w:r>
          </w:p>
        </w:tc>
        <w:tc>
          <w:tcPr>
            <w:tcW w:w="2880" w:type="dxa"/>
          </w:tcPr>
          <w:p w14:paraId="30E23DF9" w14:textId="77777777" w:rsidR="00160F8F" w:rsidRDefault="00000000">
            <w:r>
              <w:t>20</w:t>
            </w:r>
          </w:p>
        </w:tc>
      </w:tr>
      <w:tr w:rsidR="00160F8F" w14:paraId="2CC37A35" w14:textId="77777777">
        <w:tc>
          <w:tcPr>
            <w:tcW w:w="2880" w:type="dxa"/>
          </w:tcPr>
          <w:p w14:paraId="5A1B9D93" w14:textId="77777777" w:rsidR="00160F8F" w:rsidRDefault="00000000">
            <w:r>
              <w:t>Scalability</w:t>
            </w:r>
          </w:p>
        </w:tc>
        <w:tc>
          <w:tcPr>
            <w:tcW w:w="2880" w:type="dxa"/>
          </w:tcPr>
          <w:p w14:paraId="7078ECA3" w14:textId="77777777" w:rsidR="00160F8F" w:rsidRDefault="00000000">
            <w:r>
              <w:t>Handles growing number of users/transactions.</w:t>
            </w:r>
          </w:p>
        </w:tc>
        <w:tc>
          <w:tcPr>
            <w:tcW w:w="2880" w:type="dxa"/>
          </w:tcPr>
          <w:p w14:paraId="6A1B1A0E" w14:textId="77777777" w:rsidR="00160F8F" w:rsidRDefault="00000000">
            <w:r>
              <w:t>20</w:t>
            </w:r>
          </w:p>
        </w:tc>
      </w:tr>
      <w:tr w:rsidR="00160F8F" w14:paraId="7003FBFB" w14:textId="77777777">
        <w:tc>
          <w:tcPr>
            <w:tcW w:w="2880" w:type="dxa"/>
          </w:tcPr>
          <w:p w14:paraId="6234050A" w14:textId="77777777" w:rsidR="00160F8F" w:rsidRDefault="00000000">
            <w:r>
              <w:t>Integration Feasibility</w:t>
            </w:r>
          </w:p>
        </w:tc>
        <w:tc>
          <w:tcPr>
            <w:tcW w:w="2880" w:type="dxa"/>
          </w:tcPr>
          <w:p w14:paraId="00B23CE9" w14:textId="77777777" w:rsidR="00160F8F" w:rsidRDefault="00000000">
            <w:r>
              <w:t>Can be integrated into banking systems.</w:t>
            </w:r>
          </w:p>
        </w:tc>
        <w:tc>
          <w:tcPr>
            <w:tcW w:w="2880" w:type="dxa"/>
          </w:tcPr>
          <w:p w14:paraId="50D755D0" w14:textId="77777777" w:rsidR="00160F8F" w:rsidRDefault="00000000">
            <w:r>
              <w:t>15</w:t>
            </w:r>
          </w:p>
        </w:tc>
      </w:tr>
      <w:tr w:rsidR="00160F8F" w14:paraId="296B7CF9" w14:textId="77777777">
        <w:tc>
          <w:tcPr>
            <w:tcW w:w="2880" w:type="dxa"/>
          </w:tcPr>
          <w:p w14:paraId="63E6B54E" w14:textId="77777777" w:rsidR="00160F8F" w:rsidRDefault="00000000">
            <w:r>
              <w:t>UI &amp; Reporting</w:t>
            </w:r>
          </w:p>
        </w:tc>
        <w:tc>
          <w:tcPr>
            <w:tcW w:w="2880" w:type="dxa"/>
          </w:tcPr>
          <w:p w14:paraId="24C66B8C" w14:textId="77777777" w:rsidR="00160F8F" w:rsidRDefault="00000000">
            <w:r>
              <w:t>Dashboard to explain alerts and outcomes.</w:t>
            </w:r>
          </w:p>
        </w:tc>
        <w:tc>
          <w:tcPr>
            <w:tcW w:w="2880" w:type="dxa"/>
          </w:tcPr>
          <w:p w14:paraId="6B189726" w14:textId="77777777" w:rsidR="00160F8F" w:rsidRDefault="00000000">
            <w:r>
              <w:t>20</w:t>
            </w:r>
          </w:p>
        </w:tc>
      </w:tr>
    </w:tbl>
    <w:p w14:paraId="1BA63327" w14:textId="77777777" w:rsidR="00160F8F" w:rsidRDefault="00000000">
      <w:pPr>
        <w:pStyle w:val="Heading3"/>
      </w:pPr>
      <w:r>
        <w:t>5. 🛠 Tools and Technologies</w:t>
      </w:r>
    </w:p>
    <w:p w14:paraId="00F68293" w14:textId="36C6D3E7" w:rsidR="00160F8F" w:rsidRDefault="00000000" w:rsidP="00021D3A">
      <w:r>
        <w:t>Recommended tools: Python, Scikit-learn, TensorFlow, Kafka, Apache Spark, REST APIs for banking integration, Docker for containerization, and PostgreSQL or NoSQL databases for transaction history storage. Deployment on AWS/GCP preferred.</w:t>
      </w:r>
    </w:p>
    <w:p w14:paraId="5879882A" w14:textId="77777777" w:rsidR="00021D3A" w:rsidRDefault="00021D3A">
      <w:pPr>
        <w:rPr>
          <w:rFonts w:asciiTheme="majorHAnsi" w:eastAsiaTheme="majorEastAsia" w:hAnsiTheme="majorHAnsi" w:cstheme="majorBidi"/>
          <w:b/>
          <w:bCs/>
          <w:color w:val="4F81BD" w:themeColor="accent1"/>
          <w:sz w:val="26"/>
          <w:szCs w:val="26"/>
        </w:rPr>
      </w:pPr>
      <w:r>
        <w:br w:type="page"/>
      </w:r>
    </w:p>
    <w:p w14:paraId="0BFBE140" w14:textId="0F6CB572" w:rsidR="00160F8F" w:rsidRDefault="00000000">
      <w:pPr>
        <w:pStyle w:val="Heading2"/>
      </w:pPr>
      <w:r>
        <w:lastRenderedPageBreak/>
        <w:t>Problem Title: Build an efficient cache system using LRU strategy</w:t>
      </w:r>
    </w:p>
    <w:p w14:paraId="58FD0F4B" w14:textId="77777777" w:rsidR="00160F8F" w:rsidRDefault="00000000">
      <w:pPr>
        <w:pStyle w:val="Heading3"/>
      </w:pPr>
      <w:r>
        <w:t>1. 🧠 Problem Description</w:t>
      </w:r>
    </w:p>
    <w:p w14:paraId="7F409AAE"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6C7AF30E"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33B418A5" w14:textId="77777777">
        <w:tc>
          <w:tcPr>
            <w:tcW w:w="4320" w:type="dxa"/>
          </w:tcPr>
          <w:p w14:paraId="43CB4504" w14:textId="77777777" w:rsidR="00160F8F" w:rsidRDefault="00000000">
            <w:r>
              <w:t>Use Case</w:t>
            </w:r>
          </w:p>
        </w:tc>
        <w:tc>
          <w:tcPr>
            <w:tcW w:w="4320" w:type="dxa"/>
          </w:tcPr>
          <w:p w14:paraId="682377B4" w14:textId="77777777" w:rsidR="00160F8F" w:rsidRDefault="00000000">
            <w:r>
              <w:t>Description</w:t>
            </w:r>
          </w:p>
        </w:tc>
      </w:tr>
      <w:tr w:rsidR="00160F8F" w14:paraId="4CE026F0" w14:textId="77777777">
        <w:tc>
          <w:tcPr>
            <w:tcW w:w="4320" w:type="dxa"/>
          </w:tcPr>
          <w:p w14:paraId="1F224D22" w14:textId="77777777" w:rsidR="00160F8F" w:rsidRDefault="00000000">
            <w:r>
              <w:t>Banking Apps</w:t>
            </w:r>
          </w:p>
        </w:tc>
        <w:tc>
          <w:tcPr>
            <w:tcW w:w="4320" w:type="dxa"/>
          </w:tcPr>
          <w:p w14:paraId="01F5C701" w14:textId="77777777" w:rsidR="00160F8F" w:rsidRDefault="00000000">
            <w:r>
              <w:t>Detect suspicious login locations or simultaneous logins.</w:t>
            </w:r>
          </w:p>
        </w:tc>
      </w:tr>
      <w:tr w:rsidR="00160F8F" w14:paraId="445629C6" w14:textId="77777777">
        <w:tc>
          <w:tcPr>
            <w:tcW w:w="4320" w:type="dxa"/>
          </w:tcPr>
          <w:p w14:paraId="4E429A28" w14:textId="77777777" w:rsidR="00160F8F" w:rsidRDefault="00000000">
            <w:r>
              <w:t>POS Transactions</w:t>
            </w:r>
          </w:p>
        </w:tc>
        <w:tc>
          <w:tcPr>
            <w:tcW w:w="4320" w:type="dxa"/>
          </w:tcPr>
          <w:p w14:paraId="6C20E09F" w14:textId="77777777" w:rsidR="00160F8F" w:rsidRDefault="00000000">
            <w:r>
              <w:t>Flag high-value purchases at odd hours.</w:t>
            </w:r>
          </w:p>
        </w:tc>
      </w:tr>
      <w:tr w:rsidR="00160F8F" w14:paraId="1AC605BE" w14:textId="77777777">
        <w:tc>
          <w:tcPr>
            <w:tcW w:w="4320" w:type="dxa"/>
          </w:tcPr>
          <w:p w14:paraId="388D6E11" w14:textId="77777777" w:rsidR="00160F8F" w:rsidRDefault="00000000">
            <w:r>
              <w:t>Credit Card Systems</w:t>
            </w:r>
          </w:p>
        </w:tc>
        <w:tc>
          <w:tcPr>
            <w:tcW w:w="4320" w:type="dxa"/>
          </w:tcPr>
          <w:p w14:paraId="24C4538D" w14:textId="77777777" w:rsidR="00160F8F" w:rsidRDefault="00000000">
            <w:r>
              <w:t>Monitor frequent micro-transactions in short bursts.</w:t>
            </w:r>
          </w:p>
        </w:tc>
      </w:tr>
      <w:tr w:rsidR="00160F8F" w14:paraId="1B29F945" w14:textId="77777777">
        <w:tc>
          <w:tcPr>
            <w:tcW w:w="4320" w:type="dxa"/>
          </w:tcPr>
          <w:p w14:paraId="39D7025F" w14:textId="77777777" w:rsidR="00160F8F" w:rsidRDefault="00000000">
            <w:r>
              <w:t>Online Transfers</w:t>
            </w:r>
          </w:p>
        </w:tc>
        <w:tc>
          <w:tcPr>
            <w:tcW w:w="4320" w:type="dxa"/>
          </w:tcPr>
          <w:p w14:paraId="0882C0C5" w14:textId="77777777" w:rsidR="00160F8F" w:rsidRDefault="00000000">
            <w:r>
              <w:t>Alert for rapid fund movements between accounts.</w:t>
            </w:r>
          </w:p>
        </w:tc>
      </w:tr>
      <w:tr w:rsidR="00160F8F" w14:paraId="7A85A16C" w14:textId="77777777">
        <w:tc>
          <w:tcPr>
            <w:tcW w:w="4320" w:type="dxa"/>
          </w:tcPr>
          <w:p w14:paraId="344C8C48" w14:textId="77777777" w:rsidR="00160F8F" w:rsidRDefault="00000000">
            <w:r>
              <w:t>E-commerce Payments</w:t>
            </w:r>
          </w:p>
        </w:tc>
        <w:tc>
          <w:tcPr>
            <w:tcW w:w="4320" w:type="dxa"/>
          </w:tcPr>
          <w:p w14:paraId="77AE732E" w14:textId="77777777" w:rsidR="00160F8F" w:rsidRDefault="00000000">
            <w:r>
              <w:t>Block high-risk purchases from blacklisted IPs or locations.</w:t>
            </w:r>
          </w:p>
        </w:tc>
      </w:tr>
    </w:tbl>
    <w:p w14:paraId="738E93DB"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18AEEF5A" w14:textId="77777777">
        <w:tc>
          <w:tcPr>
            <w:tcW w:w="2880" w:type="dxa"/>
          </w:tcPr>
          <w:p w14:paraId="3FCB40DA" w14:textId="77777777" w:rsidR="00160F8F" w:rsidRDefault="00000000">
            <w:r>
              <w:t>Challenge</w:t>
            </w:r>
          </w:p>
        </w:tc>
        <w:tc>
          <w:tcPr>
            <w:tcW w:w="2880" w:type="dxa"/>
          </w:tcPr>
          <w:p w14:paraId="7383D49E" w14:textId="77777777" w:rsidR="00160F8F" w:rsidRDefault="00000000">
            <w:r>
              <w:t>Description</w:t>
            </w:r>
          </w:p>
        </w:tc>
        <w:tc>
          <w:tcPr>
            <w:tcW w:w="2880" w:type="dxa"/>
          </w:tcPr>
          <w:p w14:paraId="2380A10B" w14:textId="77777777" w:rsidR="00160F8F" w:rsidRDefault="00000000">
            <w:r>
              <w:t>Suggested Solution</w:t>
            </w:r>
          </w:p>
        </w:tc>
      </w:tr>
      <w:tr w:rsidR="00160F8F" w14:paraId="1B9364FE" w14:textId="77777777">
        <w:tc>
          <w:tcPr>
            <w:tcW w:w="2880" w:type="dxa"/>
          </w:tcPr>
          <w:p w14:paraId="0A2106B2" w14:textId="77777777" w:rsidR="00160F8F" w:rsidRDefault="00000000">
            <w:r>
              <w:t>False Positives</w:t>
            </w:r>
          </w:p>
        </w:tc>
        <w:tc>
          <w:tcPr>
            <w:tcW w:w="2880" w:type="dxa"/>
          </w:tcPr>
          <w:p w14:paraId="300A9A94" w14:textId="77777777" w:rsidR="00160F8F" w:rsidRDefault="00000000">
            <w:r>
              <w:t>Legitimate users may get flagged.</w:t>
            </w:r>
          </w:p>
        </w:tc>
        <w:tc>
          <w:tcPr>
            <w:tcW w:w="2880" w:type="dxa"/>
          </w:tcPr>
          <w:p w14:paraId="21D8F749" w14:textId="77777777" w:rsidR="00160F8F" w:rsidRDefault="00000000">
            <w:r>
              <w:t>Use adaptive ML models with feedback loops.</w:t>
            </w:r>
          </w:p>
        </w:tc>
      </w:tr>
      <w:tr w:rsidR="00160F8F" w14:paraId="4880CEE7" w14:textId="77777777">
        <w:tc>
          <w:tcPr>
            <w:tcW w:w="2880" w:type="dxa"/>
          </w:tcPr>
          <w:p w14:paraId="009623F7" w14:textId="77777777" w:rsidR="00160F8F" w:rsidRDefault="00000000">
            <w:r>
              <w:t>Latency</w:t>
            </w:r>
          </w:p>
        </w:tc>
        <w:tc>
          <w:tcPr>
            <w:tcW w:w="2880" w:type="dxa"/>
          </w:tcPr>
          <w:p w14:paraId="1AEE7D58" w14:textId="77777777" w:rsidR="00160F8F" w:rsidRDefault="00000000">
            <w:r>
              <w:t>Real-time analysis causes delay.</w:t>
            </w:r>
          </w:p>
        </w:tc>
        <w:tc>
          <w:tcPr>
            <w:tcW w:w="2880" w:type="dxa"/>
          </w:tcPr>
          <w:p w14:paraId="4A4B5ECE" w14:textId="77777777" w:rsidR="00160F8F" w:rsidRDefault="00000000">
            <w:r>
              <w:t>Use stream-processing tools like Kafka + Spark.</w:t>
            </w:r>
          </w:p>
        </w:tc>
      </w:tr>
      <w:tr w:rsidR="00160F8F" w14:paraId="5DA6C5DD" w14:textId="77777777">
        <w:tc>
          <w:tcPr>
            <w:tcW w:w="2880" w:type="dxa"/>
          </w:tcPr>
          <w:p w14:paraId="108E4FC9" w14:textId="77777777" w:rsidR="00160F8F" w:rsidRDefault="00000000">
            <w:r>
              <w:t>Lack of Labeled Data</w:t>
            </w:r>
          </w:p>
        </w:tc>
        <w:tc>
          <w:tcPr>
            <w:tcW w:w="2880" w:type="dxa"/>
          </w:tcPr>
          <w:p w14:paraId="3E9779A8" w14:textId="77777777" w:rsidR="00160F8F" w:rsidRDefault="00000000">
            <w:r>
              <w:t>Fraud patterns are hard to train on.</w:t>
            </w:r>
          </w:p>
        </w:tc>
        <w:tc>
          <w:tcPr>
            <w:tcW w:w="2880" w:type="dxa"/>
          </w:tcPr>
          <w:p w14:paraId="5422FF3E" w14:textId="77777777" w:rsidR="00160F8F" w:rsidRDefault="00000000">
            <w:r>
              <w:t>Use synthetic fraud data generation and transfer learning.</w:t>
            </w:r>
          </w:p>
        </w:tc>
      </w:tr>
      <w:tr w:rsidR="00160F8F" w14:paraId="7D42A93E" w14:textId="77777777">
        <w:tc>
          <w:tcPr>
            <w:tcW w:w="2880" w:type="dxa"/>
          </w:tcPr>
          <w:p w14:paraId="62018F0B" w14:textId="77777777" w:rsidR="00160F8F" w:rsidRDefault="00000000">
            <w:r>
              <w:t>Model Drift</w:t>
            </w:r>
          </w:p>
        </w:tc>
        <w:tc>
          <w:tcPr>
            <w:tcW w:w="2880" w:type="dxa"/>
          </w:tcPr>
          <w:p w14:paraId="70D97814" w14:textId="77777777" w:rsidR="00160F8F" w:rsidRDefault="00000000">
            <w:r>
              <w:t>Patterns change over time.</w:t>
            </w:r>
          </w:p>
        </w:tc>
        <w:tc>
          <w:tcPr>
            <w:tcW w:w="2880" w:type="dxa"/>
          </w:tcPr>
          <w:p w14:paraId="61E0845C" w14:textId="77777777" w:rsidR="00160F8F" w:rsidRDefault="00000000">
            <w:r>
              <w:t>Schedule regular model re-training on recent data.</w:t>
            </w:r>
          </w:p>
        </w:tc>
      </w:tr>
      <w:tr w:rsidR="00160F8F" w14:paraId="13C48934" w14:textId="77777777">
        <w:tc>
          <w:tcPr>
            <w:tcW w:w="2880" w:type="dxa"/>
          </w:tcPr>
          <w:p w14:paraId="016397FA" w14:textId="77777777" w:rsidR="00160F8F" w:rsidRDefault="00000000">
            <w:r>
              <w:t>Integration Issues</w:t>
            </w:r>
          </w:p>
        </w:tc>
        <w:tc>
          <w:tcPr>
            <w:tcW w:w="2880" w:type="dxa"/>
          </w:tcPr>
          <w:p w14:paraId="64CA0D63" w14:textId="77777777" w:rsidR="00160F8F" w:rsidRDefault="00000000">
            <w:r>
              <w:t>Hard to embed in legacy systems.</w:t>
            </w:r>
          </w:p>
        </w:tc>
        <w:tc>
          <w:tcPr>
            <w:tcW w:w="2880" w:type="dxa"/>
          </w:tcPr>
          <w:p w14:paraId="36707851" w14:textId="77777777" w:rsidR="00160F8F" w:rsidRDefault="00000000">
            <w:r>
              <w:t>Use API gateway to decouple model from core infra.</w:t>
            </w:r>
          </w:p>
        </w:tc>
      </w:tr>
    </w:tbl>
    <w:p w14:paraId="75D05832"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37E0012C" w14:textId="77777777">
        <w:tc>
          <w:tcPr>
            <w:tcW w:w="2880" w:type="dxa"/>
          </w:tcPr>
          <w:p w14:paraId="54D45ADE" w14:textId="77777777" w:rsidR="00160F8F" w:rsidRDefault="00000000">
            <w:r>
              <w:t>Criteria</w:t>
            </w:r>
          </w:p>
        </w:tc>
        <w:tc>
          <w:tcPr>
            <w:tcW w:w="2880" w:type="dxa"/>
          </w:tcPr>
          <w:p w14:paraId="71AED548" w14:textId="77777777" w:rsidR="00160F8F" w:rsidRDefault="00000000">
            <w:r>
              <w:t>Description</w:t>
            </w:r>
          </w:p>
        </w:tc>
        <w:tc>
          <w:tcPr>
            <w:tcW w:w="2880" w:type="dxa"/>
          </w:tcPr>
          <w:p w14:paraId="5B3914CE" w14:textId="77777777" w:rsidR="00160F8F" w:rsidRDefault="00000000">
            <w:r>
              <w:t>Points</w:t>
            </w:r>
          </w:p>
        </w:tc>
      </w:tr>
      <w:tr w:rsidR="00160F8F" w14:paraId="0EADAD14" w14:textId="77777777">
        <w:tc>
          <w:tcPr>
            <w:tcW w:w="2880" w:type="dxa"/>
          </w:tcPr>
          <w:p w14:paraId="2799C2C3" w14:textId="77777777" w:rsidR="00160F8F" w:rsidRDefault="00000000">
            <w:r>
              <w:t>Accuracy of Detection</w:t>
            </w:r>
          </w:p>
        </w:tc>
        <w:tc>
          <w:tcPr>
            <w:tcW w:w="2880" w:type="dxa"/>
          </w:tcPr>
          <w:p w14:paraId="50D17B25" w14:textId="77777777" w:rsidR="00160F8F" w:rsidRDefault="00000000">
            <w:r>
              <w:t>Effectiveness of identifying fraud cases.</w:t>
            </w:r>
          </w:p>
        </w:tc>
        <w:tc>
          <w:tcPr>
            <w:tcW w:w="2880" w:type="dxa"/>
          </w:tcPr>
          <w:p w14:paraId="0F6E1F26" w14:textId="77777777" w:rsidR="00160F8F" w:rsidRDefault="00000000">
            <w:r>
              <w:t>25</w:t>
            </w:r>
          </w:p>
        </w:tc>
      </w:tr>
      <w:tr w:rsidR="00160F8F" w14:paraId="10058119" w14:textId="77777777">
        <w:tc>
          <w:tcPr>
            <w:tcW w:w="2880" w:type="dxa"/>
          </w:tcPr>
          <w:p w14:paraId="37D59B8D" w14:textId="77777777" w:rsidR="00160F8F" w:rsidRDefault="00000000">
            <w:r>
              <w:t>Latency</w:t>
            </w:r>
          </w:p>
        </w:tc>
        <w:tc>
          <w:tcPr>
            <w:tcW w:w="2880" w:type="dxa"/>
          </w:tcPr>
          <w:p w14:paraId="18BD4E69" w14:textId="77777777" w:rsidR="00160F8F" w:rsidRDefault="00000000">
            <w:r>
              <w:t>Speed of real-time decision making.</w:t>
            </w:r>
          </w:p>
        </w:tc>
        <w:tc>
          <w:tcPr>
            <w:tcW w:w="2880" w:type="dxa"/>
          </w:tcPr>
          <w:p w14:paraId="3175D1FC" w14:textId="77777777" w:rsidR="00160F8F" w:rsidRDefault="00000000">
            <w:r>
              <w:t>20</w:t>
            </w:r>
          </w:p>
        </w:tc>
      </w:tr>
      <w:tr w:rsidR="00160F8F" w14:paraId="7F7FCCC3" w14:textId="77777777">
        <w:tc>
          <w:tcPr>
            <w:tcW w:w="2880" w:type="dxa"/>
          </w:tcPr>
          <w:p w14:paraId="3E3659AC" w14:textId="77777777" w:rsidR="00160F8F" w:rsidRDefault="00000000">
            <w:r>
              <w:t>Scalability</w:t>
            </w:r>
          </w:p>
        </w:tc>
        <w:tc>
          <w:tcPr>
            <w:tcW w:w="2880" w:type="dxa"/>
          </w:tcPr>
          <w:p w14:paraId="461B0129" w14:textId="77777777" w:rsidR="00160F8F" w:rsidRDefault="00000000">
            <w:r>
              <w:t>Handles growing number of users/transactions.</w:t>
            </w:r>
          </w:p>
        </w:tc>
        <w:tc>
          <w:tcPr>
            <w:tcW w:w="2880" w:type="dxa"/>
          </w:tcPr>
          <w:p w14:paraId="15086E65" w14:textId="77777777" w:rsidR="00160F8F" w:rsidRDefault="00000000">
            <w:r>
              <w:t>20</w:t>
            </w:r>
          </w:p>
        </w:tc>
      </w:tr>
      <w:tr w:rsidR="00160F8F" w14:paraId="5742D989" w14:textId="77777777">
        <w:tc>
          <w:tcPr>
            <w:tcW w:w="2880" w:type="dxa"/>
          </w:tcPr>
          <w:p w14:paraId="64DF5E42" w14:textId="77777777" w:rsidR="00160F8F" w:rsidRDefault="00000000">
            <w:r>
              <w:t>Integration Feasibility</w:t>
            </w:r>
          </w:p>
        </w:tc>
        <w:tc>
          <w:tcPr>
            <w:tcW w:w="2880" w:type="dxa"/>
          </w:tcPr>
          <w:p w14:paraId="682FE8E9" w14:textId="77777777" w:rsidR="00160F8F" w:rsidRDefault="00000000">
            <w:r>
              <w:t>Can be integrated into banking systems.</w:t>
            </w:r>
          </w:p>
        </w:tc>
        <w:tc>
          <w:tcPr>
            <w:tcW w:w="2880" w:type="dxa"/>
          </w:tcPr>
          <w:p w14:paraId="110711CF" w14:textId="77777777" w:rsidR="00160F8F" w:rsidRDefault="00000000">
            <w:r>
              <w:t>15</w:t>
            </w:r>
          </w:p>
        </w:tc>
      </w:tr>
      <w:tr w:rsidR="00160F8F" w14:paraId="5AB22228" w14:textId="77777777">
        <w:tc>
          <w:tcPr>
            <w:tcW w:w="2880" w:type="dxa"/>
          </w:tcPr>
          <w:p w14:paraId="3AA04479" w14:textId="77777777" w:rsidR="00160F8F" w:rsidRDefault="00000000">
            <w:r>
              <w:t>UI &amp; Reporting</w:t>
            </w:r>
          </w:p>
        </w:tc>
        <w:tc>
          <w:tcPr>
            <w:tcW w:w="2880" w:type="dxa"/>
          </w:tcPr>
          <w:p w14:paraId="316F986B" w14:textId="77777777" w:rsidR="00160F8F" w:rsidRDefault="00000000">
            <w:r>
              <w:t>Dashboard to explain alerts and outcomes.</w:t>
            </w:r>
          </w:p>
        </w:tc>
        <w:tc>
          <w:tcPr>
            <w:tcW w:w="2880" w:type="dxa"/>
          </w:tcPr>
          <w:p w14:paraId="21371F22" w14:textId="77777777" w:rsidR="00160F8F" w:rsidRDefault="00000000">
            <w:r>
              <w:t>20</w:t>
            </w:r>
          </w:p>
        </w:tc>
      </w:tr>
    </w:tbl>
    <w:p w14:paraId="7ED54B51" w14:textId="77777777" w:rsidR="00160F8F" w:rsidRDefault="00000000">
      <w:pPr>
        <w:pStyle w:val="Heading3"/>
      </w:pPr>
      <w:r>
        <w:t>5. 🛠 Tools and Technologies</w:t>
      </w:r>
    </w:p>
    <w:p w14:paraId="2245A2DA" w14:textId="04BC079C" w:rsidR="00160F8F" w:rsidRDefault="00000000" w:rsidP="00021D3A">
      <w:r>
        <w:t>Recommended tools: Python, Scikit-learn, TensorFlow, Kafka, Apache Spark, REST APIs for banking integration, Docker for containerization, and PostgreSQL or NoSQL databases for transaction history storage. Deployment on AWS/GCP preferred.</w:t>
      </w:r>
    </w:p>
    <w:p w14:paraId="386913AE" w14:textId="77777777" w:rsidR="00021D3A" w:rsidRDefault="00021D3A">
      <w:pPr>
        <w:rPr>
          <w:rFonts w:asciiTheme="majorHAnsi" w:eastAsiaTheme="majorEastAsia" w:hAnsiTheme="majorHAnsi" w:cstheme="majorBidi"/>
          <w:b/>
          <w:bCs/>
          <w:color w:val="4F81BD" w:themeColor="accent1"/>
          <w:sz w:val="26"/>
          <w:szCs w:val="26"/>
        </w:rPr>
      </w:pPr>
      <w:r>
        <w:br w:type="page"/>
      </w:r>
    </w:p>
    <w:p w14:paraId="64853705" w14:textId="4EB95E72" w:rsidR="00160F8F" w:rsidRDefault="00000000">
      <w:pPr>
        <w:pStyle w:val="Heading2"/>
      </w:pPr>
      <w:r>
        <w:lastRenderedPageBreak/>
        <w:t>Problem Title: Create a min-heap based priority queue from scratch</w:t>
      </w:r>
    </w:p>
    <w:p w14:paraId="659CB300" w14:textId="77777777" w:rsidR="00160F8F" w:rsidRDefault="00000000">
      <w:pPr>
        <w:pStyle w:val="Heading3"/>
      </w:pPr>
      <w:r>
        <w:t>1. 🧠 Problem Description</w:t>
      </w:r>
    </w:p>
    <w:p w14:paraId="478BEE53"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5E42D27F"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2874CDA5" w14:textId="77777777">
        <w:tc>
          <w:tcPr>
            <w:tcW w:w="4320" w:type="dxa"/>
          </w:tcPr>
          <w:p w14:paraId="44924500" w14:textId="77777777" w:rsidR="00160F8F" w:rsidRDefault="00000000">
            <w:r>
              <w:t>Use Case</w:t>
            </w:r>
          </w:p>
        </w:tc>
        <w:tc>
          <w:tcPr>
            <w:tcW w:w="4320" w:type="dxa"/>
          </w:tcPr>
          <w:p w14:paraId="3A6DFC4C" w14:textId="77777777" w:rsidR="00160F8F" w:rsidRDefault="00000000">
            <w:r>
              <w:t>Description</w:t>
            </w:r>
          </w:p>
        </w:tc>
      </w:tr>
      <w:tr w:rsidR="00160F8F" w14:paraId="04518E35" w14:textId="77777777">
        <w:tc>
          <w:tcPr>
            <w:tcW w:w="4320" w:type="dxa"/>
          </w:tcPr>
          <w:p w14:paraId="24020B35" w14:textId="77777777" w:rsidR="00160F8F" w:rsidRDefault="00000000">
            <w:r>
              <w:t>Banking Apps</w:t>
            </w:r>
          </w:p>
        </w:tc>
        <w:tc>
          <w:tcPr>
            <w:tcW w:w="4320" w:type="dxa"/>
          </w:tcPr>
          <w:p w14:paraId="7D74C90A" w14:textId="77777777" w:rsidR="00160F8F" w:rsidRDefault="00000000">
            <w:r>
              <w:t>Detect suspicious login locations or simultaneous logins.</w:t>
            </w:r>
          </w:p>
        </w:tc>
      </w:tr>
      <w:tr w:rsidR="00160F8F" w14:paraId="3C312D20" w14:textId="77777777">
        <w:tc>
          <w:tcPr>
            <w:tcW w:w="4320" w:type="dxa"/>
          </w:tcPr>
          <w:p w14:paraId="47C92740" w14:textId="77777777" w:rsidR="00160F8F" w:rsidRDefault="00000000">
            <w:r>
              <w:t>POS Transactions</w:t>
            </w:r>
          </w:p>
        </w:tc>
        <w:tc>
          <w:tcPr>
            <w:tcW w:w="4320" w:type="dxa"/>
          </w:tcPr>
          <w:p w14:paraId="0AF38B3C" w14:textId="77777777" w:rsidR="00160F8F" w:rsidRDefault="00000000">
            <w:r>
              <w:t>Flag high-value purchases at odd hours.</w:t>
            </w:r>
          </w:p>
        </w:tc>
      </w:tr>
      <w:tr w:rsidR="00160F8F" w14:paraId="7806B473" w14:textId="77777777">
        <w:tc>
          <w:tcPr>
            <w:tcW w:w="4320" w:type="dxa"/>
          </w:tcPr>
          <w:p w14:paraId="459D0488" w14:textId="77777777" w:rsidR="00160F8F" w:rsidRDefault="00000000">
            <w:r>
              <w:t>Credit Card Systems</w:t>
            </w:r>
          </w:p>
        </w:tc>
        <w:tc>
          <w:tcPr>
            <w:tcW w:w="4320" w:type="dxa"/>
          </w:tcPr>
          <w:p w14:paraId="33C3C26E" w14:textId="77777777" w:rsidR="00160F8F" w:rsidRDefault="00000000">
            <w:r>
              <w:t>Monitor frequent micro-transactions in short bursts.</w:t>
            </w:r>
          </w:p>
        </w:tc>
      </w:tr>
      <w:tr w:rsidR="00160F8F" w14:paraId="2ED2F877" w14:textId="77777777">
        <w:tc>
          <w:tcPr>
            <w:tcW w:w="4320" w:type="dxa"/>
          </w:tcPr>
          <w:p w14:paraId="34458C59" w14:textId="77777777" w:rsidR="00160F8F" w:rsidRDefault="00000000">
            <w:r>
              <w:t>Online Transfers</w:t>
            </w:r>
          </w:p>
        </w:tc>
        <w:tc>
          <w:tcPr>
            <w:tcW w:w="4320" w:type="dxa"/>
          </w:tcPr>
          <w:p w14:paraId="6B2613D0" w14:textId="77777777" w:rsidR="00160F8F" w:rsidRDefault="00000000">
            <w:r>
              <w:t>Alert for rapid fund movements between accounts.</w:t>
            </w:r>
          </w:p>
        </w:tc>
      </w:tr>
      <w:tr w:rsidR="00160F8F" w14:paraId="48DFC268" w14:textId="77777777">
        <w:tc>
          <w:tcPr>
            <w:tcW w:w="4320" w:type="dxa"/>
          </w:tcPr>
          <w:p w14:paraId="6E92C844" w14:textId="77777777" w:rsidR="00160F8F" w:rsidRDefault="00000000">
            <w:r>
              <w:t>E-commerce Payments</w:t>
            </w:r>
          </w:p>
        </w:tc>
        <w:tc>
          <w:tcPr>
            <w:tcW w:w="4320" w:type="dxa"/>
          </w:tcPr>
          <w:p w14:paraId="1019CD25" w14:textId="77777777" w:rsidR="00160F8F" w:rsidRDefault="00000000">
            <w:r>
              <w:t>Block high-risk purchases from blacklisted IPs or locations.</w:t>
            </w:r>
          </w:p>
        </w:tc>
      </w:tr>
    </w:tbl>
    <w:p w14:paraId="4B31F1F0"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6430648A" w14:textId="77777777">
        <w:tc>
          <w:tcPr>
            <w:tcW w:w="2880" w:type="dxa"/>
          </w:tcPr>
          <w:p w14:paraId="561B5C14" w14:textId="77777777" w:rsidR="00160F8F" w:rsidRDefault="00000000">
            <w:r>
              <w:t>Challenge</w:t>
            </w:r>
          </w:p>
        </w:tc>
        <w:tc>
          <w:tcPr>
            <w:tcW w:w="2880" w:type="dxa"/>
          </w:tcPr>
          <w:p w14:paraId="72A84793" w14:textId="77777777" w:rsidR="00160F8F" w:rsidRDefault="00000000">
            <w:r>
              <w:t>Description</w:t>
            </w:r>
          </w:p>
        </w:tc>
        <w:tc>
          <w:tcPr>
            <w:tcW w:w="2880" w:type="dxa"/>
          </w:tcPr>
          <w:p w14:paraId="3CCECA37" w14:textId="77777777" w:rsidR="00160F8F" w:rsidRDefault="00000000">
            <w:r>
              <w:t>Suggested Solution</w:t>
            </w:r>
          </w:p>
        </w:tc>
      </w:tr>
      <w:tr w:rsidR="00160F8F" w14:paraId="65BC5459" w14:textId="77777777">
        <w:tc>
          <w:tcPr>
            <w:tcW w:w="2880" w:type="dxa"/>
          </w:tcPr>
          <w:p w14:paraId="2F8DE3B1" w14:textId="77777777" w:rsidR="00160F8F" w:rsidRDefault="00000000">
            <w:r>
              <w:t>False Positives</w:t>
            </w:r>
          </w:p>
        </w:tc>
        <w:tc>
          <w:tcPr>
            <w:tcW w:w="2880" w:type="dxa"/>
          </w:tcPr>
          <w:p w14:paraId="7164C3CE" w14:textId="77777777" w:rsidR="00160F8F" w:rsidRDefault="00000000">
            <w:r>
              <w:t>Legitimate users may get flagged.</w:t>
            </w:r>
          </w:p>
        </w:tc>
        <w:tc>
          <w:tcPr>
            <w:tcW w:w="2880" w:type="dxa"/>
          </w:tcPr>
          <w:p w14:paraId="41B8B31E" w14:textId="77777777" w:rsidR="00160F8F" w:rsidRDefault="00000000">
            <w:r>
              <w:t>Use adaptive ML models with feedback loops.</w:t>
            </w:r>
          </w:p>
        </w:tc>
      </w:tr>
      <w:tr w:rsidR="00160F8F" w14:paraId="1843A2EA" w14:textId="77777777">
        <w:tc>
          <w:tcPr>
            <w:tcW w:w="2880" w:type="dxa"/>
          </w:tcPr>
          <w:p w14:paraId="04FCBAFE" w14:textId="77777777" w:rsidR="00160F8F" w:rsidRDefault="00000000">
            <w:r>
              <w:t>Latency</w:t>
            </w:r>
          </w:p>
        </w:tc>
        <w:tc>
          <w:tcPr>
            <w:tcW w:w="2880" w:type="dxa"/>
          </w:tcPr>
          <w:p w14:paraId="6E9E61E3" w14:textId="77777777" w:rsidR="00160F8F" w:rsidRDefault="00000000">
            <w:r>
              <w:t>Real-time analysis causes delay.</w:t>
            </w:r>
          </w:p>
        </w:tc>
        <w:tc>
          <w:tcPr>
            <w:tcW w:w="2880" w:type="dxa"/>
          </w:tcPr>
          <w:p w14:paraId="4D1E2378" w14:textId="77777777" w:rsidR="00160F8F" w:rsidRDefault="00000000">
            <w:r>
              <w:t>Use stream-processing tools like Kafka + Spark.</w:t>
            </w:r>
          </w:p>
        </w:tc>
      </w:tr>
      <w:tr w:rsidR="00160F8F" w14:paraId="0ED9E0F7" w14:textId="77777777">
        <w:tc>
          <w:tcPr>
            <w:tcW w:w="2880" w:type="dxa"/>
          </w:tcPr>
          <w:p w14:paraId="75CDA932" w14:textId="77777777" w:rsidR="00160F8F" w:rsidRDefault="00000000">
            <w:r>
              <w:t>Lack of Labeled Data</w:t>
            </w:r>
          </w:p>
        </w:tc>
        <w:tc>
          <w:tcPr>
            <w:tcW w:w="2880" w:type="dxa"/>
          </w:tcPr>
          <w:p w14:paraId="6DE0DA39" w14:textId="77777777" w:rsidR="00160F8F" w:rsidRDefault="00000000">
            <w:r>
              <w:t>Fraud patterns are hard to train on.</w:t>
            </w:r>
          </w:p>
        </w:tc>
        <w:tc>
          <w:tcPr>
            <w:tcW w:w="2880" w:type="dxa"/>
          </w:tcPr>
          <w:p w14:paraId="6620AEAC" w14:textId="77777777" w:rsidR="00160F8F" w:rsidRDefault="00000000">
            <w:r>
              <w:t>Use synthetic fraud data generation and transfer learning.</w:t>
            </w:r>
          </w:p>
        </w:tc>
      </w:tr>
      <w:tr w:rsidR="00160F8F" w14:paraId="4E7F23DB" w14:textId="77777777">
        <w:tc>
          <w:tcPr>
            <w:tcW w:w="2880" w:type="dxa"/>
          </w:tcPr>
          <w:p w14:paraId="57982D75" w14:textId="77777777" w:rsidR="00160F8F" w:rsidRDefault="00000000">
            <w:r>
              <w:t>Model Drift</w:t>
            </w:r>
          </w:p>
        </w:tc>
        <w:tc>
          <w:tcPr>
            <w:tcW w:w="2880" w:type="dxa"/>
          </w:tcPr>
          <w:p w14:paraId="0414D785" w14:textId="77777777" w:rsidR="00160F8F" w:rsidRDefault="00000000">
            <w:r>
              <w:t>Patterns change over time.</w:t>
            </w:r>
          </w:p>
        </w:tc>
        <w:tc>
          <w:tcPr>
            <w:tcW w:w="2880" w:type="dxa"/>
          </w:tcPr>
          <w:p w14:paraId="2E9CC004" w14:textId="77777777" w:rsidR="00160F8F" w:rsidRDefault="00000000">
            <w:r>
              <w:t>Schedule regular model re-training on recent data.</w:t>
            </w:r>
          </w:p>
        </w:tc>
      </w:tr>
      <w:tr w:rsidR="00160F8F" w14:paraId="2545EDCA" w14:textId="77777777">
        <w:tc>
          <w:tcPr>
            <w:tcW w:w="2880" w:type="dxa"/>
          </w:tcPr>
          <w:p w14:paraId="7E8F708E" w14:textId="77777777" w:rsidR="00160F8F" w:rsidRDefault="00000000">
            <w:r>
              <w:t>Integration Issues</w:t>
            </w:r>
          </w:p>
        </w:tc>
        <w:tc>
          <w:tcPr>
            <w:tcW w:w="2880" w:type="dxa"/>
          </w:tcPr>
          <w:p w14:paraId="5FDDFC48" w14:textId="77777777" w:rsidR="00160F8F" w:rsidRDefault="00000000">
            <w:r>
              <w:t>Hard to embed in legacy systems.</w:t>
            </w:r>
          </w:p>
        </w:tc>
        <w:tc>
          <w:tcPr>
            <w:tcW w:w="2880" w:type="dxa"/>
          </w:tcPr>
          <w:p w14:paraId="62244A5E" w14:textId="77777777" w:rsidR="00160F8F" w:rsidRDefault="00000000">
            <w:r>
              <w:t>Use API gateway to decouple model from core infra.</w:t>
            </w:r>
          </w:p>
        </w:tc>
      </w:tr>
    </w:tbl>
    <w:p w14:paraId="06C0189B"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085E1E85" w14:textId="77777777">
        <w:tc>
          <w:tcPr>
            <w:tcW w:w="2880" w:type="dxa"/>
          </w:tcPr>
          <w:p w14:paraId="127CAAF5" w14:textId="77777777" w:rsidR="00160F8F" w:rsidRDefault="00000000">
            <w:r>
              <w:t>Criteria</w:t>
            </w:r>
          </w:p>
        </w:tc>
        <w:tc>
          <w:tcPr>
            <w:tcW w:w="2880" w:type="dxa"/>
          </w:tcPr>
          <w:p w14:paraId="53B738C4" w14:textId="77777777" w:rsidR="00160F8F" w:rsidRDefault="00000000">
            <w:r>
              <w:t>Description</w:t>
            </w:r>
          </w:p>
        </w:tc>
        <w:tc>
          <w:tcPr>
            <w:tcW w:w="2880" w:type="dxa"/>
          </w:tcPr>
          <w:p w14:paraId="3709A726" w14:textId="77777777" w:rsidR="00160F8F" w:rsidRDefault="00000000">
            <w:r>
              <w:t>Points</w:t>
            </w:r>
          </w:p>
        </w:tc>
      </w:tr>
      <w:tr w:rsidR="00160F8F" w14:paraId="260C6997" w14:textId="77777777">
        <w:tc>
          <w:tcPr>
            <w:tcW w:w="2880" w:type="dxa"/>
          </w:tcPr>
          <w:p w14:paraId="1DC59342" w14:textId="77777777" w:rsidR="00160F8F" w:rsidRDefault="00000000">
            <w:r>
              <w:t>Accuracy of Detection</w:t>
            </w:r>
          </w:p>
        </w:tc>
        <w:tc>
          <w:tcPr>
            <w:tcW w:w="2880" w:type="dxa"/>
          </w:tcPr>
          <w:p w14:paraId="3FAF14A2" w14:textId="77777777" w:rsidR="00160F8F" w:rsidRDefault="00000000">
            <w:r>
              <w:t>Effectiveness of identifying fraud cases.</w:t>
            </w:r>
          </w:p>
        </w:tc>
        <w:tc>
          <w:tcPr>
            <w:tcW w:w="2880" w:type="dxa"/>
          </w:tcPr>
          <w:p w14:paraId="3AB75388" w14:textId="77777777" w:rsidR="00160F8F" w:rsidRDefault="00000000">
            <w:r>
              <w:t>25</w:t>
            </w:r>
          </w:p>
        </w:tc>
      </w:tr>
      <w:tr w:rsidR="00160F8F" w14:paraId="04EA4F4C" w14:textId="77777777">
        <w:tc>
          <w:tcPr>
            <w:tcW w:w="2880" w:type="dxa"/>
          </w:tcPr>
          <w:p w14:paraId="453B8FE2" w14:textId="77777777" w:rsidR="00160F8F" w:rsidRDefault="00000000">
            <w:r>
              <w:t>Latency</w:t>
            </w:r>
          </w:p>
        </w:tc>
        <w:tc>
          <w:tcPr>
            <w:tcW w:w="2880" w:type="dxa"/>
          </w:tcPr>
          <w:p w14:paraId="190BBCA0" w14:textId="77777777" w:rsidR="00160F8F" w:rsidRDefault="00000000">
            <w:r>
              <w:t>Speed of real-time decision making.</w:t>
            </w:r>
          </w:p>
        </w:tc>
        <w:tc>
          <w:tcPr>
            <w:tcW w:w="2880" w:type="dxa"/>
          </w:tcPr>
          <w:p w14:paraId="725012B3" w14:textId="77777777" w:rsidR="00160F8F" w:rsidRDefault="00000000">
            <w:r>
              <w:t>20</w:t>
            </w:r>
          </w:p>
        </w:tc>
      </w:tr>
      <w:tr w:rsidR="00160F8F" w14:paraId="6E7CFE6F" w14:textId="77777777">
        <w:tc>
          <w:tcPr>
            <w:tcW w:w="2880" w:type="dxa"/>
          </w:tcPr>
          <w:p w14:paraId="2BF0CA3D" w14:textId="77777777" w:rsidR="00160F8F" w:rsidRDefault="00000000">
            <w:r>
              <w:t>Scalability</w:t>
            </w:r>
          </w:p>
        </w:tc>
        <w:tc>
          <w:tcPr>
            <w:tcW w:w="2880" w:type="dxa"/>
          </w:tcPr>
          <w:p w14:paraId="4F8B3F68" w14:textId="77777777" w:rsidR="00160F8F" w:rsidRDefault="00000000">
            <w:r>
              <w:t>Handles growing number of users/transactions.</w:t>
            </w:r>
          </w:p>
        </w:tc>
        <w:tc>
          <w:tcPr>
            <w:tcW w:w="2880" w:type="dxa"/>
          </w:tcPr>
          <w:p w14:paraId="2C0C49EE" w14:textId="77777777" w:rsidR="00160F8F" w:rsidRDefault="00000000">
            <w:r>
              <w:t>20</w:t>
            </w:r>
          </w:p>
        </w:tc>
      </w:tr>
      <w:tr w:rsidR="00160F8F" w14:paraId="58734EF2" w14:textId="77777777">
        <w:tc>
          <w:tcPr>
            <w:tcW w:w="2880" w:type="dxa"/>
          </w:tcPr>
          <w:p w14:paraId="4C39D365" w14:textId="77777777" w:rsidR="00160F8F" w:rsidRDefault="00000000">
            <w:r>
              <w:t>Integration Feasibility</w:t>
            </w:r>
          </w:p>
        </w:tc>
        <w:tc>
          <w:tcPr>
            <w:tcW w:w="2880" w:type="dxa"/>
          </w:tcPr>
          <w:p w14:paraId="616FB942" w14:textId="77777777" w:rsidR="00160F8F" w:rsidRDefault="00000000">
            <w:r>
              <w:t>Can be integrated into banking systems.</w:t>
            </w:r>
          </w:p>
        </w:tc>
        <w:tc>
          <w:tcPr>
            <w:tcW w:w="2880" w:type="dxa"/>
          </w:tcPr>
          <w:p w14:paraId="16230494" w14:textId="77777777" w:rsidR="00160F8F" w:rsidRDefault="00000000">
            <w:r>
              <w:t>15</w:t>
            </w:r>
          </w:p>
        </w:tc>
      </w:tr>
      <w:tr w:rsidR="00160F8F" w14:paraId="27C22D52" w14:textId="77777777">
        <w:tc>
          <w:tcPr>
            <w:tcW w:w="2880" w:type="dxa"/>
          </w:tcPr>
          <w:p w14:paraId="5AA8880F" w14:textId="77777777" w:rsidR="00160F8F" w:rsidRDefault="00000000">
            <w:r>
              <w:t>UI &amp; Reporting</w:t>
            </w:r>
          </w:p>
        </w:tc>
        <w:tc>
          <w:tcPr>
            <w:tcW w:w="2880" w:type="dxa"/>
          </w:tcPr>
          <w:p w14:paraId="0E7881BE" w14:textId="77777777" w:rsidR="00160F8F" w:rsidRDefault="00000000">
            <w:r>
              <w:t>Dashboard to explain alerts and outcomes.</w:t>
            </w:r>
          </w:p>
        </w:tc>
        <w:tc>
          <w:tcPr>
            <w:tcW w:w="2880" w:type="dxa"/>
          </w:tcPr>
          <w:p w14:paraId="401604C7" w14:textId="77777777" w:rsidR="00160F8F" w:rsidRDefault="00000000">
            <w:r>
              <w:t>20</w:t>
            </w:r>
          </w:p>
        </w:tc>
      </w:tr>
    </w:tbl>
    <w:p w14:paraId="5F517343" w14:textId="77777777" w:rsidR="00160F8F" w:rsidRDefault="00000000">
      <w:pPr>
        <w:pStyle w:val="Heading3"/>
      </w:pPr>
      <w:r>
        <w:t>5. 🛠 Tools and Technologies</w:t>
      </w:r>
    </w:p>
    <w:p w14:paraId="04924967" w14:textId="3C7C921C" w:rsidR="00160F8F" w:rsidRDefault="00000000" w:rsidP="00021D3A">
      <w:r>
        <w:t>Recommended tools: Python, Scikit-learn, TensorFlow, Kafka, Apache Spark, REST APIs for banking integration, Docker for containerization, and PostgreSQL or NoSQL databases for transaction history storage. Deployment on AWS/GCP preferred.</w:t>
      </w:r>
    </w:p>
    <w:p w14:paraId="49BF8A34" w14:textId="77777777" w:rsidR="00021D3A" w:rsidRDefault="00021D3A">
      <w:pPr>
        <w:rPr>
          <w:rFonts w:asciiTheme="majorHAnsi" w:eastAsiaTheme="majorEastAsia" w:hAnsiTheme="majorHAnsi" w:cstheme="majorBidi"/>
          <w:b/>
          <w:bCs/>
          <w:color w:val="4F81BD" w:themeColor="accent1"/>
          <w:sz w:val="26"/>
          <w:szCs w:val="26"/>
        </w:rPr>
      </w:pPr>
      <w:r>
        <w:br w:type="page"/>
      </w:r>
    </w:p>
    <w:p w14:paraId="7B16AC03" w14:textId="3224D301" w:rsidR="00160F8F" w:rsidRDefault="00000000">
      <w:pPr>
        <w:pStyle w:val="Heading2"/>
      </w:pPr>
      <w:r>
        <w:lastRenderedPageBreak/>
        <w:t>Problem Title: Create a spell checker using edit distance and dictionary look-up</w:t>
      </w:r>
    </w:p>
    <w:p w14:paraId="2FD1E6C0" w14:textId="77777777" w:rsidR="00160F8F" w:rsidRDefault="00000000">
      <w:pPr>
        <w:pStyle w:val="Heading3"/>
      </w:pPr>
      <w:r>
        <w:t>1. 🧠 Problem Description</w:t>
      </w:r>
    </w:p>
    <w:p w14:paraId="228E30BD"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43F08619"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47829D9F" w14:textId="77777777">
        <w:tc>
          <w:tcPr>
            <w:tcW w:w="4320" w:type="dxa"/>
          </w:tcPr>
          <w:p w14:paraId="7D5532D6" w14:textId="77777777" w:rsidR="00160F8F" w:rsidRDefault="00000000">
            <w:r>
              <w:t>Use Case</w:t>
            </w:r>
          </w:p>
        </w:tc>
        <w:tc>
          <w:tcPr>
            <w:tcW w:w="4320" w:type="dxa"/>
          </w:tcPr>
          <w:p w14:paraId="488C4011" w14:textId="77777777" w:rsidR="00160F8F" w:rsidRDefault="00000000">
            <w:r>
              <w:t>Description</w:t>
            </w:r>
          </w:p>
        </w:tc>
      </w:tr>
      <w:tr w:rsidR="00160F8F" w14:paraId="6156830B" w14:textId="77777777">
        <w:tc>
          <w:tcPr>
            <w:tcW w:w="4320" w:type="dxa"/>
          </w:tcPr>
          <w:p w14:paraId="78E5C79B" w14:textId="77777777" w:rsidR="00160F8F" w:rsidRDefault="00000000">
            <w:r>
              <w:t>Banking Apps</w:t>
            </w:r>
          </w:p>
        </w:tc>
        <w:tc>
          <w:tcPr>
            <w:tcW w:w="4320" w:type="dxa"/>
          </w:tcPr>
          <w:p w14:paraId="22278643" w14:textId="77777777" w:rsidR="00160F8F" w:rsidRDefault="00000000">
            <w:r>
              <w:t>Detect suspicious login locations or simultaneous logins.</w:t>
            </w:r>
          </w:p>
        </w:tc>
      </w:tr>
      <w:tr w:rsidR="00160F8F" w14:paraId="68C4BD8A" w14:textId="77777777">
        <w:tc>
          <w:tcPr>
            <w:tcW w:w="4320" w:type="dxa"/>
          </w:tcPr>
          <w:p w14:paraId="4EEE1A82" w14:textId="77777777" w:rsidR="00160F8F" w:rsidRDefault="00000000">
            <w:r>
              <w:t>POS Transactions</w:t>
            </w:r>
          </w:p>
        </w:tc>
        <w:tc>
          <w:tcPr>
            <w:tcW w:w="4320" w:type="dxa"/>
          </w:tcPr>
          <w:p w14:paraId="1F7BBB14" w14:textId="77777777" w:rsidR="00160F8F" w:rsidRDefault="00000000">
            <w:r>
              <w:t>Flag high-value purchases at odd hours.</w:t>
            </w:r>
          </w:p>
        </w:tc>
      </w:tr>
      <w:tr w:rsidR="00160F8F" w14:paraId="7F930F89" w14:textId="77777777">
        <w:tc>
          <w:tcPr>
            <w:tcW w:w="4320" w:type="dxa"/>
          </w:tcPr>
          <w:p w14:paraId="5EA837B7" w14:textId="77777777" w:rsidR="00160F8F" w:rsidRDefault="00000000">
            <w:r>
              <w:t>Credit Card Systems</w:t>
            </w:r>
          </w:p>
        </w:tc>
        <w:tc>
          <w:tcPr>
            <w:tcW w:w="4320" w:type="dxa"/>
          </w:tcPr>
          <w:p w14:paraId="766E467D" w14:textId="77777777" w:rsidR="00160F8F" w:rsidRDefault="00000000">
            <w:r>
              <w:t>Monitor frequent micro-transactions in short bursts.</w:t>
            </w:r>
          </w:p>
        </w:tc>
      </w:tr>
      <w:tr w:rsidR="00160F8F" w14:paraId="6782F6DD" w14:textId="77777777">
        <w:tc>
          <w:tcPr>
            <w:tcW w:w="4320" w:type="dxa"/>
          </w:tcPr>
          <w:p w14:paraId="47C7EACA" w14:textId="77777777" w:rsidR="00160F8F" w:rsidRDefault="00000000">
            <w:r>
              <w:t>Online Transfers</w:t>
            </w:r>
          </w:p>
        </w:tc>
        <w:tc>
          <w:tcPr>
            <w:tcW w:w="4320" w:type="dxa"/>
          </w:tcPr>
          <w:p w14:paraId="5B871023" w14:textId="77777777" w:rsidR="00160F8F" w:rsidRDefault="00000000">
            <w:r>
              <w:t>Alert for rapid fund movements between accounts.</w:t>
            </w:r>
          </w:p>
        </w:tc>
      </w:tr>
      <w:tr w:rsidR="00160F8F" w14:paraId="6C648D19" w14:textId="77777777">
        <w:tc>
          <w:tcPr>
            <w:tcW w:w="4320" w:type="dxa"/>
          </w:tcPr>
          <w:p w14:paraId="2645688F" w14:textId="77777777" w:rsidR="00160F8F" w:rsidRDefault="00000000">
            <w:r>
              <w:t>E-commerce Payments</w:t>
            </w:r>
          </w:p>
        </w:tc>
        <w:tc>
          <w:tcPr>
            <w:tcW w:w="4320" w:type="dxa"/>
          </w:tcPr>
          <w:p w14:paraId="4FC8FB7B" w14:textId="77777777" w:rsidR="00160F8F" w:rsidRDefault="00000000">
            <w:r>
              <w:t>Block high-risk purchases from blacklisted IPs or locations.</w:t>
            </w:r>
          </w:p>
        </w:tc>
      </w:tr>
    </w:tbl>
    <w:p w14:paraId="6885FC1B"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3AE2A956" w14:textId="77777777">
        <w:tc>
          <w:tcPr>
            <w:tcW w:w="2880" w:type="dxa"/>
          </w:tcPr>
          <w:p w14:paraId="772573BE" w14:textId="77777777" w:rsidR="00160F8F" w:rsidRDefault="00000000">
            <w:r>
              <w:t>Challenge</w:t>
            </w:r>
          </w:p>
        </w:tc>
        <w:tc>
          <w:tcPr>
            <w:tcW w:w="2880" w:type="dxa"/>
          </w:tcPr>
          <w:p w14:paraId="72D63B5A" w14:textId="77777777" w:rsidR="00160F8F" w:rsidRDefault="00000000">
            <w:r>
              <w:t>Description</w:t>
            </w:r>
          </w:p>
        </w:tc>
        <w:tc>
          <w:tcPr>
            <w:tcW w:w="2880" w:type="dxa"/>
          </w:tcPr>
          <w:p w14:paraId="1FAFEB4D" w14:textId="77777777" w:rsidR="00160F8F" w:rsidRDefault="00000000">
            <w:r>
              <w:t>Suggested Solution</w:t>
            </w:r>
          </w:p>
        </w:tc>
      </w:tr>
      <w:tr w:rsidR="00160F8F" w14:paraId="6439010D" w14:textId="77777777">
        <w:tc>
          <w:tcPr>
            <w:tcW w:w="2880" w:type="dxa"/>
          </w:tcPr>
          <w:p w14:paraId="24872335" w14:textId="77777777" w:rsidR="00160F8F" w:rsidRDefault="00000000">
            <w:r>
              <w:t>False Positives</w:t>
            </w:r>
          </w:p>
        </w:tc>
        <w:tc>
          <w:tcPr>
            <w:tcW w:w="2880" w:type="dxa"/>
          </w:tcPr>
          <w:p w14:paraId="6F5E6F5C" w14:textId="77777777" w:rsidR="00160F8F" w:rsidRDefault="00000000">
            <w:r>
              <w:t>Legitimate users may get flagged.</w:t>
            </w:r>
          </w:p>
        </w:tc>
        <w:tc>
          <w:tcPr>
            <w:tcW w:w="2880" w:type="dxa"/>
          </w:tcPr>
          <w:p w14:paraId="14E304BA" w14:textId="77777777" w:rsidR="00160F8F" w:rsidRDefault="00000000">
            <w:r>
              <w:t>Use adaptive ML models with feedback loops.</w:t>
            </w:r>
          </w:p>
        </w:tc>
      </w:tr>
      <w:tr w:rsidR="00160F8F" w14:paraId="59F875D8" w14:textId="77777777">
        <w:tc>
          <w:tcPr>
            <w:tcW w:w="2880" w:type="dxa"/>
          </w:tcPr>
          <w:p w14:paraId="79EA3360" w14:textId="77777777" w:rsidR="00160F8F" w:rsidRDefault="00000000">
            <w:r>
              <w:t>Latency</w:t>
            </w:r>
          </w:p>
        </w:tc>
        <w:tc>
          <w:tcPr>
            <w:tcW w:w="2880" w:type="dxa"/>
          </w:tcPr>
          <w:p w14:paraId="28C1DA0B" w14:textId="77777777" w:rsidR="00160F8F" w:rsidRDefault="00000000">
            <w:r>
              <w:t>Real-time analysis causes delay.</w:t>
            </w:r>
          </w:p>
        </w:tc>
        <w:tc>
          <w:tcPr>
            <w:tcW w:w="2880" w:type="dxa"/>
          </w:tcPr>
          <w:p w14:paraId="2FD6AEB0" w14:textId="77777777" w:rsidR="00160F8F" w:rsidRDefault="00000000">
            <w:r>
              <w:t>Use stream-processing tools like Kafka + Spark.</w:t>
            </w:r>
          </w:p>
        </w:tc>
      </w:tr>
      <w:tr w:rsidR="00160F8F" w14:paraId="2664C60E" w14:textId="77777777">
        <w:tc>
          <w:tcPr>
            <w:tcW w:w="2880" w:type="dxa"/>
          </w:tcPr>
          <w:p w14:paraId="2BCDCC7E" w14:textId="77777777" w:rsidR="00160F8F" w:rsidRDefault="00000000">
            <w:r>
              <w:t>Lack of Labeled Data</w:t>
            </w:r>
          </w:p>
        </w:tc>
        <w:tc>
          <w:tcPr>
            <w:tcW w:w="2880" w:type="dxa"/>
          </w:tcPr>
          <w:p w14:paraId="112ABC44" w14:textId="77777777" w:rsidR="00160F8F" w:rsidRDefault="00000000">
            <w:r>
              <w:t>Fraud patterns are hard to train on.</w:t>
            </w:r>
          </w:p>
        </w:tc>
        <w:tc>
          <w:tcPr>
            <w:tcW w:w="2880" w:type="dxa"/>
          </w:tcPr>
          <w:p w14:paraId="2F8542EA" w14:textId="77777777" w:rsidR="00160F8F" w:rsidRDefault="00000000">
            <w:r>
              <w:t>Use synthetic fraud data generation and transfer learning.</w:t>
            </w:r>
          </w:p>
        </w:tc>
      </w:tr>
      <w:tr w:rsidR="00160F8F" w14:paraId="4C2CC534" w14:textId="77777777">
        <w:tc>
          <w:tcPr>
            <w:tcW w:w="2880" w:type="dxa"/>
          </w:tcPr>
          <w:p w14:paraId="030EBFA9" w14:textId="77777777" w:rsidR="00160F8F" w:rsidRDefault="00000000">
            <w:r>
              <w:t>Model Drift</w:t>
            </w:r>
          </w:p>
        </w:tc>
        <w:tc>
          <w:tcPr>
            <w:tcW w:w="2880" w:type="dxa"/>
          </w:tcPr>
          <w:p w14:paraId="67DB6F30" w14:textId="77777777" w:rsidR="00160F8F" w:rsidRDefault="00000000">
            <w:r>
              <w:t>Patterns change over time.</w:t>
            </w:r>
          </w:p>
        </w:tc>
        <w:tc>
          <w:tcPr>
            <w:tcW w:w="2880" w:type="dxa"/>
          </w:tcPr>
          <w:p w14:paraId="68457880" w14:textId="77777777" w:rsidR="00160F8F" w:rsidRDefault="00000000">
            <w:r>
              <w:t>Schedule regular model re-training on recent data.</w:t>
            </w:r>
          </w:p>
        </w:tc>
      </w:tr>
      <w:tr w:rsidR="00160F8F" w14:paraId="60C70024" w14:textId="77777777">
        <w:tc>
          <w:tcPr>
            <w:tcW w:w="2880" w:type="dxa"/>
          </w:tcPr>
          <w:p w14:paraId="6C963BA6" w14:textId="77777777" w:rsidR="00160F8F" w:rsidRDefault="00000000">
            <w:r>
              <w:t>Integration Issues</w:t>
            </w:r>
          </w:p>
        </w:tc>
        <w:tc>
          <w:tcPr>
            <w:tcW w:w="2880" w:type="dxa"/>
          </w:tcPr>
          <w:p w14:paraId="5A7B2E63" w14:textId="77777777" w:rsidR="00160F8F" w:rsidRDefault="00000000">
            <w:r>
              <w:t>Hard to embed in legacy systems.</w:t>
            </w:r>
          </w:p>
        </w:tc>
        <w:tc>
          <w:tcPr>
            <w:tcW w:w="2880" w:type="dxa"/>
          </w:tcPr>
          <w:p w14:paraId="42AF7923" w14:textId="77777777" w:rsidR="00160F8F" w:rsidRDefault="00000000">
            <w:r>
              <w:t>Use API gateway to decouple model from core infra.</w:t>
            </w:r>
          </w:p>
        </w:tc>
      </w:tr>
    </w:tbl>
    <w:p w14:paraId="4D5D4968"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489B0136" w14:textId="77777777">
        <w:tc>
          <w:tcPr>
            <w:tcW w:w="2880" w:type="dxa"/>
          </w:tcPr>
          <w:p w14:paraId="0ED5FCF1" w14:textId="77777777" w:rsidR="00160F8F" w:rsidRDefault="00000000">
            <w:r>
              <w:t>Criteria</w:t>
            </w:r>
          </w:p>
        </w:tc>
        <w:tc>
          <w:tcPr>
            <w:tcW w:w="2880" w:type="dxa"/>
          </w:tcPr>
          <w:p w14:paraId="42555B14" w14:textId="77777777" w:rsidR="00160F8F" w:rsidRDefault="00000000">
            <w:r>
              <w:t>Description</w:t>
            </w:r>
          </w:p>
        </w:tc>
        <w:tc>
          <w:tcPr>
            <w:tcW w:w="2880" w:type="dxa"/>
          </w:tcPr>
          <w:p w14:paraId="5F93EA93" w14:textId="77777777" w:rsidR="00160F8F" w:rsidRDefault="00000000">
            <w:r>
              <w:t>Points</w:t>
            </w:r>
          </w:p>
        </w:tc>
      </w:tr>
      <w:tr w:rsidR="00160F8F" w14:paraId="6A4929C8" w14:textId="77777777">
        <w:tc>
          <w:tcPr>
            <w:tcW w:w="2880" w:type="dxa"/>
          </w:tcPr>
          <w:p w14:paraId="7D8A5F76" w14:textId="77777777" w:rsidR="00160F8F" w:rsidRDefault="00000000">
            <w:r>
              <w:t>Accuracy of Detection</w:t>
            </w:r>
          </w:p>
        </w:tc>
        <w:tc>
          <w:tcPr>
            <w:tcW w:w="2880" w:type="dxa"/>
          </w:tcPr>
          <w:p w14:paraId="407D32D2" w14:textId="77777777" w:rsidR="00160F8F" w:rsidRDefault="00000000">
            <w:r>
              <w:t>Effectiveness of identifying fraud cases.</w:t>
            </w:r>
          </w:p>
        </w:tc>
        <w:tc>
          <w:tcPr>
            <w:tcW w:w="2880" w:type="dxa"/>
          </w:tcPr>
          <w:p w14:paraId="1E136CFF" w14:textId="77777777" w:rsidR="00160F8F" w:rsidRDefault="00000000">
            <w:r>
              <w:t>25</w:t>
            </w:r>
          </w:p>
        </w:tc>
      </w:tr>
      <w:tr w:rsidR="00160F8F" w14:paraId="234B5075" w14:textId="77777777">
        <w:tc>
          <w:tcPr>
            <w:tcW w:w="2880" w:type="dxa"/>
          </w:tcPr>
          <w:p w14:paraId="13D4D1E0" w14:textId="77777777" w:rsidR="00160F8F" w:rsidRDefault="00000000">
            <w:r>
              <w:t>Latency</w:t>
            </w:r>
          </w:p>
        </w:tc>
        <w:tc>
          <w:tcPr>
            <w:tcW w:w="2880" w:type="dxa"/>
          </w:tcPr>
          <w:p w14:paraId="66842749" w14:textId="77777777" w:rsidR="00160F8F" w:rsidRDefault="00000000">
            <w:r>
              <w:t>Speed of real-time decision making.</w:t>
            </w:r>
          </w:p>
        </w:tc>
        <w:tc>
          <w:tcPr>
            <w:tcW w:w="2880" w:type="dxa"/>
          </w:tcPr>
          <w:p w14:paraId="76E3FC19" w14:textId="77777777" w:rsidR="00160F8F" w:rsidRDefault="00000000">
            <w:r>
              <w:t>20</w:t>
            </w:r>
          </w:p>
        </w:tc>
      </w:tr>
      <w:tr w:rsidR="00160F8F" w14:paraId="6B1130D4" w14:textId="77777777">
        <w:tc>
          <w:tcPr>
            <w:tcW w:w="2880" w:type="dxa"/>
          </w:tcPr>
          <w:p w14:paraId="1B5A5845" w14:textId="77777777" w:rsidR="00160F8F" w:rsidRDefault="00000000">
            <w:r>
              <w:t>Scalability</w:t>
            </w:r>
          </w:p>
        </w:tc>
        <w:tc>
          <w:tcPr>
            <w:tcW w:w="2880" w:type="dxa"/>
          </w:tcPr>
          <w:p w14:paraId="73F918A5" w14:textId="77777777" w:rsidR="00160F8F" w:rsidRDefault="00000000">
            <w:r>
              <w:t>Handles growing number of users/transactions.</w:t>
            </w:r>
          </w:p>
        </w:tc>
        <w:tc>
          <w:tcPr>
            <w:tcW w:w="2880" w:type="dxa"/>
          </w:tcPr>
          <w:p w14:paraId="36335A05" w14:textId="77777777" w:rsidR="00160F8F" w:rsidRDefault="00000000">
            <w:r>
              <w:t>20</w:t>
            </w:r>
          </w:p>
        </w:tc>
      </w:tr>
      <w:tr w:rsidR="00160F8F" w14:paraId="42F67CC1" w14:textId="77777777">
        <w:tc>
          <w:tcPr>
            <w:tcW w:w="2880" w:type="dxa"/>
          </w:tcPr>
          <w:p w14:paraId="0D8B2C01" w14:textId="77777777" w:rsidR="00160F8F" w:rsidRDefault="00000000">
            <w:r>
              <w:t>Integration Feasibility</w:t>
            </w:r>
          </w:p>
        </w:tc>
        <w:tc>
          <w:tcPr>
            <w:tcW w:w="2880" w:type="dxa"/>
          </w:tcPr>
          <w:p w14:paraId="2F23E6ED" w14:textId="77777777" w:rsidR="00160F8F" w:rsidRDefault="00000000">
            <w:r>
              <w:t>Can be integrated into banking systems.</w:t>
            </w:r>
          </w:p>
        </w:tc>
        <w:tc>
          <w:tcPr>
            <w:tcW w:w="2880" w:type="dxa"/>
          </w:tcPr>
          <w:p w14:paraId="0F5ECD4B" w14:textId="77777777" w:rsidR="00160F8F" w:rsidRDefault="00000000">
            <w:r>
              <w:t>15</w:t>
            </w:r>
          </w:p>
        </w:tc>
      </w:tr>
      <w:tr w:rsidR="00160F8F" w14:paraId="6F3FBD75" w14:textId="77777777">
        <w:tc>
          <w:tcPr>
            <w:tcW w:w="2880" w:type="dxa"/>
          </w:tcPr>
          <w:p w14:paraId="051CCF09" w14:textId="77777777" w:rsidR="00160F8F" w:rsidRDefault="00000000">
            <w:r>
              <w:t>UI &amp; Reporting</w:t>
            </w:r>
          </w:p>
        </w:tc>
        <w:tc>
          <w:tcPr>
            <w:tcW w:w="2880" w:type="dxa"/>
          </w:tcPr>
          <w:p w14:paraId="3D3F345B" w14:textId="77777777" w:rsidR="00160F8F" w:rsidRDefault="00000000">
            <w:r>
              <w:t>Dashboard to explain alerts and outcomes.</w:t>
            </w:r>
          </w:p>
        </w:tc>
        <w:tc>
          <w:tcPr>
            <w:tcW w:w="2880" w:type="dxa"/>
          </w:tcPr>
          <w:p w14:paraId="3CC867B7" w14:textId="77777777" w:rsidR="00160F8F" w:rsidRDefault="00000000">
            <w:r>
              <w:t>20</w:t>
            </w:r>
          </w:p>
        </w:tc>
      </w:tr>
    </w:tbl>
    <w:p w14:paraId="7B541382" w14:textId="77777777" w:rsidR="00160F8F" w:rsidRDefault="00000000">
      <w:pPr>
        <w:pStyle w:val="Heading3"/>
      </w:pPr>
      <w:r>
        <w:t>5. 🛠 Tools and Technologies</w:t>
      </w:r>
    </w:p>
    <w:p w14:paraId="48B73A4A" w14:textId="11FE1CFB" w:rsidR="00160F8F" w:rsidRDefault="00000000" w:rsidP="00021D3A">
      <w:r>
        <w:t>Recommended tools: Python, Scikit-learn, TensorFlow, Kafka, Apache Spark, REST APIs for banking integration, Docker for containerization, and PostgreSQL or NoSQL databases for transaction history storage. Deployment on AWS/GCP preferred.</w:t>
      </w:r>
    </w:p>
    <w:p w14:paraId="4B1A2504" w14:textId="77777777" w:rsidR="00021D3A" w:rsidRDefault="00021D3A">
      <w:pPr>
        <w:rPr>
          <w:rFonts w:asciiTheme="majorHAnsi" w:eastAsiaTheme="majorEastAsia" w:hAnsiTheme="majorHAnsi" w:cstheme="majorBidi"/>
          <w:b/>
          <w:bCs/>
          <w:color w:val="4F81BD" w:themeColor="accent1"/>
          <w:sz w:val="26"/>
          <w:szCs w:val="26"/>
        </w:rPr>
      </w:pPr>
      <w:r>
        <w:br w:type="page"/>
      </w:r>
    </w:p>
    <w:p w14:paraId="384416A7" w14:textId="5425D99C" w:rsidR="00160F8F" w:rsidRDefault="00000000">
      <w:pPr>
        <w:pStyle w:val="Heading2"/>
      </w:pPr>
      <w:r>
        <w:lastRenderedPageBreak/>
        <w:t>Problem Title: Create an algorithm to simulate elevator scheduling in a building</w:t>
      </w:r>
    </w:p>
    <w:p w14:paraId="2725E27B" w14:textId="77777777" w:rsidR="00160F8F" w:rsidRDefault="00000000">
      <w:pPr>
        <w:pStyle w:val="Heading3"/>
      </w:pPr>
      <w:r>
        <w:t>1. 🧠 Problem Description</w:t>
      </w:r>
    </w:p>
    <w:p w14:paraId="736E4C0B"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69682726"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02E7192F" w14:textId="77777777">
        <w:tc>
          <w:tcPr>
            <w:tcW w:w="4320" w:type="dxa"/>
          </w:tcPr>
          <w:p w14:paraId="5BB2BF09" w14:textId="77777777" w:rsidR="00160F8F" w:rsidRDefault="00000000">
            <w:r>
              <w:t>Use Case</w:t>
            </w:r>
          </w:p>
        </w:tc>
        <w:tc>
          <w:tcPr>
            <w:tcW w:w="4320" w:type="dxa"/>
          </w:tcPr>
          <w:p w14:paraId="73579B20" w14:textId="77777777" w:rsidR="00160F8F" w:rsidRDefault="00000000">
            <w:r>
              <w:t>Description</w:t>
            </w:r>
          </w:p>
        </w:tc>
      </w:tr>
      <w:tr w:rsidR="00160F8F" w14:paraId="2419FE40" w14:textId="77777777">
        <w:tc>
          <w:tcPr>
            <w:tcW w:w="4320" w:type="dxa"/>
          </w:tcPr>
          <w:p w14:paraId="76BDCB9B" w14:textId="77777777" w:rsidR="00160F8F" w:rsidRDefault="00000000">
            <w:r>
              <w:t>Banking Apps</w:t>
            </w:r>
          </w:p>
        </w:tc>
        <w:tc>
          <w:tcPr>
            <w:tcW w:w="4320" w:type="dxa"/>
          </w:tcPr>
          <w:p w14:paraId="6A38E79A" w14:textId="77777777" w:rsidR="00160F8F" w:rsidRDefault="00000000">
            <w:r>
              <w:t>Detect suspicious login locations or simultaneous logins.</w:t>
            </w:r>
          </w:p>
        </w:tc>
      </w:tr>
      <w:tr w:rsidR="00160F8F" w14:paraId="46C324E9" w14:textId="77777777">
        <w:tc>
          <w:tcPr>
            <w:tcW w:w="4320" w:type="dxa"/>
          </w:tcPr>
          <w:p w14:paraId="143BA808" w14:textId="77777777" w:rsidR="00160F8F" w:rsidRDefault="00000000">
            <w:r>
              <w:t>POS Transactions</w:t>
            </w:r>
          </w:p>
        </w:tc>
        <w:tc>
          <w:tcPr>
            <w:tcW w:w="4320" w:type="dxa"/>
          </w:tcPr>
          <w:p w14:paraId="4FA9F905" w14:textId="77777777" w:rsidR="00160F8F" w:rsidRDefault="00000000">
            <w:r>
              <w:t>Flag high-value purchases at odd hours.</w:t>
            </w:r>
          </w:p>
        </w:tc>
      </w:tr>
      <w:tr w:rsidR="00160F8F" w14:paraId="6370D11A" w14:textId="77777777">
        <w:tc>
          <w:tcPr>
            <w:tcW w:w="4320" w:type="dxa"/>
          </w:tcPr>
          <w:p w14:paraId="476BCE4B" w14:textId="77777777" w:rsidR="00160F8F" w:rsidRDefault="00000000">
            <w:r>
              <w:t>Credit Card Systems</w:t>
            </w:r>
          </w:p>
        </w:tc>
        <w:tc>
          <w:tcPr>
            <w:tcW w:w="4320" w:type="dxa"/>
          </w:tcPr>
          <w:p w14:paraId="0DD5F04F" w14:textId="77777777" w:rsidR="00160F8F" w:rsidRDefault="00000000">
            <w:r>
              <w:t>Monitor frequent micro-transactions in short bursts.</w:t>
            </w:r>
          </w:p>
        </w:tc>
      </w:tr>
      <w:tr w:rsidR="00160F8F" w14:paraId="5922E499" w14:textId="77777777">
        <w:tc>
          <w:tcPr>
            <w:tcW w:w="4320" w:type="dxa"/>
          </w:tcPr>
          <w:p w14:paraId="7A12BA71" w14:textId="77777777" w:rsidR="00160F8F" w:rsidRDefault="00000000">
            <w:r>
              <w:t>Online Transfers</w:t>
            </w:r>
          </w:p>
        </w:tc>
        <w:tc>
          <w:tcPr>
            <w:tcW w:w="4320" w:type="dxa"/>
          </w:tcPr>
          <w:p w14:paraId="3B8785C0" w14:textId="77777777" w:rsidR="00160F8F" w:rsidRDefault="00000000">
            <w:r>
              <w:t>Alert for rapid fund movements between accounts.</w:t>
            </w:r>
          </w:p>
        </w:tc>
      </w:tr>
      <w:tr w:rsidR="00160F8F" w14:paraId="3094C61C" w14:textId="77777777">
        <w:tc>
          <w:tcPr>
            <w:tcW w:w="4320" w:type="dxa"/>
          </w:tcPr>
          <w:p w14:paraId="2AA8B739" w14:textId="77777777" w:rsidR="00160F8F" w:rsidRDefault="00000000">
            <w:r>
              <w:t>E-commerce Payments</w:t>
            </w:r>
          </w:p>
        </w:tc>
        <w:tc>
          <w:tcPr>
            <w:tcW w:w="4320" w:type="dxa"/>
          </w:tcPr>
          <w:p w14:paraId="2589BFEE" w14:textId="77777777" w:rsidR="00160F8F" w:rsidRDefault="00000000">
            <w:r>
              <w:t>Block high-risk purchases from blacklisted IPs or locations.</w:t>
            </w:r>
          </w:p>
        </w:tc>
      </w:tr>
    </w:tbl>
    <w:p w14:paraId="5680DFEF"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2B72DBBD" w14:textId="77777777">
        <w:tc>
          <w:tcPr>
            <w:tcW w:w="2880" w:type="dxa"/>
          </w:tcPr>
          <w:p w14:paraId="291BC3C5" w14:textId="77777777" w:rsidR="00160F8F" w:rsidRDefault="00000000">
            <w:r>
              <w:t>Challenge</w:t>
            </w:r>
          </w:p>
        </w:tc>
        <w:tc>
          <w:tcPr>
            <w:tcW w:w="2880" w:type="dxa"/>
          </w:tcPr>
          <w:p w14:paraId="29321E48" w14:textId="77777777" w:rsidR="00160F8F" w:rsidRDefault="00000000">
            <w:r>
              <w:t>Description</w:t>
            </w:r>
          </w:p>
        </w:tc>
        <w:tc>
          <w:tcPr>
            <w:tcW w:w="2880" w:type="dxa"/>
          </w:tcPr>
          <w:p w14:paraId="02C06F1A" w14:textId="77777777" w:rsidR="00160F8F" w:rsidRDefault="00000000">
            <w:r>
              <w:t>Suggested Solution</w:t>
            </w:r>
          </w:p>
        </w:tc>
      </w:tr>
      <w:tr w:rsidR="00160F8F" w14:paraId="104E231A" w14:textId="77777777">
        <w:tc>
          <w:tcPr>
            <w:tcW w:w="2880" w:type="dxa"/>
          </w:tcPr>
          <w:p w14:paraId="7064AA57" w14:textId="77777777" w:rsidR="00160F8F" w:rsidRDefault="00000000">
            <w:r>
              <w:t>False Positives</w:t>
            </w:r>
          </w:p>
        </w:tc>
        <w:tc>
          <w:tcPr>
            <w:tcW w:w="2880" w:type="dxa"/>
          </w:tcPr>
          <w:p w14:paraId="60E7C3CA" w14:textId="77777777" w:rsidR="00160F8F" w:rsidRDefault="00000000">
            <w:r>
              <w:t>Legitimate users may get flagged.</w:t>
            </w:r>
          </w:p>
        </w:tc>
        <w:tc>
          <w:tcPr>
            <w:tcW w:w="2880" w:type="dxa"/>
          </w:tcPr>
          <w:p w14:paraId="364F03B6" w14:textId="77777777" w:rsidR="00160F8F" w:rsidRDefault="00000000">
            <w:r>
              <w:t>Use adaptive ML models with feedback loops.</w:t>
            </w:r>
          </w:p>
        </w:tc>
      </w:tr>
      <w:tr w:rsidR="00160F8F" w14:paraId="5CECCEEF" w14:textId="77777777">
        <w:tc>
          <w:tcPr>
            <w:tcW w:w="2880" w:type="dxa"/>
          </w:tcPr>
          <w:p w14:paraId="20A568F3" w14:textId="77777777" w:rsidR="00160F8F" w:rsidRDefault="00000000">
            <w:r>
              <w:t>Latency</w:t>
            </w:r>
          </w:p>
        </w:tc>
        <w:tc>
          <w:tcPr>
            <w:tcW w:w="2880" w:type="dxa"/>
          </w:tcPr>
          <w:p w14:paraId="04B7F737" w14:textId="77777777" w:rsidR="00160F8F" w:rsidRDefault="00000000">
            <w:r>
              <w:t>Real-time analysis causes delay.</w:t>
            </w:r>
          </w:p>
        </w:tc>
        <w:tc>
          <w:tcPr>
            <w:tcW w:w="2880" w:type="dxa"/>
          </w:tcPr>
          <w:p w14:paraId="2093B0A8" w14:textId="77777777" w:rsidR="00160F8F" w:rsidRDefault="00000000">
            <w:r>
              <w:t>Use stream-processing tools like Kafka + Spark.</w:t>
            </w:r>
          </w:p>
        </w:tc>
      </w:tr>
      <w:tr w:rsidR="00160F8F" w14:paraId="3B9D2C15" w14:textId="77777777">
        <w:tc>
          <w:tcPr>
            <w:tcW w:w="2880" w:type="dxa"/>
          </w:tcPr>
          <w:p w14:paraId="03CB7F9E" w14:textId="77777777" w:rsidR="00160F8F" w:rsidRDefault="00000000">
            <w:r>
              <w:t>Lack of Labeled Data</w:t>
            </w:r>
          </w:p>
        </w:tc>
        <w:tc>
          <w:tcPr>
            <w:tcW w:w="2880" w:type="dxa"/>
          </w:tcPr>
          <w:p w14:paraId="30EB8D3E" w14:textId="77777777" w:rsidR="00160F8F" w:rsidRDefault="00000000">
            <w:r>
              <w:t>Fraud patterns are hard to train on.</w:t>
            </w:r>
          </w:p>
        </w:tc>
        <w:tc>
          <w:tcPr>
            <w:tcW w:w="2880" w:type="dxa"/>
          </w:tcPr>
          <w:p w14:paraId="579649E1" w14:textId="77777777" w:rsidR="00160F8F" w:rsidRDefault="00000000">
            <w:r>
              <w:t>Use synthetic fraud data generation and transfer learning.</w:t>
            </w:r>
          </w:p>
        </w:tc>
      </w:tr>
      <w:tr w:rsidR="00160F8F" w14:paraId="6A7ABC80" w14:textId="77777777">
        <w:tc>
          <w:tcPr>
            <w:tcW w:w="2880" w:type="dxa"/>
          </w:tcPr>
          <w:p w14:paraId="17B0F853" w14:textId="77777777" w:rsidR="00160F8F" w:rsidRDefault="00000000">
            <w:r>
              <w:t>Model Drift</w:t>
            </w:r>
          </w:p>
        </w:tc>
        <w:tc>
          <w:tcPr>
            <w:tcW w:w="2880" w:type="dxa"/>
          </w:tcPr>
          <w:p w14:paraId="7B3341B2" w14:textId="77777777" w:rsidR="00160F8F" w:rsidRDefault="00000000">
            <w:r>
              <w:t>Patterns change over time.</w:t>
            </w:r>
          </w:p>
        </w:tc>
        <w:tc>
          <w:tcPr>
            <w:tcW w:w="2880" w:type="dxa"/>
          </w:tcPr>
          <w:p w14:paraId="786C36AE" w14:textId="77777777" w:rsidR="00160F8F" w:rsidRDefault="00000000">
            <w:r>
              <w:t>Schedule regular model re-training on recent data.</w:t>
            </w:r>
          </w:p>
        </w:tc>
      </w:tr>
      <w:tr w:rsidR="00160F8F" w14:paraId="1669AA85" w14:textId="77777777">
        <w:tc>
          <w:tcPr>
            <w:tcW w:w="2880" w:type="dxa"/>
          </w:tcPr>
          <w:p w14:paraId="019E6E1E" w14:textId="77777777" w:rsidR="00160F8F" w:rsidRDefault="00000000">
            <w:r>
              <w:t>Integration Issues</w:t>
            </w:r>
          </w:p>
        </w:tc>
        <w:tc>
          <w:tcPr>
            <w:tcW w:w="2880" w:type="dxa"/>
          </w:tcPr>
          <w:p w14:paraId="35F332CA" w14:textId="77777777" w:rsidR="00160F8F" w:rsidRDefault="00000000">
            <w:r>
              <w:t>Hard to embed in legacy systems.</w:t>
            </w:r>
          </w:p>
        </w:tc>
        <w:tc>
          <w:tcPr>
            <w:tcW w:w="2880" w:type="dxa"/>
          </w:tcPr>
          <w:p w14:paraId="4DF04A92" w14:textId="77777777" w:rsidR="00160F8F" w:rsidRDefault="00000000">
            <w:r>
              <w:t>Use API gateway to decouple model from core infra.</w:t>
            </w:r>
          </w:p>
        </w:tc>
      </w:tr>
    </w:tbl>
    <w:p w14:paraId="6EBF5DDF"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553F6851" w14:textId="77777777">
        <w:tc>
          <w:tcPr>
            <w:tcW w:w="2880" w:type="dxa"/>
          </w:tcPr>
          <w:p w14:paraId="3E811EA3" w14:textId="77777777" w:rsidR="00160F8F" w:rsidRDefault="00000000">
            <w:r>
              <w:t>Criteria</w:t>
            </w:r>
          </w:p>
        </w:tc>
        <w:tc>
          <w:tcPr>
            <w:tcW w:w="2880" w:type="dxa"/>
          </w:tcPr>
          <w:p w14:paraId="7A8118F8" w14:textId="77777777" w:rsidR="00160F8F" w:rsidRDefault="00000000">
            <w:r>
              <w:t>Description</w:t>
            </w:r>
          </w:p>
        </w:tc>
        <w:tc>
          <w:tcPr>
            <w:tcW w:w="2880" w:type="dxa"/>
          </w:tcPr>
          <w:p w14:paraId="45A7E66B" w14:textId="77777777" w:rsidR="00160F8F" w:rsidRDefault="00000000">
            <w:r>
              <w:t>Points</w:t>
            </w:r>
          </w:p>
        </w:tc>
      </w:tr>
      <w:tr w:rsidR="00160F8F" w14:paraId="5ADD33D4" w14:textId="77777777">
        <w:tc>
          <w:tcPr>
            <w:tcW w:w="2880" w:type="dxa"/>
          </w:tcPr>
          <w:p w14:paraId="7C91D645" w14:textId="77777777" w:rsidR="00160F8F" w:rsidRDefault="00000000">
            <w:r>
              <w:t>Accuracy of Detection</w:t>
            </w:r>
          </w:p>
        </w:tc>
        <w:tc>
          <w:tcPr>
            <w:tcW w:w="2880" w:type="dxa"/>
          </w:tcPr>
          <w:p w14:paraId="01D61606" w14:textId="77777777" w:rsidR="00160F8F" w:rsidRDefault="00000000">
            <w:r>
              <w:t>Effectiveness of identifying fraud cases.</w:t>
            </w:r>
          </w:p>
        </w:tc>
        <w:tc>
          <w:tcPr>
            <w:tcW w:w="2880" w:type="dxa"/>
          </w:tcPr>
          <w:p w14:paraId="0D178886" w14:textId="77777777" w:rsidR="00160F8F" w:rsidRDefault="00000000">
            <w:r>
              <w:t>25</w:t>
            </w:r>
          </w:p>
        </w:tc>
      </w:tr>
      <w:tr w:rsidR="00160F8F" w14:paraId="65D50CD2" w14:textId="77777777">
        <w:tc>
          <w:tcPr>
            <w:tcW w:w="2880" w:type="dxa"/>
          </w:tcPr>
          <w:p w14:paraId="731A30DB" w14:textId="77777777" w:rsidR="00160F8F" w:rsidRDefault="00000000">
            <w:r>
              <w:t>Latency</w:t>
            </w:r>
          </w:p>
        </w:tc>
        <w:tc>
          <w:tcPr>
            <w:tcW w:w="2880" w:type="dxa"/>
          </w:tcPr>
          <w:p w14:paraId="4ED14535" w14:textId="77777777" w:rsidR="00160F8F" w:rsidRDefault="00000000">
            <w:r>
              <w:t>Speed of real-time decision making.</w:t>
            </w:r>
          </w:p>
        </w:tc>
        <w:tc>
          <w:tcPr>
            <w:tcW w:w="2880" w:type="dxa"/>
          </w:tcPr>
          <w:p w14:paraId="4D58E1A3" w14:textId="77777777" w:rsidR="00160F8F" w:rsidRDefault="00000000">
            <w:r>
              <w:t>20</w:t>
            </w:r>
          </w:p>
        </w:tc>
      </w:tr>
      <w:tr w:rsidR="00160F8F" w14:paraId="5820AE4D" w14:textId="77777777">
        <w:tc>
          <w:tcPr>
            <w:tcW w:w="2880" w:type="dxa"/>
          </w:tcPr>
          <w:p w14:paraId="3959AFA1" w14:textId="77777777" w:rsidR="00160F8F" w:rsidRDefault="00000000">
            <w:r>
              <w:t>Scalability</w:t>
            </w:r>
          </w:p>
        </w:tc>
        <w:tc>
          <w:tcPr>
            <w:tcW w:w="2880" w:type="dxa"/>
          </w:tcPr>
          <w:p w14:paraId="40B37713" w14:textId="77777777" w:rsidR="00160F8F" w:rsidRDefault="00000000">
            <w:r>
              <w:t>Handles growing number of users/transactions.</w:t>
            </w:r>
          </w:p>
        </w:tc>
        <w:tc>
          <w:tcPr>
            <w:tcW w:w="2880" w:type="dxa"/>
          </w:tcPr>
          <w:p w14:paraId="3FEBE799" w14:textId="77777777" w:rsidR="00160F8F" w:rsidRDefault="00000000">
            <w:r>
              <w:t>20</w:t>
            </w:r>
          </w:p>
        </w:tc>
      </w:tr>
      <w:tr w:rsidR="00160F8F" w14:paraId="71C6E750" w14:textId="77777777">
        <w:tc>
          <w:tcPr>
            <w:tcW w:w="2880" w:type="dxa"/>
          </w:tcPr>
          <w:p w14:paraId="78CB9204" w14:textId="77777777" w:rsidR="00160F8F" w:rsidRDefault="00000000">
            <w:r>
              <w:t>Integration Feasibility</w:t>
            </w:r>
          </w:p>
        </w:tc>
        <w:tc>
          <w:tcPr>
            <w:tcW w:w="2880" w:type="dxa"/>
          </w:tcPr>
          <w:p w14:paraId="34AD9FAF" w14:textId="77777777" w:rsidR="00160F8F" w:rsidRDefault="00000000">
            <w:r>
              <w:t>Can be integrated into banking systems.</w:t>
            </w:r>
          </w:p>
        </w:tc>
        <w:tc>
          <w:tcPr>
            <w:tcW w:w="2880" w:type="dxa"/>
          </w:tcPr>
          <w:p w14:paraId="03D3DCB6" w14:textId="77777777" w:rsidR="00160F8F" w:rsidRDefault="00000000">
            <w:r>
              <w:t>15</w:t>
            </w:r>
          </w:p>
        </w:tc>
      </w:tr>
      <w:tr w:rsidR="00160F8F" w14:paraId="4FD28B0A" w14:textId="77777777">
        <w:tc>
          <w:tcPr>
            <w:tcW w:w="2880" w:type="dxa"/>
          </w:tcPr>
          <w:p w14:paraId="76A4E6EA" w14:textId="77777777" w:rsidR="00160F8F" w:rsidRDefault="00000000">
            <w:r>
              <w:t>UI &amp; Reporting</w:t>
            </w:r>
          </w:p>
        </w:tc>
        <w:tc>
          <w:tcPr>
            <w:tcW w:w="2880" w:type="dxa"/>
          </w:tcPr>
          <w:p w14:paraId="2F3B8CC7" w14:textId="77777777" w:rsidR="00160F8F" w:rsidRDefault="00000000">
            <w:r>
              <w:t>Dashboard to explain alerts and outcomes.</w:t>
            </w:r>
          </w:p>
        </w:tc>
        <w:tc>
          <w:tcPr>
            <w:tcW w:w="2880" w:type="dxa"/>
          </w:tcPr>
          <w:p w14:paraId="1A948C2E" w14:textId="77777777" w:rsidR="00160F8F" w:rsidRDefault="00000000">
            <w:r>
              <w:t>20</w:t>
            </w:r>
          </w:p>
        </w:tc>
      </w:tr>
    </w:tbl>
    <w:p w14:paraId="5B2CDFAA" w14:textId="77777777" w:rsidR="00160F8F" w:rsidRDefault="00000000">
      <w:pPr>
        <w:pStyle w:val="Heading3"/>
      </w:pPr>
      <w:r>
        <w:t>5. 🛠 Tools and Technologies</w:t>
      </w:r>
    </w:p>
    <w:p w14:paraId="7B85116D" w14:textId="5CAA96BC" w:rsidR="00160F8F" w:rsidRDefault="00000000" w:rsidP="00021D3A">
      <w:r>
        <w:t>Recommended tools: Python, Scikit-learn, TensorFlow, Kafka, Apache Spark, REST APIs for banking integration, Docker for containerization, and PostgreSQL or NoSQL databases for transaction history storage. Deployment on AWS/GCP preferred.</w:t>
      </w:r>
    </w:p>
    <w:p w14:paraId="4D6C2859" w14:textId="77777777" w:rsidR="00021D3A" w:rsidRDefault="00021D3A">
      <w:pPr>
        <w:rPr>
          <w:rFonts w:asciiTheme="majorHAnsi" w:eastAsiaTheme="majorEastAsia" w:hAnsiTheme="majorHAnsi" w:cstheme="majorBidi"/>
          <w:b/>
          <w:bCs/>
          <w:color w:val="4F81BD" w:themeColor="accent1"/>
          <w:sz w:val="26"/>
          <w:szCs w:val="26"/>
        </w:rPr>
      </w:pPr>
      <w:r>
        <w:br w:type="page"/>
      </w:r>
    </w:p>
    <w:p w14:paraId="3AFA7BE8" w14:textId="450AE125" w:rsidR="00160F8F" w:rsidRDefault="00000000">
      <w:pPr>
        <w:pStyle w:val="Heading2"/>
      </w:pPr>
      <w:r>
        <w:lastRenderedPageBreak/>
        <w:t>Problem Title: Create an optimized graph traversal algorithm for finding shortest paths in a maze</w:t>
      </w:r>
    </w:p>
    <w:p w14:paraId="3670501E" w14:textId="77777777" w:rsidR="00160F8F" w:rsidRDefault="00000000">
      <w:pPr>
        <w:pStyle w:val="Heading3"/>
      </w:pPr>
      <w:r>
        <w:t>1. 🧠 Problem Description</w:t>
      </w:r>
    </w:p>
    <w:p w14:paraId="0DBE6AC4"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5D1288D7"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560292F6" w14:textId="77777777">
        <w:tc>
          <w:tcPr>
            <w:tcW w:w="4320" w:type="dxa"/>
          </w:tcPr>
          <w:p w14:paraId="2B187D51" w14:textId="77777777" w:rsidR="00160F8F" w:rsidRDefault="00000000">
            <w:r>
              <w:t>Use Case</w:t>
            </w:r>
          </w:p>
        </w:tc>
        <w:tc>
          <w:tcPr>
            <w:tcW w:w="4320" w:type="dxa"/>
          </w:tcPr>
          <w:p w14:paraId="658C64C4" w14:textId="77777777" w:rsidR="00160F8F" w:rsidRDefault="00000000">
            <w:r>
              <w:t>Description</w:t>
            </w:r>
          </w:p>
        </w:tc>
      </w:tr>
      <w:tr w:rsidR="00160F8F" w14:paraId="4B0854D5" w14:textId="77777777">
        <w:tc>
          <w:tcPr>
            <w:tcW w:w="4320" w:type="dxa"/>
          </w:tcPr>
          <w:p w14:paraId="3BCCC674" w14:textId="77777777" w:rsidR="00160F8F" w:rsidRDefault="00000000">
            <w:r>
              <w:t>Banking Apps</w:t>
            </w:r>
          </w:p>
        </w:tc>
        <w:tc>
          <w:tcPr>
            <w:tcW w:w="4320" w:type="dxa"/>
          </w:tcPr>
          <w:p w14:paraId="39E616E0" w14:textId="77777777" w:rsidR="00160F8F" w:rsidRDefault="00000000">
            <w:r>
              <w:t>Detect suspicious login locations or simultaneous logins.</w:t>
            </w:r>
          </w:p>
        </w:tc>
      </w:tr>
      <w:tr w:rsidR="00160F8F" w14:paraId="2ACA0A86" w14:textId="77777777">
        <w:tc>
          <w:tcPr>
            <w:tcW w:w="4320" w:type="dxa"/>
          </w:tcPr>
          <w:p w14:paraId="19AB57D5" w14:textId="77777777" w:rsidR="00160F8F" w:rsidRDefault="00000000">
            <w:r>
              <w:t>POS Transactions</w:t>
            </w:r>
          </w:p>
        </w:tc>
        <w:tc>
          <w:tcPr>
            <w:tcW w:w="4320" w:type="dxa"/>
          </w:tcPr>
          <w:p w14:paraId="5D5541CC" w14:textId="77777777" w:rsidR="00160F8F" w:rsidRDefault="00000000">
            <w:r>
              <w:t>Flag high-value purchases at odd hours.</w:t>
            </w:r>
          </w:p>
        </w:tc>
      </w:tr>
      <w:tr w:rsidR="00160F8F" w14:paraId="0CA8D49C" w14:textId="77777777">
        <w:tc>
          <w:tcPr>
            <w:tcW w:w="4320" w:type="dxa"/>
          </w:tcPr>
          <w:p w14:paraId="2402813C" w14:textId="77777777" w:rsidR="00160F8F" w:rsidRDefault="00000000">
            <w:r>
              <w:t>Credit Card Systems</w:t>
            </w:r>
          </w:p>
        </w:tc>
        <w:tc>
          <w:tcPr>
            <w:tcW w:w="4320" w:type="dxa"/>
          </w:tcPr>
          <w:p w14:paraId="0F24AA60" w14:textId="77777777" w:rsidR="00160F8F" w:rsidRDefault="00000000">
            <w:r>
              <w:t>Monitor frequent micro-transactions in short bursts.</w:t>
            </w:r>
          </w:p>
        </w:tc>
      </w:tr>
      <w:tr w:rsidR="00160F8F" w14:paraId="63C61B38" w14:textId="77777777">
        <w:tc>
          <w:tcPr>
            <w:tcW w:w="4320" w:type="dxa"/>
          </w:tcPr>
          <w:p w14:paraId="43F10CD5" w14:textId="77777777" w:rsidR="00160F8F" w:rsidRDefault="00000000">
            <w:r>
              <w:t>Online Transfers</w:t>
            </w:r>
          </w:p>
        </w:tc>
        <w:tc>
          <w:tcPr>
            <w:tcW w:w="4320" w:type="dxa"/>
          </w:tcPr>
          <w:p w14:paraId="11862F02" w14:textId="77777777" w:rsidR="00160F8F" w:rsidRDefault="00000000">
            <w:r>
              <w:t>Alert for rapid fund movements between accounts.</w:t>
            </w:r>
          </w:p>
        </w:tc>
      </w:tr>
      <w:tr w:rsidR="00160F8F" w14:paraId="2CCDC150" w14:textId="77777777">
        <w:tc>
          <w:tcPr>
            <w:tcW w:w="4320" w:type="dxa"/>
          </w:tcPr>
          <w:p w14:paraId="420F15BA" w14:textId="77777777" w:rsidR="00160F8F" w:rsidRDefault="00000000">
            <w:r>
              <w:t>E-commerce Payments</w:t>
            </w:r>
          </w:p>
        </w:tc>
        <w:tc>
          <w:tcPr>
            <w:tcW w:w="4320" w:type="dxa"/>
          </w:tcPr>
          <w:p w14:paraId="57C14700" w14:textId="77777777" w:rsidR="00160F8F" w:rsidRDefault="00000000">
            <w:r>
              <w:t>Block high-risk purchases from blacklisted IPs or locations.</w:t>
            </w:r>
          </w:p>
        </w:tc>
      </w:tr>
    </w:tbl>
    <w:p w14:paraId="6C7DECA2"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63FF2E62" w14:textId="77777777">
        <w:tc>
          <w:tcPr>
            <w:tcW w:w="2880" w:type="dxa"/>
          </w:tcPr>
          <w:p w14:paraId="35EBE323" w14:textId="77777777" w:rsidR="00160F8F" w:rsidRDefault="00000000">
            <w:r>
              <w:t>Challenge</w:t>
            </w:r>
          </w:p>
        </w:tc>
        <w:tc>
          <w:tcPr>
            <w:tcW w:w="2880" w:type="dxa"/>
          </w:tcPr>
          <w:p w14:paraId="357578ED" w14:textId="77777777" w:rsidR="00160F8F" w:rsidRDefault="00000000">
            <w:r>
              <w:t>Description</w:t>
            </w:r>
          </w:p>
        </w:tc>
        <w:tc>
          <w:tcPr>
            <w:tcW w:w="2880" w:type="dxa"/>
          </w:tcPr>
          <w:p w14:paraId="76ACF350" w14:textId="77777777" w:rsidR="00160F8F" w:rsidRDefault="00000000">
            <w:r>
              <w:t>Suggested Solution</w:t>
            </w:r>
          </w:p>
        </w:tc>
      </w:tr>
      <w:tr w:rsidR="00160F8F" w14:paraId="76890EAB" w14:textId="77777777">
        <w:tc>
          <w:tcPr>
            <w:tcW w:w="2880" w:type="dxa"/>
          </w:tcPr>
          <w:p w14:paraId="4FA35C36" w14:textId="77777777" w:rsidR="00160F8F" w:rsidRDefault="00000000">
            <w:r>
              <w:t>False Positives</w:t>
            </w:r>
          </w:p>
        </w:tc>
        <w:tc>
          <w:tcPr>
            <w:tcW w:w="2880" w:type="dxa"/>
          </w:tcPr>
          <w:p w14:paraId="49157210" w14:textId="77777777" w:rsidR="00160F8F" w:rsidRDefault="00000000">
            <w:r>
              <w:t>Legitimate users may get flagged.</w:t>
            </w:r>
          </w:p>
        </w:tc>
        <w:tc>
          <w:tcPr>
            <w:tcW w:w="2880" w:type="dxa"/>
          </w:tcPr>
          <w:p w14:paraId="56C59F9C" w14:textId="77777777" w:rsidR="00160F8F" w:rsidRDefault="00000000">
            <w:r>
              <w:t>Use adaptive ML models with feedback loops.</w:t>
            </w:r>
          </w:p>
        </w:tc>
      </w:tr>
      <w:tr w:rsidR="00160F8F" w14:paraId="1A32240B" w14:textId="77777777">
        <w:tc>
          <w:tcPr>
            <w:tcW w:w="2880" w:type="dxa"/>
          </w:tcPr>
          <w:p w14:paraId="03049EA6" w14:textId="77777777" w:rsidR="00160F8F" w:rsidRDefault="00000000">
            <w:r>
              <w:t>Latency</w:t>
            </w:r>
          </w:p>
        </w:tc>
        <w:tc>
          <w:tcPr>
            <w:tcW w:w="2880" w:type="dxa"/>
          </w:tcPr>
          <w:p w14:paraId="634708C4" w14:textId="77777777" w:rsidR="00160F8F" w:rsidRDefault="00000000">
            <w:r>
              <w:t>Real-time analysis causes delay.</w:t>
            </w:r>
          </w:p>
        </w:tc>
        <w:tc>
          <w:tcPr>
            <w:tcW w:w="2880" w:type="dxa"/>
          </w:tcPr>
          <w:p w14:paraId="37282577" w14:textId="77777777" w:rsidR="00160F8F" w:rsidRDefault="00000000">
            <w:r>
              <w:t>Use stream-processing tools like Kafka + Spark.</w:t>
            </w:r>
          </w:p>
        </w:tc>
      </w:tr>
      <w:tr w:rsidR="00160F8F" w14:paraId="48B451F3" w14:textId="77777777">
        <w:tc>
          <w:tcPr>
            <w:tcW w:w="2880" w:type="dxa"/>
          </w:tcPr>
          <w:p w14:paraId="109D7D5C" w14:textId="77777777" w:rsidR="00160F8F" w:rsidRDefault="00000000">
            <w:r>
              <w:t>Lack of Labeled Data</w:t>
            </w:r>
          </w:p>
        </w:tc>
        <w:tc>
          <w:tcPr>
            <w:tcW w:w="2880" w:type="dxa"/>
          </w:tcPr>
          <w:p w14:paraId="04DEF137" w14:textId="77777777" w:rsidR="00160F8F" w:rsidRDefault="00000000">
            <w:r>
              <w:t>Fraud patterns are hard to train on.</w:t>
            </w:r>
          </w:p>
        </w:tc>
        <w:tc>
          <w:tcPr>
            <w:tcW w:w="2880" w:type="dxa"/>
          </w:tcPr>
          <w:p w14:paraId="77D886B2" w14:textId="77777777" w:rsidR="00160F8F" w:rsidRDefault="00000000">
            <w:r>
              <w:t>Use synthetic fraud data generation and transfer learning.</w:t>
            </w:r>
          </w:p>
        </w:tc>
      </w:tr>
      <w:tr w:rsidR="00160F8F" w14:paraId="121DB31C" w14:textId="77777777">
        <w:tc>
          <w:tcPr>
            <w:tcW w:w="2880" w:type="dxa"/>
          </w:tcPr>
          <w:p w14:paraId="48B8B7B6" w14:textId="77777777" w:rsidR="00160F8F" w:rsidRDefault="00000000">
            <w:r>
              <w:t>Model Drift</w:t>
            </w:r>
          </w:p>
        </w:tc>
        <w:tc>
          <w:tcPr>
            <w:tcW w:w="2880" w:type="dxa"/>
          </w:tcPr>
          <w:p w14:paraId="716C9230" w14:textId="77777777" w:rsidR="00160F8F" w:rsidRDefault="00000000">
            <w:r>
              <w:t>Patterns change over time.</w:t>
            </w:r>
          </w:p>
        </w:tc>
        <w:tc>
          <w:tcPr>
            <w:tcW w:w="2880" w:type="dxa"/>
          </w:tcPr>
          <w:p w14:paraId="6D3129CE" w14:textId="77777777" w:rsidR="00160F8F" w:rsidRDefault="00000000">
            <w:r>
              <w:t>Schedule regular model re-training on recent data.</w:t>
            </w:r>
          </w:p>
        </w:tc>
      </w:tr>
      <w:tr w:rsidR="00160F8F" w14:paraId="040F8FAD" w14:textId="77777777">
        <w:tc>
          <w:tcPr>
            <w:tcW w:w="2880" w:type="dxa"/>
          </w:tcPr>
          <w:p w14:paraId="186CE29C" w14:textId="77777777" w:rsidR="00160F8F" w:rsidRDefault="00000000">
            <w:r>
              <w:t>Integration Issues</w:t>
            </w:r>
          </w:p>
        </w:tc>
        <w:tc>
          <w:tcPr>
            <w:tcW w:w="2880" w:type="dxa"/>
          </w:tcPr>
          <w:p w14:paraId="243E3F4F" w14:textId="77777777" w:rsidR="00160F8F" w:rsidRDefault="00000000">
            <w:r>
              <w:t>Hard to embed in legacy systems.</w:t>
            </w:r>
          </w:p>
        </w:tc>
        <w:tc>
          <w:tcPr>
            <w:tcW w:w="2880" w:type="dxa"/>
          </w:tcPr>
          <w:p w14:paraId="030F7BDD" w14:textId="77777777" w:rsidR="00160F8F" w:rsidRDefault="00000000">
            <w:r>
              <w:t>Use API gateway to decouple model from core infra.</w:t>
            </w:r>
          </w:p>
        </w:tc>
      </w:tr>
    </w:tbl>
    <w:p w14:paraId="640790C7"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4C0D9C6E" w14:textId="77777777">
        <w:tc>
          <w:tcPr>
            <w:tcW w:w="2880" w:type="dxa"/>
          </w:tcPr>
          <w:p w14:paraId="114A0438" w14:textId="77777777" w:rsidR="00160F8F" w:rsidRDefault="00000000">
            <w:r>
              <w:t>Criteria</w:t>
            </w:r>
          </w:p>
        </w:tc>
        <w:tc>
          <w:tcPr>
            <w:tcW w:w="2880" w:type="dxa"/>
          </w:tcPr>
          <w:p w14:paraId="5F908C0B" w14:textId="77777777" w:rsidR="00160F8F" w:rsidRDefault="00000000">
            <w:r>
              <w:t>Description</w:t>
            </w:r>
          </w:p>
        </w:tc>
        <w:tc>
          <w:tcPr>
            <w:tcW w:w="2880" w:type="dxa"/>
          </w:tcPr>
          <w:p w14:paraId="47596893" w14:textId="77777777" w:rsidR="00160F8F" w:rsidRDefault="00000000">
            <w:r>
              <w:t>Points</w:t>
            </w:r>
          </w:p>
        </w:tc>
      </w:tr>
      <w:tr w:rsidR="00160F8F" w14:paraId="5FE3904A" w14:textId="77777777">
        <w:tc>
          <w:tcPr>
            <w:tcW w:w="2880" w:type="dxa"/>
          </w:tcPr>
          <w:p w14:paraId="4136F74F" w14:textId="77777777" w:rsidR="00160F8F" w:rsidRDefault="00000000">
            <w:r>
              <w:t>Accuracy of Detection</w:t>
            </w:r>
          </w:p>
        </w:tc>
        <w:tc>
          <w:tcPr>
            <w:tcW w:w="2880" w:type="dxa"/>
          </w:tcPr>
          <w:p w14:paraId="74BA793F" w14:textId="77777777" w:rsidR="00160F8F" w:rsidRDefault="00000000">
            <w:r>
              <w:t>Effectiveness of identifying fraud cases.</w:t>
            </w:r>
          </w:p>
        </w:tc>
        <w:tc>
          <w:tcPr>
            <w:tcW w:w="2880" w:type="dxa"/>
          </w:tcPr>
          <w:p w14:paraId="30CA6724" w14:textId="77777777" w:rsidR="00160F8F" w:rsidRDefault="00000000">
            <w:r>
              <w:t>25</w:t>
            </w:r>
          </w:p>
        </w:tc>
      </w:tr>
      <w:tr w:rsidR="00160F8F" w14:paraId="628FDC5B" w14:textId="77777777">
        <w:tc>
          <w:tcPr>
            <w:tcW w:w="2880" w:type="dxa"/>
          </w:tcPr>
          <w:p w14:paraId="38235A46" w14:textId="77777777" w:rsidR="00160F8F" w:rsidRDefault="00000000">
            <w:r>
              <w:t>Latency</w:t>
            </w:r>
          </w:p>
        </w:tc>
        <w:tc>
          <w:tcPr>
            <w:tcW w:w="2880" w:type="dxa"/>
          </w:tcPr>
          <w:p w14:paraId="3F4AFEC7" w14:textId="77777777" w:rsidR="00160F8F" w:rsidRDefault="00000000">
            <w:r>
              <w:t>Speed of real-time decision making.</w:t>
            </w:r>
          </w:p>
        </w:tc>
        <w:tc>
          <w:tcPr>
            <w:tcW w:w="2880" w:type="dxa"/>
          </w:tcPr>
          <w:p w14:paraId="3B1CFFD8" w14:textId="77777777" w:rsidR="00160F8F" w:rsidRDefault="00000000">
            <w:r>
              <w:t>20</w:t>
            </w:r>
          </w:p>
        </w:tc>
      </w:tr>
      <w:tr w:rsidR="00160F8F" w14:paraId="4F2EEA5C" w14:textId="77777777">
        <w:tc>
          <w:tcPr>
            <w:tcW w:w="2880" w:type="dxa"/>
          </w:tcPr>
          <w:p w14:paraId="44057590" w14:textId="77777777" w:rsidR="00160F8F" w:rsidRDefault="00000000">
            <w:r>
              <w:t>Scalability</w:t>
            </w:r>
          </w:p>
        </w:tc>
        <w:tc>
          <w:tcPr>
            <w:tcW w:w="2880" w:type="dxa"/>
          </w:tcPr>
          <w:p w14:paraId="207BDB5F" w14:textId="77777777" w:rsidR="00160F8F" w:rsidRDefault="00000000">
            <w:r>
              <w:t>Handles growing number of users/transactions.</w:t>
            </w:r>
          </w:p>
        </w:tc>
        <w:tc>
          <w:tcPr>
            <w:tcW w:w="2880" w:type="dxa"/>
          </w:tcPr>
          <w:p w14:paraId="4A9B9EFB" w14:textId="77777777" w:rsidR="00160F8F" w:rsidRDefault="00000000">
            <w:r>
              <w:t>20</w:t>
            </w:r>
          </w:p>
        </w:tc>
      </w:tr>
      <w:tr w:rsidR="00160F8F" w14:paraId="7019EA46" w14:textId="77777777">
        <w:tc>
          <w:tcPr>
            <w:tcW w:w="2880" w:type="dxa"/>
          </w:tcPr>
          <w:p w14:paraId="55E1A9D5" w14:textId="77777777" w:rsidR="00160F8F" w:rsidRDefault="00000000">
            <w:r>
              <w:t>Integration Feasibility</w:t>
            </w:r>
          </w:p>
        </w:tc>
        <w:tc>
          <w:tcPr>
            <w:tcW w:w="2880" w:type="dxa"/>
          </w:tcPr>
          <w:p w14:paraId="4D3D251F" w14:textId="77777777" w:rsidR="00160F8F" w:rsidRDefault="00000000">
            <w:r>
              <w:t>Can be integrated into banking systems.</w:t>
            </w:r>
          </w:p>
        </w:tc>
        <w:tc>
          <w:tcPr>
            <w:tcW w:w="2880" w:type="dxa"/>
          </w:tcPr>
          <w:p w14:paraId="3DC600CF" w14:textId="77777777" w:rsidR="00160F8F" w:rsidRDefault="00000000">
            <w:r>
              <w:t>15</w:t>
            </w:r>
          </w:p>
        </w:tc>
      </w:tr>
      <w:tr w:rsidR="00160F8F" w14:paraId="46AE9D36" w14:textId="77777777">
        <w:tc>
          <w:tcPr>
            <w:tcW w:w="2880" w:type="dxa"/>
          </w:tcPr>
          <w:p w14:paraId="2D3D80E8" w14:textId="77777777" w:rsidR="00160F8F" w:rsidRDefault="00000000">
            <w:r>
              <w:t>UI &amp; Reporting</w:t>
            </w:r>
          </w:p>
        </w:tc>
        <w:tc>
          <w:tcPr>
            <w:tcW w:w="2880" w:type="dxa"/>
          </w:tcPr>
          <w:p w14:paraId="2B871954" w14:textId="77777777" w:rsidR="00160F8F" w:rsidRDefault="00000000">
            <w:r>
              <w:t>Dashboard to explain alerts and outcomes.</w:t>
            </w:r>
          </w:p>
        </w:tc>
        <w:tc>
          <w:tcPr>
            <w:tcW w:w="2880" w:type="dxa"/>
          </w:tcPr>
          <w:p w14:paraId="78E36535" w14:textId="77777777" w:rsidR="00160F8F" w:rsidRDefault="00000000">
            <w:r>
              <w:t>20</w:t>
            </w:r>
          </w:p>
        </w:tc>
      </w:tr>
    </w:tbl>
    <w:p w14:paraId="33D1FD4E" w14:textId="77777777" w:rsidR="00160F8F" w:rsidRDefault="00000000">
      <w:pPr>
        <w:pStyle w:val="Heading3"/>
      </w:pPr>
      <w:r>
        <w:t>5. 🛠 Tools and Technologies</w:t>
      </w:r>
    </w:p>
    <w:p w14:paraId="4CB56F97" w14:textId="17658410" w:rsidR="00160F8F" w:rsidRDefault="00000000" w:rsidP="00021D3A">
      <w:r>
        <w:t>Recommended tools: Python, Scikit-learn, TensorFlow, Kafka, Apache Spark, REST APIs for banking integration, Docker for containerization, and PostgreSQL or NoSQL databases for transaction history storage. Deployment on AWS/GCP preferred.</w:t>
      </w:r>
    </w:p>
    <w:p w14:paraId="550A208C" w14:textId="77777777" w:rsidR="00021D3A" w:rsidRDefault="00021D3A">
      <w:pPr>
        <w:rPr>
          <w:rFonts w:asciiTheme="majorHAnsi" w:eastAsiaTheme="majorEastAsia" w:hAnsiTheme="majorHAnsi" w:cstheme="majorBidi"/>
          <w:b/>
          <w:bCs/>
          <w:color w:val="4F81BD" w:themeColor="accent1"/>
          <w:sz w:val="26"/>
          <w:szCs w:val="26"/>
        </w:rPr>
      </w:pPr>
      <w:r>
        <w:br w:type="page"/>
      </w:r>
    </w:p>
    <w:p w14:paraId="6786D33D" w14:textId="4954CB5A" w:rsidR="00160F8F" w:rsidRDefault="00000000">
      <w:pPr>
        <w:pStyle w:val="Heading2"/>
      </w:pPr>
      <w:r>
        <w:lastRenderedPageBreak/>
        <w:t>Problem Title: Design a backtracking algorithm to solve the N-Queens problem efficiently</w:t>
      </w:r>
    </w:p>
    <w:p w14:paraId="3A62ADC4" w14:textId="77777777" w:rsidR="00160F8F" w:rsidRDefault="00000000">
      <w:pPr>
        <w:pStyle w:val="Heading3"/>
      </w:pPr>
      <w:r>
        <w:t>1. 🧠 Problem Description</w:t>
      </w:r>
    </w:p>
    <w:p w14:paraId="76B1138A"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02477F16"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752434D5" w14:textId="77777777">
        <w:tc>
          <w:tcPr>
            <w:tcW w:w="4320" w:type="dxa"/>
          </w:tcPr>
          <w:p w14:paraId="0BE31C7A" w14:textId="77777777" w:rsidR="00160F8F" w:rsidRDefault="00000000">
            <w:r>
              <w:t>Use Case</w:t>
            </w:r>
          </w:p>
        </w:tc>
        <w:tc>
          <w:tcPr>
            <w:tcW w:w="4320" w:type="dxa"/>
          </w:tcPr>
          <w:p w14:paraId="22C8319E" w14:textId="77777777" w:rsidR="00160F8F" w:rsidRDefault="00000000">
            <w:r>
              <w:t>Description</w:t>
            </w:r>
          </w:p>
        </w:tc>
      </w:tr>
      <w:tr w:rsidR="00160F8F" w14:paraId="2372F6FB" w14:textId="77777777">
        <w:tc>
          <w:tcPr>
            <w:tcW w:w="4320" w:type="dxa"/>
          </w:tcPr>
          <w:p w14:paraId="090BB40C" w14:textId="77777777" w:rsidR="00160F8F" w:rsidRDefault="00000000">
            <w:r>
              <w:t>Banking Apps</w:t>
            </w:r>
          </w:p>
        </w:tc>
        <w:tc>
          <w:tcPr>
            <w:tcW w:w="4320" w:type="dxa"/>
          </w:tcPr>
          <w:p w14:paraId="2106F85E" w14:textId="77777777" w:rsidR="00160F8F" w:rsidRDefault="00000000">
            <w:r>
              <w:t>Detect suspicious login locations or simultaneous logins.</w:t>
            </w:r>
          </w:p>
        </w:tc>
      </w:tr>
      <w:tr w:rsidR="00160F8F" w14:paraId="6A85ED83" w14:textId="77777777">
        <w:tc>
          <w:tcPr>
            <w:tcW w:w="4320" w:type="dxa"/>
          </w:tcPr>
          <w:p w14:paraId="0C79C3F1" w14:textId="77777777" w:rsidR="00160F8F" w:rsidRDefault="00000000">
            <w:r>
              <w:t>POS Transactions</w:t>
            </w:r>
          </w:p>
        </w:tc>
        <w:tc>
          <w:tcPr>
            <w:tcW w:w="4320" w:type="dxa"/>
          </w:tcPr>
          <w:p w14:paraId="365EB657" w14:textId="77777777" w:rsidR="00160F8F" w:rsidRDefault="00000000">
            <w:r>
              <w:t>Flag high-value purchases at odd hours.</w:t>
            </w:r>
          </w:p>
        </w:tc>
      </w:tr>
      <w:tr w:rsidR="00160F8F" w14:paraId="3796FCE4" w14:textId="77777777">
        <w:tc>
          <w:tcPr>
            <w:tcW w:w="4320" w:type="dxa"/>
          </w:tcPr>
          <w:p w14:paraId="2EF5A67D" w14:textId="77777777" w:rsidR="00160F8F" w:rsidRDefault="00000000">
            <w:r>
              <w:t>Credit Card Systems</w:t>
            </w:r>
          </w:p>
        </w:tc>
        <w:tc>
          <w:tcPr>
            <w:tcW w:w="4320" w:type="dxa"/>
          </w:tcPr>
          <w:p w14:paraId="2100D278" w14:textId="77777777" w:rsidR="00160F8F" w:rsidRDefault="00000000">
            <w:r>
              <w:t>Monitor frequent micro-transactions in short bursts.</w:t>
            </w:r>
          </w:p>
        </w:tc>
      </w:tr>
      <w:tr w:rsidR="00160F8F" w14:paraId="28C0234B" w14:textId="77777777">
        <w:tc>
          <w:tcPr>
            <w:tcW w:w="4320" w:type="dxa"/>
          </w:tcPr>
          <w:p w14:paraId="3670929E" w14:textId="77777777" w:rsidR="00160F8F" w:rsidRDefault="00000000">
            <w:r>
              <w:t>Online Transfers</w:t>
            </w:r>
          </w:p>
        </w:tc>
        <w:tc>
          <w:tcPr>
            <w:tcW w:w="4320" w:type="dxa"/>
          </w:tcPr>
          <w:p w14:paraId="17B57E6F" w14:textId="77777777" w:rsidR="00160F8F" w:rsidRDefault="00000000">
            <w:r>
              <w:t>Alert for rapid fund movements between accounts.</w:t>
            </w:r>
          </w:p>
        </w:tc>
      </w:tr>
      <w:tr w:rsidR="00160F8F" w14:paraId="076C42F6" w14:textId="77777777">
        <w:tc>
          <w:tcPr>
            <w:tcW w:w="4320" w:type="dxa"/>
          </w:tcPr>
          <w:p w14:paraId="6E16CC36" w14:textId="77777777" w:rsidR="00160F8F" w:rsidRDefault="00000000">
            <w:r>
              <w:t>E-commerce Payments</w:t>
            </w:r>
          </w:p>
        </w:tc>
        <w:tc>
          <w:tcPr>
            <w:tcW w:w="4320" w:type="dxa"/>
          </w:tcPr>
          <w:p w14:paraId="7BA516E5" w14:textId="77777777" w:rsidR="00160F8F" w:rsidRDefault="00000000">
            <w:r>
              <w:t>Block high-risk purchases from blacklisted IPs or locations.</w:t>
            </w:r>
          </w:p>
        </w:tc>
      </w:tr>
    </w:tbl>
    <w:p w14:paraId="5F517CE8"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76E71668" w14:textId="77777777">
        <w:tc>
          <w:tcPr>
            <w:tcW w:w="2880" w:type="dxa"/>
          </w:tcPr>
          <w:p w14:paraId="5431AA32" w14:textId="77777777" w:rsidR="00160F8F" w:rsidRDefault="00000000">
            <w:r>
              <w:t>Challenge</w:t>
            </w:r>
          </w:p>
        </w:tc>
        <w:tc>
          <w:tcPr>
            <w:tcW w:w="2880" w:type="dxa"/>
          </w:tcPr>
          <w:p w14:paraId="105B18CF" w14:textId="77777777" w:rsidR="00160F8F" w:rsidRDefault="00000000">
            <w:r>
              <w:t>Description</w:t>
            </w:r>
          </w:p>
        </w:tc>
        <w:tc>
          <w:tcPr>
            <w:tcW w:w="2880" w:type="dxa"/>
          </w:tcPr>
          <w:p w14:paraId="11D36C1C" w14:textId="77777777" w:rsidR="00160F8F" w:rsidRDefault="00000000">
            <w:r>
              <w:t>Suggested Solution</w:t>
            </w:r>
          </w:p>
        </w:tc>
      </w:tr>
      <w:tr w:rsidR="00160F8F" w14:paraId="67125FDF" w14:textId="77777777">
        <w:tc>
          <w:tcPr>
            <w:tcW w:w="2880" w:type="dxa"/>
          </w:tcPr>
          <w:p w14:paraId="1A538261" w14:textId="77777777" w:rsidR="00160F8F" w:rsidRDefault="00000000">
            <w:r>
              <w:t>False Positives</w:t>
            </w:r>
          </w:p>
        </w:tc>
        <w:tc>
          <w:tcPr>
            <w:tcW w:w="2880" w:type="dxa"/>
          </w:tcPr>
          <w:p w14:paraId="10BD7A9D" w14:textId="77777777" w:rsidR="00160F8F" w:rsidRDefault="00000000">
            <w:r>
              <w:t>Legitimate users may get flagged.</w:t>
            </w:r>
          </w:p>
        </w:tc>
        <w:tc>
          <w:tcPr>
            <w:tcW w:w="2880" w:type="dxa"/>
          </w:tcPr>
          <w:p w14:paraId="5015956D" w14:textId="77777777" w:rsidR="00160F8F" w:rsidRDefault="00000000">
            <w:r>
              <w:t>Use adaptive ML models with feedback loops.</w:t>
            </w:r>
          </w:p>
        </w:tc>
      </w:tr>
      <w:tr w:rsidR="00160F8F" w14:paraId="40125826" w14:textId="77777777">
        <w:tc>
          <w:tcPr>
            <w:tcW w:w="2880" w:type="dxa"/>
          </w:tcPr>
          <w:p w14:paraId="46F4CFB8" w14:textId="77777777" w:rsidR="00160F8F" w:rsidRDefault="00000000">
            <w:r>
              <w:t>Latency</w:t>
            </w:r>
          </w:p>
        </w:tc>
        <w:tc>
          <w:tcPr>
            <w:tcW w:w="2880" w:type="dxa"/>
          </w:tcPr>
          <w:p w14:paraId="38D19A4A" w14:textId="77777777" w:rsidR="00160F8F" w:rsidRDefault="00000000">
            <w:r>
              <w:t>Real-time analysis causes delay.</w:t>
            </w:r>
          </w:p>
        </w:tc>
        <w:tc>
          <w:tcPr>
            <w:tcW w:w="2880" w:type="dxa"/>
          </w:tcPr>
          <w:p w14:paraId="5C18D78E" w14:textId="77777777" w:rsidR="00160F8F" w:rsidRDefault="00000000">
            <w:r>
              <w:t>Use stream-processing tools like Kafka + Spark.</w:t>
            </w:r>
          </w:p>
        </w:tc>
      </w:tr>
      <w:tr w:rsidR="00160F8F" w14:paraId="561EC537" w14:textId="77777777">
        <w:tc>
          <w:tcPr>
            <w:tcW w:w="2880" w:type="dxa"/>
          </w:tcPr>
          <w:p w14:paraId="1ACC836C" w14:textId="77777777" w:rsidR="00160F8F" w:rsidRDefault="00000000">
            <w:r>
              <w:t>Lack of Labeled Data</w:t>
            </w:r>
          </w:p>
        </w:tc>
        <w:tc>
          <w:tcPr>
            <w:tcW w:w="2880" w:type="dxa"/>
          </w:tcPr>
          <w:p w14:paraId="32DA8301" w14:textId="77777777" w:rsidR="00160F8F" w:rsidRDefault="00000000">
            <w:r>
              <w:t>Fraud patterns are hard to train on.</w:t>
            </w:r>
          </w:p>
        </w:tc>
        <w:tc>
          <w:tcPr>
            <w:tcW w:w="2880" w:type="dxa"/>
          </w:tcPr>
          <w:p w14:paraId="03E07CC2" w14:textId="77777777" w:rsidR="00160F8F" w:rsidRDefault="00000000">
            <w:r>
              <w:t>Use synthetic fraud data generation and transfer learning.</w:t>
            </w:r>
          </w:p>
        </w:tc>
      </w:tr>
      <w:tr w:rsidR="00160F8F" w14:paraId="07AABE0C" w14:textId="77777777">
        <w:tc>
          <w:tcPr>
            <w:tcW w:w="2880" w:type="dxa"/>
          </w:tcPr>
          <w:p w14:paraId="7580A54B" w14:textId="77777777" w:rsidR="00160F8F" w:rsidRDefault="00000000">
            <w:r>
              <w:t>Model Drift</w:t>
            </w:r>
          </w:p>
        </w:tc>
        <w:tc>
          <w:tcPr>
            <w:tcW w:w="2880" w:type="dxa"/>
          </w:tcPr>
          <w:p w14:paraId="6352380A" w14:textId="77777777" w:rsidR="00160F8F" w:rsidRDefault="00000000">
            <w:r>
              <w:t>Patterns change over time.</w:t>
            </w:r>
          </w:p>
        </w:tc>
        <w:tc>
          <w:tcPr>
            <w:tcW w:w="2880" w:type="dxa"/>
          </w:tcPr>
          <w:p w14:paraId="643CB2F8" w14:textId="77777777" w:rsidR="00160F8F" w:rsidRDefault="00000000">
            <w:r>
              <w:t>Schedule regular model re-training on recent data.</w:t>
            </w:r>
          </w:p>
        </w:tc>
      </w:tr>
      <w:tr w:rsidR="00160F8F" w14:paraId="3D1C5827" w14:textId="77777777">
        <w:tc>
          <w:tcPr>
            <w:tcW w:w="2880" w:type="dxa"/>
          </w:tcPr>
          <w:p w14:paraId="3C497FB1" w14:textId="77777777" w:rsidR="00160F8F" w:rsidRDefault="00000000">
            <w:r>
              <w:t>Integration Issues</w:t>
            </w:r>
          </w:p>
        </w:tc>
        <w:tc>
          <w:tcPr>
            <w:tcW w:w="2880" w:type="dxa"/>
          </w:tcPr>
          <w:p w14:paraId="6AB47F04" w14:textId="77777777" w:rsidR="00160F8F" w:rsidRDefault="00000000">
            <w:r>
              <w:t>Hard to embed in legacy systems.</w:t>
            </w:r>
          </w:p>
        </w:tc>
        <w:tc>
          <w:tcPr>
            <w:tcW w:w="2880" w:type="dxa"/>
          </w:tcPr>
          <w:p w14:paraId="2979B4DD" w14:textId="77777777" w:rsidR="00160F8F" w:rsidRDefault="00000000">
            <w:r>
              <w:t>Use API gateway to decouple model from core infra.</w:t>
            </w:r>
          </w:p>
        </w:tc>
      </w:tr>
    </w:tbl>
    <w:p w14:paraId="036EB028"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04D8E4BE" w14:textId="77777777">
        <w:tc>
          <w:tcPr>
            <w:tcW w:w="2880" w:type="dxa"/>
          </w:tcPr>
          <w:p w14:paraId="486895CB" w14:textId="77777777" w:rsidR="00160F8F" w:rsidRDefault="00000000">
            <w:r>
              <w:t>Criteria</w:t>
            </w:r>
          </w:p>
        </w:tc>
        <w:tc>
          <w:tcPr>
            <w:tcW w:w="2880" w:type="dxa"/>
          </w:tcPr>
          <w:p w14:paraId="6F476D7A" w14:textId="77777777" w:rsidR="00160F8F" w:rsidRDefault="00000000">
            <w:r>
              <w:t>Description</w:t>
            </w:r>
          </w:p>
        </w:tc>
        <w:tc>
          <w:tcPr>
            <w:tcW w:w="2880" w:type="dxa"/>
          </w:tcPr>
          <w:p w14:paraId="223FCE45" w14:textId="77777777" w:rsidR="00160F8F" w:rsidRDefault="00000000">
            <w:r>
              <w:t>Points</w:t>
            </w:r>
          </w:p>
        </w:tc>
      </w:tr>
      <w:tr w:rsidR="00160F8F" w14:paraId="29CAA9D8" w14:textId="77777777">
        <w:tc>
          <w:tcPr>
            <w:tcW w:w="2880" w:type="dxa"/>
          </w:tcPr>
          <w:p w14:paraId="0FCBFEEE" w14:textId="77777777" w:rsidR="00160F8F" w:rsidRDefault="00000000">
            <w:r>
              <w:t>Accuracy of Detection</w:t>
            </w:r>
          </w:p>
        </w:tc>
        <w:tc>
          <w:tcPr>
            <w:tcW w:w="2880" w:type="dxa"/>
          </w:tcPr>
          <w:p w14:paraId="1FFFA2E4" w14:textId="77777777" w:rsidR="00160F8F" w:rsidRDefault="00000000">
            <w:r>
              <w:t>Effectiveness of identifying fraud cases.</w:t>
            </w:r>
          </w:p>
        </w:tc>
        <w:tc>
          <w:tcPr>
            <w:tcW w:w="2880" w:type="dxa"/>
          </w:tcPr>
          <w:p w14:paraId="2D18C1AC" w14:textId="77777777" w:rsidR="00160F8F" w:rsidRDefault="00000000">
            <w:r>
              <w:t>25</w:t>
            </w:r>
          </w:p>
        </w:tc>
      </w:tr>
      <w:tr w:rsidR="00160F8F" w14:paraId="318A8886" w14:textId="77777777">
        <w:tc>
          <w:tcPr>
            <w:tcW w:w="2880" w:type="dxa"/>
          </w:tcPr>
          <w:p w14:paraId="5EE28C73" w14:textId="77777777" w:rsidR="00160F8F" w:rsidRDefault="00000000">
            <w:r>
              <w:t>Latency</w:t>
            </w:r>
          </w:p>
        </w:tc>
        <w:tc>
          <w:tcPr>
            <w:tcW w:w="2880" w:type="dxa"/>
          </w:tcPr>
          <w:p w14:paraId="3432EE78" w14:textId="77777777" w:rsidR="00160F8F" w:rsidRDefault="00000000">
            <w:r>
              <w:t>Speed of real-time decision making.</w:t>
            </w:r>
          </w:p>
        </w:tc>
        <w:tc>
          <w:tcPr>
            <w:tcW w:w="2880" w:type="dxa"/>
          </w:tcPr>
          <w:p w14:paraId="20F35181" w14:textId="77777777" w:rsidR="00160F8F" w:rsidRDefault="00000000">
            <w:r>
              <w:t>20</w:t>
            </w:r>
          </w:p>
        </w:tc>
      </w:tr>
      <w:tr w:rsidR="00160F8F" w14:paraId="66CB7A30" w14:textId="77777777">
        <w:tc>
          <w:tcPr>
            <w:tcW w:w="2880" w:type="dxa"/>
          </w:tcPr>
          <w:p w14:paraId="2AA43B2C" w14:textId="77777777" w:rsidR="00160F8F" w:rsidRDefault="00000000">
            <w:r>
              <w:t>Scalability</w:t>
            </w:r>
          </w:p>
        </w:tc>
        <w:tc>
          <w:tcPr>
            <w:tcW w:w="2880" w:type="dxa"/>
          </w:tcPr>
          <w:p w14:paraId="797ECD30" w14:textId="77777777" w:rsidR="00160F8F" w:rsidRDefault="00000000">
            <w:r>
              <w:t>Handles growing number of users/transactions.</w:t>
            </w:r>
          </w:p>
        </w:tc>
        <w:tc>
          <w:tcPr>
            <w:tcW w:w="2880" w:type="dxa"/>
          </w:tcPr>
          <w:p w14:paraId="1092B236" w14:textId="77777777" w:rsidR="00160F8F" w:rsidRDefault="00000000">
            <w:r>
              <w:t>20</w:t>
            </w:r>
          </w:p>
        </w:tc>
      </w:tr>
      <w:tr w:rsidR="00160F8F" w14:paraId="1A44C463" w14:textId="77777777">
        <w:tc>
          <w:tcPr>
            <w:tcW w:w="2880" w:type="dxa"/>
          </w:tcPr>
          <w:p w14:paraId="271B6299" w14:textId="77777777" w:rsidR="00160F8F" w:rsidRDefault="00000000">
            <w:r>
              <w:t>Integration Feasibility</w:t>
            </w:r>
          </w:p>
        </w:tc>
        <w:tc>
          <w:tcPr>
            <w:tcW w:w="2880" w:type="dxa"/>
          </w:tcPr>
          <w:p w14:paraId="60A25548" w14:textId="77777777" w:rsidR="00160F8F" w:rsidRDefault="00000000">
            <w:r>
              <w:t>Can be integrated into banking systems.</w:t>
            </w:r>
          </w:p>
        </w:tc>
        <w:tc>
          <w:tcPr>
            <w:tcW w:w="2880" w:type="dxa"/>
          </w:tcPr>
          <w:p w14:paraId="4EAE92DB" w14:textId="77777777" w:rsidR="00160F8F" w:rsidRDefault="00000000">
            <w:r>
              <w:t>15</w:t>
            </w:r>
          </w:p>
        </w:tc>
      </w:tr>
      <w:tr w:rsidR="00160F8F" w14:paraId="54D0B2C5" w14:textId="77777777">
        <w:tc>
          <w:tcPr>
            <w:tcW w:w="2880" w:type="dxa"/>
          </w:tcPr>
          <w:p w14:paraId="5B2EC1DC" w14:textId="77777777" w:rsidR="00160F8F" w:rsidRDefault="00000000">
            <w:r>
              <w:t>UI &amp; Reporting</w:t>
            </w:r>
          </w:p>
        </w:tc>
        <w:tc>
          <w:tcPr>
            <w:tcW w:w="2880" w:type="dxa"/>
          </w:tcPr>
          <w:p w14:paraId="2BD00218" w14:textId="77777777" w:rsidR="00160F8F" w:rsidRDefault="00000000">
            <w:r>
              <w:t>Dashboard to explain alerts and outcomes.</w:t>
            </w:r>
          </w:p>
        </w:tc>
        <w:tc>
          <w:tcPr>
            <w:tcW w:w="2880" w:type="dxa"/>
          </w:tcPr>
          <w:p w14:paraId="65ED1F25" w14:textId="77777777" w:rsidR="00160F8F" w:rsidRDefault="00000000">
            <w:r>
              <w:t>20</w:t>
            </w:r>
          </w:p>
        </w:tc>
      </w:tr>
    </w:tbl>
    <w:p w14:paraId="656711B8" w14:textId="77777777" w:rsidR="00160F8F" w:rsidRDefault="00000000">
      <w:pPr>
        <w:pStyle w:val="Heading3"/>
      </w:pPr>
      <w:r>
        <w:t>5. 🛠 Tools and Technologies</w:t>
      </w:r>
    </w:p>
    <w:p w14:paraId="5F587123" w14:textId="2C882484" w:rsidR="00160F8F" w:rsidRDefault="00000000" w:rsidP="00021D3A">
      <w:r>
        <w:t>Recommended tools: Python, Scikit-learn, TensorFlow, Kafka, Apache Spark, REST APIs for banking integration, Docker for containerization, and PostgreSQL or NoSQL databases for transaction history storage. Deployment on AWS/GCP preferred.</w:t>
      </w:r>
    </w:p>
    <w:p w14:paraId="1D4B685F" w14:textId="77777777" w:rsidR="00021D3A" w:rsidRDefault="00021D3A">
      <w:pPr>
        <w:rPr>
          <w:rFonts w:asciiTheme="majorHAnsi" w:eastAsiaTheme="majorEastAsia" w:hAnsiTheme="majorHAnsi" w:cstheme="majorBidi"/>
          <w:b/>
          <w:bCs/>
          <w:color w:val="4F81BD" w:themeColor="accent1"/>
          <w:sz w:val="26"/>
          <w:szCs w:val="26"/>
        </w:rPr>
      </w:pPr>
      <w:r>
        <w:br w:type="page"/>
      </w:r>
    </w:p>
    <w:p w14:paraId="5EF93690" w14:textId="008F876F" w:rsidR="00160F8F" w:rsidRDefault="00000000">
      <w:pPr>
        <w:pStyle w:val="Heading2"/>
      </w:pPr>
      <w:r>
        <w:lastRenderedPageBreak/>
        <w:t>Problem Title: Design a hashing algorithm to manage large-scale URL shortener</w:t>
      </w:r>
    </w:p>
    <w:p w14:paraId="19AF0CE7" w14:textId="77777777" w:rsidR="00160F8F" w:rsidRDefault="00000000">
      <w:pPr>
        <w:pStyle w:val="Heading3"/>
      </w:pPr>
      <w:r>
        <w:t>1. 🧠 Problem Description</w:t>
      </w:r>
    </w:p>
    <w:p w14:paraId="6B8EC48B"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5F170566"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1D1DE011" w14:textId="77777777">
        <w:tc>
          <w:tcPr>
            <w:tcW w:w="4320" w:type="dxa"/>
          </w:tcPr>
          <w:p w14:paraId="11371278" w14:textId="77777777" w:rsidR="00160F8F" w:rsidRDefault="00000000">
            <w:r>
              <w:t>Use Case</w:t>
            </w:r>
          </w:p>
        </w:tc>
        <w:tc>
          <w:tcPr>
            <w:tcW w:w="4320" w:type="dxa"/>
          </w:tcPr>
          <w:p w14:paraId="08CC351A" w14:textId="77777777" w:rsidR="00160F8F" w:rsidRDefault="00000000">
            <w:r>
              <w:t>Description</w:t>
            </w:r>
          </w:p>
        </w:tc>
      </w:tr>
      <w:tr w:rsidR="00160F8F" w14:paraId="75F88DD5" w14:textId="77777777">
        <w:tc>
          <w:tcPr>
            <w:tcW w:w="4320" w:type="dxa"/>
          </w:tcPr>
          <w:p w14:paraId="1E29B9CE" w14:textId="77777777" w:rsidR="00160F8F" w:rsidRDefault="00000000">
            <w:r>
              <w:t>Banking Apps</w:t>
            </w:r>
          </w:p>
        </w:tc>
        <w:tc>
          <w:tcPr>
            <w:tcW w:w="4320" w:type="dxa"/>
          </w:tcPr>
          <w:p w14:paraId="41C9CE35" w14:textId="77777777" w:rsidR="00160F8F" w:rsidRDefault="00000000">
            <w:r>
              <w:t>Detect suspicious login locations or simultaneous logins.</w:t>
            </w:r>
          </w:p>
        </w:tc>
      </w:tr>
      <w:tr w:rsidR="00160F8F" w14:paraId="79117CD3" w14:textId="77777777">
        <w:tc>
          <w:tcPr>
            <w:tcW w:w="4320" w:type="dxa"/>
          </w:tcPr>
          <w:p w14:paraId="5B6628A0" w14:textId="77777777" w:rsidR="00160F8F" w:rsidRDefault="00000000">
            <w:r>
              <w:t>POS Transactions</w:t>
            </w:r>
          </w:p>
        </w:tc>
        <w:tc>
          <w:tcPr>
            <w:tcW w:w="4320" w:type="dxa"/>
          </w:tcPr>
          <w:p w14:paraId="793172E4" w14:textId="77777777" w:rsidR="00160F8F" w:rsidRDefault="00000000">
            <w:r>
              <w:t>Flag high-value purchases at odd hours.</w:t>
            </w:r>
          </w:p>
        </w:tc>
      </w:tr>
      <w:tr w:rsidR="00160F8F" w14:paraId="7C451321" w14:textId="77777777">
        <w:tc>
          <w:tcPr>
            <w:tcW w:w="4320" w:type="dxa"/>
          </w:tcPr>
          <w:p w14:paraId="2EEEAF5A" w14:textId="77777777" w:rsidR="00160F8F" w:rsidRDefault="00000000">
            <w:r>
              <w:t>Credit Card Systems</w:t>
            </w:r>
          </w:p>
        </w:tc>
        <w:tc>
          <w:tcPr>
            <w:tcW w:w="4320" w:type="dxa"/>
          </w:tcPr>
          <w:p w14:paraId="15C9DD8C" w14:textId="77777777" w:rsidR="00160F8F" w:rsidRDefault="00000000">
            <w:r>
              <w:t>Monitor frequent micro-transactions in short bursts.</w:t>
            </w:r>
          </w:p>
        </w:tc>
      </w:tr>
      <w:tr w:rsidR="00160F8F" w14:paraId="503E5B61" w14:textId="77777777">
        <w:tc>
          <w:tcPr>
            <w:tcW w:w="4320" w:type="dxa"/>
          </w:tcPr>
          <w:p w14:paraId="00FBDFF0" w14:textId="77777777" w:rsidR="00160F8F" w:rsidRDefault="00000000">
            <w:r>
              <w:t>Online Transfers</w:t>
            </w:r>
          </w:p>
        </w:tc>
        <w:tc>
          <w:tcPr>
            <w:tcW w:w="4320" w:type="dxa"/>
          </w:tcPr>
          <w:p w14:paraId="59CAB2E8" w14:textId="77777777" w:rsidR="00160F8F" w:rsidRDefault="00000000">
            <w:r>
              <w:t>Alert for rapid fund movements between accounts.</w:t>
            </w:r>
          </w:p>
        </w:tc>
      </w:tr>
      <w:tr w:rsidR="00160F8F" w14:paraId="2CFBA998" w14:textId="77777777">
        <w:tc>
          <w:tcPr>
            <w:tcW w:w="4320" w:type="dxa"/>
          </w:tcPr>
          <w:p w14:paraId="0344692A" w14:textId="77777777" w:rsidR="00160F8F" w:rsidRDefault="00000000">
            <w:r>
              <w:t>E-commerce Payments</w:t>
            </w:r>
          </w:p>
        </w:tc>
        <w:tc>
          <w:tcPr>
            <w:tcW w:w="4320" w:type="dxa"/>
          </w:tcPr>
          <w:p w14:paraId="72832A53" w14:textId="77777777" w:rsidR="00160F8F" w:rsidRDefault="00000000">
            <w:r>
              <w:t>Block high-risk purchases from blacklisted IPs or locations.</w:t>
            </w:r>
          </w:p>
        </w:tc>
      </w:tr>
    </w:tbl>
    <w:p w14:paraId="4DA5E4F0"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10FE50B9" w14:textId="77777777">
        <w:tc>
          <w:tcPr>
            <w:tcW w:w="2880" w:type="dxa"/>
          </w:tcPr>
          <w:p w14:paraId="704CB848" w14:textId="77777777" w:rsidR="00160F8F" w:rsidRDefault="00000000">
            <w:r>
              <w:t>Challenge</w:t>
            </w:r>
          </w:p>
        </w:tc>
        <w:tc>
          <w:tcPr>
            <w:tcW w:w="2880" w:type="dxa"/>
          </w:tcPr>
          <w:p w14:paraId="4A468DFA" w14:textId="77777777" w:rsidR="00160F8F" w:rsidRDefault="00000000">
            <w:r>
              <w:t>Description</w:t>
            </w:r>
          </w:p>
        </w:tc>
        <w:tc>
          <w:tcPr>
            <w:tcW w:w="2880" w:type="dxa"/>
          </w:tcPr>
          <w:p w14:paraId="0FC19859" w14:textId="77777777" w:rsidR="00160F8F" w:rsidRDefault="00000000">
            <w:r>
              <w:t>Suggested Solution</w:t>
            </w:r>
          </w:p>
        </w:tc>
      </w:tr>
      <w:tr w:rsidR="00160F8F" w14:paraId="7CC9BC1F" w14:textId="77777777">
        <w:tc>
          <w:tcPr>
            <w:tcW w:w="2880" w:type="dxa"/>
          </w:tcPr>
          <w:p w14:paraId="076B7A24" w14:textId="77777777" w:rsidR="00160F8F" w:rsidRDefault="00000000">
            <w:r>
              <w:t>False Positives</w:t>
            </w:r>
          </w:p>
        </w:tc>
        <w:tc>
          <w:tcPr>
            <w:tcW w:w="2880" w:type="dxa"/>
          </w:tcPr>
          <w:p w14:paraId="41395BA5" w14:textId="77777777" w:rsidR="00160F8F" w:rsidRDefault="00000000">
            <w:r>
              <w:t>Legitimate users may get flagged.</w:t>
            </w:r>
          </w:p>
        </w:tc>
        <w:tc>
          <w:tcPr>
            <w:tcW w:w="2880" w:type="dxa"/>
          </w:tcPr>
          <w:p w14:paraId="507D94FE" w14:textId="77777777" w:rsidR="00160F8F" w:rsidRDefault="00000000">
            <w:r>
              <w:t>Use adaptive ML models with feedback loops.</w:t>
            </w:r>
          </w:p>
        </w:tc>
      </w:tr>
      <w:tr w:rsidR="00160F8F" w14:paraId="75ECDB43" w14:textId="77777777">
        <w:tc>
          <w:tcPr>
            <w:tcW w:w="2880" w:type="dxa"/>
          </w:tcPr>
          <w:p w14:paraId="6242E805" w14:textId="77777777" w:rsidR="00160F8F" w:rsidRDefault="00000000">
            <w:r>
              <w:t>Latency</w:t>
            </w:r>
          </w:p>
        </w:tc>
        <w:tc>
          <w:tcPr>
            <w:tcW w:w="2880" w:type="dxa"/>
          </w:tcPr>
          <w:p w14:paraId="3BCC0446" w14:textId="77777777" w:rsidR="00160F8F" w:rsidRDefault="00000000">
            <w:r>
              <w:t>Real-time analysis causes delay.</w:t>
            </w:r>
          </w:p>
        </w:tc>
        <w:tc>
          <w:tcPr>
            <w:tcW w:w="2880" w:type="dxa"/>
          </w:tcPr>
          <w:p w14:paraId="1CCCBFF5" w14:textId="77777777" w:rsidR="00160F8F" w:rsidRDefault="00000000">
            <w:r>
              <w:t>Use stream-processing tools like Kafka + Spark.</w:t>
            </w:r>
          </w:p>
        </w:tc>
      </w:tr>
      <w:tr w:rsidR="00160F8F" w14:paraId="425C2CCB" w14:textId="77777777">
        <w:tc>
          <w:tcPr>
            <w:tcW w:w="2880" w:type="dxa"/>
          </w:tcPr>
          <w:p w14:paraId="1AA4A190" w14:textId="77777777" w:rsidR="00160F8F" w:rsidRDefault="00000000">
            <w:r>
              <w:t>Lack of Labeled Data</w:t>
            </w:r>
          </w:p>
        </w:tc>
        <w:tc>
          <w:tcPr>
            <w:tcW w:w="2880" w:type="dxa"/>
          </w:tcPr>
          <w:p w14:paraId="38D6CD7B" w14:textId="77777777" w:rsidR="00160F8F" w:rsidRDefault="00000000">
            <w:r>
              <w:t>Fraud patterns are hard to train on.</w:t>
            </w:r>
          </w:p>
        </w:tc>
        <w:tc>
          <w:tcPr>
            <w:tcW w:w="2880" w:type="dxa"/>
          </w:tcPr>
          <w:p w14:paraId="2395BC0E" w14:textId="77777777" w:rsidR="00160F8F" w:rsidRDefault="00000000">
            <w:r>
              <w:t>Use synthetic fraud data generation and transfer learning.</w:t>
            </w:r>
          </w:p>
        </w:tc>
      </w:tr>
      <w:tr w:rsidR="00160F8F" w14:paraId="330971E4" w14:textId="77777777">
        <w:tc>
          <w:tcPr>
            <w:tcW w:w="2880" w:type="dxa"/>
          </w:tcPr>
          <w:p w14:paraId="652F3B10" w14:textId="77777777" w:rsidR="00160F8F" w:rsidRDefault="00000000">
            <w:r>
              <w:t>Model Drift</w:t>
            </w:r>
          </w:p>
        </w:tc>
        <w:tc>
          <w:tcPr>
            <w:tcW w:w="2880" w:type="dxa"/>
          </w:tcPr>
          <w:p w14:paraId="5FF9D46A" w14:textId="77777777" w:rsidR="00160F8F" w:rsidRDefault="00000000">
            <w:r>
              <w:t>Patterns change over time.</w:t>
            </w:r>
          </w:p>
        </w:tc>
        <w:tc>
          <w:tcPr>
            <w:tcW w:w="2880" w:type="dxa"/>
          </w:tcPr>
          <w:p w14:paraId="0E56CD2A" w14:textId="77777777" w:rsidR="00160F8F" w:rsidRDefault="00000000">
            <w:r>
              <w:t>Schedule regular model re-training on recent data.</w:t>
            </w:r>
          </w:p>
        </w:tc>
      </w:tr>
      <w:tr w:rsidR="00160F8F" w14:paraId="0ABA1467" w14:textId="77777777">
        <w:tc>
          <w:tcPr>
            <w:tcW w:w="2880" w:type="dxa"/>
          </w:tcPr>
          <w:p w14:paraId="0C63030F" w14:textId="77777777" w:rsidR="00160F8F" w:rsidRDefault="00000000">
            <w:r>
              <w:t>Integration Issues</w:t>
            </w:r>
          </w:p>
        </w:tc>
        <w:tc>
          <w:tcPr>
            <w:tcW w:w="2880" w:type="dxa"/>
          </w:tcPr>
          <w:p w14:paraId="4D791803" w14:textId="77777777" w:rsidR="00160F8F" w:rsidRDefault="00000000">
            <w:r>
              <w:t>Hard to embed in legacy systems.</w:t>
            </w:r>
          </w:p>
        </w:tc>
        <w:tc>
          <w:tcPr>
            <w:tcW w:w="2880" w:type="dxa"/>
          </w:tcPr>
          <w:p w14:paraId="399B0275" w14:textId="77777777" w:rsidR="00160F8F" w:rsidRDefault="00000000">
            <w:r>
              <w:t>Use API gateway to decouple model from core infra.</w:t>
            </w:r>
          </w:p>
        </w:tc>
      </w:tr>
    </w:tbl>
    <w:p w14:paraId="1FAD7B5A"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19F11E65" w14:textId="77777777">
        <w:tc>
          <w:tcPr>
            <w:tcW w:w="2880" w:type="dxa"/>
          </w:tcPr>
          <w:p w14:paraId="5D61ED8E" w14:textId="77777777" w:rsidR="00160F8F" w:rsidRDefault="00000000">
            <w:r>
              <w:t>Criteria</w:t>
            </w:r>
          </w:p>
        </w:tc>
        <w:tc>
          <w:tcPr>
            <w:tcW w:w="2880" w:type="dxa"/>
          </w:tcPr>
          <w:p w14:paraId="10E353D4" w14:textId="77777777" w:rsidR="00160F8F" w:rsidRDefault="00000000">
            <w:r>
              <w:t>Description</w:t>
            </w:r>
          </w:p>
        </w:tc>
        <w:tc>
          <w:tcPr>
            <w:tcW w:w="2880" w:type="dxa"/>
          </w:tcPr>
          <w:p w14:paraId="7C13AD6D" w14:textId="77777777" w:rsidR="00160F8F" w:rsidRDefault="00000000">
            <w:r>
              <w:t>Points</w:t>
            </w:r>
          </w:p>
        </w:tc>
      </w:tr>
      <w:tr w:rsidR="00160F8F" w14:paraId="2497C141" w14:textId="77777777">
        <w:tc>
          <w:tcPr>
            <w:tcW w:w="2880" w:type="dxa"/>
          </w:tcPr>
          <w:p w14:paraId="5227BC77" w14:textId="77777777" w:rsidR="00160F8F" w:rsidRDefault="00000000">
            <w:r>
              <w:t>Accuracy of Detection</w:t>
            </w:r>
          </w:p>
        </w:tc>
        <w:tc>
          <w:tcPr>
            <w:tcW w:w="2880" w:type="dxa"/>
          </w:tcPr>
          <w:p w14:paraId="59760EC6" w14:textId="77777777" w:rsidR="00160F8F" w:rsidRDefault="00000000">
            <w:r>
              <w:t>Effectiveness of identifying fraud cases.</w:t>
            </w:r>
          </w:p>
        </w:tc>
        <w:tc>
          <w:tcPr>
            <w:tcW w:w="2880" w:type="dxa"/>
          </w:tcPr>
          <w:p w14:paraId="2121B133" w14:textId="77777777" w:rsidR="00160F8F" w:rsidRDefault="00000000">
            <w:r>
              <w:t>25</w:t>
            </w:r>
          </w:p>
        </w:tc>
      </w:tr>
      <w:tr w:rsidR="00160F8F" w14:paraId="7F08555D" w14:textId="77777777">
        <w:tc>
          <w:tcPr>
            <w:tcW w:w="2880" w:type="dxa"/>
          </w:tcPr>
          <w:p w14:paraId="6CDD9847" w14:textId="77777777" w:rsidR="00160F8F" w:rsidRDefault="00000000">
            <w:r>
              <w:t>Latency</w:t>
            </w:r>
          </w:p>
        </w:tc>
        <w:tc>
          <w:tcPr>
            <w:tcW w:w="2880" w:type="dxa"/>
          </w:tcPr>
          <w:p w14:paraId="0C27C871" w14:textId="77777777" w:rsidR="00160F8F" w:rsidRDefault="00000000">
            <w:r>
              <w:t>Speed of real-time decision making.</w:t>
            </w:r>
          </w:p>
        </w:tc>
        <w:tc>
          <w:tcPr>
            <w:tcW w:w="2880" w:type="dxa"/>
          </w:tcPr>
          <w:p w14:paraId="6D415936" w14:textId="77777777" w:rsidR="00160F8F" w:rsidRDefault="00000000">
            <w:r>
              <w:t>20</w:t>
            </w:r>
          </w:p>
        </w:tc>
      </w:tr>
      <w:tr w:rsidR="00160F8F" w14:paraId="47783BD0" w14:textId="77777777">
        <w:tc>
          <w:tcPr>
            <w:tcW w:w="2880" w:type="dxa"/>
          </w:tcPr>
          <w:p w14:paraId="7DBFCE96" w14:textId="77777777" w:rsidR="00160F8F" w:rsidRDefault="00000000">
            <w:r>
              <w:t>Scalability</w:t>
            </w:r>
          </w:p>
        </w:tc>
        <w:tc>
          <w:tcPr>
            <w:tcW w:w="2880" w:type="dxa"/>
          </w:tcPr>
          <w:p w14:paraId="42654FCC" w14:textId="77777777" w:rsidR="00160F8F" w:rsidRDefault="00000000">
            <w:r>
              <w:t>Handles growing number of users/transactions.</w:t>
            </w:r>
          </w:p>
        </w:tc>
        <w:tc>
          <w:tcPr>
            <w:tcW w:w="2880" w:type="dxa"/>
          </w:tcPr>
          <w:p w14:paraId="43B30FF6" w14:textId="77777777" w:rsidR="00160F8F" w:rsidRDefault="00000000">
            <w:r>
              <w:t>20</w:t>
            </w:r>
          </w:p>
        </w:tc>
      </w:tr>
      <w:tr w:rsidR="00160F8F" w14:paraId="412FCAC2" w14:textId="77777777">
        <w:tc>
          <w:tcPr>
            <w:tcW w:w="2880" w:type="dxa"/>
          </w:tcPr>
          <w:p w14:paraId="6A9B8688" w14:textId="77777777" w:rsidR="00160F8F" w:rsidRDefault="00000000">
            <w:r>
              <w:t>Integration Feasibility</w:t>
            </w:r>
          </w:p>
        </w:tc>
        <w:tc>
          <w:tcPr>
            <w:tcW w:w="2880" w:type="dxa"/>
          </w:tcPr>
          <w:p w14:paraId="6B8505CA" w14:textId="77777777" w:rsidR="00160F8F" w:rsidRDefault="00000000">
            <w:r>
              <w:t>Can be integrated into banking systems.</w:t>
            </w:r>
          </w:p>
        </w:tc>
        <w:tc>
          <w:tcPr>
            <w:tcW w:w="2880" w:type="dxa"/>
          </w:tcPr>
          <w:p w14:paraId="693C1649" w14:textId="77777777" w:rsidR="00160F8F" w:rsidRDefault="00000000">
            <w:r>
              <w:t>15</w:t>
            </w:r>
          </w:p>
        </w:tc>
      </w:tr>
      <w:tr w:rsidR="00160F8F" w14:paraId="3F8ED19E" w14:textId="77777777">
        <w:tc>
          <w:tcPr>
            <w:tcW w:w="2880" w:type="dxa"/>
          </w:tcPr>
          <w:p w14:paraId="61823EF4" w14:textId="77777777" w:rsidR="00160F8F" w:rsidRDefault="00000000">
            <w:r>
              <w:t>UI &amp; Reporting</w:t>
            </w:r>
          </w:p>
        </w:tc>
        <w:tc>
          <w:tcPr>
            <w:tcW w:w="2880" w:type="dxa"/>
          </w:tcPr>
          <w:p w14:paraId="5CB6059C" w14:textId="77777777" w:rsidR="00160F8F" w:rsidRDefault="00000000">
            <w:r>
              <w:t>Dashboard to explain alerts and outcomes.</w:t>
            </w:r>
          </w:p>
        </w:tc>
        <w:tc>
          <w:tcPr>
            <w:tcW w:w="2880" w:type="dxa"/>
          </w:tcPr>
          <w:p w14:paraId="4E020BE3" w14:textId="77777777" w:rsidR="00160F8F" w:rsidRDefault="00000000">
            <w:r>
              <w:t>20</w:t>
            </w:r>
          </w:p>
        </w:tc>
      </w:tr>
    </w:tbl>
    <w:p w14:paraId="650C5F2E" w14:textId="77777777" w:rsidR="00160F8F" w:rsidRDefault="00000000">
      <w:pPr>
        <w:pStyle w:val="Heading3"/>
      </w:pPr>
      <w:r>
        <w:t>5. 🛠 Tools and Technologies</w:t>
      </w:r>
    </w:p>
    <w:p w14:paraId="15BE1FD1" w14:textId="7DEDB976" w:rsidR="00160F8F" w:rsidRDefault="00000000" w:rsidP="00021D3A">
      <w:r>
        <w:t>Recommended tools: Python, Scikit-learn, TensorFlow, Kafka, Apache Spark, REST APIs for banking integration, Docker for containerization, and PostgreSQL or NoSQL databases for transaction history storage. Deployment on AWS/GCP preferred.</w:t>
      </w:r>
    </w:p>
    <w:p w14:paraId="3835B94A" w14:textId="77777777" w:rsidR="00021D3A" w:rsidRDefault="00021D3A">
      <w:pPr>
        <w:rPr>
          <w:rFonts w:asciiTheme="majorHAnsi" w:eastAsiaTheme="majorEastAsia" w:hAnsiTheme="majorHAnsi" w:cstheme="majorBidi"/>
          <w:b/>
          <w:bCs/>
          <w:color w:val="4F81BD" w:themeColor="accent1"/>
          <w:sz w:val="26"/>
          <w:szCs w:val="26"/>
        </w:rPr>
      </w:pPr>
      <w:r>
        <w:br w:type="page"/>
      </w:r>
    </w:p>
    <w:p w14:paraId="39D758D0" w14:textId="70EFBD15" w:rsidR="00160F8F" w:rsidRDefault="00000000">
      <w:pPr>
        <w:pStyle w:val="Heading2"/>
      </w:pPr>
      <w:r>
        <w:lastRenderedPageBreak/>
        <w:t>Problem Title: Design a segment tree to handle range sum and update queries</w:t>
      </w:r>
    </w:p>
    <w:p w14:paraId="1576ECC5" w14:textId="77777777" w:rsidR="00160F8F" w:rsidRDefault="00000000">
      <w:pPr>
        <w:pStyle w:val="Heading3"/>
      </w:pPr>
      <w:r>
        <w:t>1. 🧠 Problem Description</w:t>
      </w:r>
    </w:p>
    <w:p w14:paraId="0E6606CE"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7B1FBA04"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38F5EBDF" w14:textId="77777777">
        <w:tc>
          <w:tcPr>
            <w:tcW w:w="4320" w:type="dxa"/>
          </w:tcPr>
          <w:p w14:paraId="0B30199A" w14:textId="77777777" w:rsidR="00160F8F" w:rsidRDefault="00000000">
            <w:r>
              <w:t>Use Case</w:t>
            </w:r>
          </w:p>
        </w:tc>
        <w:tc>
          <w:tcPr>
            <w:tcW w:w="4320" w:type="dxa"/>
          </w:tcPr>
          <w:p w14:paraId="4F52DD05" w14:textId="77777777" w:rsidR="00160F8F" w:rsidRDefault="00000000">
            <w:r>
              <w:t>Description</w:t>
            </w:r>
          </w:p>
        </w:tc>
      </w:tr>
      <w:tr w:rsidR="00160F8F" w14:paraId="523071D2" w14:textId="77777777">
        <w:tc>
          <w:tcPr>
            <w:tcW w:w="4320" w:type="dxa"/>
          </w:tcPr>
          <w:p w14:paraId="4D66A8CC" w14:textId="77777777" w:rsidR="00160F8F" w:rsidRDefault="00000000">
            <w:r>
              <w:t>Banking Apps</w:t>
            </w:r>
          </w:p>
        </w:tc>
        <w:tc>
          <w:tcPr>
            <w:tcW w:w="4320" w:type="dxa"/>
          </w:tcPr>
          <w:p w14:paraId="76666B54" w14:textId="77777777" w:rsidR="00160F8F" w:rsidRDefault="00000000">
            <w:r>
              <w:t>Detect suspicious login locations or simultaneous logins.</w:t>
            </w:r>
          </w:p>
        </w:tc>
      </w:tr>
      <w:tr w:rsidR="00160F8F" w14:paraId="3685678B" w14:textId="77777777">
        <w:tc>
          <w:tcPr>
            <w:tcW w:w="4320" w:type="dxa"/>
          </w:tcPr>
          <w:p w14:paraId="278B6C51" w14:textId="77777777" w:rsidR="00160F8F" w:rsidRDefault="00000000">
            <w:r>
              <w:t>POS Transactions</w:t>
            </w:r>
          </w:p>
        </w:tc>
        <w:tc>
          <w:tcPr>
            <w:tcW w:w="4320" w:type="dxa"/>
          </w:tcPr>
          <w:p w14:paraId="2AC72FE6" w14:textId="77777777" w:rsidR="00160F8F" w:rsidRDefault="00000000">
            <w:r>
              <w:t>Flag high-value purchases at odd hours.</w:t>
            </w:r>
          </w:p>
        </w:tc>
      </w:tr>
      <w:tr w:rsidR="00160F8F" w14:paraId="22FB4217" w14:textId="77777777">
        <w:tc>
          <w:tcPr>
            <w:tcW w:w="4320" w:type="dxa"/>
          </w:tcPr>
          <w:p w14:paraId="36E202EF" w14:textId="77777777" w:rsidR="00160F8F" w:rsidRDefault="00000000">
            <w:r>
              <w:t>Credit Card Systems</w:t>
            </w:r>
          </w:p>
        </w:tc>
        <w:tc>
          <w:tcPr>
            <w:tcW w:w="4320" w:type="dxa"/>
          </w:tcPr>
          <w:p w14:paraId="17975096" w14:textId="77777777" w:rsidR="00160F8F" w:rsidRDefault="00000000">
            <w:r>
              <w:t>Monitor frequent micro-transactions in short bursts.</w:t>
            </w:r>
          </w:p>
        </w:tc>
      </w:tr>
      <w:tr w:rsidR="00160F8F" w14:paraId="364C6C99" w14:textId="77777777">
        <w:tc>
          <w:tcPr>
            <w:tcW w:w="4320" w:type="dxa"/>
          </w:tcPr>
          <w:p w14:paraId="1C233DA8" w14:textId="77777777" w:rsidR="00160F8F" w:rsidRDefault="00000000">
            <w:r>
              <w:t>Online Transfers</w:t>
            </w:r>
          </w:p>
        </w:tc>
        <w:tc>
          <w:tcPr>
            <w:tcW w:w="4320" w:type="dxa"/>
          </w:tcPr>
          <w:p w14:paraId="0F010C95" w14:textId="77777777" w:rsidR="00160F8F" w:rsidRDefault="00000000">
            <w:r>
              <w:t>Alert for rapid fund movements between accounts.</w:t>
            </w:r>
          </w:p>
        </w:tc>
      </w:tr>
      <w:tr w:rsidR="00160F8F" w14:paraId="7C02DDF5" w14:textId="77777777">
        <w:tc>
          <w:tcPr>
            <w:tcW w:w="4320" w:type="dxa"/>
          </w:tcPr>
          <w:p w14:paraId="2CEEF376" w14:textId="77777777" w:rsidR="00160F8F" w:rsidRDefault="00000000">
            <w:r>
              <w:t>E-commerce Payments</w:t>
            </w:r>
          </w:p>
        </w:tc>
        <w:tc>
          <w:tcPr>
            <w:tcW w:w="4320" w:type="dxa"/>
          </w:tcPr>
          <w:p w14:paraId="65FED373" w14:textId="77777777" w:rsidR="00160F8F" w:rsidRDefault="00000000">
            <w:r>
              <w:t>Block high-risk purchases from blacklisted IPs or locations.</w:t>
            </w:r>
          </w:p>
        </w:tc>
      </w:tr>
    </w:tbl>
    <w:p w14:paraId="1509F186"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5CDB38EC" w14:textId="77777777">
        <w:tc>
          <w:tcPr>
            <w:tcW w:w="2880" w:type="dxa"/>
          </w:tcPr>
          <w:p w14:paraId="39835C59" w14:textId="77777777" w:rsidR="00160F8F" w:rsidRDefault="00000000">
            <w:r>
              <w:t>Challenge</w:t>
            </w:r>
          </w:p>
        </w:tc>
        <w:tc>
          <w:tcPr>
            <w:tcW w:w="2880" w:type="dxa"/>
          </w:tcPr>
          <w:p w14:paraId="7F7AA4C9" w14:textId="77777777" w:rsidR="00160F8F" w:rsidRDefault="00000000">
            <w:r>
              <w:t>Description</w:t>
            </w:r>
          </w:p>
        </w:tc>
        <w:tc>
          <w:tcPr>
            <w:tcW w:w="2880" w:type="dxa"/>
          </w:tcPr>
          <w:p w14:paraId="1F10A6C9" w14:textId="77777777" w:rsidR="00160F8F" w:rsidRDefault="00000000">
            <w:r>
              <w:t>Suggested Solution</w:t>
            </w:r>
          </w:p>
        </w:tc>
      </w:tr>
      <w:tr w:rsidR="00160F8F" w14:paraId="417F31AD" w14:textId="77777777">
        <w:tc>
          <w:tcPr>
            <w:tcW w:w="2880" w:type="dxa"/>
          </w:tcPr>
          <w:p w14:paraId="61238FA6" w14:textId="77777777" w:rsidR="00160F8F" w:rsidRDefault="00000000">
            <w:r>
              <w:t>False Positives</w:t>
            </w:r>
          </w:p>
        </w:tc>
        <w:tc>
          <w:tcPr>
            <w:tcW w:w="2880" w:type="dxa"/>
          </w:tcPr>
          <w:p w14:paraId="2C4AABF2" w14:textId="77777777" w:rsidR="00160F8F" w:rsidRDefault="00000000">
            <w:r>
              <w:t>Legitimate users may get flagged.</w:t>
            </w:r>
          </w:p>
        </w:tc>
        <w:tc>
          <w:tcPr>
            <w:tcW w:w="2880" w:type="dxa"/>
          </w:tcPr>
          <w:p w14:paraId="47B3382F" w14:textId="77777777" w:rsidR="00160F8F" w:rsidRDefault="00000000">
            <w:r>
              <w:t>Use adaptive ML models with feedback loops.</w:t>
            </w:r>
          </w:p>
        </w:tc>
      </w:tr>
      <w:tr w:rsidR="00160F8F" w14:paraId="6AB8FE63" w14:textId="77777777">
        <w:tc>
          <w:tcPr>
            <w:tcW w:w="2880" w:type="dxa"/>
          </w:tcPr>
          <w:p w14:paraId="47A18214" w14:textId="77777777" w:rsidR="00160F8F" w:rsidRDefault="00000000">
            <w:r>
              <w:t>Latency</w:t>
            </w:r>
          </w:p>
        </w:tc>
        <w:tc>
          <w:tcPr>
            <w:tcW w:w="2880" w:type="dxa"/>
          </w:tcPr>
          <w:p w14:paraId="1A081701" w14:textId="77777777" w:rsidR="00160F8F" w:rsidRDefault="00000000">
            <w:r>
              <w:t>Real-time analysis causes delay.</w:t>
            </w:r>
          </w:p>
        </w:tc>
        <w:tc>
          <w:tcPr>
            <w:tcW w:w="2880" w:type="dxa"/>
          </w:tcPr>
          <w:p w14:paraId="43673DC1" w14:textId="77777777" w:rsidR="00160F8F" w:rsidRDefault="00000000">
            <w:r>
              <w:t>Use stream-processing tools like Kafka + Spark.</w:t>
            </w:r>
          </w:p>
        </w:tc>
      </w:tr>
      <w:tr w:rsidR="00160F8F" w14:paraId="3760DE11" w14:textId="77777777">
        <w:tc>
          <w:tcPr>
            <w:tcW w:w="2880" w:type="dxa"/>
          </w:tcPr>
          <w:p w14:paraId="5603FDAC" w14:textId="77777777" w:rsidR="00160F8F" w:rsidRDefault="00000000">
            <w:r>
              <w:t>Lack of Labeled Data</w:t>
            </w:r>
          </w:p>
        </w:tc>
        <w:tc>
          <w:tcPr>
            <w:tcW w:w="2880" w:type="dxa"/>
          </w:tcPr>
          <w:p w14:paraId="722783ED" w14:textId="77777777" w:rsidR="00160F8F" w:rsidRDefault="00000000">
            <w:r>
              <w:t>Fraud patterns are hard to train on.</w:t>
            </w:r>
          </w:p>
        </w:tc>
        <w:tc>
          <w:tcPr>
            <w:tcW w:w="2880" w:type="dxa"/>
          </w:tcPr>
          <w:p w14:paraId="70FD1022" w14:textId="77777777" w:rsidR="00160F8F" w:rsidRDefault="00000000">
            <w:r>
              <w:t>Use synthetic fraud data generation and transfer learning.</w:t>
            </w:r>
          </w:p>
        </w:tc>
      </w:tr>
      <w:tr w:rsidR="00160F8F" w14:paraId="6019D52B" w14:textId="77777777">
        <w:tc>
          <w:tcPr>
            <w:tcW w:w="2880" w:type="dxa"/>
          </w:tcPr>
          <w:p w14:paraId="1A33F371" w14:textId="77777777" w:rsidR="00160F8F" w:rsidRDefault="00000000">
            <w:r>
              <w:t>Model Drift</w:t>
            </w:r>
          </w:p>
        </w:tc>
        <w:tc>
          <w:tcPr>
            <w:tcW w:w="2880" w:type="dxa"/>
          </w:tcPr>
          <w:p w14:paraId="560EF18B" w14:textId="77777777" w:rsidR="00160F8F" w:rsidRDefault="00000000">
            <w:r>
              <w:t>Patterns change over time.</w:t>
            </w:r>
          </w:p>
        </w:tc>
        <w:tc>
          <w:tcPr>
            <w:tcW w:w="2880" w:type="dxa"/>
          </w:tcPr>
          <w:p w14:paraId="165543E1" w14:textId="77777777" w:rsidR="00160F8F" w:rsidRDefault="00000000">
            <w:r>
              <w:t>Schedule regular model re-training on recent data.</w:t>
            </w:r>
          </w:p>
        </w:tc>
      </w:tr>
      <w:tr w:rsidR="00160F8F" w14:paraId="09D4D6F6" w14:textId="77777777">
        <w:tc>
          <w:tcPr>
            <w:tcW w:w="2880" w:type="dxa"/>
          </w:tcPr>
          <w:p w14:paraId="5A13C8EE" w14:textId="77777777" w:rsidR="00160F8F" w:rsidRDefault="00000000">
            <w:r>
              <w:t>Integration Issues</w:t>
            </w:r>
          </w:p>
        </w:tc>
        <w:tc>
          <w:tcPr>
            <w:tcW w:w="2880" w:type="dxa"/>
          </w:tcPr>
          <w:p w14:paraId="44104B65" w14:textId="77777777" w:rsidR="00160F8F" w:rsidRDefault="00000000">
            <w:r>
              <w:t>Hard to embed in legacy systems.</w:t>
            </w:r>
          </w:p>
        </w:tc>
        <w:tc>
          <w:tcPr>
            <w:tcW w:w="2880" w:type="dxa"/>
          </w:tcPr>
          <w:p w14:paraId="402941F9" w14:textId="77777777" w:rsidR="00160F8F" w:rsidRDefault="00000000">
            <w:r>
              <w:t>Use API gateway to decouple model from core infra.</w:t>
            </w:r>
          </w:p>
        </w:tc>
      </w:tr>
    </w:tbl>
    <w:p w14:paraId="45474541"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16D8E5D0" w14:textId="77777777">
        <w:tc>
          <w:tcPr>
            <w:tcW w:w="2880" w:type="dxa"/>
          </w:tcPr>
          <w:p w14:paraId="5A3896B1" w14:textId="77777777" w:rsidR="00160F8F" w:rsidRDefault="00000000">
            <w:r>
              <w:t>Criteria</w:t>
            </w:r>
          </w:p>
        </w:tc>
        <w:tc>
          <w:tcPr>
            <w:tcW w:w="2880" w:type="dxa"/>
          </w:tcPr>
          <w:p w14:paraId="47F9FA76" w14:textId="77777777" w:rsidR="00160F8F" w:rsidRDefault="00000000">
            <w:r>
              <w:t>Description</w:t>
            </w:r>
          </w:p>
        </w:tc>
        <w:tc>
          <w:tcPr>
            <w:tcW w:w="2880" w:type="dxa"/>
          </w:tcPr>
          <w:p w14:paraId="5C0A6BDD" w14:textId="77777777" w:rsidR="00160F8F" w:rsidRDefault="00000000">
            <w:r>
              <w:t>Points</w:t>
            </w:r>
          </w:p>
        </w:tc>
      </w:tr>
      <w:tr w:rsidR="00160F8F" w14:paraId="0D0EB426" w14:textId="77777777">
        <w:tc>
          <w:tcPr>
            <w:tcW w:w="2880" w:type="dxa"/>
          </w:tcPr>
          <w:p w14:paraId="19F51EF4" w14:textId="77777777" w:rsidR="00160F8F" w:rsidRDefault="00000000">
            <w:r>
              <w:t>Accuracy of Detection</w:t>
            </w:r>
          </w:p>
        </w:tc>
        <w:tc>
          <w:tcPr>
            <w:tcW w:w="2880" w:type="dxa"/>
          </w:tcPr>
          <w:p w14:paraId="6BB12791" w14:textId="77777777" w:rsidR="00160F8F" w:rsidRDefault="00000000">
            <w:r>
              <w:t>Effectiveness of identifying fraud cases.</w:t>
            </w:r>
          </w:p>
        </w:tc>
        <w:tc>
          <w:tcPr>
            <w:tcW w:w="2880" w:type="dxa"/>
          </w:tcPr>
          <w:p w14:paraId="0647D6F9" w14:textId="77777777" w:rsidR="00160F8F" w:rsidRDefault="00000000">
            <w:r>
              <w:t>25</w:t>
            </w:r>
          </w:p>
        </w:tc>
      </w:tr>
      <w:tr w:rsidR="00160F8F" w14:paraId="132CFFED" w14:textId="77777777">
        <w:tc>
          <w:tcPr>
            <w:tcW w:w="2880" w:type="dxa"/>
          </w:tcPr>
          <w:p w14:paraId="0821D74C" w14:textId="77777777" w:rsidR="00160F8F" w:rsidRDefault="00000000">
            <w:r>
              <w:t>Latency</w:t>
            </w:r>
          </w:p>
        </w:tc>
        <w:tc>
          <w:tcPr>
            <w:tcW w:w="2880" w:type="dxa"/>
          </w:tcPr>
          <w:p w14:paraId="154D28A6" w14:textId="77777777" w:rsidR="00160F8F" w:rsidRDefault="00000000">
            <w:r>
              <w:t>Speed of real-time decision making.</w:t>
            </w:r>
          </w:p>
        </w:tc>
        <w:tc>
          <w:tcPr>
            <w:tcW w:w="2880" w:type="dxa"/>
          </w:tcPr>
          <w:p w14:paraId="4C1D17F5" w14:textId="77777777" w:rsidR="00160F8F" w:rsidRDefault="00000000">
            <w:r>
              <w:t>20</w:t>
            </w:r>
          </w:p>
        </w:tc>
      </w:tr>
      <w:tr w:rsidR="00160F8F" w14:paraId="724638EE" w14:textId="77777777">
        <w:tc>
          <w:tcPr>
            <w:tcW w:w="2880" w:type="dxa"/>
          </w:tcPr>
          <w:p w14:paraId="4062EC7B" w14:textId="77777777" w:rsidR="00160F8F" w:rsidRDefault="00000000">
            <w:r>
              <w:t>Scalability</w:t>
            </w:r>
          </w:p>
        </w:tc>
        <w:tc>
          <w:tcPr>
            <w:tcW w:w="2880" w:type="dxa"/>
          </w:tcPr>
          <w:p w14:paraId="2E170C2B" w14:textId="77777777" w:rsidR="00160F8F" w:rsidRDefault="00000000">
            <w:r>
              <w:t>Handles growing number of users/transactions.</w:t>
            </w:r>
          </w:p>
        </w:tc>
        <w:tc>
          <w:tcPr>
            <w:tcW w:w="2880" w:type="dxa"/>
          </w:tcPr>
          <w:p w14:paraId="453A8D29" w14:textId="77777777" w:rsidR="00160F8F" w:rsidRDefault="00000000">
            <w:r>
              <w:t>20</w:t>
            </w:r>
          </w:p>
        </w:tc>
      </w:tr>
      <w:tr w:rsidR="00160F8F" w14:paraId="682EBCDE" w14:textId="77777777">
        <w:tc>
          <w:tcPr>
            <w:tcW w:w="2880" w:type="dxa"/>
          </w:tcPr>
          <w:p w14:paraId="0B02F6E7" w14:textId="77777777" w:rsidR="00160F8F" w:rsidRDefault="00000000">
            <w:r>
              <w:t>Integration Feasibility</w:t>
            </w:r>
          </w:p>
        </w:tc>
        <w:tc>
          <w:tcPr>
            <w:tcW w:w="2880" w:type="dxa"/>
          </w:tcPr>
          <w:p w14:paraId="0BC6B9E3" w14:textId="77777777" w:rsidR="00160F8F" w:rsidRDefault="00000000">
            <w:r>
              <w:t>Can be integrated into banking systems.</w:t>
            </w:r>
          </w:p>
        </w:tc>
        <w:tc>
          <w:tcPr>
            <w:tcW w:w="2880" w:type="dxa"/>
          </w:tcPr>
          <w:p w14:paraId="61D5F542" w14:textId="77777777" w:rsidR="00160F8F" w:rsidRDefault="00000000">
            <w:r>
              <w:t>15</w:t>
            </w:r>
          </w:p>
        </w:tc>
      </w:tr>
      <w:tr w:rsidR="00160F8F" w14:paraId="2B8E4EBC" w14:textId="77777777">
        <w:tc>
          <w:tcPr>
            <w:tcW w:w="2880" w:type="dxa"/>
          </w:tcPr>
          <w:p w14:paraId="64106CF5" w14:textId="77777777" w:rsidR="00160F8F" w:rsidRDefault="00000000">
            <w:r>
              <w:t>UI &amp; Reporting</w:t>
            </w:r>
          </w:p>
        </w:tc>
        <w:tc>
          <w:tcPr>
            <w:tcW w:w="2880" w:type="dxa"/>
          </w:tcPr>
          <w:p w14:paraId="6530EAD0" w14:textId="77777777" w:rsidR="00160F8F" w:rsidRDefault="00000000">
            <w:r>
              <w:t>Dashboard to explain alerts and outcomes.</w:t>
            </w:r>
          </w:p>
        </w:tc>
        <w:tc>
          <w:tcPr>
            <w:tcW w:w="2880" w:type="dxa"/>
          </w:tcPr>
          <w:p w14:paraId="20AD186A" w14:textId="77777777" w:rsidR="00160F8F" w:rsidRDefault="00000000">
            <w:r>
              <w:t>20</w:t>
            </w:r>
          </w:p>
        </w:tc>
      </w:tr>
    </w:tbl>
    <w:p w14:paraId="0D6F4CEE" w14:textId="77777777" w:rsidR="00160F8F" w:rsidRDefault="00000000">
      <w:pPr>
        <w:pStyle w:val="Heading3"/>
      </w:pPr>
      <w:r>
        <w:t>5. 🛠 Tools and Technologies</w:t>
      </w:r>
    </w:p>
    <w:p w14:paraId="10AAC721" w14:textId="23F0D815" w:rsidR="00160F8F" w:rsidRDefault="00000000" w:rsidP="00021D3A">
      <w:r>
        <w:t>Recommended tools: Python, Scikit-learn, TensorFlow, Kafka, Apache Spark, REST APIs for banking integration, Docker for containerization, and PostgreSQL or NoSQL databases for transaction history storage. Deployment on AWS/GCP preferred.</w:t>
      </w:r>
    </w:p>
    <w:p w14:paraId="539FB77B" w14:textId="77777777" w:rsidR="00021D3A" w:rsidRDefault="00021D3A">
      <w:pPr>
        <w:rPr>
          <w:rFonts w:asciiTheme="majorHAnsi" w:eastAsiaTheme="majorEastAsia" w:hAnsiTheme="majorHAnsi" w:cstheme="majorBidi"/>
          <w:b/>
          <w:bCs/>
          <w:color w:val="4F81BD" w:themeColor="accent1"/>
          <w:sz w:val="26"/>
          <w:szCs w:val="26"/>
        </w:rPr>
      </w:pPr>
      <w:r>
        <w:br w:type="page"/>
      </w:r>
    </w:p>
    <w:p w14:paraId="02A5EB5F" w14:textId="00122846" w:rsidR="00160F8F" w:rsidRDefault="00000000">
      <w:pPr>
        <w:pStyle w:val="Heading2"/>
      </w:pPr>
      <w:r>
        <w:lastRenderedPageBreak/>
        <w:t>Problem Title: Develop a rate limiter middleware using sliding window algorithm</w:t>
      </w:r>
    </w:p>
    <w:p w14:paraId="32435FB3" w14:textId="77777777" w:rsidR="00160F8F" w:rsidRDefault="00000000">
      <w:pPr>
        <w:pStyle w:val="Heading3"/>
      </w:pPr>
      <w:r>
        <w:t>1. 🧠 Problem Description</w:t>
      </w:r>
    </w:p>
    <w:p w14:paraId="5DBB14BE"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6D17AF23"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4642175B" w14:textId="77777777">
        <w:tc>
          <w:tcPr>
            <w:tcW w:w="4320" w:type="dxa"/>
          </w:tcPr>
          <w:p w14:paraId="40A6C40E" w14:textId="77777777" w:rsidR="00160F8F" w:rsidRDefault="00000000">
            <w:r>
              <w:t>Use Case</w:t>
            </w:r>
          </w:p>
        </w:tc>
        <w:tc>
          <w:tcPr>
            <w:tcW w:w="4320" w:type="dxa"/>
          </w:tcPr>
          <w:p w14:paraId="58BC2E1E" w14:textId="77777777" w:rsidR="00160F8F" w:rsidRDefault="00000000">
            <w:r>
              <w:t>Description</w:t>
            </w:r>
          </w:p>
        </w:tc>
      </w:tr>
      <w:tr w:rsidR="00160F8F" w14:paraId="4E0A349C" w14:textId="77777777">
        <w:tc>
          <w:tcPr>
            <w:tcW w:w="4320" w:type="dxa"/>
          </w:tcPr>
          <w:p w14:paraId="7086CB75" w14:textId="77777777" w:rsidR="00160F8F" w:rsidRDefault="00000000">
            <w:r>
              <w:t>Banking Apps</w:t>
            </w:r>
          </w:p>
        </w:tc>
        <w:tc>
          <w:tcPr>
            <w:tcW w:w="4320" w:type="dxa"/>
          </w:tcPr>
          <w:p w14:paraId="7E3839B1" w14:textId="77777777" w:rsidR="00160F8F" w:rsidRDefault="00000000">
            <w:r>
              <w:t>Detect suspicious login locations or simultaneous logins.</w:t>
            </w:r>
          </w:p>
        </w:tc>
      </w:tr>
      <w:tr w:rsidR="00160F8F" w14:paraId="3109C482" w14:textId="77777777">
        <w:tc>
          <w:tcPr>
            <w:tcW w:w="4320" w:type="dxa"/>
          </w:tcPr>
          <w:p w14:paraId="78912181" w14:textId="77777777" w:rsidR="00160F8F" w:rsidRDefault="00000000">
            <w:r>
              <w:t>POS Transactions</w:t>
            </w:r>
          </w:p>
        </w:tc>
        <w:tc>
          <w:tcPr>
            <w:tcW w:w="4320" w:type="dxa"/>
          </w:tcPr>
          <w:p w14:paraId="72BF5416" w14:textId="77777777" w:rsidR="00160F8F" w:rsidRDefault="00000000">
            <w:r>
              <w:t>Flag high-value purchases at odd hours.</w:t>
            </w:r>
          </w:p>
        </w:tc>
      </w:tr>
      <w:tr w:rsidR="00160F8F" w14:paraId="5300E6D6" w14:textId="77777777">
        <w:tc>
          <w:tcPr>
            <w:tcW w:w="4320" w:type="dxa"/>
          </w:tcPr>
          <w:p w14:paraId="5EC47416" w14:textId="77777777" w:rsidR="00160F8F" w:rsidRDefault="00000000">
            <w:r>
              <w:t>Credit Card Systems</w:t>
            </w:r>
          </w:p>
        </w:tc>
        <w:tc>
          <w:tcPr>
            <w:tcW w:w="4320" w:type="dxa"/>
          </w:tcPr>
          <w:p w14:paraId="31A6470F" w14:textId="77777777" w:rsidR="00160F8F" w:rsidRDefault="00000000">
            <w:r>
              <w:t>Monitor frequent micro-transactions in short bursts.</w:t>
            </w:r>
          </w:p>
        </w:tc>
      </w:tr>
      <w:tr w:rsidR="00160F8F" w14:paraId="38AC27F1" w14:textId="77777777">
        <w:tc>
          <w:tcPr>
            <w:tcW w:w="4320" w:type="dxa"/>
          </w:tcPr>
          <w:p w14:paraId="64A47828" w14:textId="77777777" w:rsidR="00160F8F" w:rsidRDefault="00000000">
            <w:r>
              <w:t>Online Transfers</w:t>
            </w:r>
          </w:p>
        </w:tc>
        <w:tc>
          <w:tcPr>
            <w:tcW w:w="4320" w:type="dxa"/>
          </w:tcPr>
          <w:p w14:paraId="14A27D43" w14:textId="77777777" w:rsidR="00160F8F" w:rsidRDefault="00000000">
            <w:r>
              <w:t>Alert for rapid fund movements between accounts.</w:t>
            </w:r>
          </w:p>
        </w:tc>
      </w:tr>
      <w:tr w:rsidR="00160F8F" w14:paraId="6B98F8B9" w14:textId="77777777">
        <w:tc>
          <w:tcPr>
            <w:tcW w:w="4320" w:type="dxa"/>
          </w:tcPr>
          <w:p w14:paraId="3F850FA8" w14:textId="77777777" w:rsidR="00160F8F" w:rsidRDefault="00000000">
            <w:r>
              <w:t>E-commerce Payments</w:t>
            </w:r>
          </w:p>
        </w:tc>
        <w:tc>
          <w:tcPr>
            <w:tcW w:w="4320" w:type="dxa"/>
          </w:tcPr>
          <w:p w14:paraId="6EB68854" w14:textId="77777777" w:rsidR="00160F8F" w:rsidRDefault="00000000">
            <w:r>
              <w:t>Block high-risk purchases from blacklisted IPs or locations.</w:t>
            </w:r>
          </w:p>
        </w:tc>
      </w:tr>
    </w:tbl>
    <w:p w14:paraId="668AB4EF"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181CE439" w14:textId="77777777">
        <w:tc>
          <w:tcPr>
            <w:tcW w:w="2880" w:type="dxa"/>
          </w:tcPr>
          <w:p w14:paraId="724C2C08" w14:textId="77777777" w:rsidR="00160F8F" w:rsidRDefault="00000000">
            <w:r>
              <w:t>Challenge</w:t>
            </w:r>
          </w:p>
        </w:tc>
        <w:tc>
          <w:tcPr>
            <w:tcW w:w="2880" w:type="dxa"/>
          </w:tcPr>
          <w:p w14:paraId="6F422EBB" w14:textId="77777777" w:rsidR="00160F8F" w:rsidRDefault="00000000">
            <w:r>
              <w:t>Description</w:t>
            </w:r>
          </w:p>
        </w:tc>
        <w:tc>
          <w:tcPr>
            <w:tcW w:w="2880" w:type="dxa"/>
          </w:tcPr>
          <w:p w14:paraId="5907B7A4" w14:textId="77777777" w:rsidR="00160F8F" w:rsidRDefault="00000000">
            <w:r>
              <w:t>Suggested Solution</w:t>
            </w:r>
          </w:p>
        </w:tc>
      </w:tr>
      <w:tr w:rsidR="00160F8F" w14:paraId="4921FE64" w14:textId="77777777">
        <w:tc>
          <w:tcPr>
            <w:tcW w:w="2880" w:type="dxa"/>
          </w:tcPr>
          <w:p w14:paraId="276C29C9" w14:textId="77777777" w:rsidR="00160F8F" w:rsidRDefault="00000000">
            <w:r>
              <w:t>False Positives</w:t>
            </w:r>
          </w:p>
        </w:tc>
        <w:tc>
          <w:tcPr>
            <w:tcW w:w="2880" w:type="dxa"/>
          </w:tcPr>
          <w:p w14:paraId="7B8BDE01" w14:textId="77777777" w:rsidR="00160F8F" w:rsidRDefault="00000000">
            <w:r>
              <w:t>Legitimate users may get flagged.</w:t>
            </w:r>
          </w:p>
        </w:tc>
        <w:tc>
          <w:tcPr>
            <w:tcW w:w="2880" w:type="dxa"/>
          </w:tcPr>
          <w:p w14:paraId="3FD0D256" w14:textId="77777777" w:rsidR="00160F8F" w:rsidRDefault="00000000">
            <w:r>
              <w:t>Use adaptive ML models with feedback loops.</w:t>
            </w:r>
          </w:p>
        </w:tc>
      </w:tr>
      <w:tr w:rsidR="00160F8F" w14:paraId="6A33F309" w14:textId="77777777">
        <w:tc>
          <w:tcPr>
            <w:tcW w:w="2880" w:type="dxa"/>
          </w:tcPr>
          <w:p w14:paraId="3829114E" w14:textId="77777777" w:rsidR="00160F8F" w:rsidRDefault="00000000">
            <w:r>
              <w:t>Latency</w:t>
            </w:r>
          </w:p>
        </w:tc>
        <w:tc>
          <w:tcPr>
            <w:tcW w:w="2880" w:type="dxa"/>
          </w:tcPr>
          <w:p w14:paraId="1A89A20C" w14:textId="77777777" w:rsidR="00160F8F" w:rsidRDefault="00000000">
            <w:r>
              <w:t>Real-time analysis causes delay.</w:t>
            </w:r>
          </w:p>
        </w:tc>
        <w:tc>
          <w:tcPr>
            <w:tcW w:w="2880" w:type="dxa"/>
          </w:tcPr>
          <w:p w14:paraId="2D1A6F7E" w14:textId="77777777" w:rsidR="00160F8F" w:rsidRDefault="00000000">
            <w:r>
              <w:t>Use stream-processing tools like Kafka + Spark.</w:t>
            </w:r>
          </w:p>
        </w:tc>
      </w:tr>
      <w:tr w:rsidR="00160F8F" w14:paraId="199FD016" w14:textId="77777777">
        <w:tc>
          <w:tcPr>
            <w:tcW w:w="2880" w:type="dxa"/>
          </w:tcPr>
          <w:p w14:paraId="65FF9E4C" w14:textId="77777777" w:rsidR="00160F8F" w:rsidRDefault="00000000">
            <w:r>
              <w:t>Lack of Labeled Data</w:t>
            </w:r>
          </w:p>
        </w:tc>
        <w:tc>
          <w:tcPr>
            <w:tcW w:w="2880" w:type="dxa"/>
          </w:tcPr>
          <w:p w14:paraId="1A68B762" w14:textId="77777777" w:rsidR="00160F8F" w:rsidRDefault="00000000">
            <w:r>
              <w:t>Fraud patterns are hard to train on.</w:t>
            </w:r>
          </w:p>
        </w:tc>
        <w:tc>
          <w:tcPr>
            <w:tcW w:w="2880" w:type="dxa"/>
          </w:tcPr>
          <w:p w14:paraId="3E4FE20D" w14:textId="77777777" w:rsidR="00160F8F" w:rsidRDefault="00000000">
            <w:r>
              <w:t>Use synthetic fraud data generation and transfer learning.</w:t>
            </w:r>
          </w:p>
        </w:tc>
      </w:tr>
      <w:tr w:rsidR="00160F8F" w14:paraId="37271790" w14:textId="77777777">
        <w:tc>
          <w:tcPr>
            <w:tcW w:w="2880" w:type="dxa"/>
          </w:tcPr>
          <w:p w14:paraId="22FE9AC9" w14:textId="77777777" w:rsidR="00160F8F" w:rsidRDefault="00000000">
            <w:r>
              <w:t>Model Drift</w:t>
            </w:r>
          </w:p>
        </w:tc>
        <w:tc>
          <w:tcPr>
            <w:tcW w:w="2880" w:type="dxa"/>
          </w:tcPr>
          <w:p w14:paraId="1C84CCBD" w14:textId="77777777" w:rsidR="00160F8F" w:rsidRDefault="00000000">
            <w:r>
              <w:t>Patterns change over time.</w:t>
            </w:r>
          </w:p>
        </w:tc>
        <w:tc>
          <w:tcPr>
            <w:tcW w:w="2880" w:type="dxa"/>
          </w:tcPr>
          <w:p w14:paraId="2DAF3F96" w14:textId="77777777" w:rsidR="00160F8F" w:rsidRDefault="00000000">
            <w:r>
              <w:t>Schedule regular model re-training on recent data.</w:t>
            </w:r>
          </w:p>
        </w:tc>
      </w:tr>
      <w:tr w:rsidR="00160F8F" w14:paraId="0159D983" w14:textId="77777777">
        <w:tc>
          <w:tcPr>
            <w:tcW w:w="2880" w:type="dxa"/>
          </w:tcPr>
          <w:p w14:paraId="71BFC062" w14:textId="77777777" w:rsidR="00160F8F" w:rsidRDefault="00000000">
            <w:r>
              <w:t>Integration Issues</w:t>
            </w:r>
          </w:p>
        </w:tc>
        <w:tc>
          <w:tcPr>
            <w:tcW w:w="2880" w:type="dxa"/>
          </w:tcPr>
          <w:p w14:paraId="64445DF8" w14:textId="77777777" w:rsidR="00160F8F" w:rsidRDefault="00000000">
            <w:r>
              <w:t>Hard to embed in legacy systems.</w:t>
            </w:r>
          </w:p>
        </w:tc>
        <w:tc>
          <w:tcPr>
            <w:tcW w:w="2880" w:type="dxa"/>
          </w:tcPr>
          <w:p w14:paraId="2DD5E25D" w14:textId="77777777" w:rsidR="00160F8F" w:rsidRDefault="00000000">
            <w:r>
              <w:t>Use API gateway to decouple model from core infra.</w:t>
            </w:r>
          </w:p>
        </w:tc>
      </w:tr>
    </w:tbl>
    <w:p w14:paraId="6EFA3441"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1FEB9B13" w14:textId="77777777">
        <w:tc>
          <w:tcPr>
            <w:tcW w:w="2880" w:type="dxa"/>
          </w:tcPr>
          <w:p w14:paraId="0FB38E44" w14:textId="77777777" w:rsidR="00160F8F" w:rsidRDefault="00000000">
            <w:r>
              <w:t>Criteria</w:t>
            </w:r>
          </w:p>
        </w:tc>
        <w:tc>
          <w:tcPr>
            <w:tcW w:w="2880" w:type="dxa"/>
          </w:tcPr>
          <w:p w14:paraId="76656DE3" w14:textId="77777777" w:rsidR="00160F8F" w:rsidRDefault="00000000">
            <w:r>
              <w:t>Description</w:t>
            </w:r>
          </w:p>
        </w:tc>
        <w:tc>
          <w:tcPr>
            <w:tcW w:w="2880" w:type="dxa"/>
          </w:tcPr>
          <w:p w14:paraId="2C359D98" w14:textId="77777777" w:rsidR="00160F8F" w:rsidRDefault="00000000">
            <w:r>
              <w:t>Points</w:t>
            </w:r>
          </w:p>
        </w:tc>
      </w:tr>
      <w:tr w:rsidR="00160F8F" w14:paraId="04DDEC26" w14:textId="77777777">
        <w:tc>
          <w:tcPr>
            <w:tcW w:w="2880" w:type="dxa"/>
          </w:tcPr>
          <w:p w14:paraId="2CA8ECFD" w14:textId="77777777" w:rsidR="00160F8F" w:rsidRDefault="00000000">
            <w:r>
              <w:t>Accuracy of Detection</w:t>
            </w:r>
          </w:p>
        </w:tc>
        <w:tc>
          <w:tcPr>
            <w:tcW w:w="2880" w:type="dxa"/>
          </w:tcPr>
          <w:p w14:paraId="67986B84" w14:textId="77777777" w:rsidR="00160F8F" w:rsidRDefault="00000000">
            <w:r>
              <w:t>Effectiveness of identifying fraud cases.</w:t>
            </w:r>
          </w:p>
        </w:tc>
        <w:tc>
          <w:tcPr>
            <w:tcW w:w="2880" w:type="dxa"/>
          </w:tcPr>
          <w:p w14:paraId="5D619D57" w14:textId="77777777" w:rsidR="00160F8F" w:rsidRDefault="00000000">
            <w:r>
              <w:t>25</w:t>
            </w:r>
          </w:p>
        </w:tc>
      </w:tr>
      <w:tr w:rsidR="00160F8F" w14:paraId="4060D84B" w14:textId="77777777">
        <w:tc>
          <w:tcPr>
            <w:tcW w:w="2880" w:type="dxa"/>
          </w:tcPr>
          <w:p w14:paraId="50B9239A" w14:textId="77777777" w:rsidR="00160F8F" w:rsidRDefault="00000000">
            <w:r>
              <w:t>Latency</w:t>
            </w:r>
          </w:p>
        </w:tc>
        <w:tc>
          <w:tcPr>
            <w:tcW w:w="2880" w:type="dxa"/>
          </w:tcPr>
          <w:p w14:paraId="6997B4D1" w14:textId="77777777" w:rsidR="00160F8F" w:rsidRDefault="00000000">
            <w:r>
              <w:t>Speed of real-time decision making.</w:t>
            </w:r>
          </w:p>
        </w:tc>
        <w:tc>
          <w:tcPr>
            <w:tcW w:w="2880" w:type="dxa"/>
          </w:tcPr>
          <w:p w14:paraId="7C00A903" w14:textId="77777777" w:rsidR="00160F8F" w:rsidRDefault="00000000">
            <w:r>
              <w:t>20</w:t>
            </w:r>
          </w:p>
        </w:tc>
      </w:tr>
      <w:tr w:rsidR="00160F8F" w14:paraId="60976121" w14:textId="77777777">
        <w:tc>
          <w:tcPr>
            <w:tcW w:w="2880" w:type="dxa"/>
          </w:tcPr>
          <w:p w14:paraId="5E5686FE" w14:textId="77777777" w:rsidR="00160F8F" w:rsidRDefault="00000000">
            <w:r>
              <w:t>Scalability</w:t>
            </w:r>
          </w:p>
        </w:tc>
        <w:tc>
          <w:tcPr>
            <w:tcW w:w="2880" w:type="dxa"/>
          </w:tcPr>
          <w:p w14:paraId="38859EA2" w14:textId="77777777" w:rsidR="00160F8F" w:rsidRDefault="00000000">
            <w:r>
              <w:t>Handles growing number of users/transactions.</w:t>
            </w:r>
          </w:p>
        </w:tc>
        <w:tc>
          <w:tcPr>
            <w:tcW w:w="2880" w:type="dxa"/>
          </w:tcPr>
          <w:p w14:paraId="792376F4" w14:textId="77777777" w:rsidR="00160F8F" w:rsidRDefault="00000000">
            <w:r>
              <w:t>20</w:t>
            </w:r>
          </w:p>
        </w:tc>
      </w:tr>
      <w:tr w:rsidR="00160F8F" w14:paraId="3394C084" w14:textId="77777777">
        <w:tc>
          <w:tcPr>
            <w:tcW w:w="2880" w:type="dxa"/>
          </w:tcPr>
          <w:p w14:paraId="2A761DCF" w14:textId="77777777" w:rsidR="00160F8F" w:rsidRDefault="00000000">
            <w:r>
              <w:t>Integration Feasibility</w:t>
            </w:r>
          </w:p>
        </w:tc>
        <w:tc>
          <w:tcPr>
            <w:tcW w:w="2880" w:type="dxa"/>
          </w:tcPr>
          <w:p w14:paraId="10625A7B" w14:textId="77777777" w:rsidR="00160F8F" w:rsidRDefault="00000000">
            <w:r>
              <w:t>Can be integrated into banking systems.</w:t>
            </w:r>
          </w:p>
        </w:tc>
        <w:tc>
          <w:tcPr>
            <w:tcW w:w="2880" w:type="dxa"/>
          </w:tcPr>
          <w:p w14:paraId="2835D0B7" w14:textId="77777777" w:rsidR="00160F8F" w:rsidRDefault="00000000">
            <w:r>
              <w:t>15</w:t>
            </w:r>
          </w:p>
        </w:tc>
      </w:tr>
      <w:tr w:rsidR="00160F8F" w14:paraId="39833502" w14:textId="77777777">
        <w:tc>
          <w:tcPr>
            <w:tcW w:w="2880" w:type="dxa"/>
          </w:tcPr>
          <w:p w14:paraId="6CAA5F18" w14:textId="77777777" w:rsidR="00160F8F" w:rsidRDefault="00000000">
            <w:r>
              <w:t>UI &amp; Reporting</w:t>
            </w:r>
          </w:p>
        </w:tc>
        <w:tc>
          <w:tcPr>
            <w:tcW w:w="2880" w:type="dxa"/>
          </w:tcPr>
          <w:p w14:paraId="5F0EFF12" w14:textId="77777777" w:rsidR="00160F8F" w:rsidRDefault="00000000">
            <w:r>
              <w:t>Dashboard to explain alerts and outcomes.</w:t>
            </w:r>
          </w:p>
        </w:tc>
        <w:tc>
          <w:tcPr>
            <w:tcW w:w="2880" w:type="dxa"/>
          </w:tcPr>
          <w:p w14:paraId="5D5C5058" w14:textId="77777777" w:rsidR="00160F8F" w:rsidRDefault="00000000">
            <w:r>
              <w:t>20</w:t>
            </w:r>
          </w:p>
        </w:tc>
      </w:tr>
    </w:tbl>
    <w:p w14:paraId="79955CEC" w14:textId="77777777" w:rsidR="00160F8F" w:rsidRDefault="00000000">
      <w:pPr>
        <w:pStyle w:val="Heading3"/>
      </w:pPr>
      <w:r>
        <w:t>5. 🛠 Tools and Technologies</w:t>
      </w:r>
    </w:p>
    <w:p w14:paraId="43300CB7" w14:textId="4A6F027A" w:rsidR="00160F8F" w:rsidRDefault="00000000" w:rsidP="00021D3A">
      <w:r>
        <w:t>Recommended tools: Python, Scikit-learn, TensorFlow, Kafka, Apache Spark, REST APIs for banking integration, Docker for containerization, and PostgreSQL or NoSQL databases for transaction history storage. Deployment on AWS/GCP preferred.</w:t>
      </w:r>
    </w:p>
    <w:p w14:paraId="379E34BF" w14:textId="77777777" w:rsidR="00021D3A" w:rsidRDefault="00021D3A">
      <w:pPr>
        <w:rPr>
          <w:rFonts w:asciiTheme="majorHAnsi" w:eastAsiaTheme="majorEastAsia" w:hAnsiTheme="majorHAnsi" w:cstheme="majorBidi"/>
          <w:b/>
          <w:bCs/>
          <w:color w:val="4F81BD" w:themeColor="accent1"/>
          <w:sz w:val="26"/>
          <w:szCs w:val="26"/>
        </w:rPr>
      </w:pPr>
      <w:r>
        <w:br w:type="page"/>
      </w:r>
    </w:p>
    <w:p w14:paraId="25649C8D" w14:textId="314ED06A" w:rsidR="00160F8F" w:rsidRDefault="00000000">
      <w:pPr>
        <w:pStyle w:val="Heading2"/>
      </w:pPr>
      <w:r>
        <w:lastRenderedPageBreak/>
        <w:t>Problem Title: Develop an in-place matrix rotation algorithm</w:t>
      </w:r>
    </w:p>
    <w:p w14:paraId="1FD69F6C" w14:textId="77777777" w:rsidR="00160F8F" w:rsidRDefault="00000000">
      <w:pPr>
        <w:pStyle w:val="Heading3"/>
      </w:pPr>
      <w:r>
        <w:t>1. 🧠 Problem Description</w:t>
      </w:r>
    </w:p>
    <w:p w14:paraId="07AEAFAE"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53965796"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3DE5B65C" w14:textId="77777777">
        <w:tc>
          <w:tcPr>
            <w:tcW w:w="4320" w:type="dxa"/>
          </w:tcPr>
          <w:p w14:paraId="49AB0A3B" w14:textId="77777777" w:rsidR="00160F8F" w:rsidRDefault="00000000">
            <w:r>
              <w:t>Use Case</w:t>
            </w:r>
          </w:p>
        </w:tc>
        <w:tc>
          <w:tcPr>
            <w:tcW w:w="4320" w:type="dxa"/>
          </w:tcPr>
          <w:p w14:paraId="41B4531F" w14:textId="77777777" w:rsidR="00160F8F" w:rsidRDefault="00000000">
            <w:r>
              <w:t>Description</w:t>
            </w:r>
          </w:p>
        </w:tc>
      </w:tr>
      <w:tr w:rsidR="00160F8F" w14:paraId="608BC61B" w14:textId="77777777">
        <w:tc>
          <w:tcPr>
            <w:tcW w:w="4320" w:type="dxa"/>
          </w:tcPr>
          <w:p w14:paraId="3091C90E" w14:textId="77777777" w:rsidR="00160F8F" w:rsidRDefault="00000000">
            <w:r>
              <w:t>Banking Apps</w:t>
            </w:r>
          </w:p>
        </w:tc>
        <w:tc>
          <w:tcPr>
            <w:tcW w:w="4320" w:type="dxa"/>
          </w:tcPr>
          <w:p w14:paraId="63DAEB8F" w14:textId="77777777" w:rsidR="00160F8F" w:rsidRDefault="00000000">
            <w:r>
              <w:t>Detect suspicious login locations or simultaneous logins.</w:t>
            </w:r>
          </w:p>
        </w:tc>
      </w:tr>
      <w:tr w:rsidR="00160F8F" w14:paraId="264E4261" w14:textId="77777777">
        <w:tc>
          <w:tcPr>
            <w:tcW w:w="4320" w:type="dxa"/>
          </w:tcPr>
          <w:p w14:paraId="6D3BEEFE" w14:textId="77777777" w:rsidR="00160F8F" w:rsidRDefault="00000000">
            <w:r>
              <w:t>POS Transactions</w:t>
            </w:r>
          </w:p>
        </w:tc>
        <w:tc>
          <w:tcPr>
            <w:tcW w:w="4320" w:type="dxa"/>
          </w:tcPr>
          <w:p w14:paraId="2F4C89C6" w14:textId="77777777" w:rsidR="00160F8F" w:rsidRDefault="00000000">
            <w:r>
              <w:t>Flag high-value purchases at odd hours.</w:t>
            </w:r>
          </w:p>
        </w:tc>
      </w:tr>
      <w:tr w:rsidR="00160F8F" w14:paraId="2B1A82BD" w14:textId="77777777">
        <w:tc>
          <w:tcPr>
            <w:tcW w:w="4320" w:type="dxa"/>
          </w:tcPr>
          <w:p w14:paraId="235547BA" w14:textId="77777777" w:rsidR="00160F8F" w:rsidRDefault="00000000">
            <w:r>
              <w:t>Credit Card Systems</w:t>
            </w:r>
          </w:p>
        </w:tc>
        <w:tc>
          <w:tcPr>
            <w:tcW w:w="4320" w:type="dxa"/>
          </w:tcPr>
          <w:p w14:paraId="19AD5ECC" w14:textId="77777777" w:rsidR="00160F8F" w:rsidRDefault="00000000">
            <w:r>
              <w:t>Monitor frequent micro-transactions in short bursts.</w:t>
            </w:r>
          </w:p>
        </w:tc>
      </w:tr>
      <w:tr w:rsidR="00160F8F" w14:paraId="017D5430" w14:textId="77777777">
        <w:tc>
          <w:tcPr>
            <w:tcW w:w="4320" w:type="dxa"/>
          </w:tcPr>
          <w:p w14:paraId="33166334" w14:textId="77777777" w:rsidR="00160F8F" w:rsidRDefault="00000000">
            <w:r>
              <w:t>Online Transfers</w:t>
            </w:r>
          </w:p>
        </w:tc>
        <w:tc>
          <w:tcPr>
            <w:tcW w:w="4320" w:type="dxa"/>
          </w:tcPr>
          <w:p w14:paraId="7CE893DC" w14:textId="77777777" w:rsidR="00160F8F" w:rsidRDefault="00000000">
            <w:r>
              <w:t>Alert for rapid fund movements between accounts.</w:t>
            </w:r>
          </w:p>
        </w:tc>
      </w:tr>
      <w:tr w:rsidR="00160F8F" w14:paraId="4411CEFA" w14:textId="77777777">
        <w:tc>
          <w:tcPr>
            <w:tcW w:w="4320" w:type="dxa"/>
          </w:tcPr>
          <w:p w14:paraId="40137341" w14:textId="77777777" w:rsidR="00160F8F" w:rsidRDefault="00000000">
            <w:r>
              <w:t>E-commerce Payments</w:t>
            </w:r>
          </w:p>
        </w:tc>
        <w:tc>
          <w:tcPr>
            <w:tcW w:w="4320" w:type="dxa"/>
          </w:tcPr>
          <w:p w14:paraId="453958D5" w14:textId="77777777" w:rsidR="00160F8F" w:rsidRDefault="00000000">
            <w:r>
              <w:t>Block high-risk purchases from blacklisted IPs or locations.</w:t>
            </w:r>
          </w:p>
        </w:tc>
      </w:tr>
    </w:tbl>
    <w:p w14:paraId="7A3E205D"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20060675" w14:textId="77777777">
        <w:tc>
          <w:tcPr>
            <w:tcW w:w="2880" w:type="dxa"/>
          </w:tcPr>
          <w:p w14:paraId="3C6C7DEE" w14:textId="77777777" w:rsidR="00160F8F" w:rsidRDefault="00000000">
            <w:r>
              <w:t>Challenge</w:t>
            </w:r>
          </w:p>
        </w:tc>
        <w:tc>
          <w:tcPr>
            <w:tcW w:w="2880" w:type="dxa"/>
          </w:tcPr>
          <w:p w14:paraId="2927EDE7" w14:textId="77777777" w:rsidR="00160F8F" w:rsidRDefault="00000000">
            <w:r>
              <w:t>Description</w:t>
            </w:r>
          </w:p>
        </w:tc>
        <w:tc>
          <w:tcPr>
            <w:tcW w:w="2880" w:type="dxa"/>
          </w:tcPr>
          <w:p w14:paraId="7BDE739B" w14:textId="77777777" w:rsidR="00160F8F" w:rsidRDefault="00000000">
            <w:r>
              <w:t>Suggested Solution</w:t>
            </w:r>
          </w:p>
        </w:tc>
      </w:tr>
      <w:tr w:rsidR="00160F8F" w14:paraId="227B1635" w14:textId="77777777">
        <w:tc>
          <w:tcPr>
            <w:tcW w:w="2880" w:type="dxa"/>
          </w:tcPr>
          <w:p w14:paraId="223287CE" w14:textId="77777777" w:rsidR="00160F8F" w:rsidRDefault="00000000">
            <w:r>
              <w:t>False Positives</w:t>
            </w:r>
          </w:p>
        </w:tc>
        <w:tc>
          <w:tcPr>
            <w:tcW w:w="2880" w:type="dxa"/>
          </w:tcPr>
          <w:p w14:paraId="0790A063" w14:textId="77777777" w:rsidR="00160F8F" w:rsidRDefault="00000000">
            <w:r>
              <w:t>Legitimate users may get flagged.</w:t>
            </w:r>
          </w:p>
        </w:tc>
        <w:tc>
          <w:tcPr>
            <w:tcW w:w="2880" w:type="dxa"/>
          </w:tcPr>
          <w:p w14:paraId="5265B26E" w14:textId="77777777" w:rsidR="00160F8F" w:rsidRDefault="00000000">
            <w:r>
              <w:t>Use adaptive ML models with feedback loops.</w:t>
            </w:r>
          </w:p>
        </w:tc>
      </w:tr>
      <w:tr w:rsidR="00160F8F" w14:paraId="19A62B65" w14:textId="77777777">
        <w:tc>
          <w:tcPr>
            <w:tcW w:w="2880" w:type="dxa"/>
          </w:tcPr>
          <w:p w14:paraId="670FA679" w14:textId="77777777" w:rsidR="00160F8F" w:rsidRDefault="00000000">
            <w:r>
              <w:t>Latency</w:t>
            </w:r>
          </w:p>
        </w:tc>
        <w:tc>
          <w:tcPr>
            <w:tcW w:w="2880" w:type="dxa"/>
          </w:tcPr>
          <w:p w14:paraId="5E726B23" w14:textId="77777777" w:rsidR="00160F8F" w:rsidRDefault="00000000">
            <w:r>
              <w:t>Real-time analysis causes delay.</w:t>
            </w:r>
          </w:p>
        </w:tc>
        <w:tc>
          <w:tcPr>
            <w:tcW w:w="2880" w:type="dxa"/>
          </w:tcPr>
          <w:p w14:paraId="66850F3B" w14:textId="77777777" w:rsidR="00160F8F" w:rsidRDefault="00000000">
            <w:r>
              <w:t>Use stream-processing tools like Kafka + Spark.</w:t>
            </w:r>
          </w:p>
        </w:tc>
      </w:tr>
      <w:tr w:rsidR="00160F8F" w14:paraId="1B0001FA" w14:textId="77777777">
        <w:tc>
          <w:tcPr>
            <w:tcW w:w="2880" w:type="dxa"/>
          </w:tcPr>
          <w:p w14:paraId="16DB76D2" w14:textId="77777777" w:rsidR="00160F8F" w:rsidRDefault="00000000">
            <w:r>
              <w:t>Lack of Labeled Data</w:t>
            </w:r>
          </w:p>
        </w:tc>
        <w:tc>
          <w:tcPr>
            <w:tcW w:w="2880" w:type="dxa"/>
          </w:tcPr>
          <w:p w14:paraId="7C6A0172" w14:textId="77777777" w:rsidR="00160F8F" w:rsidRDefault="00000000">
            <w:r>
              <w:t>Fraud patterns are hard to train on.</w:t>
            </w:r>
          </w:p>
        </w:tc>
        <w:tc>
          <w:tcPr>
            <w:tcW w:w="2880" w:type="dxa"/>
          </w:tcPr>
          <w:p w14:paraId="09C6643C" w14:textId="77777777" w:rsidR="00160F8F" w:rsidRDefault="00000000">
            <w:r>
              <w:t>Use synthetic fraud data generation and transfer learning.</w:t>
            </w:r>
          </w:p>
        </w:tc>
      </w:tr>
      <w:tr w:rsidR="00160F8F" w14:paraId="6592C29C" w14:textId="77777777">
        <w:tc>
          <w:tcPr>
            <w:tcW w:w="2880" w:type="dxa"/>
          </w:tcPr>
          <w:p w14:paraId="6A58A5CA" w14:textId="77777777" w:rsidR="00160F8F" w:rsidRDefault="00000000">
            <w:r>
              <w:t>Model Drift</w:t>
            </w:r>
          </w:p>
        </w:tc>
        <w:tc>
          <w:tcPr>
            <w:tcW w:w="2880" w:type="dxa"/>
          </w:tcPr>
          <w:p w14:paraId="65DD2BA5" w14:textId="77777777" w:rsidR="00160F8F" w:rsidRDefault="00000000">
            <w:r>
              <w:t>Patterns change over time.</w:t>
            </w:r>
          </w:p>
        </w:tc>
        <w:tc>
          <w:tcPr>
            <w:tcW w:w="2880" w:type="dxa"/>
          </w:tcPr>
          <w:p w14:paraId="70E03D0B" w14:textId="77777777" w:rsidR="00160F8F" w:rsidRDefault="00000000">
            <w:r>
              <w:t>Schedule regular model re-training on recent data.</w:t>
            </w:r>
          </w:p>
        </w:tc>
      </w:tr>
      <w:tr w:rsidR="00160F8F" w14:paraId="102BF68D" w14:textId="77777777">
        <w:tc>
          <w:tcPr>
            <w:tcW w:w="2880" w:type="dxa"/>
          </w:tcPr>
          <w:p w14:paraId="4A40BF00" w14:textId="77777777" w:rsidR="00160F8F" w:rsidRDefault="00000000">
            <w:r>
              <w:t>Integration Issues</w:t>
            </w:r>
          </w:p>
        </w:tc>
        <w:tc>
          <w:tcPr>
            <w:tcW w:w="2880" w:type="dxa"/>
          </w:tcPr>
          <w:p w14:paraId="30EC4528" w14:textId="77777777" w:rsidR="00160F8F" w:rsidRDefault="00000000">
            <w:r>
              <w:t>Hard to embed in legacy systems.</w:t>
            </w:r>
          </w:p>
        </w:tc>
        <w:tc>
          <w:tcPr>
            <w:tcW w:w="2880" w:type="dxa"/>
          </w:tcPr>
          <w:p w14:paraId="7325E76B" w14:textId="77777777" w:rsidR="00160F8F" w:rsidRDefault="00000000">
            <w:r>
              <w:t>Use API gateway to decouple model from core infra.</w:t>
            </w:r>
          </w:p>
        </w:tc>
      </w:tr>
    </w:tbl>
    <w:p w14:paraId="019E2A50"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2C1CBAB2" w14:textId="77777777">
        <w:tc>
          <w:tcPr>
            <w:tcW w:w="2880" w:type="dxa"/>
          </w:tcPr>
          <w:p w14:paraId="2BC9DD2F" w14:textId="77777777" w:rsidR="00160F8F" w:rsidRDefault="00000000">
            <w:r>
              <w:t>Criteria</w:t>
            </w:r>
          </w:p>
        </w:tc>
        <w:tc>
          <w:tcPr>
            <w:tcW w:w="2880" w:type="dxa"/>
          </w:tcPr>
          <w:p w14:paraId="7A372EA9" w14:textId="77777777" w:rsidR="00160F8F" w:rsidRDefault="00000000">
            <w:r>
              <w:t>Description</w:t>
            </w:r>
          </w:p>
        </w:tc>
        <w:tc>
          <w:tcPr>
            <w:tcW w:w="2880" w:type="dxa"/>
          </w:tcPr>
          <w:p w14:paraId="320605E4" w14:textId="77777777" w:rsidR="00160F8F" w:rsidRDefault="00000000">
            <w:r>
              <w:t>Points</w:t>
            </w:r>
          </w:p>
        </w:tc>
      </w:tr>
      <w:tr w:rsidR="00160F8F" w14:paraId="7E87AF76" w14:textId="77777777">
        <w:tc>
          <w:tcPr>
            <w:tcW w:w="2880" w:type="dxa"/>
          </w:tcPr>
          <w:p w14:paraId="65330159" w14:textId="77777777" w:rsidR="00160F8F" w:rsidRDefault="00000000">
            <w:r>
              <w:t>Accuracy of Detection</w:t>
            </w:r>
          </w:p>
        </w:tc>
        <w:tc>
          <w:tcPr>
            <w:tcW w:w="2880" w:type="dxa"/>
          </w:tcPr>
          <w:p w14:paraId="70C7A67F" w14:textId="77777777" w:rsidR="00160F8F" w:rsidRDefault="00000000">
            <w:r>
              <w:t>Effectiveness of identifying fraud cases.</w:t>
            </w:r>
          </w:p>
        </w:tc>
        <w:tc>
          <w:tcPr>
            <w:tcW w:w="2880" w:type="dxa"/>
          </w:tcPr>
          <w:p w14:paraId="364B36F2" w14:textId="77777777" w:rsidR="00160F8F" w:rsidRDefault="00000000">
            <w:r>
              <w:t>25</w:t>
            </w:r>
          </w:p>
        </w:tc>
      </w:tr>
      <w:tr w:rsidR="00160F8F" w14:paraId="17D21988" w14:textId="77777777">
        <w:tc>
          <w:tcPr>
            <w:tcW w:w="2880" w:type="dxa"/>
          </w:tcPr>
          <w:p w14:paraId="366341FF" w14:textId="77777777" w:rsidR="00160F8F" w:rsidRDefault="00000000">
            <w:r>
              <w:t>Latency</w:t>
            </w:r>
          </w:p>
        </w:tc>
        <w:tc>
          <w:tcPr>
            <w:tcW w:w="2880" w:type="dxa"/>
          </w:tcPr>
          <w:p w14:paraId="18E79E7E" w14:textId="77777777" w:rsidR="00160F8F" w:rsidRDefault="00000000">
            <w:r>
              <w:t>Speed of real-time decision making.</w:t>
            </w:r>
          </w:p>
        </w:tc>
        <w:tc>
          <w:tcPr>
            <w:tcW w:w="2880" w:type="dxa"/>
          </w:tcPr>
          <w:p w14:paraId="08B80CDC" w14:textId="77777777" w:rsidR="00160F8F" w:rsidRDefault="00000000">
            <w:r>
              <w:t>20</w:t>
            </w:r>
          </w:p>
        </w:tc>
      </w:tr>
      <w:tr w:rsidR="00160F8F" w14:paraId="0794DA25" w14:textId="77777777">
        <w:tc>
          <w:tcPr>
            <w:tcW w:w="2880" w:type="dxa"/>
          </w:tcPr>
          <w:p w14:paraId="722A466D" w14:textId="77777777" w:rsidR="00160F8F" w:rsidRDefault="00000000">
            <w:r>
              <w:t>Scalability</w:t>
            </w:r>
          </w:p>
        </w:tc>
        <w:tc>
          <w:tcPr>
            <w:tcW w:w="2880" w:type="dxa"/>
          </w:tcPr>
          <w:p w14:paraId="5ADCC380" w14:textId="77777777" w:rsidR="00160F8F" w:rsidRDefault="00000000">
            <w:r>
              <w:t>Handles growing number of users/transactions.</w:t>
            </w:r>
          </w:p>
        </w:tc>
        <w:tc>
          <w:tcPr>
            <w:tcW w:w="2880" w:type="dxa"/>
          </w:tcPr>
          <w:p w14:paraId="6244E1BC" w14:textId="77777777" w:rsidR="00160F8F" w:rsidRDefault="00000000">
            <w:r>
              <w:t>20</w:t>
            </w:r>
          </w:p>
        </w:tc>
      </w:tr>
      <w:tr w:rsidR="00160F8F" w14:paraId="5C0CF98D" w14:textId="77777777">
        <w:tc>
          <w:tcPr>
            <w:tcW w:w="2880" w:type="dxa"/>
          </w:tcPr>
          <w:p w14:paraId="74815FAE" w14:textId="77777777" w:rsidR="00160F8F" w:rsidRDefault="00000000">
            <w:r>
              <w:t>Integration Feasibility</w:t>
            </w:r>
          </w:p>
        </w:tc>
        <w:tc>
          <w:tcPr>
            <w:tcW w:w="2880" w:type="dxa"/>
          </w:tcPr>
          <w:p w14:paraId="224096CA" w14:textId="77777777" w:rsidR="00160F8F" w:rsidRDefault="00000000">
            <w:r>
              <w:t>Can be integrated into banking systems.</w:t>
            </w:r>
          </w:p>
        </w:tc>
        <w:tc>
          <w:tcPr>
            <w:tcW w:w="2880" w:type="dxa"/>
          </w:tcPr>
          <w:p w14:paraId="22E59189" w14:textId="77777777" w:rsidR="00160F8F" w:rsidRDefault="00000000">
            <w:r>
              <w:t>15</w:t>
            </w:r>
          </w:p>
        </w:tc>
      </w:tr>
      <w:tr w:rsidR="00160F8F" w14:paraId="02D19960" w14:textId="77777777">
        <w:tc>
          <w:tcPr>
            <w:tcW w:w="2880" w:type="dxa"/>
          </w:tcPr>
          <w:p w14:paraId="78CE8CAE" w14:textId="77777777" w:rsidR="00160F8F" w:rsidRDefault="00000000">
            <w:r>
              <w:t>UI &amp; Reporting</w:t>
            </w:r>
          </w:p>
        </w:tc>
        <w:tc>
          <w:tcPr>
            <w:tcW w:w="2880" w:type="dxa"/>
          </w:tcPr>
          <w:p w14:paraId="26F7F615" w14:textId="77777777" w:rsidR="00160F8F" w:rsidRDefault="00000000">
            <w:r>
              <w:t>Dashboard to explain alerts and outcomes.</w:t>
            </w:r>
          </w:p>
        </w:tc>
        <w:tc>
          <w:tcPr>
            <w:tcW w:w="2880" w:type="dxa"/>
          </w:tcPr>
          <w:p w14:paraId="11A85BAC" w14:textId="77777777" w:rsidR="00160F8F" w:rsidRDefault="00000000">
            <w:r>
              <w:t>20</w:t>
            </w:r>
          </w:p>
        </w:tc>
      </w:tr>
    </w:tbl>
    <w:p w14:paraId="3DF59AB8" w14:textId="77777777" w:rsidR="00160F8F" w:rsidRDefault="00000000">
      <w:pPr>
        <w:pStyle w:val="Heading3"/>
      </w:pPr>
      <w:r>
        <w:t>5. 🛠 Tools and Technologies</w:t>
      </w:r>
    </w:p>
    <w:p w14:paraId="123D4A15" w14:textId="77777777" w:rsidR="00160F8F" w:rsidRDefault="00000000">
      <w:r>
        <w:t>Recommended tools: Python, Scikit-learn, TensorFlow, Kafka, Apache Spark, REST APIs for banking integration, Docker for containerization, and PostgreSQL or NoSQL databases for transaction history storage. Deployment on AWS/GCP preferred.</w:t>
      </w:r>
    </w:p>
    <w:p w14:paraId="623EE831" w14:textId="77777777" w:rsidR="00021D3A" w:rsidRDefault="00021D3A">
      <w:pPr>
        <w:rPr>
          <w:rFonts w:asciiTheme="majorHAnsi" w:eastAsiaTheme="majorEastAsia" w:hAnsiTheme="majorHAnsi" w:cstheme="majorBidi"/>
          <w:b/>
          <w:bCs/>
          <w:color w:val="4F81BD" w:themeColor="accent1"/>
          <w:sz w:val="26"/>
          <w:szCs w:val="26"/>
        </w:rPr>
      </w:pPr>
      <w:r>
        <w:br w:type="page"/>
      </w:r>
    </w:p>
    <w:p w14:paraId="150CA1B2" w14:textId="4B5A4CBE" w:rsidR="00160F8F" w:rsidRDefault="00000000">
      <w:pPr>
        <w:pStyle w:val="Heading2"/>
      </w:pPr>
      <w:r>
        <w:lastRenderedPageBreak/>
        <w:t>Problem Title: Implement a dynamic programming solution for the Longest Palindromic Substring problem</w:t>
      </w:r>
    </w:p>
    <w:p w14:paraId="20A3D859" w14:textId="77777777" w:rsidR="00160F8F" w:rsidRDefault="00000000">
      <w:pPr>
        <w:pStyle w:val="Heading3"/>
      </w:pPr>
      <w:r>
        <w:t>1. 🧠 Problem Description</w:t>
      </w:r>
    </w:p>
    <w:p w14:paraId="48AF8807"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11024924"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445D6552" w14:textId="77777777">
        <w:tc>
          <w:tcPr>
            <w:tcW w:w="4320" w:type="dxa"/>
          </w:tcPr>
          <w:p w14:paraId="1FBCA054" w14:textId="77777777" w:rsidR="00160F8F" w:rsidRDefault="00000000">
            <w:r>
              <w:t>Use Case</w:t>
            </w:r>
          </w:p>
        </w:tc>
        <w:tc>
          <w:tcPr>
            <w:tcW w:w="4320" w:type="dxa"/>
          </w:tcPr>
          <w:p w14:paraId="225F7D7A" w14:textId="77777777" w:rsidR="00160F8F" w:rsidRDefault="00000000">
            <w:r>
              <w:t>Description</w:t>
            </w:r>
          </w:p>
        </w:tc>
      </w:tr>
      <w:tr w:rsidR="00160F8F" w14:paraId="5DF9C501" w14:textId="77777777">
        <w:tc>
          <w:tcPr>
            <w:tcW w:w="4320" w:type="dxa"/>
          </w:tcPr>
          <w:p w14:paraId="4E04D6E0" w14:textId="77777777" w:rsidR="00160F8F" w:rsidRDefault="00000000">
            <w:r>
              <w:t>Banking Apps</w:t>
            </w:r>
          </w:p>
        </w:tc>
        <w:tc>
          <w:tcPr>
            <w:tcW w:w="4320" w:type="dxa"/>
          </w:tcPr>
          <w:p w14:paraId="2AB43248" w14:textId="77777777" w:rsidR="00160F8F" w:rsidRDefault="00000000">
            <w:r>
              <w:t>Detect suspicious login locations or simultaneous logins.</w:t>
            </w:r>
          </w:p>
        </w:tc>
      </w:tr>
      <w:tr w:rsidR="00160F8F" w14:paraId="0664E141" w14:textId="77777777">
        <w:tc>
          <w:tcPr>
            <w:tcW w:w="4320" w:type="dxa"/>
          </w:tcPr>
          <w:p w14:paraId="520790D4" w14:textId="77777777" w:rsidR="00160F8F" w:rsidRDefault="00000000">
            <w:r>
              <w:t>POS Transactions</w:t>
            </w:r>
          </w:p>
        </w:tc>
        <w:tc>
          <w:tcPr>
            <w:tcW w:w="4320" w:type="dxa"/>
          </w:tcPr>
          <w:p w14:paraId="074BEA36" w14:textId="77777777" w:rsidR="00160F8F" w:rsidRDefault="00000000">
            <w:r>
              <w:t>Flag high-value purchases at odd hours.</w:t>
            </w:r>
          </w:p>
        </w:tc>
      </w:tr>
      <w:tr w:rsidR="00160F8F" w14:paraId="5858439D" w14:textId="77777777">
        <w:tc>
          <w:tcPr>
            <w:tcW w:w="4320" w:type="dxa"/>
          </w:tcPr>
          <w:p w14:paraId="6722209A" w14:textId="77777777" w:rsidR="00160F8F" w:rsidRDefault="00000000">
            <w:r>
              <w:t>Credit Card Systems</w:t>
            </w:r>
          </w:p>
        </w:tc>
        <w:tc>
          <w:tcPr>
            <w:tcW w:w="4320" w:type="dxa"/>
          </w:tcPr>
          <w:p w14:paraId="2349914F" w14:textId="77777777" w:rsidR="00160F8F" w:rsidRDefault="00000000">
            <w:r>
              <w:t>Monitor frequent micro-transactions in short bursts.</w:t>
            </w:r>
          </w:p>
        </w:tc>
      </w:tr>
      <w:tr w:rsidR="00160F8F" w14:paraId="34947924" w14:textId="77777777">
        <w:tc>
          <w:tcPr>
            <w:tcW w:w="4320" w:type="dxa"/>
          </w:tcPr>
          <w:p w14:paraId="4D26B58D" w14:textId="77777777" w:rsidR="00160F8F" w:rsidRDefault="00000000">
            <w:r>
              <w:t>Online Transfers</w:t>
            </w:r>
          </w:p>
        </w:tc>
        <w:tc>
          <w:tcPr>
            <w:tcW w:w="4320" w:type="dxa"/>
          </w:tcPr>
          <w:p w14:paraId="610FC20E" w14:textId="77777777" w:rsidR="00160F8F" w:rsidRDefault="00000000">
            <w:r>
              <w:t>Alert for rapid fund movements between accounts.</w:t>
            </w:r>
          </w:p>
        </w:tc>
      </w:tr>
      <w:tr w:rsidR="00160F8F" w14:paraId="4F1A9548" w14:textId="77777777">
        <w:tc>
          <w:tcPr>
            <w:tcW w:w="4320" w:type="dxa"/>
          </w:tcPr>
          <w:p w14:paraId="3EF81CB1" w14:textId="77777777" w:rsidR="00160F8F" w:rsidRDefault="00000000">
            <w:r>
              <w:t>E-commerce Payments</w:t>
            </w:r>
          </w:p>
        </w:tc>
        <w:tc>
          <w:tcPr>
            <w:tcW w:w="4320" w:type="dxa"/>
          </w:tcPr>
          <w:p w14:paraId="4F717822" w14:textId="77777777" w:rsidR="00160F8F" w:rsidRDefault="00000000">
            <w:r>
              <w:t>Block high-risk purchases from blacklisted IPs or locations.</w:t>
            </w:r>
          </w:p>
        </w:tc>
      </w:tr>
    </w:tbl>
    <w:p w14:paraId="49DDB855"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4FD68E85" w14:textId="77777777">
        <w:tc>
          <w:tcPr>
            <w:tcW w:w="2880" w:type="dxa"/>
          </w:tcPr>
          <w:p w14:paraId="59F5722A" w14:textId="77777777" w:rsidR="00160F8F" w:rsidRDefault="00000000">
            <w:r>
              <w:t>Challenge</w:t>
            </w:r>
          </w:p>
        </w:tc>
        <w:tc>
          <w:tcPr>
            <w:tcW w:w="2880" w:type="dxa"/>
          </w:tcPr>
          <w:p w14:paraId="38299491" w14:textId="77777777" w:rsidR="00160F8F" w:rsidRDefault="00000000">
            <w:r>
              <w:t>Description</w:t>
            </w:r>
          </w:p>
        </w:tc>
        <w:tc>
          <w:tcPr>
            <w:tcW w:w="2880" w:type="dxa"/>
          </w:tcPr>
          <w:p w14:paraId="2E355A51" w14:textId="77777777" w:rsidR="00160F8F" w:rsidRDefault="00000000">
            <w:r>
              <w:t>Suggested Solution</w:t>
            </w:r>
          </w:p>
        </w:tc>
      </w:tr>
      <w:tr w:rsidR="00160F8F" w14:paraId="490E1CF6" w14:textId="77777777">
        <w:tc>
          <w:tcPr>
            <w:tcW w:w="2880" w:type="dxa"/>
          </w:tcPr>
          <w:p w14:paraId="75266DE3" w14:textId="77777777" w:rsidR="00160F8F" w:rsidRDefault="00000000">
            <w:r>
              <w:t>False Positives</w:t>
            </w:r>
          </w:p>
        </w:tc>
        <w:tc>
          <w:tcPr>
            <w:tcW w:w="2880" w:type="dxa"/>
          </w:tcPr>
          <w:p w14:paraId="5E529B0B" w14:textId="77777777" w:rsidR="00160F8F" w:rsidRDefault="00000000">
            <w:r>
              <w:t>Legitimate users may get flagged.</w:t>
            </w:r>
          </w:p>
        </w:tc>
        <w:tc>
          <w:tcPr>
            <w:tcW w:w="2880" w:type="dxa"/>
          </w:tcPr>
          <w:p w14:paraId="2212DF52" w14:textId="77777777" w:rsidR="00160F8F" w:rsidRDefault="00000000">
            <w:r>
              <w:t>Use adaptive ML models with feedback loops.</w:t>
            </w:r>
          </w:p>
        </w:tc>
      </w:tr>
      <w:tr w:rsidR="00160F8F" w14:paraId="5C00188A" w14:textId="77777777">
        <w:tc>
          <w:tcPr>
            <w:tcW w:w="2880" w:type="dxa"/>
          </w:tcPr>
          <w:p w14:paraId="3D79F0D8" w14:textId="77777777" w:rsidR="00160F8F" w:rsidRDefault="00000000">
            <w:r>
              <w:t>Latency</w:t>
            </w:r>
          </w:p>
        </w:tc>
        <w:tc>
          <w:tcPr>
            <w:tcW w:w="2880" w:type="dxa"/>
          </w:tcPr>
          <w:p w14:paraId="0A196264" w14:textId="77777777" w:rsidR="00160F8F" w:rsidRDefault="00000000">
            <w:r>
              <w:t>Real-time analysis causes delay.</w:t>
            </w:r>
          </w:p>
        </w:tc>
        <w:tc>
          <w:tcPr>
            <w:tcW w:w="2880" w:type="dxa"/>
          </w:tcPr>
          <w:p w14:paraId="0AE05A97" w14:textId="77777777" w:rsidR="00160F8F" w:rsidRDefault="00000000">
            <w:r>
              <w:t>Use stream-processing tools like Kafka + Spark.</w:t>
            </w:r>
          </w:p>
        </w:tc>
      </w:tr>
      <w:tr w:rsidR="00160F8F" w14:paraId="76B21BC1" w14:textId="77777777">
        <w:tc>
          <w:tcPr>
            <w:tcW w:w="2880" w:type="dxa"/>
          </w:tcPr>
          <w:p w14:paraId="0ABA3D21" w14:textId="77777777" w:rsidR="00160F8F" w:rsidRDefault="00000000">
            <w:r>
              <w:t>Lack of Labeled Data</w:t>
            </w:r>
          </w:p>
        </w:tc>
        <w:tc>
          <w:tcPr>
            <w:tcW w:w="2880" w:type="dxa"/>
          </w:tcPr>
          <w:p w14:paraId="25C7CA0C" w14:textId="77777777" w:rsidR="00160F8F" w:rsidRDefault="00000000">
            <w:r>
              <w:t>Fraud patterns are hard to train on.</w:t>
            </w:r>
          </w:p>
        </w:tc>
        <w:tc>
          <w:tcPr>
            <w:tcW w:w="2880" w:type="dxa"/>
          </w:tcPr>
          <w:p w14:paraId="7C9EE487" w14:textId="77777777" w:rsidR="00160F8F" w:rsidRDefault="00000000">
            <w:r>
              <w:t>Use synthetic fraud data generation and transfer learning.</w:t>
            </w:r>
          </w:p>
        </w:tc>
      </w:tr>
      <w:tr w:rsidR="00160F8F" w14:paraId="6300A30C" w14:textId="77777777">
        <w:tc>
          <w:tcPr>
            <w:tcW w:w="2880" w:type="dxa"/>
          </w:tcPr>
          <w:p w14:paraId="29DFC01D" w14:textId="77777777" w:rsidR="00160F8F" w:rsidRDefault="00000000">
            <w:r>
              <w:t>Model Drift</w:t>
            </w:r>
          </w:p>
        </w:tc>
        <w:tc>
          <w:tcPr>
            <w:tcW w:w="2880" w:type="dxa"/>
          </w:tcPr>
          <w:p w14:paraId="07D9DBE6" w14:textId="77777777" w:rsidR="00160F8F" w:rsidRDefault="00000000">
            <w:r>
              <w:t>Patterns change over time.</w:t>
            </w:r>
          </w:p>
        </w:tc>
        <w:tc>
          <w:tcPr>
            <w:tcW w:w="2880" w:type="dxa"/>
          </w:tcPr>
          <w:p w14:paraId="4BD5C558" w14:textId="77777777" w:rsidR="00160F8F" w:rsidRDefault="00000000">
            <w:r>
              <w:t>Schedule regular model re-training on recent data.</w:t>
            </w:r>
          </w:p>
        </w:tc>
      </w:tr>
      <w:tr w:rsidR="00160F8F" w14:paraId="3498856F" w14:textId="77777777">
        <w:tc>
          <w:tcPr>
            <w:tcW w:w="2880" w:type="dxa"/>
          </w:tcPr>
          <w:p w14:paraId="2A7BFAA6" w14:textId="77777777" w:rsidR="00160F8F" w:rsidRDefault="00000000">
            <w:r>
              <w:t>Integration Issues</w:t>
            </w:r>
          </w:p>
        </w:tc>
        <w:tc>
          <w:tcPr>
            <w:tcW w:w="2880" w:type="dxa"/>
          </w:tcPr>
          <w:p w14:paraId="714B6C5F" w14:textId="77777777" w:rsidR="00160F8F" w:rsidRDefault="00000000">
            <w:r>
              <w:t>Hard to embed in legacy systems.</w:t>
            </w:r>
          </w:p>
        </w:tc>
        <w:tc>
          <w:tcPr>
            <w:tcW w:w="2880" w:type="dxa"/>
          </w:tcPr>
          <w:p w14:paraId="75896FF2" w14:textId="77777777" w:rsidR="00160F8F" w:rsidRDefault="00000000">
            <w:r>
              <w:t>Use API gateway to decouple model from core infra.</w:t>
            </w:r>
          </w:p>
        </w:tc>
      </w:tr>
    </w:tbl>
    <w:p w14:paraId="5A43CA2A"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3A5BED2C" w14:textId="77777777">
        <w:tc>
          <w:tcPr>
            <w:tcW w:w="2880" w:type="dxa"/>
          </w:tcPr>
          <w:p w14:paraId="75AF9B1A" w14:textId="77777777" w:rsidR="00160F8F" w:rsidRDefault="00000000">
            <w:r>
              <w:t>Criteria</w:t>
            </w:r>
          </w:p>
        </w:tc>
        <w:tc>
          <w:tcPr>
            <w:tcW w:w="2880" w:type="dxa"/>
          </w:tcPr>
          <w:p w14:paraId="6CDE1939" w14:textId="77777777" w:rsidR="00160F8F" w:rsidRDefault="00000000">
            <w:r>
              <w:t>Description</w:t>
            </w:r>
          </w:p>
        </w:tc>
        <w:tc>
          <w:tcPr>
            <w:tcW w:w="2880" w:type="dxa"/>
          </w:tcPr>
          <w:p w14:paraId="1F7A8563" w14:textId="77777777" w:rsidR="00160F8F" w:rsidRDefault="00000000">
            <w:r>
              <w:t>Points</w:t>
            </w:r>
          </w:p>
        </w:tc>
      </w:tr>
      <w:tr w:rsidR="00160F8F" w14:paraId="51EA4E12" w14:textId="77777777">
        <w:tc>
          <w:tcPr>
            <w:tcW w:w="2880" w:type="dxa"/>
          </w:tcPr>
          <w:p w14:paraId="73A69263" w14:textId="77777777" w:rsidR="00160F8F" w:rsidRDefault="00000000">
            <w:r>
              <w:t>Accuracy of Detection</w:t>
            </w:r>
          </w:p>
        </w:tc>
        <w:tc>
          <w:tcPr>
            <w:tcW w:w="2880" w:type="dxa"/>
          </w:tcPr>
          <w:p w14:paraId="584AE543" w14:textId="77777777" w:rsidR="00160F8F" w:rsidRDefault="00000000">
            <w:r>
              <w:t>Effectiveness of identifying fraud cases.</w:t>
            </w:r>
          </w:p>
        </w:tc>
        <w:tc>
          <w:tcPr>
            <w:tcW w:w="2880" w:type="dxa"/>
          </w:tcPr>
          <w:p w14:paraId="4C4A1A93" w14:textId="77777777" w:rsidR="00160F8F" w:rsidRDefault="00000000">
            <w:r>
              <w:t>25</w:t>
            </w:r>
          </w:p>
        </w:tc>
      </w:tr>
      <w:tr w:rsidR="00160F8F" w14:paraId="558629DA" w14:textId="77777777">
        <w:tc>
          <w:tcPr>
            <w:tcW w:w="2880" w:type="dxa"/>
          </w:tcPr>
          <w:p w14:paraId="24C1EC1F" w14:textId="77777777" w:rsidR="00160F8F" w:rsidRDefault="00000000">
            <w:r>
              <w:t>Latency</w:t>
            </w:r>
          </w:p>
        </w:tc>
        <w:tc>
          <w:tcPr>
            <w:tcW w:w="2880" w:type="dxa"/>
          </w:tcPr>
          <w:p w14:paraId="3E8C2419" w14:textId="77777777" w:rsidR="00160F8F" w:rsidRDefault="00000000">
            <w:r>
              <w:t>Speed of real-time decision making.</w:t>
            </w:r>
          </w:p>
        </w:tc>
        <w:tc>
          <w:tcPr>
            <w:tcW w:w="2880" w:type="dxa"/>
          </w:tcPr>
          <w:p w14:paraId="2151ADD3" w14:textId="77777777" w:rsidR="00160F8F" w:rsidRDefault="00000000">
            <w:r>
              <w:t>20</w:t>
            </w:r>
          </w:p>
        </w:tc>
      </w:tr>
      <w:tr w:rsidR="00160F8F" w14:paraId="0A297E5F" w14:textId="77777777">
        <w:tc>
          <w:tcPr>
            <w:tcW w:w="2880" w:type="dxa"/>
          </w:tcPr>
          <w:p w14:paraId="170084DD" w14:textId="77777777" w:rsidR="00160F8F" w:rsidRDefault="00000000">
            <w:r>
              <w:t>Scalability</w:t>
            </w:r>
          </w:p>
        </w:tc>
        <w:tc>
          <w:tcPr>
            <w:tcW w:w="2880" w:type="dxa"/>
          </w:tcPr>
          <w:p w14:paraId="09F5BEA5" w14:textId="77777777" w:rsidR="00160F8F" w:rsidRDefault="00000000">
            <w:r>
              <w:t>Handles growing number of users/transactions.</w:t>
            </w:r>
          </w:p>
        </w:tc>
        <w:tc>
          <w:tcPr>
            <w:tcW w:w="2880" w:type="dxa"/>
          </w:tcPr>
          <w:p w14:paraId="339F87CC" w14:textId="77777777" w:rsidR="00160F8F" w:rsidRDefault="00000000">
            <w:r>
              <w:t>20</w:t>
            </w:r>
          </w:p>
        </w:tc>
      </w:tr>
      <w:tr w:rsidR="00160F8F" w14:paraId="4B1D799D" w14:textId="77777777">
        <w:tc>
          <w:tcPr>
            <w:tcW w:w="2880" w:type="dxa"/>
          </w:tcPr>
          <w:p w14:paraId="74E1AD25" w14:textId="77777777" w:rsidR="00160F8F" w:rsidRDefault="00000000">
            <w:r>
              <w:t>Integration Feasibility</w:t>
            </w:r>
          </w:p>
        </w:tc>
        <w:tc>
          <w:tcPr>
            <w:tcW w:w="2880" w:type="dxa"/>
          </w:tcPr>
          <w:p w14:paraId="10BC4BD8" w14:textId="77777777" w:rsidR="00160F8F" w:rsidRDefault="00000000">
            <w:r>
              <w:t>Can be integrated into banking systems.</w:t>
            </w:r>
          </w:p>
        </w:tc>
        <w:tc>
          <w:tcPr>
            <w:tcW w:w="2880" w:type="dxa"/>
          </w:tcPr>
          <w:p w14:paraId="22B66A6C" w14:textId="77777777" w:rsidR="00160F8F" w:rsidRDefault="00000000">
            <w:r>
              <w:t>15</w:t>
            </w:r>
          </w:p>
        </w:tc>
      </w:tr>
      <w:tr w:rsidR="00160F8F" w14:paraId="01E3793D" w14:textId="77777777">
        <w:tc>
          <w:tcPr>
            <w:tcW w:w="2880" w:type="dxa"/>
          </w:tcPr>
          <w:p w14:paraId="44CF67B5" w14:textId="77777777" w:rsidR="00160F8F" w:rsidRDefault="00000000">
            <w:r>
              <w:t>UI &amp; Reporting</w:t>
            </w:r>
          </w:p>
        </w:tc>
        <w:tc>
          <w:tcPr>
            <w:tcW w:w="2880" w:type="dxa"/>
          </w:tcPr>
          <w:p w14:paraId="63CA6544" w14:textId="77777777" w:rsidR="00160F8F" w:rsidRDefault="00000000">
            <w:r>
              <w:t>Dashboard to explain alerts and outcomes.</w:t>
            </w:r>
          </w:p>
        </w:tc>
        <w:tc>
          <w:tcPr>
            <w:tcW w:w="2880" w:type="dxa"/>
          </w:tcPr>
          <w:p w14:paraId="669BCBBA" w14:textId="77777777" w:rsidR="00160F8F" w:rsidRDefault="00000000">
            <w:r>
              <w:t>20</w:t>
            </w:r>
          </w:p>
        </w:tc>
      </w:tr>
    </w:tbl>
    <w:p w14:paraId="0EAEC466" w14:textId="77777777" w:rsidR="00160F8F" w:rsidRDefault="00000000">
      <w:pPr>
        <w:pStyle w:val="Heading3"/>
      </w:pPr>
      <w:r>
        <w:t>5. 🛠 Tools and Technologies</w:t>
      </w:r>
    </w:p>
    <w:p w14:paraId="61B1291D" w14:textId="77777777" w:rsidR="00160F8F" w:rsidRDefault="00000000">
      <w:r>
        <w:t>Recommended tools: Python, Scikit-learn, TensorFlow, Kafka, Apache Spark, REST APIs for banking integration, Docker for containerization, and PostgreSQL or NoSQL databases for transaction history storage. Deployment on AWS/GCP preferred.</w:t>
      </w:r>
    </w:p>
    <w:p w14:paraId="20FF7120" w14:textId="77777777" w:rsidR="00021D3A" w:rsidRDefault="00021D3A">
      <w:pPr>
        <w:rPr>
          <w:rFonts w:asciiTheme="majorHAnsi" w:eastAsiaTheme="majorEastAsia" w:hAnsiTheme="majorHAnsi" w:cstheme="majorBidi"/>
          <w:b/>
          <w:bCs/>
          <w:color w:val="4F81BD" w:themeColor="accent1"/>
          <w:sz w:val="26"/>
          <w:szCs w:val="26"/>
        </w:rPr>
      </w:pPr>
      <w:r>
        <w:br w:type="page"/>
      </w:r>
    </w:p>
    <w:p w14:paraId="0493669F" w14:textId="225E9178" w:rsidR="00160F8F" w:rsidRDefault="00000000">
      <w:pPr>
        <w:pStyle w:val="Heading2"/>
      </w:pPr>
      <w:r>
        <w:lastRenderedPageBreak/>
        <w:t>Problem Title: Implement a function to detect cycles in directed and undirected graphs</w:t>
      </w:r>
    </w:p>
    <w:p w14:paraId="25D48A73" w14:textId="77777777" w:rsidR="00160F8F" w:rsidRDefault="00000000">
      <w:pPr>
        <w:pStyle w:val="Heading3"/>
      </w:pPr>
      <w:r>
        <w:t>1. 🧠 Problem Description</w:t>
      </w:r>
    </w:p>
    <w:p w14:paraId="65D02974"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7DD33282"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33B347F3" w14:textId="77777777">
        <w:tc>
          <w:tcPr>
            <w:tcW w:w="4320" w:type="dxa"/>
          </w:tcPr>
          <w:p w14:paraId="2A45B098" w14:textId="77777777" w:rsidR="00160F8F" w:rsidRDefault="00000000">
            <w:r>
              <w:t>Use Case</w:t>
            </w:r>
          </w:p>
        </w:tc>
        <w:tc>
          <w:tcPr>
            <w:tcW w:w="4320" w:type="dxa"/>
          </w:tcPr>
          <w:p w14:paraId="4E948B5D" w14:textId="77777777" w:rsidR="00160F8F" w:rsidRDefault="00000000">
            <w:r>
              <w:t>Description</w:t>
            </w:r>
          </w:p>
        </w:tc>
      </w:tr>
      <w:tr w:rsidR="00160F8F" w14:paraId="279BD4E7" w14:textId="77777777">
        <w:tc>
          <w:tcPr>
            <w:tcW w:w="4320" w:type="dxa"/>
          </w:tcPr>
          <w:p w14:paraId="7FDC14F5" w14:textId="77777777" w:rsidR="00160F8F" w:rsidRDefault="00000000">
            <w:r>
              <w:t>Banking Apps</w:t>
            </w:r>
          </w:p>
        </w:tc>
        <w:tc>
          <w:tcPr>
            <w:tcW w:w="4320" w:type="dxa"/>
          </w:tcPr>
          <w:p w14:paraId="391CF97C" w14:textId="77777777" w:rsidR="00160F8F" w:rsidRDefault="00000000">
            <w:r>
              <w:t>Detect suspicious login locations or simultaneous logins.</w:t>
            </w:r>
          </w:p>
        </w:tc>
      </w:tr>
      <w:tr w:rsidR="00160F8F" w14:paraId="4ABC5E7B" w14:textId="77777777">
        <w:tc>
          <w:tcPr>
            <w:tcW w:w="4320" w:type="dxa"/>
          </w:tcPr>
          <w:p w14:paraId="20436701" w14:textId="77777777" w:rsidR="00160F8F" w:rsidRDefault="00000000">
            <w:r>
              <w:t>POS Transactions</w:t>
            </w:r>
          </w:p>
        </w:tc>
        <w:tc>
          <w:tcPr>
            <w:tcW w:w="4320" w:type="dxa"/>
          </w:tcPr>
          <w:p w14:paraId="54D356F9" w14:textId="77777777" w:rsidR="00160F8F" w:rsidRDefault="00000000">
            <w:r>
              <w:t>Flag high-value purchases at odd hours.</w:t>
            </w:r>
          </w:p>
        </w:tc>
      </w:tr>
      <w:tr w:rsidR="00160F8F" w14:paraId="53ED9A85" w14:textId="77777777">
        <w:tc>
          <w:tcPr>
            <w:tcW w:w="4320" w:type="dxa"/>
          </w:tcPr>
          <w:p w14:paraId="37816E39" w14:textId="77777777" w:rsidR="00160F8F" w:rsidRDefault="00000000">
            <w:r>
              <w:t>Credit Card Systems</w:t>
            </w:r>
          </w:p>
        </w:tc>
        <w:tc>
          <w:tcPr>
            <w:tcW w:w="4320" w:type="dxa"/>
          </w:tcPr>
          <w:p w14:paraId="7B6E5CDE" w14:textId="77777777" w:rsidR="00160F8F" w:rsidRDefault="00000000">
            <w:r>
              <w:t>Monitor frequent micro-transactions in short bursts.</w:t>
            </w:r>
          </w:p>
        </w:tc>
      </w:tr>
      <w:tr w:rsidR="00160F8F" w14:paraId="3F1B0D53" w14:textId="77777777">
        <w:tc>
          <w:tcPr>
            <w:tcW w:w="4320" w:type="dxa"/>
          </w:tcPr>
          <w:p w14:paraId="5D4DD37B" w14:textId="77777777" w:rsidR="00160F8F" w:rsidRDefault="00000000">
            <w:r>
              <w:t>Online Transfers</w:t>
            </w:r>
          </w:p>
        </w:tc>
        <w:tc>
          <w:tcPr>
            <w:tcW w:w="4320" w:type="dxa"/>
          </w:tcPr>
          <w:p w14:paraId="0DB6F67F" w14:textId="77777777" w:rsidR="00160F8F" w:rsidRDefault="00000000">
            <w:r>
              <w:t>Alert for rapid fund movements between accounts.</w:t>
            </w:r>
          </w:p>
        </w:tc>
      </w:tr>
      <w:tr w:rsidR="00160F8F" w14:paraId="193B026A" w14:textId="77777777">
        <w:tc>
          <w:tcPr>
            <w:tcW w:w="4320" w:type="dxa"/>
          </w:tcPr>
          <w:p w14:paraId="0BDB02EC" w14:textId="77777777" w:rsidR="00160F8F" w:rsidRDefault="00000000">
            <w:r>
              <w:t>E-commerce Payments</w:t>
            </w:r>
          </w:p>
        </w:tc>
        <w:tc>
          <w:tcPr>
            <w:tcW w:w="4320" w:type="dxa"/>
          </w:tcPr>
          <w:p w14:paraId="6C0BBC12" w14:textId="77777777" w:rsidR="00160F8F" w:rsidRDefault="00000000">
            <w:r>
              <w:t>Block high-risk purchases from blacklisted IPs or locations.</w:t>
            </w:r>
          </w:p>
        </w:tc>
      </w:tr>
    </w:tbl>
    <w:p w14:paraId="07D86A5D"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4AC42151" w14:textId="77777777">
        <w:tc>
          <w:tcPr>
            <w:tcW w:w="2880" w:type="dxa"/>
          </w:tcPr>
          <w:p w14:paraId="14751AB3" w14:textId="77777777" w:rsidR="00160F8F" w:rsidRDefault="00000000">
            <w:r>
              <w:t>Challenge</w:t>
            </w:r>
          </w:p>
        </w:tc>
        <w:tc>
          <w:tcPr>
            <w:tcW w:w="2880" w:type="dxa"/>
          </w:tcPr>
          <w:p w14:paraId="6B8DFF3F" w14:textId="77777777" w:rsidR="00160F8F" w:rsidRDefault="00000000">
            <w:r>
              <w:t>Description</w:t>
            </w:r>
          </w:p>
        </w:tc>
        <w:tc>
          <w:tcPr>
            <w:tcW w:w="2880" w:type="dxa"/>
          </w:tcPr>
          <w:p w14:paraId="4185F2E5" w14:textId="77777777" w:rsidR="00160F8F" w:rsidRDefault="00000000">
            <w:r>
              <w:t>Suggested Solution</w:t>
            </w:r>
          </w:p>
        </w:tc>
      </w:tr>
      <w:tr w:rsidR="00160F8F" w14:paraId="32E9AABF" w14:textId="77777777">
        <w:tc>
          <w:tcPr>
            <w:tcW w:w="2880" w:type="dxa"/>
          </w:tcPr>
          <w:p w14:paraId="613F105E" w14:textId="77777777" w:rsidR="00160F8F" w:rsidRDefault="00000000">
            <w:r>
              <w:t>False Positives</w:t>
            </w:r>
          </w:p>
        </w:tc>
        <w:tc>
          <w:tcPr>
            <w:tcW w:w="2880" w:type="dxa"/>
          </w:tcPr>
          <w:p w14:paraId="4B63CE39" w14:textId="77777777" w:rsidR="00160F8F" w:rsidRDefault="00000000">
            <w:r>
              <w:t>Legitimate users may get flagged.</w:t>
            </w:r>
          </w:p>
        </w:tc>
        <w:tc>
          <w:tcPr>
            <w:tcW w:w="2880" w:type="dxa"/>
          </w:tcPr>
          <w:p w14:paraId="4EEB4602" w14:textId="77777777" w:rsidR="00160F8F" w:rsidRDefault="00000000">
            <w:r>
              <w:t>Use adaptive ML models with feedback loops.</w:t>
            </w:r>
          </w:p>
        </w:tc>
      </w:tr>
      <w:tr w:rsidR="00160F8F" w14:paraId="4865F54D" w14:textId="77777777">
        <w:tc>
          <w:tcPr>
            <w:tcW w:w="2880" w:type="dxa"/>
          </w:tcPr>
          <w:p w14:paraId="49482A11" w14:textId="77777777" w:rsidR="00160F8F" w:rsidRDefault="00000000">
            <w:r>
              <w:t>Latency</w:t>
            </w:r>
          </w:p>
        </w:tc>
        <w:tc>
          <w:tcPr>
            <w:tcW w:w="2880" w:type="dxa"/>
          </w:tcPr>
          <w:p w14:paraId="7082AF5B" w14:textId="77777777" w:rsidR="00160F8F" w:rsidRDefault="00000000">
            <w:r>
              <w:t>Real-time analysis causes delay.</w:t>
            </w:r>
          </w:p>
        </w:tc>
        <w:tc>
          <w:tcPr>
            <w:tcW w:w="2880" w:type="dxa"/>
          </w:tcPr>
          <w:p w14:paraId="608E2673" w14:textId="77777777" w:rsidR="00160F8F" w:rsidRDefault="00000000">
            <w:r>
              <w:t>Use stream-processing tools like Kafka + Spark.</w:t>
            </w:r>
          </w:p>
        </w:tc>
      </w:tr>
      <w:tr w:rsidR="00160F8F" w14:paraId="691E3FC5" w14:textId="77777777">
        <w:tc>
          <w:tcPr>
            <w:tcW w:w="2880" w:type="dxa"/>
          </w:tcPr>
          <w:p w14:paraId="0A80578E" w14:textId="77777777" w:rsidR="00160F8F" w:rsidRDefault="00000000">
            <w:r>
              <w:t>Lack of Labeled Data</w:t>
            </w:r>
          </w:p>
        </w:tc>
        <w:tc>
          <w:tcPr>
            <w:tcW w:w="2880" w:type="dxa"/>
          </w:tcPr>
          <w:p w14:paraId="78AB881F" w14:textId="77777777" w:rsidR="00160F8F" w:rsidRDefault="00000000">
            <w:r>
              <w:t>Fraud patterns are hard to train on.</w:t>
            </w:r>
          </w:p>
        </w:tc>
        <w:tc>
          <w:tcPr>
            <w:tcW w:w="2880" w:type="dxa"/>
          </w:tcPr>
          <w:p w14:paraId="67920D89" w14:textId="77777777" w:rsidR="00160F8F" w:rsidRDefault="00000000">
            <w:r>
              <w:t>Use synthetic fraud data generation and transfer learning.</w:t>
            </w:r>
          </w:p>
        </w:tc>
      </w:tr>
      <w:tr w:rsidR="00160F8F" w14:paraId="27BE1315" w14:textId="77777777">
        <w:tc>
          <w:tcPr>
            <w:tcW w:w="2880" w:type="dxa"/>
          </w:tcPr>
          <w:p w14:paraId="48816433" w14:textId="77777777" w:rsidR="00160F8F" w:rsidRDefault="00000000">
            <w:r>
              <w:t>Model Drift</w:t>
            </w:r>
          </w:p>
        </w:tc>
        <w:tc>
          <w:tcPr>
            <w:tcW w:w="2880" w:type="dxa"/>
          </w:tcPr>
          <w:p w14:paraId="26EDC721" w14:textId="77777777" w:rsidR="00160F8F" w:rsidRDefault="00000000">
            <w:r>
              <w:t>Patterns change over time.</w:t>
            </w:r>
          </w:p>
        </w:tc>
        <w:tc>
          <w:tcPr>
            <w:tcW w:w="2880" w:type="dxa"/>
          </w:tcPr>
          <w:p w14:paraId="0AFD0539" w14:textId="77777777" w:rsidR="00160F8F" w:rsidRDefault="00000000">
            <w:r>
              <w:t>Schedule regular model re-training on recent data.</w:t>
            </w:r>
          </w:p>
        </w:tc>
      </w:tr>
      <w:tr w:rsidR="00160F8F" w14:paraId="48A65C42" w14:textId="77777777">
        <w:tc>
          <w:tcPr>
            <w:tcW w:w="2880" w:type="dxa"/>
          </w:tcPr>
          <w:p w14:paraId="41EEC905" w14:textId="77777777" w:rsidR="00160F8F" w:rsidRDefault="00000000">
            <w:r>
              <w:t>Integration Issues</w:t>
            </w:r>
          </w:p>
        </w:tc>
        <w:tc>
          <w:tcPr>
            <w:tcW w:w="2880" w:type="dxa"/>
          </w:tcPr>
          <w:p w14:paraId="00A2AE18" w14:textId="77777777" w:rsidR="00160F8F" w:rsidRDefault="00000000">
            <w:r>
              <w:t>Hard to embed in legacy systems.</w:t>
            </w:r>
          </w:p>
        </w:tc>
        <w:tc>
          <w:tcPr>
            <w:tcW w:w="2880" w:type="dxa"/>
          </w:tcPr>
          <w:p w14:paraId="7BFD8A0F" w14:textId="77777777" w:rsidR="00160F8F" w:rsidRDefault="00000000">
            <w:r>
              <w:t>Use API gateway to decouple model from core infra.</w:t>
            </w:r>
          </w:p>
        </w:tc>
      </w:tr>
    </w:tbl>
    <w:p w14:paraId="312E2A44"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3C3C958B" w14:textId="77777777">
        <w:tc>
          <w:tcPr>
            <w:tcW w:w="2880" w:type="dxa"/>
          </w:tcPr>
          <w:p w14:paraId="531847D2" w14:textId="77777777" w:rsidR="00160F8F" w:rsidRDefault="00000000">
            <w:r>
              <w:t>Criteria</w:t>
            </w:r>
          </w:p>
        </w:tc>
        <w:tc>
          <w:tcPr>
            <w:tcW w:w="2880" w:type="dxa"/>
          </w:tcPr>
          <w:p w14:paraId="65882A50" w14:textId="77777777" w:rsidR="00160F8F" w:rsidRDefault="00000000">
            <w:r>
              <w:t>Description</w:t>
            </w:r>
          </w:p>
        </w:tc>
        <w:tc>
          <w:tcPr>
            <w:tcW w:w="2880" w:type="dxa"/>
          </w:tcPr>
          <w:p w14:paraId="33CC35E6" w14:textId="77777777" w:rsidR="00160F8F" w:rsidRDefault="00000000">
            <w:r>
              <w:t>Points</w:t>
            </w:r>
          </w:p>
        </w:tc>
      </w:tr>
      <w:tr w:rsidR="00160F8F" w14:paraId="3A34AB86" w14:textId="77777777">
        <w:tc>
          <w:tcPr>
            <w:tcW w:w="2880" w:type="dxa"/>
          </w:tcPr>
          <w:p w14:paraId="7B41B8EE" w14:textId="77777777" w:rsidR="00160F8F" w:rsidRDefault="00000000">
            <w:r>
              <w:t>Accuracy of Detection</w:t>
            </w:r>
          </w:p>
        </w:tc>
        <w:tc>
          <w:tcPr>
            <w:tcW w:w="2880" w:type="dxa"/>
          </w:tcPr>
          <w:p w14:paraId="23606E96" w14:textId="77777777" w:rsidR="00160F8F" w:rsidRDefault="00000000">
            <w:r>
              <w:t>Effectiveness of identifying fraud cases.</w:t>
            </w:r>
          </w:p>
        </w:tc>
        <w:tc>
          <w:tcPr>
            <w:tcW w:w="2880" w:type="dxa"/>
          </w:tcPr>
          <w:p w14:paraId="457F282A" w14:textId="77777777" w:rsidR="00160F8F" w:rsidRDefault="00000000">
            <w:r>
              <w:t>25</w:t>
            </w:r>
          </w:p>
        </w:tc>
      </w:tr>
      <w:tr w:rsidR="00160F8F" w14:paraId="5369045C" w14:textId="77777777">
        <w:tc>
          <w:tcPr>
            <w:tcW w:w="2880" w:type="dxa"/>
          </w:tcPr>
          <w:p w14:paraId="11A50C79" w14:textId="77777777" w:rsidR="00160F8F" w:rsidRDefault="00000000">
            <w:r>
              <w:t>Latency</w:t>
            </w:r>
          </w:p>
        </w:tc>
        <w:tc>
          <w:tcPr>
            <w:tcW w:w="2880" w:type="dxa"/>
          </w:tcPr>
          <w:p w14:paraId="03DC3ACE" w14:textId="77777777" w:rsidR="00160F8F" w:rsidRDefault="00000000">
            <w:r>
              <w:t>Speed of real-time decision making.</w:t>
            </w:r>
          </w:p>
        </w:tc>
        <w:tc>
          <w:tcPr>
            <w:tcW w:w="2880" w:type="dxa"/>
          </w:tcPr>
          <w:p w14:paraId="32C890D5" w14:textId="77777777" w:rsidR="00160F8F" w:rsidRDefault="00000000">
            <w:r>
              <w:t>20</w:t>
            </w:r>
          </w:p>
        </w:tc>
      </w:tr>
      <w:tr w:rsidR="00160F8F" w14:paraId="304ADF65" w14:textId="77777777">
        <w:tc>
          <w:tcPr>
            <w:tcW w:w="2880" w:type="dxa"/>
          </w:tcPr>
          <w:p w14:paraId="7ED9141C" w14:textId="77777777" w:rsidR="00160F8F" w:rsidRDefault="00000000">
            <w:r>
              <w:t>Scalability</w:t>
            </w:r>
          </w:p>
        </w:tc>
        <w:tc>
          <w:tcPr>
            <w:tcW w:w="2880" w:type="dxa"/>
          </w:tcPr>
          <w:p w14:paraId="68E57C71" w14:textId="77777777" w:rsidR="00160F8F" w:rsidRDefault="00000000">
            <w:r>
              <w:t>Handles growing number of users/transactions.</w:t>
            </w:r>
          </w:p>
        </w:tc>
        <w:tc>
          <w:tcPr>
            <w:tcW w:w="2880" w:type="dxa"/>
          </w:tcPr>
          <w:p w14:paraId="46E3E812" w14:textId="77777777" w:rsidR="00160F8F" w:rsidRDefault="00000000">
            <w:r>
              <w:t>20</w:t>
            </w:r>
          </w:p>
        </w:tc>
      </w:tr>
      <w:tr w:rsidR="00160F8F" w14:paraId="4BDA6422" w14:textId="77777777">
        <w:tc>
          <w:tcPr>
            <w:tcW w:w="2880" w:type="dxa"/>
          </w:tcPr>
          <w:p w14:paraId="4368EBE6" w14:textId="77777777" w:rsidR="00160F8F" w:rsidRDefault="00000000">
            <w:r>
              <w:t>Integration Feasibility</w:t>
            </w:r>
          </w:p>
        </w:tc>
        <w:tc>
          <w:tcPr>
            <w:tcW w:w="2880" w:type="dxa"/>
          </w:tcPr>
          <w:p w14:paraId="2B2EB7F7" w14:textId="77777777" w:rsidR="00160F8F" w:rsidRDefault="00000000">
            <w:r>
              <w:t>Can be integrated into banking systems.</w:t>
            </w:r>
          </w:p>
        </w:tc>
        <w:tc>
          <w:tcPr>
            <w:tcW w:w="2880" w:type="dxa"/>
          </w:tcPr>
          <w:p w14:paraId="3A54374D" w14:textId="77777777" w:rsidR="00160F8F" w:rsidRDefault="00000000">
            <w:r>
              <w:t>15</w:t>
            </w:r>
          </w:p>
        </w:tc>
      </w:tr>
      <w:tr w:rsidR="00160F8F" w14:paraId="025D21CA" w14:textId="77777777">
        <w:tc>
          <w:tcPr>
            <w:tcW w:w="2880" w:type="dxa"/>
          </w:tcPr>
          <w:p w14:paraId="14403A0E" w14:textId="77777777" w:rsidR="00160F8F" w:rsidRDefault="00000000">
            <w:r>
              <w:t>UI &amp; Reporting</w:t>
            </w:r>
          </w:p>
        </w:tc>
        <w:tc>
          <w:tcPr>
            <w:tcW w:w="2880" w:type="dxa"/>
          </w:tcPr>
          <w:p w14:paraId="7EFFEC6B" w14:textId="77777777" w:rsidR="00160F8F" w:rsidRDefault="00000000">
            <w:r>
              <w:t>Dashboard to explain alerts and outcomes.</w:t>
            </w:r>
          </w:p>
        </w:tc>
        <w:tc>
          <w:tcPr>
            <w:tcW w:w="2880" w:type="dxa"/>
          </w:tcPr>
          <w:p w14:paraId="3B1DD40F" w14:textId="77777777" w:rsidR="00160F8F" w:rsidRDefault="00000000">
            <w:r>
              <w:t>20</w:t>
            </w:r>
          </w:p>
        </w:tc>
      </w:tr>
    </w:tbl>
    <w:p w14:paraId="49E5E9CB" w14:textId="77777777" w:rsidR="00160F8F" w:rsidRDefault="00000000">
      <w:pPr>
        <w:pStyle w:val="Heading3"/>
      </w:pPr>
      <w:r>
        <w:t>5. 🛠 Tools and Technologies</w:t>
      </w:r>
    </w:p>
    <w:p w14:paraId="1446FF6C" w14:textId="77777777" w:rsidR="00160F8F" w:rsidRDefault="00000000">
      <w:r>
        <w:t>Recommended tools: Python, Scikit-learn, TensorFlow, Kafka, Apache Spark, REST APIs for banking integration, Docker for containerization, and PostgreSQL or NoSQL databases for transaction history storage. Deployment on AWS/GCP preferred.</w:t>
      </w:r>
    </w:p>
    <w:p w14:paraId="5C055C48" w14:textId="77777777" w:rsidR="00021D3A" w:rsidRDefault="00021D3A">
      <w:pPr>
        <w:rPr>
          <w:rFonts w:asciiTheme="majorHAnsi" w:eastAsiaTheme="majorEastAsia" w:hAnsiTheme="majorHAnsi" w:cstheme="majorBidi"/>
          <w:b/>
          <w:bCs/>
          <w:color w:val="4F81BD" w:themeColor="accent1"/>
          <w:sz w:val="26"/>
          <w:szCs w:val="26"/>
        </w:rPr>
      </w:pPr>
      <w:r>
        <w:br w:type="page"/>
      </w:r>
    </w:p>
    <w:p w14:paraId="57C71555" w14:textId="02A3ABE0" w:rsidR="00160F8F" w:rsidRDefault="00000000">
      <w:pPr>
        <w:pStyle w:val="Heading2"/>
      </w:pPr>
      <w:r>
        <w:lastRenderedPageBreak/>
        <w:t>Problem Title: Implement a Trie-based autocomplete system</w:t>
      </w:r>
    </w:p>
    <w:p w14:paraId="0B8A52FF" w14:textId="77777777" w:rsidR="00160F8F" w:rsidRDefault="00000000">
      <w:pPr>
        <w:pStyle w:val="Heading3"/>
      </w:pPr>
      <w:r>
        <w:t>1. 🧠 Problem Description</w:t>
      </w:r>
    </w:p>
    <w:p w14:paraId="549EB071"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66E3B48B"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15B3CC4C" w14:textId="77777777">
        <w:tc>
          <w:tcPr>
            <w:tcW w:w="4320" w:type="dxa"/>
          </w:tcPr>
          <w:p w14:paraId="48921C00" w14:textId="77777777" w:rsidR="00160F8F" w:rsidRDefault="00000000">
            <w:r>
              <w:t>Use Case</w:t>
            </w:r>
          </w:p>
        </w:tc>
        <w:tc>
          <w:tcPr>
            <w:tcW w:w="4320" w:type="dxa"/>
          </w:tcPr>
          <w:p w14:paraId="28490E3C" w14:textId="77777777" w:rsidR="00160F8F" w:rsidRDefault="00000000">
            <w:r>
              <w:t>Description</w:t>
            </w:r>
          </w:p>
        </w:tc>
      </w:tr>
      <w:tr w:rsidR="00160F8F" w14:paraId="1A09CD8E" w14:textId="77777777">
        <w:tc>
          <w:tcPr>
            <w:tcW w:w="4320" w:type="dxa"/>
          </w:tcPr>
          <w:p w14:paraId="2DB13170" w14:textId="77777777" w:rsidR="00160F8F" w:rsidRDefault="00000000">
            <w:r>
              <w:t>Banking Apps</w:t>
            </w:r>
          </w:p>
        </w:tc>
        <w:tc>
          <w:tcPr>
            <w:tcW w:w="4320" w:type="dxa"/>
          </w:tcPr>
          <w:p w14:paraId="01C26783" w14:textId="77777777" w:rsidR="00160F8F" w:rsidRDefault="00000000">
            <w:r>
              <w:t>Detect suspicious login locations or simultaneous logins.</w:t>
            </w:r>
          </w:p>
        </w:tc>
      </w:tr>
      <w:tr w:rsidR="00160F8F" w14:paraId="658920BA" w14:textId="77777777">
        <w:tc>
          <w:tcPr>
            <w:tcW w:w="4320" w:type="dxa"/>
          </w:tcPr>
          <w:p w14:paraId="051F8693" w14:textId="77777777" w:rsidR="00160F8F" w:rsidRDefault="00000000">
            <w:r>
              <w:t>POS Transactions</w:t>
            </w:r>
          </w:p>
        </w:tc>
        <w:tc>
          <w:tcPr>
            <w:tcW w:w="4320" w:type="dxa"/>
          </w:tcPr>
          <w:p w14:paraId="257A728C" w14:textId="77777777" w:rsidR="00160F8F" w:rsidRDefault="00000000">
            <w:r>
              <w:t>Flag high-value purchases at odd hours.</w:t>
            </w:r>
          </w:p>
        </w:tc>
      </w:tr>
      <w:tr w:rsidR="00160F8F" w14:paraId="7522FBFD" w14:textId="77777777">
        <w:tc>
          <w:tcPr>
            <w:tcW w:w="4320" w:type="dxa"/>
          </w:tcPr>
          <w:p w14:paraId="58B95E6E" w14:textId="77777777" w:rsidR="00160F8F" w:rsidRDefault="00000000">
            <w:r>
              <w:t>Credit Card Systems</w:t>
            </w:r>
          </w:p>
        </w:tc>
        <w:tc>
          <w:tcPr>
            <w:tcW w:w="4320" w:type="dxa"/>
          </w:tcPr>
          <w:p w14:paraId="5A687A26" w14:textId="77777777" w:rsidR="00160F8F" w:rsidRDefault="00000000">
            <w:r>
              <w:t>Monitor frequent micro-transactions in short bursts.</w:t>
            </w:r>
          </w:p>
        </w:tc>
      </w:tr>
      <w:tr w:rsidR="00160F8F" w14:paraId="7FC139CF" w14:textId="77777777">
        <w:tc>
          <w:tcPr>
            <w:tcW w:w="4320" w:type="dxa"/>
          </w:tcPr>
          <w:p w14:paraId="5A2A003C" w14:textId="77777777" w:rsidR="00160F8F" w:rsidRDefault="00000000">
            <w:r>
              <w:t>Online Transfers</w:t>
            </w:r>
          </w:p>
        </w:tc>
        <w:tc>
          <w:tcPr>
            <w:tcW w:w="4320" w:type="dxa"/>
          </w:tcPr>
          <w:p w14:paraId="1857EA39" w14:textId="77777777" w:rsidR="00160F8F" w:rsidRDefault="00000000">
            <w:r>
              <w:t>Alert for rapid fund movements between accounts.</w:t>
            </w:r>
          </w:p>
        </w:tc>
      </w:tr>
      <w:tr w:rsidR="00160F8F" w14:paraId="51817327" w14:textId="77777777">
        <w:tc>
          <w:tcPr>
            <w:tcW w:w="4320" w:type="dxa"/>
          </w:tcPr>
          <w:p w14:paraId="32D3C7BD" w14:textId="77777777" w:rsidR="00160F8F" w:rsidRDefault="00000000">
            <w:r>
              <w:t>E-commerce Payments</w:t>
            </w:r>
          </w:p>
        </w:tc>
        <w:tc>
          <w:tcPr>
            <w:tcW w:w="4320" w:type="dxa"/>
          </w:tcPr>
          <w:p w14:paraId="01A27C26" w14:textId="77777777" w:rsidR="00160F8F" w:rsidRDefault="00000000">
            <w:r>
              <w:t>Block high-risk purchases from blacklisted IPs or locations.</w:t>
            </w:r>
          </w:p>
        </w:tc>
      </w:tr>
    </w:tbl>
    <w:p w14:paraId="6E2B8598"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2131963D" w14:textId="77777777">
        <w:tc>
          <w:tcPr>
            <w:tcW w:w="2880" w:type="dxa"/>
          </w:tcPr>
          <w:p w14:paraId="16B10923" w14:textId="77777777" w:rsidR="00160F8F" w:rsidRDefault="00000000">
            <w:r>
              <w:t>Challenge</w:t>
            </w:r>
          </w:p>
        </w:tc>
        <w:tc>
          <w:tcPr>
            <w:tcW w:w="2880" w:type="dxa"/>
          </w:tcPr>
          <w:p w14:paraId="20B8535E" w14:textId="77777777" w:rsidR="00160F8F" w:rsidRDefault="00000000">
            <w:r>
              <w:t>Description</w:t>
            </w:r>
          </w:p>
        </w:tc>
        <w:tc>
          <w:tcPr>
            <w:tcW w:w="2880" w:type="dxa"/>
          </w:tcPr>
          <w:p w14:paraId="5A62F3D8" w14:textId="77777777" w:rsidR="00160F8F" w:rsidRDefault="00000000">
            <w:r>
              <w:t>Suggested Solution</w:t>
            </w:r>
          </w:p>
        </w:tc>
      </w:tr>
      <w:tr w:rsidR="00160F8F" w14:paraId="0997761C" w14:textId="77777777">
        <w:tc>
          <w:tcPr>
            <w:tcW w:w="2880" w:type="dxa"/>
          </w:tcPr>
          <w:p w14:paraId="065D63CD" w14:textId="77777777" w:rsidR="00160F8F" w:rsidRDefault="00000000">
            <w:r>
              <w:t>False Positives</w:t>
            </w:r>
          </w:p>
        </w:tc>
        <w:tc>
          <w:tcPr>
            <w:tcW w:w="2880" w:type="dxa"/>
          </w:tcPr>
          <w:p w14:paraId="47CA6772" w14:textId="77777777" w:rsidR="00160F8F" w:rsidRDefault="00000000">
            <w:r>
              <w:t>Legitimate users may get flagged.</w:t>
            </w:r>
          </w:p>
        </w:tc>
        <w:tc>
          <w:tcPr>
            <w:tcW w:w="2880" w:type="dxa"/>
          </w:tcPr>
          <w:p w14:paraId="3AEF4E31" w14:textId="77777777" w:rsidR="00160F8F" w:rsidRDefault="00000000">
            <w:r>
              <w:t>Use adaptive ML models with feedback loops.</w:t>
            </w:r>
          </w:p>
        </w:tc>
      </w:tr>
      <w:tr w:rsidR="00160F8F" w14:paraId="04182B3F" w14:textId="77777777">
        <w:tc>
          <w:tcPr>
            <w:tcW w:w="2880" w:type="dxa"/>
          </w:tcPr>
          <w:p w14:paraId="129ACE84" w14:textId="77777777" w:rsidR="00160F8F" w:rsidRDefault="00000000">
            <w:r>
              <w:t>Latency</w:t>
            </w:r>
          </w:p>
        </w:tc>
        <w:tc>
          <w:tcPr>
            <w:tcW w:w="2880" w:type="dxa"/>
          </w:tcPr>
          <w:p w14:paraId="57F15639" w14:textId="77777777" w:rsidR="00160F8F" w:rsidRDefault="00000000">
            <w:r>
              <w:t>Real-time analysis causes delay.</w:t>
            </w:r>
          </w:p>
        </w:tc>
        <w:tc>
          <w:tcPr>
            <w:tcW w:w="2880" w:type="dxa"/>
          </w:tcPr>
          <w:p w14:paraId="6085B25B" w14:textId="77777777" w:rsidR="00160F8F" w:rsidRDefault="00000000">
            <w:r>
              <w:t>Use stream-processing tools like Kafka + Spark.</w:t>
            </w:r>
          </w:p>
        </w:tc>
      </w:tr>
      <w:tr w:rsidR="00160F8F" w14:paraId="0FE365E0" w14:textId="77777777">
        <w:tc>
          <w:tcPr>
            <w:tcW w:w="2880" w:type="dxa"/>
          </w:tcPr>
          <w:p w14:paraId="2E3FCFBA" w14:textId="77777777" w:rsidR="00160F8F" w:rsidRDefault="00000000">
            <w:r>
              <w:t>Lack of Labeled Data</w:t>
            </w:r>
          </w:p>
        </w:tc>
        <w:tc>
          <w:tcPr>
            <w:tcW w:w="2880" w:type="dxa"/>
          </w:tcPr>
          <w:p w14:paraId="6110E31E" w14:textId="77777777" w:rsidR="00160F8F" w:rsidRDefault="00000000">
            <w:r>
              <w:t>Fraud patterns are hard to train on.</w:t>
            </w:r>
          </w:p>
        </w:tc>
        <w:tc>
          <w:tcPr>
            <w:tcW w:w="2880" w:type="dxa"/>
          </w:tcPr>
          <w:p w14:paraId="5FE5D9DA" w14:textId="77777777" w:rsidR="00160F8F" w:rsidRDefault="00000000">
            <w:r>
              <w:t>Use synthetic fraud data generation and transfer learning.</w:t>
            </w:r>
          </w:p>
        </w:tc>
      </w:tr>
      <w:tr w:rsidR="00160F8F" w14:paraId="470F5B59" w14:textId="77777777">
        <w:tc>
          <w:tcPr>
            <w:tcW w:w="2880" w:type="dxa"/>
          </w:tcPr>
          <w:p w14:paraId="21C80883" w14:textId="77777777" w:rsidR="00160F8F" w:rsidRDefault="00000000">
            <w:r>
              <w:t>Model Drift</w:t>
            </w:r>
          </w:p>
        </w:tc>
        <w:tc>
          <w:tcPr>
            <w:tcW w:w="2880" w:type="dxa"/>
          </w:tcPr>
          <w:p w14:paraId="11FB3DAB" w14:textId="77777777" w:rsidR="00160F8F" w:rsidRDefault="00000000">
            <w:r>
              <w:t>Patterns change over time.</w:t>
            </w:r>
          </w:p>
        </w:tc>
        <w:tc>
          <w:tcPr>
            <w:tcW w:w="2880" w:type="dxa"/>
          </w:tcPr>
          <w:p w14:paraId="6E7985CF" w14:textId="77777777" w:rsidR="00160F8F" w:rsidRDefault="00000000">
            <w:r>
              <w:t>Schedule regular model re-training on recent data.</w:t>
            </w:r>
          </w:p>
        </w:tc>
      </w:tr>
      <w:tr w:rsidR="00160F8F" w14:paraId="30C12058" w14:textId="77777777">
        <w:tc>
          <w:tcPr>
            <w:tcW w:w="2880" w:type="dxa"/>
          </w:tcPr>
          <w:p w14:paraId="333036A1" w14:textId="77777777" w:rsidR="00160F8F" w:rsidRDefault="00000000">
            <w:r>
              <w:t>Integration Issues</w:t>
            </w:r>
          </w:p>
        </w:tc>
        <w:tc>
          <w:tcPr>
            <w:tcW w:w="2880" w:type="dxa"/>
          </w:tcPr>
          <w:p w14:paraId="5BAC9B66" w14:textId="77777777" w:rsidR="00160F8F" w:rsidRDefault="00000000">
            <w:r>
              <w:t>Hard to embed in legacy systems.</w:t>
            </w:r>
          </w:p>
        </w:tc>
        <w:tc>
          <w:tcPr>
            <w:tcW w:w="2880" w:type="dxa"/>
          </w:tcPr>
          <w:p w14:paraId="07D27AE4" w14:textId="77777777" w:rsidR="00160F8F" w:rsidRDefault="00000000">
            <w:r>
              <w:t>Use API gateway to decouple model from core infra.</w:t>
            </w:r>
          </w:p>
        </w:tc>
      </w:tr>
    </w:tbl>
    <w:p w14:paraId="7C02AD8D"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459D4A4B" w14:textId="77777777">
        <w:tc>
          <w:tcPr>
            <w:tcW w:w="2880" w:type="dxa"/>
          </w:tcPr>
          <w:p w14:paraId="0DC8F568" w14:textId="77777777" w:rsidR="00160F8F" w:rsidRDefault="00000000">
            <w:r>
              <w:t>Criteria</w:t>
            </w:r>
          </w:p>
        </w:tc>
        <w:tc>
          <w:tcPr>
            <w:tcW w:w="2880" w:type="dxa"/>
          </w:tcPr>
          <w:p w14:paraId="717B61EE" w14:textId="77777777" w:rsidR="00160F8F" w:rsidRDefault="00000000">
            <w:r>
              <w:t>Description</w:t>
            </w:r>
          </w:p>
        </w:tc>
        <w:tc>
          <w:tcPr>
            <w:tcW w:w="2880" w:type="dxa"/>
          </w:tcPr>
          <w:p w14:paraId="2568EEC9" w14:textId="77777777" w:rsidR="00160F8F" w:rsidRDefault="00000000">
            <w:r>
              <w:t>Points</w:t>
            </w:r>
          </w:p>
        </w:tc>
      </w:tr>
      <w:tr w:rsidR="00160F8F" w14:paraId="145BC83E" w14:textId="77777777">
        <w:tc>
          <w:tcPr>
            <w:tcW w:w="2880" w:type="dxa"/>
          </w:tcPr>
          <w:p w14:paraId="3E37FEB5" w14:textId="77777777" w:rsidR="00160F8F" w:rsidRDefault="00000000">
            <w:r>
              <w:t>Accuracy of Detection</w:t>
            </w:r>
          </w:p>
        </w:tc>
        <w:tc>
          <w:tcPr>
            <w:tcW w:w="2880" w:type="dxa"/>
          </w:tcPr>
          <w:p w14:paraId="053328F8" w14:textId="77777777" w:rsidR="00160F8F" w:rsidRDefault="00000000">
            <w:r>
              <w:t>Effectiveness of identifying fraud cases.</w:t>
            </w:r>
          </w:p>
        </w:tc>
        <w:tc>
          <w:tcPr>
            <w:tcW w:w="2880" w:type="dxa"/>
          </w:tcPr>
          <w:p w14:paraId="16B762F3" w14:textId="77777777" w:rsidR="00160F8F" w:rsidRDefault="00000000">
            <w:r>
              <w:t>25</w:t>
            </w:r>
          </w:p>
        </w:tc>
      </w:tr>
      <w:tr w:rsidR="00160F8F" w14:paraId="48FD0F71" w14:textId="77777777">
        <w:tc>
          <w:tcPr>
            <w:tcW w:w="2880" w:type="dxa"/>
          </w:tcPr>
          <w:p w14:paraId="201D9C56" w14:textId="77777777" w:rsidR="00160F8F" w:rsidRDefault="00000000">
            <w:r>
              <w:t>Latency</w:t>
            </w:r>
          </w:p>
        </w:tc>
        <w:tc>
          <w:tcPr>
            <w:tcW w:w="2880" w:type="dxa"/>
          </w:tcPr>
          <w:p w14:paraId="2B03505B" w14:textId="77777777" w:rsidR="00160F8F" w:rsidRDefault="00000000">
            <w:r>
              <w:t>Speed of real-time decision making.</w:t>
            </w:r>
          </w:p>
        </w:tc>
        <w:tc>
          <w:tcPr>
            <w:tcW w:w="2880" w:type="dxa"/>
          </w:tcPr>
          <w:p w14:paraId="392E86FB" w14:textId="77777777" w:rsidR="00160F8F" w:rsidRDefault="00000000">
            <w:r>
              <w:t>20</w:t>
            </w:r>
          </w:p>
        </w:tc>
      </w:tr>
      <w:tr w:rsidR="00160F8F" w14:paraId="4FB2A853" w14:textId="77777777">
        <w:tc>
          <w:tcPr>
            <w:tcW w:w="2880" w:type="dxa"/>
          </w:tcPr>
          <w:p w14:paraId="2F464E19" w14:textId="77777777" w:rsidR="00160F8F" w:rsidRDefault="00000000">
            <w:r>
              <w:t>Scalability</w:t>
            </w:r>
          </w:p>
        </w:tc>
        <w:tc>
          <w:tcPr>
            <w:tcW w:w="2880" w:type="dxa"/>
          </w:tcPr>
          <w:p w14:paraId="372EEC13" w14:textId="77777777" w:rsidR="00160F8F" w:rsidRDefault="00000000">
            <w:r>
              <w:t>Handles growing number of users/transactions.</w:t>
            </w:r>
          </w:p>
        </w:tc>
        <w:tc>
          <w:tcPr>
            <w:tcW w:w="2880" w:type="dxa"/>
          </w:tcPr>
          <w:p w14:paraId="1E236A53" w14:textId="77777777" w:rsidR="00160F8F" w:rsidRDefault="00000000">
            <w:r>
              <w:t>20</w:t>
            </w:r>
          </w:p>
        </w:tc>
      </w:tr>
      <w:tr w:rsidR="00160F8F" w14:paraId="1D0F976D" w14:textId="77777777">
        <w:tc>
          <w:tcPr>
            <w:tcW w:w="2880" w:type="dxa"/>
          </w:tcPr>
          <w:p w14:paraId="13F05E82" w14:textId="77777777" w:rsidR="00160F8F" w:rsidRDefault="00000000">
            <w:r>
              <w:t>Integration Feasibility</w:t>
            </w:r>
          </w:p>
        </w:tc>
        <w:tc>
          <w:tcPr>
            <w:tcW w:w="2880" w:type="dxa"/>
          </w:tcPr>
          <w:p w14:paraId="0766595A" w14:textId="77777777" w:rsidR="00160F8F" w:rsidRDefault="00000000">
            <w:r>
              <w:t>Can be integrated into banking systems.</w:t>
            </w:r>
          </w:p>
        </w:tc>
        <w:tc>
          <w:tcPr>
            <w:tcW w:w="2880" w:type="dxa"/>
          </w:tcPr>
          <w:p w14:paraId="7C7E870A" w14:textId="77777777" w:rsidR="00160F8F" w:rsidRDefault="00000000">
            <w:r>
              <w:t>15</w:t>
            </w:r>
          </w:p>
        </w:tc>
      </w:tr>
      <w:tr w:rsidR="00160F8F" w14:paraId="4D802758" w14:textId="77777777">
        <w:tc>
          <w:tcPr>
            <w:tcW w:w="2880" w:type="dxa"/>
          </w:tcPr>
          <w:p w14:paraId="7A30EFC2" w14:textId="77777777" w:rsidR="00160F8F" w:rsidRDefault="00000000">
            <w:r>
              <w:t>UI &amp; Reporting</w:t>
            </w:r>
          </w:p>
        </w:tc>
        <w:tc>
          <w:tcPr>
            <w:tcW w:w="2880" w:type="dxa"/>
          </w:tcPr>
          <w:p w14:paraId="426AEA66" w14:textId="77777777" w:rsidR="00160F8F" w:rsidRDefault="00000000">
            <w:r>
              <w:t>Dashboard to explain alerts and outcomes.</w:t>
            </w:r>
          </w:p>
        </w:tc>
        <w:tc>
          <w:tcPr>
            <w:tcW w:w="2880" w:type="dxa"/>
          </w:tcPr>
          <w:p w14:paraId="1AAF2DE3" w14:textId="77777777" w:rsidR="00160F8F" w:rsidRDefault="00000000">
            <w:r>
              <w:t>20</w:t>
            </w:r>
          </w:p>
        </w:tc>
      </w:tr>
    </w:tbl>
    <w:p w14:paraId="4872388E" w14:textId="77777777" w:rsidR="00160F8F" w:rsidRDefault="00000000">
      <w:pPr>
        <w:pStyle w:val="Heading3"/>
      </w:pPr>
      <w:r>
        <w:t>5. 🛠 Tools and Technologies</w:t>
      </w:r>
    </w:p>
    <w:p w14:paraId="60F07467" w14:textId="77777777" w:rsidR="00160F8F" w:rsidRDefault="00000000">
      <w:r>
        <w:t>Recommended tools: Python, Scikit-learn, TensorFlow, Kafka, Apache Spark, REST APIs for banking integration, Docker for containerization, and PostgreSQL or NoSQL databases for transaction history storage. Deployment on AWS/GCP preferred.</w:t>
      </w:r>
    </w:p>
    <w:p w14:paraId="03AE84F0" w14:textId="04AE7102" w:rsidR="00160F8F" w:rsidRDefault="00160F8F">
      <w:pPr>
        <w:pStyle w:val="Heading1"/>
      </w:pPr>
    </w:p>
    <w:p w14:paraId="592EA5C8" w14:textId="38F02750" w:rsidR="00160F8F" w:rsidRDefault="00160F8F">
      <w:pPr>
        <w:pStyle w:val="Heading2"/>
      </w:pPr>
    </w:p>
    <w:p w14:paraId="50A63515" w14:textId="77777777" w:rsidR="00021D3A" w:rsidRDefault="00021D3A">
      <w:pPr>
        <w:rPr>
          <w:rFonts w:asciiTheme="majorHAnsi" w:eastAsiaTheme="majorEastAsia" w:hAnsiTheme="majorHAnsi" w:cstheme="majorBidi"/>
          <w:b/>
          <w:bCs/>
          <w:color w:val="4F81BD" w:themeColor="accent1"/>
          <w:sz w:val="26"/>
          <w:szCs w:val="26"/>
        </w:rPr>
      </w:pPr>
      <w:r>
        <w:br w:type="page"/>
      </w:r>
    </w:p>
    <w:p w14:paraId="6D9AC524" w14:textId="54B220EE" w:rsidR="00160F8F" w:rsidRDefault="00000000">
      <w:pPr>
        <w:pStyle w:val="Heading2"/>
      </w:pPr>
      <w:r>
        <w:lastRenderedPageBreak/>
        <w:t>Problem Title: Implement flood fill algorithm for image color replacement</w:t>
      </w:r>
    </w:p>
    <w:p w14:paraId="6589EDF6" w14:textId="77777777" w:rsidR="00160F8F" w:rsidRDefault="00000000">
      <w:pPr>
        <w:pStyle w:val="Heading3"/>
      </w:pPr>
      <w:r>
        <w:t>1. 🧠 Problem Description</w:t>
      </w:r>
    </w:p>
    <w:p w14:paraId="777AE82E"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412A298B"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5417A6D4" w14:textId="77777777">
        <w:tc>
          <w:tcPr>
            <w:tcW w:w="4320" w:type="dxa"/>
          </w:tcPr>
          <w:p w14:paraId="098884A7" w14:textId="77777777" w:rsidR="00160F8F" w:rsidRDefault="00000000">
            <w:r>
              <w:t>Use Case</w:t>
            </w:r>
          </w:p>
        </w:tc>
        <w:tc>
          <w:tcPr>
            <w:tcW w:w="4320" w:type="dxa"/>
          </w:tcPr>
          <w:p w14:paraId="5555B543" w14:textId="77777777" w:rsidR="00160F8F" w:rsidRDefault="00000000">
            <w:r>
              <w:t>Description</w:t>
            </w:r>
          </w:p>
        </w:tc>
      </w:tr>
      <w:tr w:rsidR="00160F8F" w14:paraId="092849F7" w14:textId="77777777">
        <w:tc>
          <w:tcPr>
            <w:tcW w:w="4320" w:type="dxa"/>
          </w:tcPr>
          <w:p w14:paraId="2A67E48A" w14:textId="77777777" w:rsidR="00160F8F" w:rsidRDefault="00000000">
            <w:r>
              <w:t>Banking Apps</w:t>
            </w:r>
          </w:p>
        </w:tc>
        <w:tc>
          <w:tcPr>
            <w:tcW w:w="4320" w:type="dxa"/>
          </w:tcPr>
          <w:p w14:paraId="6EB74D95" w14:textId="77777777" w:rsidR="00160F8F" w:rsidRDefault="00000000">
            <w:r>
              <w:t>Detect suspicious login locations or simultaneous logins.</w:t>
            </w:r>
          </w:p>
        </w:tc>
      </w:tr>
      <w:tr w:rsidR="00160F8F" w14:paraId="0192E0EC" w14:textId="77777777">
        <w:tc>
          <w:tcPr>
            <w:tcW w:w="4320" w:type="dxa"/>
          </w:tcPr>
          <w:p w14:paraId="69AA2D85" w14:textId="77777777" w:rsidR="00160F8F" w:rsidRDefault="00000000">
            <w:r>
              <w:t>POS Transactions</w:t>
            </w:r>
          </w:p>
        </w:tc>
        <w:tc>
          <w:tcPr>
            <w:tcW w:w="4320" w:type="dxa"/>
          </w:tcPr>
          <w:p w14:paraId="40A12846" w14:textId="77777777" w:rsidR="00160F8F" w:rsidRDefault="00000000">
            <w:r>
              <w:t>Flag high-value purchases at odd hours.</w:t>
            </w:r>
          </w:p>
        </w:tc>
      </w:tr>
      <w:tr w:rsidR="00160F8F" w14:paraId="26E77006" w14:textId="77777777">
        <w:tc>
          <w:tcPr>
            <w:tcW w:w="4320" w:type="dxa"/>
          </w:tcPr>
          <w:p w14:paraId="7ACB68E4" w14:textId="77777777" w:rsidR="00160F8F" w:rsidRDefault="00000000">
            <w:r>
              <w:t>Credit Card Systems</w:t>
            </w:r>
          </w:p>
        </w:tc>
        <w:tc>
          <w:tcPr>
            <w:tcW w:w="4320" w:type="dxa"/>
          </w:tcPr>
          <w:p w14:paraId="6883E4A5" w14:textId="77777777" w:rsidR="00160F8F" w:rsidRDefault="00000000">
            <w:r>
              <w:t>Monitor frequent micro-transactions in short bursts.</w:t>
            </w:r>
          </w:p>
        </w:tc>
      </w:tr>
      <w:tr w:rsidR="00160F8F" w14:paraId="3668F8D0" w14:textId="77777777">
        <w:tc>
          <w:tcPr>
            <w:tcW w:w="4320" w:type="dxa"/>
          </w:tcPr>
          <w:p w14:paraId="17C1671B" w14:textId="77777777" w:rsidR="00160F8F" w:rsidRDefault="00000000">
            <w:r>
              <w:t>Online Transfers</w:t>
            </w:r>
          </w:p>
        </w:tc>
        <w:tc>
          <w:tcPr>
            <w:tcW w:w="4320" w:type="dxa"/>
          </w:tcPr>
          <w:p w14:paraId="719D30E0" w14:textId="77777777" w:rsidR="00160F8F" w:rsidRDefault="00000000">
            <w:r>
              <w:t>Alert for rapid fund movements between accounts.</w:t>
            </w:r>
          </w:p>
        </w:tc>
      </w:tr>
      <w:tr w:rsidR="00160F8F" w14:paraId="071E0FB4" w14:textId="77777777">
        <w:tc>
          <w:tcPr>
            <w:tcW w:w="4320" w:type="dxa"/>
          </w:tcPr>
          <w:p w14:paraId="741E0BB7" w14:textId="77777777" w:rsidR="00160F8F" w:rsidRDefault="00000000">
            <w:r>
              <w:t>E-commerce Payments</w:t>
            </w:r>
          </w:p>
        </w:tc>
        <w:tc>
          <w:tcPr>
            <w:tcW w:w="4320" w:type="dxa"/>
          </w:tcPr>
          <w:p w14:paraId="3FB4689C" w14:textId="77777777" w:rsidR="00160F8F" w:rsidRDefault="00000000">
            <w:r>
              <w:t>Block high-risk purchases from blacklisted IPs or locations.</w:t>
            </w:r>
          </w:p>
        </w:tc>
      </w:tr>
    </w:tbl>
    <w:p w14:paraId="274D1681"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3C547BD1" w14:textId="77777777">
        <w:tc>
          <w:tcPr>
            <w:tcW w:w="2880" w:type="dxa"/>
          </w:tcPr>
          <w:p w14:paraId="5365097C" w14:textId="77777777" w:rsidR="00160F8F" w:rsidRDefault="00000000">
            <w:r>
              <w:t>Challenge</w:t>
            </w:r>
          </w:p>
        </w:tc>
        <w:tc>
          <w:tcPr>
            <w:tcW w:w="2880" w:type="dxa"/>
          </w:tcPr>
          <w:p w14:paraId="6629C3D8" w14:textId="77777777" w:rsidR="00160F8F" w:rsidRDefault="00000000">
            <w:r>
              <w:t>Description</w:t>
            </w:r>
          </w:p>
        </w:tc>
        <w:tc>
          <w:tcPr>
            <w:tcW w:w="2880" w:type="dxa"/>
          </w:tcPr>
          <w:p w14:paraId="6B4B2197" w14:textId="77777777" w:rsidR="00160F8F" w:rsidRDefault="00000000">
            <w:r>
              <w:t>Suggested Solution</w:t>
            </w:r>
          </w:p>
        </w:tc>
      </w:tr>
      <w:tr w:rsidR="00160F8F" w14:paraId="4FD98AB8" w14:textId="77777777">
        <w:tc>
          <w:tcPr>
            <w:tcW w:w="2880" w:type="dxa"/>
          </w:tcPr>
          <w:p w14:paraId="101ED260" w14:textId="77777777" w:rsidR="00160F8F" w:rsidRDefault="00000000">
            <w:r>
              <w:t>False Positives</w:t>
            </w:r>
          </w:p>
        </w:tc>
        <w:tc>
          <w:tcPr>
            <w:tcW w:w="2880" w:type="dxa"/>
          </w:tcPr>
          <w:p w14:paraId="0979715D" w14:textId="77777777" w:rsidR="00160F8F" w:rsidRDefault="00000000">
            <w:r>
              <w:t>Legitimate users may get flagged.</w:t>
            </w:r>
          </w:p>
        </w:tc>
        <w:tc>
          <w:tcPr>
            <w:tcW w:w="2880" w:type="dxa"/>
          </w:tcPr>
          <w:p w14:paraId="12FEB103" w14:textId="77777777" w:rsidR="00160F8F" w:rsidRDefault="00000000">
            <w:r>
              <w:t>Use adaptive ML models with feedback loops.</w:t>
            </w:r>
          </w:p>
        </w:tc>
      </w:tr>
      <w:tr w:rsidR="00160F8F" w14:paraId="211EF419" w14:textId="77777777">
        <w:tc>
          <w:tcPr>
            <w:tcW w:w="2880" w:type="dxa"/>
          </w:tcPr>
          <w:p w14:paraId="67AB8B62" w14:textId="77777777" w:rsidR="00160F8F" w:rsidRDefault="00000000">
            <w:r>
              <w:t>Latency</w:t>
            </w:r>
          </w:p>
        </w:tc>
        <w:tc>
          <w:tcPr>
            <w:tcW w:w="2880" w:type="dxa"/>
          </w:tcPr>
          <w:p w14:paraId="3B0F26F0" w14:textId="77777777" w:rsidR="00160F8F" w:rsidRDefault="00000000">
            <w:r>
              <w:t>Real-time analysis causes delay.</w:t>
            </w:r>
          </w:p>
        </w:tc>
        <w:tc>
          <w:tcPr>
            <w:tcW w:w="2880" w:type="dxa"/>
          </w:tcPr>
          <w:p w14:paraId="4F559416" w14:textId="77777777" w:rsidR="00160F8F" w:rsidRDefault="00000000">
            <w:r>
              <w:t>Use stream-processing tools like Kafka + Spark.</w:t>
            </w:r>
          </w:p>
        </w:tc>
      </w:tr>
      <w:tr w:rsidR="00160F8F" w14:paraId="43D92A25" w14:textId="77777777">
        <w:tc>
          <w:tcPr>
            <w:tcW w:w="2880" w:type="dxa"/>
          </w:tcPr>
          <w:p w14:paraId="3B873055" w14:textId="77777777" w:rsidR="00160F8F" w:rsidRDefault="00000000">
            <w:r>
              <w:t>Lack of Labeled Data</w:t>
            </w:r>
          </w:p>
        </w:tc>
        <w:tc>
          <w:tcPr>
            <w:tcW w:w="2880" w:type="dxa"/>
          </w:tcPr>
          <w:p w14:paraId="4C561122" w14:textId="77777777" w:rsidR="00160F8F" w:rsidRDefault="00000000">
            <w:r>
              <w:t>Fraud patterns are hard to train on.</w:t>
            </w:r>
          </w:p>
        </w:tc>
        <w:tc>
          <w:tcPr>
            <w:tcW w:w="2880" w:type="dxa"/>
          </w:tcPr>
          <w:p w14:paraId="1CDC208B" w14:textId="77777777" w:rsidR="00160F8F" w:rsidRDefault="00000000">
            <w:r>
              <w:t>Use synthetic fraud data generation and transfer learning.</w:t>
            </w:r>
          </w:p>
        </w:tc>
      </w:tr>
      <w:tr w:rsidR="00160F8F" w14:paraId="7791456C" w14:textId="77777777">
        <w:tc>
          <w:tcPr>
            <w:tcW w:w="2880" w:type="dxa"/>
          </w:tcPr>
          <w:p w14:paraId="7D32A960" w14:textId="77777777" w:rsidR="00160F8F" w:rsidRDefault="00000000">
            <w:r>
              <w:t>Model Drift</w:t>
            </w:r>
          </w:p>
        </w:tc>
        <w:tc>
          <w:tcPr>
            <w:tcW w:w="2880" w:type="dxa"/>
          </w:tcPr>
          <w:p w14:paraId="1B98C336" w14:textId="77777777" w:rsidR="00160F8F" w:rsidRDefault="00000000">
            <w:r>
              <w:t>Patterns change over time.</w:t>
            </w:r>
          </w:p>
        </w:tc>
        <w:tc>
          <w:tcPr>
            <w:tcW w:w="2880" w:type="dxa"/>
          </w:tcPr>
          <w:p w14:paraId="4E85A17E" w14:textId="77777777" w:rsidR="00160F8F" w:rsidRDefault="00000000">
            <w:r>
              <w:t>Schedule regular model re-training on recent data.</w:t>
            </w:r>
          </w:p>
        </w:tc>
      </w:tr>
      <w:tr w:rsidR="00160F8F" w14:paraId="2180F7DD" w14:textId="77777777">
        <w:tc>
          <w:tcPr>
            <w:tcW w:w="2880" w:type="dxa"/>
          </w:tcPr>
          <w:p w14:paraId="1B213A98" w14:textId="77777777" w:rsidR="00160F8F" w:rsidRDefault="00000000">
            <w:r>
              <w:t>Integration Issues</w:t>
            </w:r>
          </w:p>
        </w:tc>
        <w:tc>
          <w:tcPr>
            <w:tcW w:w="2880" w:type="dxa"/>
          </w:tcPr>
          <w:p w14:paraId="64D1A485" w14:textId="77777777" w:rsidR="00160F8F" w:rsidRDefault="00000000">
            <w:r>
              <w:t>Hard to embed in legacy systems.</w:t>
            </w:r>
          </w:p>
        </w:tc>
        <w:tc>
          <w:tcPr>
            <w:tcW w:w="2880" w:type="dxa"/>
          </w:tcPr>
          <w:p w14:paraId="59A17136" w14:textId="77777777" w:rsidR="00160F8F" w:rsidRDefault="00000000">
            <w:r>
              <w:t>Use API gateway to decouple model from core infra.</w:t>
            </w:r>
          </w:p>
        </w:tc>
      </w:tr>
    </w:tbl>
    <w:p w14:paraId="6BB1AB8E"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504ADD72" w14:textId="77777777">
        <w:tc>
          <w:tcPr>
            <w:tcW w:w="2880" w:type="dxa"/>
          </w:tcPr>
          <w:p w14:paraId="1A0F515D" w14:textId="77777777" w:rsidR="00160F8F" w:rsidRDefault="00000000">
            <w:r>
              <w:t>Criteria</w:t>
            </w:r>
          </w:p>
        </w:tc>
        <w:tc>
          <w:tcPr>
            <w:tcW w:w="2880" w:type="dxa"/>
          </w:tcPr>
          <w:p w14:paraId="58B10A1E" w14:textId="77777777" w:rsidR="00160F8F" w:rsidRDefault="00000000">
            <w:r>
              <w:t>Description</w:t>
            </w:r>
          </w:p>
        </w:tc>
        <w:tc>
          <w:tcPr>
            <w:tcW w:w="2880" w:type="dxa"/>
          </w:tcPr>
          <w:p w14:paraId="1ADDF69E" w14:textId="77777777" w:rsidR="00160F8F" w:rsidRDefault="00000000">
            <w:r>
              <w:t>Points</w:t>
            </w:r>
          </w:p>
        </w:tc>
      </w:tr>
      <w:tr w:rsidR="00160F8F" w14:paraId="1C7D8220" w14:textId="77777777">
        <w:tc>
          <w:tcPr>
            <w:tcW w:w="2880" w:type="dxa"/>
          </w:tcPr>
          <w:p w14:paraId="631E3448" w14:textId="77777777" w:rsidR="00160F8F" w:rsidRDefault="00000000">
            <w:r>
              <w:t>Accuracy of Detection</w:t>
            </w:r>
          </w:p>
        </w:tc>
        <w:tc>
          <w:tcPr>
            <w:tcW w:w="2880" w:type="dxa"/>
          </w:tcPr>
          <w:p w14:paraId="18C88E24" w14:textId="77777777" w:rsidR="00160F8F" w:rsidRDefault="00000000">
            <w:r>
              <w:t>Effectiveness of identifying fraud cases.</w:t>
            </w:r>
          </w:p>
        </w:tc>
        <w:tc>
          <w:tcPr>
            <w:tcW w:w="2880" w:type="dxa"/>
          </w:tcPr>
          <w:p w14:paraId="6101C8B4" w14:textId="77777777" w:rsidR="00160F8F" w:rsidRDefault="00000000">
            <w:r>
              <w:t>25</w:t>
            </w:r>
          </w:p>
        </w:tc>
      </w:tr>
      <w:tr w:rsidR="00160F8F" w14:paraId="4E080CD0" w14:textId="77777777">
        <w:tc>
          <w:tcPr>
            <w:tcW w:w="2880" w:type="dxa"/>
          </w:tcPr>
          <w:p w14:paraId="15F5CC36" w14:textId="77777777" w:rsidR="00160F8F" w:rsidRDefault="00000000">
            <w:r>
              <w:t>Latency</w:t>
            </w:r>
          </w:p>
        </w:tc>
        <w:tc>
          <w:tcPr>
            <w:tcW w:w="2880" w:type="dxa"/>
          </w:tcPr>
          <w:p w14:paraId="11A7EB24" w14:textId="77777777" w:rsidR="00160F8F" w:rsidRDefault="00000000">
            <w:r>
              <w:t>Speed of real-time decision making.</w:t>
            </w:r>
          </w:p>
        </w:tc>
        <w:tc>
          <w:tcPr>
            <w:tcW w:w="2880" w:type="dxa"/>
          </w:tcPr>
          <w:p w14:paraId="71F48E67" w14:textId="77777777" w:rsidR="00160F8F" w:rsidRDefault="00000000">
            <w:r>
              <w:t>20</w:t>
            </w:r>
          </w:p>
        </w:tc>
      </w:tr>
      <w:tr w:rsidR="00160F8F" w14:paraId="7A20F221" w14:textId="77777777">
        <w:tc>
          <w:tcPr>
            <w:tcW w:w="2880" w:type="dxa"/>
          </w:tcPr>
          <w:p w14:paraId="25E06A18" w14:textId="77777777" w:rsidR="00160F8F" w:rsidRDefault="00000000">
            <w:r>
              <w:t>Scalability</w:t>
            </w:r>
          </w:p>
        </w:tc>
        <w:tc>
          <w:tcPr>
            <w:tcW w:w="2880" w:type="dxa"/>
          </w:tcPr>
          <w:p w14:paraId="2D52EF17" w14:textId="77777777" w:rsidR="00160F8F" w:rsidRDefault="00000000">
            <w:r>
              <w:t>Handles growing number of users/transactions.</w:t>
            </w:r>
          </w:p>
        </w:tc>
        <w:tc>
          <w:tcPr>
            <w:tcW w:w="2880" w:type="dxa"/>
          </w:tcPr>
          <w:p w14:paraId="61AB0D0F" w14:textId="77777777" w:rsidR="00160F8F" w:rsidRDefault="00000000">
            <w:r>
              <w:t>20</w:t>
            </w:r>
          </w:p>
        </w:tc>
      </w:tr>
      <w:tr w:rsidR="00160F8F" w14:paraId="5747B8D3" w14:textId="77777777">
        <w:tc>
          <w:tcPr>
            <w:tcW w:w="2880" w:type="dxa"/>
          </w:tcPr>
          <w:p w14:paraId="5CF5DB97" w14:textId="77777777" w:rsidR="00160F8F" w:rsidRDefault="00000000">
            <w:r>
              <w:t>Integration Feasibility</w:t>
            </w:r>
          </w:p>
        </w:tc>
        <w:tc>
          <w:tcPr>
            <w:tcW w:w="2880" w:type="dxa"/>
          </w:tcPr>
          <w:p w14:paraId="5EF61695" w14:textId="77777777" w:rsidR="00160F8F" w:rsidRDefault="00000000">
            <w:r>
              <w:t>Can be integrated into banking systems.</w:t>
            </w:r>
          </w:p>
        </w:tc>
        <w:tc>
          <w:tcPr>
            <w:tcW w:w="2880" w:type="dxa"/>
          </w:tcPr>
          <w:p w14:paraId="21CD2D18" w14:textId="77777777" w:rsidR="00160F8F" w:rsidRDefault="00000000">
            <w:r>
              <w:t>15</w:t>
            </w:r>
          </w:p>
        </w:tc>
      </w:tr>
      <w:tr w:rsidR="00160F8F" w14:paraId="6D289510" w14:textId="77777777">
        <w:tc>
          <w:tcPr>
            <w:tcW w:w="2880" w:type="dxa"/>
          </w:tcPr>
          <w:p w14:paraId="758A5EF3" w14:textId="77777777" w:rsidR="00160F8F" w:rsidRDefault="00000000">
            <w:r>
              <w:t>UI &amp; Reporting</w:t>
            </w:r>
          </w:p>
        </w:tc>
        <w:tc>
          <w:tcPr>
            <w:tcW w:w="2880" w:type="dxa"/>
          </w:tcPr>
          <w:p w14:paraId="58698A7C" w14:textId="77777777" w:rsidR="00160F8F" w:rsidRDefault="00000000">
            <w:r>
              <w:t>Dashboard to explain alerts and outcomes.</w:t>
            </w:r>
          </w:p>
        </w:tc>
        <w:tc>
          <w:tcPr>
            <w:tcW w:w="2880" w:type="dxa"/>
          </w:tcPr>
          <w:p w14:paraId="63F29AC6" w14:textId="77777777" w:rsidR="00160F8F" w:rsidRDefault="00000000">
            <w:r>
              <w:t>20</w:t>
            </w:r>
          </w:p>
        </w:tc>
      </w:tr>
    </w:tbl>
    <w:p w14:paraId="48EB7FAC" w14:textId="77777777" w:rsidR="00160F8F" w:rsidRDefault="00000000">
      <w:pPr>
        <w:pStyle w:val="Heading3"/>
      </w:pPr>
      <w:r>
        <w:t>5. 🛠 Tools and Technologies</w:t>
      </w:r>
    </w:p>
    <w:p w14:paraId="0D8DC2E1" w14:textId="77777777" w:rsidR="00160F8F" w:rsidRDefault="00000000">
      <w:r>
        <w:t>Recommended tools: Python, Scikit-learn, TensorFlow, Kafka, Apache Spark, REST APIs for banking integration, Docker for containerization, and PostgreSQL or NoSQL databases for transaction history storage. Deployment on AWS/GCP preferred.</w:t>
      </w:r>
    </w:p>
    <w:p w14:paraId="1279D99A" w14:textId="33321F1C" w:rsidR="00160F8F" w:rsidRDefault="00160F8F">
      <w:pPr>
        <w:pStyle w:val="Heading1"/>
      </w:pPr>
    </w:p>
    <w:p w14:paraId="679DB4B2" w14:textId="7020EDBE" w:rsidR="00160F8F" w:rsidRDefault="00160F8F">
      <w:pPr>
        <w:pStyle w:val="Heading2"/>
      </w:pPr>
    </w:p>
    <w:p w14:paraId="65238DD6" w14:textId="77777777" w:rsidR="00021D3A" w:rsidRDefault="00021D3A">
      <w:pPr>
        <w:rPr>
          <w:rFonts w:asciiTheme="majorHAnsi" w:eastAsiaTheme="majorEastAsia" w:hAnsiTheme="majorHAnsi" w:cstheme="majorBidi"/>
          <w:b/>
          <w:bCs/>
          <w:color w:val="4F81BD" w:themeColor="accent1"/>
          <w:sz w:val="26"/>
          <w:szCs w:val="26"/>
        </w:rPr>
      </w:pPr>
      <w:r>
        <w:br w:type="page"/>
      </w:r>
    </w:p>
    <w:p w14:paraId="282A0302" w14:textId="134F52AE" w:rsidR="00160F8F" w:rsidRDefault="00000000">
      <w:pPr>
        <w:pStyle w:val="Heading2"/>
      </w:pPr>
      <w:r>
        <w:lastRenderedPageBreak/>
        <w:t>Problem Title: Optimize a knapsack problem for fractional and 0/1 types</w:t>
      </w:r>
    </w:p>
    <w:p w14:paraId="6EC21E3E" w14:textId="77777777" w:rsidR="00160F8F" w:rsidRDefault="00000000">
      <w:pPr>
        <w:pStyle w:val="Heading3"/>
      </w:pPr>
      <w:r>
        <w:t>1. 🧠 Problem Description</w:t>
      </w:r>
    </w:p>
    <w:p w14:paraId="280F2B68"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69010A6C"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7EFA3159" w14:textId="77777777">
        <w:tc>
          <w:tcPr>
            <w:tcW w:w="4320" w:type="dxa"/>
          </w:tcPr>
          <w:p w14:paraId="67F9C2AC" w14:textId="77777777" w:rsidR="00160F8F" w:rsidRDefault="00000000">
            <w:r>
              <w:t>Use Case</w:t>
            </w:r>
          </w:p>
        </w:tc>
        <w:tc>
          <w:tcPr>
            <w:tcW w:w="4320" w:type="dxa"/>
          </w:tcPr>
          <w:p w14:paraId="73AE40D5" w14:textId="77777777" w:rsidR="00160F8F" w:rsidRDefault="00000000">
            <w:r>
              <w:t>Description</w:t>
            </w:r>
          </w:p>
        </w:tc>
      </w:tr>
      <w:tr w:rsidR="00160F8F" w14:paraId="28E27CFF" w14:textId="77777777">
        <w:tc>
          <w:tcPr>
            <w:tcW w:w="4320" w:type="dxa"/>
          </w:tcPr>
          <w:p w14:paraId="5F441AD7" w14:textId="77777777" w:rsidR="00160F8F" w:rsidRDefault="00000000">
            <w:r>
              <w:t>Banking Apps</w:t>
            </w:r>
          </w:p>
        </w:tc>
        <w:tc>
          <w:tcPr>
            <w:tcW w:w="4320" w:type="dxa"/>
          </w:tcPr>
          <w:p w14:paraId="52C69F84" w14:textId="77777777" w:rsidR="00160F8F" w:rsidRDefault="00000000">
            <w:r>
              <w:t>Detect suspicious login locations or simultaneous logins.</w:t>
            </w:r>
          </w:p>
        </w:tc>
      </w:tr>
      <w:tr w:rsidR="00160F8F" w14:paraId="41F1FD0F" w14:textId="77777777">
        <w:tc>
          <w:tcPr>
            <w:tcW w:w="4320" w:type="dxa"/>
          </w:tcPr>
          <w:p w14:paraId="13E207A6" w14:textId="77777777" w:rsidR="00160F8F" w:rsidRDefault="00000000">
            <w:r>
              <w:t>POS Transactions</w:t>
            </w:r>
          </w:p>
        </w:tc>
        <w:tc>
          <w:tcPr>
            <w:tcW w:w="4320" w:type="dxa"/>
          </w:tcPr>
          <w:p w14:paraId="614C29F1" w14:textId="77777777" w:rsidR="00160F8F" w:rsidRDefault="00000000">
            <w:r>
              <w:t>Flag high-value purchases at odd hours.</w:t>
            </w:r>
          </w:p>
        </w:tc>
      </w:tr>
      <w:tr w:rsidR="00160F8F" w14:paraId="0879420A" w14:textId="77777777">
        <w:tc>
          <w:tcPr>
            <w:tcW w:w="4320" w:type="dxa"/>
          </w:tcPr>
          <w:p w14:paraId="7B86019C" w14:textId="77777777" w:rsidR="00160F8F" w:rsidRDefault="00000000">
            <w:r>
              <w:t>Credit Card Systems</w:t>
            </w:r>
          </w:p>
        </w:tc>
        <w:tc>
          <w:tcPr>
            <w:tcW w:w="4320" w:type="dxa"/>
          </w:tcPr>
          <w:p w14:paraId="5EF8C3B8" w14:textId="77777777" w:rsidR="00160F8F" w:rsidRDefault="00000000">
            <w:r>
              <w:t>Monitor frequent micro-transactions in short bursts.</w:t>
            </w:r>
          </w:p>
        </w:tc>
      </w:tr>
      <w:tr w:rsidR="00160F8F" w14:paraId="721A618E" w14:textId="77777777">
        <w:tc>
          <w:tcPr>
            <w:tcW w:w="4320" w:type="dxa"/>
          </w:tcPr>
          <w:p w14:paraId="2EE72518" w14:textId="77777777" w:rsidR="00160F8F" w:rsidRDefault="00000000">
            <w:r>
              <w:t>Online Transfers</w:t>
            </w:r>
          </w:p>
        </w:tc>
        <w:tc>
          <w:tcPr>
            <w:tcW w:w="4320" w:type="dxa"/>
          </w:tcPr>
          <w:p w14:paraId="7486CAAE" w14:textId="77777777" w:rsidR="00160F8F" w:rsidRDefault="00000000">
            <w:r>
              <w:t>Alert for rapid fund movements between accounts.</w:t>
            </w:r>
          </w:p>
        </w:tc>
      </w:tr>
      <w:tr w:rsidR="00160F8F" w14:paraId="6D5B04A9" w14:textId="77777777">
        <w:tc>
          <w:tcPr>
            <w:tcW w:w="4320" w:type="dxa"/>
          </w:tcPr>
          <w:p w14:paraId="791D7799" w14:textId="77777777" w:rsidR="00160F8F" w:rsidRDefault="00000000">
            <w:r>
              <w:t>E-commerce Payments</w:t>
            </w:r>
          </w:p>
        </w:tc>
        <w:tc>
          <w:tcPr>
            <w:tcW w:w="4320" w:type="dxa"/>
          </w:tcPr>
          <w:p w14:paraId="7A8221E3" w14:textId="77777777" w:rsidR="00160F8F" w:rsidRDefault="00000000">
            <w:r>
              <w:t>Block high-risk purchases from blacklisted IPs or locations.</w:t>
            </w:r>
          </w:p>
        </w:tc>
      </w:tr>
    </w:tbl>
    <w:p w14:paraId="57CEC9B2"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56F7B024" w14:textId="77777777">
        <w:tc>
          <w:tcPr>
            <w:tcW w:w="2880" w:type="dxa"/>
          </w:tcPr>
          <w:p w14:paraId="331C86B5" w14:textId="77777777" w:rsidR="00160F8F" w:rsidRDefault="00000000">
            <w:r>
              <w:t>Challenge</w:t>
            </w:r>
          </w:p>
        </w:tc>
        <w:tc>
          <w:tcPr>
            <w:tcW w:w="2880" w:type="dxa"/>
          </w:tcPr>
          <w:p w14:paraId="6868ADCF" w14:textId="77777777" w:rsidR="00160F8F" w:rsidRDefault="00000000">
            <w:r>
              <w:t>Description</w:t>
            </w:r>
          </w:p>
        </w:tc>
        <w:tc>
          <w:tcPr>
            <w:tcW w:w="2880" w:type="dxa"/>
          </w:tcPr>
          <w:p w14:paraId="12E0D929" w14:textId="77777777" w:rsidR="00160F8F" w:rsidRDefault="00000000">
            <w:r>
              <w:t>Suggested Solution</w:t>
            </w:r>
          </w:p>
        </w:tc>
      </w:tr>
      <w:tr w:rsidR="00160F8F" w14:paraId="7FEEF2A6" w14:textId="77777777">
        <w:tc>
          <w:tcPr>
            <w:tcW w:w="2880" w:type="dxa"/>
          </w:tcPr>
          <w:p w14:paraId="772D4265" w14:textId="77777777" w:rsidR="00160F8F" w:rsidRDefault="00000000">
            <w:r>
              <w:t>False Positives</w:t>
            </w:r>
          </w:p>
        </w:tc>
        <w:tc>
          <w:tcPr>
            <w:tcW w:w="2880" w:type="dxa"/>
          </w:tcPr>
          <w:p w14:paraId="1E591D6C" w14:textId="77777777" w:rsidR="00160F8F" w:rsidRDefault="00000000">
            <w:r>
              <w:t>Legitimate users may get flagged.</w:t>
            </w:r>
          </w:p>
        </w:tc>
        <w:tc>
          <w:tcPr>
            <w:tcW w:w="2880" w:type="dxa"/>
          </w:tcPr>
          <w:p w14:paraId="5BCA6E1B" w14:textId="77777777" w:rsidR="00160F8F" w:rsidRDefault="00000000">
            <w:r>
              <w:t>Use adaptive ML models with feedback loops.</w:t>
            </w:r>
          </w:p>
        </w:tc>
      </w:tr>
      <w:tr w:rsidR="00160F8F" w14:paraId="659E1B64" w14:textId="77777777">
        <w:tc>
          <w:tcPr>
            <w:tcW w:w="2880" w:type="dxa"/>
          </w:tcPr>
          <w:p w14:paraId="0CDFB947" w14:textId="77777777" w:rsidR="00160F8F" w:rsidRDefault="00000000">
            <w:r>
              <w:t>Latency</w:t>
            </w:r>
          </w:p>
        </w:tc>
        <w:tc>
          <w:tcPr>
            <w:tcW w:w="2880" w:type="dxa"/>
          </w:tcPr>
          <w:p w14:paraId="7DD38CB7" w14:textId="77777777" w:rsidR="00160F8F" w:rsidRDefault="00000000">
            <w:r>
              <w:t>Real-time analysis causes delay.</w:t>
            </w:r>
          </w:p>
        </w:tc>
        <w:tc>
          <w:tcPr>
            <w:tcW w:w="2880" w:type="dxa"/>
          </w:tcPr>
          <w:p w14:paraId="37CA43F7" w14:textId="77777777" w:rsidR="00160F8F" w:rsidRDefault="00000000">
            <w:r>
              <w:t>Use stream-processing tools like Kafka + Spark.</w:t>
            </w:r>
          </w:p>
        </w:tc>
      </w:tr>
      <w:tr w:rsidR="00160F8F" w14:paraId="15CC2BC9" w14:textId="77777777">
        <w:tc>
          <w:tcPr>
            <w:tcW w:w="2880" w:type="dxa"/>
          </w:tcPr>
          <w:p w14:paraId="7D8DC229" w14:textId="77777777" w:rsidR="00160F8F" w:rsidRDefault="00000000">
            <w:r>
              <w:t>Lack of Labeled Data</w:t>
            </w:r>
          </w:p>
        </w:tc>
        <w:tc>
          <w:tcPr>
            <w:tcW w:w="2880" w:type="dxa"/>
          </w:tcPr>
          <w:p w14:paraId="425EA23E" w14:textId="77777777" w:rsidR="00160F8F" w:rsidRDefault="00000000">
            <w:r>
              <w:t>Fraud patterns are hard to train on.</w:t>
            </w:r>
          </w:p>
        </w:tc>
        <w:tc>
          <w:tcPr>
            <w:tcW w:w="2880" w:type="dxa"/>
          </w:tcPr>
          <w:p w14:paraId="43830E66" w14:textId="77777777" w:rsidR="00160F8F" w:rsidRDefault="00000000">
            <w:r>
              <w:t>Use synthetic fraud data generation and transfer learning.</w:t>
            </w:r>
          </w:p>
        </w:tc>
      </w:tr>
      <w:tr w:rsidR="00160F8F" w14:paraId="161FAB15" w14:textId="77777777">
        <w:tc>
          <w:tcPr>
            <w:tcW w:w="2880" w:type="dxa"/>
          </w:tcPr>
          <w:p w14:paraId="54B8717F" w14:textId="77777777" w:rsidR="00160F8F" w:rsidRDefault="00000000">
            <w:r>
              <w:t>Model Drift</w:t>
            </w:r>
          </w:p>
        </w:tc>
        <w:tc>
          <w:tcPr>
            <w:tcW w:w="2880" w:type="dxa"/>
          </w:tcPr>
          <w:p w14:paraId="42E6E6CF" w14:textId="77777777" w:rsidR="00160F8F" w:rsidRDefault="00000000">
            <w:r>
              <w:t>Patterns change over time.</w:t>
            </w:r>
          </w:p>
        </w:tc>
        <w:tc>
          <w:tcPr>
            <w:tcW w:w="2880" w:type="dxa"/>
          </w:tcPr>
          <w:p w14:paraId="2F316C97" w14:textId="77777777" w:rsidR="00160F8F" w:rsidRDefault="00000000">
            <w:r>
              <w:t>Schedule regular model re-training on recent data.</w:t>
            </w:r>
          </w:p>
        </w:tc>
      </w:tr>
      <w:tr w:rsidR="00160F8F" w14:paraId="4E97ADD3" w14:textId="77777777">
        <w:tc>
          <w:tcPr>
            <w:tcW w:w="2880" w:type="dxa"/>
          </w:tcPr>
          <w:p w14:paraId="57F31061" w14:textId="77777777" w:rsidR="00160F8F" w:rsidRDefault="00000000">
            <w:r>
              <w:t>Integration Issues</w:t>
            </w:r>
          </w:p>
        </w:tc>
        <w:tc>
          <w:tcPr>
            <w:tcW w:w="2880" w:type="dxa"/>
          </w:tcPr>
          <w:p w14:paraId="22C84B95" w14:textId="77777777" w:rsidR="00160F8F" w:rsidRDefault="00000000">
            <w:r>
              <w:t>Hard to embed in legacy systems.</w:t>
            </w:r>
          </w:p>
        </w:tc>
        <w:tc>
          <w:tcPr>
            <w:tcW w:w="2880" w:type="dxa"/>
          </w:tcPr>
          <w:p w14:paraId="79084DA5" w14:textId="77777777" w:rsidR="00160F8F" w:rsidRDefault="00000000">
            <w:r>
              <w:t>Use API gateway to decouple model from core infra.</w:t>
            </w:r>
          </w:p>
        </w:tc>
      </w:tr>
    </w:tbl>
    <w:p w14:paraId="2BF44D4C"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1B256BE7" w14:textId="77777777">
        <w:tc>
          <w:tcPr>
            <w:tcW w:w="2880" w:type="dxa"/>
          </w:tcPr>
          <w:p w14:paraId="564627B0" w14:textId="77777777" w:rsidR="00160F8F" w:rsidRDefault="00000000">
            <w:r>
              <w:t>Criteria</w:t>
            </w:r>
          </w:p>
        </w:tc>
        <w:tc>
          <w:tcPr>
            <w:tcW w:w="2880" w:type="dxa"/>
          </w:tcPr>
          <w:p w14:paraId="5C6D64ED" w14:textId="77777777" w:rsidR="00160F8F" w:rsidRDefault="00000000">
            <w:r>
              <w:t>Description</w:t>
            </w:r>
          </w:p>
        </w:tc>
        <w:tc>
          <w:tcPr>
            <w:tcW w:w="2880" w:type="dxa"/>
          </w:tcPr>
          <w:p w14:paraId="6BC5B7B4" w14:textId="77777777" w:rsidR="00160F8F" w:rsidRDefault="00000000">
            <w:r>
              <w:t>Points</w:t>
            </w:r>
          </w:p>
        </w:tc>
      </w:tr>
      <w:tr w:rsidR="00160F8F" w14:paraId="7D3C6030" w14:textId="77777777">
        <w:tc>
          <w:tcPr>
            <w:tcW w:w="2880" w:type="dxa"/>
          </w:tcPr>
          <w:p w14:paraId="05A94BF9" w14:textId="77777777" w:rsidR="00160F8F" w:rsidRDefault="00000000">
            <w:r>
              <w:t>Accuracy of Detection</w:t>
            </w:r>
          </w:p>
        </w:tc>
        <w:tc>
          <w:tcPr>
            <w:tcW w:w="2880" w:type="dxa"/>
          </w:tcPr>
          <w:p w14:paraId="4AD434C5" w14:textId="77777777" w:rsidR="00160F8F" w:rsidRDefault="00000000">
            <w:r>
              <w:t>Effectiveness of identifying fraud cases.</w:t>
            </w:r>
          </w:p>
        </w:tc>
        <w:tc>
          <w:tcPr>
            <w:tcW w:w="2880" w:type="dxa"/>
          </w:tcPr>
          <w:p w14:paraId="49F954F0" w14:textId="77777777" w:rsidR="00160F8F" w:rsidRDefault="00000000">
            <w:r>
              <w:t>25</w:t>
            </w:r>
          </w:p>
        </w:tc>
      </w:tr>
      <w:tr w:rsidR="00160F8F" w14:paraId="3B0F4E6F" w14:textId="77777777">
        <w:tc>
          <w:tcPr>
            <w:tcW w:w="2880" w:type="dxa"/>
          </w:tcPr>
          <w:p w14:paraId="10430BF3" w14:textId="77777777" w:rsidR="00160F8F" w:rsidRDefault="00000000">
            <w:r>
              <w:t>Latency</w:t>
            </w:r>
          </w:p>
        </w:tc>
        <w:tc>
          <w:tcPr>
            <w:tcW w:w="2880" w:type="dxa"/>
          </w:tcPr>
          <w:p w14:paraId="772E1C27" w14:textId="77777777" w:rsidR="00160F8F" w:rsidRDefault="00000000">
            <w:r>
              <w:t>Speed of real-time decision making.</w:t>
            </w:r>
          </w:p>
        </w:tc>
        <w:tc>
          <w:tcPr>
            <w:tcW w:w="2880" w:type="dxa"/>
          </w:tcPr>
          <w:p w14:paraId="3EFAEAD2" w14:textId="77777777" w:rsidR="00160F8F" w:rsidRDefault="00000000">
            <w:r>
              <w:t>20</w:t>
            </w:r>
          </w:p>
        </w:tc>
      </w:tr>
      <w:tr w:rsidR="00160F8F" w14:paraId="37915499" w14:textId="77777777">
        <w:tc>
          <w:tcPr>
            <w:tcW w:w="2880" w:type="dxa"/>
          </w:tcPr>
          <w:p w14:paraId="5540D17D" w14:textId="77777777" w:rsidR="00160F8F" w:rsidRDefault="00000000">
            <w:r>
              <w:t>Scalability</w:t>
            </w:r>
          </w:p>
        </w:tc>
        <w:tc>
          <w:tcPr>
            <w:tcW w:w="2880" w:type="dxa"/>
          </w:tcPr>
          <w:p w14:paraId="32B18818" w14:textId="77777777" w:rsidR="00160F8F" w:rsidRDefault="00000000">
            <w:r>
              <w:t>Handles growing number of users/transactions.</w:t>
            </w:r>
          </w:p>
        </w:tc>
        <w:tc>
          <w:tcPr>
            <w:tcW w:w="2880" w:type="dxa"/>
          </w:tcPr>
          <w:p w14:paraId="5FBED8D5" w14:textId="77777777" w:rsidR="00160F8F" w:rsidRDefault="00000000">
            <w:r>
              <w:t>20</w:t>
            </w:r>
          </w:p>
        </w:tc>
      </w:tr>
      <w:tr w:rsidR="00160F8F" w14:paraId="048F4C8C" w14:textId="77777777">
        <w:tc>
          <w:tcPr>
            <w:tcW w:w="2880" w:type="dxa"/>
          </w:tcPr>
          <w:p w14:paraId="5D6736AA" w14:textId="77777777" w:rsidR="00160F8F" w:rsidRDefault="00000000">
            <w:r>
              <w:t>Integration Feasibility</w:t>
            </w:r>
          </w:p>
        </w:tc>
        <w:tc>
          <w:tcPr>
            <w:tcW w:w="2880" w:type="dxa"/>
          </w:tcPr>
          <w:p w14:paraId="5BA903BA" w14:textId="77777777" w:rsidR="00160F8F" w:rsidRDefault="00000000">
            <w:r>
              <w:t>Can be integrated into banking systems.</w:t>
            </w:r>
          </w:p>
        </w:tc>
        <w:tc>
          <w:tcPr>
            <w:tcW w:w="2880" w:type="dxa"/>
          </w:tcPr>
          <w:p w14:paraId="7E00ECF4" w14:textId="77777777" w:rsidR="00160F8F" w:rsidRDefault="00000000">
            <w:r>
              <w:t>15</w:t>
            </w:r>
          </w:p>
        </w:tc>
      </w:tr>
      <w:tr w:rsidR="00160F8F" w14:paraId="3105E5C5" w14:textId="77777777">
        <w:tc>
          <w:tcPr>
            <w:tcW w:w="2880" w:type="dxa"/>
          </w:tcPr>
          <w:p w14:paraId="08784CBD" w14:textId="77777777" w:rsidR="00160F8F" w:rsidRDefault="00000000">
            <w:r>
              <w:t>UI &amp; Reporting</w:t>
            </w:r>
          </w:p>
        </w:tc>
        <w:tc>
          <w:tcPr>
            <w:tcW w:w="2880" w:type="dxa"/>
          </w:tcPr>
          <w:p w14:paraId="0A2492C7" w14:textId="77777777" w:rsidR="00160F8F" w:rsidRDefault="00000000">
            <w:r>
              <w:t>Dashboard to explain alerts and outcomes.</w:t>
            </w:r>
          </w:p>
        </w:tc>
        <w:tc>
          <w:tcPr>
            <w:tcW w:w="2880" w:type="dxa"/>
          </w:tcPr>
          <w:p w14:paraId="381FA4E6" w14:textId="77777777" w:rsidR="00160F8F" w:rsidRDefault="00000000">
            <w:r>
              <w:t>20</w:t>
            </w:r>
          </w:p>
        </w:tc>
      </w:tr>
    </w:tbl>
    <w:p w14:paraId="4A4C84B7" w14:textId="77777777" w:rsidR="00160F8F" w:rsidRDefault="00000000">
      <w:pPr>
        <w:pStyle w:val="Heading3"/>
      </w:pPr>
      <w:r>
        <w:t>5. 🛠 Tools and Technologies</w:t>
      </w:r>
    </w:p>
    <w:p w14:paraId="748C4BA0" w14:textId="77777777" w:rsidR="00160F8F" w:rsidRDefault="00000000">
      <w:r>
        <w:t>Recommended tools: Python, Scikit-learn, TensorFlow, Kafka, Apache Spark, REST APIs for banking integration, Docker for containerization, and PostgreSQL or NoSQL databases for transaction history storage. Deployment on AWS/GCP preferred.</w:t>
      </w:r>
    </w:p>
    <w:p w14:paraId="453E2F96" w14:textId="24E056A8" w:rsidR="00160F8F" w:rsidRDefault="00160F8F">
      <w:pPr>
        <w:pStyle w:val="Heading1"/>
      </w:pPr>
    </w:p>
    <w:p w14:paraId="7DB46E12" w14:textId="3A4D8F61" w:rsidR="00160F8F" w:rsidRDefault="00160F8F">
      <w:pPr>
        <w:pStyle w:val="Heading2"/>
      </w:pPr>
    </w:p>
    <w:p w14:paraId="1CA4A756" w14:textId="77777777" w:rsidR="00021D3A" w:rsidRDefault="00021D3A">
      <w:pPr>
        <w:pStyle w:val="Heading2"/>
      </w:pPr>
      <w:r>
        <w:br/>
      </w:r>
    </w:p>
    <w:p w14:paraId="65FC397F" w14:textId="77777777" w:rsidR="00021D3A" w:rsidRDefault="00021D3A">
      <w:pPr>
        <w:rPr>
          <w:rFonts w:asciiTheme="majorHAnsi" w:eastAsiaTheme="majorEastAsia" w:hAnsiTheme="majorHAnsi" w:cstheme="majorBidi"/>
          <w:b/>
          <w:bCs/>
          <w:color w:val="4F81BD" w:themeColor="accent1"/>
          <w:sz w:val="26"/>
          <w:szCs w:val="26"/>
        </w:rPr>
      </w:pPr>
      <w:r>
        <w:br w:type="page"/>
      </w:r>
    </w:p>
    <w:p w14:paraId="0DEFADEA" w14:textId="73B4465C" w:rsidR="00160F8F" w:rsidRDefault="00000000">
      <w:pPr>
        <w:pStyle w:val="Heading2"/>
      </w:pPr>
      <w:r>
        <w:lastRenderedPageBreak/>
        <w:t xml:space="preserve">Problem Title: Solve a combinatorial problem like derangement count using </w:t>
      </w:r>
      <w:proofErr w:type="spellStart"/>
      <w:r>
        <w:t>memoization</w:t>
      </w:r>
      <w:proofErr w:type="spellEnd"/>
    </w:p>
    <w:p w14:paraId="3EEFA9C6" w14:textId="77777777" w:rsidR="00160F8F" w:rsidRDefault="00000000">
      <w:pPr>
        <w:pStyle w:val="Heading3"/>
      </w:pPr>
      <w:r>
        <w:t>1. 🧠 Problem Description</w:t>
      </w:r>
    </w:p>
    <w:p w14:paraId="0B50DA83"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37DB954E"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00A2AD89" w14:textId="77777777">
        <w:tc>
          <w:tcPr>
            <w:tcW w:w="4320" w:type="dxa"/>
          </w:tcPr>
          <w:p w14:paraId="7DFB9046" w14:textId="77777777" w:rsidR="00160F8F" w:rsidRDefault="00000000">
            <w:r>
              <w:t>Use Case</w:t>
            </w:r>
          </w:p>
        </w:tc>
        <w:tc>
          <w:tcPr>
            <w:tcW w:w="4320" w:type="dxa"/>
          </w:tcPr>
          <w:p w14:paraId="36DABD73" w14:textId="77777777" w:rsidR="00160F8F" w:rsidRDefault="00000000">
            <w:r>
              <w:t>Description</w:t>
            </w:r>
          </w:p>
        </w:tc>
      </w:tr>
      <w:tr w:rsidR="00160F8F" w14:paraId="12890213" w14:textId="77777777">
        <w:tc>
          <w:tcPr>
            <w:tcW w:w="4320" w:type="dxa"/>
          </w:tcPr>
          <w:p w14:paraId="7BE8228E" w14:textId="77777777" w:rsidR="00160F8F" w:rsidRDefault="00000000">
            <w:r>
              <w:t>Banking Apps</w:t>
            </w:r>
          </w:p>
        </w:tc>
        <w:tc>
          <w:tcPr>
            <w:tcW w:w="4320" w:type="dxa"/>
          </w:tcPr>
          <w:p w14:paraId="13828DDD" w14:textId="77777777" w:rsidR="00160F8F" w:rsidRDefault="00000000">
            <w:r>
              <w:t>Detect suspicious login locations or simultaneous logins.</w:t>
            </w:r>
          </w:p>
        </w:tc>
      </w:tr>
      <w:tr w:rsidR="00160F8F" w14:paraId="476771E3" w14:textId="77777777">
        <w:tc>
          <w:tcPr>
            <w:tcW w:w="4320" w:type="dxa"/>
          </w:tcPr>
          <w:p w14:paraId="2D213B84" w14:textId="77777777" w:rsidR="00160F8F" w:rsidRDefault="00000000">
            <w:r>
              <w:t>POS Transactions</w:t>
            </w:r>
          </w:p>
        </w:tc>
        <w:tc>
          <w:tcPr>
            <w:tcW w:w="4320" w:type="dxa"/>
          </w:tcPr>
          <w:p w14:paraId="6EF4FBA9" w14:textId="77777777" w:rsidR="00160F8F" w:rsidRDefault="00000000">
            <w:r>
              <w:t>Flag high-value purchases at odd hours.</w:t>
            </w:r>
          </w:p>
        </w:tc>
      </w:tr>
      <w:tr w:rsidR="00160F8F" w14:paraId="09DB7360" w14:textId="77777777">
        <w:tc>
          <w:tcPr>
            <w:tcW w:w="4320" w:type="dxa"/>
          </w:tcPr>
          <w:p w14:paraId="6688F617" w14:textId="77777777" w:rsidR="00160F8F" w:rsidRDefault="00000000">
            <w:r>
              <w:t>Credit Card Systems</w:t>
            </w:r>
          </w:p>
        </w:tc>
        <w:tc>
          <w:tcPr>
            <w:tcW w:w="4320" w:type="dxa"/>
          </w:tcPr>
          <w:p w14:paraId="2F55CE63" w14:textId="77777777" w:rsidR="00160F8F" w:rsidRDefault="00000000">
            <w:r>
              <w:t>Monitor frequent micro-transactions in short bursts.</w:t>
            </w:r>
          </w:p>
        </w:tc>
      </w:tr>
      <w:tr w:rsidR="00160F8F" w14:paraId="4D74B6BE" w14:textId="77777777">
        <w:tc>
          <w:tcPr>
            <w:tcW w:w="4320" w:type="dxa"/>
          </w:tcPr>
          <w:p w14:paraId="42E5E152" w14:textId="77777777" w:rsidR="00160F8F" w:rsidRDefault="00000000">
            <w:r>
              <w:t>Online Transfers</w:t>
            </w:r>
          </w:p>
        </w:tc>
        <w:tc>
          <w:tcPr>
            <w:tcW w:w="4320" w:type="dxa"/>
          </w:tcPr>
          <w:p w14:paraId="0801F084" w14:textId="77777777" w:rsidR="00160F8F" w:rsidRDefault="00000000">
            <w:r>
              <w:t>Alert for rapid fund movements between accounts.</w:t>
            </w:r>
          </w:p>
        </w:tc>
      </w:tr>
      <w:tr w:rsidR="00160F8F" w14:paraId="650FD35D" w14:textId="77777777">
        <w:tc>
          <w:tcPr>
            <w:tcW w:w="4320" w:type="dxa"/>
          </w:tcPr>
          <w:p w14:paraId="1193791C" w14:textId="77777777" w:rsidR="00160F8F" w:rsidRDefault="00000000">
            <w:r>
              <w:t>E-commerce Payments</w:t>
            </w:r>
          </w:p>
        </w:tc>
        <w:tc>
          <w:tcPr>
            <w:tcW w:w="4320" w:type="dxa"/>
          </w:tcPr>
          <w:p w14:paraId="6199D1BB" w14:textId="77777777" w:rsidR="00160F8F" w:rsidRDefault="00000000">
            <w:r>
              <w:t>Block high-risk purchases from blacklisted IPs or locations.</w:t>
            </w:r>
          </w:p>
        </w:tc>
      </w:tr>
    </w:tbl>
    <w:p w14:paraId="2B2C8E39"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5F18F013" w14:textId="77777777">
        <w:tc>
          <w:tcPr>
            <w:tcW w:w="2880" w:type="dxa"/>
          </w:tcPr>
          <w:p w14:paraId="6758E8B6" w14:textId="77777777" w:rsidR="00160F8F" w:rsidRDefault="00000000">
            <w:r>
              <w:t>Challenge</w:t>
            </w:r>
          </w:p>
        </w:tc>
        <w:tc>
          <w:tcPr>
            <w:tcW w:w="2880" w:type="dxa"/>
          </w:tcPr>
          <w:p w14:paraId="58E47D4F" w14:textId="77777777" w:rsidR="00160F8F" w:rsidRDefault="00000000">
            <w:r>
              <w:t>Description</w:t>
            </w:r>
          </w:p>
        </w:tc>
        <w:tc>
          <w:tcPr>
            <w:tcW w:w="2880" w:type="dxa"/>
          </w:tcPr>
          <w:p w14:paraId="50A82ED1" w14:textId="77777777" w:rsidR="00160F8F" w:rsidRDefault="00000000">
            <w:r>
              <w:t>Suggested Solution</w:t>
            </w:r>
          </w:p>
        </w:tc>
      </w:tr>
      <w:tr w:rsidR="00160F8F" w14:paraId="32FB2B45" w14:textId="77777777">
        <w:tc>
          <w:tcPr>
            <w:tcW w:w="2880" w:type="dxa"/>
          </w:tcPr>
          <w:p w14:paraId="5ABEF52C" w14:textId="77777777" w:rsidR="00160F8F" w:rsidRDefault="00000000">
            <w:r>
              <w:t>False Positives</w:t>
            </w:r>
          </w:p>
        </w:tc>
        <w:tc>
          <w:tcPr>
            <w:tcW w:w="2880" w:type="dxa"/>
          </w:tcPr>
          <w:p w14:paraId="6AD084E1" w14:textId="77777777" w:rsidR="00160F8F" w:rsidRDefault="00000000">
            <w:r>
              <w:t>Legitimate users may get flagged.</w:t>
            </w:r>
          </w:p>
        </w:tc>
        <w:tc>
          <w:tcPr>
            <w:tcW w:w="2880" w:type="dxa"/>
          </w:tcPr>
          <w:p w14:paraId="5C869B28" w14:textId="77777777" w:rsidR="00160F8F" w:rsidRDefault="00000000">
            <w:r>
              <w:t>Use adaptive ML models with feedback loops.</w:t>
            </w:r>
          </w:p>
        </w:tc>
      </w:tr>
      <w:tr w:rsidR="00160F8F" w14:paraId="28426B72" w14:textId="77777777">
        <w:tc>
          <w:tcPr>
            <w:tcW w:w="2880" w:type="dxa"/>
          </w:tcPr>
          <w:p w14:paraId="68B7B275" w14:textId="77777777" w:rsidR="00160F8F" w:rsidRDefault="00000000">
            <w:r>
              <w:t>Latency</w:t>
            </w:r>
          </w:p>
        </w:tc>
        <w:tc>
          <w:tcPr>
            <w:tcW w:w="2880" w:type="dxa"/>
          </w:tcPr>
          <w:p w14:paraId="6A461BC7" w14:textId="77777777" w:rsidR="00160F8F" w:rsidRDefault="00000000">
            <w:r>
              <w:t>Real-time analysis causes delay.</w:t>
            </w:r>
          </w:p>
        </w:tc>
        <w:tc>
          <w:tcPr>
            <w:tcW w:w="2880" w:type="dxa"/>
          </w:tcPr>
          <w:p w14:paraId="1EA48300" w14:textId="77777777" w:rsidR="00160F8F" w:rsidRDefault="00000000">
            <w:r>
              <w:t>Use stream-processing tools like Kafka + Spark.</w:t>
            </w:r>
          </w:p>
        </w:tc>
      </w:tr>
      <w:tr w:rsidR="00160F8F" w14:paraId="0B1C5CA9" w14:textId="77777777">
        <w:tc>
          <w:tcPr>
            <w:tcW w:w="2880" w:type="dxa"/>
          </w:tcPr>
          <w:p w14:paraId="1720C317" w14:textId="77777777" w:rsidR="00160F8F" w:rsidRDefault="00000000">
            <w:r>
              <w:t>Lack of Labeled Data</w:t>
            </w:r>
          </w:p>
        </w:tc>
        <w:tc>
          <w:tcPr>
            <w:tcW w:w="2880" w:type="dxa"/>
          </w:tcPr>
          <w:p w14:paraId="5EE9188E" w14:textId="77777777" w:rsidR="00160F8F" w:rsidRDefault="00000000">
            <w:r>
              <w:t>Fraud patterns are hard to train on.</w:t>
            </w:r>
          </w:p>
        </w:tc>
        <w:tc>
          <w:tcPr>
            <w:tcW w:w="2880" w:type="dxa"/>
          </w:tcPr>
          <w:p w14:paraId="2F5FD934" w14:textId="77777777" w:rsidR="00160F8F" w:rsidRDefault="00000000">
            <w:r>
              <w:t>Use synthetic fraud data generation and transfer learning.</w:t>
            </w:r>
          </w:p>
        </w:tc>
      </w:tr>
      <w:tr w:rsidR="00160F8F" w14:paraId="38A78232" w14:textId="77777777">
        <w:tc>
          <w:tcPr>
            <w:tcW w:w="2880" w:type="dxa"/>
          </w:tcPr>
          <w:p w14:paraId="5A1B7EC8" w14:textId="77777777" w:rsidR="00160F8F" w:rsidRDefault="00000000">
            <w:r>
              <w:t>Model Drift</w:t>
            </w:r>
          </w:p>
        </w:tc>
        <w:tc>
          <w:tcPr>
            <w:tcW w:w="2880" w:type="dxa"/>
          </w:tcPr>
          <w:p w14:paraId="6BDBB21E" w14:textId="77777777" w:rsidR="00160F8F" w:rsidRDefault="00000000">
            <w:r>
              <w:t>Patterns change over time.</w:t>
            </w:r>
          </w:p>
        </w:tc>
        <w:tc>
          <w:tcPr>
            <w:tcW w:w="2880" w:type="dxa"/>
          </w:tcPr>
          <w:p w14:paraId="664D2594" w14:textId="77777777" w:rsidR="00160F8F" w:rsidRDefault="00000000">
            <w:r>
              <w:t>Schedule regular model re-training on recent data.</w:t>
            </w:r>
          </w:p>
        </w:tc>
      </w:tr>
      <w:tr w:rsidR="00160F8F" w14:paraId="7BDFD178" w14:textId="77777777">
        <w:tc>
          <w:tcPr>
            <w:tcW w:w="2880" w:type="dxa"/>
          </w:tcPr>
          <w:p w14:paraId="0D3A936E" w14:textId="77777777" w:rsidR="00160F8F" w:rsidRDefault="00000000">
            <w:r>
              <w:t>Integration Issues</w:t>
            </w:r>
          </w:p>
        </w:tc>
        <w:tc>
          <w:tcPr>
            <w:tcW w:w="2880" w:type="dxa"/>
          </w:tcPr>
          <w:p w14:paraId="1B369F95" w14:textId="77777777" w:rsidR="00160F8F" w:rsidRDefault="00000000">
            <w:r>
              <w:t>Hard to embed in legacy systems.</w:t>
            </w:r>
          </w:p>
        </w:tc>
        <w:tc>
          <w:tcPr>
            <w:tcW w:w="2880" w:type="dxa"/>
          </w:tcPr>
          <w:p w14:paraId="1994C896" w14:textId="77777777" w:rsidR="00160F8F" w:rsidRDefault="00000000">
            <w:r>
              <w:t>Use API gateway to decouple model from core infra.</w:t>
            </w:r>
          </w:p>
        </w:tc>
      </w:tr>
    </w:tbl>
    <w:p w14:paraId="5473E486"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61EDDD5B" w14:textId="77777777">
        <w:tc>
          <w:tcPr>
            <w:tcW w:w="2880" w:type="dxa"/>
          </w:tcPr>
          <w:p w14:paraId="7D12D34D" w14:textId="77777777" w:rsidR="00160F8F" w:rsidRDefault="00000000">
            <w:r>
              <w:t>Criteria</w:t>
            </w:r>
          </w:p>
        </w:tc>
        <w:tc>
          <w:tcPr>
            <w:tcW w:w="2880" w:type="dxa"/>
          </w:tcPr>
          <w:p w14:paraId="56411D05" w14:textId="77777777" w:rsidR="00160F8F" w:rsidRDefault="00000000">
            <w:r>
              <w:t>Description</w:t>
            </w:r>
          </w:p>
        </w:tc>
        <w:tc>
          <w:tcPr>
            <w:tcW w:w="2880" w:type="dxa"/>
          </w:tcPr>
          <w:p w14:paraId="1B031FF6" w14:textId="77777777" w:rsidR="00160F8F" w:rsidRDefault="00000000">
            <w:r>
              <w:t>Points</w:t>
            </w:r>
          </w:p>
        </w:tc>
      </w:tr>
      <w:tr w:rsidR="00160F8F" w14:paraId="348501E8" w14:textId="77777777">
        <w:tc>
          <w:tcPr>
            <w:tcW w:w="2880" w:type="dxa"/>
          </w:tcPr>
          <w:p w14:paraId="7D51E6B6" w14:textId="77777777" w:rsidR="00160F8F" w:rsidRDefault="00000000">
            <w:r>
              <w:t>Accuracy of Detection</w:t>
            </w:r>
          </w:p>
        </w:tc>
        <w:tc>
          <w:tcPr>
            <w:tcW w:w="2880" w:type="dxa"/>
          </w:tcPr>
          <w:p w14:paraId="4A0CE195" w14:textId="77777777" w:rsidR="00160F8F" w:rsidRDefault="00000000">
            <w:r>
              <w:t>Effectiveness of identifying fraud cases.</w:t>
            </w:r>
          </w:p>
        </w:tc>
        <w:tc>
          <w:tcPr>
            <w:tcW w:w="2880" w:type="dxa"/>
          </w:tcPr>
          <w:p w14:paraId="6B36E891" w14:textId="77777777" w:rsidR="00160F8F" w:rsidRDefault="00000000">
            <w:r>
              <w:t>25</w:t>
            </w:r>
          </w:p>
        </w:tc>
      </w:tr>
      <w:tr w:rsidR="00160F8F" w14:paraId="1A279FBE" w14:textId="77777777">
        <w:tc>
          <w:tcPr>
            <w:tcW w:w="2880" w:type="dxa"/>
          </w:tcPr>
          <w:p w14:paraId="6DA6E53D" w14:textId="77777777" w:rsidR="00160F8F" w:rsidRDefault="00000000">
            <w:r>
              <w:t>Latency</w:t>
            </w:r>
          </w:p>
        </w:tc>
        <w:tc>
          <w:tcPr>
            <w:tcW w:w="2880" w:type="dxa"/>
          </w:tcPr>
          <w:p w14:paraId="36B54BB3" w14:textId="77777777" w:rsidR="00160F8F" w:rsidRDefault="00000000">
            <w:r>
              <w:t>Speed of real-time decision making.</w:t>
            </w:r>
          </w:p>
        </w:tc>
        <w:tc>
          <w:tcPr>
            <w:tcW w:w="2880" w:type="dxa"/>
          </w:tcPr>
          <w:p w14:paraId="6425D34A" w14:textId="77777777" w:rsidR="00160F8F" w:rsidRDefault="00000000">
            <w:r>
              <w:t>20</w:t>
            </w:r>
          </w:p>
        </w:tc>
      </w:tr>
      <w:tr w:rsidR="00160F8F" w14:paraId="598CA037" w14:textId="77777777">
        <w:tc>
          <w:tcPr>
            <w:tcW w:w="2880" w:type="dxa"/>
          </w:tcPr>
          <w:p w14:paraId="7D27F80A" w14:textId="77777777" w:rsidR="00160F8F" w:rsidRDefault="00000000">
            <w:r>
              <w:t>Scalability</w:t>
            </w:r>
          </w:p>
        </w:tc>
        <w:tc>
          <w:tcPr>
            <w:tcW w:w="2880" w:type="dxa"/>
          </w:tcPr>
          <w:p w14:paraId="0163846F" w14:textId="77777777" w:rsidR="00160F8F" w:rsidRDefault="00000000">
            <w:r>
              <w:t>Handles growing number of users/transactions.</w:t>
            </w:r>
          </w:p>
        </w:tc>
        <w:tc>
          <w:tcPr>
            <w:tcW w:w="2880" w:type="dxa"/>
          </w:tcPr>
          <w:p w14:paraId="61DC3FE8" w14:textId="77777777" w:rsidR="00160F8F" w:rsidRDefault="00000000">
            <w:r>
              <w:t>20</w:t>
            </w:r>
          </w:p>
        </w:tc>
      </w:tr>
      <w:tr w:rsidR="00160F8F" w14:paraId="16B65A2B" w14:textId="77777777">
        <w:tc>
          <w:tcPr>
            <w:tcW w:w="2880" w:type="dxa"/>
          </w:tcPr>
          <w:p w14:paraId="02EB49BB" w14:textId="77777777" w:rsidR="00160F8F" w:rsidRDefault="00000000">
            <w:r>
              <w:t>Integration Feasibility</w:t>
            </w:r>
          </w:p>
        </w:tc>
        <w:tc>
          <w:tcPr>
            <w:tcW w:w="2880" w:type="dxa"/>
          </w:tcPr>
          <w:p w14:paraId="1778460E" w14:textId="77777777" w:rsidR="00160F8F" w:rsidRDefault="00000000">
            <w:r>
              <w:t>Can be integrated into banking systems.</w:t>
            </w:r>
          </w:p>
        </w:tc>
        <w:tc>
          <w:tcPr>
            <w:tcW w:w="2880" w:type="dxa"/>
          </w:tcPr>
          <w:p w14:paraId="7C2446A0" w14:textId="77777777" w:rsidR="00160F8F" w:rsidRDefault="00000000">
            <w:r>
              <w:t>15</w:t>
            </w:r>
          </w:p>
        </w:tc>
      </w:tr>
      <w:tr w:rsidR="00160F8F" w14:paraId="4598A6AF" w14:textId="77777777">
        <w:tc>
          <w:tcPr>
            <w:tcW w:w="2880" w:type="dxa"/>
          </w:tcPr>
          <w:p w14:paraId="6CADE8C7" w14:textId="77777777" w:rsidR="00160F8F" w:rsidRDefault="00000000">
            <w:r>
              <w:t>UI &amp; Reporting</w:t>
            </w:r>
          </w:p>
        </w:tc>
        <w:tc>
          <w:tcPr>
            <w:tcW w:w="2880" w:type="dxa"/>
          </w:tcPr>
          <w:p w14:paraId="66C80D3B" w14:textId="77777777" w:rsidR="00160F8F" w:rsidRDefault="00000000">
            <w:r>
              <w:t>Dashboard to explain alerts and outcomes.</w:t>
            </w:r>
          </w:p>
        </w:tc>
        <w:tc>
          <w:tcPr>
            <w:tcW w:w="2880" w:type="dxa"/>
          </w:tcPr>
          <w:p w14:paraId="23B082DA" w14:textId="77777777" w:rsidR="00160F8F" w:rsidRDefault="00000000">
            <w:r>
              <w:t>20</w:t>
            </w:r>
          </w:p>
        </w:tc>
      </w:tr>
    </w:tbl>
    <w:p w14:paraId="0C3F57FA" w14:textId="77777777" w:rsidR="00160F8F" w:rsidRDefault="00000000">
      <w:pPr>
        <w:pStyle w:val="Heading3"/>
      </w:pPr>
      <w:r>
        <w:t>5. 🛠 Tools and Technologies</w:t>
      </w:r>
    </w:p>
    <w:p w14:paraId="751EC179" w14:textId="77777777" w:rsidR="00160F8F" w:rsidRDefault="00000000">
      <w:r>
        <w:t>Recommended tools: Python, Scikit-learn, TensorFlow, Kafka, Apache Spark, REST APIs for banking integration, Docker for containerization, and PostgreSQL or NoSQL databases for transaction history storage. Deployment on AWS/GCP preferred.</w:t>
      </w:r>
    </w:p>
    <w:p w14:paraId="37F12CE1" w14:textId="4D692A92" w:rsidR="00160F8F" w:rsidRDefault="00160F8F">
      <w:pPr>
        <w:pStyle w:val="Heading1"/>
      </w:pPr>
    </w:p>
    <w:p w14:paraId="3A537933" w14:textId="4C8251BB" w:rsidR="00160F8F" w:rsidRDefault="00160F8F">
      <w:pPr>
        <w:pStyle w:val="Heading2"/>
      </w:pPr>
    </w:p>
    <w:p w14:paraId="032DB0C5" w14:textId="77777777" w:rsidR="00021D3A" w:rsidRDefault="00021D3A">
      <w:pPr>
        <w:rPr>
          <w:rFonts w:asciiTheme="majorHAnsi" w:eastAsiaTheme="majorEastAsia" w:hAnsiTheme="majorHAnsi" w:cstheme="majorBidi"/>
          <w:b/>
          <w:bCs/>
          <w:color w:val="4F81BD" w:themeColor="accent1"/>
          <w:sz w:val="26"/>
          <w:szCs w:val="26"/>
        </w:rPr>
      </w:pPr>
      <w:r>
        <w:br w:type="page"/>
      </w:r>
    </w:p>
    <w:p w14:paraId="2F5D5B9E" w14:textId="1836A391" w:rsidR="00160F8F" w:rsidRDefault="00000000">
      <w:pPr>
        <w:pStyle w:val="Heading2"/>
      </w:pPr>
      <w:r>
        <w:lastRenderedPageBreak/>
        <w:t>Problem Title: Solve interval scheduling for maximum meetings in a room</w:t>
      </w:r>
    </w:p>
    <w:p w14:paraId="2B9077D1" w14:textId="77777777" w:rsidR="00160F8F" w:rsidRDefault="00000000">
      <w:pPr>
        <w:pStyle w:val="Heading3"/>
      </w:pPr>
      <w:r>
        <w:t>1. 🧠 Problem Description</w:t>
      </w:r>
    </w:p>
    <w:p w14:paraId="60516856"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2E1C9C29"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28D3BB77" w14:textId="77777777">
        <w:tc>
          <w:tcPr>
            <w:tcW w:w="4320" w:type="dxa"/>
          </w:tcPr>
          <w:p w14:paraId="1A9FA079" w14:textId="77777777" w:rsidR="00160F8F" w:rsidRDefault="00000000">
            <w:r>
              <w:t>Use Case</w:t>
            </w:r>
          </w:p>
        </w:tc>
        <w:tc>
          <w:tcPr>
            <w:tcW w:w="4320" w:type="dxa"/>
          </w:tcPr>
          <w:p w14:paraId="78DBF1AF" w14:textId="77777777" w:rsidR="00160F8F" w:rsidRDefault="00000000">
            <w:r>
              <w:t>Description</w:t>
            </w:r>
          </w:p>
        </w:tc>
      </w:tr>
      <w:tr w:rsidR="00160F8F" w14:paraId="4D9D46DE" w14:textId="77777777">
        <w:tc>
          <w:tcPr>
            <w:tcW w:w="4320" w:type="dxa"/>
          </w:tcPr>
          <w:p w14:paraId="5DCB857E" w14:textId="77777777" w:rsidR="00160F8F" w:rsidRDefault="00000000">
            <w:r>
              <w:t>Banking Apps</w:t>
            </w:r>
          </w:p>
        </w:tc>
        <w:tc>
          <w:tcPr>
            <w:tcW w:w="4320" w:type="dxa"/>
          </w:tcPr>
          <w:p w14:paraId="63CD14A1" w14:textId="77777777" w:rsidR="00160F8F" w:rsidRDefault="00000000">
            <w:r>
              <w:t>Detect suspicious login locations or simultaneous logins.</w:t>
            </w:r>
          </w:p>
        </w:tc>
      </w:tr>
      <w:tr w:rsidR="00160F8F" w14:paraId="7A28CA5A" w14:textId="77777777">
        <w:tc>
          <w:tcPr>
            <w:tcW w:w="4320" w:type="dxa"/>
          </w:tcPr>
          <w:p w14:paraId="25B49F72" w14:textId="77777777" w:rsidR="00160F8F" w:rsidRDefault="00000000">
            <w:r>
              <w:t>POS Transactions</w:t>
            </w:r>
          </w:p>
        </w:tc>
        <w:tc>
          <w:tcPr>
            <w:tcW w:w="4320" w:type="dxa"/>
          </w:tcPr>
          <w:p w14:paraId="1D55A85D" w14:textId="77777777" w:rsidR="00160F8F" w:rsidRDefault="00000000">
            <w:r>
              <w:t>Flag high-value purchases at odd hours.</w:t>
            </w:r>
          </w:p>
        </w:tc>
      </w:tr>
      <w:tr w:rsidR="00160F8F" w14:paraId="23B6CFEE" w14:textId="77777777">
        <w:tc>
          <w:tcPr>
            <w:tcW w:w="4320" w:type="dxa"/>
          </w:tcPr>
          <w:p w14:paraId="09E7E558" w14:textId="77777777" w:rsidR="00160F8F" w:rsidRDefault="00000000">
            <w:r>
              <w:t>Credit Card Systems</w:t>
            </w:r>
          </w:p>
        </w:tc>
        <w:tc>
          <w:tcPr>
            <w:tcW w:w="4320" w:type="dxa"/>
          </w:tcPr>
          <w:p w14:paraId="2056242F" w14:textId="77777777" w:rsidR="00160F8F" w:rsidRDefault="00000000">
            <w:r>
              <w:t>Monitor frequent micro-transactions in short bursts.</w:t>
            </w:r>
          </w:p>
        </w:tc>
      </w:tr>
      <w:tr w:rsidR="00160F8F" w14:paraId="10058943" w14:textId="77777777">
        <w:tc>
          <w:tcPr>
            <w:tcW w:w="4320" w:type="dxa"/>
          </w:tcPr>
          <w:p w14:paraId="3753A16C" w14:textId="77777777" w:rsidR="00160F8F" w:rsidRDefault="00000000">
            <w:r>
              <w:t>Online Transfers</w:t>
            </w:r>
          </w:p>
        </w:tc>
        <w:tc>
          <w:tcPr>
            <w:tcW w:w="4320" w:type="dxa"/>
          </w:tcPr>
          <w:p w14:paraId="1E647C69" w14:textId="77777777" w:rsidR="00160F8F" w:rsidRDefault="00000000">
            <w:r>
              <w:t>Alert for rapid fund movements between accounts.</w:t>
            </w:r>
          </w:p>
        </w:tc>
      </w:tr>
      <w:tr w:rsidR="00160F8F" w14:paraId="1F2AE29D" w14:textId="77777777">
        <w:tc>
          <w:tcPr>
            <w:tcW w:w="4320" w:type="dxa"/>
          </w:tcPr>
          <w:p w14:paraId="3F6F7CE6" w14:textId="77777777" w:rsidR="00160F8F" w:rsidRDefault="00000000">
            <w:r>
              <w:t>E-commerce Payments</w:t>
            </w:r>
          </w:p>
        </w:tc>
        <w:tc>
          <w:tcPr>
            <w:tcW w:w="4320" w:type="dxa"/>
          </w:tcPr>
          <w:p w14:paraId="331747D1" w14:textId="77777777" w:rsidR="00160F8F" w:rsidRDefault="00000000">
            <w:r>
              <w:t>Block high-risk purchases from blacklisted IPs or locations.</w:t>
            </w:r>
          </w:p>
        </w:tc>
      </w:tr>
    </w:tbl>
    <w:p w14:paraId="4B4451AA"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2F1E0AA0" w14:textId="77777777">
        <w:tc>
          <w:tcPr>
            <w:tcW w:w="2880" w:type="dxa"/>
          </w:tcPr>
          <w:p w14:paraId="16FDBC2E" w14:textId="77777777" w:rsidR="00160F8F" w:rsidRDefault="00000000">
            <w:r>
              <w:t>Challenge</w:t>
            </w:r>
          </w:p>
        </w:tc>
        <w:tc>
          <w:tcPr>
            <w:tcW w:w="2880" w:type="dxa"/>
          </w:tcPr>
          <w:p w14:paraId="1F28E6E3" w14:textId="77777777" w:rsidR="00160F8F" w:rsidRDefault="00000000">
            <w:r>
              <w:t>Description</w:t>
            </w:r>
          </w:p>
        </w:tc>
        <w:tc>
          <w:tcPr>
            <w:tcW w:w="2880" w:type="dxa"/>
          </w:tcPr>
          <w:p w14:paraId="7F2E5273" w14:textId="77777777" w:rsidR="00160F8F" w:rsidRDefault="00000000">
            <w:r>
              <w:t>Suggested Solution</w:t>
            </w:r>
          </w:p>
        </w:tc>
      </w:tr>
      <w:tr w:rsidR="00160F8F" w14:paraId="0F5FA6B3" w14:textId="77777777">
        <w:tc>
          <w:tcPr>
            <w:tcW w:w="2880" w:type="dxa"/>
          </w:tcPr>
          <w:p w14:paraId="2E8A77EA" w14:textId="77777777" w:rsidR="00160F8F" w:rsidRDefault="00000000">
            <w:r>
              <w:t>False Positives</w:t>
            </w:r>
          </w:p>
        </w:tc>
        <w:tc>
          <w:tcPr>
            <w:tcW w:w="2880" w:type="dxa"/>
          </w:tcPr>
          <w:p w14:paraId="1127130B" w14:textId="77777777" w:rsidR="00160F8F" w:rsidRDefault="00000000">
            <w:r>
              <w:t>Legitimate users may get flagged.</w:t>
            </w:r>
          </w:p>
        </w:tc>
        <w:tc>
          <w:tcPr>
            <w:tcW w:w="2880" w:type="dxa"/>
          </w:tcPr>
          <w:p w14:paraId="231247F7" w14:textId="77777777" w:rsidR="00160F8F" w:rsidRDefault="00000000">
            <w:r>
              <w:t>Use adaptive ML models with feedback loops.</w:t>
            </w:r>
          </w:p>
        </w:tc>
      </w:tr>
      <w:tr w:rsidR="00160F8F" w14:paraId="0FCAA3AC" w14:textId="77777777">
        <w:tc>
          <w:tcPr>
            <w:tcW w:w="2880" w:type="dxa"/>
          </w:tcPr>
          <w:p w14:paraId="638ADDF1" w14:textId="77777777" w:rsidR="00160F8F" w:rsidRDefault="00000000">
            <w:r>
              <w:t>Latency</w:t>
            </w:r>
          </w:p>
        </w:tc>
        <w:tc>
          <w:tcPr>
            <w:tcW w:w="2880" w:type="dxa"/>
          </w:tcPr>
          <w:p w14:paraId="61715A3D" w14:textId="77777777" w:rsidR="00160F8F" w:rsidRDefault="00000000">
            <w:r>
              <w:t>Real-time analysis causes delay.</w:t>
            </w:r>
          </w:p>
        </w:tc>
        <w:tc>
          <w:tcPr>
            <w:tcW w:w="2880" w:type="dxa"/>
          </w:tcPr>
          <w:p w14:paraId="549FC162" w14:textId="77777777" w:rsidR="00160F8F" w:rsidRDefault="00000000">
            <w:r>
              <w:t>Use stream-processing tools like Kafka + Spark.</w:t>
            </w:r>
          </w:p>
        </w:tc>
      </w:tr>
      <w:tr w:rsidR="00160F8F" w14:paraId="371E874D" w14:textId="77777777">
        <w:tc>
          <w:tcPr>
            <w:tcW w:w="2880" w:type="dxa"/>
          </w:tcPr>
          <w:p w14:paraId="6BF5B381" w14:textId="77777777" w:rsidR="00160F8F" w:rsidRDefault="00000000">
            <w:r>
              <w:t>Lack of Labeled Data</w:t>
            </w:r>
          </w:p>
        </w:tc>
        <w:tc>
          <w:tcPr>
            <w:tcW w:w="2880" w:type="dxa"/>
          </w:tcPr>
          <w:p w14:paraId="4BF45AA4" w14:textId="77777777" w:rsidR="00160F8F" w:rsidRDefault="00000000">
            <w:r>
              <w:t>Fraud patterns are hard to train on.</w:t>
            </w:r>
          </w:p>
        </w:tc>
        <w:tc>
          <w:tcPr>
            <w:tcW w:w="2880" w:type="dxa"/>
          </w:tcPr>
          <w:p w14:paraId="78462C4D" w14:textId="77777777" w:rsidR="00160F8F" w:rsidRDefault="00000000">
            <w:r>
              <w:t>Use synthetic fraud data generation and transfer learning.</w:t>
            </w:r>
          </w:p>
        </w:tc>
      </w:tr>
      <w:tr w:rsidR="00160F8F" w14:paraId="66613360" w14:textId="77777777">
        <w:tc>
          <w:tcPr>
            <w:tcW w:w="2880" w:type="dxa"/>
          </w:tcPr>
          <w:p w14:paraId="29395C3B" w14:textId="77777777" w:rsidR="00160F8F" w:rsidRDefault="00000000">
            <w:r>
              <w:t>Model Drift</w:t>
            </w:r>
          </w:p>
        </w:tc>
        <w:tc>
          <w:tcPr>
            <w:tcW w:w="2880" w:type="dxa"/>
          </w:tcPr>
          <w:p w14:paraId="1894134F" w14:textId="77777777" w:rsidR="00160F8F" w:rsidRDefault="00000000">
            <w:r>
              <w:t>Patterns change over time.</w:t>
            </w:r>
          </w:p>
        </w:tc>
        <w:tc>
          <w:tcPr>
            <w:tcW w:w="2880" w:type="dxa"/>
          </w:tcPr>
          <w:p w14:paraId="03B5894E" w14:textId="77777777" w:rsidR="00160F8F" w:rsidRDefault="00000000">
            <w:r>
              <w:t>Schedule regular model re-training on recent data.</w:t>
            </w:r>
          </w:p>
        </w:tc>
      </w:tr>
      <w:tr w:rsidR="00160F8F" w14:paraId="75A8EF89" w14:textId="77777777">
        <w:tc>
          <w:tcPr>
            <w:tcW w:w="2880" w:type="dxa"/>
          </w:tcPr>
          <w:p w14:paraId="39FCD300" w14:textId="77777777" w:rsidR="00160F8F" w:rsidRDefault="00000000">
            <w:r>
              <w:t>Integration Issues</w:t>
            </w:r>
          </w:p>
        </w:tc>
        <w:tc>
          <w:tcPr>
            <w:tcW w:w="2880" w:type="dxa"/>
          </w:tcPr>
          <w:p w14:paraId="33377AC5" w14:textId="77777777" w:rsidR="00160F8F" w:rsidRDefault="00000000">
            <w:r>
              <w:t>Hard to embed in legacy systems.</w:t>
            </w:r>
          </w:p>
        </w:tc>
        <w:tc>
          <w:tcPr>
            <w:tcW w:w="2880" w:type="dxa"/>
          </w:tcPr>
          <w:p w14:paraId="726DB440" w14:textId="77777777" w:rsidR="00160F8F" w:rsidRDefault="00000000">
            <w:r>
              <w:t>Use API gateway to decouple model from core infra.</w:t>
            </w:r>
          </w:p>
        </w:tc>
      </w:tr>
    </w:tbl>
    <w:p w14:paraId="6CFA575F"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3A5D1B5E" w14:textId="77777777">
        <w:tc>
          <w:tcPr>
            <w:tcW w:w="2880" w:type="dxa"/>
          </w:tcPr>
          <w:p w14:paraId="5AF6DA69" w14:textId="77777777" w:rsidR="00160F8F" w:rsidRDefault="00000000">
            <w:r>
              <w:t>Criteria</w:t>
            </w:r>
          </w:p>
        </w:tc>
        <w:tc>
          <w:tcPr>
            <w:tcW w:w="2880" w:type="dxa"/>
          </w:tcPr>
          <w:p w14:paraId="4B25D492" w14:textId="77777777" w:rsidR="00160F8F" w:rsidRDefault="00000000">
            <w:r>
              <w:t>Description</w:t>
            </w:r>
          </w:p>
        </w:tc>
        <w:tc>
          <w:tcPr>
            <w:tcW w:w="2880" w:type="dxa"/>
          </w:tcPr>
          <w:p w14:paraId="0558CA7F" w14:textId="77777777" w:rsidR="00160F8F" w:rsidRDefault="00000000">
            <w:r>
              <w:t>Points</w:t>
            </w:r>
          </w:p>
        </w:tc>
      </w:tr>
      <w:tr w:rsidR="00160F8F" w14:paraId="308A69CE" w14:textId="77777777">
        <w:tc>
          <w:tcPr>
            <w:tcW w:w="2880" w:type="dxa"/>
          </w:tcPr>
          <w:p w14:paraId="20EFA597" w14:textId="77777777" w:rsidR="00160F8F" w:rsidRDefault="00000000">
            <w:r>
              <w:t>Accuracy of Detection</w:t>
            </w:r>
          </w:p>
        </w:tc>
        <w:tc>
          <w:tcPr>
            <w:tcW w:w="2880" w:type="dxa"/>
          </w:tcPr>
          <w:p w14:paraId="24B04D6D" w14:textId="77777777" w:rsidR="00160F8F" w:rsidRDefault="00000000">
            <w:r>
              <w:t>Effectiveness of identifying fraud cases.</w:t>
            </w:r>
          </w:p>
        </w:tc>
        <w:tc>
          <w:tcPr>
            <w:tcW w:w="2880" w:type="dxa"/>
          </w:tcPr>
          <w:p w14:paraId="1A971196" w14:textId="77777777" w:rsidR="00160F8F" w:rsidRDefault="00000000">
            <w:r>
              <w:t>25</w:t>
            </w:r>
          </w:p>
        </w:tc>
      </w:tr>
      <w:tr w:rsidR="00160F8F" w14:paraId="2748EE3B" w14:textId="77777777">
        <w:tc>
          <w:tcPr>
            <w:tcW w:w="2880" w:type="dxa"/>
          </w:tcPr>
          <w:p w14:paraId="4909D429" w14:textId="77777777" w:rsidR="00160F8F" w:rsidRDefault="00000000">
            <w:r>
              <w:t>Latency</w:t>
            </w:r>
          </w:p>
        </w:tc>
        <w:tc>
          <w:tcPr>
            <w:tcW w:w="2880" w:type="dxa"/>
          </w:tcPr>
          <w:p w14:paraId="191CF7F2" w14:textId="77777777" w:rsidR="00160F8F" w:rsidRDefault="00000000">
            <w:r>
              <w:t>Speed of real-time decision making.</w:t>
            </w:r>
          </w:p>
        </w:tc>
        <w:tc>
          <w:tcPr>
            <w:tcW w:w="2880" w:type="dxa"/>
          </w:tcPr>
          <w:p w14:paraId="0760CA98" w14:textId="77777777" w:rsidR="00160F8F" w:rsidRDefault="00000000">
            <w:r>
              <w:t>20</w:t>
            </w:r>
          </w:p>
        </w:tc>
      </w:tr>
      <w:tr w:rsidR="00160F8F" w14:paraId="31E0F65D" w14:textId="77777777">
        <w:tc>
          <w:tcPr>
            <w:tcW w:w="2880" w:type="dxa"/>
          </w:tcPr>
          <w:p w14:paraId="33E80C13" w14:textId="77777777" w:rsidR="00160F8F" w:rsidRDefault="00000000">
            <w:r>
              <w:t>Scalability</w:t>
            </w:r>
          </w:p>
        </w:tc>
        <w:tc>
          <w:tcPr>
            <w:tcW w:w="2880" w:type="dxa"/>
          </w:tcPr>
          <w:p w14:paraId="6824090B" w14:textId="77777777" w:rsidR="00160F8F" w:rsidRDefault="00000000">
            <w:r>
              <w:t>Handles growing number of users/transactions.</w:t>
            </w:r>
          </w:p>
        </w:tc>
        <w:tc>
          <w:tcPr>
            <w:tcW w:w="2880" w:type="dxa"/>
          </w:tcPr>
          <w:p w14:paraId="497BEA86" w14:textId="77777777" w:rsidR="00160F8F" w:rsidRDefault="00000000">
            <w:r>
              <w:t>20</w:t>
            </w:r>
          </w:p>
        </w:tc>
      </w:tr>
      <w:tr w:rsidR="00160F8F" w14:paraId="29DFCD10" w14:textId="77777777">
        <w:tc>
          <w:tcPr>
            <w:tcW w:w="2880" w:type="dxa"/>
          </w:tcPr>
          <w:p w14:paraId="1E5825E7" w14:textId="77777777" w:rsidR="00160F8F" w:rsidRDefault="00000000">
            <w:r>
              <w:t>Integration Feasibility</w:t>
            </w:r>
          </w:p>
        </w:tc>
        <w:tc>
          <w:tcPr>
            <w:tcW w:w="2880" w:type="dxa"/>
          </w:tcPr>
          <w:p w14:paraId="36B2D9C6" w14:textId="77777777" w:rsidR="00160F8F" w:rsidRDefault="00000000">
            <w:r>
              <w:t>Can be integrated into banking systems.</w:t>
            </w:r>
          </w:p>
        </w:tc>
        <w:tc>
          <w:tcPr>
            <w:tcW w:w="2880" w:type="dxa"/>
          </w:tcPr>
          <w:p w14:paraId="06594604" w14:textId="77777777" w:rsidR="00160F8F" w:rsidRDefault="00000000">
            <w:r>
              <w:t>15</w:t>
            </w:r>
          </w:p>
        </w:tc>
      </w:tr>
      <w:tr w:rsidR="00160F8F" w14:paraId="3CFD444D" w14:textId="77777777">
        <w:tc>
          <w:tcPr>
            <w:tcW w:w="2880" w:type="dxa"/>
          </w:tcPr>
          <w:p w14:paraId="09CAAED7" w14:textId="77777777" w:rsidR="00160F8F" w:rsidRDefault="00000000">
            <w:r>
              <w:t>UI &amp; Reporting</w:t>
            </w:r>
          </w:p>
        </w:tc>
        <w:tc>
          <w:tcPr>
            <w:tcW w:w="2880" w:type="dxa"/>
          </w:tcPr>
          <w:p w14:paraId="3FA22148" w14:textId="77777777" w:rsidR="00160F8F" w:rsidRDefault="00000000">
            <w:r>
              <w:t>Dashboard to explain alerts and outcomes.</w:t>
            </w:r>
          </w:p>
        </w:tc>
        <w:tc>
          <w:tcPr>
            <w:tcW w:w="2880" w:type="dxa"/>
          </w:tcPr>
          <w:p w14:paraId="49E3A351" w14:textId="77777777" w:rsidR="00160F8F" w:rsidRDefault="00000000">
            <w:r>
              <w:t>20</w:t>
            </w:r>
          </w:p>
        </w:tc>
      </w:tr>
    </w:tbl>
    <w:p w14:paraId="5B320AB3" w14:textId="77777777" w:rsidR="00160F8F" w:rsidRDefault="00000000">
      <w:pPr>
        <w:pStyle w:val="Heading3"/>
      </w:pPr>
      <w:r>
        <w:t>5. 🛠 Tools and Technologies</w:t>
      </w:r>
    </w:p>
    <w:p w14:paraId="29D14EDE" w14:textId="77777777" w:rsidR="00160F8F" w:rsidRDefault="00000000">
      <w:r>
        <w:t>Recommended tools: Python, Scikit-learn, TensorFlow, Kafka, Apache Spark, REST APIs for banking integration, Docker for containerization, and PostgreSQL or NoSQL databases for transaction history storage. Deployment on AWS/GCP preferred.</w:t>
      </w:r>
    </w:p>
    <w:p w14:paraId="5DCB6C52" w14:textId="5692FE13" w:rsidR="00160F8F" w:rsidRDefault="00160F8F">
      <w:pPr>
        <w:pStyle w:val="Heading1"/>
      </w:pPr>
    </w:p>
    <w:p w14:paraId="60075F2D" w14:textId="3E865670" w:rsidR="00160F8F" w:rsidRDefault="00160F8F">
      <w:pPr>
        <w:pStyle w:val="Heading2"/>
      </w:pPr>
    </w:p>
    <w:p w14:paraId="4754208D" w14:textId="77777777" w:rsidR="00021D3A" w:rsidRDefault="00021D3A">
      <w:pPr>
        <w:rPr>
          <w:rFonts w:asciiTheme="majorHAnsi" w:eastAsiaTheme="majorEastAsia" w:hAnsiTheme="majorHAnsi" w:cstheme="majorBidi"/>
          <w:b/>
          <w:bCs/>
          <w:color w:val="4F81BD" w:themeColor="accent1"/>
          <w:sz w:val="26"/>
          <w:szCs w:val="26"/>
        </w:rPr>
      </w:pPr>
      <w:r>
        <w:br w:type="page"/>
      </w:r>
    </w:p>
    <w:p w14:paraId="15DB35F0" w14:textId="0AE326CC" w:rsidR="00160F8F" w:rsidRDefault="00000000">
      <w:pPr>
        <w:pStyle w:val="Heading2"/>
      </w:pPr>
      <w:r>
        <w:lastRenderedPageBreak/>
        <w:t>Problem Title: Solve the traveling salesman problem using branch and bound</w:t>
      </w:r>
    </w:p>
    <w:p w14:paraId="15B103F1" w14:textId="77777777" w:rsidR="00160F8F" w:rsidRDefault="00000000">
      <w:pPr>
        <w:pStyle w:val="Heading3"/>
      </w:pPr>
      <w:r>
        <w:t>1. 🧠 Problem Description</w:t>
      </w:r>
    </w:p>
    <w:p w14:paraId="42F10087" w14:textId="77777777" w:rsidR="00160F8F" w:rsidRDefault="00000000">
      <w:r>
        <w:t>Design and implement an intelligent system capable of detecting fraudulent banking transactions in real time. This system should analyze transaction patterns, behavior anomalies, and contextual data to prevent financial loss. It must ensure accuracy, low latency, and integration capability with existing financial systems.</w:t>
      </w:r>
    </w:p>
    <w:p w14:paraId="32AE1BED" w14:textId="77777777" w:rsidR="00160F8F" w:rsidRDefault="00000000">
      <w:pPr>
        <w:pStyle w:val="Heading3"/>
      </w:pPr>
      <w:r>
        <w:t>2. 🚀 Use Cases</w:t>
      </w:r>
    </w:p>
    <w:tbl>
      <w:tblPr>
        <w:tblW w:w="0" w:type="auto"/>
        <w:tblLook w:val="04A0" w:firstRow="1" w:lastRow="0" w:firstColumn="1" w:lastColumn="0" w:noHBand="0" w:noVBand="1"/>
      </w:tblPr>
      <w:tblGrid>
        <w:gridCol w:w="4320"/>
        <w:gridCol w:w="4320"/>
      </w:tblGrid>
      <w:tr w:rsidR="00160F8F" w14:paraId="582FA713" w14:textId="77777777">
        <w:tc>
          <w:tcPr>
            <w:tcW w:w="4320" w:type="dxa"/>
          </w:tcPr>
          <w:p w14:paraId="5C72279E" w14:textId="77777777" w:rsidR="00160F8F" w:rsidRDefault="00000000">
            <w:r>
              <w:t>Use Case</w:t>
            </w:r>
          </w:p>
        </w:tc>
        <w:tc>
          <w:tcPr>
            <w:tcW w:w="4320" w:type="dxa"/>
          </w:tcPr>
          <w:p w14:paraId="2266AE0B" w14:textId="77777777" w:rsidR="00160F8F" w:rsidRDefault="00000000">
            <w:r>
              <w:t>Description</w:t>
            </w:r>
          </w:p>
        </w:tc>
      </w:tr>
      <w:tr w:rsidR="00160F8F" w14:paraId="32D340D6" w14:textId="77777777">
        <w:tc>
          <w:tcPr>
            <w:tcW w:w="4320" w:type="dxa"/>
          </w:tcPr>
          <w:p w14:paraId="37295DE4" w14:textId="77777777" w:rsidR="00160F8F" w:rsidRDefault="00000000">
            <w:r>
              <w:t>Banking Apps</w:t>
            </w:r>
          </w:p>
        </w:tc>
        <w:tc>
          <w:tcPr>
            <w:tcW w:w="4320" w:type="dxa"/>
          </w:tcPr>
          <w:p w14:paraId="4903D370" w14:textId="77777777" w:rsidR="00160F8F" w:rsidRDefault="00000000">
            <w:r>
              <w:t>Detect suspicious login locations or simultaneous logins.</w:t>
            </w:r>
          </w:p>
        </w:tc>
      </w:tr>
      <w:tr w:rsidR="00160F8F" w14:paraId="556FCBCA" w14:textId="77777777">
        <w:tc>
          <w:tcPr>
            <w:tcW w:w="4320" w:type="dxa"/>
          </w:tcPr>
          <w:p w14:paraId="6D6B20B7" w14:textId="77777777" w:rsidR="00160F8F" w:rsidRDefault="00000000">
            <w:r>
              <w:t>POS Transactions</w:t>
            </w:r>
          </w:p>
        </w:tc>
        <w:tc>
          <w:tcPr>
            <w:tcW w:w="4320" w:type="dxa"/>
          </w:tcPr>
          <w:p w14:paraId="41D2F78E" w14:textId="77777777" w:rsidR="00160F8F" w:rsidRDefault="00000000">
            <w:r>
              <w:t>Flag high-value purchases at odd hours.</w:t>
            </w:r>
          </w:p>
        </w:tc>
      </w:tr>
      <w:tr w:rsidR="00160F8F" w14:paraId="533B24B7" w14:textId="77777777">
        <w:tc>
          <w:tcPr>
            <w:tcW w:w="4320" w:type="dxa"/>
          </w:tcPr>
          <w:p w14:paraId="3CE9EFFB" w14:textId="77777777" w:rsidR="00160F8F" w:rsidRDefault="00000000">
            <w:r>
              <w:t>Credit Card Systems</w:t>
            </w:r>
          </w:p>
        </w:tc>
        <w:tc>
          <w:tcPr>
            <w:tcW w:w="4320" w:type="dxa"/>
          </w:tcPr>
          <w:p w14:paraId="75A843BA" w14:textId="77777777" w:rsidR="00160F8F" w:rsidRDefault="00000000">
            <w:r>
              <w:t>Monitor frequent micro-transactions in short bursts.</w:t>
            </w:r>
          </w:p>
        </w:tc>
      </w:tr>
      <w:tr w:rsidR="00160F8F" w14:paraId="68075061" w14:textId="77777777">
        <w:tc>
          <w:tcPr>
            <w:tcW w:w="4320" w:type="dxa"/>
          </w:tcPr>
          <w:p w14:paraId="1EFC5AEC" w14:textId="77777777" w:rsidR="00160F8F" w:rsidRDefault="00000000">
            <w:r>
              <w:t>Online Transfers</w:t>
            </w:r>
          </w:p>
        </w:tc>
        <w:tc>
          <w:tcPr>
            <w:tcW w:w="4320" w:type="dxa"/>
          </w:tcPr>
          <w:p w14:paraId="5238CC6D" w14:textId="77777777" w:rsidR="00160F8F" w:rsidRDefault="00000000">
            <w:r>
              <w:t>Alert for rapid fund movements between accounts.</w:t>
            </w:r>
          </w:p>
        </w:tc>
      </w:tr>
      <w:tr w:rsidR="00160F8F" w14:paraId="583DE23E" w14:textId="77777777">
        <w:tc>
          <w:tcPr>
            <w:tcW w:w="4320" w:type="dxa"/>
          </w:tcPr>
          <w:p w14:paraId="7BA390D2" w14:textId="77777777" w:rsidR="00160F8F" w:rsidRDefault="00000000">
            <w:r>
              <w:t>E-commerce Payments</w:t>
            </w:r>
          </w:p>
        </w:tc>
        <w:tc>
          <w:tcPr>
            <w:tcW w:w="4320" w:type="dxa"/>
          </w:tcPr>
          <w:p w14:paraId="4CF7C498" w14:textId="77777777" w:rsidR="00160F8F" w:rsidRDefault="00000000">
            <w:r>
              <w:t>Block high-risk purchases from blacklisted IPs or locations.</w:t>
            </w:r>
          </w:p>
        </w:tc>
      </w:tr>
    </w:tbl>
    <w:p w14:paraId="591D5B5C" w14:textId="77777777" w:rsidR="00160F8F" w:rsidRDefault="00000000">
      <w:pPr>
        <w:pStyle w:val="Heading3"/>
      </w:pPr>
      <w:r>
        <w:t>3. ⚠️ Bottlenecks &amp; Suggested Solutions</w:t>
      </w:r>
    </w:p>
    <w:tbl>
      <w:tblPr>
        <w:tblW w:w="0" w:type="auto"/>
        <w:tblLook w:val="04A0" w:firstRow="1" w:lastRow="0" w:firstColumn="1" w:lastColumn="0" w:noHBand="0" w:noVBand="1"/>
      </w:tblPr>
      <w:tblGrid>
        <w:gridCol w:w="2880"/>
        <w:gridCol w:w="2880"/>
        <w:gridCol w:w="2880"/>
      </w:tblGrid>
      <w:tr w:rsidR="00160F8F" w14:paraId="5C913780" w14:textId="77777777">
        <w:tc>
          <w:tcPr>
            <w:tcW w:w="2880" w:type="dxa"/>
          </w:tcPr>
          <w:p w14:paraId="5646B568" w14:textId="77777777" w:rsidR="00160F8F" w:rsidRDefault="00000000">
            <w:r>
              <w:t>Challenge</w:t>
            </w:r>
          </w:p>
        </w:tc>
        <w:tc>
          <w:tcPr>
            <w:tcW w:w="2880" w:type="dxa"/>
          </w:tcPr>
          <w:p w14:paraId="71AA4094" w14:textId="77777777" w:rsidR="00160F8F" w:rsidRDefault="00000000">
            <w:r>
              <w:t>Description</w:t>
            </w:r>
          </w:p>
        </w:tc>
        <w:tc>
          <w:tcPr>
            <w:tcW w:w="2880" w:type="dxa"/>
          </w:tcPr>
          <w:p w14:paraId="2B7C59E4" w14:textId="77777777" w:rsidR="00160F8F" w:rsidRDefault="00000000">
            <w:r>
              <w:t>Suggested Solution</w:t>
            </w:r>
          </w:p>
        </w:tc>
      </w:tr>
      <w:tr w:rsidR="00160F8F" w14:paraId="7272B00A" w14:textId="77777777">
        <w:tc>
          <w:tcPr>
            <w:tcW w:w="2880" w:type="dxa"/>
          </w:tcPr>
          <w:p w14:paraId="4A0B01C4" w14:textId="77777777" w:rsidR="00160F8F" w:rsidRDefault="00000000">
            <w:r>
              <w:t>False Positives</w:t>
            </w:r>
          </w:p>
        </w:tc>
        <w:tc>
          <w:tcPr>
            <w:tcW w:w="2880" w:type="dxa"/>
          </w:tcPr>
          <w:p w14:paraId="234F94FF" w14:textId="77777777" w:rsidR="00160F8F" w:rsidRDefault="00000000">
            <w:r>
              <w:t>Legitimate users may get flagged.</w:t>
            </w:r>
          </w:p>
        </w:tc>
        <w:tc>
          <w:tcPr>
            <w:tcW w:w="2880" w:type="dxa"/>
          </w:tcPr>
          <w:p w14:paraId="3F13B77B" w14:textId="77777777" w:rsidR="00160F8F" w:rsidRDefault="00000000">
            <w:r>
              <w:t>Use adaptive ML models with feedback loops.</w:t>
            </w:r>
          </w:p>
        </w:tc>
      </w:tr>
      <w:tr w:rsidR="00160F8F" w14:paraId="21A2F117" w14:textId="77777777">
        <w:tc>
          <w:tcPr>
            <w:tcW w:w="2880" w:type="dxa"/>
          </w:tcPr>
          <w:p w14:paraId="34D85EFA" w14:textId="77777777" w:rsidR="00160F8F" w:rsidRDefault="00000000">
            <w:r>
              <w:t>Latency</w:t>
            </w:r>
          </w:p>
        </w:tc>
        <w:tc>
          <w:tcPr>
            <w:tcW w:w="2880" w:type="dxa"/>
          </w:tcPr>
          <w:p w14:paraId="6BC073A9" w14:textId="77777777" w:rsidR="00160F8F" w:rsidRDefault="00000000">
            <w:r>
              <w:t>Real-time analysis causes delay.</w:t>
            </w:r>
          </w:p>
        </w:tc>
        <w:tc>
          <w:tcPr>
            <w:tcW w:w="2880" w:type="dxa"/>
          </w:tcPr>
          <w:p w14:paraId="5122083D" w14:textId="77777777" w:rsidR="00160F8F" w:rsidRDefault="00000000">
            <w:r>
              <w:t>Use stream-processing tools like Kafka + Spark.</w:t>
            </w:r>
          </w:p>
        </w:tc>
      </w:tr>
      <w:tr w:rsidR="00160F8F" w14:paraId="35D8AE50" w14:textId="77777777">
        <w:tc>
          <w:tcPr>
            <w:tcW w:w="2880" w:type="dxa"/>
          </w:tcPr>
          <w:p w14:paraId="0307CC89" w14:textId="77777777" w:rsidR="00160F8F" w:rsidRDefault="00000000">
            <w:r>
              <w:t>Lack of Labeled Data</w:t>
            </w:r>
          </w:p>
        </w:tc>
        <w:tc>
          <w:tcPr>
            <w:tcW w:w="2880" w:type="dxa"/>
          </w:tcPr>
          <w:p w14:paraId="5D3E5AB1" w14:textId="77777777" w:rsidR="00160F8F" w:rsidRDefault="00000000">
            <w:r>
              <w:t>Fraud patterns are hard to train on.</w:t>
            </w:r>
          </w:p>
        </w:tc>
        <w:tc>
          <w:tcPr>
            <w:tcW w:w="2880" w:type="dxa"/>
          </w:tcPr>
          <w:p w14:paraId="3C2A179D" w14:textId="77777777" w:rsidR="00160F8F" w:rsidRDefault="00000000">
            <w:r>
              <w:t>Use synthetic fraud data generation and transfer learning.</w:t>
            </w:r>
          </w:p>
        </w:tc>
      </w:tr>
      <w:tr w:rsidR="00160F8F" w14:paraId="06248ACA" w14:textId="77777777">
        <w:tc>
          <w:tcPr>
            <w:tcW w:w="2880" w:type="dxa"/>
          </w:tcPr>
          <w:p w14:paraId="54A40974" w14:textId="77777777" w:rsidR="00160F8F" w:rsidRDefault="00000000">
            <w:r>
              <w:t>Model Drift</w:t>
            </w:r>
          </w:p>
        </w:tc>
        <w:tc>
          <w:tcPr>
            <w:tcW w:w="2880" w:type="dxa"/>
          </w:tcPr>
          <w:p w14:paraId="340B918A" w14:textId="77777777" w:rsidR="00160F8F" w:rsidRDefault="00000000">
            <w:r>
              <w:t>Patterns change over time.</w:t>
            </w:r>
          </w:p>
        </w:tc>
        <w:tc>
          <w:tcPr>
            <w:tcW w:w="2880" w:type="dxa"/>
          </w:tcPr>
          <w:p w14:paraId="3ADB3246" w14:textId="77777777" w:rsidR="00160F8F" w:rsidRDefault="00000000">
            <w:r>
              <w:t>Schedule regular model re-training on recent data.</w:t>
            </w:r>
          </w:p>
        </w:tc>
      </w:tr>
      <w:tr w:rsidR="00160F8F" w14:paraId="610F72E4" w14:textId="77777777">
        <w:tc>
          <w:tcPr>
            <w:tcW w:w="2880" w:type="dxa"/>
          </w:tcPr>
          <w:p w14:paraId="42ED1550" w14:textId="77777777" w:rsidR="00160F8F" w:rsidRDefault="00000000">
            <w:r>
              <w:t>Integration Issues</w:t>
            </w:r>
          </w:p>
        </w:tc>
        <w:tc>
          <w:tcPr>
            <w:tcW w:w="2880" w:type="dxa"/>
          </w:tcPr>
          <w:p w14:paraId="1C57852B" w14:textId="77777777" w:rsidR="00160F8F" w:rsidRDefault="00000000">
            <w:r>
              <w:t>Hard to embed in legacy systems.</w:t>
            </w:r>
          </w:p>
        </w:tc>
        <w:tc>
          <w:tcPr>
            <w:tcW w:w="2880" w:type="dxa"/>
          </w:tcPr>
          <w:p w14:paraId="649C73B2" w14:textId="77777777" w:rsidR="00160F8F" w:rsidRDefault="00000000">
            <w:r>
              <w:t>Use API gateway to decouple model from core infra.</w:t>
            </w:r>
          </w:p>
        </w:tc>
      </w:tr>
    </w:tbl>
    <w:p w14:paraId="28B77F01" w14:textId="77777777" w:rsidR="00160F8F" w:rsidRDefault="00000000">
      <w:pPr>
        <w:pStyle w:val="Heading3"/>
      </w:pPr>
      <w:r>
        <w:lastRenderedPageBreak/>
        <w:t>4. 📊 Evaluation Rubrics (100-point scale)</w:t>
      </w:r>
    </w:p>
    <w:tbl>
      <w:tblPr>
        <w:tblW w:w="0" w:type="auto"/>
        <w:tblLook w:val="04A0" w:firstRow="1" w:lastRow="0" w:firstColumn="1" w:lastColumn="0" w:noHBand="0" w:noVBand="1"/>
      </w:tblPr>
      <w:tblGrid>
        <w:gridCol w:w="2880"/>
        <w:gridCol w:w="2880"/>
        <w:gridCol w:w="2880"/>
      </w:tblGrid>
      <w:tr w:rsidR="00160F8F" w14:paraId="0373DBC0" w14:textId="77777777">
        <w:tc>
          <w:tcPr>
            <w:tcW w:w="2880" w:type="dxa"/>
          </w:tcPr>
          <w:p w14:paraId="22900B9A" w14:textId="77777777" w:rsidR="00160F8F" w:rsidRDefault="00000000">
            <w:r>
              <w:t>Criteria</w:t>
            </w:r>
          </w:p>
        </w:tc>
        <w:tc>
          <w:tcPr>
            <w:tcW w:w="2880" w:type="dxa"/>
          </w:tcPr>
          <w:p w14:paraId="0B19DC4E" w14:textId="77777777" w:rsidR="00160F8F" w:rsidRDefault="00000000">
            <w:r>
              <w:t>Description</w:t>
            </w:r>
          </w:p>
        </w:tc>
        <w:tc>
          <w:tcPr>
            <w:tcW w:w="2880" w:type="dxa"/>
          </w:tcPr>
          <w:p w14:paraId="7A254924" w14:textId="77777777" w:rsidR="00160F8F" w:rsidRDefault="00000000">
            <w:r>
              <w:t>Points</w:t>
            </w:r>
          </w:p>
        </w:tc>
      </w:tr>
      <w:tr w:rsidR="00160F8F" w14:paraId="3FA2A619" w14:textId="77777777">
        <w:tc>
          <w:tcPr>
            <w:tcW w:w="2880" w:type="dxa"/>
          </w:tcPr>
          <w:p w14:paraId="0EC1F6FF" w14:textId="77777777" w:rsidR="00160F8F" w:rsidRDefault="00000000">
            <w:r>
              <w:t>Accuracy of Detection</w:t>
            </w:r>
          </w:p>
        </w:tc>
        <w:tc>
          <w:tcPr>
            <w:tcW w:w="2880" w:type="dxa"/>
          </w:tcPr>
          <w:p w14:paraId="422D487D" w14:textId="77777777" w:rsidR="00160F8F" w:rsidRDefault="00000000">
            <w:r>
              <w:t>Effectiveness of identifying fraud cases.</w:t>
            </w:r>
          </w:p>
        </w:tc>
        <w:tc>
          <w:tcPr>
            <w:tcW w:w="2880" w:type="dxa"/>
          </w:tcPr>
          <w:p w14:paraId="5E42B18F" w14:textId="77777777" w:rsidR="00160F8F" w:rsidRDefault="00000000">
            <w:r>
              <w:t>25</w:t>
            </w:r>
          </w:p>
        </w:tc>
      </w:tr>
      <w:tr w:rsidR="00160F8F" w14:paraId="674F63D9" w14:textId="77777777">
        <w:tc>
          <w:tcPr>
            <w:tcW w:w="2880" w:type="dxa"/>
          </w:tcPr>
          <w:p w14:paraId="5DCADD2E" w14:textId="77777777" w:rsidR="00160F8F" w:rsidRDefault="00000000">
            <w:r>
              <w:t>Latency</w:t>
            </w:r>
          </w:p>
        </w:tc>
        <w:tc>
          <w:tcPr>
            <w:tcW w:w="2880" w:type="dxa"/>
          </w:tcPr>
          <w:p w14:paraId="4A940E38" w14:textId="77777777" w:rsidR="00160F8F" w:rsidRDefault="00000000">
            <w:r>
              <w:t>Speed of real-time decision making.</w:t>
            </w:r>
          </w:p>
        </w:tc>
        <w:tc>
          <w:tcPr>
            <w:tcW w:w="2880" w:type="dxa"/>
          </w:tcPr>
          <w:p w14:paraId="2CF25263" w14:textId="77777777" w:rsidR="00160F8F" w:rsidRDefault="00000000">
            <w:r>
              <w:t>20</w:t>
            </w:r>
          </w:p>
        </w:tc>
      </w:tr>
      <w:tr w:rsidR="00160F8F" w14:paraId="4CE222C3" w14:textId="77777777">
        <w:tc>
          <w:tcPr>
            <w:tcW w:w="2880" w:type="dxa"/>
          </w:tcPr>
          <w:p w14:paraId="6BB66B66" w14:textId="77777777" w:rsidR="00160F8F" w:rsidRDefault="00000000">
            <w:r>
              <w:t>Scalability</w:t>
            </w:r>
          </w:p>
        </w:tc>
        <w:tc>
          <w:tcPr>
            <w:tcW w:w="2880" w:type="dxa"/>
          </w:tcPr>
          <w:p w14:paraId="504313A7" w14:textId="77777777" w:rsidR="00160F8F" w:rsidRDefault="00000000">
            <w:r>
              <w:t>Handles growing number of users/transactions.</w:t>
            </w:r>
          </w:p>
        </w:tc>
        <w:tc>
          <w:tcPr>
            <w:tcW w:w="2880" w:type="dxa"/>
          </w:tcPr>
          <w:p w14:paraId="3855C137" w14:textId="77777777" w:rsidR="00160F8F" w:rsidRDefault="00000000">
            <w:r>
              <w:t>20</w:t>
            </w:r>
          </w:p>
        </w:tc>
      </w:tr>
      <w:tr w:rsidR="00160F8F" w14:paraId="5E172C37" w14:textId="77777777">
        <w:tc>
          <w:tcPr>
            <w:tcW w:w="2880" w:type="dxa"/>
          </w:tcPr>
          <w:p w14:paraId="1A5C6D22" w14:textId="77777777" w:rsidR="00160F8F" w:rsidRDefault="00000000">
            <w:r>
              <w:t>Integration Feasibility</w:t>
            </w:r>
          </w:p>
        </w:tc>
        <w:tc>
          <w:tcPr>
            <w:tcW w:w="2880" w:type="dxa"/>
          </w:tcPr>
          <w:p w14:paraId="66D3601B" w14:textId="77777777" w:rsidR="00160F8F" w:rsidRDefault="00000000">
            <w:r>
              <w:t>Can be integrated into banking systems.</w:t>
            </w:r>
          </w:p>
        </w:tc>
        <w:tc>
          <w:tcPr>
            <w:tcW w:w="2880" w:type="dxa"/>
          </w:tcPr>
          <w:p w14:paraId="561AD2D5" w14:textId="77777777" w:rsidR="00160F8F" w:rsidRDefault="00000000">
            <w:r>
              <w:t>15</w:t>
            </w:r>
          </w:p>
        </w:tc>
      </w:tr>
      <w:tr w:rsidR="00160F8F" w14:paraId="006CD739" w14:textId="77777777">
        <w:tc>
          <w:tcPr>
            <w:tcW w:w="2880" w:type="dxa"/>
          </w:tcPr>
          <w:p w14:paraId="3A0816F8" w14:textId="77777777" w:rsidR="00160F8F" w:rsidRDefault="00000000">
            <w:r>
              <w:t>UI &amp; Reporting</w:t>
            </w:r>
          </w:p>
        </w:tc>
        <w:tc>
          <w:tcPr>
            <w:tcW w:w="2880" w:type="dxa"/>
          </w:tcPr>
          <w:p w14:paraId="6365EB87" w14:textId="77777777" w:rsidR="00160F8F" w:rsidRDefault="00000000">
            <w:r>
              <w:t>Dashboard to explain alerts and outcomes.</w:t>
            </w:r>
          </w:p>
        </w:tc>
        <w:tc>
          <w:tcPr>
            <w:tcW w:w="2880" w:type="dxa"/>
          </w:tcPr>
          <w:p w14:paraId="5809862A" w14:textId="77777777" w:rsidR="00160F8F" w:rsidRDefault="00000000">
            <w:r>
              <w:t>20</w:t>
            </w:r>
          </w:p>
        </w:tc>
      </w:tr>
    </w:tbl>
    <w:p w14:paraId="6A8950A4" w14:textId="77777777" w:rsidR="00160F8F" w:rsidRDefault="00000000">
      <w:pPr>
        <w:pStyle w:val="Heading3"/>
      </w:pPr>
      <w:r>
        <w:t>5. 🛠 Tools and Technologies</w:t>
      </w:r>
    </w:p>
    <w:p w14:paraId="30E7807E" w14:textId="77777777" w:rsidR="00160F8F" w:rsidRDefault="00000000">
      <w:r>
        <w:t>Recommended tools: Python, Scikit-learn, TensorFlow, Kafka, Apache Spark, REST APIs for banking integration, Docker for containerization, and PostgreSQL or NoSQL databases for transaction history storage. Deployment on AWS/GCP preferred.</w:t>
      </w:r>
    </w:p>
    <w:sectPr w:rsidR="00160F8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68889984">
    <w:abstractNumId w:val="8"/>
  </w:num>
  <w:num w:numId="2" w16cid:durableId="1238973477">
    <w:abstractNumId w:val="6"/>
  </w:num>
  <w:num w:numId="3" w16cid:durableId="1753431645">
    <w:abstractNumId w:val="5"/>
  </w:num>
  <w:num w:numId="4" w16cid:durableId="270168768">
    <w:abstractNumId w:val="4"/>
  </w:num>
  <w:num w:numId="5" w16cid:durableId="770589948">
    <w:abstractNumId w:val="7"/>
  </w:num>
  <w:num w:numId="6" w16cid:durableId="921331796">
    <w:abstractNumId w:val="3"/>
  </w:num>
  <w:num w:numId="7" w16cid:durableId="1925186282">
    <w:abstractNumId w:val="2"/>
  </w:num>
  <w:num w:numId="8" w16cid:durableId="108861019">
    <w:abstractNumId w:val="1"/>
  </w:num>
  <w:num w:numId="9" w16cid:durableId="130833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1D3A"/>
    <w:rsid w:val="00034616"/>
    <w:rsid w:val="0006063C"/>
    <w:rsid w:val="0015074B"/>
    <w:rsid w:val="00160F8F"/>
    <w:rsid w:val="0029639D"/>
    <w:rsid w:val="00326F90"/>
    <w:rsid w:val="00AA1D8D"/>
    <w:rsid w:val="00B47730"/>
    <w:rsid w:val="00B818AC"/>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062D5B"/>
  <w14:defaultImageDpi w14:val="300"/>
  <w15:docId w15:val="{8FF2155F-6A9E-4558-8466-D40E8B37D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40</Pages>
  <Words>5684</Words>
  <Characters>35302</Characters>
  <Application>Microsoft Office Word</Application>
  <DocSecurity>0</DocSecurity>
  <Lines>1681</Lines>
  <Paragraphs>1280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39706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Thatavarti Satish</cp:lastModifiedBy>
  <cp:revision>2</cp:revision>
  <dcterms:created xsi:type="dcterms:W3CDTF">2013-12-23T23:15:00Z</dcterms:created>
  <dcterms:modified xsi:type="dcterms:W3CDTF">2025-07-21T08:24:00Z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cafc4b28-bfce-47a4-aa60-14eeda052db9</vt:lpwstr>
  </property>
</Properties>
</file>