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Say It Right, Do It Better</w:t>
      </w:r>
    </w:p>
    <w:p>
      <w:r>
        <w:t>Common Sense With Others</w:t>
        <w:br/>
        <w:t>By Arian Allen</w:t>
      </w:r>
    </w:p>
    <w:p>
      <w:r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