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8E3" w:rsidRPr="00201FCB" w:rsidRDefault="00D928E3" w:rsidP="00201FCB">
      <w:pPr>
        <w:pStyle w:val="Heading1"/>
        <w:spacing w:line="480" w:lineRule="auto"/>
        <w:rPr>
          <w:rStyle w:val="Strong"/>
          <w:rFonts w:ascii="Garamond" w:hAnsi="Garamond"/>
          <w:b/>
          <w:bCs/>
          <w:sz w:val="24"/>
          <w:szCs w:val="24"/>
        </w:rPr>
      </w:pPr>
      <w:r w:rsidRPr="00201FCB">
        <w:rPr>
          <w:rFonts w:ascii="Garamond" w:hAnsi="Garamond"/>
          <w:noProof/>
          <w:sz w:val="24"/>
          <w:szCs w:val="24"/>
          <w:lang w:val="en-IN" w:eastAsia="en-IN"/>
        </w:rPr>
        <w:drawing>
          <wp:inline distT="0" distB="0" distL="0" distR="0">
            <wp:extent cx="4383315" cy="65749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ver.png"/>
                    <pic:cNvPicPr/>
                  </pic:nvPicPr>
                  <pic:blipFill>
                    <a:blip r:embed="rId8">
                      <a:extLst>
                        <a:ext uri="{28A0092B-C50C-407E-A947-70E740481C1C}">
                          <a14:useLocalDpi xmlns:a14="http://schemas.microsoft.com/office/drawing/2010/main" val="0"/>
                        </a:ext>
                      </a:extLst>
                    </a:blip>
                    <a:stretch>
                      <a:fillRect/>
                    </a:stretch>
                  </pic:blipFill>
                  <pic:spPr>
                    <a:xfrm>
                      <a:off x="0" y="0"/>
                      <a:ext cx="4385475" cy="6578213"/>
                    </a:xfrm>
                    <a:prstGeom prst="rect">
                      <a:avLst/>
                    </a:prstGeom>
                  </pic:spPr>
                </pic:pic>
              </a:graphicData>
            </a:graphic>
          </wp:inline>
        </w:drawing>
      </w:r>
    </w:p>
    <w:p w:rsidR="00AB6C38" w:rsidRPr="00201FCB" w:rsidRDefault="00AB6C38" w:rsidP="00201FCB">
      <w:pPr>
        <w:pStyle w:val="Heading1"/>
        <w:spacing w:line="480" w:lineRule="auto"/>
        <w:rPr>
          <w:rFonts w:ascii="Garamond" w:hAnsi="Garamond"/>
          <w:sz w:val="24"/>
          <w:szCs w:val="24"/>
        </w:rPr>
      </w:pPr>
      <w:r w:rsidRPr="00201FCB">
        <w:rPr>
          <w:rStyle w:val="Strong"/>
          <w:rFonts w:ascii="Garamond" w:hAnsi="Garamond"/>
          <w:b/>
          <w:bCs/>
          <w:sz w:val="24"/>
          <w:szCs w:val="24"/>
        </w:rPr>
        <w:lastRenderedPageBreak/>
        <w:t>ONCE IN A LIFETIME</w:t>
      </w:r>
    </w:p>
    <w:p w:rsidR="00AB6C38" w:rsidRPr="00201FCB" w:rsidRDefault="00AB6C38" w:rsidP="00201FCB">
      <w:pPr>
        <w:pStyle w:val="NormalWeb"/>
        <w:spacing w:line="480" w:lineRule="auto"/>
        <w:rPr>
          <w:rFonts w:ascii="Garamond" w:hAnsi="Garamond"/>
        </w:rPr>
      </w:pPr>
      <w:r w:rsidRPr="00201FCB">
        <w:rPr>
          <w:rStyle w:val="Emphasis"/>
          <w:rFonts w:ascii="Garamond" w:hAnsi="Garamond"/>
        </w:rPr>
        <w:t>An Indo-global geopolitical</w:t>
      </w:r>
      <w:r w:rsidR="00D928E3" w:rsidRPr="00201FCB">
        <w:rPr>
          <w:rStyle w:val="Emphasis"/>
          <w:rFonts w:ascii="Garamond" w:hAnsi="Garamond"/>
        </w:rPr>
        <w:t xml:space="preserve"> thriller</w:t>
      </w:r>
      <w:r w:rsidRPr="00201FCB">
        <w:rPr>
          <w:rStyle w:val="Emphasis"/>
          <w:rFonts w:ascii="Garamond" w:hAnsi="Garamond"/>
        </w:rPr>
        <w:t xml:space="preserve"> novella by</w:t>
      </w:r>
    </w:p>
    <w:p w:rsidR="00AB6C38" w:rsidRPr="00201FCB" w:rsidRDefault="00AB6C38" w:rsidP="00201FCB">
      <w:pPr>
        <w:pStyle w:val="NormalWeb"/>
        <w:spacing w:line="480" w:lineRule="auto"/>
        <w:ind w:left="3600"/>
        <w:rPr>
          <w:rFonts w:ascii="Garamond" w:hAnsi="Garamond"/>
        </w:rPr>
      </w:pPr>
      <w:r w:rsidRPr="00201FCB">
        <w:rPr>
          <w:rFonts w:ascii="Garamond" w:hAnsi="Garamond"/>
        </w:rPr>
        <w:br/>
      </w:r>
      <w:r w:rsidRPr="00201FCB">
        <w:rPr>
          <w:rStyle w:val="Strong"/>
          <w:rFonts w:ascii="Garamond" w:hAnsi="Garamond"/>
        </w:rPr>
        <w:t>AALOK KHURANA</w:t>
      </w:r>
    </w:p>
    <w:p w:rsidR="00F460A5" w:rsidRPr="00201FCB" w:rsidRDefault="00F460A5" w:rsidP="00201FCB">
      <w:pPr>
        <w:spacing w:line="480" w:lineRule="auto"/>
        <w:rPr>
          <w:rFonts w:ascii="Garamond" w:hAnsi="Garamond"/>
          <w:sz w:val="24"/>
          <w:szCs w:val="24"/>
        </w:rPr>
      </w:pPr>
    </w:p>
    <w:p w:rsidR="00AB6C38" w:rsidRPr="00201FCB" w:rsidRDefault="00AB6C38" w:rsidP="00201FCB">
      <w:pPr>
        <w:spacing w:line="480" w:lineRule="auto"/>
        <w:rPr>
          <w:rFonts w:ascii="Garamond" w:hAnsi="Garamond"/>
          <w:sz w:val="24"/>
          <w:szCs w:val="24"/>
        </w:rPr>
      </w:pPr>
    </w:p>
    <w:p w:rsidR="00AB6C38" w:rsidRPr="00201FCB" w:rsidRDefault="00AB6C38" w:rsidP="00201FCB">
      <w:pPr>
        <w:spacing w:line="480" w:lineRule="auto"/>
        <w:rPr>
          <w:rFonts w:ascii="Garamond" w:hAnsi="Garamond"/>
          <w:sz w:val="24"/>
          <w:szCs w:val="24"/>
        </w:rPr>
      </w:pPr>
    </w:p>
    <w:p w:rsidR="00AB6C38" w:rsidRPr="00201FCB" w:rsidRDefault="00AB6C38" w:rsidP="00201FCB">
      <w:pPr>
        <w:spacing w:line="480" w:lineRule="auto"/>
        <w:rPr>
          <w:rFonts w:ascii="Garamond" w:hAnsi="Garamond"/>
          <w:sz w:val="24"/>
          <w:szCs w:val="24"/>
        </w:rPr>
      </w:pPr>
    </w:p>
    <w:p w:rsidR="00AB6C38" w:rsidRPr="00201FCB" w:rsidRDefault="00AB6C38" w:rsidP="00201FCB">
      <w:pPr>
        <w:spacing w:line="480" w:lineRule="auto"/>
        <w:rPr>
          <w:rFonts w:ascii="Garamond" w:hAnsi="Garamond"/>
          <w:sz w:val="24"/>
          <w:szCs w:val="24"/>
        </w:rPr>
      </w:pPr>
    </w:p>
    <w:p w:rsidR="00AB6C38" w:rsidRPr="00201FCB" w:rsidRDefault="00AB6C38" w:rsidP="00201FCB">
      <w:pPr>
        <w:spacing w:line="480" w:lineRule="auto"/>
        <w:rPr>
          <w:rFonts w:ascii="Garamond" w:hAnsi="Garamond"/>
          <w:sz w:val="24"/>
          <w:szCs w:val="24"/>
        </w:rPr>
      </w:pPr>
      <w:bookmarkStart w:id="0" w:name="_GoBack"/>
      <w:bookmarkEnd w:id="0"/>
    </w:p>
    <w:p w:rsidR="00AB6C38" w:rsidRDefault="00AB6C38" w:rsidP="00201FCB">
      <w:pPr>
        <w:spacing w:line="480" w:lineRule="auto"/>
        <w:rPr>
          <w:rFonts w:ascii="Garamond" w:hAnsi="Garamond"/>
          <w:sz w:val="24"/>
          <w:szCs w:val="24"/>
        </w:rPr>
      </w:pPr>
    </w:p>
    <w:p w:rsidR="0006634C" w:rsidRPr="00201FCB" w:rsidRDefault="0006634C" w:rsidP="00201FCB">
      <w:pPr>
        <w:spacing w:line="480" w:lineRule="auto"/>
        <w:rPr>
          <w:rFonts w:ascii="Garamond" w:hAnsi="Garamond"/>
          <w:sz w:val="24"/>
          <w:szCs w:val="24"/>
        </w:rPr>
      </w:pPr>
    </w:p>
    <w:p w:rsidR="00AB6C38" w:rsidRPr="00201FCB" w:rsidRDefault="00AB6C38" w:rsidP="00201FCB">
      <w:pPr>
        <w:spacing w:line="480" w:lineRule="auto"/>
        <w:rPr>
          <w:rFonts w:ascii="Garamond" w:hAnsi="Garamond"/>
          <w:sz w:val="24"/>
          <w:szCs w:val="24"/>
        </w:rPr>
      </w:pPr>
      <w:r w:rsidRPr="00201FCB">
        <w:rPr>
          <w:rFonts w:ascii="Garamond" w:hAnsi="Garamond"/>
          <w:sz w:val="24"/>
          <w:szCs w:val="24"/>
        </w:rPr>
        <w:t>This is a work of fiction. Names, characters, events, and incidents are the product of the author’s imagination.</w:t>
      </w:r>
    </w:p>
    <w:p w:rsidR="001F29F9" w:rsidRPr="00201FCB" w:rsidRDefault="001F29F9" w:rsidP="00201FCB">
      <w:pPr>
        <w:pStyle w:val="Heading2"/>
        <w:spacing w:line="480" w:lineRule="auto"/>
        <w:rPr>
          <w:rFonts w:ascii="Garamond" w:hAnsi="Garamond"/>
          <w:sz w:val="24"/>
          <w:szCs w:val="24"/>
        </w:rPr>
      </w:pPr>
      <w:r w:rsidRPr="00201FCB">
        <w:rPr>
          <w:rFonts w:ascii="Segoe UI Symbol" w:hAnsi="Segoe UI Symbol" w:cs="Segoe UI Symbol"/>
          <w:sz w:val="24"/>
          <w:szCs w:val="24"/>
        </w:rPr>
        <w:lastRenderedPageBreak/>
        <w:t>📖</w:t>
      </w:r>
      <w:r w:rsidRPr="00201FCB">
        <w:rPr>
          <w:rFonts w:ascii="Garamond" w:hAnsi="Garamond"/>
          <w:sz w:val="24"/>
          <w:szCs w:val="24"/>
        </w:rPr>
        <w:t xml:space="preserve"> </w:t>
      </w:r>
      <w:r w:rsidRPr="00201FCB">
        <w:rPr>
          <w:rStyle w:val="Strong"/>
          <w:rFonts w:ascii="Garamond" w:hAnsi="Garamond"/>
          <w:b/>
          <w:bCs/>
          <w:sz w:val="24"/>
          <w:szCs w:val="24"/>
        </w:rPr>
        <w:t>Preface</w:t>
      </w:r>
    </w:p>
    <w:p w:rsidR="001F29F9" w:rsidRPr="00201FCB" w:rsidRDefault="001F29F9" w:rsidP="00201FCB">
      <w:pPr>
        <w:pStyle w:val="NormalWeb"/>
        <w:spacing w:line="480" w:lineRule="auto"/>
        <w:rPr>
          <w:rFonts w:ascii="Garamond" w:hAnsi="Garamond"/>
        </w:rPr>
      </w:pPr>
      <w:r w:rsidRPr="00201FCB">
        <w:rPr>
          <w:rFonts w:ascii="Garamond" w:hAnsi="Garamond"/>
        </w:rPr>
        <w:t xml:space="preserve">In an era of </w:t>
      </w:r>
      <w:proofErr w:type="spellStart"/>
      <w:r w:rsidRPr="00201FCB">
        <w:rPr>
          <w:rFonts w:ascii="Garamond" w:hAnsi="Garamond"/>
        </w:rPr>
        <w:t>deepfakes</w:t>
      </w:r>
      <w:proofErr w:type="spellEnd"/>
      <w:r w:rsidRPr="00201FCB">
        <w:rPr>
          <w:rFonts w:ascii="Garamond" w:hAnsi="Garamond"/>
        </w:rPr>
        <w:t>, drone swarms, and blurred borders, war is no longer declared — it is designed. And sometimes, it unfolds in silence.</w:t>
      </w:r>
    </w:p>
    <w:p w:rsidR="001F29F9" w:rsidRPr="00201FCB" w:rsidRDefault="001F29F9" w:rsidP="00201FCB">
      <w:pPr>
        <w:pStyle w:val="NormalWeb"/>
        <w:spacing w:line="480" w:lineRule="auto"/>
        <w:rPr>
          <w:rFonts w:ascii="Garamond" w:hAnsi="Garamond"/>
        </w:rPr>
      </w:pPr>
      <w:r w:rsidRPr="00201FCB">
        <w:rPr>
          <w:rStyle w:val="Emphasis"/>
          <w:rFonts w:ascii="Garamond" w:hAnsi="Garamond"/>
        </w:rPr>
        <w:t>Once in a Lifetime</w:t>
      </w:r>
      <w:r w:rsidRPr="00201FCB">
        <w:rPr>
          <w:rFonts w:ascii="Garamond" w:hAnsi="Garamond"/>
        </w:rPr>
        <w:t xml:space="preserve"> is a story of twenty hours that may never be acknowledged, involving people who may never be named, and a mission the world must never confirm. It imagines a future that feels alarmingly close, where diplomacy, espionage, and military precision intersect on a global chessboard tilted by misinformation and tech supremacy.</w:t>
      </w:r>
    </w:p>
    <w:p w:rsidR="001F29F9" w:rsidRPr="00201FCB" w:rsidRDefault="001F29F9" w:rsidP="00201FCB">
      <w:pPr>
        <w:pStyle w:val="NormalWeb"/>
        <w:spacing w:line="480" w:lineRule="auto"/>
        <w:rPr>
          <w:rFonts w:ascii="Garamond" w:hAnsi="Garamond"/>
        </w:rPr>
      </w:pPr>
      <w:r w:rsidRPr="00201FCB">
        <w:rPr>
          <w:rFonts w:ascii="Garamond" w:hAnsi="Garamond"/>
        </w:rPr>
        <w:t>At its core, this novella explores one powerful idea:</w:t>
      </w:r>
    </w:p>
    <w:p w:rsidR="001F29F9" w:rsidRPr="00201FCB" w:rsidRDefault="001F29F9" w:rsidP="00201FCB">
      <w:pPr>
        <w:pStyle w:val="NormalWeb"/>
        <w:spacing w:line="480" w:lineRule="auto"/>
        <w:rPr>
          <w:rFonts w:ascii="Garamond" w:hAnsi="Garamond"/>
        </w:rPr>
      </w:pPr>
      <w:r w:rsidRPr="00201FCB">
        <w:rPr>
          <w:rStyle w:val="Emphasis"/>
          <w:rFonts w:ascii="Garamond" w:hAnsi="Garamond"/>
        </w:rPr>
        <w:t>The most important battles are not fought in daylight — they are engineered in shadows.</w:t>
      </w:r>
    </w:p>
    <w:p w:rsidR="001F29F9" w:rsidRPr="00201FCB" w:rsidRDefault="001F29F9" w:rsidP="00201FCB">
      <w:pPr>
        <w:pStyle w:val="NormalWeb"/>
        <w:spacing w:line="480" w:lineRule="auto"/>
        <w:rPr>
          <w:rFonts w:ascii="Garamond" w:hAnsi="Garamond"/>
        </w:rPr>
      </w:pPr>
      <w:r w:rsidRPr="00201FCB">
        <w:rPr>
          <w:rFonts w:ascii="Garamond" w:hAnsi="Garamond"/>
        </w:rPr>
        <w:t xml:space="preserve">India, facing existential threat and global indifference, activates Operation </w:t>
      </w:r>
      <w:proofErr w:type="spellStart"/>
      <w:r w:rsidRPr="00201FCB">
        <w:rPr>
          <w:rFonts w:ascii="Garamond" w:hAnsi="Garamond"/>
        </w:rPr>
        <w:t>Trishul</w:t>
      </w:r>
      <w:proofErr w:type="spellEnd"/>
      <w:r w:rsidRPr="00201FCB">
        <w:rPr>
          <w:rFonts w:ascii="Garamond" w:hAnsi="Garamond"/>
        </w:rPr>
        <w:t xml:space="preserve"> — a covert, coordinated response across continents and disciplines. From desert patrols to </w:t>
      </w:r>
      <w:r w:rsidRPr="00201FCB">
        <w:rPr>
          <w:rFonts w:ascii="Garamond" w:hAnsi="Garamond"/>
        </w:rPr>
        <w:lastRenderedPageBreak/>
        <w:t>orbital interference, from fragile alliances to acts of quiet defiance, this is the story of those who act decisively when history pauses to take a breath.</w:t>
      </w:r>
    </w:p>
    <w:p w:rsidR="001F29F9" w:rsidRPr="00201FCB" w:rsidRDefault="001F29F9" w:rsidP="00201FCB">
      <w:pPr>
        <w:pStyle w:val="NormalWeb"/>
        <w:spacing w:line="480" w:lineRule="auto"/>
        <w:rPr>
          <w:rFonts w:ascii="Garamond" w:hAnsi="Garamond"/>
        </w:rPr>
      </w:pPr>
      <w:r w:rsidRPr="00201FCB">
        <w:rPr>
          <w:rFonts w:ascii="Garamond" w:hAnsi="Garamond"/>
        </w:rPr>
        <w:t xml:space="preserve">You will meet warriors who hide behind silence, diplomats who </w:t>
      </w:r>
      <w:proofErr w:type="spellStart"/>
      <w:r w:rsidRPr="00201FCB">
        <w:rPr>
          <w:rFonts w:ascii="Garamond" w:hAnsi="Garamond"/>
        </w:rPr>
        <w:t>weaponize</w:t>
      </w:r>
      <w:proofErr w:type="spellEnd"/>
      <w:r w:rsidRPr="00201FCB">
        <w:rPr>
          <w:rFonts w:ascii="Garamond" w:hAnsi="Garamond"/>
        </w:rPr>
        <w:t xml:space="preserve"> smiles, and scientists who must betray their ethics to serve their nation — just this once.</w:t>
      </w:r>
    </w:p>
    <w:p w:rsidR="001F29F9" w:rsidRPr="00201FCB" w:rsidRDefault="001F29F9" w:rsidP="00201FCB">
      <w:pPr>
        <w:pStyle w:val="NormalWeb"/>
        <w:spacing w:line="480" w:lineRule="auto"/>
        <w:rPr>
          <w:rFonts w:ascii="Garamond" w:hAnsi="Garamond"/>
        </w:rPr>
      </w:pPr>
      <w:r w:rsidRPr="00201FCB">
        <w:rPr>
          <w:rFonts w:ascii="Garamond" w:hAnsi="Garamond"/>
        </w:rPr>
        <w:t>This book is for readers who believe that courage comes in many forms — and not all heroes need medals.</w:t>
      </w:r>
    </w:p>
    <w:p w:rsidR="001F29F9" w:rsidRPr="00201FCB" w:rsidRDefault="001F29F9" w:rsidP="00201FCB">
      <w:pPr>
        <w:pStyle w:val="NormalWeb"/>
        <w:spacing w:line="480" w:lineRule="auto"/>
        <w:rPr>
          <w:rFonts w:ascii="Garamond" w:hAnsi="Garamond"/>
        </w:rPr>
      </w:pPr>
      <w:r w:rsidRPr="00201FCB">
        <w:rPr>
          <w:rFonts w:ascii="Garamond" w:hAnsi="Garamond"/>
        </w:rPr>
        <w:t xml:space="preserve">Welcome to </w:t>
      </w:r>
      <w:r w:rsidRPr="00201FCB">
        <w:rPr>
          <w:rStyle w:val="Emphasis"/>
          <w:rFonts w:ascii="Garamond" w:hAnsi="Garamond"/>
        </w:rPr>
        <w:t>Once in a Lifetime</w:t>
      </w:r>
      <w:r w:rsidRPr="00201FCB">
        <w:rPr>
          <w:rFonts w:ascii="Garamond" w:hAnsi="Garamond"/>
        </w:rPr>
        <w:t>.</w:t>
      </w:r>
    </w:p>
    <w:p w:rsidR="001F29F9" w:rsidRPr="00201FCB" w:rsidRDefault="001F29F9" w:rsidP="00201FCB">
      <w:pPr>
        <w:spacing w:line="480" w:lineRule="auto"/>
        <w:rPr>
          <w:rFonts w:ascii="Garamond" w:hAnsi="Garamond"/>
          <w:sz w:val="24"/>
          <w:szCs w:val="24"/>
        </w:rPr>
      </w:pPr>
    </w:p>
    <w:p w:rsidR="00AB6C38" w:rsidRPr="00201FCB" w:rsidRDefault="00AB6C38" w:rsidP="00201FCB">
      <w:pPr>
        <w:pStyle w:val="Heading2"/>
        <w:spacing w:line="480" w:lineRule="auto"/>
        <w:rPr>
          <w:rFonts w:ascii="Garamond" w:hAnsi="Garamond"/>
          <w:sz w:val="24"/>
          <w:szCs w:val="24"/>
        </w:rPr>
      </w:pPr>
      <w:r w:rsidRPr="00201FCB">
        <w:rPr>
          <w:rFonts w:ascii="Segoe UI Symbol" w:hAnsi="Segoe UI Symbol" w:cs="Segoe UI Symbol"/>
          <w:sz w:val="24"/>
          <w:szCs w:val="24"/>
        </w:rPr>
        <w:t>📑</w:t>
      </w:r>
      <w:r w:rsidRPr="00201FCB">
        <w:rPr>
          <w:rFonts w:ascii="Garamond" w:hAnsi="Garamond"/>
          <w:sz w:val="24"/>
          <w:szCs w:val="24"/>
        </w:rPr>
        <w:t xml:space="preserve"> </w:t>
      </w:r>
      <w:r w:rsidRPr="00201FCB">
        <w:rPr>
          <w:rStyle w:val="Strong"/>
          <w:rFonts w:ascii="Garamond" w:hAnsi="Garamond"/>
          <w:b/>
          <w:bCs/>
          <w:sz w:val="24"/>
          <w:szCs w:val="24"/>
        </w:rPr>
        <w:t>Table of Contents</w:t>
      </w:r>
    </w:p>
    <w:p w:rsidR="001F29F9" w:rsidRPr="00201FCB" w:rsidRDefault="00AB6C38" w:rsidP="00201FCB">
      <w:pPr>
        <w:spacing w:line="480" w:lineRule="auto"/>
        <w:rPr>
          <w:rStyle w:val="Strong"/>
          <w:rFonts w:ascii="Garamond" w:hAnsi="Garamond"/>
          <w:b w:val="0"/>
          <w:bCs w:val="0"/>
          <w:sz w:val="24"/>
          <w:szCs w:val="24"/>
        </w:rPr>
      </w:pPr>
      <w:r w:rsidRPr="00201FCB">
        <w:rPr>
          <w:rFonts w:ascii="Garamond" w:hAnsi="Garamond"/>
          <w:sz w:val="24"/>
          <w:szCs w:val="24"/>
        </w:rPr>
        <w:pict>
          <v:rect id="_x0000_i1056" style="width:0;height:1.5pt" o:hralign="center" o:hrstd="t" o:hr="t" fillcolor="#a0a0a0" stroked="f"/>
        </w:pic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INSURGENCY</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NWFP–</w:t>
      </w:r>
      <w:proofErr w:type="spellStart"/>
      <w:r w:rsidRPr="00201FCB">
        <w:rPr>
          <w:rFonts w:ascii="Garamond" w:hAnsi="Garamond"/>
        </w:rPr>
        <w:t>Balochistan</w:t>
      </w:r>
      <w:proofErr w:type="spellEnd"/>
      <w:r w:rsidRPr="00201FCB">
        <w:rPr>
          <w:rFonts w:ascii="Garamond" w:hAnsi="Garamond"/>
        </w:rPr>
        <w:t xml:space="preserve"> Border, Pakistan</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0435 hrs PKT / 0505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lastRenderedPageBreak/>
        <w:t>CRESCENT SHADOWS</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Abuja, Nigeria</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0910 hrs WAT / 1340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SATELLITES</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ISRO Command Hub, Bangalore, India</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1600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ENEMY TERRITORY</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w:t>
      </w:r>
      <w:proofErr w:type="spellStart"/>
      <w:r w:rsidRPr="00201FCB">
        <w:rPr>
          <w:rFonts w:ascii="Garamond" w:hAnsi="Garamond"/>
        </w:rPr>
        <w:t>Kirthar</w:t>
      </w:r>
      <w:proofErr w:type="spellEnd"/>
      <w:r w:rsidRPr="00201FCB">
        <w:rPr>
          <w:rFonts w:ascii="Garamond" w:hAnsi="Garamond"/>
        </w:rPr>
        <w:t xml:space="preserve"> Range, Pakistan</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1140 hrs PKT / 1210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THE ENEMY’S ENEMY</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Rooftop Café, Abuja, Nigeria</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1300 hrs WAT / 1730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CHINESE TECH</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Satellite Systems Lab, Bangalore, India</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1800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lastRenderedPageBreak/>
        <w:t>HIDE AND SEEK</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Western Pakistan — Desert Escarpment</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1300 hrs PKT / 1330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CHINESE WHISPERS</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Beijing (Intel Bureau) &amp; New Delhi (MEA)</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2000 hrs CST / 1730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SINGAPORE SLING</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Clarke Quay, Singapore</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2045 hrs SGT / 1815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PRIMARY TARGET</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Abandoned Village, South </w:t>
      </w:r>
      <w:proofErr w:type="spellStart"/>
      <w:r w:rsidRPr="00201FCB">
        <w:rPr>
          <w:rFonts w:ascii="Garamond" w:hAnsi="Garamond"/>
        </w:rPr>
        <w:t>Balochistan</w:t>
      </w:r>
      <w:proofErr w:type="spellEnd"/>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2200 hrs PKT / 2230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ROGUE AI</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New Delhi &amp; Bangalore Command Grid</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2300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lastRenderedPageBreak/>
        <w:t>ALL BUT ONE</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ISRO Core Ops, Bangalore / Global </w:t>
      </w:r>
      <w:proofErr w:type="spellStart"/>
      <w:r w:rsidRPr="00201FCB">
        <w:rPr>
          <w:rFonts w:ascii="Garamond" w:hAnsi="Garamond"/>
        </w:rPr>
        <w:t>SatNet</w:t>
      </w:r>
      <w:proofErr w:type="spellEnd"/>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2330 hrs IST</w:t>
      </w:r>
    </w:p>
    <w:p w:rsidR="00AB6C38" w:rsidRPr="00201FCB" w:rsidRDefault="00AB6C38" w:rsidP="00201FCB">
      <w:pPr>
        <w:pStyle w:val="NormalWeb"/>
        <w:numPr>
          <w:ilvl w:val="0"/>
          <w:numId w:val="13"/>
        </w:numPr>
        <w:spacing w:line="480" w:lineRule="auto"/>
        <w:rPr>
          <w:rFonts w:ascii="Garamond" w:hAnsi="Garamond"/>
        </w:rPr>
      </w:pPr>
      <w:r w:rsidRPr="00201FCB">
        <w:rPr>
          <w:rStyle w:val="Strong"/>
          <w:rFonts w:ascii="Garamond" w:hAnsi="Garamond"/>
        </w:rPr>
        <w:t>ONCE IN A LIFETIME</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Western Pakistan / LAC / Global Command Feeds</w:t>
      </w:r>
      <w:r w:rsidRPr="00201FCB">
        <w:rPr>
          <w:rFonts w:ascii="Garamond" w:hAnsi="Garamond"/>
        </w:rPr>
        <w:br/>
      </w:r>
      <w:r w:rsidRPr="00201FCB">
        <w:rPr>
          <w:rFonts w:ascii="Garamond" w:hAnsi="Garamond"/>
        </w:rPr>
        <w:t> </w:t>
      </w:r>
      <w:r w:rsidRPr="00201FCB">
        <w:rPr>
          <w:rFonts w:ascii="Segoe UI Symbol" w:hAnsi="Segoe UI Symbol" w:cs="Segoe UI Symbol"/>
        </w:rPr>
        <w:t>🕒</w:t>
      </w:r>
      <w:r w:rsidRPr="00201FCB">
        <w:rPr>
          <w:rFonts w:ascii="Garamond" w:hAnsi="Garamond"/>
        </w:rPr>
        <w:t xml:space="preserve"> 0000 hrs IST — Final Countdown</w:t>
      </w:r>
    </w:p>
    <w:p w:rsidR="00AB6C38" w:rsidRPr="00201FCB" w:rsidRDefault="00AB6C38" w:rsidP="00201FCB">
      <w:pPr>
        <w:spacing w:line="480" w:lineRule="auto"/>
        <w:rPr>
          <w:rFonts w:ascii="Garamond" w:hAnsi="Garamond"/>
          <w:sz w:val="24"/>
          <w:szCs w:val="24"/>
        </w:rPr>
        <w:sectPr w:rsidR="00AB6C38" w:rsidRPr="00201FCB" w:rsidSect="00115A97">
          <w:footerReference w:type="default" r:id="rId9"/>
          <w:pgSz w:w="7920" w:h="12240" w:code="6"/>
          <w:pgMar w:top="412" w:right="1440" w:bottom="1440" w:left="660" w:header="720" w:footer="720" w:gutter="0"/>
          <w:cols w:space="720"/>
          <w:docGrid w:linePitch="360"/>
        </w:sectPr>
      </w:pPr>
    </w:p>
    <w:p w:rsidR="00F460A5" w:rsidRPr="00201FCB" w:rsidRDefault="00C66709" w:rsidP="00201FCB">
      <w:pPr>
        <w:autoSpaceDE w:val="0"/>
        <w:autoSpaceDN w:val="0"/>
        <w:spacing w:before="226" w:after="0" w:line="480" w:lineRule="auto"/>
        <w:rPr>
          <w:rFonts w:ascii="Garamond" w:hAnsi="Garamond"/>
          <w:sz w:val="24"/>
          <w:szCs w:val="24"/>
        </w:rPr>
      </w:pPr>
      <w:r w:rsidRPr="00201FCB">
        <w:rPr>
          <w:rFonts w:ascii="Garamond" w:eastAsia="Charis SIL Regular" w:hAnsi="Garamond"/>
          <w:color w:val="000000"/>
          <w:sz w:val="24"/>
          <w:szCs w:val="24"/>
        </w:rPr>
        <w:lastRenderedPageBreak/>
        <w:t>17</w:t>
      </w:r>
      <w:r w:rsidR="001114AC" w:rsidRPr="00201FCB">
        <w:rPr>
          <w:rFonts w:ascii="Garamond" w:eastAsia="Charis SIL Regular" w:hAnsi="Garamond"/>
          <w:color w:val="000000"/>
          <w:sz w:val="24"/>
          <w:szCs w:val="24"/>
          <w:vertAlign w:val="superscript"/>
        </w:rPr>
        <w:t>th</w:t>
      </w:r>
      <w:r w:rsidR="00674A4C" w:rsidRPr="00201FCB">
        <w:rPr>
          <w:rFonts w:ascii="Garamond" w:eastAsia="Charis SIL Regular" w:hAnsi="Garamond"/>
          <w:color w:val="000000"/>
          <w:sz w:val="24"/>
          <w:szCs w:val="24"/>
        </w:rPr>
        <w:t xml:space="preserve"> May 2030</w:t>
      </w:r>
    </w:p>
    <w:p w:rsidR="00F460A5" w:rsidRPr="00201FCB" w:rsidRDefault="00A565DF" w:rsidP="00201FCB">
      <w:pPr>
        <w:autoSpaceDE w:val="0"/>
        <w:autoSpaceDN w:val="0"/>
        <w:spacing w:after="0" w:line="480" w:lineRule="auto"/>
        <w:rPr>
          <w:rFonts w:ascii="Garamond" w:hAnsi="Garamond"/>
          <w:sz w:val="24"/>
          <w:szCs w:val="24"/>
        </w:rPr>
      </w:pPr>
      <w:r w:rsidRPr="00201FCB">
        <w:rPr>
          <w:rFonts w:ascii="Garamond" w:eastAsia="Charis SIL Regular" w:hAnsi="Garamond"/>
          <w:color w:val="000000"/>
          <w:sz w:val="24"/>
          <w:szCs w:val="24"/>
        </w:rPr>
        <w:t>2330 hrs.</w:t>
      </w:r>
      <w:r w:rsidR="00C66709" w:rsidRPr="00201FCB">
        <w:rPr>
          <w:rFonts w:ascii="Garamond" w:eastAsia="Charis SIL Regular" w:hAnsi="Garamond"/>
          <w:color w:val="000000"/>
          <w:sz w:val="24"/>
          <w:szCs w:val="24"/>
        </w:rPr>
        <w:t xml:space="preserve"> (T minus 30 </w:t>
      </w:r>
      <w:proofErr w:type="spellStart"/>
      <w:r w:rsidR="00C66709" w:rsidRPr="00201FCB">
        <w:rPr>
          <w:rFonts w:ascii="Garamond" w:eastAsia="Charis SIL Regular" w:hAnsi="Garamond"/>
          <w:color w:val="000000"/>
          <w:sz w:val="24"/>
          <w:szCs w:val="24"/>
        </w:rPr>
        <w:t>hrs</w:t>
      </w:r>
      <w:proofErr w:type="spellEnd"/>
      <w:r w:rsidR="00C66709" w:rsidRPr="00201FCB">
        <w:rPr>
          <w:rFonts w:ascii="Garamond" w:eastAsia="Charis SIL Regular" w:hAnsi="Garamond"/>
          <w:color w:val="000000"/>
          <w:sz w:val="24"/>
          <w:szCs w:val="24"/>
        </w:rPr>
        <w:t>)</w:t>
      </w:r>
    </w:p>
    <w:p w:rsidR="00F460A5" w:rsidRPr="00201FCB" w:rsidRDefault="00A565DF" w:rsidP="00201FCB">
      <w:pPr>
        <w:autoSpaceDE w:val="0"/>
        <w:autoSpaceDN w:val="0"/>
        <w:spacing w:before="60" w:after="0" w:line="480" w:lineRule="auto"/>
        <w:rPr>
          <w:rFonts w:ascii="Garamond" w:hAnsi="Garamond"/>
          <w:sz w:val="24"/>
          <w:szCs w:val="24"/>
        </w:rPr>
      </w:pPr>
      <w:r w:rsidRPr="00201FCB">
        <w:rPr>
          <w:rFonts w:ascii="Garamond" w:eastAsia="Charis SIL Regular" w:hAnsi="Garamond"/>
          <w:color w:val="000000"/>
          <w:sz w:val="24"/>
          <w:szCs w:val="24"/>
        </w:rPr>
        <w:t>An unassuming commercial aircraft activated its landing gears to land onto the</w:t>
      </w:r>
      <w:r w:rsidR="001E7288" w:rsidRPr="00201FCB">
        <w:rPr>
          <w:rFonts w:ascii="Garamond" w:eastAsia="Charis SIL Regular" w:hAnsi="Garamond"/>
          <w:color w:val="000000"/>
          <w:sz w:val="24"/>
          <w:szCs w:val="24"/>
        </w:rPr>
        <w:t xml:space="preserve"> lit</w:t>
      </w:r>
      <w:r w:rsidRPr="00201FCB">
        <w:rPr>
          <w:rFonts w:ascii="Garamond" w:eastAsia="Charis SIL Regular" w:hAnsi="Garamond"/>
          <w:color w:val="000000"/>
          <w:sz w:val="24"/>
          <w:szCs w:val="24"/>
        </w:rPr>
        <w:t xml:space="preserve"> tarmac. Unlike the regular hustle of passengers to grab their overhead cabin luggage, there were just ten strapping men</w:t>
      </w:r>
      <w:r w:rsidR="001E7288" w:rsidRPr="00201FCB">
        <w:rPr>
          <w:rFonts w:ascii="Garamond" w:eastAsia="Charis SIL Regular" w:hAnsi="Garamond"/>
          <w:color w:val="000000"/>
          <w:sz w:val="24"/>
          <w:szCs w:val="24"/>
        </w:rPr>
        <w:t xml:space="preserve"> and women</w:t>
      </w:r>
      <w:r w:rsidRPr="00201FCB">
        <w:rPr>
          <w:rFonts w:ascii="Garamond" w:eastAsia="Charis SIL Regular" w:hAnsi="Garamond"/>
          <w:color w:val="000000"/>
          <w:sz w:val="24"/>
          <w:szCs w:val="24"/>
        </w:rPr>
        <w:t xml:space="preserve"> of much darker complexion tha</w:t>
      </w:r>
      <w:r w:rsidR="001E7288" w:rsidRPr="00201FCB">
        <w:rPr>
          <w:rFonts w:ascii="Garamond" w:eastAsia="Charis SIL Regular" w:hAnsi="Garamond"/>
          <w:color w:val="000000"/>
          <w:sz w:val="24"/>
          <w:szCs w:val="24"/>
        </w:rPr>
        <w:t>n the average local. The men and women</w:t>
      </w:r>
      <w:r w:rsidRPr="00201FCB">
        <w:rPr>
          <w:rFonts w:ascii="Garamond" w:eastAsia="Charis SIL Regular" w:hAnsi="Garamond"/>
          <w:color w:val="000000"/>
          <w:sz w:val="24"/>
          <w:szCs w:val="24"/>
        </w:rPr>
        <w:t xml:space="preserve"> calmly grabbed their backpacks and headed out of the aircraft into the </w:t>
      </w:r>
      <w:r w:rsidR="001114AC" w:rsidRPr="00201FCB">
        <w:rPr>
          <w:rFonts w:ascii="Garamond" w:eastAsia="Charis SIL Regular" w:hAnsi="Garamond"/>
          <w:color w:val="000000"/>
          <w:sz w:val="24"/>
          <w:szCs w:val="24"/>
        </w:rPr>
        <w:t>warm desert air</w:t>
      </w:r>
      <w:r w:rsidRPr="00201FCB">
        <w:rPr>
          <w:rFonts w:ascii="Garamond" w:eastAsia="Charis SIL Regular" w:hAnsi="Garamond"/>
          <w:color w:val="000000"/>
          <w:sz w:val="24"/>
          <w:szCs w:val="24"/>
        </w:rPr>
        <w:t xml:space="preserve"> at Kabul International Airport. No sooner had they got down from the commercial airline</w:t>
      </w:r>
      <w:r w:rsidR="001114AC" w:rsidRPr="00201FCB">
        <w:rPr>
          <w:rFonts w:ascii="Garamond" w:eastAsia="Charis SIL Regular" w:hAnsi="Garamond"/>
          <w:color w:val="000000"/>
          <w:sz w:val="24"/>
          <w:szCs w:val="24"/>
        </w:rPr>
        <w:t>, they were</w:t>
      </w:r>
      <w:r w:rsidRPr="00201FCB">
        <w:rPr>
          <w:rFonts w:ascii="Garamond" w:eastAsia="Charis SIL Regular" w:hAnsi="Garamond"/>
          <w:color w:val="000000"/>
          <w:sz w:val="24"/>
          <w:szCs w:val="24"/>
        </w:rPr>
        <w:t xml:space="preserve"> swiftly whisked away in a battery of five Toyota Hilux SUV's. The ten men</w:t>
      </w:r>
      <w:r w:rsidR="001E7288" w:rsidRPr="00201FCB">
        <w:rPr>
          <w:rFonts w:ascii="Garamond" w:eastAsia="Charis SIL Regular" w:hAnsi="Garamond"/>
          <w:color w:val="000000"/>
          <w:sz w:val="24"/>
          <w:szCs w:val="24"/>
        </w:rPr>
        <w:t xml:space="preserve"> and women</w:t>
      </w:r>
      <w:r w:rsidRPr="00201FCB">
        <w:rPr>
          <w:rFonts w:ascii="Garamond" w:eastAsia="Charis SIL Regular" w:hAnsi="Garamond"/>
          <w:color w:val="000000"/>
          <w:sz w:val="24"/>
          <w:szCs w:val="24"/>
        </w:rPr>
        <w:t xml:space="preserve"> split in two vehicles while the rest of the vehicles carried their cargo.</w:t>
      </w:r>
      <w:r w:rsidRPr="00201FCB">
        <w:rPr>
          <w:rFonts w:ascii="Garamond" w:eastAsia="Charis SIL Regular" w:hAnsi="Garamond"/>
          <w:color w:val="212529"/>
          <w:sz w:val="24"/>
          <w:szCs w:val="24"/>
        </w:rPr>
        <w:t xml:space="preserve"> The five Toyota</w:t>
      </w:r>
      <w:r w:rsidR="001114AC" w:rsidRPr="00201FCB">
        <w:rPr>
          <w:rFonts w:ascii="Garamond" w:eastAsia="Charis SIL Regular" w:hAnsi="Garamond"/>
          <w:color w:val="212529"/>
          <w:sz w:val="24"/>
          <w:szCs w:val="24"/>
        </w:rPr>
        <w:t xml:space="preserve"> </w:t>
      </w:r>
      <w:r w:rsidRPr="00201FCB">
        <w:rPr>
          <w:rFonts w:ascii="Garamond" w:eastAsia="Charis SIL Regular" w:hAnsi="Garamond"/>
          <w:color w:val="212529"/>
          <w:sz w:val="24"/>
          <w:szCs w:val="24"/>
        </w:rPr>
        <w:t>Hilux formed a motorcade and sped their way eas</w:t>
      </w:r>
      <w:r w:rsidR="009265FE" w:rsidRPr="00201FCB">
        <w:rPr>
          <w:rFonts w:ascii="Garamond" w:eastAsia="Charis SIL Regular" w:hAnsi="Garamond"/>
          <w:color w:val="212529"/>
          <w:sz w:val="24"/>
          <w:szCs w:val="24"/>
        </w:rPr>
        <w:t>twards in the dark of the night quietly without disturbing the sands of the desert much.</w:t>
      </w:r>
    </w:p>
    <w:p w:rsidR="009D395A"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Charis SIL Regular" w:hAnsi="Garamond"/>
          <w:color w:val="000000"/>
          <w:sz w:val="24"/>
          <w:szCs w:val="24"/>
        </w:rPr>
        <w:t>None of the men made much movements for the next four</w:t>
      </w:r>
      <w:r w:rsidR="009265FE" w:rsidRPr="00201FCB">
        <w:rPr>
          <w:rFonts w:ascii="Garamond" w:eastAsia="Charis SIL Regular" w:hAnsi="Garamond"/>
          <w:color w:val="000000"/>
          <w:sz w:val="24"/>
          <w:szCs w:val="24"/>
        </w:rPr>
        <w:t xml:space="preserve"> and a half</w:t>
      </w:r>
      <w:r w:rsidRPr="00201FCB">
        <w:rPr>
          <w:rFonts w:ascii="Garamond" w:eastAsia="Charis SIL Regular" w:hAnsi="Garamond"/>
          <w:color w:val="000000"/>
          <w:sz w:val="24"/>
          <w:szCs w:val="24"/>
        </w:rPr>
        <w:t xml:space="preserve"> hours other than occasionally grabbing an energy bar or popping</w:t>
      </w:r>
      <w:r w:rsidR="001114AC" w:rsidRPr="00201FCB">
        <w:rPr>
          <w:rFonts w:ascii="Garamond" w:eastAsia="Charis SIL Regular" w:hAnsi="Garamond"/>
          <w:color w:val="000000"/>
          <w:sz w:val="24"/>
          <w:szCs w:val="24"/>
        </w:rPr>
        <w:t xml:space="preserve"> caffeine</w:t>
      </w:r>
      <w:r w:rsidRPr="00201FCB">
        <w:rPr>
          <w:rFonts w:ascii="Garamond" w:eastAsia="Charis SIL Regular" w:hAnsi="Garamond"/>
          <w:color w:val="000000"/>
          <w:sz w:val="24"/>
          <w:szCs w:val="24"/>
        </w:rPr>
        <w:t xml:space="preserve"> pills. It was 0415 hrs. when </w:t>
      </w:r>
      <w:r w:rsidR="001114AC" w:rsidRPr="00201FCB">
        <w:rPr>
          <w:rFonts w:ascii="Garamond" w:eastAsia="Charis SIL Regular" w:hAnsi="Garamond"/>
          <w:color w:val="000000"/>
          <w:sz w:val="24"/>
          <w:szCs w:val="24"/>
        </w:rPr>
        <w:t>finally,</w:t>
      </w:r>
      <w:r w:rsidR="00A354CB" w:rsidRPr="00201FCB">
        <w:rPr>
          <w:rFonts w:ascii="Garamond" w:eastAsia="Charis SIL Regular" w:hAnsi="Garamond"/>
          <w:color w:val="000000"/>
          <w:sz w:val="24"/>
          <w:szCs w:val="24"/>
        </w:rPr>
        <w:t xml:space="preserve"> the Toyotas came to screeching halt.</w:t>
      </w:r>
      <w:r w:rsidR="001114AC" w:rsidRPr="00201FCB">
        <w:rPr>
          <w:rFonts w:ascii="Garamond" w:eastAsia="Charis SIL Regular" w:hAnsi="Garamond"/>
          <w:color w:val="000000"/>
          <w:sz w:val="24"/>
          <w:szCs w:val="24"/>
        </w:rPr>
        <w:t xml:space="preserve"> </w:t>
      </w:r>
      <w:r w:rsidR="009265FE" w:rsidRPr="00201FCB">
        <w:rPr>
          <w:rFonts w:ascii="Garamond" w:eastAsia="Times New Roman" w:hAnsi="Garamond" w:cs="Times New Roman"/>
          <w:sz w:val="24"/>
          <w:szCs w:val="24"/>
          <w:lang w:val="en-IN" w:eastAsia="en-IN"/>
        </w:rPr>
        <w:t>T</w:t>
      </w:r>
      <w:r w:rsidR="009D395A" w:rsidRPr="00201FCB">
        <w:rPr>
          <w:rFonts w:ascii="Garamond" w:eastAsia="Times New Roman" w:hAnsi="Garamond" w:cs="Times New Roman"/>
          <w:sz w:val="24"/>
          <w:szCs w:val="24"/>
          <w:lang w:val="en-IN" w:eastAsia="en-IN"/>
        </w:rPr>
        <w:t>he five Hilux SUVs</w:t>
      </w:r>
      <w:r w:rsidR="009265FE" w:rsidRPr="00201FCB">
        <w:rPr>
          <w:rFonts w:ascii="Garamond" w:eastAsia="Times New Roman" w:hAnsi="Garamond" w:cs="Times New Roman"/>
          <w:sz w:val="24"/>
          <w:szCs w:val="24"/>
          <w:lang w:val="en-IN" w:eastAsia="en-IN"/>
        </w:rPr>
        <w:t xml:space="preserve"> offloaded its cargo of humans and machines and</w:t>
      </w:r>
      <w:r w:rsidR="009D395A" w:rsidRPr="00201FCB">
        <w:rPr>
          <w:rFonts w:ascii="Garamond" w:eastAsia="Times New Roman" w:hAnsi="Garamond" w:cs="Times New Roman"/>
          <w:sz w:val="24"/>
          <w:szCs w:val="24"/>
          <w:lang w:val="en-IN" w:eastAsia="en-IN"/>
        </w:rPr>
        <w:t xml:space="preserve"> disapp</w:t>
      </w:r>
      <w:r w:rsidR="009265FE" w:rsidRPr="00201FCB">
        <w:rPr>
          <w:rFonts w:ascii="Garamond" w:eastAsia="Times New Roman" w:hAnsi="Garamond" w:cs="Times New Roman"/>
          <w:sz w:val="24"/>
          <w:szCs w:val="24"/>
          <w:lang w:val="en-IN" w:eastAsia="en-IN"/>
        </w:rPr>
        <w:t>eared into the night.</w:t>
      </w:r>
      <w:r w:rsidR="009D395A" w:rsidRPr="00201FCB">
        <w:rPr>
          <w:rFonts w:ascii="Garamond" w:eastAsia="Times New Roman" w:hAnsi="Garamond" w:cs="Times New Roman"/>
          <w:sz w:val="24"/>
          <w:szCs w:val="24"/>
          <w:lang w:val="en-IN" w:eastAsia="en-IN"/>
        </w:rPr>
        <w:t xml:space="preserve"> </w:t>
      </w:r>
      <w:r w:rsidR="009265FE" w:rsidRPr="00201FCB">
        <w:rPr>
          <w:rFonts w:ascii="Garamond" w:eastAsia="Times New Roman" w:hAnsi="Garamond" w:cs="Times New Roman"/>
          <w:sz w:val="24"/>
          <w:szCs w:val="24"/>
          <w:lang w:val="en-IN" w:eastAsia="en-IN"/>
        </w:rPr>
        <w:t>T</w:t>
      </w:r>
      <w:r w:rsidR="009D395A" w:rsidRPr="00201FCB">
        <w:rPr>
          <w:rFonts w:ascii="Garamond" w:eastAsia="Times New Roman" w:hAnsi="Garamond" w:cs="Times New Roman"/>
          <w:sz w:val="24"/>
          <w:szCs w:val="24"/>
          <w:lang w:val="en-IN" w:eastAsia="en-IN"/>
        </w:rPr>
        <w:t xml:space="preserve">he ten Indian </w:t>
      </w:r>
      <w:r w:rsidR="009D395A" w:rsidRPr="00201FCB">
        <w:rPr>
          <w:rFonts w:ascii="Garamond" w:eastAsia="Times New Roman" w:hAnsi="Garamond" w:cs="Times New Roman"/>
          <w:sz w:val="24"/>
          <w:szCs w:val="24"/>
          <w:lang w:val="en-IN" w:eastAsia="en-IN"/>
        </w:rPr>
        <w:lastRenderedPageBreak/>
        <w:t>commandos stood still, silhouetted under a jagged sky rippling with stars. The desert air was dry but not dead. It carried the weight of history — old battles, old betrayals — and now, a mission that would redefine modern warfare.</w:t>
      </w:r>
    </w:p>
    <w:p w:rsidR="009D395A" w:rsidRPr="00201FCB" w:rsidRDefault="009D395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Major Aarav Singh crouched and opened the cargo container they’d offloaded. Inside, nestled between foam compartments, lay their </w:t>
      </w:r>
      <w:proofErr w:type="spellStart"/>
      <w:r w:rsidRPr="00201FCB">
        <w:rPr>
          <w:rFonts w:ascii="Garamond" w:eastAsia="Times New Roman" w:hAnsi="Garamond" w:cs="Times New Roman"/>
          <w:sz w:val="24"/>
          <w:szCs w:val="24"/>
          <w:lang w:val="en-IN" w:eastAsia="en-IN"/>
        </w:rPr>
        <w:t>exo</w:t>
      </w:r>
      <w:proofErr w:type="spellEnd"/>
      <w:r w:rsidRPr="00201FCB">
        <w:rPr>
          <w:rFonts w:ascii="Garamond" w:eastAsia="Times New Roman" w:hAnsi="Garamond" w:cs="Times New Roman"/>
          <w:sz w:val="24"/>
          <w:szCs w:val="24"/>
          <w:lang w:val="en-IN" w:eastAsia="en-IN"/>
        </w:rPr>
        <w:t>-suits: sleek, sand-hued, built for silence and slaughter.</w:t>
      </w:r>
    </w:p>
    <w:p w:rsidR="009D395A" w:rsidRPr="00201FCB" w:rsidRDefault="009D395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He spoke low and steady. “Suit up. One hour till movement. No </w:t>
      </w:r>
      <w:proofErr w:type="spellStart"/>
      <w:r w:rsidRPr="00201FCB">
        <w:rPr>
          <w:rFonts w:ascii="Garamond" w:eastAsia="Times New Roman" w:hAnsi="Garamond" w:cs="Times New Roman"/>
          <w:sz w:val="24"/>
          <w:szCs w:val="24"/>
          <w:lang w:val="en-IN" w:eastAsia="en-IN"/>
        </w:rPr>
        <w:t>comms</w:t>
      </w:r>
      <w:proofErr w:type="spellEnd"/>
      <w:r w:rsidRPr="00201FCB">
        <w:rPr>
          <w:rFonts w:ascii="Garamond" w:eastAsia="Times New Roman" w:hAnsi="Garamond" w:cs="Times New Roman"/>
          <w:sz w:val="24"/>
          <w:szCs w:val="24"/>
          <w:lang w:val="en-IN" w:eastAsia="en-IN"/>
        </w:rPr>
        <w:t xml:space="preserve"> chatter unless it's mission-critical.”</w:t>
      </w:r>
    </w:p>
    <w:p w:rsidR="00F460A5" w:rsidRPr="00201FCB" w:rsidRDefault="001E7288" w:rsidP="00201FCB">
      <w:pPr>
        <w:spacing w:before="100" w:beforeAutospacing="1" w:after="100" w:afterAutospacing="1" w:line="480" w:lineRule="auto"/>
        <w:rPr>
          <w:rFonts w:ascii="Garamond" w:hAnsi="Garamond"/>
          <w:sz w:val="24"/>
          <w:szCs w:val="24"/>
        </w:rPr>
      </w:pPr>
      <w:r w:rsidRPr="00201FCB">
        <w:rPr>
          <w:rFonts w:ascii="Garamond" w:eastAsia="Times New Roman" w:hAnsi="Garamond" w:cs="Times New Roman"/>
          <w:sz w:val="24"/>
          <w:szCs w:val="24"/>
          <w:lang w:val="en-IN" w:eastAsia="en-IN"/>
        </w:rPr>
        <w:t>Each commando</w:t>
      </w:r>
      <w:r w:rsidR="009D395A" w:rsidRPr="00201FCB">
        <w:rPr>
          <w:rFonts w:ascii="Garamond" w:eastAsia="Times New Roman" w:hAnsi="Garamond" w:cs="Times New Roman"/>
          <w:sz w:val="24"/>
          <w:szCs w:val="24"/>
          <w:lang w:val="en-IN" w:eastAsia="en-IN"/>
        </w:rPr>
        <w:t xml:space="preserve"> nodded. Th</w:t>
      </w:r>
      <w:r w:rsidR="009265FE" w:rsidRPr="00201FCB">
        <w:rPr>
          <w:rFonts w:ascii="Garamond" w:eastAsia="Times New Roman" w:hAnsi="Garamond" w:cs="Times New Roman"/>
          <w:sz w:val="24"/>
          <w:szCs w:val="24"/>
          <w:lang w:val="en-IN" w:eastAsia="en-IN"/>
        </w:rPr>
        <w:t>e team was silent, but only from outside</w:t>
      </w:r>
      <w:r w:rsidR="009D395A" w:rsidRPr="00201FCB">
        <w:rPr>
          <w:rFonts w:ascii="Garamond" w:eastAsia="Times New Roman" w:hAnsi="Garamond" w:cs="Times New Roman"/>
          <w:sz w:val="24"/>
          <w:szCs w:val="24"/>
          <w:lang w:val="en-IN" w:eastAsia="en-IN"/>
        </w:rPr>
        <w:t>. Their minds burned with adrenaline, memories, and expectation.</w:t>
      </w:r>
    </w:p>
    <w:p w:rsidR="00F460A5" w:rsidRPr="00201FCB" w:rsidRDefault="00A565DF" w:rsidP="00201FCB">
      <w:pPr>
        <w:autoSpaceDE w:val="0"/>
        <w:autoSpaceDN w:val="0"/>
        <w:spacing w:before="60" w:after="0" w:line="480" w:lineRule="auto"/>
        <w:rPr>
          <w:rFonts w:ascii="Garamond" w:hAnsi="Garamond"/>
          <w:sz w:val="24"/>
          <w:szCs w:val="24"/>
        </w:rPr>
      </w:pPr>
      <w:r w:rsidRPr="00201FCB">
        <w:rPr>
          <w:rFonts w:ascii="Garamond" w:eastAsia="Charis SIL Regular" w:hAnsi="Garamond"/>
          <w:color w:val="000000"/>
          <w:sz w:val="24"/>
          <w:szCs w:val="24"/>
        </w:rPr>
        <w:t xml:space="preserve">The crackle of static punctuated the silence in Major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Singh’s headset.</w:t>
      </w:r>
      <w:r w:rsidR="001114AC" w:rsidRPr="00201FCB">
        <w:rPr>
          <w:rFonts w:ascii="Garamond" w:eastAsia="Charis SIL Regular" w:hAnsi="Garamond"/>
          <w:color w:val="000000"/>
          <w:sz w:val="24"/>
          <w:szCs w:val="24"/>
        </w:rPr>
        <w:t xml:space="preserve"> </w:t>
      </w:r>
      <w:r w:rsidR="009265FE" w:rsidRPr="00201FCB">
        <w:rPr>
          <w:rFonts w:ascii="Garamond" w:hAnsi="Garamond"/>
          <w:sz w:val="24"/>
          <w:szCs w:val="24"/>
        </w:rPr>
        <w:t xml:space="preserve">Aarav adjusted his helmet, a sleek composite of graphene alloy layered with adaptive glass. It wasn’t just armor—it was intelligence. The HUD inside could sync with any live drone feed, predict ballistic trajectories within a 10-meter range, and offer real-time language translation—though Aarav often relied on instinct more than software. </w:t>
      </w:r>
      <w:r w:rsidR="009265FE" w:rsidRPr="00201FCB">
        <w:rPr>
          <w:rFonts w:ascii="Garamond" w:hAnsi="Garamond"/>
          <w:sz w:val="24"/>
          <w:szCs w:val="24"/>
        </w:rPr>
        <w:lastRenderedPageBreak/>
        <w:t xml:space="preserve">Built-in infrared mapping, thermal overlays, even micro-dosage dispensation through his collar seals—everything about it screamed top-tier. But perhaps the most advanced function, one yet to be field-tested, was its neural-response latency — capable of triggering reflexes milliseconds before conscious action. In theory, the helmet could save a soldier’s life before they even registered the threat. In practice, it required trust. And Aarav wasn't sure he was ready to let a machine read his brain. </w:t>
      </w:r>
      <w:r w:rsidR="001114AC" w:rsidRPr="00201FCB">
        <w:rPr>
          <w:rFonts w:ascii="Garamond" w:eastAsia="Charis SIL Regular" w:hAnsi="Garamond"/>
          <w:color w:val="000000"/>
          <w:sz w:val="24"/>
          <w:szCs w:val="24"/>
        </w:rPr>
        <w:t>He adjusted his helmets setting to infrared</w:t>
      </w:r>
      <w:r w:rsidRPr="00201FCB">
        <w:rPr>
          <w:rFonts w:ascii="Garamond" w:eastAsia="Charis SIL Regular" w:hAnsi="Garamond"/>
          <w:color w:val="000000"/>
          <w:sz w:val="24"/>
          <w:szCs w:val="24"/>
        </w:rPr>
        <w:t xml:space="preserve">, the </w:t>
      </w:r>
      <w:r w:rsidR="001114AC" w:rsidRPr="00201FCB">
        <w:rPr>
          <w:rFonts w:ascii="Garamond" w:eastAsia="Charis SIL Regular" w:hAnsi="Garamond"/>
          <w:color w:val="000000"/>
          <w:sz w:val="24"/>
          <w:szCs w:val="24"/>
        </w:rPr>
        <w:t>visor</w:t>
      </w:r>
      <w:r w:rsidRPr="00201FCB">
        <w:rPr>
          <w:rFonts w:ascii="Garamond" w:eastAsia="Charis SIL Regular" w:hAnsi="Garamond"/>
          <w:color w:val="000000"/>
          <w:sz w:val="24"/>
          <w:szCs w:val="24"/>
        </w:rPr>
        <w:t xml:space="preserve"> </w:t>
      </w:r>
      <w:r w:rsidRPr="00201FCB">
        <w:rPr>
          <w:rFonts w:ascii="Garamond" w:hAnsi="Garamond"/>
          <w:sz w:val="24"/>
          <w:szCs w:val="24"/>
        </w:rPr>
        <w:br/>
      </w:r>
      <w:r w:rsidR="001114AC" w:rsidRPr="00201FCB">
        <w:rPr>
          <w:rFonts w:ascii="Garamond" w:eastAsia="Charis SIL Regular" w:hAnsi="Garamond"/>
          <w:color w:val="000000"/>
          <w:sz w:val="24"/>
          <w:szCs w:val="24"/>
        </w:rPr>
        <w:t>painted</w:t>
      </w:r>
      <w:r w:rsidRPr="00201FCB">
        <w:rPr>
          <w:rFonts w:ascii="Garamond" w:eastAsia="Charis SIL Regular" w:hAnsi="Garamond"/>
          <w:color w:val="000000"/>
          <w:sz w:val="24"/>
          <w:szCs w:val="24"/>
        </w:rPr>
        <w:t xml:space="preserve"> the Pakistani desert in front of him in shades of crimson and black. Dust devils danced in the distance, ephemeral whirlwinds against the backdrop of a star-studded sky. His team, nine elite commandos clad in cutting-edge stealth</w:t>
      </w:r>
      <w:r w:rsidR="001114AC" w:rsidRPr="00201FCB">
        <w:rPr>
          <w:rFonts w:ascii="Garamond" w:eastAsia="Charis SIL Regular" w:hAnsi="Garamond"/>
          <w:color w:val="000000"/>
          <w:sz w:val="24"/>
          <w:szCs w:val="24"/>
        </w:rPr>
        <w:t xml:space="preserve"> </w:t>
      </w:r>
      <w:proofErr w:type="spellStart"/>
      <w:r w:rsidR="001114AC" w:rsidRPr="00201FCB">
        <w:rPr>
          <w:rFonts w:ascii="Garamond" w:eastAsia="Charis SIL Regular" w:hAnsi="Garamond"/>
          <w:color w:val="000000"/>
          <w:sz w:val="24"/>
          <w:szCs w:val="24"/>
        </w:rPr>
        <w:t>exo</w:t>
      </w:r>
      <w:proofErr w:type="spellEnd"/>
      <w:r w:rsidRPr="00201FCB">
        <w:rPr>
          <w:rFonts w:ascii="Garamond" w:eastAsia="Charis SIL Regular" w:hAnsi="Garamond"/>
          <w:color w:val="000000"/>
          <w:sz w:val="24"/>
          <w:szCs w:val="24"/>
        </w:rPr>
        <w:t xml:space="preserve"> suits, were deployed in a staggered formation, each a silent predator motivated to achieve their mission successfully. Operation </w:t>
      </w:r>
      <w:proofErr w:type="spellStart"/>
      <w:r w:rsidRPr="00201FCB">
        <w:rPr>
          <w:rFonts w:ascii="Garamond" w:eastAsia="Charis SIL Regular" w:hAnsi="Garamond"/>
          <w:color w:val="000000"/>
          <w:sz w:val="24"/>
          <w:szCs w:val="24"/>
        </w:rPr>
        <w:t>Trishul</w:t>
      </w:r>
      <w:proofErr w:type="spellEnd"/>
      <w:r w:rsidRPr="00201FCB">
        <w:rPr>
          <w:rFonts w:ascii="Garamond" w:eastAsia="Charis SIL Regular" w:hAnsi="Garamond"/>
          <w:color w:val="000000"/>
          <w:sz w:val="24"/>
          <w:szCs w:val="24"/>
        </w:rPr>
        <w:t>, codenamed due to the three pronged strategy or to instill</w:t>
      </w:r>
      <w:r w:rsidR="009265FE" w:rsidRPr="00201FCB">
        <w:rPr>
          <w:rFonts w:ascii="Garamond" w:eastAsia="Charis SIL Regular" w:hAnsi="Garamond"/>
          <w:color w:val="000000"/>
          <w:sz w:val="24"/>
          <w:szCs w:val="24"/>
        </w:rPr>
        <w:t xml:space="preserve"> divine interventions, was now</w:t>
      </w:r>
      <w:r w:rsidRPr="00201FCB">
        <w:rPr>
          <w:rFonts w:ascii="Garamond" w:eastAsia="Charis SIL Regular" w:hAnsi="Garamond"/>
          <w:color w:val="000000"/>
          <w:sz w:val="24"/>
          <w:szCs w:val="24"/>
        </w:rPr>
        <w:t xml:space="preserve"> underway. The success of this mission rested on their shoulders, and the weight of that responsibility pressed down on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The advanced weaponry they carried – plasma rifles with near-silent discharges, </w:t>
      </w:r>
      <w:r w:rsidR="002A2F77" w:rsidRPr="00201FCB">
        <w:rPr>
          <w:rFonts w:ascii="Garamond" w:eastAsia="Charis SIL Regular" w:hAnsi="Garamond"/>
          <w:color w:val="000000"/>
          <w:sz w:val="24"/>
          <w:szCs w:val="24"/>
        </w:rPr>
        <w:t xml:space="preserve">micro drones, </w:t>
      </w:r>
      <w:r w:rsidRPr="00201FCB">
        <w:rPr>
          <w:rFonts w:ascii="Garamond" w:eastAsia="Charis SIL Regular" w:hAnsi="Garamond"/>
          <w:color w:val="000000"/>
          <w:sz w:val="24"/>
          <w:szCs w:val="24"/>
        </w:rPr>
        <w:t>miniature EMP (</w:t>
      </w:r>
      <w:proofErr w:type="spellStart"/>
      <w:r w:rsidRPr="00201FCB">
        <w:rPr>
          <w:rFonts w:ascii="Garamond" w:eastAsia="Charis SIL Regular" w:hAnsi="Garamond"/>
          <w:color w:val="000000"/>
          <w:sz w:val="24"/>
          <w:szCs w:val="24"/>
        </w:rPr>
        <w:t>electro magnetic</w:t>
      </w:r>
      <w:proofErr w:type="spellEnd"/>
      <w:r w:rsidRPr="00201FCB">
        <w:rPr>
          <w:rFonts w:ascii="Garamond" w:eastAsia="Charis SIL Regular" w:hAnsi="Garamond"/>
          <w:color w:val="000000"/>
          <w:sz w:val="24"/>
          <w:szCs w:val="24"/>
        </w:rPr>
        <w:t xml:space="preserve"> pulse) devices to cripple electronics, </w:t>
      </w:r>
      <w:r w:rsidRPr="00201FCB">
        <w:rPr>
          <w:rFonts w:ascii="Garamond" w:eastAsia="Charis SIL Regular" w:hAnsi="Garamond"/>
          <w:color w:val="000000"/>
          <w:sz w:val="24"/>
          <w:szCs w:val="24"/>
        </w:rPr>
        <w:lastRenderedPageBreak/>
        <w:t xml:space="preserve">and </w:t>
      </w:r>
      <w:proofErr w:type="spellStart"/>
      <w:r w:rsidRPr="00201FCB">
        <w:rPr>
          <w:rFonts w:ascii="Garamond" w:eastAsia="Charis SIL Regular" w:hAnsi="Garamond"/>
          <w:color w:val="000000"/>
          <w:sz w:val="24"/>
          <w:szCs w:val="24"/>
        </w:rPr>
        <w:t>nano</w:t>
      </w:r>
      <w:proofErr w:type="spellEnd"/>
      <w:r w:rsidRPr="00201FCB">
        <w:rPr>
          <w:rFonts w:ascii="Garamond" w:eastAsia="Charis SIL Regular" w:hAnsi="Garamond"/>
          <w:color w:val="000000"/>
          <w:sz w:val="24"/>
          <w:szCs w:val="24"/>
        </w:rPr>
        <w:t>-bots capable of rendering explosive materials inert – were the tools of a new kind of warfare, a silent, technologically advanced revolution.</w:t>
      </w:r>
      <w:r w:rsidR="009265FE" w:rsidRPr="00201FCB">
        <w:rPr>
          <w:rFonts w:ascii="Garamond" w:eastAsia="Charis SIL Regular" w:hAnsi="Garamond"/>
          <w:color w:val="000000"/>
          <w:sz w:val="24"/>
          <w:szCs w:val="24"/>
        </w:rPr>
        <w:t xml:space="preserve"> </w:t>
      </w:r>
      <w:r w:rsidR="009265FE" w:rsidRPr="00201FCB">
        <w:rPr>
          <w:rFonts w:ascii="Garamond" w:hAnsi="Garamond"/>
          <w:sz w:val="24"/>
          <w:szCs w:val="24"/>
        </w:rPr>
        <w:t>Carefully stowed in a magnetically sealed pouch on Aarav’s belt, was a coin-sized device wrapped in a dull gray casing—easily mistaken for a field beacon or encrypted data chip. Only two people in the unit knew what it truly was, and even fewer on the outside. It didn’t hum. It didn’t blink. It simply sat there—silent, inert, yet potentially more consequential than anything they carried. The protocols surrounding its use were clear, though unspoken. It would either never be touched… or it would change everything</w:t>
      </w:r>
      <w:r w:rsidRPr="00201FCB">
        <w:rPr>
          <w:rFonts w:ascii="Garamond" w:eastAsia="Charis SIL Regular" w:hAnsi="Garamond"/>
          <w:color w:val="000000"/>
          <w:sz w:val="24"/>
          <w:szCs w:val="24"/>
        </w:rPr>
        <w:t xml:space="preserve"> The technology, still classified and far ah</w:t>
      </w:r>
      <w:r w:rsidR="001114AC" w:rsidRPr="00201FCB">
        <w:rPr>
          <w:rFonts w:ascii="Garamond" w:eastAsia="Charis SIL Regular" w:hAnsi="Garamond"/>
          <w:color w:val="000000"/>
          <w:sz w:val="24"/>
          <w:szCs w:val="24"/>
        </w:rPr>
        <w:t>ead of any publicly available k</w:t>
      </w:r>
      <w:r w:rsidRPr="00201FCB">
        <w:rPr>
          <w:rFonts w:ascii="Garamond" w:eastAsia="Charis SIL Regular" w:hAnsi="Garamond"/>
          <w:color w:val="000000"/>
          <w:sz w:val="24"/>
          <w:szCs w:val="24"/>
        </w:rPr>
        <w:t>nowledge, was</w:t>
      </w:r>
      <w:r w:rsidR="001114AC" w:rsidRPr="00201FCB">
        <w:rPr>
          <w:rFonts w:ascii="Garamond" w:hAnsi="Garamond"/>
          <w:sz w:val="24"/>
          <w:szCs w:val="24"/>
        </w:rPr>
        <w:t xml:space="preserve"> </w:t>
      </w:r>
      <w:r w:rsidRPr="00201FCB">
        <w:rPr>
          <w:rFonts w:ascii="Garamond" w:eastAsia="Charis SIL Regular" w:hAnsi="Garamond"/>
          <w:color w:val="000000"/>
          <w:sz w:val="24"/>
          <w:szCs w:val="24"/>
        </w:rPr>
        <w:t>their silent ally, a crucial component in their clandestine endeavor. But technology alone wasn't enough; success depended on flawless coordination, perfect timing, and unwavering nerves.</w:t>
      </w:r>
    </w:p>
    <w:p w:rsidR="002A2F77" w:rsidRPr="00201FCB" w:rsidRDefault="002A2F77" w:rsidP="00201FCB">
      <w:pPr>
        <w:autoSpaceDE w:val="0"/>
        <w:autoSpaceDN w:val="0"/>
        <w:spacing w:before="264" w:after="0" w:line="480" w:lineRule="auto"/>
        <w:ind w:right="4752"/>
        <w:rPr>
          <w:rFonts w:ascii="Garamond" w:eastAsia="Charis SIL Regular" w:hAnsi="Garamond"/>
          <w:color w:val="000000"/>
          <w:sz w:val="24"/>
          <w:szCs w:val="24"/>
        </w:rPr>
      </w:pPr>
    </w:p>
    <w:p w:rsidR="001E7288" w:rsidRPr="00201FCB" w:rsidRDefault="001E7288" w:rsidP="00201FCB">
      <w:pPr>
        <w:autoSpaceDE w:val="0"/>
        <w:autoSpaceDN w:val="0"/>
        <w:spacing w:before="264" w:after="0" w:line="480" w:lineRule="auto"/>
        <w:ind w:right="4752"/>
        <w:rPr>
          <w:rFonts w:ascii="Garamond" w:eastAsia="Charis SIL Regular" w:hAnsi="Garamond"/>
          <w:color w:val="000000"/>
          <w:sz w:val="24"/>
          <w:szCs w:val="24"/>
        </w:rPr>
      </w:pPr>
    </w:p>
    <w:p w:rsidR="001E7288" w:rsidRPr="00201FCB" w:rsidRDefault="001E7288" w:rsidP="00201FCB">
      <w:pPr>
        <w:autoSpaceDE w:val="0"/>
        <w:autoSpaceDN w:val="0"/>
        <w:spacing w:before="264" w:after="0" w:line="480" w:lineRule="auto"/>
        <w:ind w:right="4752"/>
        <w:rPr>
          <w:rFonts w:ascii="Garamond" w:eastAsia="Charis SIL Regular" w:hAnsi="Garamond"/>
          <w:color w:val="000000"/>
          <w:sz w:val="24"/>
          <w:szCs w:val="24"/>
        </w:rPr>
      </w:pPr>
    </w:p>
    <w:p w:rsidR="002A2F77" w:rsidRPr="00201FCB" w:rsidRDefault="002A2F77" w:rsidP="00201FCB">
      <w:pPr>
        <w:autoSpaceDE w:val="0"/>
        <w:autoSpaceDN w:val="0"/>
        <w:spacing w:before="264" w:after="0" w:line="480" w:lineRule="auto"/>
        <w:ind w:right="4752"/>
        <w:rPr>
          <w:rFonts w:ascii="Garamond" w:eastAsia="Charis SIL Regular" w:hAnsi="Garamond"/>
          <w:color w:val="000000"/>
          <w:sz w:val="24"/>
          <w:szCs w:val="24"/>
        </w:rPr>
      </w:pPr>
    </w:p>
    <w:p w:rsidR="001E7288" w:rsidRPr="00201FCB" w:rsidRDefault="001E7288" w:rsidP="00201FCB">
      <w:pPr>
        <w:autoSpaceDE w:val="0"/>
        <w:autoSpaceDN w:val="0"/>
        <w:spacing w:before="264" w:after="0" w:line="480" w:lineRule="auto"/>
        <w:ind w:right="4752"/>
        <w:rPr>
          <w:rFonts w:ascii="Garamond" w:eastAsia="Charis SIL Regular" w:hAnsi="Garamond"/>
          <w:color w:val="000000"/>
          <w:sz w:val="24"/>
          <w:szCs w:val="24"/>
        </w:rPr>
      </w:pPr>
    </w:p>
    <w:p w:rsidR="002A2F77" w:rsidRPr="00201FCB" w:rsidRDefault="002A2F77" w:rsidP="00201FCB">
      <w:pPr>
        <w:autoSpaceDE w:val="0"/>
        <w:autoSpaceDN w:val="0"/>
        <w:spacing w:before="264" w:after="0" w:line="480" w:lineRule="auto"/>
        <w:ind w:right="4752"/>
        <w:rPr>
          <w:rFonts w:ascii="Garamond" w:eastAsia="Charis SIL Regular" w:hAnsi="Garamond"/>
          <w:color w:val="000000"/>
          <w:sz w:val="24"/>
          <w:szCs w:val="24"/>
        </w:rPr>
      </w:pPr>
      <w:r w:rsidRPr="00201FCB">
        <w:rPr>
          <w:rFonts w:ascii="Garamond" w:eastAsia="Charis SIL Regular" w:hAnsi="Garamond"/>
          <w:color w:val="000000"/>
          <w:sz w:val="24"/>
          <w:szCs w:val="24"/>
        </w:rPr>
        <w:t>17</w:t>
      </w:r>
      <w:r w:rsidRPr="00201FCB">
        <w:rPr>
          <w:rFonts w:ascii="Garamond" w:eastAsia="Charis SIL Regular" w:hAnsi="Garamond"/>
          <w:color w:val="000000"/>
          <w:sz w:val="24"/>
          <w:szCs w:val="24"/>
          <w:vertAlign w:val="superscript"/>
        </w:rPr>
        <w:t>th</w:t>
      </w:r>
      <w:r w:rsidR="00674A4C" w:rsidRPr="00201FCB">
        <w:rPr>
          <w:rFonts w:ascii="Garamond" w:eastAsia="Charis SIL Regular" w:hAnsi="Garamond"/>
          <w:color w:val="000000"/>
          <w:sz w:val="24"/>
          <w:szCs w:val="24"/>
        </w:rPr>
        <w:t xml:space="preserve"> May 2030</w:t>
      </w:r>
      <w:r w:rsidRPr="00201FCB">
        <w:rPr>
          <w:rFonts w:ascii="Garamond" w:eastAsia="Charis SIL Regular" w:hAnsi="Garamond"/>
          <w:color w:val="000000"/>
          <w:sz w:val="24"/>
          <w:szCs w:val="24"/>
        </w:rPr>
        <w:t>.</w:t>
      </w:r>
    </w:p>
    <w:p w:rsidR="00F460A5" w:rsidRPr="00201FCB" w:rsidRDefault="00800A75" w:rsidP="00201FCB">
      <w:pPr>
        <w:autoSpaceDE w:val="0"/>
        <w:autoSpaceDN w:val="0"/>
        <w:spacing w:before="264" w:after="0" w:line="480" w:lineRule="auto"/>
        <w:ind w:right="4752"/>
        <w:rPr>
          <w:rFonts w:ascii="Garamond" w:eastAsia="Charis SIL Regular" w:hAnsi="Garamond"/>
          <w:color w:val="000000"/>
          <w:sz w:val="24"/>
          <w:szCs w:val="24"/>
        </w:rPr>
      </w:pPr>
      <w:r w:rsidRPr="00201FCB">
        <w:rPr>
          <w:rFonts w:ascii="Garamond" w:eastAsia="Charis SIL Regular" w:hAnsi="Garamond"/>
          <w:color w:val="000000"/>
          <w:sz w:val="24"/>
          <w:szCs w:val="24"/>
        </w:rPr>
        <w:t>Dubai 06</w:t>
      </w:r>
      <w:r w:rsidR="00A565DF" w:rsidRPr="00201FCB">
        <w:rPr>
          <w:rFonts w:ascii="Garamond" w:eastAsia="Charis SIL Regular" w:hAnsi="Garamond"/>
          <w:color w:val="000000"/>
          <w:sz w:val="24"/>
          <w:szCs w:val="24"/>
        </w:rPr>
        <w:t>00 hrs.</w:t>
      </w:r>
      <w:r w:rsidR="00C66709" w:rsidRPr="00201FCB">
        <w:rPr>
          <w:rFonts w:ascii="Garamond" w:eastAsia="Charis SIL Regular" w:hAnsi="Garamond"/>
          <w:color w:val="000000"/>
          <w:sz w:val="24"/>
          <w:szCs w:val="24"/>
        </w:rPr>
        <w:t xml:space="preserve"> –Earlier that day</w:t>
      </w:r>
    </w:p>
    <w:p w:rsidR="00F460A5" w:rsidRPr="00201FCB" w:rsidRDefault="00A565DF" w:rsidP="00201FCB">
      <w:pPr>
        <w:autoSpaceDE w:val="0"/>
        <w:autoSpaceDN w:val="0"/>
        <w:spacing w:before="58" w:after="0" w:line="480" w:lineRule="auto"/>
        <w:ind w:right="144"/>
        <w:rPr>
          <w:rFonts w:ascii="Garamond" w:hAnsi="Garamond"/>
          <w:sz w:val="24"/>
          <w:szCs w:val="24"/>
        </w:rPr>
      </w:pPr>
      <w:r w:rsidRPr="00201FCB">
        <w:rPr>
          <w:rFonts w:ascii="Garamond" w:eastAsia="Charis SIL Regular" w:hAnsi="Garamond"/>
          <w:color w:val="000000"/>
          <w:sz w:val="24"/>
          <w:szCs w:val="24"/>
        </w:rPr>
        <w:t xml:space="preserve">In the power corridors of Dubai, </w:t>
      </w:r>
      <w:r w:rsidR="009265FE" w:rsidRPr="00201FCB">
        <w:rPr>
          <w:rFonts w:ascii="Garamond" w:eastAsia="Charis SIL Regular" w:hAnsi="Garamond"/>
          <w:color w:val="000000"/>
          <w:sz w:val="24"/>
          <w:szCs w:val="24"/>
        </w:rPr>
        <w:t>Indira reviewed the briefing one last time before entering the meeting room. Foreign Secretary</w:t>
      </w:r>
      <w:r w:rsidR="009265FE" w:rsidRPr="00201FCB">
        <w:rPr>
          <w:rFonts w:ascii="Garamond" w:hAnsi="Garamond"/>
          <w:sz w:val="24"/>
          <w:szCs w:val="24"/>
        </w:rPr>
        <w:t xml:space="preserve"> Indira Rai was a woman whose elegance belied a steely resolve—one not merely forged in geopolitical fires, but in the quiet, exhausting battles waged in backroom corridors where patriarchy was policy and predators wore diplomatic badges. In her early years, she had to outmaneuver not just foreign agendas but also wandering eyes, condescension masked as mentorship, and a system rigged for the privileged and the male. Over the years, she had survived the ideological swings of both right-leaning strongmen and leftist idealists, the whiplash of sanctions, the silence of so-called allies, and the scrutiny of global watchdogs. She wore diplomacy like second skin—graceful, layered, and impenetrable. But behind her poise was a quiet rebellion, and behind </w:t>
      </w:r>
      <w:r w:rsidR="009265FE" w:rsidRPr="00201FCB">
        <w:rPr>
          <w:rFonts w:ascii="Garamond" w:hAnsi="Garamond"/>
          <w:sz w:val="24"/>
          <w:szCs w:val="24"/>
        </w:rPr>
        <w:lastRenderedPageBreak/>
        <w:t>her smile, a ledger of every time she was underestimated and yet endured. Indira Rai had not just lasted—she had learned to win.</w:t>
      </w:r>
      <w:r w:rsidR="009265FE" w:rsidRPr="00201FCB">
        <w:rPr>
          <w:rFonts w:ascii="Garamond" w:hAnsi="Garamond"/>
          <w:sz w:val="24"/>
          <w:szCs w:val="24"/>
        </w:rPr>
        <w:br/>
      </w:r>
      <w:r w:rsidR="009265FE" w:rsidRPr="00201FCB">
        <w:rPr>
          <w:rStyle w:val="Emphasis"/>
          <w:rFonts w:ascii="Garamond" w:hAnsi="Garamond"/>
          <w:sz w:val="24"/>
          <w:szCs w:val="24"/>
        </w:rPr>
        <w:t>And somewhere in the silence between summits and ceasefires, a child had grown up without her—watching the wo</w:t>
      </w:r>
      <w:r w:rsidR="00AB5B81" w:rsidRPr="00201FCB">
        <w:rPr>
          <w:rStyle w:val="Emphasis"/>
          <w:rFonts w:ascii="Garamond" w:hAnsi="Garamond"/>
          <w:sz w:val="24"/>
          <w:szCs w:val="24"/>
        </w:rPr>
        <w:t>rld admire of which</w:t>
      </w:r>
      <w:r w:rsidR="009265FE" w:rsidRPr="00201FCB">
        <w:rPr>
          <w:rStyle w:val="Emphasis"/>
          <w:rFonts w:ascii="Garamond" w:hAnsi="Garamond"/>
          <w:sz w:val="24"/>
          <w:szCs w:val="24"/>
        </w:rPr>
        <w:t xml:space="preserve"> he barely understood.</w:t>
      </w:r>
    </w:p>
    <w:p w:rsidR="00F460A5" w:rsidRPr="00201FCB" w:rsidRDefault="00A565DF" w:rsidP="00201FCB">
      <w:pPr>
        <w:autoSpaceDE w:val="0"/>
        <w:autoSpaceDN w:val="0"/>
        <w:spacing w:before="58" w:after="0" w:line="480" w:lineRule="auto"/>
        <w:rPr>
          <w:rFonts w:ascii="Garamond" w:hAnsi="Garamond"/>
          <w:sz w:val="24"/>
          <w:szCs w:val="24"/>
        </w:rPr>
      </w:pPr>
      <w:r w:rsidRPr="00201FCB">
        <w:rPr>
          <w:rFonts w:ascii="Garamond" w:eastAsia="Charis SIL Regular" w:hAnsi="Garamond"/>
          <w:color w:val="000000"/>
          <w:sz w:val="24"/>
          <w:szCs w:val="24"/>
        </w:rPr>
        <w:t>The world had indeed undergone a rapid an</w:t>
      </w:r>
      <w:r w:rsidR="001E7288" w:rsidRPr="00201FCB">
        <w:rPr>
          <w:rFonts w:ascii="Garamond" w:eastAsia="Charis SIL Regular" w:hAnsi="Garamond"/>
          <w:color w:val="000000"/>
          <w:sz w:val="24"/>
          <w:szCs w:val="24"/>
        </w:rPr>
        <w:t>d profound geopolitical shift. t</w:t>
      </w:r>
      <w:r w:rsidRPr="00201FCB">
        <w:rPr>
          <w:rFonts w:ascii="Garamond" w:eastAsia="Charis SIL Regular" w:hAnsi="Garamond"/>
          <w:color w:val="000000"/>
          <w:sz w:val="24"/>
          <w:szCs w:val="24"/>
        </w:rPr>
        <w:t xml:space="preserve">he death of the Chinese Premier, an authoritarian ruler who had maintained an iron grip on the country for half a century, sent shockwaves across the globe. In the ensuing power vacuum, China's influence waned, and new alliances began to form. The United States, mired in economic turmoil, could no longer assert its </w:t>
      </w:r>
      <w:r w:rsidRPr="00201FCB">
        <w:rPr>
          <w:rFonts w:ascii="Garamond" w:hAnsi="Garamond"/>
          <w:sz w:val="24"/>
          <w:szCs w:val="24"/>
        </w:rPr>
        <w:br/>
      </w:r>
      <w:r w:rsidRPr="00201FCB">
        <w:rPr>
          <w:rFonts w:ascii="Garamond" w:eastAsia="Charis SIL Regular" w:hAnsi="Garamond"/>
          <w:color w:val="000000"/>
          <w:sz w:val="24"/>
          <w:szCs w:val="24"/>
        </w:rPr>
        <w:t xml:space="preserve">dominance as it once had. As America retreated, a power struggle emerged between two rising Islamic powers: Iran and Turkey. Their conflicts with Israel only added fuel to the fire, reshaping the </w:t>
      </w:r>
      <w:r w:rsidRPr="00201FCB">
        <w:rPr>
          <w:rFonts w:ascii="Garamond" w:hAnsi="Garamond"/>
          <w:sz w:val="24"/>
          <w:szCs w:val="24"/>
        </w:rPr>
        <w:br/>
      </w:r>
      <w:r w:rsidRPr="00201FCB">
        <w:rPr>
          <w:rFonts w:ascii="Garamond" w:eastAsia="Charis SIL Regular" w:hAnsi="Garamond"/>
          <w:color w:val="000000"/>
          <w:sz w:val="24"/>
          <w:szCs w:val="24"/>
        </w:rPr>
        <w:t>dynamics of</w:t>
      </w:r>
      <w:r w:rsidR="002A2F77" w:rsidRPr="00201FCB">
        <w:rPr>
          <w:rFonts w:ascii="Garamond" w:eastAsia="Charis SIL Regular" w:hAnsi="Garamond"/>
          <w:color w:val="000000"/>
          <w:sz w:val="24"/>
          <w:szCs w:val="24"/>
        </w:rPr>
        <w:t xml:space="preserve"> the region. In this backdrop t</w:t>
      </w:r>
      <w:r w:rsidRPr="00201FCB">
        <w:rPr>
          <w:rFonts w:ascii="Garamond" w:eastAsia="Charis SIL Regular" w:hAnsi="Garamond"/>
          <w:color w:val="000000"/>
          <w:sz w:val="24"/>
          <w:szCs w:val="24"/>
        </w:rPr>
        <w:t>he documents, detailing India's audacious operation, felt like a weight in Indira's perfectly manicured hands.</w:t>
      </w:r>
      <w:r w:rsidR="001E7288" w:rsidRPr="00201FCB">
        <w:rPr>
          <w:rFonts w:ascii="Garamond" w:eastAsia="Charis SIL Regular" w:hAnsi="Garamond"/>
          <w:color w:val="000000"/>
          <w:sz w:val="24"/>
          <w:szCs w:val="24"/>
        </w:rPr>
        <w:t xml:space="preserve"> Many saw it as the era of India, the third largest economy in the world and rapidly growing.</w:t>
      </w:r>
      <w:r w:rsidRPr="00201FCB">
        <w:rPr>
          <w:rFonts w:ascii="Garamond" w:eastAsia="Charis SIL Regular" w:hAnsi="Garamond"/>
          <w:color w:val="000000"/>
          <w:sz w:val="24"/>
          <w:szCs w:val="24"/>
        </w:rPr>
        <w:t xml:space="preserve"> The operation,</w:t>
      </w:r>
      <w:r w:rsidR="00AB5B81" w:rsidRPr="00201FCB">
        <w:rPr>
          <w:rFonts w:ascii="Garamond" w:eastAsia="Charis SIL Regular" w:hAnsi="Garamond"/>
          <w:color w:val="000000"/>
          <w:sz w:val="24"/>
          <w:szCs w:val="24"/>
        </w:rPr>
        <w:t xml:space="preserve"> codenamed </w:t>
      </w:r>
      <w:proofErr w:type="spellStart"/>
      <w:r w:rsidR="00AB5B81" w:rsidRPr="00201FCB">
        <w:rPr>
          <w:rFonts w:ascii="Garamond" w:eastAsia="Charis SIL Regular" w:hAnsi="Garamond"/>
          <w:color w:val="000000"/>
          <w:sz w:val="24"/>
          <w:szCs w:val="24"/>
        </w:rPr>
        <w:t>Trishul</w:t>
      </w:r>
      <w:proofErr w:type="spellEnd"/>
      <w:r w:rsidR="00AB5B81" w:rsidRPr="00201FCB">
        <w:rPr>
          <w:rFonts w:ascii="Garamond" w:eastAsia="Charis SIL Regular" w:hAnsi="Garamond"/>
          <w:color w:val="000000"/>
          <w:sz w:val="24"/>
          <w:szCs w:val="24"/>
        </w:rPr>
        <w:t>, if successful was</w:t>
      </w:r>
      <w:r w:rsidRPr="00201FCB">
        <w:rPr>
          <w:rFonts w:ascii="Garamond" w:eastAsia="Charis SIL Regular" w:hAnsi="Garamond"/>
          <w:color w:val="000000"/>
          <w:sz w:val="24"/>
          <w:szCs w:val="24"/>
        </w:rPr>
        <w:t xml:space="preserve"> of epic proportions, and its success hinged not only on the military’s precision but also on her ability to navigate </w:t>
      </w:r>
      <w:r w:rsidRPr="00201FCB">
        <w:rPr>
          <w:rFonts w:ascii="Garamond" w:eastAsia="Charis SIL Regular" w:hAnsi="Garamond"/>
          <w:color w:val="000000"/>
          <w:sz w:val="24"/>
          <w:szCs w:val="24"/>
        </w:rPr>
        <w:lastRenderedPageBreak/>
        <w:t xml:space="preserve">the treacherous currents of international diplomacy. Although the Taliban, the </w:t>
      </w:r>
      <w:proofErr w:type="spellStart"/>
      <w:r w:rsidRPr="00201FCB">
        <w:rPr>
          <w:rFonts w:ascii="Garamond" w:eastAsia="Charis SIL Regular" w:hAnsi="Garamond"/>
          <w:color w:val="000000"/>
          <w:sz w:val="24"/>
          <w:szCs w:val="24"/>
        </w:rPr>
        <w:t>defacto</w:t>
      </w:r>
      <w:proofErr w:type="spellEnd"/>
      <w:r w:rsidRPr="00201FCB">
        <w:rPr>
          <w:rFonts w:ascii="Garamond" w:eastAsia="Charis SIL Regular" w:hAnsi="Garamond"/>
          <w:color w:val="000000"/>
          <w:sz w:val="24"/>
          <w:szCs w:val="24"/>
        </w:rPr>
        <w:t xml:space="preserve"> government of Afghanistan, would have preferred talking to man rather than a woman, Indira couldn't take a risk of designating such an important task to anyone else other than herself. She was a master of the art of the subtle threat, the whispered warning, and the carefully placed leak of information. Her success depended not on brute force, but on the cunning deployment of words and carefully crafted misinformation.</w:t>
      </w:r>
      <w:r w:rsidR="001E7288" w:rsidRPr="00201FCB">
        <w:rPr>
          <w:rFonts w:ascii="Garamond" w:eastAsia="Charis SIL Regular" w:hAnsi="Garamond"/>
          <w:color w:val="000000"/>
          <w:sz w:val="24"/>
          <w:szCs w:val="24"/>
        </w:rPr>
        <w:t xml:space="preserve"> </w:t>
      </w:r>
    </w:p>
    <w:p w:rsidR="00F460A5" w:rsidRPr="00201FCB" w:rsidRDefault="00A565DF" w:rsidP="00201FCB">
      <w:pPr>
        <w:autoSpaceDE w:val="0"/>
        <w:autoSpaceDN w:val="0"/>
        <w:spacing w:before="58" w:after="0" w:line="480" w:lineRule="auto"/>
        <w:rPr>
          <w:rFonts w:ascii="Garamond" w:hAnsi="Garamond"/>
          <w:sz w:val="24"/>
          <w:szCs w:val="24"/>
        </w:rPr>
      </w:pPr>
      <w:r w:rsidRPr="00201FCB">
        <w:rPr>
          <w:rFonts w:ascii="Garamond" w:eastAsia="Charis SIL Regular" w:hAnsi="Garamond"/>
          <w:color w:val="000000"/>
          <w:sz w:val="24"/>
          <w:szCs w:val="24"/>
        </w:rPr>
        <w:t>It was supposed to be a brief meeting. India need</w:t>
      </w:r>
      <w:r w:rsidR="002A2F77" w:rsidRPr="00201FCB">
        <w:rPr>
          <w:rFonts w:ascii="Garamond" w:eastAsia="Charis SIL Regular" w:hAnsi="Garamond"/>
          <w:color w:val="000000"/>
          <w:sz w:val="24"/>
          <w:szCs w:val="24"/>
        </w:rPr>
        <w:t>ed help of the Afghans</w:t>
      </w:r>
      <w:r w:rsidR="00AB5B81" w:rsidRPr="00201FCB">
        <w:rPr>
          <w:rFonts w:ascii="Garamond" w:eastAsia="Charis SIL Regular" w:hAnsi="Garamond"/>
          <w:color w:val="000000"/>
          <w:sz w:val="24"/>
          <w:szCs w:val="24"/>
        </w:rPr>
        <w:t>, without divulging much,</w:t>
      </w:r>
      <w:r w:rsidR="002A2F77" w:rsidRPr="00201FCB">
        <w:rPr>
          <w:rFonts w:ascii="Garamond" w:eastAsia="Charis SIL Regular" w:hAnsi="Garamond"/>
          <w:color w:val="000000"/>
          <w:sz w:val="24"/>
          <w:szCs w:val="24"/>
        </w:rPr>
        <w:t xml:space="preserve"> to deploy</w:t>
      </w:r>
      <w:r w:rsidRPr="00201FCB">
        <w:rPr>
          <w:rFonts w:ascii="Garamond" w:eastAsia="Charis SIL Regular" w:hAnsi="Garamond"/>
          <w:color w:val="000000"/>
          <w:sz w:val="24"/>
          <w:szCs w:val="24"/>
        </w:rPr>
        <w:t xml:space="preserve"> Indian assets close to Pakistani border</w:t>
      </w:r>
      <w:r w:rsidR="00AB5B81" w:rsidRPr="00201FCB">
        <w:rPr>
          <w:rFonts w:ascii="Garamond" w:eastAsia="Charis SIL Regular" w:hAnsi="Garamond"/>
          <w:color w:val="000000"/>
          <w:sz w:val="24"/>
          <w:szCs w:val="24"/>
        </w:rPr>
        <w:t xml:space="preserve"> that very night</w:t>
      </w:r>
      <w:r w:rsidRPr="00201FCB">
        <w:rPr>
          <w:rFonts w:ascii="Garamond" w:eastAsia="Charis SIL Regular" w:hAnsi="Garamond"/>
          <w:color w:val="000000"/>
          <w:sz w:val="24"/>
          <w:szCs w:val="24"/>
        </w:rPr>
        <w:t>. The goodwill India had with the Afghans through cricket would have been enough for this task but what India promised in return was unthinkable</w:t>
      </w:r>
      <w:r w:rsidR="002A2F77" w:rsidRPr="00201FCB">
        <w:rPr>
          <w:rFonts w:ascii="Garamond" w:eastAsia="Charis SIL Regular" w:hAnsi="Garamond"/>
          <w:color w:val="000000"/>
          <w:sz w:val="24"/>
          <w:szCs w:val="24"/>
        </w:rPr>
        <w:t>,</w:t>
      </w:r>
      <w:r w:rsidRPr="00201FCB">
        <w:rPr>
          <w:rFonts w:ascii="Garamond" w:eastAsia="Charis SIL Regular" w:hAnsi="Garamond"/>
          <w:color w:val="000000"/>
          <w:sz w:val="24"/>
          <w:szCs w:val="24"/>
        </w:rPr>
        <w:t xml:space="preserve"> even to </w:t>
      </w:r>
      <w:r w:rsidR="00800A75" w:rsidRPr="00201FCB">
        <w:rPr>
          <w:rFonts w:ascii="Garamond" w:eastAsia="Charis SIL Regular" w:hAnsi="Garamond"/>
          <w:color w:val="000000"/>
          <w:sz w:val="24"/>
          <w:szCs w:val="24"/>
        </w:rPr>
        <w:t xml:space="preserve">the </w:t>
      </w:r>
      <w:proofErr w:type="spellStart"/>
      <w:r w:rsidRPr="00201FCB">
        <w:rPr>
          <w:rFonts w:ascii="Garamond" w:eastAsia="Charis SIL Regular" w:hAnsi="Garamond"/>
          <w:color w:val="000000"/>
          <w:sz w:val="24"/>
          <w:szCs w:val="24"/>
        </w:rPr>
        <w:t>Talibanis</w:t>
      </w:r>
      <w:proofErr w:type="spellEnd"/>
      <w:r w:rsidRPr="00201FCB">
        <w:rPr>
          <w:rFonts w:ascii="Garamond" w:eastAsia="Charis SIL Regular" w:hAnsi="Garamond"/>
          <w:color w:val="000000"/>
          <w:sz w:val="24"/>
          <w:szCs w:val="24"/>
        </w:rPr>
        <w:t xml:space="preserve">. Indira came out of the meeting feeling rather pleased but this was the easiest part of her mission. Her next stop, </w:t>
      </w:r>
      <w:r w:rsidR="00674A4C" w:rsidRPr="00201FCB">
        <w:rPr>
          <w:rFonts w:ascii="Garamond" w:eastAsia="Charis SIL Regular" w:hAnsi="Garamond"/>
          <w:color w:val="000000"/>
          <w:sz w:val="24"/>
          <w:szCs w:val="24"/>
        </w:rPr>
        <w:t>Nairobi</w:t>
      </w:r>
      <w:r w:rsidRPr="00201FCB">
        <w:rPr>
          <w:rFonts w:ascii="Garamond" w:eastAsia="Charis SIL Regular" w:hAnsi="Garamond"/>
          <w:color w:val="000000"/>
          <w:sz w:val="24"/>
          <w:szCs w:val="24"/>
        </w:rPr>
        <w:t xml:space="preserve">, </w:t>
      </w:r>
      <w:r w:rsidR="00674A4C" w:rsidRPr="00201FCB">
        <w:rPr>
          <w:rFonts w:ascii="Garamond" w:eastAsia="Charis SIL Regular" w:hAnsi="Garamond"/>
          <w:color w:val="000000"/>
          <w:sz w:val="24"/>
          <w:szCs w:val="24"/>
        </w:rPr>
        <w:t xml:space="preserve">was going to be a tightrope walk </w:t>
      </w:r>
      <w:r w:rsidRPr="00201FCB">
        <w:rPr>
          <w:rFonts w:ascii="Garamond" w:eastAsia="Charis SIL Regular" w:hAnsi="Garamond"/>
          <w:color w:val="000000"/>
          <w:sz w:val="24"/>
          <w:szCs w:val="24"/>
        </w:rPr>
        <w:t xml:space="preserve">but she could not fail as that would mean catastrophe in South Asia and putting 10 Indian </w:t>
      </w:r>
      <w:r w:rsidR="002A2F77" w:rsidRPr="00201FCB">
        <w:rPr>
          <w:rFonts w:ascii="Garamond" w:eastAsia="Charis SIL Regular" w:hAnsi="Garamond"/>
          <w:color w:val="000000"/>
          <w:sz w:val="24"/>
          <w:szCs w:val="24"/>
        </w:rPr>
        <w:t>soldier’s</w:t>
      </w:r>
      <w:r w:rsidRPr="00201FCB">
        <w:rPr>
          <w:rFonts w:ascii="Garamond" w:eastAsia="Charis SIL Regular" w:hAnsi="Garamond"/>
          <w:color w:val="000000"/>
          <w:sz w:val="24"/>
          <w:szCs w:val="24"/>
        </w:rPr>
        <w:t xml:space="preserve"> life</w:t>
      </w:r>
      <w:r w:rsidR="00674A4C" w:rsidRPr="00201FCB">
        <w:rPr>
          <w:rFonts w:ascii="Garamond" w:eastAsia="Charis SIL Regular" w:hAnsi="Garamond"/>
          <w:color w:val="000000"/>
          <w:sz w:val="24"/>
          <w:szCs w:val="24"/>
        </w:rPr>
        <w:t>,</w:t>
      </w:r>
      <w:r w:rsidRPr="00201FCB">
        <w:rPr>
          <w:rFonts w:ascii="Garamond" w:eastAsia="Charis SIL Regular" w:hAnsi="Garamond"/>
          <w:color w:val="000000"/>
          <w:sz w:val="24"/>
          <w:szCs w:val="24"/>
        </w:rPr>
        <w:t xml:space="preserve"> in enemy territory</w:t>
      </w:r>
      <w:r w:rsidR="00674A4C" w:rsidRPr="00201FCB">
        <w:rPr>
          <w:rFonts w:ascii="Garamond" w:eastAsia="Charis SIL Regular" w:hAnsi="Garamond"/>
          <w:color w:val="000000"/>
          <w:sz w:val="24"/>
          <w:szCs w:val="24"/>
        </w:rPr>
        <w:t>,</w:t>
      </w:r>
      <w:r w:rsidRPr="00201FCB">
        <w:rPr>
          <w:rFonts w:ascii="Garamond" w:eastAsia="Charis SIL Regular" w:hAnsi="Garamond"/>
          <w:color w:val="000000"/>
          <w:sz w:val="24"/>
          <w:szCs w:val="24"/>
        </w:rPr>
        <w:t xml:space="preserve"> in mortal danger.</w:t>
      </w:r>
    </w:p>
    <w:p w:rsidR="00F460A5" w:rsidRPr="00201FCB" w:rsidRDefault="00F460A5" w:rsidP="00201FCB">
      <w:pPr>
        <w:spacing w:line="480" w:lineRule="auto"/>
        <w:rPr>
          <w:rFonts w:ascii="Garamond" w:hAnsi="Garamond"/>
          <w:sz w:val="24"/>
          <w:szCs w:val="24"/>
        </w:rPr>
        <w:sectPr w:rsidR="00F460A5" w:rsidRPr="00201FCB">
          <w:pgSz w:w="8000" w:h="12000"/>
          <w:pgMar w:top="296" w:right="656" w:bottom="404" w:left="660" w:header="720" w:footer="720" w:gutter="0"/>
          <w:cols w:space="720"/>
          <w:docGrid w:linePitch="360"/>
        </w:sectPr>
      </w:pPr>
    </w:p>
    <w:p w:rsidR="00F460A5" w:rsidRPr="00201FCB" w:rsidRDefault="00800A75" w:rsidP="00201FCB">
      <w:pPr>
        <w:autoSpaceDE w:val="0"/>
        <w:autoSpaceDN w:val="0"/>
        <w:spacing w:before="58" w:after="0" w:line="480" w:lineRule="auto"/>
        <w:rPr>
          <w:rFonts w:ascii="Garamond" w:hAnsi="Garamond"/>
          <w:sz w:val="24"/>
          <w:szCs w:val="24"/>
        </w:rPr>
      </w:pPr>
      <w:r w:rsidRPr="00201FCB">
        <w:rPr>
          <w:rFonts w:ascii="Garamond" w:eastAsia="Charis SIL Regular" w:hAnsi="Garamond"/>
          <w:color w:val="000000"/>
          <w:sz w:val="24"/>
          <w:szCs w:val="24"/>
        </w:rPr>
        <w:lastRenderedPageBreak/>
        <w:t>17</w:t>
      </w:r>
      <w:r w:rsidR="002A2F77" w:rsidRPr="00201FCB">
        <w:rPr>
          <w:rFonts w:ascii="Garamond" w:eastAsia="Charis SIL Regular" w:hAnsi="Garamond"/>
          <w:color w:val="000000"/>
          <w:sz w:val="24"/>
          <w:szCs w:val="24"/>
          <w:vertAlign w:val="superscript"/>
        </w:rPr>
        <w:t>th</w:t>
      </w:r>
      <w:r w:rsidR="00674A4C" w:rsidRPr="00201FCB">
        <w:rPr>
          <w:rFonts w:ascii="Garamond" w:eastAsia="Charis SIL Regular" w:hAnsi="Garamond"/>
          <w:color w:val="000000"/>
          <w:sz w:val="24"/>
          <w:szCs w:val="24"/>
        </w:rPr>
        <w:t xml:space="preserve"> May 2030</w:t>
      </w:r>
      <w:r w:rsidR="00A565DF" w:rsidRPr="00201FCB">
        <w:rPr>
          <w:rFonts w:ascii="Garamond" w:hAnsi="Garamond"/>
          <w:sz w:val="24"/>
          <w:szCs w:val="24"/>
        </w:rPr>
        <w:br/>
      </w:r>
      <w:r w:rsidRPr="00201FCB">
        <w:rPr>
          <w:rFonts w:ascii="Garamond" w:eastAsia="Charis SIL Regular" w:hAnsi="Garamond"/>
          <w:color w:val="000000"/>
          <w:sz w:val="24"/>
          <w:szCs w:val="24"/>
        </w:rPr>
        <w:t xml:space="preserve">Bangalore </w:t>
      </w:r>
      <w:r w:rsidR="002A2F77" w:rsidRPr="00201FCB">
        <w:rPr>
          <w:rFonts w:ascii="Garamond" w:eastAsia="Charis SIL Regular" w:hAnsi="Garamond"/>
          <w:color w:val="000000"/>
          <w:sz w:val="24"/>
          <w:szCs w:val="24"/>
        </w:rPr>
        <w:t>06</w:t>
      </w:r>
      <w:r w:rsidR="00A565DF" w:rsidRPr="00201FCB">
        <w:rPr>
          <w:rFonts w:ascii="Garamond" w:eastAsia="Charis SIL Regular" w:hAnsi="Garamond"/>
          <w:color w:val="000000"/>
          <w:sz w:val="24"/>
          <w:szCs w:val="24"/>
        </w:rPr>
        <w:t xml:space="preserve">30hrs </w:t>
      </w:r>
      <w:r w:rsidR="00A565DF" w:rsidRPr="00201FCB">
        <w:rPr>
          <w:rFonts w:ascii="Garamond" w:hAnsi="Garamond"/>
          <w:sz w:val="24"/>
          <w:szCs w:val="24"/>
        </w:rPr>
        <w:br/>
      </w:r>
      <w:r w:rsidR="00A565DF" w:rsidRPr="00201FCB">
        <w:rPr>
          <w:rFonts w:ascii="Garamond" w:eastAsia="Charis SIL Regular" w:hAnsi="Garamond"/>
          <w:color w:val="000000"/>
          <w:sz w:val="24"/>
          <w:szCs w:val="24"/>
        </w:rPr>
        <w:t xml:space="preserve">The hum of the control room was a low, almost imperceptible thrum against the frantic beat of Dr. </w:t>
      </w:r>
      <w:r w:rsidR="00DB35AB" w:rsidRPr="00201FCB">
        <w:rPr>
          <w:rFonts w:ascii="Garamond" w:eastAsia="Charis SIL Regular" w:hAnsi="Garamond"/>
          <w:color w:val="000000"/>
          <w:sz w:val="24"/>
          <w:szCs w:val="24"/>
        </w:rPr>
        <w:t>Riya</w:t>
      </w:r>
      <w:r w:rsidR="00646DF3" w:rsidRPr="00201FCB">
        <w:rPr>
          <w:rFonts w:ascii="Garamond" w:eastAsia="Charis SIL Regular" w:hAnsi="Garamond"/>
          <w:color w:val="000000"/>
          <w:sz w:val="24"/>
          <w:szCs w:val="24"/>
        </w:rPr>
        <w:t xml:space="preserve"> </w:t>
      </w:r>
      <w:proofErr w:type="spellStart"/>
      <w:r w:rsidR="00646DF3" w:rsidRPr="00201FCB">
        <w:rPr>
          <w:rFonts w:ascii="Garamond" w:eastAsia="Charis SIL Regular" w:hAnsi="Garamond"/>
          <w:color w:val="000000"/>
          <w:sz w:val="24"/>
          <w:szCs w:val="24"/>
        </w:rPr>
        <w:t>Mahadevan</w:t>
      </w:r>
      <w:r w:rsidR="002A2F77" w:rsidRPr="00201FCB">
        <w:rPr>
          <w:rFonts w:ascii="Garamond" w:eastAsia="Charis SIL Regular" w:hAnsi="Garamond"/>
          <w:color w:val="000000"/>
          <w:sz w:val="24"/>
          <w:szCs w:val="24"/>
        </w:rPr>
        <w:t>’s</w:t>
      </w:r>
      <w:proofErr w:type="spellEnd"/>
      <w:r w:rsidR="00A565DF" w:rsidRPr="00201FCB">
        <w:rPr>
          <w:rFonts w:ascii="Garamond" w:eastAsia="Charis SIL Regular" w:hAnsi="Garamond"/>
          <w:color w:val="000000"/>
          <w:sz w:val="24"/>
          <w:szCs w:val="24"/>
        </w:rPr>
        <w:t xml:space="preserve"> heart. Outside, the Bangalore morning was a tapestry of shimmering lights, a stark contrast to the sterile, intensely focused environment within the Indian Space Research </w:t>
      </w:r>
      <w:proofErr w:type="spellStart"/>
      <w:r w:rsidR="00A565DF" w:rsidRPr="00201FCB">
        <w:rPr>
          <w:rFonts w:ascii="Garamond" w:eastAsia="Charis SIL Regular" w:hAnsi="Garamond"/>
          <w:color w:val="000000"/>
          <w:sz w:val="24"/>
          <w:szCs w:val="24"/>
        </w:rPr>
        <w:t>Organisation</w:t>
      </w:r>
      <w:proofErr w:type="spellEnd"/>
      <w:r w:rsidR="00A565DF" w:rsidRPr="00201FCB">
        <w:rPr>
          <w:rFonts w:ascii="Garamond" w:eastAsia="Charis SIL Regular" w:hAnsi="Garamond"/>
          <w:color w:val="000000"/>
          <w:sz w:val="24"/>
          <w:szCs w:val="24"/>
        </w:rPr>
        <w:t xml:space="preserve"> (ISRO) headquarters.</w:t>
      </w:r>
    </w:p>
    <w:p w:rsidR="00F460A5" w:rsidRPr="00201FCB" w:rsidRDefault="00A565DF" w:rsidP="00201FCB">
      <w:pPr>
        <w:autoSpaceDE w:val="0"/>
        <w:autoSpaceDN w:val="0"/>
        <w:spacing w:before="58"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Dr. </w:t>
      </w:r>
      <w:r w:rsidR="00DB35AB" w:rsidRPr="00201FCB">
        <w:rPr>
          <w:rFonts w:ascii="Garamond" w:eastAsia="Charis SIL Regular" w:hAnsi="Garamond"/>
          <w:color w:val="000000"/>
          <w:sz w:val="24"/>
          <w:szCs w:val="24"/>
        </w:rPr>
        <w:t>Riya</w:t>
      </w:r>
      <w:r w:rsidR="002A2F77" w:rsidRPr="00201FCB">
        <w:rPr>
          <w:rFonts w:ascii="Garamond" w:eastAsia="Charis SIL Regular" w:hAnsi="Garamond"/>
          <w:color w:val="000000"/>
          <w:sz w:val="24"/>
          <w:szCs w:val="24"/>
        </w:rPr>
        <w:t xml:space="preserve"> Desai</w:t>
      </w:r>
      <w:r w:rsidRPr="00201FCB">
        <w:rPr>
          <w:rFonts w:ascii="Garamond" w:eastAsia="Charis SIL Regular" w:hAnsi="Garamond"/>
          <w:color w:val="000000"/>
          <w:sz w:val="24"/>
          <w:szCs w:val="24"/>
        </w:rPr>
        <w:t xml:space="preserve"> had gotten a call</w:t>
      </w:r>
      <w:r w:rsidR="00646DF3" w:rsidRPr="00201FCB">
        <w:rPr>
          <w:rFonts w:ascii="Garamond" w:eastAsia="Charis SIL Regular" w:hAnsi="Garamond"/>
          <w:color w:val="000000"/>
          <w:sz w:val="24"/>
          <w:szCs w:val="24"/>
        </w:rPr>
        <w:t xml:space="preserve"> very</w:t>
      </w:r>
      <w:r w:rsidRPr="00201FCB">
        <w:rPr>
          <w:rFonts w:ascii="Garamond" w:eastAsia="Charis SIL Regular" w:hAnsi="Garamond"/>
          <w:color w:val="000000"/>
          <w:sz w:val="24"/>
          <w:szCs w:val="24"/>
        </w:rPr>
        <w:t xml:space="preserve"> early in the morning that day from New Delhi. She had been handpicked by her boss because of her dependability in tense situation. </w:t>
      </w:r>
      <w:proofErr w:type="spellStart"/>
      <w:r w:rsidRPr="00201FCB">
        <w:rPr>
          <w:rFonts w:ascii="Garamond" w:eastAsia="Charis SIL Regular" w:hAnsi="Garamond"/>
          <w:color w:val="000000"/>
          <w:sz w:val="24"/>
          <w:szCs w:val="24"/>
        </w:rPr>
        <w:t>Half awake</w:t>
      </w:r>
      <w:proofErr w:type="spellEnd"/>
      <w:r w:rsidRPr="00201FCB">
        <w:rPr>
          <w:rFonts w:ascii="Garamond" w:eastAsia="Charis SIL Regular" w:hAnsi="Garamond"/>
          <w:color w:val="000000"/>
          <w:sz w:val="24"/>
          <w:szCs w:val="24"/>
        </w:rPr>
        <w:t xml:space="preserve"> she was br</w:t>
      </w:r>
      <w:r w:rsidR="002A2F77" w:rsidRPr="00201FCB">
        <w:rPr>
          <w:rFonts w:ascii="Garamond" w:eastAsia="Charis SIL Regular" w:hAnsi="Garamond"/>
          <w:color w:val="000000"/>
          <w:sz w:val="24"/>
          <w:szCs w:val="24"/>
        </w:rPr>
        <w:t>iefed via</w:t>
      </w:r>
      <w:r w:rsidRPr="00201FCB">
        <w:rPr>
          <w:rFonts w:ascii="Garamond" w:eastAsia="Charis SIL Regular" w:hAnsi="Garamond"/>
          <w:color w:val="000000"/>
          <w:sz w:val="24"/>
          <w:szCs w:val="24"/>
        </w:rPr>
        <w:t xml:space="preserve"> video conference</w:t>
      </w:r>
      <w:r w:rsidR="002A2F77" w:rsidRPr="00201FCB">
        <w:rPr>
          <w:rFonts w:ascii="Garamond" w:eastAsia="Charis SIL Regular" w:hAnsi="Garamond"/>
          <w:color w:val="000000"/>
          <w:sz w:val="24"/>
          <w:szCs w:val="24"/>
        </w:rPr>
        <w:t xml:space="preserve"> over a secured government website</w:t>
      </w:r>
      <w:r w:rsidR="001E7288" w:rsidRPr="00201FCB">
        <w:rPr>
          <w:rFonts w:ascii="Garamond" w:eastAsia="Charis SIL Regular" w:hAnsi="Garamond"/>
          <w:color w:val="000000"/>
          <w:sz w:val="24"/>
          <w:szCs w:val="24"/>
        </w:rPr>
        <w:t xml:space="preserve"> about operation </w:t>
      </w:r>
      <w:proofErr w:type="spellStart"/>
      <w:r w:rsidR="001E7288" w:rsidRPr="00201FCB">
        <w:rPr>
          <w:rFonts w:ascii="Garamond" w:eastAsia="Charis SIL Regular" w:hAnsi="Garamond"/>
          <w:color w:val="000000"/>
          <w:sz w:val="24"/>
          <w:szCs w:val="24"/>
        </w:rPr>
        <w:t>Trishul</w:t>
      </w:r>
      <w:proofErr w:type="spellEnd"/>
      <w:r w:rsidR="001E7288" w:rsidRPr="00201FCB">
        <w:rPr>
          <w:rFonts w:ascii="Garamond" w:eastAsia="Charis SIL Regular" w:hAnsi="Garamond"/>
          <w:color w:val="000000"/>
          <w:sz w:val="24"/>
          <w:szCs w:val="24"/>
        </w:rPr>
        <w:t xml:space="preserve"> (only as much as she needed to know) and her responsibilities</w:t>
      </w:r>
    </w:p>
    <w:p w:rsidR="009D395A" w:rsidRPr="00201FCB" w:rsidRDefault="000B278E"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Dr.</w:t>
      </w:r>
      <w:proofErr w:type="spellEnd"/>
      <w:r w:rsidRPr="00201FCB">
        <w:rPr>
          <w:rFonts w:ascii="Garamond" w:eastAsia="Times New Roman" w:hAnsi="Garamond" w:cs="Times New Roman"/>
          <w:sz w:val="24"/>
          <w:szCs w:val="24"/>
          <w:lang w:val="en-IN" w:eastAsia="en-IN"/>
        </w:rPr>
        <w:t xml:space="preserve"> Riya</w:t>
      </w:r>
      <w:r w:rsidR="009D395A" w:rsidRPr="00201FCB">
        <w:rPr>
          <w:rFonts w:ascii="Garamond" w:eastAsia="Times New Roman" w:hAnsi="Garamond" w:cs="Times New Roman"/>
          <w:sz w:val="24"/>
          <w:szCs w:val="24"/>
          <w:lang w:val="en-IN" w:eastAsia="en-IN"/>
        </w:rPr>
        <w:t xml:space="preserve"> was a paradox in flesh and code — </w:t>
      </w:r>
      <w:r w:rsidR="009D395A" w:rsidRPr="00201FCB">
        <w:rPr>
          <w:rFonts w:ascii="Garamond" w:eastAsia="Times New Roman" w:hAnsi="Garamond" w:cs="Times New Roman"/>
          <w:bCs/>
          <w:sz w:val="24"/>
          <w:szCs w:val="24"/>
          <w:lang w:val="en-IN" w:eastAsia="en-IN"/>
        </w:rPr>
        <w:t>warm with machines, cold with humans</w:t>
      </w:r>
      <w:r w:rsidR="009D395A" w:rsidRPr="00201FCB">
        <w:rPr>
          <w:rFonts w:ascii="Garamond" w:eastAsia="Times New Roman" w:hAnsi="Garamond" w:cs="Times New Roman"/>
          <w:sz w:val="24"/>
          <w:szCs w:val="24"/>
          <w:lang w:val="en-IN" w:eastAsia="en-IN"/>
        </w:rPr>
        <w:t>.</w:t>
      </w:r>
      <w:r w:rsidR="00A808D1" w:rsidRPr="00201FCB">
        <w:rPr>
          <w:rFonts w:ascii="Garamond" w:eastAsia="Times New Roman" w:hAnsi="Garamond" w:cs="Times New Roman"/>
          <w:sz w:val="24"/>
          <w:szCs w:val="24"/>
          <w:lang w:val="en-IN" w:eastAsia="en-IN"/>
        </w:rPr>
        <w:t xml:space="preserve"> </w:t>
      </w:r>
      <w:r w:rsidR="009D395A" w:rsidRPr="00201FCB">
        <w:rPr>
          <w:rFonts w:ascii="Garamond" w:eastAsia="Times New Roman" w:hAnsi="Garamond" w:cs="Times New Roman"/>
          <w:sz w:val="24"/>
          <w:szCs w:val="24"/>
          <w:lang w:val="en-IN" w:eastAsia="en-IN"/>
        </w:rPr>
        <w:t>She didn’t dislike people per se. She simply didn’t understand the noise they brought. Emotions were untidy algorithms — full of contradictory inputs, random spikes, and illogical feedback loops. In contrast, machines were elegance wrapped in silence. Predictable. Obedient. Truthful in their limitations.</w:t>
      </w:r>
    </w:p>
    <w:p w:rsidR="009D395A" w:rsidRPr="00201FCB" w:rsidRDefault="009D395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Her colleagues at ISRO, DRDO, and even in the corridors of Delhi’s think tanks referred to her — half in awe, half in jest — as </w:t>
      </w:r>
      <w:r w:rsidRPr="00201FCB">
        <w:rPr>
          <w:rFonts w:ascii="Garamond" w:eastAsia="Times New Roman" w:hAnsi="Garamond" w:cs="Times New Roman"/>
          <w:bCs/>
          <w:sz w:val="24"/>
          <w:szCs w:val="24"/>
          <w:lang w:val="en-IN" w:eastAsia="en-IN"/>
        </w:rPr>
        <w:t>“The Seer.”</w:t>
      </w:r>
      <w:r w:rsidRPr="00201FCB">
        <w:rPr>
          <w:rFonts w:ascii="Garamond" w:eastAsia="Times New Roman" w:hAnsi="Garamond" w:cs="Times New Roman"/>
          <w:sz w:val="24"/>
          <w:szCs w:val="24"/>
          <w:lang w:val="en-IN" w:eastAsia="en-IN"/>
        </w:rPr>
        <w:br/>
        <w:t>She had earned the title.</w:t>
      </w:r>
      <w:r w:rsidR="001E7288" w:rsidRPr="00201FCB">
        <w:rPr>
          <w:rFonts w:ascii="Garamond" w:eastAsia="Times New Roman" w:hAnsi="Garamond" w:cs="Times New Roman"/>
          <w:sz w:val="24"/>
          <w:szCs w:val="24"/>
          <w:lang w:val="en-IN" w:eastAsia="en-IN"/>
        </w:rPr>
        <w:t xml:space="preserve"> </w:t>
      </w:r>
      <w:r w:rsidR="00646DF3" w:rsidRPr="00201FCB">
        <w:rPr>
          <w:rFonts w:ascii="Garamond" w:eastAsia="Times New Roman" w:hAnsi="Garamond" w:cs="Times New Roman"/>
          <w:sz w:val="24"/>
          <w:szCs w:val="24"/>
          <w:lang w:val="en-IN" w:eastAsia="en-IN"/>
        </w:rPr>
        <w:t>Riya could stare at a</w:t>
      </w:r>
      <w:r w:rsidRPr="00201FCB">
        <w:rPr>
          <w:rFonts w:ascii="Garamond" w:eastAsia="Times New Roman" w:hAnsi="Garamond" w:cs="Times New Roman"/>
          <w:sz w:val="24"/>
          <w:szCs w:val="24"/>
          <w:lang w:val="en-IN" w:eastAsia="en-IN"/>
        </w:rPr>
        <w:t xml:space="preserve"> million lines of telemetry, an ocean of floating-point drift and system noise, and pluck out a single anomaly — a time signature echoing out of place, a gravitational bleed that didn’t belong.</w:t>
      </w:r>
      <w:r w:rsidR="00646DF3"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 xml:space="preserve">Where most analysts saw static, she saw </w:t>
      </w:r>
      <w:r w:rsidRPr="00201FCB">
        <w:rPr>
          <w:rFonts w:ascii="Garamond" w:eastAsia="Times New Roman" w:hAnsi="Garamond" w:cs="Times New Roman"/>
          <w:bCs/>
          <w:sz w:val="24"/>
          <w:szCs w:val="24"/>
          <w:lang w:val="en-IN" w:eastAsia="en-IN"/>
        </w:rPr>
        <w:t>intention</w:t>
      </w:r>
      <w:r w:rsidRPr="00201FCB">
        <w:rPr>
          <w:rFonts w:ascii="Garamond" w:eastAsia="Times New Roman" w:hAnsi="Garamond" w:cs="Times New Roman"/>
          <w:sz w:val="24"/>
          <w:szCs w:val="24"/>
          <w:lang w:val="en-IN" w:eastAsia="en-IN"/>
        </w:rPr>
        <w:t>. A ghost in the pattern.</w:t>
      </w:r>
      <w:r w:rsidR="00646DF3" w:rsidRPr="00201FCB">
        <w:rPr>
          <w:rFonts w:ascii="Garamond" w:eastAsia="Times New Roman" w:hAnsi="Garamond" w:cs="Times New Roman"/>
          <w:sz w:val="24"/>
          <w:szCs w:val="24"/>
          <w:lang w:val="en-IN" w:eastAsia="en-IN"/>
        </w:rPr>
        <w:t xml:space="preserve"> It wasn’t magic. It was years of spending more time with machines than humans.</w:t>
      </w:r>
    </w:p>
    <w:p w:rsidR="009D395A" w:rsidRPr="00201FCB" w:rsidRDefault="009D395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When AI tools trained on years of satellite </w:t>
      </w:r>
      <w:proofErr w:type="spellStart"/>
      <w:r w:rsidRPr="00201FCB">
        <w:rPr>
          <w:rFonts w:ascii="Garamond" w:eastAsia="Times New Roman" w:hAnsi="Garamond" w:cs="Times New Roman"/>
          <w:sz w:val="24"/>
          <w:szCs w:val="24"/>
          <w:lang w:val="en-IN" w:eastAsia="en-IN"/>
        </w:rPr>
        <w:t>behavior</w:t>
      </w:r>
      <w:proofErr w:type="spellEnd"/>
      <w:r w:rsidRPr="00201FCB">
        <w:rPr>
          <w:rFonts w:ascii="Garamond" w:eastAsia="Times New Roman" w:hAnsi="Garamond" w:cs="Times New Roman"/>
          <w:sz w:val="24"/>
          <w:szCs w:val="24"/>
          <w:lang w:val="en-IN" w:eastAsia="en-IN"/>
        </w:rPr>
        <w:t xml:space="preserve"> couldn’t spot the inconsistency in a Chinese </w:t>
      </w:r>
      <w:proofErr w:type="spellStart"/>
      <w:r w:rsidRPr="00201FCB">
        <w:rPr>
          <w:rFonts w:ascii="Garamond" w:eastAsia="Times New Roman" w:hAnsi="Garamond" w:cs="Times New Roman"/>
          <w:sz w:val="24"/>
          <w:szCs w:val="24"/>
          <w:lang w:val="en-IN" w:eastAsia="en-IN"/>
        </w:rPr>
        <w:t>comm</w:t>
      </w:r>
      <w:proofErr w:type="spellEnd"/>
      <w:r w:rsidRPr="00201FCB">
        <w:rPr>
          <w:rFonts w:ascii="Garamond" w:eastAsia="Times New Roman" w:hAnsi="Garamond" w:cs="Times New Roman"/>
          <w:sz w:val="24"/>
          <w:szCs w:val="24"/>
          <w:lang w:val="en-IN" w:eastAsia="en-IN"/>
        </w:rPr>
        <w:t xml:space="preserve"> relay hovering over the India</w:t>
      </w:r>
      <w:r w:rsidR="00646DF3" w:rsidRPr="00201FCB">
        <w:rPr>
          <w:rFonts w:ascii="Garamond" w:eastAsia="Times New Roman" w:hAnsi="Garamond" w:cs="Times New Roman"/>
          <w:sz w:val="24"/>
          <w:szCs w:val="24"/>
          <w:lang w:val="en-IN" w:eastAsia="en-IN"/>
        </w:rPr>
        <w:t>n Ocean, Riya spotted it in</w:t>
      </w:r>
      <w:r w:rsidRPr="00201FCB">
        <w:rPr>
          <w:rFonts w:ascii="Garamond" w:eastAsia="Times New Roman" w:hAnsi="Garamond" w:cs="Times New Roman"/>
          <w:sz w:val="24"/>
          <w:szCs w:val="24"/>
          <w:lang w:val="en-IN" w:eastAsia="en-IN"/>
        </w:rPr>
        <w:t xml:space="preserve"> minutes — not by sight, but by </w:t>
      </w:r>
      <w:r w:rsidRPr="00201FCB">
        <w:rPr>
          <w:rFonts w:ascii="Garamond" w:eastAsia="Times New Roman" w:hAnsi="Garamond" w:cs="Times New Roman"/>
          <w:bCs/>
          <w:sz w:val="24"/>
          <w:szCs w:val="24"/>
          <w:lang w:val="en-IN" w:eastAsia="en-IN"/>
        </w:rPr>
        <w:t>intuition sharpened by obsession</w:t>
      </w:r>
      <w:r w:rsidRPr="00201FCB">
        <w:rPr>
          <w:rFonts w:ascii="Garamond" w:eastAsia="Times New Roman" w:hAnsi="Garamond" w:cs="Times New Roman"/>
          <w:sz w:val="24"/>
          <w:szCs w:val="24"/>
          <w:lang w:val="en-IN" w:eastAsia="en-IN"/>
        </w:rPr>
        <w:t>.</w:t>
      </w:r>
    </w:p>
    <w:p w:rsidR="009D395A" w:rsidRPr="00201FCB" w:rsidRDefault="009D395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Her brilliance wasn’t the performative kind. There were no TED Talks, no LinkedIn posts, no PR campaigns. When a glossy science magazine once called her </w:t>
      </w:r>
      <w:r w:rsidRPr="00201FCB">
        <w:rPr>
          <w:rFonts w:ascii="Garamond" w:eastAsia="Times New Roman" w:hAnsi="Garamond" w:cs="Times New Roman"/>
          <w:bCs/>
          <w:sz w:val="24"/>
          <w:szCs w:val="24"/>
          <w:lang w:val="en-IN" w:eastAsia="en-IN"/>
        </w:rPr>
        <w:t>“India’s answer to Elon Musk”</w:t>
      </w:r>
      <w:r w:rsidRPr="00201FCB">
        <w:rPr>
          <w:rFonts w:ascii="Garamond" w:eastAsia="Times New Roman" w:hAnsi="Garamond" w:cs="Times New Roman"/>
          <w:sz w:val="24"/>
          <w:szCs w:val="24"/>
          <w:lang w:val="en-IN" w:eastAsia="en-IN"/>
        </w:rPr>
        <w:t>, she had sent a rare one-line reply to the editor:</w:t>
      </w:r>
    </w:p>
    <w:p w:rsidR="009D395A" w:rsidRPr="00201FCB" w:rsidRDefault="009D395A"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w:t>
      </w:r>
      <w:r w:rsidR="00A808D1" w:rsidRPr="00201FCB">
        <w:rPr>
          <w:rFonts w:ascii="Garamond" w:hAnsi="Garamond"/>
          <w:sz w:val="24"/>
          <w:szCs w:val="24"/>
        </w:rPr>
        <w:t>"Some solve tomorrow’s problems. I prevent the ones no one sees coming."</w:t>
      </w:r>
      <w:r w:rsidR="000B278E" w:rsidRPr="00201FCB">
        <w:rPr>
          <w:rFonts w:ascii="Garamond" w:eastAsia="Times New Roman" w:hAnsi="Garamond" w:cs="Times New Roman"/>
          <w:sz w:val="24"/>
          <w:szCs w:val="24"/>
          <w:lang w:val="en-IN" w:eastAsia="en-IN"/>
        </w:rPr>
        <w:t>.”</w:t>
      </w:r>
    </w:p>
    <w:p w:rsidR="00A808D1" w:rsidRPr="00201FCB" w:rsidRDefault="00A808D1" w:rsidP="00201FCB">
      <w:pPr>
        <w:pStyle w:val="NormalWeb"/>
        <w:spacing w:line="480" w:lineRule="auto"/>
        <w:rPr>
          <w:rFonts w:ascii="Garamond" w:hAnsi="Garamond"/>
        </w:rPr>
      </w:pPr>
      <w:r w:rsidRPr="00201FCB">
        <w:rPr>
          <w:rFonts w:ascii="Garamond" w:hAnsi="Garamond"/>
        </w:rPr>
        <w:t>At just thirty-eight, she had already chaired two international AI ethics summits, advised on neuro-satellite mesh protocols, and refused—three times—to be lured away by the private sector’s billion-dollar offers. Her work was classified at levels above cabinet clearances, and her calendar was color-coded by crisis.</w:t>
      </w:r>
    </w:p>
    <w:p w:rsidR="00A808D1" w:rsidRPr="00201FCB" w:rsidRDefault="00A808D1" w:rsidP="00201FCB">
      <w:pPr>
        <w:pStyle w:val="NormalWeb"/>
        <w:spacing w:line="480" w:lineRule="auto"/>
        <w:rPr>
          <w:rFonts w:ascii="Garamond" w:hAnsi="Garamond"/>
        </w:rPr>
      </w:pPr>
      <w:r w:rsidRPr="00201FCB">
        <w:rPr>
          <w:rFonts w:ascii="Garamond" w:hAnsi="Garamond"/>
        </w:rPr>
        <w:t xml:space="preserve">Riya wasn’t the loudest voice in any meeting, but often the last one standing after all others had exhausted their vocabulary. Her field wasn’t just artificial intelligence—it was what came after that: </w:t>
      </w:r>
      <w:r w:rsidRPr="00201FCB">
        <w:rPr>
          <w:rStyle w:val="Strong"/>
          <w:rFonts w:ascii="Garamond" w:hAnsi="Garamond"/>
        </w:rPr>
        <w:t>machine cognition, decision parity, and memory-encoded drone lattices</w:t>
      </w:r>
      <w:r w:rsidRPr="00201FCB">
        <w:rPr>
          <w:rFonts w:ascii="Garamond" w:hAnsi="Garamond"/>
        </w:rPr>
        <w:t>. People said she wrote code like poets wrote grief—fluid, precise, and impossible to fake</w:t>
      </w:r>
    </w:p>
    <w:p w:rsidR="00A808D1" w:rsidRPr="00201FCB" w:rsidRDefault="00A808D1"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hAnsi="Garamond"/>
          <w:sz w:val="24"/>
          <w:szCs w:val="24"/>
        </w:rPr>
        <w:t xml:space="preserve">There had been suitors once, potential companions curious about her brilliance. But most had eventually drifted, unable to reconcile her brilliance with her boundaries. </w:t>
      </w:r>
      <w:r w:rsidRPr="00201FCB">
        <w:rPr>
          <w:rStyle w:val="Strong"/>
          <w:rFonts w:ascii="Garamond" w:hAnsi="Garamond"/>
          <w:sz w:val="24"/>
          <w:szCs w:val="24"/>
        </w:rPr>
        <w:t>In a life ruled by firewalls and fail-</w:t>
      </w:r>
      <w:r w:rsidRPr="00201FCB">
        <w:rPr>
          <w:rStyle w:val="Strong"/>
          <w:rFonts w:ascii="Garamond" w:hAnsi="Garamond"/>
          <w:sz w:val="24"/>
          <w:szCs w:val="24"/>
        </w:rPr>
        <w:lastRenderedPageBreak/>
        <w:t>safes, intimacy had always been the one algorithm she’d never debugged</w:t>
      </w:r>
    </w:p>
    <w:p w:rsidR="00F460A5" w:rsidRPr="00201FCB" w:rsidRDefault="00DB35AB" w:rsidP="00201FCB">
      <w:pPr>
        <w:autoSpaceDE w:val="0"/>
        <w:autoSpaceDN w:val="0"/>
        <w:spacing w:before="58" w:after="0" w:line="480" w:lineRule="auto"/>
        <w:rPr>
          <w:rFonts w:ascii="Garamond" w:hAnsi="Garamond"/>
          <w:sz w:val="24"/>
          <w:szCs w:val="24"/>
        </w:rPr>
      </w:pPr>
      <w:r w:rsidRPr="00201FCB">
        <w:rPr>
          <w:rFonts w:ascii="Garamond" w:eastAsia="Charis SIL Regular" w:hAnsi="Garamond"/>
          <w:color w:val="000000"/>
          <w:sz w:val="24"/>
          <w:szCs w:val="24"/>
        </w:rPr>
        <w:t>Riya</w:t>
      </w:r>
      <w:r w:rsidR="00A565DF" w:rsidRPr="00201FCB">
        <w:rPr>
          <w:rFonts w:ascii="Garamond" w:eastAsia="Charis SIL Regular" w:hAnsi="Garamond"/>
          <w:color w:val="000000"/>
          <w:sz w:val="24"/>
          <w:szCs w:val="24"/>
        </w:rPr>
        <w:t xml:space="preserve">, her dark hair pulled back in a severe ponytail, her eyes glued to the constellation of screens before her, felt the weight of a nation resting on her shoulders. Tonight, she wasn't just an </w:t>
      </w:r>
      <w:r w:rsidR="00A565DF" w:rsidRPr="00201FCB">
        <w:rPr>
          <w:rFonts w:ascii="Garamond" w:hAnsi="Garamond"/>
          <w:sz w:val="24"/>
          <w:szCs w:val="24"/>
        </w:rPr>
        <w:br/>
      </w:r>
      <w:r w:rsidR="00A565DF" w:rsidRPr="00201FCB">
        <w:rPr>
          <w:rFonts w:ascii="Garamond" w:eastAsia="Charis SIL Regular" w:hAnsi="Garamond"/>
          <w:color w:val="000000"/>
          <w:sz w:val="24"/>
          <w:szCs w:val="24"/>
        </w:rPr>
        <w:t xml:space="preserve">astrophysicist; she was the architect of a silent war, a digital </w:t>
      </w:r>
      <w:r w:rsidR="00A565DF" w:rsidRPr="00201FCB">
        <w:rPr>
          <w:rFonts w:ascii="Garamond" w:hAnsi="Garamond"/>
          <w:sz w:val="24"/>
          <w:szCs w:val="24"/>
        </w:rPr>
        <w:br/>
      </w:r>
      <w:r w:rsidR="00A565DF" w:rsidRPr="00201FCB">
        <w:rPr>
          <w:rFonts w:ascii="Garamond" w:eastAsia="Charis SIL Regular" w:hAnsi="Garamond"/>
          <w:color w:val="000000"/>
          <w:sz w:val="24"/>
          <w:szCs w:val="24"/>
        </w:rPr>
        <w:t>saboteur orche</w:t>
      </w:r>
      <w:r w:rsidR="002A2F77" w:rsidRPr="00201FCB">
        <w:rPr>
          <w:rFonts w:ascii="Garamond" w:eastAsia="Charis SIL Regular" w:hAnsi="Garamond"/>
          <w:color w:val="000000"/>
          <w:sz w:val="24"/>
          <w:szCs w:val="24"/>
        </w:rPr>
        <w:t>strating a ballet of chaos</w:t>
      </w:r>
      <w:r w:rsidR="00A565DF" w:rsidRPr="00201FCB">
        <w:rPr>
          <w:rFonts w:ascii="Garamond" w:eastAsia="Charis SIL Regular" w:hAnsi="Garamond"/>
          <w:color w:val="000000"/>
          <w:sz w:val="24"/>
          <w:szCs w:val="24"/>
        </w:rPr>
        <w:t xml:space="preserve"> in the heavens. The technological intricacies of operation </w:t>
      </w:r>
      <w:proofErr w:type="spellStart"/>
      <w:r w:rsidR="00A565DF" w:rsidRPr="00201FCB">
        <w:rPr>
          <w:rFonts w:ascii="Garamond" w:eastAsia="Charis SIL Regular" w:hAnsi="Garamond"/>
          <w:color w:val="000000"/>
          <w:sz w:val="24"/>
          <w:szCs w:val="24"/>
        </w:rPr>
        <w:t>Trishul</w:t>
      </w:r>
      <w:proofErr w:type="spellEnd"/>
      <w:r w:rsidR="00A565DF" w:rsidRPr="00201FCB">
        <w:rPr>
          <w:rFonts w:ascii="Garamond" w:eastAsia="Charis SIL Regular" w:hAnsi="Garamond"/>
          <w:color w:val="000000"/>
          <w:sz w:val="24"/>
          <w:szCs w:val="24"/>
        </w:rPr>
        <w:t xml:space="preserve"> were immense, requiring not only precise calculations but also the ability to anticipate and overcome any unforeseen technical malfunctions. A single glitch could expose India's actions and unravel the carefully constructed plan.</w:t>
      </w:r>
    </w:p>
    <w:p w:rsidR="00F460A5" w:rsidRPr="00201FCB" w:rsidRDefault="00F460A5" w:rsidP="00201FCB">
      <w:pPr>
        <w:spacing w:line="480" w:lineRule="auto"/>
        <w:rPr>
          <w:rFonts w:ascii="Garamond" w:hAnsi="Garamond"/>
          <w:sz w:val="24"/>
          <w:szCs w:val="24"/>
        </w:rPr>
        <w:sectPr w:rsidR="00F460A5" w:rsidRPr="00201FCB">
          <w:pgSz w:w="8000" w:h="12000"/>
          <w:pgMar w:top="428" w:right="668" w:bottom="1440" w:left="660" w:header="720" w:footer="720" w:gutter="0"/>
          <w:cols w:space="720"/>
          <w:docGrid w:linePitch="360"/>
        </w:sectPr>
      </w:pPr>
    </w:p>
    <w:p w:rsidR="00F460A5" w:rsidRPr="00201FCB" w:rsidRDefault="00A565DF"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lastRenderedPageBreak/>
        <w:t>Chapter 1 Insurgency</w:t>
      </w:r>
    </w:p>
    <w:p w:rsidR="00800A75" w:rsidRPr="00201FCB" w:rsidRDefault="00064F27"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t>Afghanistan-Pakistan border 0500 hrs.</w:t>
      </w:r>
    </w:p>
    <w:p w:rsidR="00F460A5" w:rsidRPr="00201FCB" w:rsidRDefault="00A565DF" w:rsidP="00201FCB">
      <w:pPr>
        <w:autoSpaceDE w:val="0"/>
        <w:autoSpaceDN w:val="0"/>
        <w:spacing w:after="0" w:line="480" w:lineRule="auto"/>
        <w:rPr>
          <w:rFonts w:ascii="Garamond" w:eastAsia="Charis SIL Bold" w:hAnsi="Garamond"/>
          <w:color w:val="000000"/>
          <w:sz w:val="24"/>
          <w:szCs w:val="24"/>
        </w:rPr>
      </w:pPr>
      <w:r w:rsidRPr="00201FCB">
        <w:rPr>
          <w:rFonts w:ascii="Garamond" w:hAnsi="Garamond"/>
          <w:sz w:val="24"/>
          <w:szCs w:val="24"/>
        </w:rPr>
        <w:br/>
      </w:r>
      <w:r w:rsidR="00DB35AB" w:rsidRPr="00201FCB">
        <w:rPr>
          <w:rFonts w:ascii="Garamond" w:eastAsia="Charis SIL Bold" w:hAnsi="Garamond"/>
          <w:color w:val="000000"/>
          <w:sz w:val="24"/>
          <w:szCs w:val="24"/>
        </w:rPr>
        <w:t>Major</w:t>
      </w:r>
      <w:r w:rsidRPr="00201FCB">
        <w:rPr>
          <w:rFonts w:ascii="Garamond" w:eastAsia="Charis SIL Bold" w:hAnsi="Garamond"/>
          <w:color w:val="000000"/>
          <w:sz w:val="24"/>
          <w:szCs w:val="24"/>
        </w:rPr>
        <w:t xml:space="preserve"> </w:t>
      </w:r>
      <w:r w:rsidR="00DB35AB" w:rsidRPr="00201FCB">
        <w:rPr>
          <w:rFonts w:ascii="Garamond" w:eastAsia="Charis SIL Bold" w:hAnsi="Garamond"/>
          <w:color w:val="000000"/>
          <w:sz w:val="24"/>
          <w:szCs w:val="24"/>
        </w:rPr>
        <w:t>Aarav</w:t>
      </w:r>
      <w:r w:rsidRPr="00201FCB">
        <w:rPr>
          <w:rFonts w:ascii="Garamond" w:eastAsia="Charis SIL Bold" w:hAnsi="Garamond"/>
          <w:color w:val="000000"/>
          <w:sz w:val="24"/>
          <w:szCs w:val="24"/>
        </w:rPr>
        <w:t xml:space="preserve"> Singh</w:t>
      </w:r>
      <w:r w:rsidRPr="00201FCB">
        <w:rPr>
          <w:rFonts w:ascii="Garamond" w:eastAsia="Charis SIL Regular" w:hAnsi="Garamond"/>
          <w:color w:val="000000"/>
          <w:sz w:val="24"/>
          <w:szCs w:val="24"/>
        </w:rPr>
        <w:t xml:space="preserve"> surveyed his team, the Shadow Strikers. Nine soldiers, each a specialist in their field, hand-picked for their unparalleled skills and unwavering loyalty. Their faces, etched with a mixture of grim determination and focused intensity, mirrored his own. They weren't just soldiers; they were the vanguard of a technological revolution in warfare.</w:t>
      </w:r>
    </w:p>
    <w:p w:rsidR="00B837A5" w:rsidRPr="00201FCB" w:rsidRDefault="00A565DF" w:rsidP="00201FCB">
      <w:pPr>
        <w:autoSpaceDE w:val="0"/>
        <w:autoSpaceDN w:val="0"/>
        <w:spacing w:before="60"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Sergeant </w:t>
      </w:r>
      <w:r w:rsidR="002A2F77" w:rsidRPr="00201FCB">
        <w:rPr>
          <w:rFonts w:ascii="Garamond" w:eastAsia="Charis SIL Regular" w:hAnsi="Garamond"/>
          <w:color w:val="000000"/>
          <w:sz w:val="24"/>
          <w:szCs w:val="24"/>
        </w:rPr>
        <w:t>Nik (short for Nikhil)</w:t>
      </w:r>
      <w:r w:rsidRPr="00201FCB">
        <w:rPr>
          <w:rFonts w:ascii="Garamond" w:eastAsia="Charis SIL Regular" w:hAnsi="Garamond"/>
          <w:color w:val="000000"/>
          <w:sz w:val="24"/>
          <w:szCs w:val="24"/>
        </w:rPr>
        <w:t xml:space="preserve"> Reddy, his secon</w:t>
      </w:r>
      <w:r w:rsidR="00B837A5" w:rsidRPr="00201FCB">
        <w:rPr>
          <w:rFonts w:ascii="Garamond" w:eastAsia="Charis SIL Regular" w:hAnsi="Garamond"/>
          <w:color w:val="000000"/>
          <w:sz w:val="24"/>
          <w:szCs w:val="24"/>
        </w:rPr>
        <w:t>d-in-command</w:t>
      </w:r>
      <w:r w:rsidRPr="00201FCB">
        <w:rPr>
          <w:rFonts w:ascii="Garamond" w:eastAsia="Charis SIL Regular" w:hAnsi="Garamond"/>
          <w:color w:val="000000"/>
          <w:sz w:val="24"/>
          <w:szCs w:val="24"/>
        </w:rPr>
        <w:t xml:space="preserve"> approached </w:t>
      </w:r>
      <w:r w:rsidR="00DB35AB" w:rsidRPr="00201FCB">
        <w:rPr>
          <w:rFonts w:ascii="Garamond" w:eastAsia="Charis SIL Regular" w:hAnsi="Garamond"/>
          <w:color w:val="000000"/>
          <w:sz w:val="24"/>
          <w:szCs w:val="24"/>
        </w:rPr>
        <w:t>Aarav</w:t>
      </w:r>
      <w:r w:rsidR="009B1078" w:rsidRPr="00201FCB">
        <w:rPr>
          <w:rFonts w:ascii="Garamond" w:eastAsia="Charis SIL Regular" w:hAnsi="Garamond"/>
          <w:color w:val="000000"/>
          <w:sz w:val="24"/>
          <w:szCs w:val="24"/>
        </w:rPr>
        <w:t>. "All systems optim</w:t>
      </w:r>
      <w:r w:rsidRPr="00201FCB">
        <w:rPr>
          <w:rFonts w:ascii="Garamond" w:eastAsia="Charis SIL Regular" w:hAnsi="Garamond"/>
          <w:color w:val="000000"/>
          <w:sz w:val="24"/>
          <w:szCs w:val="24"/>
        </w:rPr>
        <w:t xml:space="preserve">al, </w:t>
      </w:r>
      <w:r w:rsidR="00DB35AB" w:rsidRPr="00201FCB">
        <w:rPr>
          <w:rFonts w:ascii="Garamond" w:eastAsia="Charis SIL Regular" w:hAnsi="Garamond"/>
          <w:color w:val="000000"/>
          <w:sz w:val="24"/>
          <w:szCs w:val="24"/>
        </w:rPr>
        <w:t>Major</w:t>
      </w:r>
      <w:r w:rsidRPr="00201FCB">
        <w:rPr>
          <w:rFonts w:ascii="Garamond" w:eastAsia="Charis SIL Regular" w:hAnsi="Garamond"/>
          <w:color w:val="000000"/>
          <w:sz w:val="24"/>
          <w:szCs w:val="24"/>
        </w:rPr>
        <w:t>," he repo</w:t>
      </w:r>
      <w:r w:rsidR="001F6998" w:rsidRPr="00201FCB">
        <w:rPr>
          <w:rFonts w:ascii="Garamond" w:eastAsia="Charis SIL Regular" w:hAnsi="Garamond"/>
          <w:color w:val="000000"/>
          <w:sz w:val="24"/>
          <w:szCs w:val="24"/>
        </w:rPr>
        <w:t>rted, his voice a low rumble. "Micro-d</w:t>
      </w:r>
      <w:r w:rsidRPr="00201FCB">
        <w:rPr>
          <w:rFonts w:ascii="Garamond" w:eastAsia="Charis SIL Regular" w:hAnsi="Garamond"/>
          <w:color w:val="000000"/>
          <w:sz w:val="24"/>
          <w:szCs w:val="24"/>
        </w:rPr>
        <w:t xml:space="preserve">rones are prepped and ready for deployment. The robotic infantry is online and awaiting commands." </w:t>
      </w:r>
    </w:p>
    <w:p w:rsidR="00B837A5" w:rsidRPr="00201FCB" w:rsidRDefault="00B837A5"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Sgt.</w:t>
      </w:r>
      <w:proofErr w:type="spellEnd"/>
      <w:r w:rsidRPr="00201FCB">
        <w:rPr>
          <w:rFonts w:ascii="Garamond" w:eastAsia="Times New Roman" w:hAnsi="Garamond" w:cs="Times New Roman"/>
          <w:sz w:val="24"/>
          <w:szCs w:val="24"/>
          <w:lang w:val="en-IN" w:eastAsia="en-IN"/>
        </w:rPr>
        <w:t xml:space="preserve"> Nik moved like a shadow—silent, steady, always ten steps ahead. Born in a military family in </w:t>
      </w:r>
      <w:proofErr w:type="spellStart"/>
      <w:r w:rsidRPr="00201FCB">
        <w:rPr>
          <w:rFonts w:ascii="Garamond" w:eastAsia="Times New Roman" w:hAnsi="Garamond" w:cs="Times New Roman"/>
          <w:sz w:val="24"/>
          <w:szCs w:val="24"/>
          <w:lang w:val="en-IN" w:eastAsia="en-IN"/>
        </w:rPr>
        <w:t>Uttarakhand</w:t>
      </w:r>
      <w:proofErr w:type="spellEnd"/>
      <w:r w:rsidRPr="00201FCB">
        <w:rPr>
          <w:rFonts w:ascii="Garamond" w:eastAsia="Times New Roman" w:hAnsi="Garamond" w:cs="Times New Roman"/>
          <w:sz w:val="24"/>
          <w:szCs w:val="24"/>
          <w:lang w:val="en-IN" w:eastAsia="en-IN"/>
        </w:rPr>
        <w:t xml:space="preserve">, he had spent his childhood on the edges of forests and cliffs, learning to read nature like others read books. His father had died in </w:t>
      </w:r>
      <w:proofErr w:type="spellStart"/>
      <w:r w:rsidRPr="00201FCB">
        <w:rPr>
          <w:rFonts w:ascii="Garamond" w:eastAsia="Times New Roman" w:hAnsi="Garamond" w:cs="Times New Roman"/>
          <w:sz w:val="24"/>
          <w:szCs w:val="24"/>
          <w:lang w:val="en-IN" w:eastAsia="en-IN"/>
        </w:rPr>
        <w:t>Kargil</w:t>
      </w:r>
      <w:proofErr w:type="spellEnd"/>
      <w:r w:rsidRPr="00201FCB">
        <w:rPr>
          <w:rFonts w:ascii="Garamond" w:eastAsia="Times New Roman" w:hAnsi="Garamond" w:cs="Times New Roman"/>
          <w:sz w:val="24"/>
          <w:szCs w:val="24"/>
          <w:lang w:val="en-IN" w:eastAsia="en-IN"/>
        </w:rPr>
        <w:t>. His mother still packed his tiffin when he returned to Dehradun between deployments.</w:t>
      </w:r>
    </w:p>
    <w:p w:rsidR="00F460A5" w:rsidRPr="00201FCB" w:rsidRDefault="00B837A5" w:rsidP="00201FCB">
      <w:pPr>
        <w:spacing w:before="100" w:beforeAutospacing="1" w:after="100" w:afterAutospacing="1" w:line="480" w:lineRule="auto"/>
        <w:rPr>
          <w:rFonts w:ascii="Garamond" w:hAnsi="Garamond"/>
          <w:sz w:val="24"/>
          <w:szCs w:val="24"/>
        </w:rPr>
      </w:pPr>
      <w:r w:rsidRPr="00201FCB">
        <w:rPr>
          <w:rFonts w:ascii="Garamond" w:eastAsia="Times New Roman" w:hAnsi="Garamond" w:cs="Times New Roman"/>
          <w:sz w:val="24"/>
          <w:szCs w:val="24"/>
          <w:lang w:val="en-IN" w:eastAsia="en-IN"/>
        </w:rPr>
        <w:lastRenderedPageBreak/>
        <w:t>Nik wasn’t the loudest or the strongest, but his instincts were battlefield sharp. His real edge lay in sensing disruptions—broken twigs, disturbed grass, a rustle too precise to be wind. Technology amused him, but terrain was his kingdom. Even now, as they climbed through</w:t>
      </w:r>
      <w:r w:rsidR="001E7288" w:rsidRPr="00201FCB">
        <w:rPr>
          <w:rFonts w:ascii="Garamond" w:eastAsia="Times New Roman" w:hAnsi="Garamond" w:cs="Times New Roman"/>
          <w:sz w:val="24"/>
          <w:szCs w:val="24"/>
          <w:lang w:val="en-IN" w:eastAsia="en-IN"/>
        </w:rPr>
        <w:t xml:space="preserve"> the craggy ridge toward the Durand line (One of the innumerable borders etched by the British in the 18</w:t>
      </w:r>
      <w:r w:rsidR="001E7288" w:rsidRPr="00201FCB">
        <w:rPr>
          <w:rFonts w:ascii="Garamond" w:eastAsia="Times New Roman" w:hAnsi="Garamond" w:cs="Times New Roman"/>
          <w:sz w:val="24"/>
          <w:szCs w:val="24"/>
          <w:vertAlign w:val="superscript"/>
          <w:lang w:val="en-IN" w:eastAsia="en-IN"/>
        </w:rPr>
        <w:t>th</w:t>
      </w:r>
      <w:r w:rsidR="001E7288" w:rsidRPr="00201FCB">
        <w:rPr>
          <w:rFonts w:ascii="Garamond" w:eastAsia="Times New Roman" w:hAnsi="Garamond" w:cs="Times New Roman"/>
          <w:sz w:val="24"/>
          <w:szCs w:val="24"/>
          <w:lang w:val="en-IN" w:eastAsia="en-IN"/>
        </w:rPr>
        <w:t xml:space="preserve"> and 19</w:t>
      </w:r>
      <w:r w:rsidR="001E7288" w:rsidRPr="00201FCB">
        <w:rPr>
          <w:rFonts w:ascii="Garamond" w:eastAsia="Times New Roman" w:hAnsi="Garamond" w:cs="Times New Roman"/>
          <w:sz w:val="24"/>
          <w:szCs w:val="24"/>
          <w:vertAlign w:val="superscript"/>
          <w:lang w:val="en-IN" w:eastAsia="en-IN"/>
        </w:rPr>
        <w:t>th</w:t>
      </w:r>
      <w:r w:rsidR="001E7288" w:rsidRPr="00201FCB">
        <w:rPr>
          <w:rFonts w:ascii="Garamond" w:eastAsia="Times New Roman" w:hAnsi="Garamond" w:cs="Times New Roman"/>
          <w:sz w:val="24"/>
          <w:szCs w:val="24"/>
          <w:lang w:val="en-IN" w:eastAsia="en-IN"/>
        </w:rPr>
        <w:t xml:space="preserve"> century which now formed the international border between Pakistan and A</w:t>
      </w:r>
      <w:r w:rsidR="001F6998" w:rsidRPr="00201FCB">
        <w:rPr>
          <w:rFonts w:ascii="Garamond" w:eastAsia="Times New Roman" w:hAnsi="Garamond" w:cs="Times New Roman"/>
          <w:sz w:val="24"/>
          <w:szCs w:val="24"/>
          <w:lang w:val="en-IN" w:eastAsia="en-IN"/>
        </w:rPr>
        <w:t>fghan</w:t>
      </w:r>
      <w:r w:rsidR="001E7288" w:rsidRPr="00201FCB">
        <w:rPr>
          <w:rFonts w:ascii="Garamond" w:eastAsia="Times New Roman" w:hAnsi="Garamond" w:cs="Times New Roman"/>
          <w:sz w:val="24"/>
          <w:szCs w:val="24"/>
          <w:lang w:val="en-IN" w:eastAsia="en-IN"/>
        </w:rPr>
        <w:t>istan)</w:t>
      </w:r>
      <w:r w:rsidRPr="00201FCB">
        <w:rPr>
          <w:rFonts w:ascii="Garamond" w:eastAsia="Times New Roman" w:hAnsi="Garamond" w:cs="Times New Roman"/>
          <w:sz w:val="24"/>
          <w:szCs w:val="24"/>
          <w:lang w:val="en-IN" w:eastAsia="en-IN"/>
        </w:rPr>
        <w:t>, he had marked three alternate exit routes in his head, just in case things went south.</w:t>
      </w:r>
      <w:r w:rsidR="00A565DF" w:rsidRPr="00201FCB">
        <w:rPr>
          <w:rFonts w:ascii="Garamond" w:hAnsi="Garamond"/>
          <w:sz w:val="24"/>
          <w:szCs w:val="24"/>
        </w:rPr>
        <w:br/>
      </w:r>
      <w:r w:rsidR="00DB35AB" w:rsidRPr="00201FCB">
        <w:rPr>
          <w:rFonts w:ascii="Garamond" w:eastAsia="Charis SIL Regular" w:hAnsi="Garamond"/>
          <w:color w:val="000000"/>
          <w:sz w:val="24"/>
          <w:szCs w:val="24"/>
        </w:rPr>
        <w:t>Aarav</w:t>
      </w:r>
      <w:r w:rsidR="00A565DF" w:rsidRPr="00201FCB">
        <w:rPr>
          <w:rFonts w:ascii="Garamond" w:eastAsia="Charis SIL Regular" w:hAnsi="Garamond"/>
          <w:color w:val="000000"/>
          <w:sz w:val="24"/>
          <w:szCs w:val="24"/>
        </w:rPr>
        <w:t xml:space="preserve"> nodded, his gaze sweeping over the array of sophisticated weaponry and technology surrounding them. This wasn't the </w:t>
      </w:r>
      <w:r w:rsidR="00A565DF" w:rsidRPr="00201FCB">
        <w:rPr>
          <w:rFonts w:ascii="Garamond" w:hAnsi="Garamond"/>
          <w:sz w:val="24"/>
          <w:szCs w:val="24"/>
        </w:rPr>
        <w:br/>
      </w:r>
      <w:r w:rsidR="00A565DF" w:rsidRPr="00201FCB">
        <w:rPr>
          <w:rFonts w:ascii="Garamond" w:eastAsia="Charis SIL Regular" w:hAnsi="Garamond"/>
          <w:color w:val="000000"/>
          <w:sz w:val="24"/>
          <w:szCs w:val="24"/>
        </w:rPr>
        <w:t xml:space="preserve">conventional warfare of their fathers; this was a clash of </w:t>
      </w:r>
      <w:r w:rsidR="00A565DF" w:rsidRPr="00201FCB">
        <w:rPr>
          <w:rFonts w:ascii="Garamond" w:hAnsi="Garamond"/>
          <w:sz w:val="24"/>
          <w:szCs w:val="24"/>
        </w:rPr>
        <w:br/>
      </w:r>
      <w:r w:rsidR="00A565DF" w:rsidRPr="00201FCB">
        <w:rPr>
          <w:rFonts w:ascii="Garamond" w:eastAsia="Charis SIL Regular" w:hAnsi="Garamond"/>
          <w:color w:val="000000"/>
          <w:sz w:val="24"/>
          <w:szCs w:val="24"/>
        </w:rPr>
        <w:t>technological titans. The Shadow Strikers were equipped with advanced exosuits that amplified strength and agility, providing superhuman capabilities. Their micro drones, silent and un-</w:t>
      </w:r>
      <w:r w:rsidR="00A565DF" w:rsidRPr="00201FCB">
        <w:rPr>
          <w:rFonts w:ascii="Garamond" w:hAnsi="Garamond"/>
          <w:sz w:val="24"/>
          <w:szCs w:val="24"/>
        </w:rPr>
        <w:br/>
      </w:r>
      <w:proofErr w:type="spellStart"/>
      <w:r w:rsidR="00A565DF" w:rsidRPr="00201FCB">
        <w:rPr>
          <w:rFonts w:ascii="Garamond" w:eastAsia="Charis SIL Regular" w:hAnsi="Garamond"/>
          <w:color w:val="000000"/>
          <w:sz w:val="24"/>
          <w:szCs w:val="24"/>
        </w:rPr>
        <w:t>recognisable</w:t>
      </w:r>
      <w:proofErr w:type="spellEnd"/>
      <w:r w:rsidR="00A565DF" w:rsidRPr="00201FCB">
        <w:rPr>
          <w:rFonts w:ascii="Garamond" w:eastAsia="Charis SIL Regular" w:hAnsi="Garamond"/>
          <w:color w:val="000000"/>
          <w:sz w:val="24"/>
          <w:szCs w:val="24"/>
        </w:rPr>
        <w:t>, were capable of autonomous flight and precision mapping. The robotic infantry, eerily lifelike, were programmed with advanced AI, capable of independent tactical decision-making in the field.</w:t>
      </w:r>
    </w:p>
    <w:p w:rsidR="00F460A5" w:rsidRPr="00201FCB" w:rsidRDefault="00A565DF" w:rsidP="00201FCB">
      <w:pPr>
        <w:autoSpaceDE w:val="0"/>
        <w:autoSpaceDN w:val="0"/>
        <w:spacing w:before="60" w:after="0" w:line="480" w:lineRule="auto"/>
        <w:rPr>
          <w:rFonts w:ascii="Garamond" w:hAnsi="Garamond"/>
          <w:sz w:val="24"/>
          <w:szCs w:val="24"/>
        </w:rPr>
      </w:pPr>
      <w:r w:rsidRPr="00201FCB">
        <w:rPr>
          <w:rFonts w:ascii="Garamond" w:eastAsia="Charis SIL Regular" w:hAnsi="Garamond"/>
          <w:color w:val="000000"/>
          <w:sz w:val="24"/>
          <w:szCs w:val="24"/>
        </w:rPr>
        <w:lastRenderedPageBreak/>
        <w:t xml:space="preserve">"Remember the plan,"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addressed his team, his voice sharp and precise. "Stealth is paramount. We need to move like ghosts, undetected. One wrong move, one slip-up, and the entire operation could unravel." He paused, his gaze settling on each soldier's face, conveying the gravity of the situation without a single superfluous word. "Our success depends on the flawless execution of each s</w:t>
      </w:r>
      <w:r w:rsidR="006527AE" w:rsidRPr="00201FCB">
        <w:rPr>
          <w:rFonts w:ascii="Garamond" w:eastAsia="Charis SIL Regular" w:hAnsi="Garamond"/>
          <w:color w:val="000000"/>
          <w:sz w:val="24"/>
          <w:szCs w:val="24"/>
        </w:rPr>
        <w:t xml:space="preserve">tep. Site </w:t>
      </w:r>
      <w:r w:rsidR="001E7288" w:rsidRPr="00201FCB">
        <w:rPr>
          <w:rFonts w:ascii="Garamond" w:eastAsia="Charis SIL Regular" w:hAnsi="Garamond"/>
          <w:color w:val="000000"/>
          <w:sz w:val="24"/>
          <w:szCs w:val="24"/>
        </w:rPr>
        <w:t>zero</w:t>
      </w:r>
      <w:r w:rsidR="006527AE" w:rsidRPr="00201FCB">
        <w:rPr>
          <w:rFonts w:ascii="Garamond" w:eastAsia="Charis SIL Regular" w:hAnsi="Garamond"/>
          <w:color w:val="000000"/>
          <w:sz w:val="24"/>
          <w:szCs w:val="24"/>
        </w:rPr>
        <w:t xml:space="preserve">, our primary target will be </w:t>
      </w:r>
      <w:r w:rsidRPr="00201FCB">
        <w:rPr>
          <w:rFonts w:ascii="Garamond" w:eastAsia="Charis SIL Regular" w:hAnsi="Garamond"/>
          <w:color w:val="000000"/>
          <w:sz w:val="24"/>
          <w:szCs w:val="24"/>
        </w:rPr>
        <w:t>heavily fortified, but their defenses are not impenetrable. We will exploit their vulnerabilities, utilizing both our technological advantage and tactical prowess. We are not just soldiers; we are the architects of this operation’s success." The bri</w:t>
      </w:r>
      <w:r w:rsidR="00B837A5" w:rsidRPr="00201FCB">
        <w:rPr>
          <w:rFonts w:ascii="Garamond" w:eastAsia="Charis SIL Regular" w:hAnsi="Garamond"/>
          <w:color w:val="000000"/>
          <w:sz w:val="24"/>
          <w:szCs w:val="24"/>
        </w:rPr>
        <w:t>efing continued for another seven minutes</w:t>
      </w:r>
      <w:r w:rsidR="001E7288" w:rsidRPr="00201FCB">
        <w:rPr>
          <w:rFonts w:ascii="Garamond" w:eastAsia="Charis SIL Regular" w:hAnsi="Garamond"/>
          <w:color w:val="000000"/>
          <w:sz w:val="24"/>
          <w:szCs w:val="24"/>
        </w:rPr>
        <w:t>, revising the details of</w:t>
      </w:r>
      <w:r w:rsidRPr="00201FCB">
        <w:rPr>
          <w:rFonts w:ascii="Garamond" w:eastAsia="Charis SIL Regular" w:hAnsi="Garamond"/>
          <w:color w:val="000000"/>
          <w:sz w:val="24"/>
          <w:szCs w:val="24"/>
        </w:rPr>
        <w:t xml:space="preserve"> the complex multi-stage infiltration plan. They would use advanced cloaking technology, rendering them almost invisible to radar. The drones would act as scouts, providing real-time</w:t>
      </w:r>
      <w:r w:rsidR="006527AE" w:rsidRPr="00201FCB">
        <w:rPr>
          <w:rFonts w:ascii="Garamond" w:eastAsia="Charis SIL Regular" w:hAnsi="Garamond"/>
          <w:color w:val="000000"/>
          <w:sz w:val="24"/>
          <w:szCs w:val="24"/>
        </w:rPr>
        <w:t xml:space="preserve"> </w:t>
      </w:r>
      <w:r w:rsidRPr="00201FCB">
        <w:rPr>
          <w:rFonts w:ascii="Garamond" w:eastAsia="Charis SIL Regular" w:hAnsi="Garamond"/>
          <w:color w:val="000000"/>
          <w:sz w:val="24"/>
          <w:szCs w:val="24"/>
        </w:rPr>
        <w:t>intelligence of enemy movements. The robotic soldiers would serve as both a shield and a spearhead, clearing paths and neutralizing threats while minimizing risk to human personnel. The operation was a carefully orchestrated ballet of technology and human skill, a symphony of precision and chaos choreographed to the rhythm of annihilation.</w:t>
      </w:r>
    </w:p>
    <w:p w:rsidR="00EA1B68" w:rsidRPr="00201FCB" w:rsidRDefault="00A565DF" w:rsidP="00201FCB">
      <w:pPr>
        <w:spacing w:before="100" w:beforeAutospacing="1" w:after="100" w:afterAutospacing="1"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lastRenderedPageBreak/>
        <w:t>Finally</w:t>
      </w:r>
      <w:r w:rsidR="001E7288" w:rsidRPr="00201FCB">
        <w:rPr>
          <w:rFonts w:ascii="Garamond" w:eastAsia="Charis SIL Regular" w:hAnsi="Garamond"/>
          <w:color w:val="000000"/>
          <w:sz w:val="24"/>
          <w:szCs w:val="24"/>
        </w:rPr>
        <w:t>,</w:t>
      </w:r>
      <w:r w:rsidRPr="00201FCB">
        <w:rPr>
          <w:rFonts w:ascii="Garamond" w:eastAsia="Charis SIL Regular" w:hAnsi="Garamond"/>
          <w:color w:val="000000"/>
          <w:sz w:val="24"/>
          <w:szCs w:val="24"/>
        </w:rPr>
        <w:t xml:space="preserve"> at the break of dawn and on Major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Singh's command the elite commando team crossed over into Pakistan from Afghanistan by foot. Every soldier</w:t>
      </w:r>
      <w:r w:rsidR="009B1078" w:rsidRPr="00201FCB">
        <w:rPr>
          <w:rFonts w:ascii="Garamond" w:eastAsia="Charis SIL Regular" w:hAnsi="Garamond"/>
          <w:color w:val="000000"/>
          <w:sz w:val="24"/>
          <w:szCs w:val="24"/>
        </w:rPr>
        <w:t xml:space="preserve"> had a see through screen in their</w:t>
      </w:r>
      <w:r w:rsidRPr="00201FCB">
        <w:rPr>
          <w:rFonts w:ascii="Garamond" w:eastAsia="Charis SIL Regular" w:hAnsi="Garamond"/>
          <w:color w:val="000000"/>
          <w:sz w:val="24"/>
          <w:szCs w:val="24"/>
        </w:rPr>
        <w:t xml:space="preserve"> helmet</w:t>
      </w:r>
      <w:r w:rsidR="009B1078" w:rsidRPr="00201FCB">
        <w:rPr>
          <w:rFonts w:ascii="Garamond" w:eastAsia="Charis SIL Regular" w:hAnsi="Garamond"/>
          <w:color w:val="000000"/>
          <w:sz w:val="24"/>
          <w:szCs w:val="24"/>
        </w:rPr>
        <w:t>s</w:t>
      </w:r>
      <w:r w:rsidRPr="00201FCB">
        <w:rPr>
          <w:rFonts w:ascii="Garamond" w:eastAsia="Charis SIL Regular" w:hAnsi="Garamond"/>
          <w:color w:val="000000"/>
          <w:sz w:val="24"/>
          <w:szCs w:val="24"/>
        </w:rPr>
        <w:t xml:space="preserve"> on which a timer </w:t>
      </w:r>
      <w:r w:rsidR="001E7288" w:rsidRPr="00201FCB">
        <w:rPr>
          <w:rFonts w:ascii="Garamond" w:eastAsia="Charis SIL Regular" w:hAnsi="Garamond"/>
          <w:color w:val="000000"/>
          <w:sz w:val="24"/>
          <w:szCs w:val="24"/>
        </w:rPr>
        <w:t>got activated simultaneously. 19</w:t>
      </w:r>
      <w:r w:rsidRPr="00201FCB">
        <w:rPr>
          <w:rFonts w:ascii="Garamond" w:eastAsia="Charis SIL Regular" w:hAnsi="Garamond"/>
          <w:color w:val="000000"/>
          <w:sz w:val="24"/>
          <w:szCs w:val="24"/>
        </w:rPr>
        <w:t>:59:59 and counting backwards. The border of Afghanistan and Pakistan has been a porous badland for ages controlled mostly by tribal warlords. Afghans had been carrying out a proxy war against the Pakistanis through these porous borders</w:t>
      </w:r>
      <w:r w:rsidR="001E7288" w:rsidRPr="00201FCB">
        <w:rPr>
          <w:rFonts w:ascii="Garamond" w:eastAsia="Charis SIL Regular" w:hAnsi="Garamond"/>
          <w:color w:val="000000"/>
          <w:sz w:val="24"/>
          <w:szCs w:val="24"/>
        </w:rPr>
        <w:t>,</w:t>
      </w:r>
      <w:r w:rsidRPr="00201FCB">
        <w:rPr>
          <w:rFonts w:ascii="Garamond" w:eastAsia="Charis SIL Regular" w:hAnsi="Garamond"/>
          <w:color w:val="000000"/>
          <w:sz w:val="24"/>
          <w:szCs w:val="24"/>
        </w:rPr>
        <w:t xml:space="preserve"> </w:t>
      </w:r>
      <w:proofErr w:type="spellStart"/>
      <w:r w:rsidRPr="00201FCB">
        <w:rPr>
          <w:rFonts w:ascii="Garamond" w:eastAsia="Charis SIL Regular" w:hAnsi="Garamond"/>
          <w:color w:val="000000"/>
          <w:sz w:val="24"/>
          <w:szCs w:val="24"/>
        </w:rPr>
        <w:t>utilising</w:t>
      </w:r>
      <w:proofErr w:type="spellEnd"/>
      <w:r w:rsidRPr="00201FCB">
        <w:rPr>
          <w:rFonts w:ascii="Garamond" w:eastAsia="Charis SIL Regular" w:hAnsi="Garamond"/>
          <w:color w:val="000000"/>
          <w:sz w:val="24"/>
          <w:szCs w:val="24"/>
        </w:rPr>
        <w:t xml:space="preserve"> insurgents. As the first rays of sunlight bathed the rugged terrain in a golden hue, the Shadow Strikers embarked on their perilous journey into enemy territory.</w:t>
      </w:r>
      <w:r w:rsidR="00EA1B68" w:rsidRPr="00201FCB">
        <w:rPr>
          <w:rFonts w:ascii="Garamond" w:eastAsia="Charis SIL Regular" w:hAnsi="Garamond"/>
          <w:color w:val="000000"/>
          <w:sz w:val="24"/>
          <w:szCs w:val="24"/>
        </w:rPr>
        <w:t xml:space="preserve"> </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Major Aarav Singh adjusted his terrain-adaptive goggles for the third time in five minutes. The signal kept jittering — too much static, too much electromagnetic interference from the surrounding hills. Behind him, his squad moved in absolute silence, their body heat dim in the infrared. Machines might be the future of war, but this terrain still belonged to </w:t>
      </w:r>
      <w:r w:rsidRPr="00201FCB">
        <w:rPr>
          <w:rFonts w:ascii="Garamond" w:eastAsia="Times New Roman" w:hAnsi="Garamond" w:cs="Times New Roman"/>
          <w:bCs/>
          <w:sz w:val="24"/>
          <w:szCs w:val="24"/>
          <w:lang w:val="en-IN" w:eastAsia="en-IN"/>
        </w:rPr>
        <w:t>stone, wind, and instinct</w:t>
      </w:r>
      <w:r w:rsidRPr="00201FCB">
        <w:rPr>
          <w:rFonts w:ascii="Garamond" w:eastAsia="Times New Roman" w:hAnsi="Garamond" w:cs="Times New Roman"/>
          <w:sz w:val="24"/>
          <w:szCs w:val="24"/>
          <w:lang w:val="en-IN" w:eastAsia="en-IN"/>
        </w:rPr>
        <w:t>.</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“Tech is tantrum-prone in the mountains,” Aarav muttered, more to himself than the team.</w:t>
      </w:r>
      <w:r w:rsidR="009B1078" w:rsidRPr="00201FCB">
        <w:rPr>
          <w:rFonts w:ascii="Garamond" w:eastAsia="Times New Roman" w:hAnsi="Garamond" w:cs="Times New Roman"/>
          <w:sz w:val="24"/>
          <w:szCs w:val="24"/>
          <w:lang w:val="en-IN" w:eastAsia="en-IN"/>
        </w:rPr>
        <w:t xml:space="preserve"> He was not a natural with new age tech unlike his </w:t>
      </w:r>
      <w:r w:rsidR="00655052" w:rsidRPr="00201FCB">
        <w:rPr>
          <w:rFonts w:ascii="Garamond" w:eastAsia="Times New Roman" w:hAnsi="Garamond" w:cs="Times New Roman"/>
          <w:sz w:val="24"/>
          <w:szCs w:val="24"/>
          <w:lang w:val="en-IN" w:eastAsia="en-IN"/>
        </w:rPr>
        <w:t>much younger team.</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 were fifty clicks inside the grey zone — that foggy swath between where official maps ended and deniable actions began. No flags. No uniforms. Just resolve.</w:t>
      </w:r>
    </w:p>
    <w:p w:rsidR="00EA1B68" w:rsidRPr="00201FCB" w:rsidRDefault="00EA1B68" w:rsidP="00201FCB">
      <w:pPr>
        <w:autoSpaceDE w:val="0"/>
        <w:autoSpaceDN w:val="0"/>
        <w:spacing w:before="58"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Flanked to Major Aarav’s left was </w:t>
      </w:r>
      <w:proofErr w:type="spellStart"/>
      <w:r w:rsidRPr="00201FCB">
        <w:rPr>
          <w:rFonts w:ascii="Garamond" w:eastAsia="Charis SIL Regular" w:hAnsi="Garamond"/>
          <w:color w:val="000000"/>
          <w:sz w:val="24"/>
          <w:szCs w:val="24"/>
        </w:rPr>
        <w:t>Lieutant</w:t>
      </w:r>
      <w:proofErr w:type="spellEnd"/>
      <w:r w:rsidRPr="00201FCB">
        <w:rPr>
          <w:rFonts w:ascii="Garamond" w:eastAsia="Charis SIL Regular" w:hAnsi="Garamond"/>
          <w:color w:val="000000"/>
          <w:sz w:val="24"/>
          <w:szCs w:val="24"/>
        </w:rPr>
        <w:t xml:space="preserve"> </w:t>
      </w:r>
      <w:proofErr w:type="spellStart"/>
      <w:r w:rsidRPr="00201FCB">
        <w:rPr>
          <w:rFonts w:ascii="Garamond" w:eastAsia="Charis SIL Regular" w:hAnsi="Garamond"/>
          <w:color w:val="000000"/>
          <w:sz w:val="24"/>
          <w:szCs w:val="24"/>
        </w:rPr>
        <w:t>Zameer</w:t>
      </w:r>
      <w:proofErr w:type="spellEnd"/>
      <w:r w:rsidRPr="00201FCB">
        <w:rPr>
          <w:rFonts w:ascii="Garamond" w:eastAsia="Charis SIL Regular" w:hAnsi="Garamond"/>
          <w:color w:val="000000"/>
          <w:sz w:val="24"/>
          <w:szCs w:val="24"/>
        </w:rPr>
        <w:t xml:space="preserve"> Khan.</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was the only one among them who had gro</w:t>
      </w:r>
      <w:r w:rsidR="001E7288" w:rsidRPr="00201FCB">
        <w:rPr>
          <w:rFonts w:ascii="Garamond" w:eastAsia="Times New Roman" w:hAnsi="Garamond" w:cs="Times New Roman"/>
          <w:sz w:val="24"/>
          <w:szCs w:val="24"/>
          <w:lang w:val="en-IN" w:eastAsia="en-IN"/>
        </w:rPr>
        <w:t xml:space="preserve">wn up within earshot of the </w:t>
      </w:r>
      <w:r w:rsidR="001F6998" w:rsidRPr="00201FCB">
        <w:rPr>
          <w:rFonts w:ascii="Garamond" w:eastAsia="Times New Roman" w:hAnsi="Garamond" w:cs="Times New Roman"/>
          <w:sz w:val="24"/>
          <w:szCs w:val="24"/>
          <w:lang w:val="en-IN" w:eastAsia="en-IN"/>
        </w:rPr>
        <w:t>inter</w:t>
      </w:r>
      <w:r w:rsidR="001E7288" w:rsidRPr="00201FCB">
        <w:rPr>
          <w:rFonts w:ascii="Garamond" w:eastAsia="Times New Roman" w:hAnsi="Garamond" w:cs="Times New Roman"/>
          <w:sz w:val="24"/>
          <w:szCs w:val="24"/>
          <w:lang w:val="en-IN" w:eastAsia="en-IN"/>
        </w:rPr>
        <w:t>national border</w:t>
      </w:r>
      <w:r w:rsidRPr="00201FCB">
        <w:rPr>
          <w:rFonts w:ascii="Garamond" w:eastAsia="Times New Roman" w:hAnsi="Garamond" w:cs="Times New Roman"/>
          <w:sz w:val="24"/>
          <w:szCs w:val="24"/>
          <w:lang w:val="en-IN" w:eastAsia="en-IN"/>
        </w:rPr>
        <w:t xml:space="preserve">. Raised in </w:t>
      </w:r>
      <w:proofErr w:type="spellStart"/>
      <w:r w:rsidRPr="00201FCB">
        <w:rPr>
          <w:rFonts w:ascii="Garamond" w:eastAsia="Times New Roman" w:hAnsi="Garamond" w:cs="Times New Roman"/>
          <w:sz w:val="24"/>
          <w:szCs w:val="24"/>
          <w:lang w:val="en-IN" w:eastAsia="en-IN"/>
        </w:rPr>
        <w:t>Kupwara</w:t>
      </w:r>
      <w:proofErr w:type="spellEnd"/>
      <w:r w:rsidRPr="00201FCB">
        <w:rPr>
          <w:rFonts w:ascii="Garamond" w:eastAsia="Times New Roman" w:hAnsi="Garamond" w:cs="Times New Roman"/>
          <w:sz w:val="24"/>
          <w:szCs w:val="24"/>
          <w:lang w:val="en-IN" w:eastAsia="en-IN"/>
        </w:rPr>
        <w:t>, Kashmir, he’d been recruited during a sensitive army outreach program. Fluent in Pashto and familiar with tribal customs, he could pass off as a local across both sides of the line.</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But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carried ghosts—his elder brother had vanished after being taken by insurgents a decade ago. Some said he joined them. Others said he was silenced.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never spoke about it. Instead, he poured himself into service, each mission a quiet rebellion against the chaos </w:t>
      </w:r>
      <w:r w:rsidRPr="00201FCB">
        <w:rPr>
          <w:rFonts w:ascii="Garamond" w:eastAsia="Times New Roman" w:hAnsi="Garamond" w:cs="Times New Roman"/>
          <w:sz w:val="24"/>
          <w:szCs w:val="24"/>
          <w:lang w:val="en-IN" w:eastAsia="en-IN"/>
        </w:rPr>
        <w:lastRenderedPageBreak/>
        <w:t>that had consumed his youth. For him, this mission wasn’t just national—it was personal.</w:t>
      </w:r>
    </w:p>
    <w:p w:rsidR="00EA1B68" w:rsidRPr="00201FCB" w:rsidRDefault="00EA1B68" w:rsidP="00201FCB">
      <w:pPr>
        <w:autoSpaceDE w:val="0"/>
        <w:autoSpaceDN w:val="0"/>
        <w:spacing w:before="58" w:after="0" w:line="480" w:lineRule="auto"/>
        <w:rPr>
          <w:rFonts w:ascii="Garamond" w:hAnsi="Garamond"/>
          <w:sz w:val="24"/>
          <w:szCs w:val="24"/>
        </w:rPr>
      </w:pPr>
      <w:r w:rsidRPr="00201FCB">
        <w:rPr>
          <w:rFonts w:ascii="Garamond" w:hAnsi="Garamond"/>
          <w:sz w:val="24"/>
          <w:szCs w:val="24"/>
        </w:rPr>
        <w:t xml:space="preserve">On the right of Major Aarav was </w:t>
      </w:r>
      <w:proofErr w:type="spellStart"/>
      <w:r w:rsidRPr="00201FCB">
        <w:rPr>
          <w:rFonts w:ascii="Garamond" w:hAnsi="Garamond"/>
          <w:sz w:val="24"/>
          <w:szCs w:val="24"/>
        </w:rPr>
        <w:t>Lieutanant</w:t>
      </w:r>
      <w:proofErr w:type="spellEnd"/>
      <w:r w:rsidRPr="00201FCB">
        <w:rPr>
          <w:rFonts w:ascii="Garamond" w:hAnsi="Garamond"/>
          <w:sz w:val="24"/>
          <w:szCs w:val="24"/>
        </w:rPr>
        <w:t xml:space="preserve"> Neha S</w:t>
      </w:r>
      <w:r w:rsidR="001E7288" w:rsidRPr="00201FCB">
        <w:rPr>
          <w:rFonts w:ascii="Garamond" w:hAnsi="Garamond"/>
          <w:sz w:val="24"/>
          <w:szCs w:val="24"/>
        </w:rPr>
        <w:t>ingh</w:t>
      </w:r>
      <w:r w:rsidRPr="00201FCB">
        <w:rPr>
          <w:rFonts w:ascii="Garamond" w:hAnsi="Garamond"/>
          <w:sz w:val="24"/>
          <w:szCs w:val="24"/>
        </w:rPr>
        <w:t xml:space="preserve">. </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Lt. Neha Singh was the tech specialist in combat boots. Hailing from Hyderabad, she'd once turned down a Silicon Valley scholarship to join India's cyber command. Her parents still didn’t understand the choice. But she had her reasons.</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Neha had cracked her first encryption at thirteen, tracing a cyberbullying ring that was targeting a classmate. She’d never liked authority, but she respected order—especially in operations like this, where precision meant survival. This was her first field mission beyond simulation labs, and though her hands trembled slightly on the drone controller, her eyes burned with focus. She wasn’t here to just fight with guns. Her war was also with signals.</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Taking up the rear, scanning vitals through her wrist-</w:t>
      </w:r>
      <w:proofErr w:type="spellStart"/>
      <w:r w:rsidRPr="00201FCB">
        <w:rPr>
          <w:rFonts w:ascii="Garamond" w:eastAsia="Times New Roman" w:hAnsi="Garamond" w:cs="Times New Roman"/>
          <w:sz w:val="24"/>
          <w:szCs w:val="24"/>
          <w:lang w:val="en-IN" w:eastAsia="en-IN"/>
        </w:rPr>
        <w:t>holo</w:t>
      </w:r>
      <w:proofErr w:type="spellEnd"/>
      <w:r w:rsidRPr="00201FCB">
        <w:rPr>
          <w:rFonts w:ascii="Garamond" w:eastAsia="Times New Roman" w:hAnsi="Garamond" w:cs="Times New Roman"/>
          <w:sz w:val="24"/>
          <w:szCs w:val="24"/>
          <w:lang w:val="en-IN" w:eastAsia="en-IN"/>
        </w:rPr>
        <w:t xml:space="preserve">, moved </w:t>
      </w:r>
      <w:r w:rsidRPr="00201FCB">
        <w:rPr>
          <w:rFonts w:ascii="Garamond" w:eastAsia="Times New Roman" w:hAnsi="Garamond" w:cs="Times New Roman"/>
          <w:bCs/>
          <w:sz w:val="24"/>
          <w:szCs w:val="24"/>
          <w:lang w:val="en-IN" w:eastAsia="en-IN"/>
        </w:rPr>
        <w:t xml:space="preserve">Lt. </w:t>
      </w:r>
      <w:proofErr w:type="spellStart"/>
      <w:r w:rsidRPr="00201FCB">
        <w:rPr>
          <w:rFonts w:ascii="Garamond" w:eastAsia="Times New Roman" w:hAnsi="Garamond" w:cs="Times New Roman"/>
          <w:bCs/>
          <w:sz w:val="24"/>
          <w:szCs w:val="24"/>
          <w:lang w:val="en-IN" w:eastAsia="en-IN"/>
        </w:rPr>
        <w:t>Tashi</w:t>
      </w:r>
      <w:proofErr w:type="spellEnd"/>
      <w:r w:rsidRPr="00201FCB">
        <w:rPr>
          <w:rFonts w:ascii="Garamond" w:eastAsia="Times New Roman" w:hAnsi="Garamond" w:cs="Times New Roman"/>
          <w:bCs/>
          <w:sz w:val="24"/>
          <w:szCs w:val="24"/>
          <w:lang w:val="en-IN" w:eastAsia="en-IN"/>
        </w:rPr>
        <w:t xml:space="preserve"> </w:t>
      </w:r>
      <w:proofErr w:type="spellStart"/>
      <w:r w:rsidRPr="00201FCB">
        <w:rPr>
          <w:rFonts w:ascii="Garamond" w:eastAsia="Times New Roman" w:hAnsi="Garamond" w:cs="Times New Roman"/>
          <w:bCs/>
          <w:sz w:val="24"/>
          <w:szCs w:val="24"/>
          <w:lang w:val="en-IN" w:eastAsia="en-IN"/>
        </w:rPr>
        <w:t>Sangma</w:t>
      </w:r>
      <w:proofErr w:type="spellEnd"/>
      <w:r w:rsidRPr="00201FCB">
        <w:rPr>
          <w:rFonts w:ascii="Garamond" w:eastAsia="Times New Roman" w:hAnsi="Garamond" w:cs="Times New Roman"/>
          <w:sz w:val="24"/>
          <w:szCs w:val="24"/>
          <w:lang w:val="en-IN" w:eastAsia="en-IN"/>
        </w:rPr>
        <w:t xml:space="preserve">, the combat medic with fingers steadier than a sniper's. A native of </w:t>
      </w:r>
      <w:proofErr w:type="spellStart"/>
      <w:r w:rsidRPr="00201FCB">
        <w:rPr>
          <w:rFonts w:ascii="Garamond" w:eastAsia="Times New Roman" w:hAnsi="Garamond" w:cs="Times New Roman"/>
          <w:sz w:val="24"/>
          <w:szCs w:val="24"/>
          <w:lang w:val="en-IN" w:eastAsia="en-IN"/>
        </w:rPr>
        <w:t>Shillong</w:t>
      </w:r>
      <w:proofErr w:type="spellEnd"/>
      <w:r w:rsidRPr="00201FCB">
        <w:rPr>
          <w:rFonts w:ascii="Garamond" w:eastAsia="Times New Roman" w:hAnsi="Garamond" w:cs="Times New Roman"/>
          <w:sz w:val="24"/>
          <w:szCs w:val="24"/>
          <w:lang w:val="en-IN" w:eastAsia="en-IN"/>
        </w:rPr>
        <w:t xml:space="preserve">, she grew up in mist-covered hills listening to her </w:t>
      </w:r>
      <w:r w:rsidRPr="00201FCB">
        <w:rPr>
          <w:rFonts w:ascii="Garamond" w:eastAsia="Times New Roman" w:hAnsi="Garamond" w:cs="Times New Roman"/>
          <w:sz w:val="24"/>
          <w:szCs w:val="24"/>
          <w:lang w:val="en-IN" w:eastAsia="en-IN"/>
        </w:rPr>
        <w:lastRenderedPageBreak/>
        <w:t>grandmother’s war tales and her mother’s biomedical lectures—one gave her courage, the other precision.</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Tashi</w:t>
      </w:r>
      <w:proofErr w:type="spellEnd"/>
      <w:r w:rsidRPr="00201FCB">
        <w:rPr>
          <w:rFonts w:ascii="Garamond" w:eastAsia="Times New Roman" w:hAnsi="Garamond" w:cs="Times New Roman"/>
          <w:sz w:val="24"/>
          <w:szCs w:val="24"/>
          <w:lang w:val="en-IN" w:eastAsia="en-IN"/>
        </w:rPr>
        <w:t xml:space="preserve"> was a prodigy of the Defence Biotech Program, a walking med-lab armed with neural-patch injectors, micro-</w:t>
      </w:r>
      <w:proofErr w:type="spellStart"/>
      <w:r w:rsidRPr="00201FCB">
        <w:rPr>
          <w:rFonts w:ascii="Garamond" w:eastAsia="Times New Roman" w:hAnsi="Garamond" w:cs="Times New Roman"/>
          <w:sz w:val="24"/>
          <w:szCs w:val="24"/>
          <w:lang w:val="en-IN" w:eastAsia="en-IN"/>
        </w:rPr>
        <w:t>hemostats</w:t>
      </w:r>
      <w:proofErr w:type="spellEnd"/>
      <w:r w:rsidRPr="00201FCB">
        <w:rPr>
          <w:rFonts w:ascii="Garamond" w:eastAsia="Times New Roman" w:hAnsi="Garamond" w:cs="Times New Roman"/>
          <w:sz w:val="24"/>
          <w:szCs w:val="24"/>
          <w:lang w:val="en-IN" w:eastAsia="en-IN"/>
        </w:rPr>
        <w:t xml:space="preserve">, and a portable </w:t>
      </w:r>
      <w:proofErr w:type="spellStart"/>
      <w:r w:rsidRPr="00201FCB">
        <w:rPr>
          <w:rFonts w:ascii="Garamond" w:eastAsia="Times New Roman" w:hAnsi="Garamond" w:cs="Times New Roman"/>
          <w:sz w:val="24"/>
          <w:szCs w:val="24"/>
          <w:lang w:val="en-IN" w:eastAsia="en-IN"/>
        </w:rPr>
        <w:t>nanobot</w:t>
      </w:r>
      <w:proofErr w:type="spellEnd"/>
      <w:r w:rsidRPr="00201FCB">
        <w:rPr>
          <w:rFonts w:ascii="Garamond" w:eastAsia="Times New Roman" w:hAnsi="Garamond" w:cs="Times New Roman"/>
          <w:sz w:val="24"/>
          <w:szCs w:val="24"/>
          <w:lang w:val="en-IN" w:eastAsia="en-IN"/>
        </w:rPr>
        <w:t xml:space="preserve"> dispenser strapped across her thigh. Her modified AR spec lenses continuously mapped each teammate’s biometrics: cortisol spikes, hydration levels, arrhythmias—data translated into instinct. Where older medics carried tourniquets, she carried protein-sequencers and smart-plasma patches that could regenerate tissue on the field.</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didn’t talk much. Not because she was shy—but because the last time she lost a friend in combat, she realized silence left fewer scars.</w:t>
      </w:r>
    </w:p>
    <w:p w:rsidR="00EA1B68" w:rsidRPr="00201FCB" w:rsidRDefault="00EA1B6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As they slipped across the border, her HUD blinked amber for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—slight stress-induced cardiac drift. She tapped a </w:t>
      </w:r>
      <w:proofErr w:type="spellStart"/>
      <w:r w:rsidRPr="00201FCB">
        <w:rPr>
          <w:rFonts w:ascii="Garamond" w:eastAsia="Times New Roman" w:hAnsi="Garamond" w:cs="Times New Roman"/>
          <w:sz w:val="24"/>
          <w:szCs w:val="24"/>
          <w:lang w:val="en-IN" w:eastAsia="en-IN"/>
        </w:rPr>
        <w:t>microdose</w:t>
      </w:r>
      <w:proofErr w:type="spellEnd"/>
      <w:r w:rsidRPr="00201FCB">
        <w:rPr>
          <w:rFonts w:ascii="Garamond" w:eastAsia="Times New Roman" w:hAnsi="Garamond" w:cs="Times New Roman"/>
          <w:sz w:val="24"/>
          <w:szCs w:val="24"/>
          <w:lang w:val="en-IN" w:eastAsia="en-IN"/>
        </w:rPr>
        <w:t xml:space="preserve"> stim into her injector and kept moving. She’d keep them alive. That was her job. That was her oath.</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Somewhere in the middle of the column, half-humming and half-whispering a beat only he could hear, walked </w:t>
      </w:r>
      <w:r w:rsidRPr="00201FCB">
        <w:rPr>
          <w:rFonts w:ascii="Garamond" w:eastAsia="Times New Roman" w:hAnsi="Garamond" w:cs="Times New Roman"/>
          <w:bCs/>
          <w:sz w:val="24"/>
          <w:szCs w:val="24"/>
          <w:lang w:val="en-IN" w:eastAsia="en-IN"/>
        </w:rPr>
        <w:t xml:space="preserve">Corporal </w:t>
      </w:r>
      <w:proofErr w:type="spellStart"/>
      <w:r w:rsidRPr="00201FCB">
        <w:rPr>
          <w:rFonts w:ascii="Garamond" w:eastAsia="Times New Roman" w:hAnsi="Garamond" w:cs="Times New Roman"/>
          <w:bCs/>
          <w:sz w:val="24"/>
          <w:szCs w:val="24"/>
          <w:lang w:val="en-IN" w:eastAsia="en-IN"/>
        </w:rPr>
        <w:t>Yash</w:t>
      </w:r>
      <w:proofErr w:type="spellEnd"/>
      <w:r w:rsidRPr="00201FCB">
        <w:rPr>
          <w:rFonts w:ascii="Garamond" w:eastAsia="Times New Roman" w:hAnsi="Garamond" w:cs="Times New Roman"/>
          <w:bCs/>
          <w:sz w:val="24"/>
          <w:szCs w:val="24"/>
          <w:lang w:val="en-IN" w:eastAsia="en-IN"/>
        </w:rPr>
        <w:t xml:space="preserve"> “Yogi” </w:t>
      </w:r>
      <w:proofErr w:type="spellStart"/>
      <w:r w:rsidRPr="00201FCB">
        <w:rPr>
          <w:rFonts w:ascii="Garamond" w:eastAsia="Times New Roman" w:hAnsi="Garamond" w:cs="Times New Roman"/>
          <w:bCs/>
          <w:sz w:val="24"/>
          <w:szCs w:val="24"/>
          <w:lang w:val="en-IN" w:eastAsia="en-IN"/>
        </w:rPr>
        <w:lastRenderedPageBreak/>
        <w:t>Pratap</w:t>
      </w:r>
      <w:proofErr w:type="spellEnd"/>
      <w:r w:rsidRPr="00201FCB">
        <w:rPr>
          <w:rFonts w:ascii="Garamond" w:eastAsia="Times New Roman" w:hAnsi="Garamond" w:cs="Times New Roman"/>
          <w:sz w:val="24"/>
          <w:szCs w:val="24"/>
          <w:lang w:val="en-IN" w:eastAsia="en-IN"/>
        </w:rPr>
        <w:t xml:space="preserve"> — the one soldier in the squad who could smile while crawling through mud and still quote ‘90s Bollywood dialogue at altitude.</w:t>
      </w:r>
    </w:p>
    <w:p w:rsidR="001F6998" w:rsidRPr="00201FCB" w:rsidRDefault="001F699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 know what this reminds me of?” he whispered to no one in particular. “The PUBG final circle. No cover. No helmet. Just vibes.”</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Nik, ahead of him, sighed audibly. “You say one more word, Yogi, and I’ll swap your neural patch with goat droppings.”</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Yogi grinned behind his mask. “Spoken like a man who lost to me in chess and Call of Duty. Same day.”</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Even Aarav allowed himself the smallest flicker of amusement. Yogi was the unit’s unofficial morale generator. Raised in a middle-class Delhi housing colony in the 2010s, he had grown up on a diet of cheap broadband, superhero films, and street cricket. He’d joined the forces late — not out of patriotism, but because he wanted </w:t>
      </w:r>
      <w:r w:rsidRPr="00201FCB">
        <w:rPr>
          <w:rFonts w:ascii="Garamond" w:eastAsia="Times New Roman" w:hAnsi="Garamond" w:cs="Times New Roman"/>
          <w:i/>
          <w:iCs/>
          <w:sz w:val="24"/>
          <w:szCs w:val="24"/>
          <w:lang w:val="en-IN" w:eastAsia="en-IN"/>
        </w:rPr>
        <w:t>meaning</w:t>
      </w:r>
      <w:r w:rsidRPr="00201FCB">
        <w:rPr>
          <w:rFonts w:ascii="Garamond" w:eastAsia="Times New Roman" w:hAnsi="Garamond" w:cs="Times New Roman"/>
          <w:sz w:val="24"/>
          <w:szCs w:val="24"/>
          <w:lang w:val="en-IN" w:eastAsia="en-IN"/>
        </w:rPr>
        <w:t>. Turns out, under all the jokes and impressions, the kid was made of steel.</w:t>
      </w:r>
    </w:p>
    <w:p w:rsidR="001F6998" w:rsidRPr="00201FCB" w:rsidRDefault="001F699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“Any visual on heat sources?” Aarav asked, ignoring the banter.</w:t>
      </w:r>
    </w:p>
    <w:p w:rsidR="001F6998" w:rsidRPr="00201FCB" w:rsidRDefault="001F699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“No heat, sir,” Neha replied. “Except for Yogi’s ego — that’s still off the charts.”</w:t>
      </w:r>
    </w:p>
    <w:p w:rsidR="001F6998" w:rsidRPr="00201FCB" w:rsidRDefault="001F699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“Confirmed,” Yogi said, saluting playfully. “Fully operational narcissism. But heart in the right place.”</w:t>
      </w:r>
    </w:p>
    <w:p w:rsidR="001F6998" w:rsidRPr="00201FCB" w:rsidRDefault="001F699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“Keep your mouth in the right place,” Reddy muttered, adjusting his rifle.</w:t>
      </w:r>
    </w:p>
    <w:p w:rsidR="001F6998" w:rsidRPr="00201FCB" w:rsidRDefault="001F699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“Yes, Dad.”</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Tashi</w:t>
      </w:r>
      <w:proofErr w:type="spellEnd"/>
      <w:r w:rsidRPr="00201FCB">
        <w:rPr>
          <w:rFonts w:ascii="Garamond" w:eastAsia="Times New Roman" w:hAnsi="Garamond" w:cs="Times New Roman"/>
          <w:sz w:val="24"/>
          <w:szCs w:val="24"/>
          <w:lang w:val="en-IN" w:eastAsia="en-IN"/>
        </w:rPr>
        <w:t xml:space="preserve"> chuckled from the rear. Even </w:t>
      </w:r>
      <w:proofErr w:type="spellStart"/>
      <w:r w:rsidRPr="00201FCB">
        <w:rPr>
          <w:rFonts w:ascii="Garamond" w:eastAsia="Times New Roman" w:hAnsi="Garamond" w:cs="Times New Roman"/>
          <w:sz w:val="24"/>
          <w:szCs w:val="24"/>
          <w:lang w:val="en-IN" w:eastAsia="en-IN"/>
        </w:rPr>
        <w:t>Za</w:t>
      </w:r>
      <w:r w:rsidR="00655052" w:rsidRPr="00201FCB">
        <w:rPr>
          <w:rFonts w:ascii="Garamond" w:eastAsia="Times New Roman" w:hAnsi="Garamond" w:cs="Times New Roman"/>
          <w:sz w:val="24"/>
          <w:szCs w:val="24"/>
          <w:lang w:val="en-IN" w:eastAsia="en-IN"/>
        </w:rPr>
        <w:t>meer</w:t>
      </w:r>
      <w:proofErr w:type="spellEnd"/>
      <w:r w:rsidR="00655052" w:rsidRPr="00201FCB">
        <w:rPr>
          <w:rFonts w:ascii="Garamond" w:eastAsia="Times New Roman" w:hAnsi="Garamond" w:cs="Times New Roman"/>
          <w:sz w:val="24"/>
          <w:szCs w:val="24"/>
          <w:lang w:val="en-IN" w:eastAsia="en-IN"/>
        </w:rPr>
        <w:t xml:space="preserve"> cracked a reluctant smile.</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Yogi’s presence was both a balm and a wildcard.</w:t>
      </w:r>
      <w:r w:rsidRPr="00201FCB">
        <w:rPr>
          <w:rFonts w:ascii="Garamond" w:eastAsia="Times New Roman" w:hAnsi="Garamond" w:cs="Times New Roman"/>
          <w:sz w:val="24"/>
          <w:szCs w:val="24"/>
          <w:lang w:val="en-IN" w:eastAsia="en-IN"/>
        </w:rPr>
        <w:t xml:space="preserve"> He joked through drone alerts. He laughed through landmine drills. But when it counted, he never hesitated to carry the heaviest load, or stay behind to cover the rest.</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 had seen men break under silence. But Yogi? Yogi fought the silence with sound.</w:t>
      </w:r>
    </w:p>
    <w:p w:rsidR="001F6998" w:rsidRPr="00201FCB" w:rsidRDefault="001F699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i/>
          <w:iCs/>
          <w:sz w:val="24"/>
          <w:szCs w:val="24"/>
          <w:lang w:val="en-IN" w:eastAsia="en-IN"/>
        </w:rPr>
        <w:t>“We’ll need that,”</w:t>
      </w:r>
      <w:r w:rsidRPr="00201FCB">
        <w:rPr>
          <w:rFonts w:ascii="Garamond" w:eastAsia="Times New Roman" w:hAnsi="Garamond" w:cs="Times New Roman"/>
          <w:sz w:val="24"/>
          <w:szCs w:val="24"/>
          <w:lang w:val="en-IN" w:eastAsia="en-IN"/>
        </w:rPr>
        <w:t xml:space="preserve"> Aarav thought. </w:t>
      </w:r>
      <w:r w:rsidRPr="00201FCB">
        <w:rPr>
          <w:rFonts w:ascii="Garamond" w:eastAsia="Times New Roman" w:hAnsi="Garamond" w:cs="Times New Roman"/>
          <w:i/>
          <w:iCs/>
          <w:sz w:val="24"/>
          <w:szCs w:val="24"/>
          <w:lang w:val="en-IN" w:eastAsia="en-IN"/>
        </w:rPr>
        <w:t>“Especially for what’s ahead.”</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p>
    <w:p w:rsidR="001E7288" w:rsidRPr="00201FCB" w:rsidRDefault="001E7288" w:rsidP="00201FCB">
      <w:pPr>
        <w:autoSpaceDE w:val="0"/>
        <w:autoSpaceDN w:val="0"/>
        <w:spacing w:before="58"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Each member of the team moved with the fluidity of shadows, their exosuits rendering them silent and deadly. The advanced technology at their disposal became an extension of themselves, enhancing their natural abilities to superhuman levels. Major Aarav Singh, leading from the front, navigated the treacherous landscape with calculated precision. Their path, though fraught with danger, was carefully chosen to avoid detection. The team's micro drones scouted ahead, providing vital intelligence on enemy positions and potential hazards. The robotic infantry, marching in perfect synchrony, formed an imposing vanguard, ready to engage any threat that dared cross their path. The hours ticked by like an ominous countdown, each step bringing them closer to their objective. The tension among the team was palpable, yet their training and discipline kept their nerves in check. They knew that a single </w:t>
      </w:r>
      <w:r w:rsidRPr="00201FCB">
        <w:rPr>
          <w:rFonts w:ascii="Garamond" w:hAnsi="Garamond"/>
          <w:sz w:val="24"/>
          <w:szCs w:val="24"/>
        </w:rPr>
        <w:br/>
      </w:r>
      <w:r w:rsidRPr="00201FCB">
        <w:rPr>
          <w:rFonts w:ascii="Garamond" w:eastAsia="Charis SIL Regular" w:hAnsi="Garamond"/>
          <w:color w:val="000000"/>
          <w:sz w:val="24"/>
          <w:szCs w:val="24"/>
        </w:rPr>
        <w:t>mistake, a momentary lapse in judgment, could spell disaster. Their only option was success—failure was not an outcome they could afford.</w:t>
      </w:r>
    </w:p>
    <w:p w:rsidR="001E7288" w:rsidRPr="00201FCB" w:rsidRDefault="001E7288" w:rsidP="00201FCB">
      <w:pPr>
        <w:autoSpaceDE w:val="0"/>
        <w:autoSpaceDN w:val="0"/>
        <w:spacing w:before="58" w:after="0" w:line="480" w:lineRule="auto"/>
        <w:rPr>
          <w:rFonts w:ascii="Garamond" w:eastAsia="Charis SIL Regular" w:hAnsi="Garamond"/>
          <w:color w:val="000000"/>
          <w:sz w:val="24"/>
          <w:szCs w:val="24"/>
        </w:rPr>
      </w:pPr>
    </w:p>
    <w:p w:rsidR="00F460A5" w:rsidRPr="00201FCB" w:rsidRDefault="00F460A5" w:rsidP="00201FCB">
      <w:pPr>
        <w:spacing w:line="480" w:lineRule="auto"/>
        <w:rPr>
          <w:rFonts w:ascii="Garamond" w:hAnsi="Garamond"/>
          <w:sz w:val="24"/>
          <w:szCs w:val="24"/>
        </w:rPr>
        <w:sectPr w:rsidR="00F460A5" w:rsidRPr="00201FCB">
          <w:pgSz w:w="8000" w:h="12000"/>
          <w:pgMar w:top="296" w:right="644" w:bottom="394" w:left="660" w:header="720" w:footer="720" w:gutter="0"/>
          <w:cols w:space="720"/>
          <w:docGrid w:linePitch="360"/>
        </w:sectPr>
      </w:pPr>
    </w:p>
    <w:p w:rsidR="00800A75" w:rsidRPr="00201FCB" w:rsidRDefault="00800A75" w:rsidP="00201FCB">
      <w:pPr>
        <w:spacing w:before="100" w:beforeAutospacing="1" w:after="100" w:afterAutospacing="1" w:line="480" w:lineRule="auto"/>
        <w:rPr>
          <w:rStyle w:val="Strong"/>
          <w:rFonts w:ascii="Garamond" w:hAnsi="Garamond"/>
          <w:b w:val="0"/>
          <w:sz w:val="24"/>
          <w:szCs w:val="24"/>
        </w:rPr>
      </w:pPr>
      <w:r w:rsidRPr="00201FCB">
        <w:rPr>
          <w:rStyle w:val="Strong"/>
          <w:rFonts w:ascii="Garamond" w:hAnsi="Garamond"/>
          <w:b w:val="0"/>
          <w:sz w:val="24"/>
          <w:szCs w:val="24"/>
        </w:rPr>
        <w:lastRenderedPageBreak/>
        <w:t>Chapter 2 Crescent shadows</w:t>
      </w:r>
    </w:p>
    <w:p w:rsidR="0056698D" w:rsidRPr="00201FCB" w:rsidRDefault="0056698D" w:rsidP="00201FCB">
      <w:pPr>
        <w:spacing w:before="100" w:beforeAutospacing="1" w:after="100" w:afterAutospacing="1" w:line="480" w:lineRule="auto"/>
        <w:rPr>
          <w:rStyle w:val="Strong"/>
          <w:rFonts w:ascii="Garamond" w:hAnsi="Garamond"/>
          <w:b w:val="0"/>
          <w:sz w:val="24"/>
          <w:szCs w:val="24"/>
        </w:rPr>
      </w:pPr>
      <w:r w:rsidRPr="00201FCB">
        <w:rPr>
          <w:rStyle w:val="Strong"/>
          <w:rFonts w:ascii="Garamond" w:hAnsi="Garamond"/>
          <w:b w:val="0"/>
          <w:sz w:val="24"/>
          <w:szCs w:val="24"/>
        </w:rPr>
        <w:t>17</w:t>
      </w:r>
      <w:r w:rsidRPr="00201FCB">
        <w:rPr>
          <w:rStyle w:val="Strong"/>
          <w:rFonts w:ascii="Garamond" w:hAnsi="Garamond"/>
          <w:b w:val="0"/>
          <w:sz w:val="24"/>
          <w:szCs w:val="24"/>
          <w:vertAlign w:val="superscript"/>
        </w:rPr>
        <w:t>th</w:t>
      </w:r>
      <w:r w:rsidRPr="00201FCB">
        <w:rPr>
          <w:rStyle w:val="Strong"/>
          <w:rFonts w:ascii="Garamond" w:hAnsi="Garamond"/>
          <w:b w:val="0"/>
          <w:sz w:val="24"/>
          <w:szCs w:val="24"/>
        </w:rPr>
        <w:t xml:space="preserve"> May 2030</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Abuja, Nigeria | 0910 HRS</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capital awoke under a pale, shimmering sun, already warming the concrete and glass skyline of central Abuja. The streets buzzed with a measured energy — government aides in crisp suits, motorcades slicing through traffic, prayer calls fading into office chatter. From above, it looked organized, grid-like, almost serene. But on the ground, it pulsed with contradictions: tribal roots tangled in policy, oil dreams twisted around digital ambition, and power that shifted faster than any headline could catch.</w:t>
      </w:r>
    </w:p>
    <w:p w:rsidR="001F6998" w:rsidRPr="00201FCB" w:rsidRDefault="00655052"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decade back India had been in a similar place</w:t>
      </w:r>
      <w:r w:rsidR="001F6998" w:rsidRPr="00201FCB">
        <w:rPr>
          <w:rFonts w:ascii="Garamond" w:eastAsia="Times New Roman" w:hAnsi="Garamond" w:cs="Times New Roman"/>
          <w:sz w:val="24"/>
          <w:szCs w:val="24"/>
          <w:lang w:val="en-IN" w:eastAsia="en-IN"/>
        </w:rPr>
        <w:t xml:space="preserve"> before.</w:t>
      </w:r>
    </w:p>
    <w:p w:rsidR="00655052"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 xml:space="preserve">In the world of 2030, </w:t>
      </w:r>
      <w:r w:rsidRPr="00201FCB">
        <w:rPr>
          <w:rStyle w:val="Strong"/>
          <w:rFonts w:ascii="Garamond" w:hAnsi="Garamond"/>
          <w:b w:val="0"/>
          <w:sz w:val="24"/>
          <w:szCs w:val="24"/>
        </w:rPr>
        <w:t>Nigeria was no longer just Africa’s most populous nation</w:t>
      </w:r>
      <w:r w:rsidRPr="00201FCB">
        <w:rPr>
          <w:rFonts w:ascii="Garamond" w:hAnsi="Garamond"/>
          <w:sz w:val="24"/>
          <w:szCs w:val="24"/>
        </w:rPr>
        <w:t xml:space="preserve"> — it was its most watched. With over </w:t>
      </w:r>
      <w:r w:rsidRPr="00201FCB">
        <w:rPr>
          <w:rStyle w:val="Strong"/>
          <w:rFonts w:ascii="Garamond" w:hAnsi="Garamond"/>
          <w:b w:val="0"/>
          <w:sz w:val="24"/>
          <w:szCs w:val="24"/>
        </w:rPr>
        <w:t>250 million citizens</w:t>
      </w:r>
      <w:r w:rsidRPr="00201FCB">
        <w:rPr>
          <w:rFonts w:ascii="Garamond" w:hAnsi="Garamond"/>
          <w:sz w:val="24"/>
          <w:szCs w:val="24"/>
        </w:rPr>
        <w:t xml:space="preserve">, and more than </w:t>
      </w:r>
      <w:r w:rsidRPr="00201FCB">
        <w:rPr>
          <w:rStyle w:val="Strong"/>
          <w:rFonts w:ascii="Garamond" w:hAnsi="Garamond"/>
          <w:b w:val="0"/>
          <w:sz w:val="24"/>
          <w:szCs w:val="24"/>
        </w:rPr>
        <w:t>120 million Muslims</w:t>
      </w:r>
      <w:r w:rsidRPr="00201FCB">
        <w:rPr>
          <w:rFonts w:ascii="Garamond" w:hAnsi="Garamond"/>
          <w:sz w:val="24"/>
          <w:szCs w:val="24"/>
        </w:rPr>
        <w:t xml:space="preserve">, Nigeria was the </w:t>
      </w:r>
      <w:r w:rsidRPr="00201FCB">
        <w:rPr>
          <w:rStyle w:val="Strong"/>
          <w:rFonts w:ascii="Garamond" w:hAnsi="Garamond"/>
          <w:b w:val="0"/>
          <w:sz w:val="24"/>
          <w:szCs w:val="24"/>
        </w:rPr>
        <w:t xml:space="preserve">de facto voice of Islam </w:t>
      </w:r>
      <w:r w:rsidRPr="00201FCB">
        <w:rPr>
          <w:rStyle w:val="Strong"/>
          <w:rFonts w:ascii="Garamond" w:hAnsi="Garamond"/>
          <w:b w:val="0"/>
          <w:sz w:val="24"/>
          <w:szCs w:val="24"/>
        </w:rPr>
        <w:lastRenderedPageBreak/>
        <w:t>in sub-Saharan Africa</w:t>
      </w:r>
      <w:r w:rsidRPr="00201FCB">
        <w:rPr>
          <w:rFonts w:ascii="Garamond" w:hAnsi="Garamond"/>
          <w:sz w:val="24"/>
          <w:szCs w:val="24"/>
        </w:rPr>
        <w:t xml:space="preserve">. Its economy, once oil-obsessed and brittle, had matured into a tech-manufacturing-logistics hybrid. </w:t>
      </w:r>
    </w:p>
    <w:p w:rsidR="00BB2462" w:rsidRPr="00201FCB" w:rsidRDefault="00BB2462"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The</w:t>
      </w:r>
      <w:r w:rsidRPr="00201FCB">
        <w:rPr>
          <w:rFonts w:ascii="Garamond" w:hAnsi="Garamond"/>
          <w:sz w:val="24"/>
          <w:szCs w:val="24"/>
        </w:rPr>
        <w:t xml:space="preserve"> tide had turned. Africa, long treated as the world’s resource mine without its due stake, was now discovering its own worth. With vast reserves of rare earth elements, lithium, cobalt, and other critical minerals essential to the digital and green revolutions, the continent had become a geopolitical pivot. Over the last decade, India had stepped beyond symbolic summits and taken a leadership role in galvanizing the Global South—challenging the old economic hierarchies and offering Africa not just partnership, but voice. Unlike the transactional overtures of the West, Africa felt a quiet indebtedness toward India—born not only of India’s humanitarian and selfless contributions in times of need, but also of a shared memory of colonial abuse and resilience. This quiet assertion had helped tilt the scales, bringing a new, if fragile, balance to the world order.</w:t>
      </w:r>
    </w:p>
    <w:p w:rsidR="00BB2462" w:rsidRPr="00201FCB" w:rsidRDefault="00BB2462" w:rsidP="00201FCB">
      <w:pPr>
        <w:spacing w:before="100" w:beforeAutospacing="1" w:after="100" w:afterAutospacing="1" w:line="480" w:lineRule="auto"/>
        <w:rPr>
          <w:rFonts w:ascii="Garamond" w:eastAsia="Times New Roman" w:hAnsi="Garamond" w:cs="Times New Roman"/>
          <w:bCs/>
          <w:sz w:val="24"/>
          <w:szCs w:val="24"/>
          <w:lang w:val="en-IN" w:eastAsia="en-IN"/>
        </w:rPr>
      </w:pPr>
      <w:r w:rsidRPr="00201FCB">
        <w:rPr>
          <w:rFonts w:ascii="Garamond" w:eastAsia="Times New Roman" w:hAnsi="Garamond" w:cs="Times New Roman"/>
          <w:bCs/>
          <w:sz w:val="24"/>
          <w:szCs w:val="24"/>
          <w:lang w:val="en-IN" w:eastAsia="en-IN"/>
        </w:rPr>
        <w:t>This was not a courtesy call. This was silent positioning</w:t>
      </w:r>
      <w:r w:rsidRPr="00201FCB">
        <w:rPr>
          <w:rFonts w:ascii="Garamond" w:eastAsia="Times New Roman" w:hAnsi="Garamond" w:cs="Times New Roman"/>
          <w:bCs/>
          <w:sz w:val="24"/>
          <w:szCs w:val="24"/>
          <w:lang w:val="en-IN" w:eastAsia="en-IN"/>
        </w:rPr>
        <w:t xml:space="preserve">. </w:t>
      </w:r>
    </w:p>
    <w:p w:rsidR="00AE768F" w:rsidRPr="00201FCB" w:rsidRDefault="00AE768F"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lastRenderedPageBreak/>
        <w:t>As the convoy eased past the imposing gates of the Nigerian Presidential Villa, the atmosphere shifted to one of carefully choreographed theatre. Reporters clustered near the steps like birds scenting a storm, jostling for angles and one-liners. Indira Rai emerged with effortless grace, her saree pleats crisp, her signature tricolor pin gleaming like a quiet dare. She knew the drill. “India and Nigeria stand at a crucial crossroad in history,” she said with a diplomatic smile. “Together, we hope to shape the road ahead, not merely walk it.” The Nigerian Foreign Minister added his own bland reassurance.</w:t>
      </w:r>
    </w:p>
    <w:p w:rsidR="00AE768F" w:rsidRPr="00201FCB" w:rsidRDefault="00AE768F" w:rsidP="00201FCB">
      <w:pPr>
        <w:pStyle w:val="NormalWeb"/>
        <w:spacing w:line="480" w:lineRule="auto"/>
        <w:rPr>
          <w:rFonts w:ascii="Garamond" w:hAnsi="Garamond"/>
        </w:rPr>
      </w:pPr>
      <w:r w:rsidRPr="00201FCB">
        <w:rPr>
          <w:rFonts w:ascii="Garamond" w:hAnsi="Garamond"/>
        </w:rPr>
        <w:t>Indira knew the script as well as she knew her reflection. Every word, every pause, every glint of her brooch had been planned. And yet, just before stepping away from the microphone, she slipped in a line that wasn’t in the official brief — at least not in New Delhi’s version. “India does not come to Africa with conditional aid or hidden claws. We come with open hand</w:t>
      </w:r>
      <w:r w:rsidRPr="00201FCB">
        <w:rPr>
          <w:rFonts w:ascii="Garamond" w:hAnsi="Garamond"/>
        </w:rPr>
        <w:t>s and an open heart — as sister</w:t>
      </w:r>
      <w:r w:rsidRPr="00201FCB">
        <w:rPr>
          <w:rFonts w:ascii="Garamond" w:hAnsi="Garamond"/>
        </w:rPr>
        <w:t>s, not patrons.”</w:t>
      </w:r>
    </w:p>
    <w:p w:rsidR="00AE768F" w:rsidRPr="00201FCB" w:rsidRDefault="00AE768F" w:rsidP="00201FCB">
      <w:pPr>
        <w:pStyle w:val="NormalWeb"/>
        <w:spacing w:line="480" w:lineRule="auto"/>
        <w:rPr>
          <w:rFonts w:ascii="Garamond" w:hAnsi="Garamond"/>
        </w:rPr>
      </w:pPr>
      <w:r w:rsidRPr="00201FCB">
        <w:rPr>
          <w:rFonts w:ascii="Garamond" w:hAnsi="Garamond"/>
        </w:rPr>
        <w:t>The line was soft, but its echo would be loud.</w:t>
      </w:r>
    </w:p>
    <w:p w:rsidR="00AE768F" w:rsidRPr="00201FCB" w:rsidRDefault="00AE768F" w:rsidP="00201FCB">
      <w:pPr>
        <w:pStyle w:val="NormalWeb"/>
        <w:spacing w:line="480" w:lineRule="auto"/>
        <w:rPr>
          <w:rFonts w:ascii="Garamond" w:hAnsi="Garamond"/>
        </w:rPr>
      </w:pPr>
      <w:r w:rsidRPr="00201FCB">
        <w:rPr>
          <w:rFonts w:ascii="Garamond" w:hAnsi="Garamond"/>
        </w:rPr>
        <w:lastRenderedPageBreak/>
        <w:t xml:space="preserve">Within minutes, the quote made its way across African and South Asian newswires, splashed over social media with captions like </w:t>
      </w:r>
      <w:r w:rsidRPr="00201FCB">
        <w:rPr>
          <w:rStyle w:val="Emphasis"/>
          <w:rFonts w:ascii="Garamond" w:hAnsi="Garamond"/>
        </w:rPr>
        <w:t>“India Extends Heart to Africa”</w:t>
      </w:r>
      <w:r w:rsidRPr="00201FCB">
        <w:rPr>
          <w:rFonts w:ascii="Garamond" w:hAnsi="Garamond"/>
        </w:rPr>
        <w:t xml:space="preserve"> and </w:t>
      </w:r>
      <w:r w:rsidRPr="00201FCB">
        <w:rPr>
          <w:rStyle w:val="Emphasis"/>
          <w:rFonts w:ascii="Garamond" w:hAnsi="Garamond"/>
        </w:rPr>
        <w:t>“True Partners, Not Puppeteers.”</w:t>
      </w:r>
      <w:r w:rsidRPr="00201FCB">
        <w:rPr>
          <w:rFonts w:ascii="Garamond" w:hAnsi="Garamond"/>
        </w:rPr>
        <w:t xml:space="preserve"> It struck a chord with the Nigerian public — a population tired of being courted with exploitative deals. Editorials praised India’s tone; public commentators contrasted it with the transactional overtures of the West and the quiet extractive policies of others.</w:t>
      </w:r>
    </w:p>
    <w:p w:rsidR="00AE768F" w:rsidRPr="00201FCB" w:rsidRDefault="00AE768F" w:rsidP="00201FCB">
      <w:pPr>
        <w:pStyle w:val="NormalWeb"/>
        <w:spacing w:line="480" w:lineRule="auto"/>
        <w:rPr>
          <w:rFonts w:ascii="Garamond" w:hAnsi="Garamond"/>
        </w:rPr>
      </w:pPr>
      <w:r w:rsidRPr="00201FCB">
        <w:rPr>
          <w:rFonts w:ascii="Garamond" w:hAnsi="Garamond"/>
        </w:rPr>
        <w:t xml:space="preserve">What seemed like a spontaneous flourish was anything </w:t>
      </w:r>
      <w:proofErr w:type="gramStart"/>
      <w:r w:rsidRPr="00201FCB">
        <w:rPr>
          <w:rFonts w:ascii="Garamond" w:hAnsi="Garamond"/>
        </w:rPr>
        <w:t>but.</w:t>
      </w:r>
      <w:proofErr w:type="gramEnd"/>
      <w:r w:rsidRPr="00201FCB">
        <w:rPr>
          <w:rFonts w:ascii="Garamond" w:hAnsi="Garamond"/>
        </w:rPr>
        <w:t xml:space="preserve"> Indira had just painted Nigeria into a moral corner — ensuring that when India would later ask them to </w:t>
      </w:r>
      <w:r w:rsidRPr="00201FCB">
        <w:rPr>
          <w:rStyle w:val="Emphasis"/>
          <w:rFonts w:ascii="Garamond" w:hAnsi="Garamond"/>
        </w:rPr>
        <w:t>“remain neutral in a matter of regional sensitivity,”</w:t>
      </w:r>
      <w:r w:rsidRPr="00201FCB">
        <w:rPr>
          <w:rFonts w:ascii="Garamond" w:hAnsi="Garamond"/>
        </w:rPr>
        <w:t xml:space="preserve"> any dissent would be met not only by political deliberation but by a tidal wave of public goodwill for India. In that moment, she hadn’t just shaped a headline — she had weaponized it.</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 xml:space="preserve">Inside the conference room, cooled by recycled air and sharpened by subtle tension, </w:t>
      </w:r>
      <w:r w:rsidRPr="00201FCB">
        <w:rPr>
          <w:rStyle w:val="Strong"/>
          <w:rFonts w:ascii="Garamond" w:hAnsi="Garamond"/>
          <w:b w:val="0"/>
          <w:sz w:val="24"/>
          <w:szCs w:val="24"/>
        </w:rPr>
        <w:t xml:space="preserve">Indira sat across from Nigeria’s National Security Advisor, Musa </w:t>
      </w:r>
      <w:proofErr w:type="spellStart"/>
      <w:r w:rsidRPr="00201FCB">
        <w:rPr>
          <w:rStyle w:val="Strong"/>
          <w:rFonts w:ascii="Garamond" w:hAnsi="Garamond"/>
          <w:b w:val="0"/>
          <w:sz w:val="24"/>
          <w:szCs w:val="24"/>
        </w:rPr>
        <w:t>Okoye</w:t>
      </w:r>
      <w:proofErr w:type="spellEnd"/>
      <w:r w:rsidRPr="00201FCB">
        <w:rPr>
          <w:rFonts w:ascii="Garamond" w:hAnsi="Garamond"/>
          <w:sz w:val="24"/>
          <w:szCs w:val="24"/>
        </w:rPr>
        <w:t xml:space="preserve">, and </w:t>
      </w:r>
      <w:r w:rsidR="00AE768F" w:rsidRPr="00201FCB">
        <w:rPr>
          <w:rStyle w:val="Strong"/>
          <w:rFonts w:ascii="Garamond" w:hAnsi="Garamond"/>
          <w:b w:val="0"/>
          <w:sz w:val="24"/>
          <w:szCs w:val="24"/>
        </w:rPr>
        <w:t>Foreign</w:t>
      </w:r>
      <w:r w:rsidRPr="00201FCB">
        <w:rPr>
          <w:rStyle w:val="Strong"/>
          <w:rFonts w:ascii="Garamond" w:hAnsi="Garamond"/>
          <w:b w:val="0"/>
          <w:sz w:val="24"/>
          <w:szCs w:val="24"/>
        </w:rPr>
        <w:t xml:space="preserve"> Minister </w:t>
      </w:r>
      <w:proofErr w:type="spellStart"/>
      <w:r w:rsidRPr="00201FCB">
        <w:rPr>
          <w:rStyle w:val="Strong"/>
          <w:rFonts w:ascii="Garamond" w:hAnsi="Garamond"/>
          <w:b w:val="0"/>
          <w:sz w:val="24"/>
          <w:szCs w:val="24"/>
        </w:rPr>
        <w:t>Zainab</w:t>
      </w:r>
      <w:proofErr w:type="spellEnd"/>
      <w:r w:rsidRPr="00201FCB">
        <w:rPr>
          <w:rStyle w:val="Strong"/>
          <w:rFonts w:ascii="Garamond" w:hAnsi="Garamond"/>
          <w:b w:val="0"/>
          <w:sz w:val="24"/>
          <w:szCs w:val="24"/>
        </w:rPr>
        <w:t xml:space="preserve"> </w:t>
      </w:r>
      <w:proofErr w:type="spellStart"/>
      <w:r w:rsidRPr="00201FCB">
        <w:rPr>
          <w:rStyle w:val="Strong"/>
          <w:rFonts w:ascii="Garamond" w:hAnsi="Garamond"/>
          <w:b w:val="0"/>
          <w:sz w:val="24"/>
          <w:szCs w:val="24"/>
        </w:rPr>
        <w:t>Lawal</w:t>
      </w:r>
      <w:proofErr w:type="spellEnd"/>
      <w:r w:rsidRPr="00201FCB">
        <w:rPr>
          <w:rFonts w:ascii="Garamond" w:hAnsi="Garamond"/>
          <w:sz w:val="24"/>
          <w:szCs w:val="24"/>
        </w:rPr>
        <w:t>, one of the rising political stars of the northern Islamic bloc.</w:t>
      </w:r>
    </w:p>
    <w:p w:rsidR="001F6998" w:rsidRPr="00201FCB" w:rsidRDefault="001F6998" w:rsidP="00201FCB">
      <w:pPr>
        <w:spacing w:before="100" w:beforeAutospacing="1" w:after="100" w:afterAutospacing="1" w:line="480" w:lineRule="auto"/>
        <w:rPr>
          <w:rFonts w:ascii="Garamond" w:hAnsi="Garamond"/>
          <w:sz w:val="24"/>
          <w:szCs w:val="24"/>
        </w:rPr>
      </w:pPr>
      <w:proofErr w:type="spellStart"/>
      <w:r w:rsidRPr="00201FCB">
        <w:rPr>
          <w:rFonts w:ascii="Garamond" w:hAnsi="Garamond"/>
          <w:sz w:val="24"/>
          <w:szCs w:val="24"/>
        </w:rPr>
        <w:lastRenderedPageBreak/>
        <w:t>Zainab</w:t>
      </w:r>
      <w:proofErr w:type="spellEnd"/>
      <w:r w:rsidRPr="00201FCB">
        <w:rPr>
          <w:rFonts w:ascii="Garamond" w:hAnsi="Garamond"/>
          <w:sz w:val="24"/>
          <w:szCs w:val="24"/>
        </w:rPr>
        <w:t xml:space="preserve"> was sharp-eyed, conservative in tone, and unmistakably guarded. </w:t>
      </w:r>
      <w:proofErr w:type="spellStart"/>
      <w:r w:rsidRPr="00201FCB">
        <w:rPr>
          <w:rFonts w:ascii="Garamond" w:hAnsi="Garamond"/>
          <w:sz w:val="24"/>
          <w:szCs w:val="24"/>
        </w:rPr>
        <w:t>Okoye</w:t>
      </w:r>
      <w:proofErr w:type="spellEnd"/>
      <w:r w:rsidRPr="00201FCB">
        <w:rPr>
          <w:rFonts w:ascii="Garamond" w:hAnsi="Garamond"/>
          <w:sz w:val="24"/>
          <w:szCs w:val="24"/>
        </w:rPr>
        <w:t>, a veteran of multiple regional peace negotiations, watched Indira with a tactician’s eye.</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Indira opened the conversation with a data brief — trade, cybersecurity, mineral refining, maritime patrols. But that wasn’t why she was here. The numbers were camouflage. The real message was layered.</w:t>
      </w:r>
    </w:p>
    <w:p w:rsidR="001F6998" w:rsidRPr="00201FCB" w:rsidRDefault="00AE768F" w:rsidP="00201FCB">
      <w:pPr>
        <w:spacing w:after="0" w:line="480" w:lineRule="auto"/>
        <w:rPr>
          <w:rFonts w:ascii="Garamond" w:hAnsi="Garamond"/>
          <w:sz w:val="24"/>
          <w:szCs w:val="24"/>
        </w:rPr>
      </w:pPr>
      <w:r w:rsidRPr="00201FCB">
        <w:rPr>
          <w:rFonts w:ascii="Garamond" w:hAnsi="Garamond"/>
          <w:sz w:val="24"/>
          <w:szCs w:val="24"/>
        </w:rPr>
        <w:t xml:space="preserve"> </w:t>
      </w:r>
      <w:r w:rsidR="001F6998" w:rsidRPr="00201FCB">
        <w:rPr>
          <w:rFonts w:ascii="Garamond" w:hAnsi="Garamond"/>
          <w:sz w:val="24"/>
          <w:szCs w:val="24"/>
        </w:rPr>
        <w:t>“Nigeria,” she said, her voice calm but clear, “stands where India once stood in the early 2000s — ambitious, misunderstood, underestimated by old powers. But rising.”</w:t>
      </w:r>
    </w:p>
    <w:p w:rsidR="001F6998" w:rsidRPr="00201FCB" w:rsidRDefault="001F6998" w:rsidP="00201FCB">
      <w:pPr>
        <w:spacing w:before="100" w:beforeAutospacing="1" w:after="100" w:afterAutospacing="1" w:line="480" w:lineRule="auto"/>
        <w:rPr>
          <w:rFonts w:ascii="Garamond" w:hAnsi="Garamond"/>
          <w:sz w:val="24"/>
          <w:szCs w:val="24"/>
        </w:rPr>
      </w:pPr>
      <w:proofErr w:type="spellStart"/>
      <w:r w:rsidRPr="00201FCB">
        <w:rPr>
          <w:rFonts w:ascii="Garamond" w:hAnsi="Garamond"/>
          <w:sz w:val="24"/>
          <w:szCs w:val="24"/>
        </w:rPr>
        <w:t>Zainab</w:t>
      </w:r>
      <w:proofErr w:type="spellEnd"/>
      <w:r w:rsidRPr="00201FCB">
        <w:rPr>
          <w:rFonts w:ascii="Garamond" w:hAnsi="Garamond"/>
          <w:sz w:val="24"/>
          <w:szCs w:val="24"/>
        </w:rPr>
        <w:t xml:space="preserve"> nodded slightly but said nothing.</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 xml:space="preserve">“And like us then,” Indira continued, “you have </w:t>
      </w:r>
      <w:proofErr w:type="spellStart"/>
      <w:r w:rsidRPr="00201FCB">
        <w:rPr>
          <w:rFonts w:ascii="Garamond" w:hAnsi="Garamond"/>
          <w:sz w:val="24"/>
          <w:szCs w:val="24"/>
        </w:rPr>
        <w:t>neighbours</w:t>
      </w:r>
      <w:proofErr w:type="spellEnd"/>
      <w:r w:rsidRPr="00201FCB">
        <w:rPr>
          <w:rFonts w:ascii="Garamond" w:hAnsi="Garamond"/>
          <w:sz w:val="24"/>
          <w:szCs w:val="24"/>
        </w:rPr>
        <w:t xml:space="preserve"> who are not always ideal partners. Some ideological. Some unstable. Some useful only in theory.”</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 xml:space="preserve">That line drew a brief smile from </w:t>
      </w:r>
      <w:proofErr w:type="spellStart"/>
      <w:r w:rsidRPr="00201FCB">
        <w:rPr>
          <w:rFonts w:ascii="Garamond" w:hAnsi="Garamond"/>
          <w:sz w:val="24"/>
          <w:szCs w:val="24"/>
        </w:rPr>
        <w:t>Okoye</w:t>
      </w:r>
      <w:proofErr w:type="spellEnd"/>
      <w:r w:rsidRPr="00201FCB">
        <w:rPr>
          <w:rFonts w:ascii="Garamond" w:hAnsi="Garamond"/>
          <w:sz w:val="24"/>
          <w:szCs w:val="24"/>
        </w:rPr>
        <w:t>.</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lastRenderedPageBreak/>
        <w:t>“India has learned, the hard way, that borders can trap your aspirations. We spent decades apologizing for being cautious. Now, we are done apologizing.”</w:t>
      </w:r>
    </w:p>
    <w:p w:rsidR="001F6998" w:rsidRPr="00201FCB" w:rsidRDefault="001F6998" w:rsidP="00201FCB">
      <w:pPr>
        <w:spacing w:before="100" w:beforeAutospacing="1" w:after="100" w:afterAutospacing="1" w:line="480" w:lineRule="auto"/>
        <w:rPr>
          <w:rFonts w:ascii="Garamond" w:hAnsi="Garamond"/>
          <w:sz w:val="24"/>
          <w:szCs w:val="24"/>
        </w:rPr>
      </w:pPr>
      <w:proofErr w:type="spellStart"/>
      <w:r w:rsidRPr="00201FCB">
        <w:rPr>
          <w:rFonts w:ascii="Garamond" w:hAnsi="Garamond"/>
          <w:sz w:val="24"/>
          <w:szCs w:val="24"/>
        </w:rPr>
        <w:t>Zainab</w:t>
      </w:r>
      <w:proofErr w:type="spellEnd"/>
      <w:r w:rsidRPr="00201FCB">
        <w:rPr>
          <w:rFonts w:ascii="Garamond" w:hAnsi="Garamond"/>
          <w:sz w:val="24"/>
          <w:szCs w:val="24"/>
        </w:rPr>
        <w:t xml:space="preserve"> finally spoke, her tone measured.</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“Is this what your silence in recent weeks has been? Caution, or calculation?”</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Indira didn’t blink.</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“Both. But now the clock is moving. And I need you to hear what the world will not say aloud: when power shifts, silence is the first currency.”</w:t>
      </w:r>
    </w:p>
    <w:p w:rsidR="001F6998" w:rsidRPr="00201FCB" w:rsidRDefault="001F6998" w:rsidP="00201FCB">
      <w:pPr>
        <w:spacing w:before="100" w:beforeAutospacing="1" w:after="100" w:afterAutospacing="1" w:line="480" w:lineRule="auto"/>
        <w:rPr>
          <w:rFonts w:ascii="Garamond" w:hAnsi="Garamond"/>
          <w:sz w:val="24"/>
          <w:szCs w:val="24"/>
        </w:rPr>
      </w:pPr>
      <w:proofErr w:type="spellStart"/>
      <w:r w:rsidRPr="00201FCB">
        <w:rPr>
          <w:rFonts w:ascii="Garamond" w:hAnsi="Garamond"/>
          <w:sz w:val="24"/>
          <w:szCs w:val="24"/>
        </w:rPr>
        <w:t>Zainab</w:t>
      </w:r>
      <w:proofErr w:type="spellEnd"/>
      <w:r w:rsidRPr="00201FCB">
        <w:rPr>
          <w:rFonts w:ascii="Garamond" w:hAnsi="Garamond"/>
          <w:sz w:val="24"/>
          <w:szCs w:val="24"/>
        </w:rPr>
        <w:t xml:space="preserve"> leaned in, </w:t>
      </w:r>
      <w:proofErr w:type="spellStart"/>
      <w:r w:rsidRPr="00201FCB">
        <w:rPr>
          <w:rFonts w:ascii="Garamond" w:hAnsi="Garamond"/>
          <w:sz w:val="24"/>
          <w:szCs w:val="24"/>
        </w:rPr>
        <w:t>steepling</w:t>
      </w:r>
      <w:proofErr w:type="spellEnd"/>
      <w:r w:rsidRPr="00201FCB">
        <w:rPr>
          <w:rFonts w:ascii="Garamond" w:hAnsi="Garamond"/>
          <w:sz w:val="24"/>
          <w:szCs w:val="24"/>
        </w:rPr>
        <w:t xml:space="preserve"> her fingers.</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“Your upcoming moves—whatever they are—will disturb a fragile balance. Especially among nations whose voices rise first in protest.”</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“You mean the Islamic world,” Indira said.</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There was a pause. Then, softly:</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lastRenderedPageBreak/>
        <w:t xml:space="preserve">“Nigeria is Islam’s most populous democracy in Africa. But allow me a gentle reminder — </w:t>
      </w:r>
      <w:r w:rsidRPr="00201FCB">
        <w:rPr>
          <w:rStyle w:val="Strong"/>
          <w:rFonts w:ascii="Garamond" w:hAnsi="Garamond"/>
          <w:b w:val="0"/>
          <w:sz w:val="24"/>
          <w:szCs w:val="24"/>
        </w:rPr>
        <w:t>India, in 2030, remains the world’s largest Muslim nation</w:t>
      </w:r>
      <w:r w:rsidRPr="00201FCB">
        <w:rPr>
          <w:rFonts w:ascii="Garamond" w:hAnsi="Garamond"/>
          <w:sz w:val="24"/>
          <w:szCs w:val="24"/>
        </w:rPr>
        <w:t>. And we have done so not through homogeneity, but through plurality. We are not perfect. But we are not Iran. Not Afghanistan. And certainly not Pakistan.”</w:t>
      </w:r>
    </w:p>
    <w:p w:rsidR="001F6998" w:rsidRPr="00201FCB" w:rsidRDefault="001F6998" w:rsidP="00201FCB">
      <w:pPr>
        <w:spacing w:before="100" w:beforeAutospacing="1" w:after="100" w:afterAutospacing="1" w:line="480" w:lineRule="auto"/>
        <w:rPr>
          <w:rFonts w:ascii="Garamond" w:hAnsi="Garamond"/>
          <w:sz w:val="24"/>
          <w:szCs w:val="24"/>
        </w:rPr>
      </w:pPr>
      <w:proofErr w:type="spellStart"/>
      <w:r w:rsidRPr="00201FCB">
        <w:rPr>
          <w:rFonts w:ascii="Garamond" w:hAnsi="Garamond"/>
          <w:sz w:val="24"/>
          <w:szCs w:val="24"/>
        </w:rPr>
        <w:t>Okoye’s</w:t>
      </w:r>
      <w:proofErr w:type="spellEnd"/>
      <w:r w:rsidRPr="00201FCB">
        <w:rPr>
          <w:rFonts w:ascii="Garamond" w:hAnsi="Garamond"/>
          <w:sz w:val="24"/>
          <w:szCs w:val="24"/>
        </w:rPr>
        <w:t xml:space="preserve"> eyes narrowed slightly, intrigued. </w:t>
      </w:r>
      <w:proofErr w:type="spellStart"/>
      <w:r w:rsidRPr="00201FCB">
        <w:rPr>
          <w:rFonts w:ascii="Garamond" w:hAnsi="Garamond"/>
          <w:sz w:val="24"/>
          <w:szCs w:val="24"/>
        </w:rPr>
        <w:t>Zainab</w:t>
      </w:r>
      <w:proofErr w:type="spellEnd"/>
      <w:r w:rsidRPr="00201FCB">
        <w:rPr>
          <w:rFonts w:ascii="Garamond" w:hAnsi="Garamond"/>
          <w:sz w:val="24"/>
          <w:szCs w:val="24"/>
        </w:rPr>
        <w:t xml:space="preserve"> said nothing, which was enough.</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Indira pressed further, carefully.</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 xml:space="preserve">“We will not seek public endorsements. All we ask is for </w:t>
      </w:r>
      <w:r w:rsidRPr="00201FCB">
        <w:rPr>
          <w:rStyle w:val="Strong"/>
          <w:rFonts w:ascii="Garamond" w:hAnsi="Garamond"/>
          <w:b w:val="0"/>
          <w:sz w:val="24"/>
          <w:szCs w:val="24"/>
        </w:rPr>
        <w:t>Nigeria to hold its voice</w:t>
      </w:r>
      <w:r w:rsidRPr="00201FCB">
        <w:rPr>
          <w:rFonts w:ascii="Garamond" w:hAnsi="Garamond"/>
          <w:sz w:val="24"/>
          <w:szCs w:val="24"/>
        </w:rPr>
        <w:t xml:space="preserve"> in the hours following what must happen. Let the world speculate. Let the region shout. But let Nigeria listen. That alone will be enough.”</w:t>
      </w:r>
    </w:p>
    <w:p w:rsidR="001F6998" w:rsidRPr="00201FCB" w:rsidRDefault="001F6998" w:rsidP="00201FCB">
      <w:pPr>
        <w:spacing w:before="100" w:beforeAutospacing="1" w:after="100" w:afterAutospacing="1" w:line="480" w:lineRule="auto"/>
        <w:rPr>
          <w:rFonts w:ascii="Garamond" w:hAnsi="Garamond"/>
          <w:sz w:val="24"/>
          <w:szCs w:val="24"/>
        </w:rPr>
      </w:pPr>
      <w:proofErr w:type="spellStart"/>
      <w:r w:rsidRPr="00201FCB">
        <w:rPr>
          <w:rFonts w:ascii="Garamond" w:hAnsi="Garamond"/>
          <w:sz w:val="24"/>
          <w:szCs w:val="24"/>
        </w:rPr>
        <w:t>Zainab’s</w:t>
      </w:r>
      <w:proofErr w:type="spellEnd"/>
      <w:r w:rsidRPr="00201FCB">
        <w:rPr>
          <w:rFonts w:ascii="Garamond" w:hAnsi="Garamond"/>
          <w:sz w:val="24"/>
          <w:szCs w:val="24"/>
        </w:rPr>
        <w:t xml:space="preserve"> gaze was unreadable. But </w:t>
      </w:r>
      <w:proofErr w:type="spellStart"/>
      <w:r w:rsidRPr="00201FCB">
        <w:rPr>
          <w:rFonts w:ascii="Garamond" w:hAnsi="Garamond"/>
          <w:sz w:val="24"/>
          <w:szCs w:val="24"/>
        </w:rPr>
        <w:t>Okoye</w:t>
      </w:r>
      <w:proofErr w:type="spellEnd"/>
      <w:r w:rsidRPr="00201FCB">
        <w:rPr>
          <w:rFonts w:ascii="Garamond" w:hAnsi="Garamond"/>
          <w:sz w:val="24"/>
          <w:szCs w:val="24"/>
        </w:rPr>
        <w:t xml:space="preserve"> gave a small nod — the kind bureaucrats made</w:t>
      </w:r>
      <w:r w:rsidR="00F87D3E" w:rsidRPr="00201FCB">
        <w:rPr>
          <w:rFonts w:ascii="Garamond" w:hAnsi="Garamond"/>
          <w:sz w:val="24"/>
          <w:szCs w:val="24"/>
        </w:rPr>
        <w:t xml:space="preserve"> when history shifted one inch.</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 xml:space="preserve">Indira reached into her briefcase and slid forward a thin slate — a projection tablet showing Indian investments planned over the next 36 </w:t>
      </w:r>
      <w:r w:rsidRPr="00201FCB">
        <w:rPr>
          <w:rFonts w:ascii="Garamond" w:hAnsi="Garamond"/>
          <w:sz w:val="24"/>
          <w:szCs w:val="24"/>
        </w:rPr>
        <w:lastRenderedPageBreak/>
        <w:t>months. Renewable grids. AI-driven disaster response platforms. Smart port infrastructure along the Gulf of Guinea.</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“These are not bribes,” she said. “They are blueprints. You are not a favor. You are a future.”</w:t>
      </w:r>
    </w:p>
    <w:p w:rsidR="001F6998" w:rsidRPr="00201FCB" w:rsidRDefault="001F6998" w:rsidP="00201FCB">
      <w:pPr>
        <w:spacing w:before="100" w:beforeAutospacing="1" w:after="100" w:afterAutospacing="1" w:line="480" w:lineRule="auto"/>
        <w:rPr>
          <w:rFonts w:ascii="Garamond" w:hAnsi="Garamond"/>
          <w:sz w:val="24"/>
          <w:szCs w:val="24"/>
        </w:rPr>
      </w:pPr>
      <w:proofErr w:type="spellStart"/>
      <w:r w:rsidRPr="00201FCB">
        <w:rPr>
          <w:rFonts w:ascii="Garamond" w:hAnsi="Garamond"/>
          <w:sz w:val="24"/>
          <w:szCs w:val="24"/>
        </w:rPr>
        <w:t>Zainab</w:t>
      </w:r>
      <w:proofErr w:type="spellEnd"/>
      <w:r w:rsidRPr="00201FCB">
        <w:rPr>
          <w:rFonts w:ascii="Garamond" w:hAnsi="Garamond"/>
          <w:sz w:val="24"/>
          <w:szCs w:val="24"/>
        </w:rPr>
        <w:t xml:space="preserve"> finally spoke again, her voice slow.</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“And what if the future we support collapses under the weight of your gamble?”</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Indira’s response was quiet.</w:t>
      </w:r>
    </w:p>
    <w:p w:rsidR="001F6998" w:rsidRPr="00201FCB" w:rsidRDefault="001F6998"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“Then you’ll be the only ones who didn’t waste bullets.”</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When she exited the building forty minutes later, no documents had been signed. No joint statements were released. But by morning, </w:t>
      </w:r>
      <w:r w:rsidRPr="00201FCB">
        <w:rPr>
          <w:rFonts w:ascii="Garamond" w:eastAsia="Times New Roman" w:hAnsi="Garamond" w:cs="Times New Roman"/>
          <w:bCs/>
          <w:sz w:val="24"/>
          <w:szCs w:val="24"/>
          <w:lang w:val="en-IN" w:eastAsia="en-IN"/>
        </w:rPr>
        <w:t>Nigerian foreign policy analysts had already been instructed to “observe without comment”</w:t>
      </w:r>
      <w:r w:rsidRPr="00201FCB">
        <w:rPr>
          <w:rFonts w:ascii="Garamond" w:eastAsia="Times New Roman" w:hAnsi="Garamond" w:cs="Times New Roman"/>
          <w:sz w:val="24"/>
          <w:szCs w:val="24"/>
          <w:lang w:val="en-IN" w:eastAsia="en-IN"/>
        </w:rPr>
        <w:t xml:space="preserve"> on any emerging developments in South Asia.</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silence had been secured — not through promises, but through positioning.</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India didn’t need allies right now. It needed </w:t>
      </w:r>
      <w:r w:rsidRPr="00201FCB">
        <w:rPr>
          <w:rFonts w:ascii="Garamond" w:eastAsia="Times New Roman" w:hAnsi="Garamond" w:cs="Times New Roman"/>
          <w:bCs/>
          <w:sz w:val="24"/>
          <w:szCs w:val="24"/>
          <w:lang w:val="en-IN" w:eastAsia="en-IN"/>
        </w:rPr>
        <w:t>neutrality</w:t>
      </w:r>
      <w:r w:rsidRPr="00201FCB">
        <w:rPr>
          <w:rFonts w:ascii="Garamond" w:eastAsia="Times New Roman" w:hAnsi="Garamond" w:cs="Times New Roman"/>
          <w:sz w:val="24"/>
          <w:szCs w:val="24"/>
          <w:lang w:val="en-IN" w:eastAsia="en-IN"/>
        </w:rPr>
        <w:t>. And Indira had quietly bought enough of it to act without warning.</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She stepped </w:t>
      </w:r>
      <w:r w:rsidR="00F87D3E" w:rsidRPr="00201FCB">
        <w:rPr>
          <w:rFonts w:ascii="Garamond" w:eastAsia="Times New Roman" w:hAnsi="Garamond" w:cs="Times New Roman"/>
          <w:sz w:val="24"/>
          <w:szCs w:val="24"/>
          <w:lang w:val="en-IN" w:eastAsia="en-IN"/>
        </w:rPr>
        <w:t>into the afternoon</w:t>
      </w:r>
      <w:r w:rsidRPr="00201FCB">
        <w:rPr>
          <w:rFonts w:ascii="Garamond" w:eastAsia="Times New Roman" w:hAnsi="Garamond" w:cs="Times New Roman"/>
          <w:sz w:val="24"/>
          <w:szCs w:val="24"/>
          <w:lang w:val="en-IN" w:eastAsia="en-IN"/>
        </w:rPr>
        <w:t xml:space="preserve"> haze of </w:t>
      </w:r>
      <w:r w:rsidR="00F87D3E" w:rsidRPr="00201FCB">
        <w:rPr>
          <w:rFonts w:ascii="Garamond" w:eastAsia="Times New Roman" w:hAnsi="Garamond" w:cs="Times New Roman"/>
          <w:sz w:val="24"/>
          <w:szCs w:val="24"/>
          <w:lang w:val="en-IN" w:eastAsia="en-IN"/>
        </w:rPr>
        <w:t xml:space="preserve">Abuja, the sky painted in dazzling </w:t>
      </w:r>
      <w:r w:rsidRPr="00201FCB">
        <w:rPr>
          <w:rFonts w:ascii="Garamond" w:eastAsia="Times New Roman" w:hAnsi="Garamond" w:cs="Times New Roman"/>
          <w:sz w:val="24"/>
          <w:szCs w:val="24"/>
          <w:lang w:val="en-IN" w:eastAsia="en-IN"/>
        </w:rPr>
        <w:t>gold, the air smelling of dust and diesel. As her convoy pulled away, she gave her security detail a quiet nod — they knew the next stop wasn’t on any schedule.</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Not far from the Presidential Complex, buried in the shadows of a busy roundabout, was a quiet rooftop café that overlooked the city’s parliament dome.</w:t>
      </w:r>
    </w:p>
    <w:p w:rsidR="001F6998" w:rsidRPr="00201FCB" w:rsidRDefault="001F699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Two men were already seated there</w:t>
      </w:r>
      <w:r w:rsidR="00F87D3E" w:rsidRPr="00201FCB">
        <w:rPr>
          <w:rFonts w:ascii="Garamond" w:eastAsia="Times New Roman" w:hAnsi="Garamond" w:cs="Times New Roman"/>
          <w:sz w:val="24"/>
          <w:szCs w:val="24"/>
          <w:lang w:val="en-IN" w:eastAsia="en-IN"/>
        </w:rPr>
        <w:t xml:space="preserve"> — one older, wearing an overcoat despite the </w:t>
      </w:r>
      <w:r w:rsidRPr="00201FCB">
        <w:rPr>
          <w:rFonts w:ascii="Garamond" w:eastAsia="Times New Roman" w:hAnsi="Garamond" w:cs="Times New Roman"/>
          <w:sz w:val="24"/>
          <w:szCs w:val="24"/>
          <w:lang w:val="en-IN" w:eastAsia="en-IN"/>
        </w:rPr>
        <w:t>sun; the other, younger, folding and unfolding a napkin with surgical precision.</w:t>
      </w:r>
    </w:p>
    <w:p w:rsidR="00064F27" w:rsidRPr="00201FCB" w:rsidRDefault="001F6998" w:rsidP="00201FCB">
      <w:pPr>
        <w:spacing w:before="100" w:beforeAutospacing="1" w:after="100" w:afterAutospacing="1" w:line="480" w:lineRule="auto"/>
        <w:rPr>
          <w:rFonts w:ascii="Garamond" w:eastAsia="Charis SIL Bold" w:hAnsi="Garamond"/>
          <w:color w:val="000000"/>
          <w:sz w:val="24"/>
          <w:szCs w:val="24"/>
        </w:rPr>
      </w:pPr>
      <w:r w:rsidRPr="00201FCB">
        <w:rPr>
          <w:rFonts w:ascii="Garamond" w:eastAsia="Times New Roman" w:hAnsi="Garamond" w:cs="Times New Roman"/>
          <w:sz w:val="24"/>
          <w:szCs w:val="24"/>
          <w:lang w:val="en-IN" w:eastAsia="en-IN"/>
        </w:rPr>
        <w:t>They didn’t look lik</w:t>
      </w:r>
      <w:r w:rsidR="00F87D3E" w:rsidRPr="00201FCB">
        <w:rPr>
          <w:rFonts w:ascii="Garamond" w:eastAsia="Times New Roman" w:hAnsi="Garamond" w:cs="Times New Roman"/>
          <w:sz w:val="24"/>
          <w:szCs w:val="24"/>
          <w:lang w:val="en-IN" w:eastAsia="en-IN"/>
        </w:rPr>
        <w:t>e diplomats. They were not</w:t>
      </w:r>
      <w:r w:rsidRPr="00201FCB">
        <w:rPr>
          <w:rFonts w:ascii="Garamond" w:eastAsia="Times New Roman" w:hAnsi="Garamond" w:cs="Times New Roman"/>
          <w:sz w:val="24"/>
          <w:szCs w:val="24"/>
          <w:lang w:val="en-IN" w:eastAsia="en-IN"/>
        </w:rPr>
        <w:t xml:space="preserve">. Indira Rai could not go to Tel Aviv, India’s most dependable conflict partner, without raising eyebrows, so she had requested Tel Aviv to come to Abuja under discretion. </w:t>
      </w: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F87D3E" w:rsidRPr="00201FCB" w:rsidRDefault="00F87D3E" w:rsidP="00201FCB">
      <w:pPr>
        <w:autoSpaceDE w:val="0"/>
        <w:autoSpaceDN w:val="0"/>
        <w:spacing w:after="0" w:line="480" w:lineRule="auto"/>
        <w:rPr>
          <w:rFonts w:ascii="Garamond" w:eastAsia="Charis SIL Bold" w:hAnsi="Garamond"/>
          <w:color w:val="000000"/>
          <w:sz w:val="24"/>
          <w:szCs w:val="24"/>
        </w:rPr>
      </w:pPr>
    </w:p>
    <w:p w:rsidR="00F87D3E" w:rsidRPr="00201FCB" w:rsidRDefault="00F87D3E" w:rsidP="00201FCB">
      <w:pPr>
        <w:autoSpaceDE w:val="0"/>
        <w:autoSpaceDN w:val="0"/>
        <w:spacing w:after="0" w:line="480" w:lineRule="auto"/>
        <w:rPr>
          <w:rFonts w:ascii="Garamond" w:eastAsia="Charis SIL Bold" w:hAnsi="Garamond"/>
          <w:color w:val="000000"/>
          <w:sz w:val="24"/>
          <w:szCs w:val="24"/>
        </w:rPr>
      </w:pPr>
    </w:p>
    <w:p w:rsidR="00F87D3E" w:rsidRPr="00201FCB" w:rsidRDefault="00F87D3E" w:rsidP="00201FCB">
      <w:pPr>
        <w:autoSpaceDE w:val="0"/>
        <w:autoSpaceDN w:val="0"/>
        <w:spacing w:after="0" w:line="480" w:lineRule="auto"/>
        <w:rPr>
          <w:rFonts w:ascii="Garamond" w:eastAsia="Charis SIL Bold" w:hAnsi="Garamond"/>
          <w:color w:val="000000"/>
          <w:sz w:val="24"/>
          <w:szCs w:val="24"/>
        </w:rPr>
      </w:pP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064F27" w:rsidRPr="00201FCB" w:rsidRDefault="00064F27" w:rsidP="00201FCB">
      <w:pPr>
        <w:autoSpaceDE w:val="0"/>
        <w:autoSpaceDN w:val="0"/>
        <w:spacing w:after="0" w:line="480" w:lineRule="auto"/>
        <w:rPr>
          <w:rFonts w:ascii="Garamond" w:eastAsia="Charis SIL Bold" w:hAnsi="Garamond"/>
          <w:color w:val="000000"/>
          <w:sz w:val="24"/>
          <w:szCs w:val="24"/>
        </w:rPr>
      </w:pPr>
    </w:p>
    <w:p w:rsidR="00064F27" w:rsidRPr="00201FCB" w:rsidRDefault="00A565DF" w:rsidP="00201FCB">
      <w:pPr>
        <w:autoSpaceDE w:val="0"/>
        <w:autoSpaceDN w:val="0"/>
        <w:spacing w:after="0" w:line="480" w:lineRule="auto"/>
        <w:rPr>
          <w:rFonts w:ascii="Garamond" w:hAnsi="Garamond"/>
          <w:sz w:val="24"/>
          <w:szCs w:val="24"/>
        </w:rPr>
      </w:pPr>
      <w:r w:rsidRPr="00201FCB">
        <w:rPr>
          <w:rFonts w:ascii="Garamond" w:eastAsia="Charis SIL Bold" w:hAnsi="Garamond"/>
          <w:color w:val="000000"/>
          <w:sz w:val="24"/>
          <w:szCs w:val="24"/>
        </w:rPr>
        <w:t>Chapter 3 Satellites</w:t>
      </w:r>
    </w:p>
    <w:p w:rsidR="00064F27" w:rsidRPr="00201FCB" w:rsidRDefault="00064F27" w:rsidP="00201FCB">
      <w:pPr>
        <w:autoSpaceDE w:val="0"/>
        <w:autoSpaceDN w:val="0"/>
        <w:spacing w:after="0" w:line="480" w:lineRule="auto"/>
        <w:rPr>
          <w:rFonts w:ascii="Garamond" w:hAnsi="Garamond"/>
          <w:sz w:val="24"/>
          <w:szCs w:val="24"/>
        </w:rPr>
      </w:pPr>
      <w:r w:rsidRPr="00201FCB">
        <w:rPr>
          <w:rFonts w:ascii="Garamond" w:hAnsi="Garamond"/>
          <w:sz w:val="24"/>
          <w:szCs w:val="24"/>
        </w:rPr>
        <w:t>Bangalore 0700 hrs.</w:t>
      </w:r>
    </w:p>
    <w:p w:rsidR="00F460A5" w:rsidRPr="00201FCB" w:rsidRDefault="00A565DF" w:rsidP="00201FCB">
      <w:pPr>
        <w:autoSpaceDE w:val="0"/>
        <w:autoSpaceDN w:val="0"/>
        <w:spacing w:before="286" w:after="0" w:line="480" w:lineRule="auto"/>
        <w:ind w:right="288"/>
        <w:rPr>
          <w:rFonts w:ascii="Garamond" w:hAnsi="Garamond"/>
          <w:sz w:val="24"/>
          <w:szCs w:val="24"/>
        </w:rPr>
      </w:pPr>
      <w:r w:rsidRPr="00201FCB">
        <w:rPr>
          <w:rFonts w:ascii="Garamond" w:eastAsia="Charis SIL Bold" w:hAnsi="Garamond"/>
          <w:color w:val="000000"/>
          <w:sz w:val="24"/>
          <w:szCs w:val="24"/>
        </w:rPr>
        <w:t xml:space="preserve">Dr. </w:t>
      </w:r>
      <w:r w:rsidR="00DB35AB" w:rsidRPr="00201FCB">
        <w:rPr>
          <w:rFonts w:ascii="Garamond" w:eastAsia="Charis SIL Bold" w:hAnsi="Garamond"/>
          <w:color w:val="000000"/>
          <w:sz w:val="24"/>
          <w:szCs w:val="24"/>
        </w:rPr>
        <w:t>Riya</w:t>
      </w:r>
      <w:r w:rsidRPr="00201FCB">
        <w:rPr>
          <w:rFonts w:ascii="Garamond" w:eastAsia="Charis SIL Bold" w:hAnsi="Garamond"/>
          <w:color w:val="000000"/>
          <w:sz w:val="24"/>
          <w:szCs w:val="24"/>
        </w:rPr>
        <w:t xml:space="preserve"> M</w:t>
      </w:r>
      <w:r w:rsidRPr="00201FCB">
        <w:rPr>
          <w:rFonts w:ascii="Garamond" w:eastAsia="Charis SIL Regular" w:hAnsi="Garamond"/>
          <w:color w:val="000000"/>
          <w:sz w:val="24"/>
          <w:szCs w:val="24"/>
        </w:rPr>
        <w:t xml:space="preserve"> 's hand were shaking as she powered up the computer in a makeshift war room created at ISRO for operation </w:t>
      </w:r>
      <w:proofErr w:type="spellStart"/>
      <w:r w:rsidRPr="00201FCB">
        <w:rPr>
          <w:rFonts w:ascii="Garamond" w:eastAsia="Charis SIL Regular" w:hAnsi="Garamond"/>
          <w:color w:val="000000"/>
          <w:sz w:val="24"/>
          <w:szCs w:val="24"/>
        </w:rPr>
        <w:t>Trishul</w:t>
      </w:r>
      <w:proofErr w:type="spellEnd"/>
      <w:r w:rsidRPr="00201FCB">
        <w:rPr>
          <w:rFonts w:ascii="Garamond" w:eastAsia="Charis SIL Regular" w:hAnsi="Garamond"/>
          <w:color w:val="000000"/>
          <w:sz w:val="24"/>
          <w:szCs w:val="24"/>
        </w:rPr>
        <w:t xml:space="preserve">. Along with her was just one more </w:t>
      </w:r>
      <w:proofErr w:type="spellStart"/>
      <w:r w:rsidRPr="00201FCB">
        <w:rPr>
          <w:rFonts w:ascii="Garamond" w:eastAsia="Charis SIL Regular" w:hAnsi="Garamond"/>
          <w:color w:val="000000"/>
          <w:sz w:val="24"/>
          <w:szCs w:val="24"/>
        </w:rPr>
        <w:t>collegue</w:t>
      </w:r>
      <w:proofErr w:type="spellEnd"/>
      <w:r w:rsidRPr="00201FCB">
        <w:rPr>
          <w:rFonts w:ascii="Garamond" w:eastAsia="Charis SIL Regular" w:hAnsi="Garamond"/>
          <w:color w:val="000000"/>
          <w:sz w:val="24"/>
          <w:szCs w:val="24"/>
        </w:rPr>
        <w:t xml:space="preserve">, Sumit Joshi, much junior to her but </w:t>
      </w:r>
      <w:proofErr w:type="spellStart"/>
      <w:r w:rsidRPr="00201FCB">
        <w:rPr>
          <w:rFonts w:ascii="Garamond" w:eastAsia="Charis SIL Regular" w:hAnsi="Garamond"/>
          <w:color w:val="000000"/>
          <w:sz w:val="24"/>
          <w:szCs w:val="24"/>
        </w:rPr>
        <w:t>specialised</w:t>
      </w:r>
      <w:proofErr w:type="spellEnd"/>
      <w:r w:rsidRPr="00201FCB">
        <w:rPr>
          <w:rFonts w:ascii="Garamond" w:eastAsia="Charis SIL Regular" w:hAnsi="Garamond"/>
          <w:color w:val="000000"/>
          <w:sz w:val="24"/>
          <w:szCs w:val="24"/>
        </w:rPr>
        <w:t xml:space="preserve"> in satellite and Radar communications.</w:t>
      </w:r>
    </w:p>
    <w:p w:rsidR="00F460A5" w:rsidRPr="00201FCB" w:rsidRDefault="00A565DF" w:rsidP="00201FCB">
      <w:pPr>
        <w:autoSpaceDE w:val="0"/>
        <w:autoSpaceDN w:val="0"/>
        <w:spacing w:before="60" w:after="0" w:line="480" w:lineRule="auto"/>
        <w:rPr>
          <w:rFonts w:ascii="Garamond" w:hAnsi="Garamond"/>
          <w:sz w:val="24"/>
          <w:szCs w:val="24"/>
        </w:rPr>
      </w:pPr>
      <w:r w:rsidRPr="00201FCB">
        <w:rPr>
          <w:rFonts w:ascii="Garamond" w:eastAsia="Charis SIL Regular" w:hAnsi="Garamond"/>
          <w:color w:val="000000"/>
          <w:sz w:val="24"/>
          <w:szCs w:val="24"/>
        </w:rPr>
        <w:lastRenderedPageBreak/>
        <w:t>"</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ma'am I feel so fortunate to be assigned this task. </w:t>
      </w:r>
      <w:r w:rsidR="00C30C26" w:rsidRPr="00201FCB">
        <w:rPr>
          <w:rFonts w:ascii="Garamond" w:eastAsia="Charis SIL Regular" w:hAnsi="Garamond"/>
          <w:color w:val="000000"/>
          <w:sz w:val="24"/>
          <w:szCs w:val="24"/>
        </w:rPr>
        <w:t>Finally,</w:t>
      </w:r>
      <w:r w:rsidRPr="00201FCB">
        <w:rPr>
          <w:rFonts w:ascii="Garamond" w:eastAsia="Charis SIL Regular" w:hAnsi="Garamond"/>
          <w:color w:val="000000"/>
          <w:sz w:val="24"/>
          <w:szCs w:val="24"/>
        </w:rPr>
        <w:t xml:space="preserve"> something interesting in my otherwise boring life. I </w:t>
      </w:r>
      <w:r w:rsidR="00C30C26" w:rsidRPr="00201FCB">
        <w:rPr>
          <w:rFonts w:ascii="Garamond" w:eastAsia="Charis SIL Regular" w:hAnsi="Garamond"/>
          <w:color w:val="000000"/>
          <w:sz w:val="24"/>
          <w:szCs w:val="24"/>
        </w:rPr>
        <w:t>can’t</w:t>
      </w:r>
      <w:r w:rsidR="00976423" w:rsidRPr="00201FCB">
        <w:rPr>
          <w:rFonts w:ascii="Garamond" w:eastAsia="Charis SIL Regular" w:hAnsi="Garamond"/>
          <w:color w:val="000000"/>
          <w:sz w:val="24"/>
          <w:szCs w:val="24"/>
        </w:rPr>
        <w:t xml:space="preserve"> wait to kick some</w:t>
      </w:r>
      <w:r w:rsidRPr="00201FCB">
        <w:rPr>
          <w:rFonts w:ascii="Garamond" w:eastAsia="Charis SIL Regular" w:hAnsi="Garamond"/>
          <w:color w:val="000000"/>
          <w:sz w:val="24"/>
          <w:szCs w:val="24"/>
        </w:rPr>
        <w:t xml:space="preserve"> ass in the heavens." said Sumit.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w:t>
      </w:r>
      <w:r w:rsidR="00C30C26" w:rsidRPr="00201FCB">
        <w:rPr>
          <w:rFonts w:ascii="Garamond" w:eastAsia="Charis SIL Regular" w:hAnsi="Garamond"/>
          <w:color w:val="000000"/>
          <w:sz w:val="24"/>
          <w:szCs w:val="24"/>
        </w:rPr>
        <w:t>couldn’t</w:t>
      </w:r>
      <w:r w:rsidRPr="00201FCB">
        <w:rPr>
          <w:rFonts w:ascii="Garamond" w:eastAsia="Charis SIL Regular" w:hAnsi="Garamond"/>
          <w:color w:val="000000"/>
          <w:sz w:val="24"/>
          <w:szCs w:val="24"/>
        </w:rPr>
        <w:t xml:space="preserve"> help but feel envious of his youthful exuberance. "Sumit I hope you know the responsibility of this mission and not take it like any other task at work. </w:t>
      </w:r>
      <w:r w:rsidR="00976423" w:rsidRPr="00201FCB">
        <w:rPr>
          <w:rFonts w:ascii="Garamond" w:eastAsia="Charis SIL Regular" w:hAnsi="Garamond"/>
          <w:color w:val="000000"/>
          <w:sz w:val="24"/>
          <w:szCs w:val="24"/>
        </w:rPr>
        <w:t>People’s</w:t>
      </w:r>
      <w:r w:rsidRPr="00201FCB">
        <w:rPr>
          <w:rFonts w:ascii="Garamond" w:eastAsia="Charis SIL Regular" w:hAnsi="Garamond"/>
          <w:color w:val="000000"/>
          <w:sz w:val="24"/>
          <w:szCs w:val="24"/>
        </w:rPr>
        <w:t xml:space="preserve"> lives are at stake, god damn it our </w:t>
      </w:r>
      <w:r w:rsidR="00976423" w:rsidRPr="00201FCB">
        <w:rPr>
          <w:rFonts w:ascii="Garamond" w:eastAsia="Charis SIL Regular" w:hAnsi="Garamond"/>
          <w:color w:val="000000"/>
          <w:sz w:val="24"/>
          <w:szCs w:val="24"/>
        </w:rPr>
        <w:t>nation’s future might be at</w:t>
      </w:r>
      <w:r w:rsidRPr="00201FCB">
        <w:rPr>
          <w:rFonts w:ascii="Garamond" w:eastAsia="Charis SIL Regular" w:hAnsi="Garamond"/>
          <w:color w:val="000000"/>
          <w:sz w:val="24"/>
          <w:szCs w:val="24"/>
        </w:rPr>
        <w:t xml:space="preserve"> stake." replied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instinctively</w:t>
      </w:r>
      <w:r w:rsidR="00976423" w:rsidRPr="00201FCB">
        <w:rPr>
          <w:rFonts w:ascii="Garamond" w:eastAsia="Charis SIL Regular" w:hAnsi="Garamond"/>
          <w:color w:val="000000"/>
          <w:sz w:val="24"/>
          <w:szCs w:val="24"/>
        </w:rPr>
        <w:t xml:space="preserve"> and annoyingly,</w:t>
      </w:r>
      <w:r w:rsidRPr="00201FCB">
        <w:rPr>
          <w:rFonts w:ascii="Garamond" w:eastAsia="Charis SIL Regular" w:hAnsi="Garamond"/>
          <w:color w:val="000000"/>
          <w:sz w:val="24"/>
          <w:szCs w:val="24"/>
        </w:rPr>
        <w:t xml:space="preserve"> bringing the much needed seriousness to the situation. "Now I want you to get me the positions of all </w:t>
      </w:r>
      <w:r w:rsidR="00C30C26" w:rsidRPr="00201FCB">
        <w:rPr>
          <w:rFonts w:ascii="Garamond" w:eastAsia="Charis SIL Regular" w:hAnsi="Garamond"/>
          <w:color w:val="000000"/>
          <w:sz w:val="24"/>
          <w:szCs w:val="24"/>
        </w:rPr>
        <w:t xml:space="preserve">Pakistani and Chinese </w:t>
      </w:r>
      <w:r w:rsidRPr="00201FCB">
        <w:rPr>
          <w:rFonts w:ascii="Garamond" w:eastAsia="Charis SIL Regular" w:hAnsi="Garamond"/>
          <w:color w:val="000000"/>
          <w:sz w:val="24"/>
          <w:szCs w:val="24"/>
        </w:rPr>
        <w:t xml:space="preserve">military satellites that are orbiting currently over south Asia. The Pakistanis could be using any one or more of these for their communication needs." </w:t>
      </w:r>
      <w:r w:rsidR="00F87D3E" w:rsidRPr="00201FCB">
        <w:rPr>
          <w:rFonts w:ascii="Garamond" w:eastAsia="Charis SIL Regular" w:hAnsi="Garamond"/>
          <w:color w:val="000000"/>
          <w:sz w:val="24"/>
          <w:szCs w:val="24"/>
        </w:rPr>
        <w:t xml:space="preserve">Chastened, </w:t>
      </w:r>
      <w:r w:rsidRPr="00201FCB">
        <w:rPr>
          <w:rFonts w:ascii="Garamond" w:eastAsia="Charis SIL Regular" w:hAnsi="Garamond"/>
          <w:color w:val="000000"/>
          <w:sz w:val="24"/>
          <w:szCs w:val="24"/>
        </w:rPr>
        <w:t>Sumit immediately got to work punching furiously on the keyboard of the computer in front of him. Identifying Chinese</w:t>
      </w:r>
      <w:r w:rsidR="001F44EF" w:rsidRPr="00201FCB">
        <w:rPr>
          <w:rFonts w:ascii="Garamond" w:eastAsia="Charis SIL Regular" w:hAnsi="Garamond"/>
          <w:color w:val="000000"/>
          <w:sz w:val="24"/>
          <w:szCs w:val="24"/>
        </w:rPr>
        <w:t xml:space="preserve"> &amp; Pakistani</w:t>
      </w:r>
      <w:r w:rsidRPr="00201FCB">
        <w:rPr>
          <w:rFonts w:ascii="Garamond" w:eastAsia="Charis SIL Regular" w:hAnsi="Garamond"/>
          <w:color w:val="000000"/>
          <w:sz w:val="24"/>
          <w:szCs w:val="24"/>
        </w:rPr>
        <w:t xml:space="preserve"> satellites was going to be the easiest task for the duo.</w:t>
      </w:r>
    </w:p>
    <w:p w:rsidR="00F460A5" w:rsidRPr="00201FCB" w:rsidRDefault="00A565DF" w:rsidP="00201FCB">
      <w:pPr>
        <w:autoSpaceDE w:val="0"/>
        <w:autoSpaceDN w:val="0"/>
        <w:spacing w:before="60" w:after="0" w:line="480" w:lineRule="auto"/>
        <w:ind w:right="144"/>
        <w:rPr>
          <w:rFonts w:ascii="Garamond" w:hAnsi="Garamond"/>
          <w:sz w:val="24"/>
          <w:szCs w:val="24"/>
        </w:rPr>
      </w:pPr>
      <w:r w:rsidRPr="00201FCB">
        <w:rPr>
          <w:rFonts w:ascii="Garamond" w:eastAsia="Charis SIL Regular" w:hAnsi="Garamond"/>
          <w:color w:val="212529"/>
          <w:sz w:val="24"/>
          <w:szCs w:val="24"/>
        </w:rPr>
        <w:t>The countdown timer, stark and unforgiving, pulsed ominously on the main screen: 1</w:t>
      </w:r>
      <w:r w:rsidR="001F44EF" w:rsidRPr="00201FCB">
        <w:rPr>
          <w:rFonts w:ascii="Garamond" w:eastAsia="Charis SIL Regular" w:hAnsi="Garamond"/>
          <w:color w:val="212529"/>
          <w:sz w:val="24"/>
          <w:szCs w:val="24"/>
        </w:rPr>
        <w:t>0 hours, 57 minutes, 42 seconds. Neither</w:t>
      </w:r>
      <w:r w:rsidRPr="00201FCB">
        <w:rPr>
          <w:rFonts w:ascii="Garamond" w:eastAsia="Charis SIL Regular" w:hAnsi="Garamond"/>
          <w:color w:val="212529"/>
          <w:sz w:val="24"/>
          <w:szCs w:val="24"/>
        </w:rPr>
        <w:t xml:space="preserve"> </w:t>
      </w:r>
      <w:r w:rsidR="00F87D3E" w:rsidRPr="00201FCB">
        <w:rPr>
          <w:rFonts w:ascii="Garamond" w:eastAsia="Charis SIL Regular" w:hAnsi="Garamond"/>
          <w:color w:val="212529"/>
          <w:sz w:val="24"/>
          <w:szCs w:val="24"/>
        </w:rPr>
        <w:t xml:space="preserve">Dr. Riya </w:t>
      </w:r>
      <w:proofErr w:type="spellStart"/>
      <w:r w:rsidR="00F87D3E" w:rsidRPr="00201FCB">
        <w:rPr>
          <w:rFonts w:ascii="Garamond" w:eastAsia="Charis SIL Regular" w:hAnsi="Garamond"/>
          <w:color w:val="212529"/>
          <w:sz w:val="24"/>
          <w:szCs w:val="24"/>
        </w:rPr>
        <w:t>Mahadevan</w:t>
      </w:r>
      <w:proofErr w:type="spellEnd"/>
      <w:r w:rsidR="00F87D3E" w:rsidRPr="00201FCB">
        <w:rPr>
          <w:rFonts w:ascii="Garamond" w:eastAsia="Charis SIL Regular" w:hAnsi="Garamond"/>
          <w:color w:val="212529"/>
          <w:sz w:val="24"/>
          <w:szCs w:val="24"/>
        </w:rPr>
        <w:t xml:space="preserve"> nor Sumit Joshi knew what would happen when this clock would finish counting backwards, all they were briefed was that they could not, under no circumstances, fail in their tasks. </w:t>
      </w:r>
      <w:r w:rsidR="001F44EF" w:rsidRPr="00201FCB">
        <w:rPr>
          <w:rFonts w:ascii="Garamond" w:eastAsia="Charis SIL Regular" w:hAnsi="Garamond"/>
          <w:color w:val="212529"/>
          <w:sz w:val="24"/>
          <w:szCs w:val="24"/>
        </w:rPr>
        <w:t>Riya</w:t>
      </w:r>
      <w:r w:rsidR="00F87D3E" w:rsidRPr="00201FCB">
        <w:rPr>
          <w:rFonts w:ascii="Garamond" w:eastAsia="Charis SIL Regular" w:hAnsi="Garamond"/>
          <w:color w:val="212529"/>
          <w:sz w:val="24"/>
          <w:szCs w:val="24"/>
        </w:rPr>
        <w:t xml:space="preserve"> neither </w:t>
      </w:r>
      <w:r w:rsidR="00F87D3E" w:rsidRPr="00201FCB">
        <w:rPr>
          <w:rFonts w:ascii="Garamond" w:eastAsia="Charis SIL Regular" w:hAnsi="Garamond"/>
          <w:color w:val="212529"/>
          <w:sz w:val="24"/>
          <w:szCs w:val="24"/>
        </w:rPr>
        <w:lastRenderedPageBreak/>
        <w:t xml:space="preserve">knew nor wanted to comprehend the consequences in case they happened to fail. </w:t>
      </w:r>
      <w:r w:rsidRPr="00201FCB">
        <w:rPr>
          <w:rFonts w:ascii="Garamond" w:eastAsia="Charis SIL Regular" w:hAnsi="Garamond"/>
          <w:color w:val="212529"/>
          <w:sz w:val="24"/>
          <w:szCs w:val="24"/>
        </w:rPr>
        <w:t>Each second felt like an eternity, stretching and twisting the already taut nerves of the ISRO team.</w:t>
      </w:r>
    </w:p>
    <w:p w:rsidR="00F460A5" w:rsidRPr="00201FCB" w:rsidRDefault="00A565DF" w:rsidP="00201FCB">
      <w:pPr>
        <w:autoSpaceDE w:val="0"/>
        <w:autoSpaceDN w:val="0"/>
        <w:spacing w:before="60" w:after="0" w:line="480" w:lineRule="auto"/>
        <w:ind w:right="144"/>
        <w:rPr>
          <w:rFonts w:ascii="Garamond" w:hAnsi="Garamond"/>
          <w:sz w:val="24"/>
          <w:szCs w:val="24"/>
        </w:rPr>
      </w:pPr>
      <w:r w:rsidRPr="00201FCB">
        <w:rPr>
          <w:rFonts w:ascii="Garamond" w:eastAsia="Charis SIL Regular" w:hAnsi="Garamond"/>
          <w:color w:val="000000"/>
          <w:sz w:val="24"/>
          <w:szCs w:val="24"/>
        </w:rPr>
        <w:t xml:space="preserve">While Sumit made a list of the satellites, Dr.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poured herself into books and journals theorizing about jamming satellites and their networks.</w:t>
      </w:r>
    </w:p>
    <w:p w:rsidR="00F460A5" w:rsidRPr="00201FCB" w:rsidRDefault="00A565DF" w:rsidP="00201FCB">
      <w:pPr>
        <w:autoSpaceDE w:val="0"/>
        <w:autoSpaceDN w:val="0"/>
        <w:spacing w:before="60" w:after="0" w:line="480" w:lineRule="auto"/>
        <w:ind w:right="432"/>
        <w:rPr>
          <w:rFonts w:ascii="Garamond" w:hAnsi="Garamond"/>
          <w:sz w:val="24"/>
          <w:szCs w:val="24"/>
        </w:rPr>
      </w:pPr>
      <w:r w:rsidRPr="00201FCB">
        <w:rPr>
          <w:rFonts w:ascii="Garamond" w:eastAsia="Charis SIL Regular" w:hAnsi="Garamond"/>
          <w:color w:val="000000"/>
          <w:sz w:val="24"/>
          <w:szCs w:val="24"/>
        </w:rPr>
        <w:t>A little over an hour later Sumit came up with a list of Satellites that were of Chinese military type orbiting over South Asia.</w:t>
      </w:r>
    </w:p>
    <w:p w:rsidR="001F44EF" w:rsidRPr="00201FCB" w:rsidRDefault="00A565DF" w:rsidP="00201FCB">
      <w:pPr>
        <w:autoSpaceDE w:val="0"/>
        <w:autoSpaceDN w:val="0"/>
        <w:spacing w:before="68" w:after="0" w:line="480" w:lineRule="auto"/>
        <w:ind w:right="288"/>
        <w:rPr>
          <w:rFonts w:ascii="Garamond" w:eastAsia="Charis SIL Regular" w:hAnsi="Garamond"/>
          <w:color w:val="000000"/>
          <w:sz w:val="24"/>
          <w:szCs w:val="24"/>
        </w:rPr>
      </w:pPr>
      <w:r w:rsidRPr="00201FCB">
        <w:rPr>
          <w:rFonts w:ascii="Garamond" w:eastAsia="Charis SIL Regular" w:hAnsi="Garamond"/>
          <w:color w:val="000000"/>
          <w:sz w:val="24"/>
          <w:szCs w:val="24"/>
        </w:rPr>
        <w:t>"157 Satellites!" exclaimed</w:t>
      </w:r>
      <w:r w:rsidRPr="00201FCB">
        <w:rPr>
          <w:rFonts w:ascii="Garamond" w:eastAsia="Charis SIL Bold" w:hAnsi="Garamond"/>
          <w:color w:val="000000"/>
          <w:sz w:val="24"/>
          <w:szCs w:val="24"/>
        </w:rPr>
        <w:t xml:space="preserve"> Dr. </w:t>
      </w:r>
      <w:r w:rsidR="00DB35AB" w:rsidRPr="00201FCB">
        <w:rPr>
          <w:rFonts w:ascii="Garamond" w:eastAsia="Charis SIL Bold" w:hAnsi="Garamond"/>
          <w:color w:val="000000"/>
          <w:sz w:val="24"/>
          <w:szCs w:val="24"/>
        </w:rPr>
        <w:t>Riya</w:t>
      </w:r>
      <w:r w:rsidRPr="00201FCB">
        <w:rPr>
          <w:rFonts w:ascii="Garamond" w:eastAsia="Charis SIL Bold" w:hAnsi="Garamond"/>
          <w:color w:val="000000"/>
          <w:sz w:val="24"/>
          <w:szCs w:val="24"/>
        </w:rPr>
        <w:t xml:space="preserve"> M</w:t>
      </w:r>
      <w:r w:rsidR="001F44EF" w:rsidRPr="00201FCB">
        <w:rPr>
          <w:rFonts w:ascii="Garamond" w:eastAsia="Charis SIL Regular" w:hAnsi="Garamond"/>
          <w:color w:val="000000"/>
          <w:sz w:val="24"/>
          <w:szCs w:val="24"/>
        </w:rPr>
        <w:t>.</w:t>
      </w:r>
    </w:p>
    <w:p w:rsidR="00F460A5" w:rsidRPr="00201FCB" w:rsidRDefault="00A565DF" w:rsidP="00201FCB">
      <w:pPr>
        <w:autoSpaceDE w:val="0"/>
        <w:autoSpaceDN w:val="0"/>
        <w:spacing w:before="68" w:after="0" w:line="480" w:lineRule="auto"/>
        <w:ind w:right="288"/>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"These Chinese have crowded space just like their cities. We humanly </w:t>
      </w:r>
      <w:r w:rsidR="00C30C26" w:rsidRPr="00201FCB">
        <w:rPr>
          <w:rFonts w:ascii="Garamond" w:eastAsia="Charis SIL Regular" w:hAnsi="Garamond"/>
          <w:color w:val="000000"/>
          <w:sz w:val="24"/>
          <w:szCs w:val="24"/>
        </w:rPr>
        <w:t>can’t</w:t>
      </w:r>
      <w:r w:rsidRPr="00201FCB">
        <w:rPr>
          <w:rFonts w:ascii="Garamond" w:eastAsia="Charis SIL Regular" w:hAnsi="Garamond"/>
          <w:color w:val="000000"/>
          <w:sz w:val="24"/>
          <w:szCs w:val="24"/>
        </w:rPr>
        <w:t xml:space="preserve"> tackle 157 </w:t>
      </w:r>
      <w:proofErr w:type="gramStart"/>
      <w:r w:rsidRPr="00201FCB">
        <w:rPr>
          <w:rFonts w:ascii="Garamond" w:eastAsia="Charis SIL Regular" w:hAnsi="Garamond"/>
          <w:color w:val="000000"/>
          <w:sz w:val="24"/>
          <w:szCs w:val="24"/>
        </w:rPr>
        <w:t>satellites,</w:t>
      </w:r>
      <w:proofErr w:type="gramEnd"/>
      <w:r w:rsidRPr="00201FCB">
        <w:rPr>
          <w:rFonts w:ascii="Garamond" w:eastAsia="Charis SIL Regular" w:hAnsi="Garamond"/>
          <w:color w:val="000000"/>
          <w:sz w:val="24"/>
          <w:szCs w:val="24"/>
        </w:rPr>
        <w:t xml:space="preserve"> given our deadline we will have to narr</w:t>
      </w:r>
      <w:r w:rsidR="001F44EF" w:rsidRPr="00201FCB">
        <w:rPr>
          <w:rFonts w:ascii="Garamond" w:eastAsia="Charis SIL Regular" w:hAnsi="Garamond"/>
          <w:color w:val="000000"/>
          <w:sz w:val="24"/>
          <w:szCs w:val="24"/>
        </w:rPr>
        <w:t>ow down to less than 20!</w:t>
      </w:r>
      <w:r w:rsidRPr="00201FCB">
        <w:rPr>
          <w:rFonts w:ascii="Garamond" w:eastAsia="Charis SIL Regular" w:hAnsi="Garamond"/>
          <w:color w:val="000000"/>
          <w:sz w:val="24"/>
          <w:szCs w:val="24"/>
        </w:rPr>
        <w:t xml:space="preserve">" muttered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to herself.</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She exhaled sharply. This wasn’t a coding sprint or a physics conference — </w:t>
      </w:r>
      <w:r w:rsidRPr="00201FCB">
        <w:rPr>
          <w:rFonts w:ascii="Garamond" w:eastAsia="Times New Roman" w:hAnsi="Garamond" w:cs="Times New Roman"/>
          <w:bCs/>
          <w:sz w:val="24"/>
          <w:szCs w:val="24"/>
          <w:lang w:val="en-IN" w:eastAsia="en-IN"/>
        </w:rPr>
        <w:t>this was war.</w:t>
      </w:r>
      <w:r w:rsidRPr="00201FCB">
        <w:rPr>
          <w:rFonts w:ascii="Garamond" w:eastAsia="Times New Roman" w:hAnsi="Garamond" w:cs="Times New Roman"/>
          <w:sz w:val="24"/>
          <w:szCs w:val="24"/>
          <w:lang w:val="en-IN" w:eastAsia="en-IN"/>
        </w:rPr>
        <w:t xml:space="preserve"> Real war. And war didn’t care about academic achievements or journal citations. It cared only for consequences.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Her reflection in the black screen briefly caught her attention. She barely recognized herself anymore — sharp cheekbones, tired eyes, a </w:t>
      </w:r>
      <w:r w:rsidRPr="00201FCB">
        <w:rPr>
          <w:rFonts w:ascii="Garamond" w:eastAsia="Times New Roman" w:hAnsi="Garamond" w:cs="Times New Roman"/>
          <w:sz w:val="24"/>
          <w:szCs w:val="24"/>
          <w:lang w:val="en-IN" w:eastAsia="en-IN"/>
        </w:rPr>
        <w:lastRenderedPageBreak/>
        <w:t>face weathered more by anxiety than age. She reached for the thermos on the side table</w:t>
      </w:r>
      <w:r w:rsidR="001F44EF" w:rsidRPr="00201FCB">
        <w:rPr>
          <w:rFonts w:ascii="Garamond" w:eastAsia="Times New Roman" w:hAnsi="Garamond" w:cs="Times New Roman"/>
          <w:sz w:val="24"/>
          <w:szCs w:val="24"/>
          <w:lang w:val="en-IN" w:eastAsia="en-IN"/>
        </w:rPr>
        <w:t xml:space="preserve"> kept next to her handbag</w:t>
      </w:r>
      <w:r w:rsidRPr="00201FCB">
        <w:rPr>
          <w:rFonts w:ascii="Garamond" w:eastAsia="Times New Roman" w:hAnsi="Garamond" w:cs="Times New Roman"/>
          <w:sz w:val="24"/>
          <w:szCs w:val="24"/>
          <w:lang w:val="en-IN" w:eastAsia="en-IN"/>
        </w:rPr>
        <w:t>, but her hand paused mid-air.</w:t>
      </w:r>
      <w:r w:rsidR="001F44EF"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I</w:t>
      </w:r>
      <w:r w:rsidR="00EA71F6" w:rsidRPr="00201FCB">
        <w:rPr>
          <w:rFonts w:ascii="Garamond" w:eastAsia="Times New Roman" w:hAnsi="Garamond" w:cs="Times New Roman"/>
          <w:sz w:val="24"/>
          <w:szCs w:val="24"/>
          <w:lang w:val="en-IN" w:eastAsia="en-IN"/>
        </w:rPr>
        <w:t>nstead, she pulled out</w:t>
      </w:r>
      <w:r w:rsidRPr="00201FCB">
        <w:rPr>
          <w:rFonts w:ascii="Garamond" w:eastAsia="Times New Roman" w:hAnsi="Garamond" w:cs="Times New Roman"/>
          <w:sz w:val="24"/>
          <w:szCs w:val="24"/>
          <w:lang w:val="en-IN" w:eastAsia="en-IN"/>
        </w:rPr>
        <w:t xml:space="preserve"> an old photo — creased and smudged from years of surviving in her bag.</w:t>
      </w:r>
      <w:r w:rsidR="00EA71F6"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It was the project team from J-SAT-2. Her first satellite</w:t>
      </w:r>
      <w:r w:rsidR="00EA71F6" w:rsidRPr="00201FCB">
        <w:rPr>
          <w:rFonts w:ascii="Garamond" w:eastAsia="Times New Roman" w:hAnsi="Garamond" w:cs="Times New Roman"/>
          <w:sz w:val="24"/>
          <w:szCs w:val="24"/>
          <w:lang w:val="en-IN" w:eastAsia="en-IN"/>
        </w:rPr>
        <w:t xml:space="preserve"> in her last year of university</w:t>
      </w:r>
      <w:r w:rsidRPr="00201FCB">
        <w:rPr>
          <w:rFonts w:ascii="Garamond" w:eastAsia="Times New Roman" w:hAnsi="Garamond" w:cs="Times New Roman"/>
          <w:sz w:val="24"/>
          <w:szCs w:val="24"/>
          <w:lang w:val="en-IN" w:eastAsia="en-IN"/>
        </w:rPr>
        <w:t>. Back when space still felt like poetry.</w:t>
      </w:r>
      <w:r w:rsidR="00EA71F6" w:rsidRPr="00201FCB">
        <w:rPr>
          <w:rFonts w:ascii="Garamond" w:eastAsia="Times New Roman" w:hAnsi="Garamond" w:cs="Times New Roman"/>
          <w:sz w:val="24"/>
          <w:szCs w:val="24"/>
          <w:lang w:val="en-IN" w:eastAsia="en-IN"/>
        </w:rPr>
        <w:t xml:space="preserve"> Her name was on the hull. “</w:t>
      </w:r>
      <w:r w:rsidRPr="00201FCB">
        <w:rPr>
          <w:rFonts w:ascii="Garamond" w:eastAsia="Times New Roman" w:hAnsi="Garamond" w:cs="Times New Roman"/>
          <w:sz w:val="24"/>
          <w:szCs w:val="24"/>
          <w:lang w:val="en-IN" w:eastAsia="en-IN"/>
        </w:rPr>
        <w:t xml:space="preserve">Riya </w:t>
      </w:r>
      <w:proofErr w:type="spellStart"/>
      <w:r w:rsidRPr="00201FCB">
        <w:rPr>
          <w:rFonts w:ascii="Garamond" w:eastAsia="Times New Roman" w:hAnsi="Garamond" w:cs="Times New Roman"/>
          <w:sz w:val="24"/>
          <w:szCs w:val="24"/>
          <w:lang w:val="en-IN" w:eastAsia="en-IN"/>
        </w:rPr>
        <w:t>Mahadevan</w:t>
      </w:r>
      <w:proofErr w:type="spellEnd"/>
      <w:r w:rsidRPr="00201FCB">
        <w:rPr>
          <w:rFonts w:ascii="Garamond" w:eastAsia="Times New Roman" w:hAnsi="Garamond" w:cs="Times New Roman"/>
          <w:sz w:val="24"/>
          <w:szCs w:val="24"/>
          <w:lang w:val="en-IN" w:eastAsia="en-IN"/>
        </w:rPr>
        <w:t xml:space="preserve"> — Systems Lead.”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She had named the satellite </w:t>
      </w:r>
      <w:r w:rsidRPr="00201FCB">
        <w:rPr>
          <w:rFonts w:ascii="Garamond" w:eastAsia="Times New Roman" w:hAnsi="Garamond" w:cs="Times New Roman"/>
          <w:bCs/>
          <w:sz w:val="24"/>
          <w:szCs w:val="24"/>
          <w:lang w:val="en-IN" w:eastAsia="en-IN"/>
        </w:rPr>
        <w:t>Josh</w:t>
      </w:r>
      <w:r w:rsidRPr="00201FCB">
        <w:rPr>
          <w:rFonts w:ascii="Garamond" w:eastAsia="Times New Roman" w:hAnsi="Garamond" w:cs="Times New Roman"/>
          <w:sz w:val="24"/>
          <w:szCs w:val="24"/>
          <w:lang w:val="en-IN" w:eastAsia="en-IN"/>
        </w:rPr>
        <w:t xml:space="preserve"> — half in jest, half in defiance.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Now, Jos</w:t>
      </w:r>
      <w:r w:rsidR="00EA71F6" w:rsidRPr="00201FCB">
        <w:rPr>
          <w:rFonts w:ascii="Garamond" w:eastAsia="Times New Roman" w:hAnsi="Garamond" w:cs="Times New Roman"/>
          <w:sz w:val="24"/>
          <w:szCs w:val="24"/>
          <w:lang w:val="en-IN" w:eastAsia="en-IN"/>
        </w:rPr>
        <w:t xml:space="preserve">h was dead. Or worse, forgotten, much like her innocence. </w:t>
      </w:r>
      <w:r w:rsidRPr="00201FCB">
        <w:rPr>
          <w:rFonts w:ascii="Garamond" w:eastAsia="Times New Roman" w:hAnsi="Garamond" w:cs="Times New Roman"/>
          <w:sz w:val="24"/>
          <w:szCs w:val="24"/>
          <w:lang w:val="en-IN" w:eastAsia="en-IN"/>
        </w:rPr>
        <w:t>And she had learned to speak in firewall logs and checksum spoofing protocols.</w:t>
      </w:r>
      <w:r w:rsidR="00EA71F6" w:rsidRPr="00201FCB">
        <w:rPr>
          <w:rFonts w:ascii="Garamond" w:eastAsia="Times New Roman" w:hAnsi="Garamond" w:cs="Times New Roman"/>
          <w:sz w:val="24"/>
          <w:szCs w:val="24"/>
          <w:lang w:val="en-IN" w:eastAsia="en-IN"/>
        </w:rPr>
        <w:t xml:space="preserve"> It was during this this project J-SAT-2 that R</w:t>
      </w:r>
      <w:r w:rsidR="009D638E" w:rsidRPr="00201FCB">
        <w:rPr>
          <w:rFonts w:ascii="Garamond" w:eastAsia="Times New Roman" w:hAnsi="Garamond" w:cs="Times New Roman"/>
          <w:sz w:val="24"/>
          <w:szCs w:val="24"/>
          <w:lang w:val="en-IN" w:eastAsia="en-IN"/>
        </w:rPr>
        <w:t>iya discovered something terrifyingly human – Love.</w:t>
      </w:r>
    </w:p>
    <w:p w:rsidR="009D638E" w:rsidRPr="00201FCB" w:rsidRDefault="009D638E" w:rsidP="00201FCB">
      <w:pPr>
        <w:pStyle w:val="NormalWeb"/>
        <w:spacing w:line="480" w:lineRule="auto"/>
        <w:rPr>
          <w:rFonts w:ascii="Garamond" w:hAnsi="Garamond"/>
        </w:rPr>
      </w:pPr>
      <w:r w:rsidRPr="00201FCB">
        <w:rPr>
          <w:rFonts w:ascii="Garamond" w:hAnsi="Garamond"/>
        </w:rPr>
        <w:t xml:space="preserve">His name was </w:t>
      </w:r>
      <w:proofErr w:type="spellStart"/>
      <w:r w:rsidRPr="00201FCB">
        <w:rPr>
          <w:rFonts w:ascii="Garamond" w:hAnsi="Garamond"/>
        </w:rPr>
        <w:t>Aneesh</w:t>
      </w:r>
      <w:proofErr w:type="spellEnd"/>
      <w:r w:rsidRPr="00201FCB">
        <w:rPr>
          <w:rFonts w:ascii="Garamond" w:hAnsi="Garamond"/>
        </w:rPr>
        <w:t>. A fellow engineering student, awkward around crowds but disarmingly fluent in poetry and processors. He wasn’t the kind who raised his hand in class, but the kind who stayed after hours, po</w:t>
      </w:r>
      <w:r w:rsidR="001F44EF" w:rsidRPr="00201FCB">
        <w:rPr>
          <w:rFonts w:ascii="Garamond" w:hAnsi="Garamond"/>
        </w:rPr>
        <w:t>u</w:t>
      </w:r>
      <w:r w:rsidRPr="00201FCB">
        <w:rPr>
          <w:rFonts w:ascii="Garamond" w:hAnsi="Garamond"/>
        </w:rPr>
        <w:t xml:space="preserve">ring over outdated textbooks and repurposing motherboard scraps into working devices just for fun. Riya noticed him not because he was loud, but because he was precise — and he noticed her not for her </w:t>
      </w:r>
      <w:r w:rsidRPr="00201FCB">
        <w:rPr>
          <w:rFonts w:ascii="Garamond" w:hAnsi="Garamond"/>
        </w:rPr>
        <w:lastRenderedPageBreak/>
        <w:t>grades, but for the way she paused before typing the first line of code, as if asking permission from the machine.</w:t>
      </w:r>
    </w:p>
    <w:p w:rsidR="009D638E" w:rsidRPr="00201FCB" w:rsidRDefault="009D638E" w:rsidP="00201FCB">
      <w:pPr>
        <w:pStyle w:val="NormalWeb"/>
        <w:spacing w:line="480" w:lineRule="auto"/>
        <w:rPr>
          <w:rFonts w:ascii="Garamond" w:hAnsi="Garamond"/>
        </w:rPr>
      </w:pPr>
      <w:r w:rsidRPr="00201FCB">
        <w:rPr>
          <w:rFonts w:ascii="Garamond" w:hAnsi="Garamond"/>
        </w:rPr>
        <w:t xml:space="preserve">Their friendship bloomed in fluorescent-lit server rooms and rain-drenched library corners. </w:t>
      </w:r>
      <w:proofErr w:type="spellStart"/>
      <w:r w:rsidRPr="00201FCB">
        <w:rPr>
          <w:rFonts w:ascii="Garamond" w:hAnsi="Garamond"/>
        </w:rPr>
        <w:t>Aneesh</w:t>
      </w:r>
      <w:proofErr w:type="spellEnd"/>
      <w:r w:rsidRPr="00201FCB">
        <w:rPr>
          <w:rFonts w:ascii="Garamond" w:hAnsi="Garamond"/>
        </w:rPr>
        <w:t xml:space="preserve"> had a habit of bringing her single-origin filter coffee in old lab beakers, joking that love needed caffeine more than chemistry. She would roll her eyes, but she never missed a sip.</w:t>
      </w:r>
    </w:p>
    <w:p w:rsidR="009D638E" w:rsidRPr="00201FCB" w:rsidRDefault="009D638E" w:rsidP="00201FCB">
      <w:pPr>
        <w:pStyle w:val="NormalWeb"/>
        <w:spacing w:line="480" w:lineRule="auto"/>
        <w:rPr>
          <w:rFonts w:ascii="Garamond" w:hAnsi="Garamond"/>
        </w:rPr>
      </w:pPr>
      <w:r w:rsidRPr="00201FCB">
        <w:rPr>
          <w:rFonts w:ascii="Garamond" w:hAnsi="Garamond"/>
        </w:rPr>
        <w:t>They made each other better — her logic steadied by his warmth, his scattered brilliance grounded by her razor-sharp clarity. He once told her, during a midnight coding session, “I think you feel more than you let on. You just don’t trust anyone enough to show it.”</w:t>
      </w:r>
    </w:p>
    <w:p w:rsidR="009D638E" w:rsidRPr="00201FCB" w:rsidRDefault="009D638E" w:rsidP="00201FCB">
      <w:pPr>
        <w:pStyle w:val="NormalWeb"/>
        <w:spacing w:line="480" w:lineRule="auto"/>
        <w:rPr>
          <w:rFonts w:ascii="Garamond" w:hAnsi="Garamond"/>
        </w:rPr>
      </w:pPr>
      <w:r w:rsidRPr="00201FCB">
        <w:rPr>
          <w:rFonts w:ascii="Garamond" w:hAnsi="Garamond"/>
        </w:rPr>
        <w:t>She never admitted he was right. But she smiled.</w:t>
      </w:r>
    </w:p>
    <w:p w:rsidR="009D638E" w:rsidRPr="00201FCB" w:rsidRDefault="009D638E" w:rsidP="00201FCB">
      <w:pPr>
        <w:pStyle w:val="NormalWeb"/>
        <w:spacing w:line="480" w:lineRule="auto"/>
        <w:rPr>
          <w:rFonts w:ascii="Garamond" w:hAnsi="Garamond"/>
        </w:rPr>
      </w:pPr>
      <w:r w:rsidRPr="00201FCB">
        <w:rPr>
          <w:rFonts w:ascii="Garamond" w:hAnsi="Garamond"/>
        </w:rPr>
        <w:t xml:space="preserve">After graduation, </w:t>
      </w:r>
      <w:proofErr w:type="spellStart"/>
      <w:r w:rsidRPr="00201FCB">
        <w:rPr>
          <w:rFonts w:ascii="Garamond" w:hAnsi="Garamond"/>
        </w:rPr>
        <w:t>Aneesh</w:t>
      </w:r>
      <w:proofErr w:type="spellEnd"/>
      <w:r w:rsidRPr="00201FCB">
        <w:rPr>
          <w:rFonts w:ascii="Garamond" w:hAnsi="Garamond"/>
        </w:rPr>
        <w:t xml:space="preserve"> left — not abruptly, but inevitably. A research grant in Boston, a farewell that hurt too much to draw out. They exchanged promises — soft, hopeful lies that time and distance quickly erased. She followed his work online for a while, even drafted messages </w:t>
      </w:r>
      <w:r w:rsidRPr="00201FCB">
        <w:rPr>
          <w:rFonts w:ascii="Garamond" w:hAnsi="Garamond"/>
        </w:rPr>
        <w:lastRenderedPageBreak/>
        <w:t>she never sent. Eventually, like all good algorithms, she learned to forget.</w:t>
      </w:r>
    </w:p>
    <w:p w:rsidR="009D638E" w:rsidRPr="00201FCB" w:rsidRDefault="009D638E" w:rsidP="00201FCB">
      <w:pPr>
        <w:pStyle w:val="NormalWeb"/>
        <w:spacing w:line="480" w:lineRule="auto"/>
        <w:rPr>
          <w:rFonts w:ascii="Garamond" w:hAnsi="Garamond"/>
        </w:rPr>
      </w:pPr>
      <w:r w:rsidRPr="00201FCB">
        <w:rPr>
          <w:rFonts w:ascii="Garamond" w:hAnsi="Garamond"/>
        </w:rPr>
        <w:t xml:space="preserve">But something never fully rebooted. Since then, no man had been able to match the emotional logic of </w:t>
      </w:r>
      <w:proofErr w:type="spellStart"/>
      <w:r w:rsidRPr="00201FCB">
        <w:rPr>
          <w:rFonts w:ascii="Garamond" w:hAnsi="Garamond"/>
        </w:rPr>
        <w:t>Aneesh’s</w:t>
      </w:r>
      <w:proofErr w:type="spellEnd"/>
      <w:r w:rsidRPr="00201FCB">
        <w:rPr>
          <w:rFonts w:ascii="Garamond" w:hAnsi="Garamond"/>
        </w:rPr>
        <w:t xml:space="preserve"> presence. She dated a few — diplomats, engineers, even an astronaut once — but she always returned to her machines. They didn’t leave. They didn’t misunderstand. They didn’t say the right things at the wrong time.</w:t>
      </w:r>
    </w:p>
    <w:p w:rsidR="009D638E" w:rsidRPr="00201FCB" w:rsidRDefault="009D638E" w:rsidP="00201FCB">
      <w:pPr>
        <w:pStyle w:val="NormalWeb"/>
        <w:spacing w:line="480" w:lineRule="auto"/>
        <w:rPr>
          <w:rFonts w:ascii="Garamond" w:hAnsi="Garamond"/>
        </w:rPr>
      </w:pPr>
      <w:r w:rsidRPr="00201FCB">
        <w:rPr>
          <w:rFonts w:ascii="Garamond" w:hAnsi="Garamond"/>
        </w:rPr>
        <w:t>Now, when people praised her for her emotional detachment, she let them believe it was by design.</w:t>
      </w:r>
    </w:p>
    <w:p w:rsidR="009D638E" w:rsidRPr="00201FCB" w:rsidRDefault="009D638E" w:rsidP="00201FCB">
      <w:pPr>
        <w:pStyle w:val="NormalWeb"/>
        <w:spacing w:line="480" w:lineRule="auto"/>
        <w:rPr>
          <w:rFonts w:ascii="Garamond" w:hAnsi="Garamond"/>
        </w:rPr>
      </w:pPr>
      <w:r w:rsidRPr="00201FCB">
        <w:rPr>
          <w:rFonts w:ascii="Garamond" w:hAnsi="Garamond"/>
        </w:rPr>
        <w:t>They never knew it was a scar.</w:t>
      </w:r>
    </w:p>
    <w:p w:rsidR="009D638E" w:rsidRPr="00201FCB" w:rsidRDefault="00A565DF" w:rsidP="00201FCB">
      <w:pPr>
        <w:autoSpaceDE w:val="0"/>
        <w:autoSpaceDN w:val="0"/>
        <w:spacing w:before="264"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As the tension in the room thickened, Dr.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M's keen eyes scanned the list of satellites, her mind racing with possibilities. "We need to think like our enemies," she said, more to herself than to</w:t>
      </w:r>
      <w:r w:rsidR="00C30C26" w:rsidRPr="00201FCB">
        <w:rPr>
          <w:rFonts w:ascii="Garamond" w:eastAsia="Charis SIL Regular" w:hAnsi="Garamond"/>
          <w:color w:val="000000"/>
          <w:sz w:val="24"/>
          <w:szCs w:val="24"/>
        </w:rPr>
        <w:t xml:space="preserve"> </w:t>
      </w:r>
      <w:r w:rsidRPr="00201FCB">
        <w:rPr>
          <w:rFonts w:ascii="Garamond" w:eastAsia="Charis SIL Regular" w:hAnsi="Garamond"/>
          <w:color w:val="000000"/>
          <w:sz w:val="24"/>
          <w:szCs w:val="24"/>
        </w:rPr>
        <w:t xml:space="preserve">Sumit. </w:t>
      </w:r>
    </w:p>
    <w:p w:rsidR="00DB7551" w:rsidRPr="00201FCB" w:rsidRDefault="00A565DF" w:rsidP="00201FCB">
      <w:pPr>
        <w:autoSpaceDE w:val="0"/>
        <w:autoSpaceDN w:val="0"/>
        <w:spacing w:before="264"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"If we were the Pakistanis, which satellites would we use? The oldest ones, the newest, or something in between?" She began to pace, her hands now steady as her scientific mi</w:t>
      </w:r>
      <w:r w:rsidR="001F44EF" w:rsidRPr="00201FCB">
        <w:rPr>
          <w:rFonts w:ascii="Garamond" w:eastAsia="Charis SIL Regular" w:hAnsi="Garamond"/>
          <w:color w:val="000000"/>
          <w:sz w:val="24"/>
          <w:szCs w:val="24"/>
        </w:rPr>
        <w:t>nd kicked into gear. "The newest</w:t>
      </w:r>
      <w:r w:rsidRPr="00201FCB">
        <w:rPr>
          <w:rFonts w:ascii="Garamond" w:eastAsia="Charis SIL Regular" w:hAnsi="Garamond"/>
          <w:color w:val="000000"/>
          <w:sz w:val="24"/>
          <w:szCs w:val="24"/>
        </w:rPr>
        <w:t xml:space="preserve"> </w:t>
      </w:r>
      <w:r w:rsidRPr="00201FCB">
        <w:rPr>
          <w:rFonts w:ascii="Garamond" w:eastAsia="Charis SIL Regular" w:hAnsi="Garamond"/>
          <w:color w:val="000000"/>
          <w:sz w:val="24"/>
          <w:szCs w:val="24"/>
        </w:rPr>
        <w:lastRenderedPageBreak/>
        <w:t xml:space="preserve">ones Chinese wouldn't lend even to their old friend fearing the Americans would get access to it; the oldest ones not so technically advanced posed minimum threat to the </w:t>
      </w:r>
      <w:r w:rsidR="001D1ADB" w:rsidRPr="00201FCB">
        <w:rPr>
          <w:rFonts w:ascii="Garamond" w:eastAsia="Charis SIL Regular" w:hAnsi="Garamond"/>
          <w:color w:val="000000"/>
          <w:sz w:val="24"/>
          <w:szCs w:val="24"/>
        </w:rPr>
        <w:t xml:space="preserve">equipment’s </w:t>
      </w:r>
      <w:r w:rsidR="001F44EF" w:rsidRPr="00201FCB">
        <w:rPr>
          <w:rFonts w:ascii="Garamond" w:eastAsia="Charis SIL Regular" w:hAnsi="Garamond"/>
          <w:color w:val="000000"/>
          <w:sz w:val="24"/>
          <w:szCs w:val="24"/>
        </w:rPr>
        <w:t>we’ve</w:t>
      </w:r>
      <w:r w:rsidR="001D1ADB" w:rsidRPr="00201FCB">
        <w:rPr>
          <w:rFonts w:ascii="Garamond" w:eastAsia="Charis SIL Regular" w:hAnsi="Garamond"/>
          <w:color w:val="000000"/>
          <w:sz w:val="24"/>
          <w:szCs w:val="24"/>
        </w:rPr>
        <w:t xml:space="preserve"> been briefed</w:t>
      </w:r>
      <w:r w:rsidRPr="00201FCB">
        <w:rPr>
          <w:rFonts w:ascii="Garamond" w:eastAsia="Charis SIL Regular" w:hAnsi="Garamond"/>
          <w:color w:val="000000"/>
          <w:sz w:val="24"/>
          <w:szCs w:val="24"/>
        </w:rPr>
        <w:t>. They'd go for satellites launched in the last 10 years, which due to the rate of advancements in space technology was equivalent to a century." She stop</w:t>
      </w:r>
      <w:r w:rsidR="001D1ADB" w:rsidRPr="00201FCB">
        <w:rPr>
          <w:rFonts w:ascii="Garamond" w:eastAsia="Charis SIL Regular" w:hAnsi="Garamond"/>
          <w:color w:val="000000"/>
          <w:sz w:val="24"/>
          <w:szCs w:val="24"/>
        </w:rPr>
        <w:t>ped, turning to Sumit; "OK this is what we are going to do</w:t>
      </w:r>
      <w:r w:rsidRPr="00201FCB">
        <w:rPr>
          <w:rFonts w:ascii="Garamond" w:eastAsia="Charis SIL Regular" w:hAnsi="Garamond"/>
          <w:color w:val="000000"/>
          <w:sz w:val="24"/>
          <w:szCs w:val="24"/>
        </w:rPr>
        <w:t xml:space="preserve">! We need to look at the satellites that must have been launched in the last decade." Sumit nodded, understanding the logic. "So, we're looking for satellites operating on </w:t>
      </w:r>
      <w:proofErr w:type="spellStart"/>
      <w:r w:rsidRPr="00201FCB">
        <w:rPr>
          <w:rFonts w:ascii="Garamond" w:eastAsia="Charis SIL Regular" w:hAnsi="Garamond"/>
          <w:color w:val="000000"/>
          <w:sz w:val="24"/>
          <w:szCs w:val="24"/>
        </w:rPr>
        <w:t>BeiDou</w:t>
      </w:r>
      <w:proofErr w:type="spellEnd"/>
      <w:r w:rsidRPr="00201FCB">
        <w:rPr>
          <w:rFonts w:ascii="Garamond" w:eastAsia="Charis SIL Regular" w:hAnsi="Garamond"/>
          <w:color w:val="000000"/>
          <w:sz w:val="24"/>
          <w:szCs w:val="24"/>
        </w:rPr>
        <w:t xml:space="preserve"> 5</w:t>
      </w:r>
      <w:r w:rsidR="00C30C26" w:rsidRPr="00201FCB">
        <w:rPr>
          <w:rFonts w:ascii="Garamond" w:eastAsia="Charis SIL Regular" w:hAnsi="Garamond"/>
          <w:color w:val="000000"/>
          <w:sz w:val="24"/>
          <w:szCs w:val="24"/>
        </w:rPr>
        <w:t xml:space="preserve"> platform.</w:t>
      </w:r>
      <w:r w:rsidRPr="00201FCB">
        <w:rPr>
          <w:rFonts w:ascii="Garamond" w:eastAsia="Charis SIL Regular" w:hAnsi="Garamond"/>
          <w:color w:val="000000"/>
          <w:sz w:val="24"/>
          <w:szCs w:val="24"/>
        </w:rPr>
        <w:t xml:space="preserve"> </w:t>
      </w:r>
      <w:proofErr w:type="spellStart"/>
      <w:r w:rsidR="00C30C26" w:rsidRPr="00201FCB">
        <w:rPr>
          <w:rFonts w:ascii="Garamond" w:eastAsia="Charis SIL Regular" w:hAnsi="Garamond"/>
          <w:color w:val="000000"/>
          <w:sz w:val="24"/>
          <w:szCs w:val="24"/>
        </w:rPr>
        <w:t>B</w:t>
      </w:r>
      <w:r w:rsidRPr="00201FCB">
        <w:rPr>
          <w:rFonts w:ascii="Garamond" w:eastAsia="Charis SIL Regular" w:hAnsi="Garamond"/>
          <w:color w:val="000000"/>
          <w:sz w:val="24"/>
          <w:szCs w:val="24"/>
        </w:rPr>
        <w:t>eiDou</w:t>
      </w:r>
      <w:proofErr w:type="spellEnd"/>
      <w:r w:rsidRPr="00201FCB">
        <w:rPr>
          <w:rFonts w:ascii="Garamond" w:eastAsia="Charis SIL Regular" w:hAnsi="Garamond"/>
          <w:color w:val="000000"/>
          <w:sz w:val="24"/>
          <w:szCs w:val="24"/>
        </w:rPr>
        <w:t xml:space="preserve"> 5 Chinese technology right ma'am?" Sumit read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's mind. Giving Sumit a quick pat on the back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rushed out of their war room to call New Delhi and update on her plan of action (POA).</w:t>
      </w:r>
    </w:p>
    <w:p w:rsidR="00DB7551" w:rsidRPr="00201FCB" w:rsidRDefault="00DB7551" w:rsidP="00201FCB">
      <w:pPr>
        <w:autoSpaceDE w:val="0"/>
        <w:autoSpaceDN w:val="0"/>
        <w:spacing w:before="264" w:after="0" w:line="480" w:lineRule="auto"/>
        <w:rPr>
          <w:rFonts w:ascii="Garamond" w:hAnsi="Garamond"/>
          <w:sz w:val="24"/>
          <w:szCs w:val="24"/>
        </w:rPr>
      </w:pPr>
      <w:r w:rsidRPr="00201FCB">
        <w:rPr>
          <w:rFonts w:ascii="Garamond" w:eastAsia="Times New Roman" w:hAnsi="Garamond" w:cs="Times New Roman"/>
          <w:sz w:val="24"/>
          <w:szCs w:val="24"/>
          <w:lang w:val="en-IN" w:eastAsia="en-IN"/>
        </w:rPr>
        <w:t>Sumit was on the job for more than an hour. He rubbed his temples, eyes darting between cascading lines of encrypted telemetry and a growing stack of null responses. For every satellite that responded cleanly to his probe, another two blinked out like they were never there.</w:t>
      </w:r>
    </w:p>
    <w:p w:rsidR="009A35A1" w:rsidRPr="00201FCB" w:rsidRDefault="009A35A1" w:rsidP="00201FCB">
      <w:pPr>
        <w:autoSpaceDE w:val="0"/>
        <w:autoSpaceDN w:val="0"/>
        <w:spacing w:before="286"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"Sumit, where have we reached?" asked an impatient Riya after spending five minutes on call with New Delhi but which seemed like an </w:t>
      </w:r>
      <w:r w:rsidRPr="00201FCB">
        <w:rPr>
          <w:rFonts w:ascii="Garamond" w:eastAsia="Charis SIL Regular" w:hAnsi="Garamond"/>
          <w:color w:val="000000"/>
          <w:sz w:val="24"/>
          <w:szCs w:val="24"/>
        </w:rPr>
        <w:lastRenderedPageBreak/>
        <w:t>eternity. "We're almost there, ma'am," Sumit assured, his voice steady despite the chaos of the control room around him. New Delhi wasn't known for its patience, and this particular request for an update seemed urgent, even desperate. As she waited for Sumit to continue, her mind raced through the potential scenarios that could have prompted this call. Was it the ongoing trade negotiations with Beijing? Or perhaps the situation in Kashmir had escalated once more? Little did she know, the truth was far more intricate and potentially devastating.</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Sumit rubbed his temples as another row of code scrolled past, uncooperative and stubborn. On the main screen, a ring of satellite identifiers blinked in low yellow — not hostile, not friendly — just </w:t>
      </w:r>
      <w:r w:rsidRPr="00201FCB">
        <w:rPr>
          <w:rFonts w:ascii="Garamond" w:eastAsia="Times New Roman" w:hAnsi="Garamond" w:cs="Times New Roman"/>
          <w:bCs/>
          <w:sz w:val="24"/>
          <w:szCs w:val="24"/>
          <w:lang w:val="en-IN" w:eastAsia="en-IN"/>
        </w:rPr>
        <w:t>unknown</w:t>
      </w:r>
      <w:r w:rsidRPr="00201FCB">
        <w:rPr>
          <w:rFonts w:ascii="Garamond" w:eastAsia="Times New Roman" w:hAnsi="Garamond" w:cs="Times New Roman"/>
          <w:sz w:val="24"/>
          <w:szCs w:val="24"/>
          <w:lang w:val="en-IN" w:eastAsia="en-IN"/>
        </w:rPr>
        <w:t>.</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“There’s too much noise,” he muttered.</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 looked over from her console. “Welcome to espionage-by-algorithm.”</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didn’t laugh.</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The problem wasn’t locating the satellites — that part was almost straightforward. The orbital database showed dozens in geosynchronous and polar orbit, tagged by international registries. But knowing where something </w:t>
      </w:r>
      <w:r w:rsidRPr="00201FCB">
        <w:rPr>
          <w:rFonts w:ascii="Garamond" w:eastAsia="Times New Roman" w:hAnsi="Garamond" w:cs="Times New Roman"/>
          <w:i/>
          <w:iCs/>
          <w:sz w:val="24"/>
          <w:szCs w:val="24"/>
          <w:lang w:val="en-IN" w:eastAsia="en-IN"/>
        </w:rPr>
        <w:t>was</w:t>
      </w:r>
      <w:r w:rsidRPr="00201FCB">
        <w:rPr>
          <w:rFonts w:ascii="Garamond" w:eastAsia="Times New Roman" w:hAnsi="Garamond" w:cs="Times New Roman"/>
          <w:sz w:val="24"/>
          <w:szCs w:val="24"/>
          <w:lang w:val="en-IN" w:eastAsia="en-IN"/>
        </w:rPr>
        <w:t xml:space="preserve"> didn’t mean knowing what it </w:t>
      </w:r>
      <w:r w:rsidRPr="00201FCB">
        <w:rPr>
          <w:rFonts w:ascii="Garamond" w:eastAsia="Times New Roman" w:hAnsi="Garamond" w:cs="Times New Roman"/>
          <w:i/>
          <w:iCs/>
          <w:sz w:val="24"/>
          <w:szCs w:val="24"/>
          <w:lang w:val="en-IN" w:eastAsia="en-IN"/>
        </w:rPr>
        <w:t>was doing</w:t>
      </w:r>
      <w:r w:rsidRPr="00201FCB">
        <w:rPr>
          <w:rFonts w:ascii="Garamond" w:eastAsia="Times New Roman" w:hAnsi="Garamond" w:cs="Times New Roman"/>
          <w:sz w:val="24"/>
          <w:szCs w:val="24"/>
          <w:lang w:val="en-IN" w:eastAsia="en-IN"/>
        </w:rPr>
        <w:t>.</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“Okay,” Sumit exhaled, typing furiously. “First five — confirm Chinese build. Power modulation patterns match standard DFH bus models. No surprises there.”</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paused. The next</w:t>
      </w:r>
      <w:r w:rsidR="0025790A" w:rsidRPr="00201FCB">
        <w:rPr>
          <w:rFonts w:ascii="Garamond" w:eastAsia="Times New Roman" w:hAnsi="Garamond" w:cs="Times New Roman"/>
          <w:sz w:val="24"/>
          <w:szCs w:val="24"/>
          <w:lang w:val="en-IN" w:eastAsia="en-IN"/>
        </w:rPr>
        <w:t xml:space="preserve"> seven are</w:t>
      </w:r>
      <w:r w:rsidRPr="00201FCB">
        <w:rPr>
          <w:rFonts w:ascii="Garamond" w:eastAsia="Times New Roman" w:hAnsi="Garamond" w:cs="Times New Roman"/>
          <w:sz w:val="24"/>
          <w:szCs w:val="24"/>
          <w:lang w:val="en-IN" w:eastAsia="en-IN"/>
        </w:rPr>
        <w:t xml:space="preserve"> trickier.</w:t>
      </w:r>
    </w:p>
    <w:p w:rsidR="009A35A1" w:rsidRPr="00201FCB" w:rsidRDefault="0025790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“These</w:t>
      </w:r>
      <w:r w:rsidR="009A35A1" w:rsidRPr="00201FCB">
        <w:rPr>
          <w:rFonts w:ascii="Garamond" w:eastAsia="Times New Roman" w:hAnsi="Garamond" w:cs="Times New Roman"/>
          <w:sz w:val="24"/>
          <w:szCs w:val="24"/>
          <w:lang w:val="en-IN" w:eastAsia="en-IN"/>
        </w:rPr>
        <w:t xml:space="preserve"> one’s</w:t>
      </w:r>
      <w:r w:rsidRPr="00201FCB">
        <w:rPr>
          <w:rFonts w:ascii="Garamond" w:eastAsia="Times New Roman" w:hAnsi="Garamond" w:cs="Times New Roman"/>
          <w:sz w:val="24"/>
          <w:szCs w:val="24"/>
          <w:lang w:val="en-IN" w:eastAsia="en-IN"/>
        </w:rPr>
        <w:t xml:space="preserve"> are relaying through a</w:t>
      </w:r>
      <w:r w:rsidR="009A35A1" w:rsidRPr="00201FCB">
        <w:rPr>
          <w:rFonts w:ascii="Garamond" w:eastAsia="Times New Roman" w:hAnsi="Garamond" w:cs="Times New Roman"/>
          <w:sz w:val="24"/>
          <w:szCs w:val="24"/>
          <w:lang w:val="en-IN" w:eastAsia="en-IN"/>
        </w:rPr>
        <w:t xml:space="preserve"> sub-orbital uplink</w:t>
      </w:r>
      <w:r w:rsidRPr="00201FCB">
        <w:rPr>
          <w:rFonts w:ascii="Garamond" w:eastAsia="Times New Roman" w:hAnsi="Garamond" w:cs="Times New Roman"/>
          <w:sz w:val="24"/>
          <w:szCs w:val="24"/>
          <w:lang w:val="en-IN" w:eastAsia="en-IN"/>
        </w:rPr>
        <w:t xml:space="preserve"> from different countries</w:t>
      </w:r>
      <w:r w:rsidR="009A35A1" w:rsidRPr="00201FCB">
        <w:rPr>
          <w:rFonts w:ascii="Garamond" w:eastAsia="Times New Roman" w:hAnsi="Garamond" w:cs="Times New Roman"/>
          <w:sz w:val="24"/>
          <w:szCs w:val="24"/>
          <w:lang w:val="en-IN" w:eastAsia="en-IN"/>
        </w:rPr>
        <w:t>.”</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 raised an eyebrow. “Leased tech?”</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“Maybe. Or misdirection. Every packet is routed through three proxies, bouncing over East Africa and back to the South China Sea. It’s like chasing a ghost through a mirror maze.”</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stood briefly, pacing. His brain was fried, eyes watering from backlit strain.</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“These satellites don’t behave like military birds. They mimic civilian traffic — weather relays, agricultural overlays, even educational bandwidth feeds. They </w:t>
      </w:r>
      <w:r w:rsidRPr="00201FCB">
        <w:rPr>
          <w:rFonts w:ascii="Garamond" w:eastAsia="Times New Roman" w:hAnsi="Garamond" w:cs="Times New Roman"/>
          <w:i/>
          <w:iCs/>
          <w:sz w:val="24"/>
          <w:szCs w:val="24"/>
          <w:lang w:val="en-IN" w:eastAsia="en-IN"/>
        </w:rPr>
        <w:t>blend in</w:t>
      </w:r>
      <w:r w:rsidRPr="00201FCB">
        <w:rPr>
          <w:rFonts w:ascii="Garamond" w:eastAsia="Times New Roman" w:hAnsi="Garamond" w:cs="Times New Roman"/>
          <w:sz w:val="24"/>
          <w:szCs w:val="24"/>
          <w:lang w:val="en-IN" w:eastAsia="en-IN"/>
        </w:rPr>
        <w:t>.”</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Riya walked over, scanning the pattern cluster he had built — </w:t>
      </w:r>
      <w:proofErr w:type="spellStart"/>
      <w:r w:rsidRPr="00201FCB">
        <w:rPr>
          <w:rFonts w:ascii="Garamond" w:eastAsia="Times New Roman" w:hAnsi="Garamond" w:cs="Times New Roman"/>
          <w:sz w:val="24"/>
          <w:szCs w:val="24"/>
          <w:lang w:val="en-IN" w:eastAsia="en-IN"/>
        </w:rPr>
        <w:t>colored</w:t>
      </w:r>
      <w:proofErr w:type="spellEnd"/>
      <w:r w:rsidRPr="00201FCB">
        <w:rPr>
          <w:rFonts w:ascii="Garamond" w:eastAsia="Times New Roman" w:hAnsi="Garamond" w:cs="Times New Roman"/>
          <w:sz w:val="24"/>
          <w:szCs w:val="24"/>
          <w:lang w:val="en-IN" w:eastAsia="en-IN"/>
        </w:rPr>
        <w:t xml:space="preserve"> arcs stretching across a map of Asia.</w:t>
      </w:r>
    </w:p>
    <w:p w:rsidR="009A35A1" w:rsidRPr="00201FCB" w:rsidRDefault="0025790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“You’ve marked seven</w:t>
      </w:r>
      <w:r w:rsidR="009A35A1" w:rsidRPr="00201FCB">
        <w:rPr>
          <w:rFonts w:ascii="Garamond" w:eastAsia="Times New Roman" w:hAnsi="Garamond" w:cs="Times New Roman"/>
          <w:sz w:val="24"/>
          <w:szCs w:val="24"/>
          <w:lang w:val="en-IN" w:eastAsia="en-IN"/>
        </w:rPr>
        <w:t>,” she said. “You trust these identifications?”</w:t>
      </w:r>
    </w:p>
    <w:p w:rsidR="009A35A1" w:rsidRPr="00201FCB" w:rsidRDefault="0025790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hesitated. “I trust five</w:t>
      </w:r>
      <w:r w:rsidR="009A35A1" w:rsidRPr="00201FCB">
        <w:rPr>
          <w:rFonts w:ascii="Garamond" w:eastAsia="Times New Roman" w:hAnsi="Garamond" w:cs="Times New Roman"/>
          <w:sz w:val="24"/>
          <w:szCs w:val="24"/>
          <w:lang w:val="en-IN" w:eastAsia="en-IN"/>
        </w:rPr>
        <w:t>. The last two? They’re… weird.”</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“Weird how?”</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 respond to command pings, but not in real time. It’s like th</w:t>
      </w:r>
      <w:r w:rsidR="005D016A" w:rsidRPr="00201FCB">
        <w:rPr>
          <w:rFonts w:ascii="Garamond" w:eastAsia="Times New Roman" w:hAnsi="Garamond" w:cs="Times New Roman"/>
          <w:sz w:val="24"/>
          <w:szCs w:val="24"/>
          <w:lang w:val="en-IN" w:eastAsia="en-IN"/>
        </w:rPr>
        <w:t>ey’re… offline</w:t>
      </w:r>
      <w:r w:rsidRPr="00201FCB">
        <w:rPr>
          <w:rFonts w:ascii="Garamond" w:eastAsia="Times New Roman" w:hAnsi="Garamond" w:cs="Times New Roman"/>
          <w:sz w:val="24"/>
          <w:szCs w:val="24"/>
          <w:lang w:val="en-IN" w:eastAsia="en-IN"/>
        </w:rPr>
        <w:t>.”</w:t>
      </w:r>
    </w:p>
    <w:p w:rsidR="009A35A1" w:rsidRPr="00201FCB" w:rsidRDefault="009A35A1" w:rsidP="00201FCB">
      <w:pPr>
        <w:spacing w:beforeAutospacing="1" w:after="100" w:afterAutospacing="1" w:line="480" w:lineRule="auto"/>
        <w:rPr>
          <w:rFonts w:ascii="Garamond" w:eastAsia="Times New Roman" w:hAnsi="Garamond" w:cs="Times New Roman"/>
          <w:sz w:val="24"/>
          <w:szCs w:val="24"/>
          <w:lang w:val="en-IN" w:eastAsia="en-IN"/>
        </w:rPr>
      </w:pPr>
    </w:p>
    <w:p w:rsidR="00DB7551" w:rsidRPr="00201FCB" w:rsidRDefault="00DB7551" w:rsidP="00201FCB">
      <w:pPr>
        <w:spacing w:line="480" w:lineRule="auto"/>
        <w:rPr>
          <w:rFonts w:ascii="Garamond" w:hAnsi="Garamond"/>
          <w:sz w:val="24"/>
          <w:szCs w:val="24"/>
        </w:rPr>
        <w:sectPr w:rsidR="00DB7551" w:rsidRPr="00201FCB">
          <w:pgSz w:w="8000" w:h="12000"/>
          <w:pgMar w:top="296" w:right="640" w:bottom="1440" w:left="660" w:header="720" w:footer="720" w:gutter="0"/>
          <w:cols w:space="720"/>
          <w:docGrid w:linePitch="360"/>
        </w:sectPr>
      </w:pPr>
    </w:p>
    <w:p w:rsidR="00F460A5" w:rsidRPr="00201FCB" w:rsidRDefault="00A565DF"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lastRenderedPageBreak/>
        <w:t>Chapter 4 Enemy territory</w:t>
      </w:r>
    </w:p>
    <w:p w:rsidR="00CF36F8" w:rsidRPr="00201FCB" w:rsidRDefault="001E7288"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t>NWFP Pakistan 10</w:t>
      </w:r>
      <w:r w:rsidR="00064F27" w:rsidRPr="00201FCB">
        <w:rPr>
          <w:rFonts w:ascii="Garamond" w:eastAsia="Charis SIL Bold" w:hAnsi="Garamond"/>
          <w:color w:val="000000"/>
          <w:sz w:val="24"/>
          <w:szCs w:val="24"/>
        </w:rPr>
        <w:t>10 hrs.</w:t>
      </w:r>
    </w:p>
    <w:p w:rsidR="00E85269" w:rsidRPr="00201FCB" w:rsidRDefault="00CF36F8" w:rsidP="00201FCB">
      <w:pPr>
        <w:autoSpaceDE w:val="0"/>
        <w:autoSpaceDN w:val="0"/>
        <w:spacing w:after="0" w:line="480" w:lineRule="auto"/>
        <w:rPr>
          <w:rFonts w:ascii="Garamond" w:hAnsi="Garamond"/>
          <w:sz w:val="24"/>
          <w:szCs w:val="24"/>
        </w:rPr>
      </w:pPr>
      <w:r w:rsidRPr="00201FCB">
        <w:rPr>
          <w:rFonts w:ascii="Garamond" w:eastAsia="Charis SIL Bold" w:hAnsi="Garamond"/>
          <w:color w:val="000000"/>
          <w:sz w:val="24"/>
          <w:szCs w:val="24"/>
        </w:rPr>
        <w:t>Four</w:t>
      </w:r>
      <w:r w:rsidR="00E85269" w:rsidRPr="00201FCB">
        <w:rPr>
          <w:rFonts w:ascii="Garamond" w:eastAsia="Charis SIL Regular" w:hAnsi="Garamond"/>
          <w:color w:val="000000"/>
          <w:sz w:val="24"/>
          <w:szCs w:val="24"/>
        </w:rPr>
        <w:t xml:space="preserve"> hours of jog into Pakistani </w:t>
      </w:r>
      <w:proofErr w:type="spellStart"/>
      <w:r w:rsidR="00E85269" w:rsidRPr="00201FCB">
        <w:rPr>
          <w:rFonts w:ascii="Garamond" w:eastAsia="Charis SIL Regular" w:hAnsi="Garamond"/>
          <w:color w:val="000000"/>
          <w:sz w:val="24"/>
          <w:szCs w:val="24"/>
        </w:rPr>
        <w:t>badlands</w:t>
      </w:r>
      <w:proofErr w:type="spellEnd"/>
      <w:r w:rsidR="00E85269" w:rsidRPr="00201FCB">
        <w:rPr>
          <w:rFonts w:ascii="Garamond" w:eastAsia="Charis SIL Regular" w:hAnsi="Garamond"/>
          <w:color w:val="000000"/>
          <w:sz w:val="24"/>
          <w:szCs w:val="24"/>
        </w:rPr>
        <w:t xml:space="preserve">, </w:t>
      </w:r>
      <w:r w:rsidR="00E85269" w:rsidRPr="00201FCB">
        <w:rPr>
          <w:rFonts w:ascii="Garamond" w:hAnsi="Garamond"/>
          <w:sz w:val="24"/>
          <w:szCs w:val="24"/>
        </w:rPr>
        <w:t>the terrain had shifted again. What started as loose shale had turned to ankle-deep sand and broken thorns. The sun hung low behind wisps of cloud, offering just enough light to blur shapes, not define them.</w:t>
      </w:r>
    </w:p>
    <w:p w:rsidR="00E85269" w:rsidRPr="00201FCB" w:rsidRDefault="00E85269" w:rsidP="00201FCB">
      <w:pPr>
        <w:pStyle w:val="NormalWeb"/>
        <w:spacing w:line="480" w:lineRule="auto"/>
        <w:rPr>
          <w:rFonts w:ascii="Garamond" w:hAnsi="Garamond"/>
        </w:rPr>
      </w:pPr>
      <w:r w:rsidRPr="00201FCB">
        <w:rPr>
          <w:rFonts w:ascii="Garamond" w:hAnsi="Garamond"/>
        </w:rPr>
        <w:t>Major Aarav’s visor flickered once as his HUD recalibrated to match ground thermal patterns.</w:t>
      </w:r>
    </w:p>
    <w:p w:rsidR="00E85269" w:rsidRPr="00201FCB" w:rsidRDefault="00E85269" w:rsidP="00201FCB">
      <w:pPr>
        <w:pStyle w:val="NormalWeb"/>
        <w:spacing w:line="480" w:lineRule="auto"/>
        <w:rPr>
          <w:rFonts w:ascii="Garamond" w:hAnsi="Garamond"/>
        </w:rPr>
      </w:pPr>
      <w:r w:rsidRPr="00201FCB">
        <w:rPr>
          <w:rFonts w:ascii="Garamond" w:hAnsi="Garamond"/>
        </w:rPr>
        <w:t xml:space="preserve">“Altitude holding. Pulse signs minimal. Stay tight, low, quiet,” he said into the </w:t>
      </w:r>
      <w:proofErr w:type="spellStart"/>
      <w:r w:rsidRPr="00201FCB">
        <w:rPr>
          <w:rFonts w:ascii="Garamond" w:hAnsi="Garamond"/>
        </w:rPr>
        <w:t>comms</w:t>
      </w:r>
      <w:proofErr w:type="spellEnd"/>
      <w:r w:rsidRPr="00201FCB">
        <w:rPr>
          <w:rFonts w:ascii="Garamond" w:hAnsi="Garamond"/>
        </w:rPr>
        <w:t>.</w:t>
      </w:r>
    </w:p>
    <w:p w:rsidR="00E85269" w:rsidRPr="00201FCB" w:rsidRDefault="00E85269" w:rsidP="00201FCB">
      <w:pPr>
        <w:pStyle w:val="NormalWeb"/>
        <w:spacing w:line="480" w:lineRule="auto"/>
        <w:rPr>
          <w:rFonts w:ascii="Garamond" w:hAnsi="Garamond"/>
        </w:rPr>
      </w:pPr>
      <w:r w:rsidRPr="00201FCB">
        <w:rPr>
          <w:rFonts w:ascii="Garamond" w:hAnsi="Garamond"/>
        </w:rPr>
        <w:t>Behind him, the team fell into a staggered silent V formation.</w:t>
      </w:r>
    </w:p>
    <w:p w:rsidR="00E85269" w:rsidRPr="00201FCB" w:rsidRDefault="00E85269" w:rsidP="00201FCB">
      <w:pPr>
        <w:pStyle w:val="NormalWeb"/>
        <w:spacing w:line="480" w:lineRule="auto"/>
        <w:rPr>
          <w:rFonts w:ascii="Garamond" w:hAnsi="Garamond"/>
        </w:rPr>
      </w:pPr>
      <w:r w:rsidRPr="00201FCB">
        <w:rPr>
          <w:rStyle w:val="Strong"/>
          <w:rFonts w:ascii="Garamond" w:hAnsi="Garamond"/>
          <w:b w:val="0"/>
        </w:rPr>
        <w:t>Yogi</w:t>
      </w:r>
      <w:r w:rsidRPr="00201FCB">
        <w:rPr>
          <w:rFonts w:ascii="Garamond" w:hAnsi="Garamond"/>
        </w:rPr>
        <w:t xml:space="preserve">, as usual, was slightly off </w:t>
      </w:r>
      <w:proofErr w:type="spellStart"/>
      <w:r w:rsidRPr="00201FCB">
        <w:rPr>
          <w:rFonts w:ascii="Garamond" w:hAnsi="Garamond"/>
        </w:rPr>
        <w:t>center</w:t>
      </w:r>
      <w:proofErr w:type="spellEnd"/>
      <w:r w:rsidRPr="00201FCB">
        <w:rPr>
          <w:rFonts w:ascii="Garamond" w:hAnsi="Garamond"/>
        </w:rPr>
        <w:t xml:space="preserve"> — not in discipline, but in spirit.</w:t>
      </w:r>
    </w:p>
    <w:p w:rsidR="00E85269" w:rsidRPr="00201FCB" w:rsidRDefault="00E85269" w:rsidP="00201FCB">
      <w:pPr>
        <w:pStyle w:val="NormalWeb"/>
        <w:spacing w:line="480" w:lineRule="auto"/>
        <w:rPr>
          <w:rFonts w:ascii="Garamond" w:hAnsi="Garamond"/>
        </w:rPr>
      </w:pPr>
      <w:r w:rsidRPr="00201FCB">
        <w:rPr>
          <w:rFonts w:ascii="Garamond" w:hAnsi="Garamond"/>
        </w:rPr>
        <w:t>“Sir,” he whispered just loud enough to be annoying, “can we file a formal complaint against Pakistan for not having paved roads?”</w:t>
      </w:r>
    </w:p>
    <w:p w:rsidR="00E85269" w:rsidRPr="00201FCB" w:rsidRDefault="00E8526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Neha snorted, quickly covering it with a fake cough. Even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allowed himself a moment’s grin.</w:t>
      </w:r>
    </w:p>
    <w:p w:rsidR="00E85269" w:rsidRPr="00201FCB" w:rsidRDefault="00E8526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Aarav let it happen. In fact, he welcomed it. These pockets of levity, however brief, cut through the suffocating tension of enemy territory. </w:t>
      </w:r>
      <w:r w:rsidRPr="00201FCB">
        <w:rPr>
          <w:rFonts w:ascii="Garamond" w:eastAsia="Times New Roman" w:hAnsi="Garamond" w:cs="Times New Roman"/>
          <w:bCs/>
          <w:sz w:val="24"/>
          <w:szCs w:val="24"/>
          <w:lang w:val="en-IN" w:eastAsia="en-IN"/>
        </w:rPr>
        <w:t xml:space="preserve">Yogi's </w:t>
      </w:r>
      <w:proofErr w:type="spellStart"/>
      <w:r w:rsidRPr="00201FCB">
        <w:rPr>
          <w:rFonts w:ascii="Garamond" w:eastAsia="Times New Roman" w:hAnsi="Garamond" w:cs="Times New Roman"/>
          <w:bCs/>
          <w:sz w:val="24"/>
          <w:szCs w:val="24"/>
          <w:lang w:val="en-IN" w:eastAsia="en-IN"/>
        </w:rPr>
        <w:t>humor</w:t>
      </w:r>
      <w:proofErr w:type="spellEnd"/>
      <w:r w:rsidRPr="00201FCB">
        <w:rPr>
          <w:rFonts w:ascii="Garamond" w:eastAsia="Times New Roman" w:hAnsi="Garamond" w:cs="Times New Roman"/>
          <w:bCs/>
          <w:sz w:val="24"/>
          <w:szCs w:val="24"/>
          <w:lang w:val="en-IN" w:eastAsia="en-IN"/>
        </w:rPr>
        <w:t xml:space="preserve"> was a stress bleed valve</w:t>
      </w:r>
      <w:r w:rsidRPr="00201FCB">
        <w:rPr>
          <w:rFonts w:ascii="Garamond" w:eastAsia="Times New Roman" w:hAnsi="Garamond" w:cs="Times New Roman"/>
          <w:sz w:val="24"/>
          <w:szCs w:val="24"/>
          <w:lang w:val="en-IN" w:eastAsia="en-IN"/>
        </w:rPr>
        <w:t>, and Aarav had long stopped trying to fix what was working.</w:t>
      </w:r>
    </w:p>
    <w:p w:rsidR="00E85269" w:rsidRPr="00201FCB" w:rsidRDefault="00AB6C38" w:rsidP="00201FCB">
      <w:pPr>
        <w:spacing w:after="0"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pict>
          <v:rect id="_x0000_i1030" style="width:0;height:1.5pt" o:hralign="center" o:hrstd="t" o:hr="t" fillcolor="#a0a0a0" stroked="f"/>
        </w:pict>
      </w:r>
    </w:p>
    <w:p w:rsidR="00E85269" w:rsidRPr="00201FCB" w:rsidRDefault="00E8526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terrain narrowed into a gorge — high rock walls, sharp-edged, shadow-heavy. </w:t>
      </w:r>
      <w:proofErr w:type="spellStart"/>
      <w:r w:rsidRPr="00201FCB">
        <w:rPr>
          <w:rFonts w:ascii="Garamond" w:eastAsia="Times New Roman" w:hAnsi="Garamond" w:cs="Times New Roman"/>
          <w:sz w:val="24"/>
          <w:szCs w:val="24"/>
          <w:lang w:val="en-IN" w:eastAsia="en-IN"/>
        </w:rPr>
        <w:t>Tashi</w:t>
      </w:r>
      <w:proofErr w:type="spellEnd"/>
      <w:r w:rsidRPr="00201FCB">
        <w:rPr>
          <w:rFonts w:ascii="Garamond" w:eastAsia="Times New Roman" w:hAnsi="Garamond" w:cs="Times New Roman"/>
          <w:sz w:val="24"/>
          <w:szCs w:val="24"/>
          <w:lang w:val="en-IN" w:eastAsia="en-IN"/>
        </w:rPr>
        <w:t xml:space="preserve"> paused to scan </w:t>
      </w:r>
      <w:proofErr w:type="spellStart"/>
      <w:r w:rsidRPr="00201FCB">
        <w:rPr>
          <w:rFonts w:ascii="Garamond" w:eastAsia="Times New Roman" w:hAnsi="Garamond" w:cs="Times New Roman"/>
          <w:sz w:val="24"/>
          <w:szCs w:val="24"/>
          <w:lang w:val="en-IN" w:eastAsia="en-IN"/>
        </w:rPr>
        <w:t>biosigns</w:t>
      </w:r>
      <w:proofErr w:type="spellEnd"/>
      <w:r w:rsidRPr="00201FCB">
        <w:rPr>
          <w:rFonts w:ascii="Garamond" w:eastAsia="Times New Roman" w:hAnsi="Garamond" w:cs="Times New Roman"/>
          <w:sz w:val="24"/>
          <w:szCs w:val="24"/>
          <w:lang w:val="en-IN" w:eastAsia="en-IN"/>
        </w:rPr>
        <w:t xml:space="preserve">. Everyone’s vitals were holding steady except </w:t>
      </w:r>
      <w:proofErr w:type="spellStart"/>
      <w:r w:rsidRPr="00201FCB">
        <w:rPr>
          <w:rFonts w:ascii="Garamond" w:eastAsia="Times New Roman" w:hAnsi="Garamond" w:cs="Times New Roman"/>
          <w:sz w:val="24"/>
          <w:szCs w:val="24"/>
          <w:lang w:val="en-IN" w:eastAsia="en-IN"/>
        </w:rPr>
        <w:t>Zameer’s</w:t>
      </w:r>
      <w:proofErr w:type="spellEnd"/>
      <w:r w:rsidRPr="00201FCB">
        <w:rPr>
          <w:rFonts w:ascii="Garamond" w:eastAsia="Times New Roman" w:hAnsi="Garamond" w:cs="Times New Roman"/>
          <w:sz w:val="24"/>
          <w:szCs w:val="24"/>
          <w:lang w:val="en-IN" w:eastAsia="en-IN"/>
        </w:rPr>
        <w:t xml:space="preserve"> — again, slightly elevated.</w:t>
      </w:r>
    </w:p>
    <w:p w:rsidR="00E85269" w:rsidRPr="00201FCB" w:rsidRDefault="00E8526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tapped his shoulder gently.</w:t>
      </w:r>
    </w:p>
    <w:p w:rsidR="00E85269" w:rsidRPr="00201FCB" w:rsidRDefault="00E85269"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“Keep breathing slow. Don’t let the ghosts climb in early.”</w:t>
      </w:r>
    </w:p>
    <w:p w:rsidR="00E85269" w:rsidRPr="00201FCB" w:rsidRDefault="00E85269"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gave a tight nod, gripping his rifle closer.</w:t>
      </w:r>
    </w:p>
    <w:p w:rsidR="00E85269" w:rsidRPr="00201FCB" w:rsidRDefault="00E85269"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“I'm fine. Just... feels like something's watching.”</w:t>
      </w:r>
    </w:p>
    <w:p w:rsidR="00E85269" w:rsidRPr="00201FCB" w:rsidRDefault="00E8526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Yogi caught up beside him.</w:t>
      </w:r>
    </w:p>
    <w:p w:rsidR="00E85269" w:rsidRPr="00201FCB" w:rsidRDefault="00E85269"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“Good. That means we’re on the right track. All scary things guard treasure.”</w:t>
      </w:r>
    </w:p>
    <w:p w:rsidR="00E85269" w:rsidRPr="00201FCB" w:rsidRDefault="00E85269"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lastRenderedPageBreak/>
        <w:t>Zameer</w:t>
      </w:r>
      <w:proofErr w:type="spellEnd"/>
      <w:r w:rsidRPr="00201FCB">
        <w:rPr>
          <w:rFonts w:ascii="Garamond" w:eastAsia="Times New Roman" w:hAnsi="Garamond" w:cs="Times New Roman"/>
          <w:sz w:val="24"/>
          <w:szCs w:val="24"/>
          <w:lang w:val="en-IN" w:eastAsia="en-IN"/>
        </w:rPr>
        <w:t xml:space="preserve"> raised an eyebrow. “Is that from your army manual or your gaming addiction?”</w:t>
      </w:r>
    </w:p>
    <w:p w:rsidR="00E85269" w:rsidRPr="00201FCB" w:rsidRDefault="00E85269"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“Both. Chapter 7: Loot Crates &amp; Low Morale.”</w:t>
      </w:r>
    </w:p>
    <w:p w:rsidR="00E85269" w:rsidRPr="00201FCB" w:rsidRDefault="00E85269" w:rsidP="00201FCB">
      <w:pPr>
        <w:autoSpaceDE w:val="0"/>
        <w:autoSpaceDN w:val="0"/>
        <w:spacing w:before="58" w:after="0" w:line="480" w:lineRule="auto"/>
        <w:rPr>
          <w:rFonts w:ascii="Garamond" w:hAnsi="Garamond"/>
          <w:sz w:val="24"/>
          <w:szCs w:val="24"/>
        </w:rPr>
      </w:pPr>
      <w:r w:rsidRPr="00201FCB">
        <w:rPr>
          <w:rFonts w:ascii="Garamond" w:eastAsia="Charis SIL Regular" w:hAnsi="Garamond"/>
          <w:color w:val="000000"/>
          <w:sz w:val="24"/>
          <w:szCs w:val="24"/>
        </w:rPr>
        <w:t>The Shadow Strikers must have hiked for almost four hours in the ravines of the North West Frontier province of Pakistan when they came across their first challenge. The swarm of drones flying above them had relayed back a tribal settlement of banjaras who were not supposed to be there as per the initial intelligence.</w:t>
      </w:r>
    </w:p>
    <w:p w:rsidR="00E85269" w:rsidRPr="00201FCB" w:rsidRDefault="00E85269" w:rsidP="00201FCB">
      <w:pPr>
        <w:autoSpaceDE w:val="0"/>
        <w:autoSpaceDN w:val="0"/>
        <w:spacing w:before="286" w:after="0" w:line="480" w:lineRule="auto"/>
        <w:rPr>
          <w:rFonts w:ascii="Garamond" w:eastAsia="Charis SIL Regular" w:hAnsi="Garamond"/>
          <w:color w:val="000000"/>
          <w:sz w:val="24"/>
          <w:szCs w:val="24"/>
        </w:rPr>
      </w:pPr>
    </w:p>
    <w:p w:rsidR="00F460A5" w:rsidRPr="00201FCB" w:rsidRDefault="00A565DF" w:rsidP="00201FCB">
      <w:pPr>
        <w:autoSpaceDE w:val="0"/>
        <w:autoSpaceDN w:val="0"/>
        <w:spacing w:before="286" w:after="0" w:line="480" w:lineRule="auto"/>
        <w:rPr>
          <w:rFonts w:ascii="Garamond" w:hAnsi="Garamond"/>
          <w:sz w:val="24"/>
          <w:szCs w:val="24"/>
        </w:rPr>
      </w:pPr>
      <w:r w:rsidRPr="00201FCB">
        <w:rPr>
          <w:rFonts w:ascii="Garamond" w:eastAsia="Charis SIL Regular" w:hAnsi="Garamond"/>
          <w:color w:val="000000"/>
          <w:sz w:val="24"/>
          <w:szCs w:val="24"/>
        </w:rPr>
        <w:t xml:space="preserve">One of the last places on earth where </w:t>
      </w:r>
      <w:r w:rsidR="00CF36F8" w:rsidRPr="00201FCB">
        <w:rPr>
          <w:rFonts w:ascii="Garamond" w:eastAsia="Charis SIL Regular" w:hAnsi="Garamond"/>
          <w:color w:val="000000"/>
          <w:sz w:val="24"/>
          <w:szCs w:val="24"/>
        </w:rPr>
        <w:t>modernity</w:t>
      </w:r>
      <w:r w:rsidRPr="00201FCB">
        <w:rPr>
          <w:rFonts w:ascii="Garamond" w:eastAsia="Charis SIL Regular" w:hAnsi="Garamond"/>
          <w:color w:val="000000"/>
          <w:sz w:val="24"/>
          <w:szCs w:val="24"/>
        </w:rPr>
        <w:t xml:space="preserve"> had not yet reached and one could still see nomadic tribes was in the North West Frontier Province of Pakistan. These tribes were kept away from modernization thanks to the volatile atmosphere of local warlords since the Afghan war of the last century. A century of wars, terrorism, proxy wars interlaced with orthodox religious </w:t>
      </w:r>
      <w:proofErr w:type="spellStart"/>
      <w:r w:rsidRPr="00201FCB">
        <w:rPr>
          <w:rFonts w:ascii="Garamond" w:eastAsia="Charis SIL Regular" w:hAnsi="Garamond"/>
          <w:color w:val="000000"/>
          <w:sz w:val="24"/>
          <w:szCs w:val="24"/>
        </w:rPr>
        <w:t>practises</w:t>
      </w:r>
      <w:proofErr w:type="spellEnd"/>
      <w:r w:rsidRPr="00201FCB">
        <w:rPr>
          <w:rFonts w:ascii="Garamond" w:eastAsia="Charis SIL Regular" w:hAnsi="Garamond"/>
          <w:color w:val="000000"/>
          <w:sz w:val="24"/>
          <w:szCs w:val="24"/>
        </w:rPr>
        <w:t xml:space="preserve"> had made these people tenacious and hardy. Although they </w:t>
      </w:r>
      <w:proofErr w:type="spellStart"/>
      <w:r w:rsidRPr="00201FCB">
        <w:rPr>
          <w:rFonts w:ascii="Garamond" w:eastAsia="Charis SIL Regular" w:hAnsi="Garamond"/>
          <w:color w:val="000000"/>
          <w:sz w:val="24"/>
          <w:szCs w:val="24"/>
        </w:rPr>
        <w:t>didnt</w:t>
      </w:r>
      <w:proofErr w:type="spellEnd"/>
      <w:r w:rsidRPr="00201FCB">
        <w:rPr>
          <w:rFonts w:ascii="Garamond" w:eastAsia="Charis SIL Regular" w:hAnsi="Garamond"/>
          <w:color w:val="000000"/>
          <w:sz w:val="24"/>
          <w:szCs w:val="24"/>
        </w:rPr>
        <w:t xml:space="preserve"> have particular patriotic sentiments towards either Pakistan or Afghanistan but the lure of cash </w:t>
      </w:r>
      <w:r w:rsidRPr="00201FCB">
        <w:rPr>
          <w:rFonts w:ascii="Garamond" w:eastAsia="Charis SIL Regular" w:hAnsi="Garamond"/>
          <w:color w:val="000000"/>
          <w:sz w:val="24"/>
          <w:szCs w:val="24"/>
        </w:rPr>
        <w:lastRenderedPageBreak/>
        <w:t xml:space="preserve">rewards for relaying vital information was a big risk for </w:t>
      </w:r>
      <w:r w:rsidR="00DB35AB" w:rsidRPr="00201FCB">
        <w:rPr>
          <w:rFonts w:ascii="Garamond" w:eastAsia="Charis SIL Regular" w:hAnsi="Garamond"/>
          <w:color w:val="000000"/>
          <w:sz w:val="24"/>
          <w:szCs w:val="24"/>
        </w:rPr>
        <w:t>Major</w:t>
      </w:r>
      <w:r w:rsidRPr="00201FCB">
        <w:rPr>
          <w:rFonts w:ascii="Garamond" w:eastAsia="Charis SIL Regular" w:hAnsi="Garamond"/>
          <w:color w:val="000000"/>
          <w:sz w:val="24"/>
          <w:szCs w:val="24"/>
        </w:rPr>
        <w:t xml:space="preserve">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Singh. These peopl</w:t>
      </w:r>
      <w:r w:rsidR="00CF36F8" w:rsidRPr="00201FCB">
        <w:rPr>
          <w:rFonts w:ascii="Garamond" w:eastAsia="Charis SIL Regular" w:hAnsi="Garamond"/>
          <w:color w:val="000000"/>
          <w:sz w:val="24"/>
          <w:szCs w:val="24"/>
        </w:rPr>
        <w:t>e although armed with obsolete yet deadly</w:t>
      </w:r>
      <w:r w:rsidRPr="00201FCB">
        <w:rPr>
          <w:rFonts w:ascii="Garamond" w:eastAsia="Charis SIL Regular" w:hAnsi="Garamond"/>
          <w:color w:val="000000"/>
          <w:sz w:val="24"/>
          <w:szCs w:val="24"/>
        </w:rPr>
        <w:t xml:space="preserve"> rifles like AK47, mostly for self </w:t>
      </w:r>
      <w:proofErr w:type="spellStart"/>
      <w:r w:rsidRPr="00201FCB">
        <w:rPr>
          <w:rFonts w:ascii="Garamond" w:eastAsia="Charis SIL Regular" w:hAnsi="Garamond"/>
          <w:color w:val="000000"/>
          <w:sz w:val="24"/>
          <w:szCs w:val="24"/>
        </w:rPr>
        <w:t>defence</w:t>
      </w:r>
      <w:proofErr w:type="spellEnd"/>
      <w:r w:rsidRPr="00201FCB">
        <w:rPr>
          <w:rFonts w:ascii="Garamond" w:eastAsia="Charis SIL Regular" w:hAnsi="Garamond"/>
          <w:color w:val="000000"/>
          <w:sz w:val="24"/>
          <w:szCs w:val="24"/>
        </w:rPr>
        <w:t>, were still civilians and</w:t>
      </w:r>
      <w:r w:rsidRPr="00201FCB">
        <w:rPr>
          <w:rFonts w:ascii="Garamond" w:eastAsia="Charis SIL Bold" w:hAnsi="Garamond"/>
          <w:color w:val="000000"/>
          <w:sz w:val="24"/>
          <w:szCs w:val="24"/>
        </w:rPr>
        <w:t xml:space="preserve"> </w:t>
      </w:r>
      <w:r w:rsidR="00DB35AB" w:rsidRPr="00201FCB">
        <w:rPr>
          <w:rFonts w:ascii="Garamond" w:eastAsia="Charis SIL Bold" w:hAnsi="Garamond"/>
          <w:color w:val="000000"/>
          <w:sz w:val="24"/>
          <w:szCs w:val="24"/>
        </w:rPr>
        <w:t>Major</w:t>
      </w:r>
      <w:r w:rsidRPr="00201FCB">
        <w:rPr>
          <w:rFonts w:ascii="Garamond" w:eastAsia="Charis SIL Bold" w:hAnsi="Garamond"/>
          <w:color w:val="000000"/>
          <w:sz w:val="24"/>
          <w:szCs w:val="24"/>
        </w:rPr>
        <w:t xml:space="preserve"> </w:t>
      </w:r>
      <w:r w:rsidR="00DB35AB" w:rsidRPr="00201FCB">
        <w:rPr>
          <w:rFonts w:ascii="Garamond" w:eastAsia="Charis SIL Bold" w:hAnsi="Garamond"/>
          <w:color w:val="000000"/>
          <w:sz w:val="24"/>
          <w:szCs w:val="24"/>
        </w:rPr>
        <w:t>Aarav</w:t>
      </w:r>
      <w:r w:rsidRPr="00201FCB">
        <w:rPr>
          <w:rFonts w:ascii="Garamond" w:eastAsia="Charis SIL Bold" w:hAnsi="Garamond"/>
          <w:color w:val="000000"/>
          <w:sz w:val="24"/>
          <w:szCs w:val="24"/>
        </w:rPr>
        <w:t xml:space="preserve"> Singh</w:t>
      </w:r>
      <w:r w:rsidRPr="00201FCB">
        <w:rPr>
          <w:rFonts w:ascii="Garamond" w:eastAsia="Charis SIL Regular" w:hAnsi="Garamond"/>
          <w:color w:val="000000"/>
          <w:sz w:val="24"/>
          <w:szCs w:val="24"/>
        </w:rPr>
        <w:t xml:space="preserve"> was under strict training of the Indian army to not bring civilians in the crosshairs of a skirmish. The settlement was a good five </w:t>
      </w:r>
      <w:r w:rsidR="00C30C26" w:rsidRPr="00201FCB">
        <w:rPr>
          <w:rFonts w:ascii="Garamond" w:eastAsia="Charis SIL Regular" w:hAnsi="Garamond"/>
          <w:color w:val="000000"/>
          <w:sz w:val="24"/>
          <w:szCs w:val="24"/>
        </w:rPr>
        <w:t>kilometers</w:t>
      </w:r>
      <w:r w:rsidRPr="00201FCB">
        <w:rPr>
          <w:rFonts w:ascii="Garamond" w:eastAsia="Charis SIL Regular" w:hAnsi="Garamond"/>
          <w:color w:val="000000"/>
          <w:sz w:val="24"/>
          <w:szCs w:val="24"/>
        </w:rPr>
        <w:t xml:space="preserve"> </w:t>
      </w:r>
      <w:r w:rsidR="00C30C26" w:rsidRPr="00201FCB">
        <w:rPr>
          <w:rFonts w:ascii="Garamond" w:eastAsia="Charis SIL Regular" w:hAnsi="Garamond"/>
          <w:color w:val="000000"/>
          <w:sz w:val="24"/>
          <w:szCs w:val="24"/>
        </w:rPr>
        <w:t>away;</w:t>
      </w:r>
      <w:r w:rsidRPr="00201FCB">
        <w:rPr>
          <w:rFonts w:ascii="Garamond" w:eastAsia="Charis SIL Regular" w:hAnsi="Garamond"/>
          <w:color w:val="000000"/>
          <w:sz w:val="24"/>
          <w:szCs w:val="24"/>
        </w:rPr>
        <w:t xml:space="preserve"> clear videos being transmitted by the swarm of drones which acted as a hawk in the sky.</w:t>
      </w:r>
    </w:p>
    <w:p w:rsidR="00CF36F8" w:rsidRPr="00201FCB" w:rsidRDefault="00A565DF" w:rsidP="00201FCB">
      <w:pPr>
        <w:pStyle w:val="NormalWeb"/>
        <w:spacing w:line="480" w:lineRule="auto"/>
        <w:rPr>
          <w:rFonts w:ascii="Garamond" w:hAnsi="Garamond"/>
        </w:rPr>
      </w:pPr>
      <w:r w:rsidRPr="00201FCB">
        <w:rPr>
          <w:rFonts w:ascii="Garamond" w:eastAsia="Charis SIL Regular" w:hAnsi="Garamond"/>
          <w:color w:val="000000"/>
        </w:rPr>
        <w:t>"</w:t>
      </w:r>
      <w:proofErr w:type="spellStart"/>
      <w:r w:rsidRPr="00201FCB">
        <w:rPr>
          <w:rFonts w:ascii="Garamond" w:eastAsia="Charis SIL Regular" w:hAnsi="Garamond"/>
          <w:color w:val="000000"/>
        </w:rPr>
        <w:t>Sergent</w:t>
      </w:r>
      <w:proofErr w:type="spellEnd"/>
      <w:r w:rsidRPr="00201FCB">
        <w:rPr>
          <w:rFonts w:ascii="Garamond" w:eastAsia="Charis SIL Regular" w:hAnsi="Garamond"/>
          <w:color w:val="000000"/>
        </w:rPr>
        <w:t xml:space="preserve"> Reddy" called out </w:t>
      </w:r>
      <w:r w:rsidR="00DB35AB" w:rsidRPr="00201FCB">
        <w:rPr>
          <w:rFonts w:ascii="Garamond" w:eastAsia="Charis SIL Regular" w:hAnsi="Garamond"/>
          <w:color w:val="000000"/>
        </w:rPr>
        <w:t>Aarav</w:t>
      </w:r>
      <w:r w:rsidRPr="00201FCB">
        <w:rPr>
          <w:rFonts w:ascii="Garamond" w:eastAsia="Charis SIL Regular" w:hAnsi="Garamond"/>
          <w:color w:val="000000"/>
        </w:rPr>
        <w:t xml:space="preserve"> in his </w:t>
      </w:r>
      <w:proofErr w:type="spellStart"/>
      <w:r w:rsidRPr="00201FCB">
        <w:rPr>
          <w:rFonts w:ascii="Garamond" w:eastAsia="Charis SIL Regular" w:hAnsi="Garamond"/>
          <w:color w:val="000000"/>
        </w:rPr>
        <w:t>exosuit</w:t>
      </w:r>
      <w:proofErr w:type="spellEnd"/>
      <w:r w:rsidRPr="00201FCB">
        <w:rPr>
          <w:rFonts w:ascii="Garamond" w:eastAsia="Charis SIL Regular" w:hAnsi="Garamond"/>
          <w:color w:val="000000"/>
        </w:rPr>
        <w:t xml:space="preserve"> helmet which had inbuilt</w:t>
      </w:r>
      <w:r w:rsidR="00C30C26" w:rsidRPr="00201FCB">
        <w:rPr>
          <w:rFonts w:ascii="Garamond" w:eastAsia="Charis SIL Regular" w:hAnsi="Garamond"/>
          <w:color w:val="000000"/>
        </w:rPr>
        <w:t xml:space="preserve"> audio video interface. "Yes Major</w:t>
      </w:r>
      <w:r w:rsidRPr="00201FCB">
        <w:rPr>
          <w:rFonts w:ascii="Garamond" w:eastAsia="Charis SIL Regular" w:hAnsi="Garamond"/>
          <w:color w:val="000000"/>
        </w:rPr>
        <w:t xml:space="preserve">" replied </w:t>
      </w:r>
      <w:proofErr w:type="spellStart"/>
      <w:r w:rsidRPr="00201FCB">
        <w:rPr>
          <w:rFonts w:ascii="Garamond" w:eastAsia="Charis SIL Regular" w:hAnsi="Garamond"/>
          <w:color w:val="000000"/>
        </w:rPr>
        <w:t>Sergent</w:t>
      </w:r>
      <w:proofErr w:type="spellEnd"/>
      <w:r w:rsidRPr="00201FCB">
        <w:rPr>
          <w:rFonts w:ascii="Garamond" w:eastAsia="Charis SIL Regular" w:hAnsi="Garamond"/>
          <w:color w:val="000000"/>
        </w:rPr>
        <w:t xml:space="preserve"> Reddy from 50 meters away in his </w:t>
      </w:r>
      <w:proofErr w:type="spellStart"/>
      <w:r w:rsidRPr="00201FCB">
        <w:rPr>
          <w:rFonts w:ascii="Garamond" w:eastAsia="Charis SIL Regular" w:hAnsi="Garamond"/>
          <w:color w:val="000000"/>
        </w:rPr>
        <w:t>exosuit</w:t>
      </w:r>
      <w:proofErr w:type="spellEnd"/>
      <w:r w:rsidRPr="00201FCB">
        <w:rPr>
          <w:rFonts w:ascii="Garamond" w:eastAsia="Charis SIL Regular" w:hAnsi="Garamond"/>
          <w:color w:val="000000"/>
        </w:rPr>
        <w:t xml:space="preserve"> helmet. "Civilians five </w:t>
      </w:r>
      <w:r w:rsidR="00C30C26" w:rsidRPr="00201FCB">
        <w:rPr>
          <w:rFonts w:ascii="Garamond" w:eastAsia="Charis SIL Regular" w:hAnsi="Garamond"/>
          <w:color w:val="000000"/>
        </w:rPr>
        <w:t>kilometers</w:t>
      </w:r>
      <w:r w:rsidRPr="00201FCB">
        <w:rPr>
          <w:rFonts w:ascii="Garamond" w:eastAsia="Charis SIL Regular" w:hAnsi="Garamond"/>
          <w:color w:val="000000"/>
        </w:rPr>
        <w:t xml:space="preserve"> ahead. Can you chart the fastest route around </w:t>
      </w:r>
      <w:r w:rsidR="00C30C26" w:rsidRPr="00201FCB">
        <w:rPr>
          <w:rFonts w:ascii="Garamond" w:eastAsia="Charis SIL Regular" w:hAnsi="Garamond"/>
          <w:color w:val="000000"/>
        </w:rPr>
        <w:t>them?”</w:t>
      </w:r>
      <w:r w:rsidRPr="00201FCB">
        <w:rPr>
          <w:rFonts w:ascii="Garamond" w:eastAsia="Charis SIL Regular" w:hAnsi="Garamond"/>
          <w:color w:val="000000"/>
        </w:rPr>
        <w:t xml:space="preserve"> Asked </w:t>
      </w:r>
      <w:r w:rsidR="00DB35AB" w:rsidRPr="00201FCB">
        <w:rPr>
          <w:rFonts w:ascii="Garamond" w:eastAsia="Charis SIL Regular" w:hAnsi="Garamond"/>
          <w:color w:val="000000"/>
        </w:rPr>
        <w:t>Aarav</w:t>
      </w:r>
      <w:r w:rsidRPr="00201FCB">
        <w:rPr>
          <w:rFonts w:ascii="Garamond" w:eastAsia="Charis SIL Regular" w:hAnsi="Garamond"/>
          <w:color w:val="000000"/>
        </w:rPr>
        <w:t xml:space="preserve"> of his second in command. </w:t>
      </w:r>
      <w:r w:rsidR="00CF36F8" w:rsidRPr="00201FCB">
        <w:rPr>
          <w:rFonts w:ascii="Garamond" w:hAnsi="Garamond"/>
        </w:rPr>
        <w:t xml:space="preserve">Neha wasn’t just another tech officer — she was the unit’s terrain tactician, a master of digital cartography and movement prediction. Tucked away in a camouflaged tactical node, her visor displayed a holographic terrain model stitched together from micro-drone visuals, thermal signatures, and historical topography overlays. Unlike conventional maps, hers adapted in real time — </w:t>
      </w:r>
      <w:r w:rsidR="00CF36F8" w:rsidRPr="00201FCB">
        <w:rPr>
          <w:rFonts w:ascii="Garamond" w:hAnsi="Garamond"/>
        </w:rPr>
        <w:lastRenderedPageBreak/>
        <w:t>recalibrating based on heat zones, vegetation density, and even the latest atmospheric disturbances which could affect drone visibility.</w:t>
      </w:r>
    </w:p>
    <w:p w:rsidR="00201FCB" w:rsidRPr="00201FCB" w:rsidRDefault="00201FCB" w:rsidP="00201FCB">
      <w:pPr>
        <w:autoSpaceDE w:val="0"/>
        <w:autoSpaceDN w:val="0"/>
        <w:spacing w:before="60" w:after="0" w:line="480" w:lineRule="auto"/>
        <w:rPr>
          <w:rFonts w:ascii="Garamond" w:hAnsi="Garamond"/>
          <w:sz w:val="24"/>
          <w:szCs w:val="24"/>
        </w:rPr>
      </w:pPr>
      <w:r w:rsidRPr="00201FCB">
        <w:rPr>
          <w:rFonts w:ascii="Garamond" w:hAnsi="Garamond"/>
          <w:sz w:val="24"/>
          <w:szCs w:val="24"/>
        </w:rPr>
        <w:t>Using a complex overlay of LIDAR scans and archival terrain archives, Neha ran route simulations on a custom-built algorithm — one she'd programmed herself — that factored in stealth priority, energy expenditure, likelihood of detection, and terrain fatigue. With a fluid motion, she activated her virtual console by swiping her palm across her forearm module. Holographic controls blinked into existence mid-air — invisible to anyone without the right visor — and her fingers danced through spectral keys, punching instructions and drawing path curves in thin air like a conductor with a digital symphony.</w:t>
      </w:r>
    </w:p>
    <w:p w:rsidR="00201FCB" w:rsidRPr="00201FCB" w:rsidRDefault="00201FCB" w:rsidP="00201FCB">
      <w:pPr>
        <w:pStyle w:val="NormalWeb"/>
        <w:spacing w:line="480" w:lineRule="auto"/>
        <w:rPr>
          <w:rFonts w:ascii="Garamond" w:hAnsi="Garamond"/>
        </w:rPr>
      </w:pPr>
      <w:r w:rsidRPr="00201FCB">
        <w:rPr>
          <w:rFonts w:ascii="Garamond" w:hAnsi="Garamond"/>
        </w:rPr>
        <w:t xml:space="preserve">As Neha’s fingers moved with swift elegance through the translucent interface, Yogi—peering over her shoulder from a distance—muttered on the squad channel, “Boss, I swear if we survive this op, someone better cast Neha in </w:t>
      </w:r>
      <w:r w:rsidRPr="00201FCB">
        <w:rPr>
          <w:rStyle w:val="Emphasis"/>
          <w:rFonts w:ascii="Garamond" w:hAnsi="Garamond"/>
        </w:rPr>
        <w:t>India’s Got Talent</w:t>
      </w:r>
      <w:r w:rsidRPr="00201FCB">
        <w:rPr>
          <w:rFonts w:ascii="Garamond" w:hAnsi="Garamond"/>
        </w:rPr>
        <w:t>. That’s not coding—she’s straight-up dancing a cyber-</w:t>
      </w:r>
      <w:proofErr w:type="spellStart"/>
      <w:r w:rsidRPr="00201FCB">
        <w:rPr>
          <w:rFonts w:ascii="Garamond" w:hAnsi="Garamond"/>
        </w:rPr>
        <w:t>bharatanatyam</w:t>
      </w:r>
      <w:proofErr w:type="spellEnd"/>
      <w:r w:rsidRPr="00201FCB">
        <w:rPr>
          <w:rFonts w:ascii="Garamond" w:hAnsi="Garamond"/>
        </w:rPr>
        <w:t>.”</w:t>
      </w:r>
    </w:p>
    <w:p w:rsidR="00201FCB" w:rsidRPr="00201FCB" w:rsidRDefault="00201FCB" w:rsidP="00201FCB">
      <w:pPr>
        <w:pStyle w:val="NormalWeb"/>
        <w:spacing w:line="480" w:lineRule="auto"/>
        <w:rPr>
          <w:rFonts w:ascii="Garamond" w:hAnsi="Garamond"/>
        </w:rPr>
      </w:pPr>
      <w:r w:rsidRPr="00201FCB">
        <w:rPr>
          <w:rFonts w:ascii="Garamond" w:hAnsi="Garamond"/>
        </w:rPr>
        <w:lastRenderedPageBreak/>
        <w:t xml:space="preserve">A few snickers crackled over the </w:t>
      </w:r>
      <w:proofErr w:type="spellStart"/>
      <w:r w:rsidRPr="00201FCB">
        <w:rPr>
          <w:rFonts w:ascii="Garamond" w:hAnsi="Garamond"/>
        </w:rPr>
        <w:t>comms</w:t>
      </w:r>
      <w:proofErr w:type="spellEnd"/>
      <w:r w:rsidRPr="00201FCB">
        <w:rPr>
          <w:rFonts w:ascii="Garamond" w:hAnsi="Garamond"/>
        </w:rPr>
        <w:t xml:space="preserve"> before Aarav cut in dryly, “She dances, you don’t die. Stay focused.”</w:t>
      </w:r>
    </w:p>
    <w:p w:rsidR="00201FCB" w:rsidRPr="00201FCB" w:rsidRDefault="00201FCB" w:rsidP="00201FCB">
      <w:pPr>
        <w:pStyle w:val="NormalWeb"/>
        <w:spacing w:line="480" w:lineRule="auto"/>
        <w:rPr>
          <w:rFonts w:ascii="Garamond" w:hAnsi="Garamond"/>
        </w:rPr>
      </w:pPr>
      <w:r w:rsidRPr="00201FCB">
        <w:rPr>
          <w:rFonts w:ascii="Garamond" w:hAnsi="Garamond"/>
        </w:rPr>
        <w:t>A minute passed. Then another.</w:t>
      </w:r>
    </w:p>
    <w:p w:rsidR="00201FCB" w:rsidRPr="00201FCB" w:rsidRDefault="00201FCB" w:rsidP="00201FCB">
      <w:pPr>
        <w:pStyle w:val="NormalWeb"/>
        <w:spacing w:line="480" w:lineRule="auto"/>
        <w:rPr>
          <w:rFonts w:ascii="Garamond" w:hAnsi="Garamond"/>
        </w:rPr>
      </w:pPr>
      <w:r w:rsidRPr="00201FCB">
        <w:rPr>
          <w:rFonts w:ascii="Garamond" w:hAnsi="Garamond"/>
        </w:rPr>
        <w:t>The speaker in Aarav’s helmet came alive</w:t>
      </w:r>
      <w:r w:rsidRPr="00201FCB">
        <w:rPr>
          <w:rFonts w:ascii="Garamond" w:hAnsi="Garamond"/>
        </w:rPr>
        <w:t>, with the voice he was awaiting</w:t>
      </w:r>
      <w:r w:rsidRPr="00201FCB">
        <w:rPr>
          <w:rFonts w:ascii="Garamond" w:hAnsi="Garamond"/>
        </w:rPr>
        <w:t>.</w:t>
      </w:r>
    </w:p>
    <w:p w:rsidR="00201FCB" w:rsidRPr="00201FCB" w:rsidRDefault="00201FCB" w:rsidP="00201FCB">
      <w:pPr>
        <w:pStyle w:val="NormalWeb"/>
        <w:spacing w:line="480" w:lineRule="auto"/>
        <w:rPr>
          <w:rFonts w:ascii="Garamond" w:hAnsi="Garamond"/>
        </w:rPr>
      </w:pPr>
      <w:r w:rsidRPr="00201FCB">
        <w:rPr>
          <w:rFonts w:ascii="Garamond" w:hAnsi="Garamond"/>
        </w:rPr>
        <w:t xml:space="preserve">"Sir," Neha's calm, assured voice echoed, "there are two options. One: we head two </w:t>
      </w:r>
      <w:proofErr w:type="spellStart"/>
      <w:r w:rsidRPr="00201FCB">
        <w:rPr>
          <w:rFonts w:ascii="Garamond" w:hAnsi="Garamond"/>
        </w:rPr>
        <w:t>kilometers</w:t>
      </w:r>
      <w:proofErr w:type="spellEnd"/>
      <w:r w:rsidRPr="00201FCB">
        <w:rPr>
          <w:rFonts w:ascii="Garamond" w:hAnsi="Garamond"/>
        </w:rPr>
        <w:t xml:space="preserve"> south, skirt the edge of the settlement, and reconnect with our original track. Risk level is medium — scattered thermal signatures suggest domestic livestock, low human density. Terrain is scrubby, but manageable. Two: we head five </w:t>
      </w:r>
      <w:proofErr w:type="spellStart"/>
      <w:r w:rsidRPr="00201FCB">
        <w:rPr>
          <w:rFonts w:ascii="Garamond" w:hAnsi="Garamond"/>
        </w:rPr>
        <w:t>kilometers</w:t>
      </w:r>
      <w:proofErr w:type="spellEnd"/>
      <w:r w:rsidRPr="00201FCB">
        <w:rPr>
          <w:rFonts w:ascii="Garamond" w:hAnsi="Garamond"/>
        </w:rPr>
        <w:t xml:space="preserve"> north, which lets us avoid all human presence, but terrain becomes rocky, with low drone coverage. Unfortunately, I don’t have eyes beyond five </w:t>
      </w:r>
      <w:proofErr w:type="spellStart"/>
      <w:r w:rsidRPr="00201FCB">
        <w:rPr>
          <w:rFonts w:ascii="Garamond" w:hAnsi="Garamond"/>
        </w:rPr>
        <w:t>kilometers</w:t>
      </w:r>
      <w:proofErr w:type="spellEnd"/>
      <w:r w:rsidRPr="00201FCB">
        <w:rPr>
          <w:rFonts w:ascii="Garamond" w:hAnsi="Garamond"/>
        </w:rPr>
        <w:t xml:space="preserve"> north — terrain occlusion is blocking drone uplink.”</w:t>
      </w:r>
    </w:p>
    <w:p w:rsidR="00F460A5" w:rsidRPr="00201FCB" w:rsidRDefault="00A565DF" w:rsidP="00201FCB">
      <w:pPr>
        <w:autoSpaceDE w:val="0"/>
        <w:autoSpaceDN w:val="0"/>
        <w:spacing w:before="60" w:after="0" w:line="480" w:lineRule="auto"/>
        <w:rPr>
          <w:rFonts w:ascii="Garamond" w:hAnsi="Garamond"/>
          <w:sz w:val="24"/>
          <w:szCs w:val="24"/>
        </w:rPr>
      </w:pPr>
      <w:r w:rsidRPr="00201FCB">
        <w:rPr>
          <w:rFonts w:ascii="Garamond" w:eastAsia="Charis SIL Regular" w:hAnsi="Garamond"/>
          <w:color w:val="000000"/>
          <w:sz w:val="24"/>
          <w:szCs w:val="24"/>
        </w:rPr>
        <w:t>"Let's ta</w:t>
      </w:r>
      <w:r w:rsidR="001E7288" w:rsidRPr="00201FCB">
        <w:rPr>
          <w:rFonts w:ascii="Garamond" w:eastAsia="Charis SIL Regular" w:hAnsi="Garamond"/>
          <w:color w:val="000000"/>
          <w:sz w:val="24"/>
          <w:szCs w:val="24"/>
        </w:rPr>
        <w:t>ke the southern route, in that case</w:t>
      </w:r>
      <w:r w:rsidRPr="00201FCB">
        <w:rPr>
          <w:rFonts w:ascii="Garamond" w:eastAsia="Charis SIL Regular" w:hAnsi="Garamond"/>
          <w:color w:val="000000"/>
          <w:sz w:val="24"/>
          <w:szCs w:val="24"/>
        </w:rPr>
        <w:t xml:space="preserve">" Singh instructed. "It's better to stay closer to our original path. We don't want to veer too far off course and </w:t>
      </w:r>
      <w:r w:rsidR="00201FCB">
        <w:rPr>
          <w:rFonts w:ascii="Garamond" w:eastAsia="Charis SIL Regular" w:hAnsi="Garamond"/>
          <w:color w:val="000000"/>
          <w:sz w:val="24"/>
          <w:szCs w:val="24"/>
        </w:rPr>
        <w:t>risk getting delayed</w:t>
      </w:r>
      <w:r w:rsidRPr="00201FCB">
        <w:rPr>
          <w:rFonts w:ascii="Garamond" w:eastAsia="Charis SIL Regular" w:hAnsi="Garamond"/>
          <w:color w:val="000000"/>
          <w:sz w:val="24"/>
          <w:szCs w:val="24"/>
        </w:rPr>
        <w:t xml:space="preserve">. Keep the drones scanning ahead and </w:t>
      </w:r>
      <w:r w:rsidRPr="00201FCB">
        <w:rPr>
          <w:rFonts w:ascii="Garamond" w:eastAsia="Charis SIL Regular" w:hAnsi="Garamond"/>
          <w:color w:val="000000"/>
          <w:sz w:val="24"/>
          <w:szCs w:val="24"/>
        </w:rPr>
        <w:lastRenderedPageBreak/>
        <w:t xml:space="preserve">maintain our pace. I want to get </w:t>
      </w:r>
      <w:r w:rsidRPr="00201FCB">
        <w:rPr>
          <w:rFonts w:ascii="Garamond" w:hAnsi="Garamond"/>
          <w:sz w:val="24"/>
          <w:szCs w:val="24"/>
        </w:rPr>
        <w:br/>
      </w:r>
      <w:r w:rsidRPr="00201FCB">
        <w:rPr>
          <w:rFonts w:ascii="Garamond" w:eastAsia="Charis SIL Regular" w:hAnsi="Garamond"/>
          <w:color w:val="000000"/>
          <w:sz w:val="24"/>
          <w:szCs w:val="24"/>
        </w:rPr>
        <w:t xml:space="preserve">through this area quickly but cautiously." He trusted his instincts and the capabilities of his </w:t>
      </w:r>
      <w:proofErr w:type="spellStart"/>
      <w:r w:rsidRPr="00201FCB">
        <w:rPr>
          <w:rFonts w:ascii="Garamond" w:eastAsia="Charis SIL Regular" w:hAnsi="Garamond"/>
          <w:color w:val="000000"/>
          <w:sz w:val="24"/>
          <w:szCs w:val="24"/>
        </w:rPr>
        <w:t>exosuit</w:t>
      </w:r>
      <w:proofErr w:type="spellEnd"/>
      <w:r w:rsidRPr="00201FCB">
        <w:rPr>
          <w:rFonts w:ascii="Garamond" w:eastAsia="Charis SIL Regular" w:hAnsi="Garamond"/>
          <w:color w:val="000000"/>
          <w:sz w:val="24"/>
          <w:szCs w:val="24"/>
        </w:rPr>
        <w:t>, which enhanced his strength and endurance. As they navigated the rugged terrain, Singh couldn't shake the feeling that they were being watched. The warlords and religious extremists in this region were a constant threat, and he hoped that their presence here would go unnoticed. The clock on</w:t>
      </w:r>
      <w:r w:rsidR="00EC4208" w:rsidRPr="00201FCB">
        <w:rPr>
          <w:rFonts w:ascii="Garamond" w:eastAsia="Charis SIL Regular" w:hAnsi="Garamond"/>
          <w:color w:val="000000"/>
          <w:sz w:val="24"/>
          <w:szCs w:val="24"/>
        </w:rPr>
        <w:t xml:space="preserve"> </w:t>
      </w:r>
      <w:r w:rsidRPr="00201FCB">
        <w:rPr>
          <w:rFonts w:ascii="Garamond" w:eastAsia="Charis SIL Regular" w:hAnsi="Garamond"/>
          <w:color w:val="000000"/>
          <w:sz w:val="24"/>
          <w:szCs w:val="24"/>
        </w:rPr>
        <w:t xml:space="preserve">the </w:t>
      </w:r>
      <w:proofErr w:type="gramStart"/>
      <w:r w:rsidRPr="00201FCB">
        <w:rPr>
          <w:rFonts w:ascii="Garamond" w:eastAsia="Charis SIL Regular" w:hAnsi="Garamond"/>
          <w:color w:val="000000"/>
          <w:sz w:val="24"/>
          <w:szCs w:val="24"/>
        </w:rPr>
        <w:t>so</w:t>
      </w:r>
      <w:r w:rsidR="001E7288" w:rsidRPr="00201FCB">
        <w:rPr>
          <w:rFonts w:ascii="Garamond" w:eastAsia="Charis SIL Regular" w:hAnsi="Garamond"/>
          <w:color w:val="000000"/>
          <w:sz w:val="24"/>
          <w:szCs w:val="24"/>
        </w:rPr>
        <w:t>ldiers</w:t>
      </w:r>
      <w:proofErr w:type="gramEnd"/>
      <w:r w:rsidR="001E7288" w:rsidRPr="00201FCB">
        <w:rPr>
          <w:rFonts w:ascii="Garamond" w:eastAsia="Charis SIL Regular" w:hAnsi="Garamond"/>
          <w:color w:val="000000"/>
          <w:sz w:val="24"/>
          <w:szCs w:val="24"/>
        </w:rPr>
        <w:t xml:space="preserve"> helmet screen now read 10</w:t>
      </w:r>
      <w:r w:rsidRPr="00201FCB">
        <w:rPr>
          <w:rFonts w:ascii="Garamond" w:eastAsia="Charis SIL Regular" w:hAnsi="Garamond"/>
          <w:color w:val="000000"/>
          <w:sz w:val="24"/>
          <w:szCs w:val="24"/>
        </w:rPr>
        <w:t>:30:00.</w:t>
      </w:r>
    </w:p>
    <w:p w:rsidR="00F460A5" w:rsidRPr="00201FCB" w:rsidRDefault="00A565DF" w:rsidP="00201FCB">
      <w:pPr>
        <w:autoSpaceDE w:val="0"/>
        <w:autoSpaceDN w:val="0"/>
        <w:spacing w:before="58" w:after="0" w:line="480" w:lineRule="auto"/>
        <w:rPr>
          <w:rFonts w:ascii="Garamond" w:hAnsi="Garamond"/>
          <w:sz w:val="24"/>
          <w:szCs w:val="24"/>
        </w:rPr>
      </w:pPr>
      <w:r w:rsidRPr="00201FCB">
        <w:rPr>
          <w:rFonts w:ascii="Garamond" w:eastAsia="Charis SIL Regular" w:hAnsi="Garamond"/>
          <w:color w:val="000000"/>
          <w:sz w:val="24"/>
          <w:szCs w:val="24"/>
        </w:rPr>
        <w:t>Two minutes away from merging with the original route one of the robotic soldier S303 (</w:t>
      </w:r>
      <w:proofErr w:type="spellStart"/>
      <w:r w:rsidRPr="00201FCB">
        <w:rPr>
          <w:rFonts w:ascii="Garamond" w:eastAsia="Charis SIL Regular" w:hAnsi="Garamond"/>
          <w:color w:val="000000"/>
          <w:sz w:val="24"/>
          <w:szCs w:val="24"/>
        </w:rPr>
        <w:t>Sheru</w:t>
      </w:r>
      <w:proofErr w:type="spellEnd"/>
      <w:r w:rsidRPr="00201FCB">
        <w:rPr>
          <w:rFonts w:ascii="Garamond" w:eastAsia="Charis SIL Regular" w:hAnsi="Garamond"/>
          <w:color w:val="000000"/>
          <w:sz w:val="24"/>
          <w:szCs w:val="24"/>
        </w:rPr>
        <w:t>, third gen), which looked more like a dog with four limbs</w:t>
      </w:r>
      <w:r w:rsidR="001E7288" w:rsidRPr="00201FCB">
        <w:rPr>
          <w:rFonts w:ascii="Garamond" w:eastAsia="Charis SIL Regular" w:hAnsi="Garamond"/>
          <w:color w:val="000000"/>
          <w:sz w:val="24"/>
          <w:szCs w:val="24"/>
        </w:rPr>
        <w:t>, sent an alert signal. All ten</w:t>
      </w:r>
      <w:r w:rsidRPr="00201FCB">
        <w:rPr>
          <w:rFonts w:ascii="Garamond" w:eastAsia="Charis SIL Regular" w:hAnsi="Garamond"/>
          <w:color w:val="000000"/>
          <w:sz w:val="24"/>
          <w:szCs w:val="24"/>
        </w:rPr>
        <w:t xml:space="preserve"> soldiers instantly stopped in their tracks and crouched at their respective locations.</w:t>
      </w:r>
    </w:p>
    <w:p w:rsidR="00F460A5" w:rsidRPr="00201FCB" w:rsidRDefault="00A565DF" w:rsidP="00201FCB">
      <w:pPr>
        <w:autoSpaceDE w:val="0"/>
        <w:autoSpaceDN w:val="0"/>
        <w:spacing w:before="58" w:after="0" w:line="480" w:lineRule="auto"/>
        <w:rPr>
          <w:rFonts w:ascii="Garamond" w:hAnsi="Garamond"/>
          <w:sz w:val="24"/>
          <w:szCs w:val="24"/>
        </w:rPr>
      </w:pPr>
      <w:r w:rsidRPr="00201FCB">
        <w:rPr>
          <w:rFonts w:ascii="Garamond" w:eastAsia="Charis SIL Regular" w:hAnsi="Garamond"/>
          <w:color w:val="000000"/>
          <w:sz w:val="24"/>
          <w:szCs w:val="24"/>
        </w:rPr>
        <w:t xml:space="preserve">Transmit video from S303,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whispered to his helmet. The visor of </w:t>
      </w:r>
      <w:r w:rsidR="00DB35AB" w:rsidRPr="00201FCB">
        <w:rPr>
          <w:rFonts w:ascii="Garamond" w:eastAsia="Charis SIL Regular" w:hAnsi="Garamond"/>
          <w:color w:val="000000"/>
          <w:sz w:val="24"/>
          <w:szCs w:val="24"/>
        </w:rPr>
        <w:t>Aarav</w:t>
      </w:r>
      <w:r w:rsidR="00EC4208" w:rsidRPr="00201FCB">
        <w:rPr>
          <w:rFonts w:ascii="Garamond" w:eastAsia="Charis SIL Regular" w:hAnsi="Garamond"/>
          <w:color w:val="000000"/>
          <w:sz w:val="24"/>
          <w:szCs w:val="24"/>
        </w:rPr>
        <w:t>’</w:t>
      </w:r>
      <w:r w:rsidRPr="00201FCB">
        <w:rPr>
          <w:rFonts w:ascii="Garamond" w:eastAsia="Charis SIL Regular" w:hAnsi="Garamond"/>
          <w:color w:val="000000"/>
          <w:sz w:val="24"/>
          <w:szCs w:val="24"/>
        </w:rPr>
        <w:t>s helmet turned into a video screen where he could see an incoming object in ai</w:t>
      </w:r>
      <w:r w:rsidR="00EC4208" w:rsidRPr="00201FCB">
        <w:rPr>
          <w:rFonts w:ascii="Garamond" w:eastAsia="Charis SIL Regular" w:hAnsi="Garamond"/>
          <w:color w:val="000000"/>
          <w:sz w:val="24"/>
          <w:szCs w:val="24"/>
        </w:rPr>
        <w:t xml:space="preserve">r and land just in front of </w:t>
      </w:r>
      <w:proofErr w:type="spellStart"/>
      <w:r w:rsidR="00EC4208" w:rsidRPr="00201FCB">
        <w:rPr>
          <w:rFonts w:ascii="Garamond" w:eastAsia="Charis SIL Regular" w:hAnsi="Garamond"/>
          <w:color w:val="000000"/>
          <w:sz w:val="24"/>
          <w:szCs w:val="24"/>
        </w:rPr>
        <w:t>Sheru</w:t>
      </w:r>
      <w:proofErr w:type="spellEnd"/>
      <w:r w:rsidRPr="00201FCB">
        <w:rPr>
          <w:rFonts w:ascii="Garamond" w:eastAsia="Charis SIL Regular" w:hAnsi="Garamond"/>
          <w:color w:val="000000"/>
          <w:sz w:val="24"/>
          <w:szCs w:val="24"/>
        </w:rPr>
        <w:t xml:space="preserve">. Before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could zoom on the object he got distracted by seeing a you</w:t>
      </w:r>
      <w:r w:rsidR="00EC4208" w:rsidRPr="00201FCB">
        <w:rPr>
          <w:rFonts w:ascii="Garamond" w:eastAsia="Charis SIL Regular" w:hAnsi="Garamond"/>
          <w:color w:val="000000"/>
          <w:sz w:val="24"/>
          <w:szCs w:val="24"/>
        </w:rPr>
        <w:t xml:space="preserve">ng boy come running towards </w:t>
      </w:r>
      <w:proofErr w:type="spellStart"/>
      <w:r w:rsidR="00EC4208" w:rsidRPr="00201FCB">
        <w:rPr>
          <w:rFonts w:ascii="Garamond" w:eastAsia="Charis SIL Regular" w:hAnsi="Garamond"/>
          <w:color w:val="000000"/>
          <w:sz w:val="24"/>
          <w:szCs w:val="24"/>
        </w:rPr>
        <w:t>Sheru</w:t>
      </w:r>
      <w:proofErr w:type="spellEnd"/>
      <w:r w:rsidRPr="00201FCB">
        <w:rPr>
          <w:rFonts w:ascii="Garamond" w:eastAsia="Charis SIL Regular" w:hAnsi="Garamond"/>
          <w:color w:val="000000"/>
          <w:sz w:val="24"/>
          <w:szCs w:val="24"/>
        </w:rPr>
        <w:t xml:space="preserve"> who was now commanded to stand dead still. The young boy with fair cheeks and wearing traditional </w:t>
      </w:r>
      <w:proofErr w:type="spellStart"/>
      <w:r w:rsidRPr="00201FCB">
        <w:rPr>
          <w:rFonts w:ascii="Garamond" w:eastAsia="Charis SIL Regular" w:hAnsi="Garamond"/>
          <w:color w:val="000000"/>
          <w:sz w:val="24"/>
          <w:szCs w:val="24"/>
        </w:rPr>
        <w:t>shalwar</w:t>
      </w:r>
      <w:proofErr w:type="spellEnd"/>
      <w:r w:rsidRPr="00201FCB">
        <w:rPr>
          <w:rFonts w:ascii="Garamond" w:eastAsia="Charis SIL Regular" w:hAnsi="Garamond"/>
          <w:color w:val="000000"/>
          <w:sz w:val="24"/>
          <w:szCs w:val="24"/>
        </w:rPr>
        <w:t xml:space="preserve"> </w:t>
      </w:r>
      <w:proofErr w:type="spellStart"/>
      <w:r w:rsidRPr="00201FCB">
        <w:rPr>
          <w:rFonts w:ascii="Garamond" w:eastAsia="Charis SIL Regular" w:hAnsi="Garamond"/>
          <w:color w:val="000000"/>
          <w:sz w:val="24"/>
          <w:szCs w:val="24"/>
        </w:rPr>
        <w:t>kameez</w:t>
      </w:r>
      <w:proofErr w:type="spellEnd"/>
      <w:r w:rsidRPr="00201FCB">
        <w:rPr>
          <w:rFonts w:ascii="Garamond" w:eastAsia="Charis SIL Regular" w:hAnsi="Garamond"/>
          <w:color w:val="000000"/>
          <w:sz w:val="24"/>
          <w:szCs w:val="24"/>
        </w:rPr>
        <w:t xml:space="preserve"> stopped right before S303 and picked up what looked like a deflated </w:t>
      </w:r>
      <w:r w:rsidR="00201FCB">
        <w:rPr>
          <w:rFonts w:ascii="Garamond" w:eastAsia="Charis SIL Regular" w:hAnsi="Garamond"/>
          <w:color w:val="000000"/>
          <w:sz w:val="24"/>
          <w:szCs w:val="24"/>
        </w:rPr>
        <w:lastRenderedPageBreak/>
        <w:t xml:space="preserve">football. Now at </w:t>
      </w:r>
      <w:proofErr w:type="spellStart"/>
      <w:r w:rsidR="00201FCB">
        <w:rPr>
          <w:rFonts w:ascii="Garamond" w:eastAsia="Charis SIL Regular" w:hAnsi="Garamond"/>
          <w:color w:val="000000"/>
          <w:sz w:val="24"/>
          <w:szCs w:val="24"/>
        </w:rPr>
        <w:t>anymoment</w:t>
      </w:r>
      <w:proofErr w:type="spellEnd"/>
      <w:r w:rsidRPr="00201FCB">
        <w:rPr>
          <w:rFonts w:ascii="Garamond" w:eastAsia="Charis SIL Regular" w:hAnsi="Garamond"/>
          <w:color w:val="000000"/>
          <w:sz w:val="24"/>
          <w:szCs w:val="24"/>
        </w:rPr>
        <w:t xml:space="preserve"> the young boy would notice this alien dog and </w:t>
      </w:r>
      <w:r w:rsidR="00DB35AB" w:rsidRPr="00201FCB">
        <w:rPr>
          <w:rFonts w:ascii="Garamond" w:eastAsia="Charis SIL Regular" w:hAnsi="Garamond"/>
          <w:color w:val="000000"/>
          <w:sz w:val="24"/>
          <w:szCs w:val="24"/>
        </w:rPr>
        <w:t>Aarav f</w:t>
      </w:r>
      <w:r w:rsidRPr="00201FCB">
        <w:rPr>
          <w:rFonts w:ascii="Garamond" w:eastAsia="Charis SIL Regular" w:hAnsi="Garamond"/>
          <w:color w:val="000000"/>
          <w:sz w:val="24"/>
          <w:szCs w:val="24"/>
        </w:rPr>
        <w:t>eared he would go back to his tribe, excitedly and narrate it. S303 is armed</w:t>
      </w:r>
      <w:r w:rsidR="001E7288" w:rsidRPr="00201FCB">
        <w:rPr>
          <w:rFonts w:ascii="Garamond" w:eastAsia="Charis SIL Regular" w:hAnsi="Garamond"/>
          <w:color w:val="000000"/>
          <w:sz w:val="24"/>
          <w:szCs w:val="24"/>
        </w:rPr>
        <w:t xml:space="preserve"> with a</w:t>
      </w:r>
      <w:r w:rsidRPr="00201FCB">
        <w:rPr>
          <w:rFonts w:ascii="Garamond" w:eastAsia="Charis SIL Regular" w:hAnsi="Garamond"/>
          <w:color w:val="000000"/>
          <w:sz w:val="24"/>
          <w:szCs w:val="24"/>
        </w:rPr>
        <w:t xml:space="preserve"> </w:t>
      </w:r>
      <w:r w:rsidR="00EC4208" w:rsidRPr="00201FCB">
        <w:rPr>
          <w:rFonts w:ascii="Garamond" w:eastAsia="Charis SIL Regular" w:hAnsi="Garamond"/>
          <w:color w:val="000000"/>
          <w:sz w:val="24"/>
          <w:szCs w:val="24"/>
        </w:rPr>
        <w:t>self-destruct</w:t>
      </w:r>
      <w:r w:rsidR="001E7288" w:rsidRPr="00201FCB">
        <w:rPr>
          <w:rFonts w:ascii="Garamond" w:eastAsia="Charis SIL Regular" w:hAnsi="Garamond"/>
          <w:color w:val="000000"/>
          <w:sz w:val="24"/>
          <w:szCs w:val="24"/>
        </w:rPr>
        <w:t xml:space="preserve"> weapon</w:t>
      </w:r>
      <w:r w:rsidRPr="00201FCB">
        <w:rPr>
          <w:rFonts w:ascii="Garamond" w:eastAsia="Charis SIL Regular" w:hAnsi="Garamond"/>
          <w:color w:val="000000"/>
          <w:sz w:val="24"/>
          <w:szCs w:val="24"/>
        </w:rPr>
        <w:t xml:space="preserve"> but</w:t>
      </w:r>
      <w:r w:rsidRPr="00201FCB">
        <w:rPr>
          <w:rFonts w:ascii="Garamond" w:eastAsia="Charis SIL Bold" w:hAnsi="Garamond"/>
          <w:color w:val="000000"/>
          <w:sz w:val="24"/>
          <w:szCs w:val="24"/>
        </w:rPr>
        <w:t xml:space="preserve"> </w:t>
      </w:r>
      <w:r w:rsidR="00DB35AB" w:rsidRPr="00201FCB">
        <w:rPr>
          <w:rFonts w:ascii="Garamond" w:eastAsia="Charis SIL Bold" w:hAnsi="Garamond"/>
          <w:color w:val="000000"/>
          <w:sz w:val="24"/>
          <w:szCs w:val="24"/>
        </w:rPr>
        <w:t>Major</w:t>
      </w:r>
      <w:r w:rsidRPr="00201FCB">
        <w:rPr>
          <w:rFonts w:ascii="Garamond" w:eastAsia="Charis SIL Bold" w:hAnsi="Garamond"/>
          <w:color w:val="000000"/>
          <w:sz w:val="24"/>
          <w:szCs w:val="24"/>
        </w:rPr>
        <w:t xml:space="preserve"> </w:t>
      </w:r>
      <w:r w:rsidR="00DB35AB" w:rsidRPr="00201FCB">
        <w:rPr>
          <w:rFonts w:ascii="Garamond" w:eastAsia="Charis SIL Bold" w:hAnsi="Garamond"/>
          <w:color w:val="000000"/>
          <w:sz w:val="24"/>
          <w:szCs w:val="24"/>
        </w:rPr>
        <w:t>Aarav</w:t>
      </w:r>
      <w:r w:rsidRPr="00201FCB">
        <w:rPr>
          <w:rFonts w:ascii="Garamond" w:eastAsia="Charis SIL Bold" w:hAnsi="Garamond"/>
          <w:color w:val="000000"/>
          <w:sz w:val="24"/>
          <w:szCs w:val="24"/>
        </w:rPr>
        <w:t xml:space="preserve"> Singh </w:t>
      </w:r>
      <w:r w:rsidRPr="00201FCB">
        <w:rPr>
          <w:rFonts w:ascii="Garamond" w:eastAsia="Charis SIL Regular" w:hAnsi="Garamond"/>
          <w:color w:val="000000"/>
          <w:sz w:val="24"/>
          <w:szCs w:val="24"/>
        </w:rPr>
        <w:t xml:space="preserve">surely </w:t>
      </w:r>
      <w:r w:rsidR="00EC4208" w:rsidRPr="00201FCB">
        <w:rPr>
          <w:rFonts w:ascii="Garamond" w:eastAsia="Charis SIL Regular" w:hAnsi="Garamond"/>
          <w:color w:val="000000"/>
          <w:sz w:val="24"/>
          <w:szCs w:val="24"/>
        </w:rPr>
        <w:t>couldn’t</w:t>
      </w:r>
      <w:r w:rsidRPr="00201FCB">
        <w:rPr>
          <w:rFonts w:ascii="Garamond" w:eastAsia="Charis SIL Regular" w:hAnsi="Garamond"/>
          <w:color w:val="000000"/>
          <w:sz w:val="24"/>
          <w:szCs w:val="24"/>
        </w:rPr>
        <w:t xml:space="preserve"> use those against an unarmed boy.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's closest human soldier was 250 meters behind the robotic soldier. He could instruct him to reach the boy and hold him hostage till he could think what is to be done.</w:t>
      </w:r>
      <w:r w:rsidRPr="00201FCB">
        <w:rPr>
          <w:rFonts w:ascii="Garamond" w:eastAsia="Charis SIL Bold" w:hAnsi="Garamond"/>
          <w:color w:val="000000"/>
          <w:sz w:val="24"/>
          <w:szCs w:val="24"/>
        </w:rPr>
        <w:t xml:space="preserve"> </w:t>
      </w:r>
      <w:r w:rsidR="00DB35AB" w:rsidRPr="00201FCB">
        <w:rPr>
          <w:rFonts w:ascii="Garamond" w:eastAsia="Charis SIL Bold" w:hAnsi="Garamond"/>
          <w:color w:val="000000"/>
          <w:sz w:val="24"/>
          <w:szCs w:val="24"/>
        </w:rPr>
        <w:t>Major</w:t>
      </w:r>
      <w:r w:rsidRPr="00201FCB">
        <w:rPr>
          <w:rFonts w:ascii="Garamond" w:eastAsia="Charis SIL Bold" w:hAnsi="Garamond"/>
          <w:color w:val="000000"/>
          <w:sz w:val="24"/>
          <w:szCs w:val="24"/>
        </w:rPr>
        <w:t xml:space="preserve"> </w:t>
      </w:r>
      <w:r w:rsidR="00DB35AB" w:rsidRPr="00201FCB">
        <w:rPr>
          <w:rFonts w:ascii="Garamond" w:eastAsia="Charis SIL Bold" w:hAnsi="Garamond"/>
          <w:color w:val="000000"/>
          <w:sz w:val="24"/>
          <w:szCs w:val="24"/>
        </w:rPr>
        <w:t>Aarav</w:t>
      </w:r>
      <w:r w:rsidRPr="00201FCB">
        <w:rPr>
          <w:rFonts w:ascii="Garamond" w:eastAsia="Charis SIL Bold" w:hAnsi="Garamond"/>
          <w:color w:val="000000"/>
          <w:sz w:val="24"/>
          <w:szCs w:val="24"/>
        </w:rPr>
        <w:t xml:space="preserve"> Singh</w:t>
      </w:r>
      <w:r w:rsidRPr="00201FCB">
        <w:rPr>
          <w:rFonts w:ascii="Garamond" w:eastAsia="Charis SIL Regular" w:hAnsi="Garamond"/>
          <w:color w:val="000000"/>
          <w:sz w:val="24"/>
          <w:szCs w:val="24"/>
        </w:rPr>
        <w:t xml:space="preserve"> was figuring out all this in his mind and was about to make a flash decision of nabbing the boy when the boy got distracted by a humming sound just above him. </w:t>
      </w:r>
      <w:r w:rsidR="001E7288" w:rsidRPr="00201FCB">
        <w:rPr>
          <w:rFonts w:ascii="Garamond" w:eastAsia="Charis SIL Regular" w:hAnsi="Garamond"/>
          <w:color w:val="000000"/>
          <w:sz w:val="24"/>
          <w:szCs w:val="24"/>
        </w:rPr>
        <w:t xml:space="preserve">Lieutenant Neha, a mother </w:t>
      </w:r>
      <w:proofErr w:type="gramStart"/>
      <w:r w:rsidR="001E7288" w:rsidRPr="00201FCB">
        <w:rPr>
          <w:rFonts w:ascii="Garamond" w:eastAsia="Charis SIL Regular" w:hAnsi="Garamond"/>
          <w:color w:val="000000"/>
          <w:sz w:val="24"/>
          <w:szCs w:val="24"/>
        </w:rPr>
        <w:t xml:space="preserve">herself </w:t>
      </w:r>
      <w:r w:rsidRPr="00201FCB">
        <w:rPr>
          <w:rFonts w:ascii="Garamond" w:eastAsia="Charis SIL Regular" w:hAnsi="Garamond"/>
          <w:color w:val="000000"/>
          <w:sz w:val="24"/>
          <w:szCs w:val="24"/>
        </w:rPr>
        <w:t>,</w:t>
      </w:r>
      <w:proofErr w:type="gramEnd"/>
      <w:r w:rsidRPr="00201FCB">
        <w:rPr>
          <w:rFonts w:ascii="Garamond" w:eastAsia="Charis SIL Regular" w:hAnsi="Garamond"/>
          <w:color w:val="000000"/>
          <w:sz w:val="24"/>
          <w:szCs w:val="24"/>
        </w:rPr>
        <w:t xml:space="preserve"> knowing every young </w:t>
      </w:r>
      <w:r w:rsidR="00EC4208" w:rsidRPr="00201FCB">
        <w:rPr>
          <w:rFonts w:ascii="Garamond" w:eastAsia="Charis SIL Regular" w:hAnsi="Garamond"/>
          <w:color w:val="000000"/>
          <w:sz w:val="24"/>
          <w:szCs w:val="24"/>
        </w:rPr>
        <w:t>boy’s</w:t>
      </w:r>
      <w:r w:rsidRPr="00201FCB">
        <w:rPr>
          <w:rFonts w:ascii="Garamond" w:eastAsia="Charis SIL Regular" w:hAnsi="Garamond"/>
          <w:color w:val="000000"/>
          <w:sz w:val="24"/>
          <w:szCs w:val="24"/>
        </w:rPr>
        <w:t xml:space="preserve"> instinct, made a micro drone hover above and behind the </w:t>
      </w:r>
      <w:r w:rsidR="00EC4208" w:rsidRPr="00201FCB">
        <w:rPr>
          <w:rFonts w:ascii="Garamond" w:eastAsia="Charis SIL Regular" w:hAnsi="Garamond"/>
          <w:color w:val="000000"/>
          <w:sz w:val="24"/>
          <w:szCs w:val="24"/>
        </w:rPr>
        <w:t>boy.</w:t>
      </w:r>
      <w:r w:rsidRPr="00201FCB">
        <w:rPr>
          <w:rFonts w:ascii="Garamond" w:eastAsia="Charis SIL Regular" w:hAnsi="Garamond"/>
          <w:color w:val="000000"/>
          <w:sz w:val="24"/>
          <w:szCs w:val="24"/>
        </w:rPr>
        <w:t xml:space="preserve"> The sound made the boy turn his head upwards and on the other side of </w:t>
      </w:r>
      <w:r w:rsidR="001E7288" w:rsidRPr="00201FCB">
        <w:rPr>
          <w:rFonts w:ascii="Garamond" w:eastAsia="Charis SIL Regular" w:hAnsi="Garamond"/>
          <w:color w:val="000000"/>
          <w:sz w:val="24"/>
          <w:szCs w:val="24"/>
        </w:rPr>
        <w:t>S303, giving S303 just enough</w:t>
      </w:r>
      <w:r w:rsidRPr="00201FCB">
        <w:rPr>
          <w:rFonts w:ascii="Garamond" w:eastAsia="Charis SIL Regular" w:hAnsi="Garamond"/>
          <w:color w:val="000000"/>
          <w:sz w:val="24"/>
          <w:szCs w:val="24"/>
        </w:rPr>
        <w:t xml:space="preserve"> time make a dash and get out of sight of the boy.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saw with sense of relief as the bewildered boy wondered what was the sound and returned</w:t>
      </w:r>
      <w:r w:rsidR="00201FCB">
        <w:rPr>
          <w:rFonts w:ascii="Garamond" w:eastAsia="Charis SIL Regular" w:hAnsi="Garamond"/>
          <w:color w:val="000000"/>
          <w:sz w:val="24"/>
          <w:szCs w:val="24"/>
        </w:rPr>
        <w:t xml:space="preserve"> confused</w:t>
      </w:r>
      <w:r w:rsidRPr="00201FCB">
        <w:rPr>
          <w:rFonts w:ascii="Garamond" w:eastAsia="Charis SIL Regular" w:hAnsi="Garamond"/>
          <w:color w:val="000000"/>
          <w:sz w:val="24"/>
          <w:szCs w:val="24"/>
        </w:rPr>
        <w:t xml:space="preserve"> to where he came from.</w:t>
      </w:r>
    </w:p>
    <w:p w:rsidR="00F460A5" w:rsidRPr="00201FCB" w:rsidRDefault="001E7288" w:rsidP="00201FCB">
      <w:pPr>
        <w:autoSpaceDE w:val="0"/>
        <w:autoSpaceDN w:val="0"/>
        <w:spacing w:before="60" w:after="0" w:line="480" w:lineRule="auto"/>
        <w:ind w:right="144"/>
        <w:rPr>
          <w:rFonts w:ascii="Garamond" w:hAnsi="Garamond"/>
          <w:sz w:val="24"/>
          <w:szCs w:val="24"/>
        </w:rPr>
      </w:pPr>
      <w:r w:rsidRPr="00201FCB">
        <w:rPr>
          <w:rFonts w:ascii="Garamond" w:eastAsia="Charis SIL Regular" w:hAnsi="Garamond"/>
          <w:color w:val="000000"/>
          <w:sz w:val="24"/>
          <w:szCs w:val="24"/>
        </w:rPr>
        <w:t>"Good job Lieutenant</w:t>
      </w:r>
      <w:r w:rsidR="00A565DF" w:rsidRPr="00201FCB">
        <w:rPr>
          <w:rFonts w:ascii="Garamond" w:eastAsia="Charis SIL Regular" w:hAnsi="Garamond"/>
          <w:color w:val="000000"/>
          <w:sz w:val="24"/>
          <w:szCs w:val="24"/>
        </w:rPr>
        <w:t xml:space="preserve">, that was some quick thinking. But how did we miss this boy in the first place. Do a quick check of the </w:t>
      </w:r>
      <w:proofErr w:type="gramStart"/>
      <w:r w:rsidR="00A565DF" w:rsidRPr="00201FCB">
        <w:rPr>
          <w:rFonts w:ascii="Garamond" w:eastAsia="Charis SIL Regular" w:hAnsi="Garamond"/>
          <w:color w:val="000000"/>
          <w:sz w:val="24"/>
          <w:szCs w:val="24"/>
        </w:rPr>
        <w:t>surroundings.</w:t>
      </w:r>
      <w:proofErr w:type="gramEnd"/>
      <w:r w:rsidR="00A565DF" w:rsidRPr="00201FCB">
        <w:rPr>
          <w:rFonts w:ascii="Garamond" w:eastAsia="Charis SIL Regular" w:hAnsi="Garamond"/>
          <w:color w:val="000000"/>
          <w:sz w:val="24"/>
          <w:szCs w:val="24"/>
        </w:rPr>
        <w:t xml:space="preserve"> Till then everyone </w:t>
      </w:r>
      <w:r w:rsidR="00EC4208" w:rsidRPr="00201FCB">
        <w:rPr>
          <w:rFonts w:ascii="Garamond" w:eastAsia="Charis SIL Regular" w:hAnsi="Garamond"/>
          <w:color w:val="000000"/>
          <w:sz w:val="24"/>
          <w:szCs w:val="24"/>
        </w:rPr>
        <w:t>stays</w:t>
      </w:r>
      <w:r w:rsidR="00A565DF" w:rsidRPr="00201FCB">
        <w:rPr>
          <w:rFonts w:ascii="Garamond" w:eastAsia="Charis SIL Regular" w:hAnsi="Garamond"/>
          <w:color w:val="000000"/>
          <w:sz w:val="24"/>
          <w:szCs w:val="24"/>
        </w:rPr>
        <w:t xml:space="preserve"> still and vigilant." ordered </w:t>
      </w:r>
      <w:r w:rsidR="00DB35AB" w:rsidRPr="00201FCB">
        <w:rPr>
          <w:rFonts w:ascii="Garamond" w:eastAsia="Charis SIL Regular" w:hAnsi="Garamond"/>
          <w:color w:val="000000"/>
          <w:sz w:val="24"/>
          <w:szCs w:val="24"/>
        </w:rPr>
        <w:t>Aarav</w:t>
      </w:r>
      <w:r w:rsidR="00A565DF" w:rsidRPr="00201FCB">
        <w:rPr>
          <w:rFonts w:ascii="Garamond" w:eastAsia="Charis SIL Regular" w:hAnsi="Garamond"/>
          <w:color w:val="000000"/>
          <w:sz w:val="24"/>
          <w:szCs w:val="24"/>
        </w:rPr>
        <w:t xml:space="preserve">. The swarm of drones quickly made a </w:t>
      </w:r>
      <w:proofErr w:type="spellStart"/>
      <w:r w:rsidR="00A565DF" w:rsidRPr="00201FCB">
        <w:rPr>
          <w:rFonts w:ascii="Garamond" w:eastAsia="Charis SIL Regular" w:hAnsi="Garamond"/>
          <w:color w:val="000000"/>
          <w:sz w:val="24"/>
          <w:szCs w:val="24"/>
        </w:rPr>
        <w:t>semi circular</w:t>
      </w:r>
      <w:proofErr w:type="spellEnd"/>
      <w:r w:rsidR="00A565DF" w:rsidRPr="00201FCB">
        <w:rPr>
          <w:rFonts w:ascii="Garamond" w:eastAsia="Charis SIL Regular" w:hAnsi="Garamond"/>
          <w:color w:val="000000"/>
          <w:sz w:val="24"/>
          <w:szCs w:val="24"/>
        </w:rPr>
        <w:t xml:space="preserve"> formation and rose 100 meters </w:t>
      </w:r>
      <w:r w:rsidR="00A565DF" w:rsidRPr="00201FCB">
        <w:rPr>
          <w:rFonts w:ascii="Garamond" w:eastAsia="Charis SIL Regular" w:hAnsi="Garamond"/>
          <w:color w:val="000000"/>
          <w:sz w:val="24"/>
          <w:szCs w:val="24"/>
        </w:rPr>
        <w:lastRenderedPageBreak/>
        <w:t xml:space="preserve">above to scan the surroundings. Minutes later </w:t>
      </w:r>
      <w:proofErr w:type="spellStart"/>
      <w:r w:rsidRPr="00201FCB">
        <w:rPr>
          <w:rFonts w:ascii="Garamond" w:eastAsia="Charis SIL Regular" w:hAnsi="Garamond"/>
          <w:color w:val="000000"/>
          <w:sz w:val="24"/>
          <w:szCs w:val="24"/>
        </w:rPr>
        <w:t>Sergent</w:t>
      </w:r>
      <w:proofErr w:type="spellEnd"/>
      <w:r w:rsidRPr="00201FCB">
        <w:rPr>
          <w:rFonts w:ascii="Garamond" w:eastAsia="Charis SIL Regular" w:hAnsi="Garamond"/>
          <w:color w:val="000000"/>
          <w:sz w:val="24"/>
          <w:szCs w:val="24"/>
        </w:rPr>
        <w:t xml:space="preserve"> </w:t>
      </w:r>
      <w:r w:rsidR="00A565DF" w:rsidRPr="00201FCB">
        <w:rPr>
          <w:rFonts w:ascii="Garamond" w:eastAsia="Charis SIL Regular" w:hAnsi="Garamond"/>
          <w:color w:val="000000"/>
          <w:sz w:val="24"/>
          <w:szCs w:val="24"/>
        </w:rPr>
        <w:t xml:space="preserve">Reddy informed </w:t>
      </w:r>
      <w:r w:rsidR="00DB35AB" w:rsidRPr="00201FCB">
        <w:rPr>
          <w:rFonts w:ascii="Garamond" w:eastAsia="Charis SIL Regular" w:hAnsi="Garamond"/>
          <w:color w:val="000000"/>
          <w:sz w:val="24"/>
          <w:szCs w:val="24"/>
        </w:rPr>
        <w:t>Aarav</w:t>
      </w:r>
      <w:r w:rsidR="00A565DF" w:rsidRPr="00201FCB">
        <w:rPr>
          <w:rFonts w:ascii="Garamond" w:eastAsia="Charis SIL Regular" w:hAnsi="Garamond"/>
          <w:color w:val="000000"/>
          <w:sz w:val="24"/>
          <w:szCs w:val="24"/>
        </w:rPr>
        <w:t xml:space="preserve"> that the boy went unno</w:t>
      </w:r>
      <w:r w:rsidRPr="00201FCB">
        <w:rPr>
          <w:rFonts w:ascii="Garamond" w:eastAsia="Charis SIL Regular" w:hAnsi="Garamond"/>
          <w:color w:val="000000"/>
          <w:sz w:val="24"/>
          <w:szCs w:val="24"/>
        </w:rPr>
        <w:t xml:space="preserve">ticed due to a ditch </w:t>
      </w:r>
      <w:r w:rsidR="00A565DF" w:rsidRPr="00201FCB">
        <w:rPr>
          <w:rFonts w:ascii="Garamond" w:eastAsia="Charis SIL Regular" w:hAnsi="Garamond"/>
          <w:color w:val="000000"/>
          <w:sz w:val="24"/>
          <w:szCs w:val="24"/>
        </w:rPr>
        <w:t>where a couple of boys were playing football.</w:t>
      </w:r>
    </w:p>
    <w:p w:rsidR="00F460A5" w:rsidRPr="00201FCB" w:rsidRDefault="00A565DF" w:rsidP="00201FCB">
      <w:pPr>
        <w:autoSpaceDE w:val="0"/>
        <w:autoSpaceDN w:val="0"/>
        <w:spacing w:before="60" w:after="0" w:line="480" w:lineRule="auto"/>
        <w:ind w:right="288"/>
        <w:rPr>
          <w:rFonts w:ascii="Garamond" w:hAnsi="Garamond"/>
          <w:sz w:val="24"/>
          <w:szCs w:val="24"/>
        </w:rPr>
      </w:pPr>
      <w:r w:rsidRPr="00201FCB">
        <w:rPr>
          <w:rFonts w:ascii="Garamond" w:eastAsia="Charis SIL Regular" w:hAnsi="Garamond"/>
          <w:color w:val="000000"/>
          <w:sz w:val="24"/>
          <w:szCs w:val="24"/>
        </w:rPr>
        <w:t xml:space="preserve">"Ok. The situation seems clear and we can proceed as planned."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instructed his mini infantry, cavalry and air force. What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w:t>
      </w:r>
      <w:r w:rsidR="00EC4208" w:rsidRPr="00201FCB">
        <w:rPr>
          <w:rFonts w:ascii="Garamond" w:eastAsia="Charis SIL Regular" w:hAnsi="Garamond"/>
          <w:color w:val="000000"/>
          <w:sz w:val="24"/>
          <w:szCs w:val="24"/>
        </w:rPr>
        <w:t>didn’t</w:t>
      </w:r>
      <w:r w:rsidRPr="00201FCB">
        <w:rPr>
          <w:rFonts w:ascii="Garamond" w:eastAsia="Charis SIL Regular" w:hAnsi="Garamond"/>
          <w:color w:val="000000"/>
          <w:sz w:val="24"/>
          <w:szCs w:val="24"/>
        </w:rPr>
        <w:t xml:space="preserve"> tell his men however was this hiccup had cost</w:t>
      </w:r>
      <w:r w:rsidR="00EC4208" w:rsidRPr="00201FCB">
        <w:rPr>
          <w:rFonts w:ascii="Garamond" w:eastAsia="Charis SIL Regular" w:hAnsi="Garamond"/>
          <w:color w:val="000000"/>
          <w:sz w:val="24"/>
          <w:szCs w:val="24"/>
        </w:rPr>
        <w:t xml:space="preserve"> </w:t>
      </w:r>
      <w:r w:rsidRPr="00201FCB">
        <w:rPr>
          <w:rFonts w:ascii="Garamond" w:eastAsia="Charis SIL Regular" w:hAnsi="Garamond"/>
          <w:color w:val="000000"/>
          <w:sz w:val="24"/>
          <w:szCs w:val="24"/>
        </w:rPr>
        <w:t>precious battery life of the drones.</w:t>
      </w:r>
    </w:p>
    <w:p w:rsidR="00F460A5" w:rsidRPr="00201FCB" w:rsidRDefault="00A565DF" w:rsidP="00201FCB">
      <w:pPr>
        <w:autoSpaceDE w:val="0"/>
        <w:autoSpaceDN w:val="0"/>
        <w:spacing w:before="264" w:after="0" w:line="480" w:lineRule="auto"/>
        <w:rPr>
          <w:rFonts w:ascii="Garamond" w:hAnsi="Garamond"/>
          <w:sz w:val="24"/>
          <w:szCs w:val="24"/>
        </w:rPr>
      </w:pPr>
      <w:r w:rsidRPr="00201FCB">
        <w:rPr>
          <w:rFonts w:ascii="Garamond" w:eastAsia="Charis SIL Regular" w:hAnsi="Garamond"/>
          <w:color w:val="000000"/>
          <w:sz w:val="24"/>
          <w:szCs w:val="24"/>
        </w:rPr>
        <w:t xml:space="preserve">As they resumed their march, </w:t>
      </w:r>
      <w:r w:rsidR="00DB35AB" w:rsidRPr="00201FCB">
        <w:rPr>
          <w:rFonts w:ascii="Garamond" w:eastAsia="Charis SIL Regular" w:hAnsi="Garamond"/>
          <w:color w:val="000000"/>
          <w:sz w:val="24"/>
          <w:szCs w:val="24"/>
        </w:rPr>
        <w:t>Major</w:t>
      </w:r>
      <w:r w:rsidRPr="00201FCB">
        <w:rPr>
          <w:rFonts w:ascii="Garamond" w:eastAsia="Charis SIL Regular" w:hAnsi="Garamond"/>
          <w:color w:val="000000"/>
          <w:sz w:val="24"/>
          <w:szCs w:val="24"/>
        </w:rPr>
        <w:t xml:space="preserve"> </w:t>
      </w:r>
      <w:r w:rsidR="00DB35AB" w:rsidRPr="00201FCB">
        <w:rPr>
          <w:rFonts w:ascii="Garamond" w:eastAsia="Charis SIL Regular" w:hAnsi="Garamond"/>
          <w:color w:val="000000"/>
          <w:sz w:val="24"/>
          <w:szCs w:val="24"/>
        </w:rPr>
        <w:t>Aarav</w:t>
      </w:r>
      <w:r w:rsidRPr="00201FCB">
        <w:rPr>
          <w:rFonts w:ascii="Garamond" w:eastAsia="Charis SIL Regular" w:hAnsi="Garamond"/>
          <w:color w:val="000000"/>
          <w:sz w:val="24"/>
          <w:szCs w:val="24"/>
        </w:rPr>
        <w:t xml:space="preserve"> Singh couldn't shake the feeling of unease that lingered after the encounter with the young boy. He knew that their prese</w:t>
      </w:r>
      <w:r w:rsidR="00201FCB">
        <w:rPr>
          <w:rFonts w:ascii="Garamond" w:eastAsia="Charis SIL Regular" w:hAnsi="Garamond"/>
          <w:color w:val="000000"/>
          <w:sz w:val="24"/>
          <w:szCs w:val="24"/>
        </w:rPr>
        <w:t>nce here, deep into enemy territory</w:t>
      </w:r>
      <w:r w:rsidRPr="00201FCB">
        <w:rPr>
          <w:rFonts w:ascii="Garamond" w:eastAsia="Charis SIL Regular" w:hAnsi="Garamond"/>
          <w:color w:val="000000"/>
          <w:sz w:val="24"/>
          <w:szCs w:val="24"/>
        </w:rPr>
        <w:t xml:space="preserve">, was a delicate matter, and any interaction with the locals could have unforeseen consequences. The region was a tinderbox, and he and his squad were like a lit match, ready to set off a chain of events that could spiral out of control. The sun was now directly overhead, and the temperature was rising. Singh could feel the heat through the </w:t>
      </w:r>
      <w:proofErr w:type="spellStart"/>
      <w:r w:rsidRPr="00201FCB">
        <w:rPr>
          <w:rFonts w:ascii="Garamond" w:eastAsia="Charis SIL Regular" w:hAnsi="Garamond"/>
          <w:color w:val="000000"/>
          <w:sz w:val="24"/>
          <w:szCs w:val="24"/>
        </w:rPr>
        <w:t>exosuit</w:t>
      </w:r>
      <w:proofErr w:type="spellEnd"/>
      <w:r w:rsidRPr="00201FCB">
        <w:rPr>
          <w:rFonts w:ascii="Garamond" w:eastAsia="Charis SIL Regular" w:hAnsi="Garamond"/>
          <w:color w:val="000000"/>
          <w:sz w:val="24"/>
          <w:szCs w:val="24"/>
        </w:rPr>
        <w:t xml:space="preserve">, despite its climate control systems. He estimated that they had been moving for just over an hour since their encounter with the boy. The landscape was unforgiving, a barren wasteland of rocks and dust, </w:t>
      </w:r>
      <w:r w:rsidRPr="00201FCB">
        <w:rPr>
          <w:rFonts w:ascii="Garamond" w:eastAsia="Charis SIL Regular" w:hAnsi="Garamond"/>
          <w:color w:val="000000"/>
          <w:sz w:val="24"/>
          <w:szCs w:val="24"/>
        </w:rPr>
        <w:lastRenderedPageBreak/>
        <w:t>providing little cover should they encounter any hostile forces. Singh found himself constantly scanning the horizon, half-expecting to see a swarm of enemy drones or the telltale signs of an ambush. The squad had maintained a steady pace, and Singh estimated they had covered</w:t>
      </w:r>
      <w:r w:rsidR="008042C7">
        <w:rPr>
          <w:rFonts w:ascii="Garamond" w:eastAsia="Charis SIL Regular" w:hAnsi="Garamond"/>
          <w:color w:val="000000"/>
          <w:sz w:val="24"/>
          <w:szCs w:val="24"/>
        </w:rPr>
        <w:t xml:space="preserve"> another fifty </w:t>
      </w:r>
      <w:r w:rsidRPr="00201FCB">
        <w:rPr>
          <w:rFonts w:ascii="Garamond" w:eastAsia="Charis SIL Regular" w:hAnsi="Garamond"/>
          <w:color w:val="000000"/>
          <w:sz w:val="24"/>
          <w:szCs w:val="24"/>
        </w:rPr>
        <w:t>kilometers since their last rest. He knew they needed to find suitable cover soon, a place where they could rest and recharge their suits and drones without being seen. The suits were state-of-the-art, but their power consumption was a constant concern, especially in this remote region where resupply was not an option.</w:t>
      </w:r>
    </w:p>
    <w:p w:rsidR="00F460A5" w:rsidRPr="00201FCB" w:rsidRDefault="00A565DF" w:rsidP="00201FCB">
      <w:pPr>
        <w:autoSpaceDE w:val="0"/>
        <w:autoSpaceDN w:val="0"/>
        <w:spacing w:before="60" w:after="0" w:line="480" w:lineRule="auto"/>
        <w:rPr>
          <w:rFonts w:ascii="Garamond" w:hAnsi="Garamond"/>
          <w:sz w:val="24"/>
          <w:szCs w:val="24"/>
        </w:rPr>
      </w:pPr>
      <w:r w:rsidRPr="00201FCB">
        <w:rPr>
          <w:rFonts w:ascii="Garamond" w:eastAsia="Charis SIL Regular" w:hAnsi="Garamond"/>
          <w:color w:val="000000"/>
          <w:sz w:val="24"/>
          <w:szCs w:val="24"/>
        </w:rPr>
        <w:t xml:space="preserve">Just as Singh was about to call a halt, the ground ahead of them erupted in a cloud of dust and debris. Singh and his squad immediately dropped to the ground, their suits automatically </w:t>
      </w:r>
      <w:r w:rsidR="00EC4208" w:rsidRPr="00201FCB">
        <w:rPr>
          <w:rFonts w:ascii="Garamond" w:eastAsia="Charis SIL Regular" w:hAnsi="Garamond"/>
          <w:color w:val="000000"/>
          <w:sz w:val="24"/>
          <w:szCs w:val="24"/>
        </w:rPr>
        <w:t>d</w:t>
      </w:r>
      <w:r w:rsidRPr="00201FCB">
        <w:rPr>
          <w:rFonts w:ascii="Garamond" w:eastAsia="Charis SIL Regular" w:hAnsi="Garamond"/>
          <w:color w:val="000000"/>
          <w:sz w:val="24"/>
          <w:szCs w:val="24"/>
        </w:rPr>
        <w:t>eploying protective shields. Through the dust, Singh could make out the shapes of several figures, their outlines distorted by the heat haze and the suit's infrared vision. He activated his suit's zoom function, enhancing the image, and his heart</w:t>
      </w:r>
      <w:r w:rsidR="008042C7">
        <w:rPr>
          <w:rFonts w:ascii="Garamond" w:eastAsia="Charis SIL Regular" w:hAnsi="Garamond"/>
          <w:color w:val="000000"/>
          <w:sz w:val="24"/>
          <w:szCs w:val="24"/>
        </w:rPr>
        <w:t xml:space="preserve"> hardened</w:t>
      </w:r>
      <w:r w:rsidRPr="00201FCB">
        <w:rPr>
          <w:rFonts w:ascii="Garamond" w:eastAsia="Charis SIL Regular" w:hAnsi="Garamond"/>
          <w:color w:val="000000"/>
          <w:sz w:val="24"/>
          <w:szCs w:val="24"/>
        </w:rPr>
        <w:t xml:space="preserve"> as he recognized the distinctive silhouettes of Pakistani special forces.</w:t>
      </w:r>
    </w:p>
    <w:p w:rsidR="00F460A5" w:rsidRPr="00201FCB" w:rsidRDefault="00F460A5" w:rsidP="00201FCB">
      <w:pPr>
        <w:spacing w:line="480" w:lineRule="auto"/>
        <w:rPr>
          <w:rFonts w:ascii="Garamond" w:hAnsi="Garamond"/>
          <w:sz w:val="24"/>
          <w:szCs w:val="24"/>
        </w:rPr>
        <w:sectPr w:rsidR="00F460A5" w:rsidRPr="00201FCB">
          <w:pgSz w:w="8000" w:h="12000"/>
          <w:pgMar w:top="296" w:right="644" w:bottom="1440" w:left="660" w:header="720" w:footer="720" w:gutter="0"/>
          <w:cols w:space="720"/>
          <w:docGrid w:linePitch="360"/>
        </w:sectPr>
      </w:pPr>
    </w:p>
    <w:p w:rsidR="00064F27" w:rsidRPr="00201FCB" w:rsidRDefault="00692B15"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lastRenderedPageBreak/>
        <w:t>Chapter 5</w:t>
      </w:r>
      <w:r w:rsidR="00064F27" w:rsidRPr="00201FCB">
        <w:rPr>
          <w:rFonts w:ascii="Garamond" w:eastAsia="Charis SIL Bold" w:hAnsi="Garamond"/>
          <w:color w:val="000000"/>
          <w:sz w:val="24"/>
          <w:szCs w:val="24"/>
        </w:rPr>
        <w:t xml:space="preserve"> The Enemy’s Enemy</w:t>
      </w:r>
    </w:p>
    <w:p w:rsidR="00692B15" w:rsidRPr="00201FCB" w:rsidRDefault="00DB7551"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t>Abuja</w:t>
      </w:r>
      <w:r w:rsidR="00692B15" w:rsidRPr="00201FCB">
        <w:rPr>
          <w:rFonts w:ascii="Garamond" w:eastAsia="Charis SIL Bold" w:hAnsi="Garamond"/>
          <w:color w:val="000000"/>
          <w:sz w:val="24"/>
          <w:szCs w:val="24"/>
        </w:rPr>
        <w:t>,</w:t>
      </w:r>
      <w:r w:rsidRPr="00201FCB">
        <w:rPr>
          <w:rFonts w:ascii="Garamond" w:eastAsia="Charis SIL Bold" w:hAnsi="Garamond"/>
          <w:color w:val="000000"/>
          <w:sz w:val="24"/>
          <w:szCs w:val="24"/>
        </w:rPr>
        <w:t xml:space="preserve"> Nigeria</w:t>
      </w:r>
      <w:r w:rsidR="00692B15" w:rsidRPr="00201FCB">
        <w:rPr>
          <w:rFonts w:ascii="Garamond" w:eastAsia="Charis SIL Bold" w:hAnsi="Garamond"/>
          <w:color w:val="000000"/>
          <w:sz w:val="24"/>
          <w:szCs w:val="24"/>
        </w:rPr>
        <w:t xml:space="preserve"> 1730hrs</w:t>
      </w:r>
    </w:p>
    <w:p w:rsidR="00F007EA" w:rsidRPr="00201FCB" w:rsidRDefault="00DB755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“Abuja</w:t>
      </w:r>
      <w:r w:rsidR="00A354CB" w:rsidRPr="00201FCB">
        <w:rPr>
          <w:rFonts w:ascii="Garamond" w:eastAsia="Times New Roman" w:hAnsi="Garamond" w:cs="Times New Roman"/>
          <w:sz w:val="24"/>
          <w:szCs w:val="24"/>
          <w:lang w:val="en-IN" w:eastAsia="en-IN"/>
        </w:rPr>
        <w:t>,” said the Mossad agent</w:t>
      </w:r>
      <w:r w:rsidR="00F007EA" w:rsidRPr="00201FCB">
        <w:rPr>
          <w:rFonts w:ascii="Garamond" w:eastAsia="Times New Roman" w:hAnsi="Garamond" w:cs="Times New Roman"/>
          <w:sz w:val="24"/>
          <w:szCs w:val="24"/>
          <w:lang w:val="en-IN" w:eastAsia="en-IN"/>
        </w:rPr>
        <w:t>, with a wry smile. “You do pick your battlegrounds creatively.”</w:t>
      </w:r>
    </w:p>
    <w:p w:rsidR="00F007EA" w:rsidRPr="00201FCB" w:rsidRDefault="008042C7" w:rsidP="00201FCB">
      <w:pPr>
        <w:spacing w:before="100" w:beforeAutospacing="1" w:after="100" w:afterAutospacing="1" w:line="480" w:lineRule="auto"/>
        <w:rPr>
          <w:rFonts w:ascii="Garamond" w:eastAsia="Times New Roman" w:hAnsi="Garamond" w:cs="Times New Roman"/>
          <w:sz w:val="24"/>
          <w:szCs w:val="24"/>
          <w:lang w:val="en-IN" w:eastAsia="en-IN"/>
        </w:rPr>
      </w:pPr>
      <w:r>
        <w:rPr>
          <w:rFonts w:ascii="Garamond" w:eastAsia="Times New Roman" w:hAnsi="Garamond" w:cs="Times New Roman"/>
          <w:sz w:val="24"/>
          <w:szCs w:val="24"/>
          <w:lang w:val="en-IN" w:eastAsia="en-IN"/>
        </w:rPr>
        <w:t>“It’s not a battleground</w:t>
      </w:r>
      <w:r w:rsidR="00F007EA" w:rsidRPr="00201FCB">
        <w:rPr>
          <w:rFonts w:ascii="Garamond" w:eastAsia="Times New Roman" w:hAnsi="Garamond" w:cs="Times New Roman"/>
          <w:sz w:val="24"/>
          <w:szCs w:val="24"/>
          <w:lang w:val="en-IN" w:eastAsia="en-IN"/>
        </w:rPr>
        <w:t>” Indira replied. “It’s a staging area.”</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“Staging for what?” the younger operative asked.</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She looked at him. “You already know. You’ve known since I left </w:t>
      </w:r>
      <w:r w:rsidR="00064F27" w:rsidRPr="00201FCB">
        <w:rPr>
          <w:rFonts w:ascii="Garamond" w:eastAsia="Times New Roman" w:hAnsi="Garamond" w:cs="Times New Roman"/>
          <w:sz w:val="24"/>
          <w:szCs w:val="24"/>
          <w:lang w:val="en-IN" w:eastAsia="en-IN"/>
        </w:rPr>
        <w:t>Dubai</w:t>
      </w:r>
      <w:r w:rsidRPr="00201FCB">
        <w:rPr>
          <w:rFonts w:ascii="Garamond" w:eastAsia="Times New Roman" w:hAnsi="Garamond" w:cs="Times New Roman"/>
          <w:sz w:val="24"/>
          <w:szCs w:val="24"/>
          <w:lang w:val="en-IN" w:eastAsia="en-IN"/>
        </w:rPr>
        <w:t>.”</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older agent opened a leather folder. Inside were faint satellite pings, cyber-chatter fragments, and a dossier titled simply: </w:t>
      </w:r>
      <w:r w:rsidRPr="00201FCB">
        <w:rPr>
          <w:rFonts w:ascii="Garamond" w:eastAsia="Times New Roman" w:hAnsi="Garamond" w:cs="Times New Roman"/>
          <w:bCs/>
          <w:sz w:val="24"/>
          <w:szCs w:val="24"/>
          <w:lang w:val="en-IN" w:eastAsia="en-IN"/>
        </w:rPr>
        <w:t>Tehran – Autonomous Drone Operations.</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“Your concern is Iran,” he said.</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“My concern,” Indira replied carefully, “is that Iran has a tendency to respond loudly to conflict that doesn’t involve them — especially when it involves Pakistan.”</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The younger agent leaned forward. “They’ve been reinforcing drone surveillance grids in western </w:t>
      </w:r>
      <w:proofErr w:type="spellStart"/>
      <w:r w:rsidRPr="00201FCB">
        <w:rPr>
          <w:rFonts w:ascii="Garamond" w:eastAsia="Times New Roman" w:hAnsi="Garamond" w:cs="Times New Roman"/>
          <w:sz w:val="24"/>
          <w:szCs w:val="24"/>
          <w:lang w:val="en-IN" w:eastAsia="en-IN"/>
        </w:rPr>
        <w:t>Balochistan</w:t>
      </w:r>
      <w:proofErr w:type="spellEnd"/>
      <w:r w:rsidRPr="00201FCB">
        <w:rPr>
          <w:rFonts w:ascii="Garamond" w:eastAsia="Times New Roman" w:hAnsi="Garamond" w:cs="Times New Roman"/>
          <w:sz w:val="24"/>
          <w:szCs w:val="24"/>
          <w:lang w:val="en-IN" w:eastAsia="en-IN"/>
        </w:rPr>
        <w:t xml:space="preserve"> and expanding signal coverage across the Hormuz corridor.”</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 know,” Indira said. “So do you.”</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senior operative’s tone turned cautious. “You’re not asking us to go to war for you.”</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“No,” she replied calmly. “I’m asking you to do what you do best — </w:t>
      </w:r>
      <w:r w:rsidRPr="00201FCB">
        <w:rPr>
          <w:rFonts w:ascii="Garamond" w:eastAsia="Times New Roman" w:hAnsi="Garamond" w:cs="Times New Roman"/>
          <w:bCs/>
          <w:sz w:val="24"/>
          <w:szCs w:val="24"/>
          <w:lang w:val="en-IN" w:eastAsia="en-IN"/>
        </w:rPr>
        <w:t>confuse the enemy before they know who the enemy is.</w:t>
      </w:r>
      <w:r w:rsidRPr="00201FCB">
        <w:rPr>
          <w:rFonts w:ascii="Garamond" w:eastAsia="Times New Roman" w:hAnsi="Garamond" w:cs="Times New Roman"/>
          <w:sz w:val="24"/>
          <w:szCs w:val="24"/>
          <w:lang w:val="en-IN" w:eastAsia="en-IN"/>
        </w:rPr>
        <w:t>”</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air tensed.</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“We need Tehran’s eyes looking the wrong way. Their analysts questioning their own maps. Their proxies scrambling for signals that don’t exist,” Indira continued. </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older Mossad agent — his </w:t>
      </w:r>
      <w:proofErr w:type="spellStart"/>
      <w:r w:rsidRPr="00201FCB">
        <w:rPr>
          <w:rFonts w:ascii="Garamond" w:eastAsia="Times New Roman" w:hAnsi="Garamond" w:cs="Times New Roman"/>
          <w:sz w:val="24"/>
          <w:szCs w:val="24"/>
          <w:lang w:val="en-IN" w:eastAsia="en-IN"/>
        </w:rPr>
        <w:t>gray</w:t>
      </w:r>
      <w:proofErr w:type="spellEnd"/>
      <w:r w:rsidRPr="00201FCB">
        <w:rPr>
          <w:rFonts w:ascii="Garamond" w:eastAsia="Times New Roman" w:hAnsi="Garamond" w:cs="Times New Roman"/>
          <w:sz w:val="24"/>
          <w:szCs w:val="24"/>
          <w:lang w:val="en-IN" w:eastAsia="en-IN"/>
        </w:rPr>
        <w:t xml:space="preserve"> at the temples hiding nothing of the steel underneath — narrowed his eyes.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 assume we can shake Iran’s satellite net with a whisper.”</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Indira met his gaze evenly. “I assume your whispers are louder than most nations’ explosions.”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younger operative chuckled, but it wasn’t friendly. “Flattery doesn’t work on us. We’re already well aware we’re the best.”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“That’s why I’m here,” she replied smoothly.</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senior agent leaned forward, fingers </w:t>
      </w:r>
      <w:proofErr w:type="spellStart"/>
      <w:r w:rsidRPr="00201FCB">
        <w:rPr>
          <w:rFonts w:ascii="Garamond" w:eastAsia="Times New Roman" w:hAnsi="Garamond" w:cs="Times New Roman"/>
          <w:sz w:val="24"/>
          <w:szCs w:val="24"/>
          <w:lang w:val="en-IN" w:eastAsia="en-IN"/>
        </w:rPr>
        <w:t>steepled</w:t>
      </w:r>
      <w:proofErr w:type="spellEnd"/>
      <w:r w:rsidRPr="00201FCB">
        <w:rPr>
          <w:rFonts w:ascii="Garamond" w:eastAsia="Times New Roman" w:hAnsi="Garamond" w:cs="Times New Roman"/>
          <w:sz w:val="24"/>
          <w:szCs w:val="24"/>
          <w:lang w:val="en-IN" w:eastAsia="en-IN"/>
        </w:rPr>
        <w:t>. “This isn’t like Gaza, or Damascus. Tehran doesn’t just retaliate. It remembers. Years later. Quietly. Painfully.”</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“I’m not asking you to burn bridges,” Indira said. “Just fog their eyes for a brief time.”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younger one looked at her, voice sharpening. “India has always been proud. Independent. You don’t come to us unless it’s urgent. So tell us—what haven’t you said?”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paused. She knew it was worthless going in circles with the best espionage unit in the world, luckily they love India.</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Then she leaned in, voice low but unshaking. “What I hav</w:t>
      </w:r>
      <w:r w:rsidR="008042C7">
        <w:rPr>
          <w:rFonts w:ascii="Garamond" w:eastAsia="Times New Roman" w:hAnsi="Garamond" w:cs="Times New Roman"/>
          <w:sz w:val="24"/>
          <w:szCs w:val="24"/>
          <w:lang w:val="en-IN" w:eastAsia="en-IN"/>
        </w:rPr>
        <w:t>en’t said is that in twelve</w:t>
      </w:r>
      <w:r w:rsidRPr="00201FCB">
        <w:rPr>
          <w:rFonts w:ascii="Garamond" w:eastAsia="Times New Roman" w:hAnsi="Garamond" w:cs="Times New Roman"/>
          <w:sz w:val="24"/>
          <w:szCs w:val="24"/>
          <w:lang w:val="en-IN" w:eastAsia="en-IN"/>
        </w:rPr>
        <w:t xml:space="preserve"> hours, </w:t>
      </w:r>
      <w:proofErr w:type="spellStart"/>
      <w:r w:rsidRPr="00201FCB">
        <w:rPr>
          <w:rFonts w:ascii="Garamond" w:eastAsia="Times New Roman" w:hAnsi="Garamond" w:cs="Times New Roman"/>
          <w:sz w:val="24"/>
          <w:szCs w:val="24"/>
          <w:lang w:val="en-IN" w:eastAsia="en-IN"/>
        </w:rPr>
        <w:t>godwilling</w:t>
      </w:r>
      <w:proofErr w:type="spellEnd"/>
      <w:r w:rsidRPr="00201FCB">
        <w:rPr>
          <w:rFonts w:ascii="Garamond" w:eastAsia="Times New Roman" w:hAnsi="Garamond" w:cs="Times New Roman"/>
          <w:sz w:val="24"/>
          <w:szCs w:val="24"/>
          <w:lang w:val="en-IN" w:eastAsia="en-IN"/>
        </w:rPr>
        <w:t>, Pakistan won’t have the capacity to cry for help, let alone respond. And if Iran looks east when it happens, they’ll act out of reflex. That’s the risk. I’m asking you to reduce the reflex.”</w:t>
      </w:r>
    </w:p>
    <w:p w:rsidR="00F007EA"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 </w:t>
      </w:r>
      <w:r w:rsidR="00F007EA" w:rsidRPr="00201FCB">
        <w:rPr>
          <w:rFonts w:ascii="Garamond" w:eastAsia="Times New Roman" w:hAnsi="Garamond" w:cs="Times New Roman"/>
          <w:sz w:val="24"/>
          <w:szCs w:val="24"/>
          <w:lang w:val="en-IN" w:eastAsia="en-IN"/>
        </w:rPr>
        <w:t>“And in exchange?” the older man asked, voice sharp now.</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placed a sealed drive on the table. “Post-event access to what we find under the western dust. You’ll have blueprints, frequencies, and proof of C</w:t>
      </w:r>
      <w:r w:rsidR="008042C7">
        <w:rPr>
          <w:rFonts w:ascii="Garamond" w:eastAsia="Times New Roman" w:hAnsi="Garamond" w:cs="Times New Roman"/>
          <w:sz w:val="24"/>
          <w:szCs w:val="24"/>
          <w:lang w:val="en-IN" w:eastAsia="en-IN"/>
        </w:rPr>
        <w:t>hinese code in Pakistani silos. And need I even tell you that yet another rouge country will be defanged from your neighbourhood”</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silence that followed was not </w:t>
      </w:r>
      <w:proofErr w:type="spellStart"/>
      <w:r w:rsidRPr="00201FCB">
        <w:rPr>
          <w:rFonts w:ascii="Garamond" w:eastAsia="Times New Roman" w:hAnsi="Garamond" w:cs="Times New Roman"/>
          <w:sz w:val="24"/>
          <w:szCs w:val="24"/>
          <w:lang w:val="en-IN" w:eastAsia="en-IN"/>
        </w:rPr>
        <w:t>skepticism</w:t>
      </w:r>
      <w:proofErr w:type="spellEnd"/>
      <w:r w:rsidRPr="00201FCB">
        <w:rPr>
          <w:rFonts w:ascii="Garamond" w:eastAsia="Times New Roman" w:hAnsi="Garamond" w:cs="Times New Roman"/>
          <w:sz w:val="24"/>
          <w:szCs w:val="24"/>
          <w:lang w:val="en-IN" w:eastAsia="en-IN"/>
        </w:rPr>
        <w:t xml:space="preserve"> — it was calculation.</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if Iran picks up the scent anyway?” asked the younger one.</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 let them follow it,” Indira said. “You’ve been leading them in circles for decades.”</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 senior agent chuckled once. “You’ve not asked for permission. Only for timing.”</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“I’m not asking at all,” Indira said. “I’m offering alignment.”</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picked up the drive. “We’ll see what our shadows can stir in Tehran.”</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stood to leave, her expression unreadable. “Just make sure they’re too busy looking over their shoulders to see what’s right in front of them.”</w:t>
      </w:r>
    </w:p>
    <w:p w:rsidR="00F007EA" w:rsidRPr="00201FCB" w:rsidRDefault="00F007E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As she walked away, the wind picked up, scattering a few petals across the table.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older agent, still standing, folded his arms and stared at the sealed data drive on the table.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younger one broke the silence. “She’s bluf</w:t>
      </w:r>
      <w:r w:rsidR="008042C7">
        <w:rPr>
          <w:rFonts w:ascii="Garamond" w:eastAsia="Times New Roman" w:hAnsi="Garamond" w:cs="Times New Roman"/>
          <w:sz w:val="24"/>
          <w:szCs w:val="24"/>
          <w:lang w:val="en-IN" w:eastAsia="en-IN"/>
        </w:rPr>
        <w:t>fing. No way they can poke</w:t>
      </w:r>
      <w:r w:rsidRPr="00201FCB">
        <w:rPr>
          <w:rFonts w:ascii="Garamond" w:eastAsia="Times New Roman" w:hAnsi="Garamond" w:cs="Times New Roman"/>
          <w:sz w:val="24"/>
          <w:szCs w:val="24"/>
          <w:lang w:val="en-IN" w:eastAsia="en-IN"/>
        </w:rPr>
        <w:t xml:space="preserve"> Pakistan that cleanly. And she’s giving us intel too easily.”</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“Maybe,” the older one said. “But she didn't blink. Not once. Not when we pushed. Not even when I mentioned Tehran.”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“Still… India’s not reckless. They don’t poke beehives.”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older agent turned slowly toward the window, gazing out at the Nairobi skyline lit in amber and silence.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 they don’t,” he said. “Which means if she’s here — playing this hand now — it’s because the move is already in motion. And she knows the price.”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He tapped the sealed drive once with two fingers, almost reverently. “We’re not just looking at a regional strike. We’re looking at </w:t>
      </w:r>
      <w:r w:rsidRPr="00201FCB">
        <w:rPr>
          <w:rFonts w:ascii="Garamond" w:eastAsia="Times New Roman" w:hAnsi="Garamond" w:cs="Times New Roman"/>
          <w:bCs/>
          <w:sz w:val="24"/>
          <w:szCs w:val="24"/>
          <w:lang w:val="en-IN" w:eastAsia="en-IN"/>
        </w:rPr>
        <w:t>a shift</w:t>
      </w:r>
      <w:r w:rsidRPr="00201FCB">
        <w:rPr>
          <w:rFonts w:ascii="Garamond" w:eastAsia="Times New Roman" w:hAnsi="Garamond" w:cs="Times New Roman"/>
          <w:sz w:val="24"/>
          <w:szCs w:val="24"/>
          <w:lang w:val="en-IN" w:eastAsia="en-IN"/>
        </w:rPr>
        <w:t>. Something tectonic.”</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younger agent looked uneasy. “Sh</w:t>
      </w:r>
      <w:r w:rsidR="008042C7">
        <w:rPr>
          <w:rFonts w:ascii="Garamond" w:eastAsia="Times New Roman" w:hAnsi="Garamond" w:cs="Times New Roman"/>
          <w:sz w:val="24"/>
          <w:szCs w:val="24"/>
          <w:lang w:val="en-IN" w:eastAsia="en-IN"/>
        </w:rPr>
        <w:t>ould we inform Langley or Brussels</w:t>
      </w:r>
      <w:r w:rsidRPr="00201FCB">
        <w:rPr>
          <w:rFonts w:ascii="Garamond" w:eastAsia="Times New Roman" w:hAnsi="Garamond" w:cs="Times New Roman"/>
          <w:sz w:val="24"/>
          <w:szCs w:val="24"/>
          <w:lang w:val="en-IN" w:eastAsia="en-IN"/>
        </w:rPr>
        <w: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elder smiled faintly. “Let them find out the usual way—too late.”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He turned away. “Set the misdirect in Tehran. Make them chase ghosts in the wrong desert.”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 almost to himself, he murmured: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“Enemy’s enemy is always a friend.”</w:t>
      </w: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8042C7" w:rsidRDefault="008042C7" w:rsidP="00201FCB">
      <w:pPr>
        <w:spacing w:before="100" w:beforeAutospacing="1" w:after="100" w:afterAutospacing="1" w:line="480" w:lineRule="auto"/>
        <w:rPr>
          <w:rFonts w:ascii="Garamond" w:eastAsia="Charis SIL Bold" w:hAnsi="Garamond"/>
          <w:color w:val="000000"/>
          <w:sz w:val="24"/>
          <w:szCs w:val="24"/>
        </w:rPr>
      </w:pPr>
    </w:p>
    <w:p w:rsidR="009A35A1" w:rsidRPr="00201FCB" w:rsidRDefault="0036109D" w:rsidP="00201FCB">
      <w:pPr>
        <w:spacing w:before="100" w:beforeAutospacing="1" w:after="100" w:afterAutospacing="1"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lastRenderedPageBreak/>
        <w:t>Chapter 6 Chinese T</w:t>
      </w:r>
      <w:r w:rsidR="00A565DF" w:rsidRPr="00201FCB">
        <w:rPr>
          <w:rFonts w:ascii="Garamond" w:eastAsia="Charis SIL Bold" w:hAnsi="Garamond"/>
          <w:color w:val="000000"/>
          <w:sz w:val="24"/>
          <w:szCs w:val="24"/>
        </w:rPr>
        <w:t>ech</w:t>
      </w:r>
    </w:p>
    <w:p w:rsidR="0036109D" w:rsidRPr="00201FCB" w:rsidRDefault="0036109D" w:rsidP="00201FCB">
      <w:pPr>
        <w:spacing w:before="100" w:beforeAutospacing="1" w:after="100" w:afterAutospacing="1"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t>Bangalore 1800 hrs.</w:t>
      </w:r>
    </w:p>
    <w:p w:rsidR="009A35A1" w:rsidRPr="00201FCB" w:rsidRDefault="0025790A"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“They’re not offline</w:t>
      </w:r>
      <w:r w:rsidR="005D016A" w:rsidRPr="00201FCB">
        <w:rPr>
          <w:rFonts w:ascii="Garamond" w:eastAsia="Times New Roman" w:hAnsi="Garamond" w:cs="Times New Roman"/>
          <w:sz w:val="24"/>
          <w:szCs w:val="24"/>
          <w:lang w:val="en-IN" w:eastAsia="en-IN"/>
        </w:rPr>
        <w:t xml:space="preserve"> actually</w:t>
      </w:r>
      <w:r w:rsidRPr="00201FCB">
        <w:rPr>
          <w:rFonts w:ascii="Garamond" w:eastAsia="Times New Roman" w:hAnsi="Garamond" w:cs="Times New Roman"/>
          <w:sz w:val="24"/>
          <w:szCs w:val="24"/>
          <w:lang w:val="en-IN" w:eastAsia="en-IN"/>
        </w:rPr>
        <w:t>,” Sumit</w:t>
      </w:r>
      <w:r w:rsidR="009A35A1" w:rsidRPr="00201FCB">
        <w:rPr>
          <w:rFonts w:ascii="Garamond" w:eastAsia="Times New Roman" w:hAnsi="Garamond" w:cs="Times New Roman"/>
          <w:sz w:val="24"/>
          <w:szCs w:val="24"/>
          <w:lang w:val="en-IN" w:eastAsia="en-IN"/>
        </w:rPr>
        <w:t xml:space="preserve"> said aloud, not quite to Riya. “They’re ducking.”</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 didn’t respond. She was seated a few feet away, cross-legged on the lab chair, her screen</w:t>
      </w:r>
      <w:r w:rsidR="005D016A" w:rsidRPr="00201FCB">
        <w:rPr>
          <w:rFonts w:ascii="Garamond" w:eastAsia="Times New Roman" w:hAnsi="Garamond" w:cs="Times New Roman"/>
          <w:sz w:val="24"/>
          <w:szCs w:val="24"/>
          <w:lang w:val="en-IN" w:eastAsia="en-IN"/>
        </w:rPr>
        <w:t>s</w:t>
      </w:r>
      <w:r w:rsidRPr="00201FCB">
        <w:rPr>
          <w:rFonts w:ascii="Garamond" w:eastAsia="Times New Roman" w:hAnsi="Garamond" w:cs="Times New Roman"/>
          <w:sz w:val="24"/>
          <w:szCs w:val="24"/>
          <w:lang w:val="en-IN" w:eastAsia="en-IN"/>
        </w:rPr>
        <w:t xml:space="preserve"> divided into hex code, thermal overlays, and a live orbital map.</w:t>
      </w:r>
      <w:r w:rsidR="0025790A" w:rsidRPr="00201FCB">
        <w:rPr>
          <w:rFonts w:ascii="Garamond" w:eastAsia="Times New Roman" w:hAnsi="Garamond" w:cs="Times New Roman"/>
          <w:sz w:val="24"/>
          <w:szCs w:val="24"/>
          <w:lang w:val="en-IN" w:eastAsia="en-IN"/>
        </w:rPr>
        <w:t xml:space="preserve"> She was almost ready with a code for the first five satellites.</w:t>
      </w:r>
      <w:r w:rsidRPr="00201FCB">
        <w:rPr>
          <w:rFonts w:ascii="Garamond" w:eastAsia="Times New Roman" w:hAnsi="Garamond" w:cs="Times New Roman"/>
          <w:sz w:val="24"/>
          <w:szCs w:val="24"/>
          <w:lang w:val="en-IN" w:eastAsia="en-IN"/>
        </w:rPr>
        <w:t xml:space="preserve"> Her fingers hovered for a moment, then resumed tapping.</w:t>
      </w:r>
    </w:p>
    <w:p w:rsidR="009A35A1" w:rsidRPr="00201FCB" w:rsidRDefault="009A35A1"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“They’re not ducking. They’re ghosting,” she said quietly. “And they’re better at it than they should be.”</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paused, then glanced over her shoulder.</w:t>
      </w:r>
    </w:p>
    <w:p w:rsidR="009A35A1" w:rsidRPr="00201FCB" w:rsidRDefault="009A35A1"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“Try cross-referencing the orbital drift data with solar flare records. See if they’re using ambient electromagnetic noise to time the signal jumps.”</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blinked. “That’s... smart.”</w:t>
      </w:r>
    </w:p>
    <w:p w:rsidR="009A35A1" w:rsidRPr="00201FCB" w:rsidRDefault="009A35A1"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“That’s Chinese,” she replied dryly.</w:t>
      </w:r>
    </w:p>
    <w:p w:rsidR="009A35A1" w:rsidRPr="00201FCB" w:rsidRDefault="0025790A"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“Ma’am,” he said, “</w:t>
      </w:r>
      <w:r w:rsidR="005D016A" w:rsidRPr="00201FCB">
        <w:rPr>
          <w:rFonts w:ascii="Garamond" w:eastAsia="Times New Roman" w:hAnsi="Garamond" w:cs="Times New Roman"/>
          <w:sz w:val="24"/>
          <w:szCs w:val="24"/>
          <w:lang w:val="en-IN" w:eastAsia="en-IN"/>
        </w:rPr>
        <w:t xml:space="preserve">now </w:t>
      </w:r>
      <w:r w:rsidR="009A35A1" w:rsidRPr="00201FCB">
        <w:rPr>
          <w:rFonts w:ascii="Garamond" w:eastAsia="Times New Roman" w:hAnsi="Garamond" w:cs="Times New Roman"/>
          <w:sz w:val="24"/>
          <w:szCs w:val="24"/>
          <w:lang w:val="en-IN" w:eastAsia="en-IN"/>
        </w:rPr>
        <w:t>ou</w:t>
      </w:r>
      <w:r w:rsidR="005D016A" w:rsidRPr="00201FCB">
        <w:rPr>
          <w:rFonts w:ascii="Garamond" w:eastAsia="Times New Roman" w:hAnsi="Garamond" w:cs="Times New Roman"/>
          <w:sz w:val="24"/>
          <w:szCs w:val="24"/>
          <w:lang w:val="en-IN" w:eastAsia="en-IN"/>
        </w:rPr>
        <w:t>t of the twelve</w:t>
      </w:r>
      <w:r w:rsidR="009A35A1" w:rsidRPr="00201FCB">
        <w:rPr>
          <w:rFonts w:ascii="Garamond" w:eastAsia="Times New Roman" w:hAnsi="Garamond" w:cs="Times New Roman"/>
          <w:sz w:val="24"/>
          <w:szCs w:val="24"/>
          <w:lang w:val="en-IN" w:eastAsia="en-IN"/>
        </w:rPr>
        <w:t xml:space="preserve"> satellites</w:t>
      </w:r>
      <w:r w:rsidR="005D016A" w:rsidRPr="00201FCB">
        <w:rPr>
          <w:rFonts w:ascii="Garamond" w:eastAsia="Times New Roman" w:hAnsi="Garamond" w:cs="Times New Roman"/>
          <w:sz w:val="24"/>
          <w:szCs w:val="24"/>
          <w:lang w:val="en-IN" w:eastAsia="en-IN"/>
        </w:rPr>
        <w:t>, ten</w:t>
      </w:r>
      <w:r w:rsidR="009A35A1" w:rsidRPr="00201FCB">
        <w:rPr>
          <w:rFonts w:ascii="Garamond" w:eastAsia="Times New Roman" w:hAnsi="Garamond" w:cs="Times New Roman"/>
          <w:sz w:val="24"/>
          <w:szCs w:val="24"/>
          <w:lang w:val="en-IN" w:eastAsia="en-IN"/>
        </w:rPr>
        <w:t xml:space="preserve"> have predictabl</w:t>
      </w:r>
      <w:r w:rsidR="005D016A" w:rsidRPr="00201FCB">
        <w:rPr>
          <w:rFonts w:ascii="Garamond" w:eastAsia="Times New Roman" w:hAnsi="Garamond" w:cs="Times New Roman"/>
          <w:sz w:val="24"/>
          <w:szCs w:val="24"/>
          <w:lang w:val="en-IN" w:eastAsia="en-IN"/>
        </w:rPr>
        <w:t>e drift windows. But these two</w:t>
      </w:r>
      <w:r w:rsidR="009A35A1" w:rsidRPr="00201FCB">
        <w:rPr>
          <w:rFonts w:ascii="Garamond" w:eastAsia="Times New Roman" w:hAnsi="Garamond" w:cs="Times New Roman"/>
          <w:sz w:val="24"/>
          <w:szCs w:val="24"/>
          <w:lang w:val="en-IN" w:eastAsia="en-IN"/>
        </w:rPr>
        <w:t>—” he pointed at red arcs— “they keep breaking pattern.”</w:t>
      </w:r>
    </w:p>
    <w:p w:rsidR="009A35A1" w:rsidRPr="00201FCB" w:rsidRDefault="009A35A1"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“That’s your shortlist,” Riya said, without looking. “Now crack the language. Identify what’s intentional and what’s camo.”</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hesitated. “And if I get it wrong?”</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 looked up sharply.</w:t>
      </w:r>
    </w:p>
    <w:p w:rsidR="009A35A1" w:rsidRPr="00201FCB" w:rsidRDefault="009A35A1" w:rsidP="00201FCB">
      <w:pPr>
        <w:spacing w:before="100" w:beforeAutospacing="1" w:after="100" w:afterAutospacing="1" w:line="480" w:lineRule="auto"/>
        <w:rPr>
          <w:rFonts w:ascii="Garamond" w:hAnsi="Garamond"/>
          <w:sz w:val="24"/>
          <w:szCs w:val="24"/>
        </w:rPr>
      </w:pPr>
      <w:r w:rsidRPr="00201FCB">
        <w:rPr>
          <w:rFonts w:ascii="Garamond" w:hAnsi="Garamond"/>
          <w:sz w:val="24"/>
          <w:szCs w:val="24"/>
        </w:rPr>
        <w:t>“Then their satellites won’t just watch us — they’ll write our obituary.”</w:t>
      </w:r>
    </w:p>
    <w:p w:rsidR="009A35A1" w:rsidRPr="00201FCB" w:rsidRDefault="009A35A1"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swallowed and nodded.</w:t>
      </w:r>
      <w:r w:rsidR="005D016A"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She watched him return to his console. There was something about the way he slouched when he got serious. She almost said something encouraging. Almost.</w:t>
      </w:r>
    </w:p>
    <w:p w:rsidR="007B7356" w:rsidRPr="00201FCB" w:rsidRDefault="007B7356" w:rsidP="00201FCB">
      <w:pPr>
        <w:pStyle w:val="NormalWeb"/>
        <w:spacing w:line="480" w:lineRule="auto"/>
        <w:rPr>
          <w:rFonts w:ascii="Garamond" w:hAnsi="Garamond"/>
        </w:rPr>
      </w:pPr>
      <w:r w:rsidRPr="00201FCB">
        <w:rPr>
          <w:rFonts w:ascii="Garamond" w:hAnsi="Garamond"/>
        </w:rPr>
        <w:t xml:space="preserve">Hours passed as the geeky duo — Riya and Sumit — multitasked across half a dozen consoles, their eyes darting between streams of </w:t>
      </w:r>
      <w:r w:rsidRPr="00201FCB">
        <w:rPr>
          <w:rFonts w:ascii="Garamond" w:hAnsi="Garamond"/>
        </w:rPr>
        <w:lastRenderedPageBreak/>
        <w:t>telemetry, frequency logs, and compiled orbital data. What looked like chaos to an outsider was in fact a calculated dance between intuition, engineering, and years of experience.</w:t>
      </w:r>
    </w:p>
    <w:p w:rsidR="007B7356" w:rsidRPr="00201FCB" w:rsidRDefault="007B7356" w:rsidP="00201FCB">
      <w:pPr>
        <w:pStyle w:val="NormalWeb"/>
        <w:spacing w:line="480" w:lineRule="auto"/>
        <w:rPr>
          <w:rFonts w:ascii="Garamond" w:hAnsi="Garamond"/>
        </w:rPr>
      </w:pPr>
      <w:r w:rsidRPr="00201FCB">
        <w:rPr>
          <w:rFonts w:ascii="Garamond" w:hAnsi="Garamond"/>
        </w:rPr>
        <w:t>“Check the cross-burst modulation here,” Riya murmured, tapping the side of her display. “It’s too smooth to be coincidence. That’s not just a weather satellite.”</w:t>
      </w:r>
    </w:p>
    <w:p w:rsidR="007B7356" w:rsidRPr="00201FCB" w:rsidRDefault="007B7356" w:rsidP="00201FCB">
      <w:pPr>
        <w:pStyle w:val="NormalWeb"/>
        <w:spacing w:line="480" w:lineRule="auto"/>
        <w:rPr>
          <w:rFonts w:ascii="Garamond" w:hAnsi="Garamond"/>
        </w:rPr>
      </w:pPr>
      <w:r w:rsidRPr="00201FCB">
        <w:rPr>
          <w:rFonts w:ascii="Garamond" w:hAnsi="Garamond"/>
        </w:rPr>
        <w:t>Sumit leaned in, typing rapidly. “Confirmed. It's got nested layers—nonstandard burst lengths within the carrier signal. It’s not even trying to hide well. Almost like they want us to find it.”</w:t>
      </w:r>
    </w:p>
    <w:p w:rsidR="007B7356" w:rsidRPr="00201FCB" w:rsidRDefault="007B7356" w:rsidP="00201FCB">
      <w:pPr>
        <w:pStyle w:val="NormalWeb"/>
        <w:spacing w:line="480" w:lineRule="auto"/>
        <w:rPr>
          <w:rFonts w:ascii="Garamond" w:hAnsi="Garamond"/>
        </w:rPr>
      </w:pPr>
      <w:r w:rsidRPr="00201FCB">
        <w:rPr>
          <w:rFonts w:ascii="Garamond" w:hAnsi="Garamond"/>
        </w:rPr>
        <w:t>“Or worse, mislead us,” Riya replied, biting her lower lip. “Build the sandbox.”</w:t>
      </w:r>
    </w:p>
    <w:p w:rsidR="007B7356" w:rsidRPr="00201FCB" w:rsidRDefault="007B7356" w:rsidP="00201FCB">
      <w:pPr>
        <w:pStyle w:val="NormalWeb"/>
        <w:spacing w:line="480" w:lineRule="auto"/>
        <w:rPr>
          <w:rFonts w:ascii="Garamond" w:hAnsi="Garamond"/>
        </w:rPr>
      </w:pPr>
      <w:r w:rsidRPr="00201FCB">
        <w:rPr>
          <w:rFonts w:ascii="Garamond" w:hAnsi="Garamond"/>
        </w:rPr>
        <w:t>Sumit initiated a virtual environment where they could simulate attacks without triggering real-world consequences. While the sandbox loaded, he began building code structures designed to latch onto communication protocols of the identified satellite band — specifically, the suspected BeiDou-5 hybrid clusters. Their objective wasn’t destruction, but interference: disrupt without alerting.</w:t>
      </w:r>
    </w:p>
    <w:p w:rsidR="007B7356" w:rsidRPr="00201FCB" w:rsidRDefault="007B7356" w:rsidP="00201FCB">
      <w:pPr>
        <w:pStyle w:val="NormalWeb"/>
        <w:spacing w:line="480" w:lineRule="auto"/>
        <w:rPr>
          <w:rFonts w:ascii="Garamond" w:hAnsi="Garamond"/>
        </w:rPr>
      </w:pPr>
      <w:r w:rsidRPr="00201FCB">
        <w:rPr>
          <w:rFonts w:ascii="Garamond" w:hAnsi="Garamond"/>
        </w:rPr>
        <w:lastRenderedPageBreak/>
        <w:t>The weapon wasn’t a missile or an EMP.</w:t>
      </w:r>
    </w:p>
    <w:p w:rsidR="007B7356" w:rsidRPr="00201FCB" w:rsidRDefault="007B7356" w:rsidP="00201FCB">
      <w:pPr>
        <w:pStyle w:val="NormalWeb"/>
        <w:spacing w:line="480" w:lineRule="auto"/>
        <w:rPr>
          <w:rFonts w:ascii="Garamond" w:hAnsi="Garamond"/>
        </w:rPr>
      </w:pPr>
      <w:r w:rsidRPr="00201FCB">
        <w:rPr>
          <w:rFonts w:ascii="Garamond" w:hAnsi="Garamond"/>
        </w:rPr>
        <w:t>It was code.</w:t>
      </w:r>
    </w:p>
    <w:p w:rsidR="007B7356" w:rsidRPr="00201FCB" w:rsidRDefault="007B7356" w:rsidP="00201FCB">
      <w:pPr>
        <w:pStyle w:val="NormalWeb"/>
        <w:spacing w:line="480" w:lineRule="auto"/>
        <w:rPr>
          <w:rFonts w:ascii="Garamond" w:hAnsi="Garamond"/>
        </w:rPr>
      </w:pPr>
      <w:r w:rsidRPr="00201FCB">
        <w:rPr>
          <w:rFonts w:ascii="Garamond" w:hAnsi="Garamond"/>
        </w:rPr>
        <w:t>“Payload should act like noise at first,” Sumit muttered. “Whiteout the telemetry feed, delay the handshakes.”</w:t>
      </w:r>
    </w:p>
    <w:p w:rsidR="007B7356" w:rsidRPr="00201FCB" w:rsidRDefault="007B7356" w:rsidP="00201FCB">
      <w:pPr>
        <w:pStyle w:val="NormalWeb"/>
        <w:spacing w:line="480" w:lineRule="auto"/>
        <w:rPr>
          <w:rFonts w:ascii="Garamond" w:hAnsi="Garamond"/>
        </w:rPr>
      </w:pPr>
      <w:r w:rsidRPr="00201FCB">
        <w:rPr>
          <w:rFonts w:ascii="Garamond" w:hAnsi="Garamond"/>
        </w:rPr>
        <w:t>“Then escalate,” Riya added, her fingers already building the escalation protocol. “Send false-positive diagnostics. Convince the satellite it’s overheating. Maybe even simulate minor solar interference.”</w:t>
      </w:r>
    </w:p>
    <w:p w:rsidR="007B7356" w:rsidRPr="00201FCB" w:rsidRDefault="007B7356" w:rsidP="00201FCB">
      <w:pPr>
        <w:pStyle w:val="NormalWeb"/>
        <w:spacing w:line="480" w:lineRule="auto"/>
        <w:rPr>
          <w:rFonts w:ascii="Garamond" w:hAnsi="Garamond"/>
        </w:rPr>
      </w:pPr>
      <w:r w:rsidRPr="00201FCB">
        <w:rPr>
          <w:rFonts w:ascii="Garamond" w:hAnsi="Garamond"/>
        </w:rPr>
        <w:t>In real time, they were designing what Riya jokingly called “digital hypochondria”—injecting code that made the satellites behave erratically without shutting them down. Subtle enough to buy India a window of darkness. Sharp enough to create chaos on the enemy’s console.</w:t>
      </w:r>
    </w:p>
    <w:p w:rsidR="007B7356" w:rsidRPr="00201FCB" w:rsidRDefault="007B7356" w:rsidP="00201FCB">
      <w:pPr>
        <w:pStyle w:val="NormalWeb"/>
        <w:spacing w:line="480" w:lineRule="auto"/>
        <w:rPr>
          <w:rFonts w:ascii="Garamond" w:hAnsi="Garamond"/>
        </w:rPr>
      </w:pPr>
      <w:r w:rsidRPr="00201FCB">
        <w:rPr>
          <w:rFonts w:ascii="Garamond" w:hAnsi="Garamond"/>
        </w:rPr>
        <w:t xml:space="preserve">While Sumit worked the back-end logic of command injections, Riya handled the disguise. The virus couldn’t look like malware. It had to </w:t>
      </w:r>
      <w:r w:rsidRPr="00201FCB">
        <w:rPr>
          <w:rFonts w:ascii="Garamond" w:hAnsi="Garamond"/>
        </w:rPr>
        <w:lastRenderedPageBreak/>
        <w:t>look like… routine firmware updates. Harmless packets, signed with spoofed authenticity from ground control.</w:t>
      </w:r>
    </w:p>
    <w:p w:rsidR="007B7356" w:rsidRPr="00201FCB" w:rsidRDefault="007B7356" w:rsidP="00201FCB">
      <w:pPr>
        <w:pStyle w:val="NormalWeb"/>
        <w:spacing w:line="480" w:lineRule="auto"/>
        <w:rPr>
          <w:rFonts w:ascii="Garamond" w:hAnsi="Garamond"/>
        </w:rPr>
      </w:pPr>
      <w:r w:rsidRPr="00201FCB">
        <w:rPr>
          <w:rFonts w:ascii="Garamond" w:hAnsi="Garamond"/>
        </w:rPr>
        <w:t>“This hash signature won’t survive their checksum,” Sumit warned.</w:t>
      </w:r>
    </w:p>
    <w:p w:rsidR="007B7356" w:rsidRPr="00201FCB" w:rsidRDefault="007B7356" w:rsidP="00201FCB">
      <w:pPr>
        <w:pStyle w:val="NormalWeb"/>
        <w:spacing w:line="480" w:lineRule="auto"/>
        <w:rPr>
          <w:rFonts w:ascii="Garamond" w:hAnsi="Garamond"/>
        </w:rPr>
      </w:pPr>
      <w:r w:rsidRPr="00201FCB">
        <w:rPr>
          <w:rFonts w:ascii="Garamond" w:hAnsi="Garamond"/>
        </w:rPr>
        <w:t>“Then use checksum collision,” Riya replied without missing a beat. “Reverse-engineer the encryption protocol. Our version doesn’t need to be perfect — just statistically valid.”</w:t>
      </w:r>
    </w:p>
    <w:p w:rsidR="007B7356" w:rsidRPr="00201FCB" w:rsidRDefault="007B7356" w:rsidP="00201FCB">
      <w:pPr>
        <w:pStyle w:val="NormalWeb"/>
        <w:spacing w:line="480" w:lineRule="auto"/>
        <w:rPr>
          <w:rFonts w:ascii="Garamond" w:hAnsi="Garamond"/>
        </w:rPr>
      </w:pPr>
      <w:r w:rsidRPr="00201FCB">
        <w:rPr>
          <w:rFonts w:ascii="Garamond" w:hAnsi="Garamond"/>
        </w:rPr>
        <w:t xml:space="preserve">He frowned. “Statistical </w:t>
      </w:r>
      <w:proofErr w:type="spellStart"/>
      <w:r w:rsidRPr="00201FCB">
        <w:rPr>
          <w:rFonts w:ascii="Garamond" w:hAnsi="Garamond"/>
        </w:rPr>
        <w:t>cryptoforgery</w:t>
      </w:r>
      <w:proofErr w:type="spellEnd"/>
      <w:r w:rsidRPr="00201FCB">
        <w:rPr>
          <w:rFonts w:ascii="Garamond" w:hAnsi="Garamond"/>
        </w:rPr>
        <w:t>? That’s Level-IV sabotage.”</w:t>
      </w:r>
    </w:p>
    <w:p w:rsidR="007B7356" w:rsidRPr="00201FCB" w:rsidRDefault="007B7356" w:rsidP="00201FCB">
      <w:pPr>
        <w:pStyle w:val="NormalWeb"/>
        <w:spacing w:line="480" w:lineRule="auto"/>
        <w:rPr>
          <w:rFonts w:ascii="Garamond" w:hAnsi="Garamond"/>
        </w:rPr>
      </w:pPr>
      <w:r w:rsidRPr="00201FCB">
        <w:rPr>
          <w:rFonts w:ascii="Garamond" w:hAnsi="Garamond"/>
        </w:rPr>
        <w:t>Riya didn’t look up. “Then you’d better do a Level-V job.”</w:t>
      </w:r>
    </w:p>
    <w:p w:rsidR="007B7356" w:rsidRPr="00201FCB" w:rsidRDefault="007B7356" w:rsidP="00201FCB">
      <w:pPr>
        <w:pStyle w:val="NormalWeb"/>
        <w:spacing w:line="480" w:lineRule="auto"/>
        <w:rPr>
          <w:rFonts w:ascii="Garamond" w:hAnsi="Garamond"/>
        </w:rPr>
      </w:pPr>
      <w:r w:rsidRPr="00201FCB">
        <w:rPr>
          <w:rFonts w:ascii="Garamond" w:hAnsi="Garamond"/>
        </w:rPr>
        <w:t xml:space="preserve">As the minutes ticked by, the lab filled with the gentle hum of cooling fans and blinking LEDs, their digital avatars attacking, defending, and adapting in the virtual sandbox. At one point, </w:t>
      </w:r>
      <w:proofErr w:type="spellStart"/>
      <w:r w:rsidRPr="00201FCB">
        <w:rPr>
          <w:rFonts w:ascii="Garamond" w:hAnsi="Garamond"/>
        </w:rPr>
        <w:t>Sumit’s</w:t>
      </w:r>
      <w:proofErr w:type="spellEnd"/>
      <w:r w:rsidRPr="00201FCB">
        <w:rPr>
          <w:rFonts w:ascii="Garamond" w:hAnsi="Garamond"/>
        </w:rPr>
        <w:t xml:space="preserve"> code triggered an unexpected countermeasure — a reflexive diagnostic sweep the satellite performed autonomously.</w:t>
      </w:r>
    </w:p>
    <w:p w:rsidR="007B7356" w:rsidRPr="00201FCB" w:rsidRDefault="007B7356" w:rsidP="00201FCB">
      <w:pPr>
        <w:pStyle w:val="NormalWeb"/>
        <w:spacing w:line="480" w:lineRule="auto"/>
        <w:rPr>
          <w:rFonts w:ascii="Garamond" w:hAnsi="Garamond"/>
        </w:rPr>
      </w:pPr>
      <w:r w:rsidRPr="00201FCB">
        <w:rPr>
          <w:rFonts w:ascii="Garamond" w:hAnsi="Garamond"/>
        </w:rPr>
        <w:t>“It’s learning,” he said quietly.</w:t>
      </w:r>
    </w:p>
    <w:p w:rsidR="007B7356" w:rsidRPr="00201FCB" w:rsidRDefault="007B7356" w:rsidP="00201FCB">
      <w:pPr>
        <w:pStyle w:val="NormalWeb"/>
        <w:spacing w:line="480" w:lineRule="auto"/>
        <w:rPr>
          <w:rFonts w:ascii="Garamond" w:hAnsi="Garamond"/>
        </w:rPr>
      </w:pPr>
      <w:r w:rsidRPr="00201FCB">
        <w:rPr>
          <w:rFonts w:ascii="Garamond" w:hAnsi="Garamond"/>
        </w:rPr>
        <w:t>Riya’s eyes narrowed. “Then so are we.”</w:t>
      </w:r>
    </w:p>
    <w:p w:rsidR="007B7356" w:rsidRPr="00201FCB" w:rsidRDefault="007B7356" w:rsidP="00201FCB">
      <w:pPr>
        <w:pStyle w:val="NormalWeb"/>
        <w:spacing w:line="480" w:lineRule="auto"/>
        <w:rPr>
          <w:rFonts w:ascii="Garamond" w:hAnsi="Garamond"/>
        </w:rPr>
      </w:pPr>
      <w:r w:rsidRPr="00201FCB">
        <w:rPr>
          <w:rFonts w:ascii="Garamond" w:hAnsi="Garamond"/>
        </w:rPr>
        <w:lastRenderedPageBreak/>
        <w:t xml:space="preserve">They created scripts that changed every few seconds, obfuscating their logic tree. One moment it would emulate legitimate diagnostic pings, the next it would inject command latency loops, and the next—alter GPS telemetry by </w:t>
      </w:r>
      <w:proofErr w:type="spellStart"/>
      <w:r w:rsidRPr="00201FCB">
        <w:rPr>
          <w:rFonts w:ascii="Garamond" w:hAnsi="Garamond"/>
        </w:rPr>
        <w:t>microfractions</w:t>
      </w:r>
      <w:proofErr w:type="spellEnd"/>
      <w:r w:rsidRPr="00201FCB">
        <w:rPr>
          <w:rFonts w:ascii="Garamond" w:hAnsi="Garamond"/>
        </w:rPr>
        <w:t>. Enough to cause slight deviations in signal interpretation, but not enough to trigger hard resets.</w:t>
      </w:r>
    </w:p>
    <w:p w:rsidR="007B7356" w:rsidRPr="00201FCB" w:rsidRDefault="007B7356" w:rsidP="00201FCB">
      <w:pPr>
        <w:pStyle w:val="NormalWeb"/>
        <w:spacing w:line="480" w:lineRule="auto"/>
        <w:rPr>
          <w:rFonts w:ascii="Garamond" w:hAnsi="Garamond"/>
        </w:rPr>
      </w:pPr>
      <w:r w:rsidRPr="00201FCB">
        <w:rPr>
          <w:rFonts w:ascii="Garamond" w:hAnsi="Garamond"/>
        </w:rPr>
        <w:t>“Like planting landmines in code,” Sumit said, impressed.</w:t>
      </w:r>
    </w:p>
    <w:p w:rsidR="007B7356" w:rsidRPr="00201FCB" w:rsidRDefault="007B7356" w:rsidP="00201FCB">
      <w:pPr>
        <w:pStyle w:val="NormalWeb"/>
        <w:spacing w:line="480" w:lineRule="auto"/>
        <w:rPr>
          <w:rFonts w:ascii="Garamond" w:hAnsi="Garamond"/>
        </w:rPr>
      </w:pPr>
      <w:r w:rsidRPr="00201FCB">
        <w:rPr>
          <w:rFonts w:ascii="Garamond" w:hAnsi="Garamond"/>
        </w:rPr>
        <w:t>“Exactly,” Riya replied. “Invisible, deadly, and one step removed from a declaration of war.”</w:t>
      </w:r>
    </w:p>
    <w:p w:rsidR="007B7356" w:rsidRPr="00201FCB" w:rsidRDefault="007B7356" w:rsidP="00201FCB">
      <w:pPr>
        <w:pStyle w:val="NormalWeb"/>
        <w:spacing w:line="480" w:lineRule="auto"/>
        <w:rPr>
          <w:rFonts w:ascii="Garamond" w:hAnsi="Garamond"/>
        </w:rPr>
      </w:pPr>
      <w:r w:rsidRPr="00201FCB">
        <w:rPr>
          <w:rFonts w:ascii="Garamond" w:hAnsi="Garamond"/>
        </w:rPr>
        <w:t xml:space="preserve">Even as they worked, Riya’s mind wandered briefly to the ethics of what they were doing. This wasn’t </w:t>
      </w:r>
      <w:proofErr w:type="spellStart"/>
      <w:r w:rsidRPr="00201FCB">
        <w:rPr>
          <w:rFonts w:ascii="Garamond" w:hAnsi="Garamond"/>
        </w:rPr>
        <w:t>defense</w:t>
      </w:r>
      <w:proofErr w:type="spellEnd"/>
      <w:r w:rsidRPr="00201FCB">
        <w:rPr>
          <w:rFonts w:ascii="Garamond" w:hAnsi="Garamond"/>
        </w:rPr>
        <w:t>—it was silent aggression, masquerading as calibration. She had spent her life swearing by firewalls and safeguards. But now, she was writing the kind of algorithm that would have gotten a student expelled from her university lab.</w:t>
      </w:r>
    </w:p>
    <w:p w:rsidR="007B7356" w:rsidRPr="00201FCB" w:rsidRDefault="007B7356" w:rsidP="00201FCB">
      <w:pPr>
        <w:pStyle w:val="NormalWeb"/>
        <w:spacing w:line="480" w:lineRule="auto"/>
        <w:rPr>
          <w:rFonts w:ascii="Garamond" w:hAnsi="Garamond"/>
        </w:rPr>
      </w:pPr>
      <w:r w:rsidRPr="00201FCB">
        <w:rPr>
          <w:rFonts w:ascii="Garamond" w:hAnsi="Garamond"/>
        </w:rPr>
        <w:t xml:space="preserve">Sumit, for his part, was unusually quiet. It wasn’t just the stress — it was the knowledge that the virus he was building might soon be </w:t>
      </w:r>
      <w:r w:rsidRPr="00201FCB">
        <w:rPr>
          <w:rFonts w:ascii="Garamond" w:hAnsi="Garamond"/>
        </w:rPr>
        <w:lastRenderedPageBreak/>
        <w:t>deployed on real targets, in real time, with real geopolitical consequences.</w:t>
      </w:r>
    </w:p>
    <w:p w:rsidR="007B7356" w:rsidRPr="00201FCB" w:rsidRDefault="007B7356" w:rsidP="00201FCB">
      <w:pPr>
        <w:pStyle w:val="NormalWeb"/>
        <w:spacing w:line="480" w:lineRule="auto"/>
        <w:rPr>
          <w:rFonts w:ascii="Garamond" w:hAnsi="Garamond"/>
        </w:rPr>
      </w:pPr>
      <w:r w:rsidRPr="00201FCB">
        <w:rPr>
          <w:rFonts w:ascii="Garamond" w:hAnsi="Garamond"/>
        </w:rPr>
        <w:t>And yet they continued.</w:t>
      </w:r>
    </w:p>
    <w:p w:rsidR="007B7356" w:rsidRPr="00201FCB" w:rsidRDefault="007B7356" w:rsidP="00201FCB">
      <w:pPr>
        <w:pStyle w:val="NormalWeb"/>
        <w:spacing w:line="480" w:lineRule="auto"/>
        <w:rPr>
          <w:rFonts w:ascii="Garamond" w:hAnsi="Garamond"/>
        </w:rPr>
      </w:pPr>
      <w:r w:rsidRPr="00201FCB">
        <w:rPr>
          <w:rFonts w:ascii="Garamond" w:hAnsi="Garamond"/>
        </w:rPr>
        <w:t xml:space="preserve">By the time their final build compiled, Riya had ten possible injection methods. Three disguised as update pushes, two mimicking solar flares, and one clever bit of code that could use another country’s satellite — a civilian </w:t>
      </w:r>
      <w:proofErr w:type="spellStart"/>
      <w:r w:rsidRPr="00201FCB">
        <w:rPr>
          <w:rFonts w:ascii="Garamond" w:hAnsi="Garamond"/>
        </w:rPr>
        <w:t>comms</w:t>
      </w:r>
      <w:proofErr w:type="spellEnd"/>
      <w:r w:rsidRPr="00201FCB">
        <w:rPr>
          <w:rFonts w:ascii="Garamond" w:hAnsi="Garamond"/>
        </w:rPr>
        <w:t xml:space="preserve"> link — as a proxy injector. That one she saved for last. She called it the </w:t>
      </w:r>
      <w:r w:rsidRPr="00201FCB">
        <w:rPr>
          <w:rStyle w:val="Emphasis"/>
          <w:rFonts w:ascii="Garamond" w:hAnsi="Garamond"/>
        </w:rPr>
        <w:t>Ghost Tap</w:t>
      </w:r>
      <w:r w:rsidRPr="00201FCB">
        <w:rPr>
          <w:rFonts w:ascii="Garamond" w:hAnsi="Garamond"/>
        </w:rPr>
        <w:t>.</w:t>
      </w:r>
    </w:p>
    <w:p w:rsidR="007B7356" w:rsidRPr="00201FCB" w:rsidRDefault="007B7356" w:rsidP="00201FCB">
      <w:pPr>
        <w:pStyle w:val="NormalWeb"/>
        <w:spacing w:line="480" w:lineRule="auto"/>
        <w:rPr>
          <w:rFonts w:ascii="Garamond" w:hAnsi="Garamond"/>
        </w:rPr>
      </w:pPr>
      <w:r w:rsidRPr="00201FCB">
        <w:rPr>
          <w:rFonts w:ascii="Garamond" w:hAnsi="Garamond"/>
        </w:rPr>
        <w:t>“We’ve built the net,” Riya said finally, rubbing her temples.</w:t>
      </w:r>
    </w:p>
    <w:p w:rsidR="007B7356" w:rsidRPr="00201FCB" w:rsidRDefault="007B7356" w:rsidP="00201FCB">
      <w:pPr>
        <w:pStyle w:val="NormalWeb"/>
        <w:spacing w:line="480" w:lineRule="auto"/>
        <w:rPr>
          <w:rFonts w:ascii="Garamond" w:hAnsi="Garamond"/>
        </w:rPr>
      </w:pPr>
      <w:r w:rsidRPr="00201FCB">
        <w:rPr>
          <w:rFonts w:ascii="Garamond" w:hAnsi="Garamond"/>
        </w:rPr>
        <w:t>Sumit nodded. “Now we wait for the fish.”</w:t>
      </w:r>
    </w:p>
    <w:p w:rsidR="007B7356" w:rsidRPr="00201FCB" w:rsidRDefault="007B7356" w:rsidP="00201FCB">
      <w:pPr>
        <w:pStyle w:val="NormalWeb"/>
        <w:spacing w:line="480" w:lineRule="auto"/>
        <w:rPr>
          <w:rFonts w:ascii="Garamond" w:hAnsi="Garamond"/>
        </w:rPr>
      </w:pPr>
      <w:r w:rsidRPr="00201FCB">
        <w:rPr>
          <w:rFonts w:ascii="Garamond" w:hAnsi="Garamond"/>
        </w:rPr>
        <w:t>Neither of them said what they were both thinking:</w:t>
      </w:r>
    </w:p>
    <w:p w:rsidR="007B7356" w:rsidRPr="00201FCB" w:rsidRDefault="005D016A" w:rsidP="00201FCB">
      <w:pPr>
        <w:pStyle w:val="NormalWeb"/>
        <w:spacing w:line="480" w:lineRule="auto"/>
        <w:rPr>
          <w:rFonts w:ascii="Garamond" w:hAnsi="Garamond"/>
        </w:rPr>
      </w:pPr>
      <w:r w:rsidRPr="00201FCB">
        <w:rPr>
          <w:rFonts w:ascii="Garamond" w:hAnsi="Garamond"/>
        </w:rPr>
        <w:t>There were twelve</w:t>
      </w:r>
      <w:r w:rsidR="007B7356" w:rsidRPr="00201FCB">
        <w:rPr>
          <w:rFonts w:ascii="Garamond" w:hAnsi="Garamond"/>
        </w:rPr>
        <w:t xml:space="preserve"> fish</w:t>
      </w:r>
      <w:r w:rsidRPr="00201FCB">
        <w:rPr>
          <w:rFonts w:ascii="Garamond" w:hAnsi="Garamond"/>
        </w:rPr>
        <w:t>es</w:t>
      </w:r>
      <w:r w:rsidR="007B7356" w:rsidRPr="00201FCB">
        <w:rPr>
          <w:rFonts w:ascii="Garamond" w:hAnsi="Garamond"/>
        </w:rPr>
        <w:t>.</w:t>
      </w:r>
      <w:r w:rsidR="007B7356" w:rsidRPr="00201FCB">
        <w:rPr>
          <w:rFonts w:ascii="Garamond" w:hAnsi="Garamond"/>
        </w:rPr>
        <w:t xml:space="preserve"> They think they had the bait ready for </w:t>
      </w:r>
      <w:r w:rsidRPr="00201FCB">
        <w:rPr>
          <w:rFonts w:ascii="Garamond" w:hAnsi="Garamond"/>
        </w:rPr>
        <w:t>ten</w:t>
      </w:r>
      <w:r w:rsidR="007B7356" w:rsidRPr="00201FCB">
        <w:rPr>
          <w:rFonts w:ascii="Garamond" w:hAnsi="Garamond"/>
        </w:rPr>
        <w:t>. The oth</w:t>
      </w:r>
      <w:r w:rsidRPr="00201FCB">
        <w:rPr>
          <w:rFonts w:ascii="Garamond" w:hAnsi="Garamond"/>
        </w:rPr>
        <w:t>er two</w:t>
      </w:r>
      <w:r w:rsidR="007B7356" w:rsidRPr="00201FCB">
        <w:rPr>
          <w:rFonts w:ascii="Garamond" w:hAnsi="Garamond"/>
        </w:rPr>
        <w:t xml:space="preserve"> fishes they hadn’t yet identified forget baiting them.</w:t>
      </w:r>
    </w:p>
    <w:p w:rsidR="001D1ADB" w:rsidRPr="00201FCB" w:rsidRDefault="001D1AD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 flicker of fatigue passed across Riya’s face — not the kind that comes from lack of sleep, but from </w:t>
      </w:r>
      <w:r w:rsidRPr="00201FCB">
        <w:rPr>
          <w:rFonts w:ascii="Garamond" w:eastAsia="Times New Roman" w:hAnsi="Garamond" w:cs="Times New Roman"/>
          <w:bCs/>
          <w:sz w:val="24"/>
          <w:szCs w:val="24"/>
          <w:lang w:val="en-IN" w:eastAsia="en-IN"/>
        </w:rPr>
        <w:t>carrying the burden of being right too early, too often</w:t>
      </w:r>
      <w:r w:rsidRPr="00201FCB">
        <w:rPr>
          <w:rFonts w:ascii="Garamond" w:eastAsia="Times New Roman" w:hAnsi="Garamond" w:cs="Times New Roman"/>
          <w:sz w:val="24"/>
          <w:szCs w:val="24"/>
          <w:lang w:val="en-IN" w:eastAsia="en-IN"/>
        </w:rPr>
        <w:t>.</w:t>
      </w:r>
    </w:p>
    <w:p w:rsidR="001D1ADB" w:rsidRPr="00201FCB" w:rsidRDefault="001D1AD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Years ago, during the failed Devas-3 mission, she had flagged a malfunction in the satellite relay code — a recursive loop buried deep in the firmware. The oversight had resulted in partial signal loss over northern India. No lives were lost, but </w:t>
      </w:r>
      <w:r w:rsidRPr="00201FCB">
        <w:rPr>
          <w:rFonts w:ascii="Garamond" w:eastAsia="Times New Roman" w:hAnsi="Garamond" w:cs="Times New Roman"/>
          <w:bCs/>
          <w:sz w:val="24"/>
          <w:szCs w:val="24"/>
          <w:lang w:val="en-IN" w:eastAsia="en-IN"/>
        </w:rPr>
        <w:t>she was blamed anyway</w:t>
      </w:r>
      <w:r w:rsidRPr="00201FCB">
        <w:rPr>
          <w:rFonts w:ascii="Garamond" w:eastAsia="Times New Roman" w:hAnsi="Garamond" w:cs="Times New Roman"/>
          <w:sz w:val="24"/>
          <w:szCs w:val="24"/>
          <w:lang w:val="en-IN" w:eastAsia="en-IN"/>
        </w:rPr>
        <w:t>, her warning dismissed as "overthinking." No apology ever followed.</w:t>
      </w:r>
    </w:p>
    <w:p w:rsidR="001D1ADB" w:rsidRPr="00201FCB" w:rsidRDefault="001D1AD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Since then, she had learned to shut up and show results.</w:t>
      </w:r>
    </w:p>
    <w:p w:rsidR="001D1ADB" w:rsidRPr="00201FCB" w:rsidRDefault="001D1AD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rarely socialized with her team. The last time she attended a departmental celebration, she had spent the evening in the corner, correcting orbital decay data on her phone while the others toasted promotions. Relationships, both personal and professional, had wilted in the presence of her intensity.</w:t>
      </w:r>
    </w:p>
    <w:p w:rsidR="001D1ADB" w:rsidRPr="00201FCB" w:rsidRDefault="001D1AD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Now, in this sealed ISRO war room, her only tether to the outside world was Sumit — wide-eyed, talented, and tragically optimistic.</w:t>
      </w:r>
    </w:p>
    <w:p w:rsidR="001D1ADB" w:rsidRPr="00201FCB" w:rsidRDefault="001D1AD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She envied that about him.</w:t>
      </w:r>
    </w:p>
    <w:p w:rsidR="001D1ADB" w:rsidRPr="00201FCB" w:rsidRDefault="001D1AD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Sometimes she wondered what it must be like to believe everything would work out just because you tried hard enough.</w:t>
      </w:r>
    </w:p>
    <w:p w:rsidR="005D016A" w:rsidRPr="00201FCB" w:rsidRDefault="005D016A" w:rsidP="00201FCB">
      <w:pPr>
        <w:autoSpaceDE w:val="0"/>
        <w:autoSpaceDN w:val="0"/>
        <w:spacing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So we have twelve satellites</w:t>
      </w:r>
      <w:r w:rsidR="00A565DF" w:rsidRPr="00201FCB">
        <w:rPr>
          <w:rFonts w:ascii="Garamond" w:eastAsia="Charis SIL Regular" w:hAnsi="Garamond"/>
          <w:color w:val="000000"/>
          <w:sz w:val="24"/>
          <w:szCs w:val="24"/>
        </w:rPr>
        <w:t xml:space="preserve">. Next what we need to know is how far are our or friendly satellites to these 15 satellites and having capabilities to 'numb' the </w:t>
      </w:r>
      <w:proofErr w:type="spellStart"/>
      <w:r w:rsidR="00A565DF" w:rsidRPr="00201FCB">
        <w:rPr>
          <w:rFonts w:ascii="Garamond" w:eastAsia="Charis SIL Regular" w:hAnsi="Garamond"/>
          <w:color w:val="000000"/>
          <w:sz w:val="24"/>
          <w:szCs w:val="24"/>
        </w:rPr>
        <w:t>BeiDou</w:t>
      </w:r>
      <w:proofErr w:type="spellEnd"/>
      <w:r w:rsidR="00A565DF" w:rsidRPr="00201FCB">
        <w:rPr>
          <w:rFonts w:ascii="Garamond" w:eastAsia="Charis SIL Regular" w:hAnsi="Garamond"/>
          <w:color w:val="000000"/>
          <w:sz w:val="24"/>
          <w:szCs w:val="24"/>
        </w:rPr>
        <w:t xml:space="preserve"> 5 for at least 10 minutes." instructed </w:t>
      </w:r>
      <w:r w:rsidR="00DB35AB" w:rsidRPr="00201FCB">
        <w:rPr>
          <w:rFonts w:ascii="Garamond" w:eastAsia="Charis SIL Regular" w:hAnsi="Garamond"/>
          <w:color w:val="000000"/>
          <w:sz w:val="24"/>
          <w:szCs w:val="24"/>
        </w:rPr>
        <w:t>Riya</w:t>
      </w:r>
      <w:r w:rsidR="00A565DF" w:rsidRPr="00201FCB">
        <w:rPr>
          <w:rFonts w:ascii="Garamond" w:eastAsia="Charis SIL Regular" w:hAnsi="Garamond"/>
          <w:color w:val="000000"/>
          <w:sz w:val="24"/>
          <w:szCs w:val="24"/>
        </w:rPr>
        <w:t xml:space="preserve">. </w:t>
      </w:r>
    </w:p>
    <w:p w:rsidR="00F460A5" w:rsidRPr="00201FCB" w:rsidRDefault="00A565DF" w:rsidP="00201FCB">
      <w:pPr>
        <w:autoSpaceDE w:val="0"/>
        <w:autoSpaceDN w:val="0"/>
        <w:spacing w:after="0" w:line="480" w:lineRule="auto"/>
        <w:rPr>
          <w:rFonts w:ascii="Garamond" w:hAnsi="Garamond"/>
          <w:sz w:val="24"/>
          <w:szCs w:val="24"/>
        </w:rPr>
      </w:pPr>
      <w:r w:rsidRPr="00201FCB">
        <w:rPr>
          <w:rFonts w:ascii="Garamond" w:eastAsia="Charis SIL Regular" w:hAnsi="Garamond"/>
          <w:color w:val="000000"/>
          <w:sz w:val="24"/>
          <w:szCs w:val="24"/>
        </w:rPr>
        <w:t>"Numb? Ma'am?" asked a rather confused Sumit.</w:t>
      </w:r>
    </w:p>
    <w:p w:rsidR="00544EB1" w:rsidRPr="00201FCB" w:rsidRDefault="00A565DF" w:rsidP="00201FCB">
      <w:pPr>
        <w:autoSpaceDE w:val="0"/>
        <w:autoSpaceDN w:val="0"/>
        <w:spacing w:before="60" w:after="0" w:line="480" w:lineRule="auto"/>
        <w:rPr>
          <w:rFonts w:ascii="Garamond" w:eastAsia="Charis SIL Regular" w:hAnsi="Garamond"/>
          <w:color w:val="000000"/>
          <w:sz w:val="24"/>
          <w:szCs w:val="24"/>
        </w:rPr>
      </w:pPr>
      <w:r w:rsidRPr="00201FCB">
        <w:rPr>
          <w:rFonts w:ascii="Garamond" w:eastAsia="Charis SIL Regular" w:hAnsi="Garamond"/>
          <w:color w:val="000000"/>
          <w:sz w:val="24"/>
          <w:szCs w:val="24"/>
        </w:rPr>
        <w:t xml:space="preserve">"I'm afraid I don't quite follow, ma'am," Sumit said, his confusion growing.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took a deep breath, her mind working rapidly to formulate a response that would clarify her instructions without compromising national security. "You see, Sumit, sometimes we need to temporarily disable certain satellite functions to, well, let's say 'manage the flow of information' during critical operations." She chose her words carefully, all too aware of the sensitive nature of their work. "As for friendly satellites, I want you to focus on those belonging to our allies. Can you identify any that could assist us in this </w:t>
      </w:r>
      <w:r w:rsidRPr="00201FCB">
        <w:rPr>
          <w:rFonts w:ascii="Garamond" w:eastAsia="Charis SIL Regular" w:hAnsi="Garamond"/>
          <w:color w:val="000000"/>
          <w:sz w:val="24"/>
          <w:szCs w:val="24"/>
        </w:rPr>
        <w:lastRenderedPageBreak/>
        <w:t xml:space="preserve">regard?" she prompted, her voice steady but urgent. </w:t>
      </w:r>
      <w:proofErr w:type="spellStart"/>
      <w:r w:rsidRPr="00201FCB">
        <w:rPr>
          <w:rFonts w:ascii="Garamond" w:eastAsia="Charis SIL Regular" w:hAnsi="Garamond"/>
          <w:color w:val="000000"/>
          <w:sz w:val="24"/>
          <w:szCs w:val="24"/>
        </w:rPr>
        <w:t>Sumit's</w:t>
      </w:r>
      <w:proofErr w:type="spellEnd"/>
      <w:r w:rsidRPr="00201FCB">
        <w:rPr>
          <w:rFonts w:ascii="Garamond" w:eastAsia="Charis SIL Regular" w:hAnsi="Garamond"/>
          <w:color w:val="000000"/>
          <w:sz w:val="24"/>
          <w:szCs w:val="24"/>
        </w:rPr>
        <w:t xml:space="preserve"> eyes widened as he grasped the implications of her words.</w:t>
      </w:r>
    </w:p>
    <w:p w:rsidR="00544EB1" w:rsidRPr="00201FCB" w:rsidRDefault="00544EB1" w:rsidP="00201FCB">
      <w:pPr>
        <w:pStyle w:val="NormalWeb"/>
        <w:spacing w:line="480" w:lineRule="auto"/>
        <w:rPr>
          <w:rFonts w:ascii="Garamond" w:hAnsi="Garamond"/>
        </w:rPr>
      </w:pPr>
      <w:r w:rsidRPr="00201FCB">
        <w:rPr>
          <w:rFonts w:ascii="Garamond" w:hAnsi="Garamond"/>
        </w:rPr>
        <w:t>Sumit blinked, genuinely taken aback. “Wait… you’re saying we’re going to interfere with their satellites? Temporarily disable them?”</w:t>
      </w:r>
    </w:p>
    <w:p w:rsidR="00544EB1" w:rsidRPr="00201FCB" w:rsidRDefault="00544EB1" w:rsidP="00201FCB">
      <w:pPr>
        <w:pStyle w:val="NormalWeb"/>
        <w:spacing w:line="480" w:lineRule="auto"/>
        <w:rPr>
          <w:rFonts w:ascii="Garamond" w:hAnsi="Garamond"/>
        </w:rPr>
      </w:pPr>
      <w:r w:rsidRPr="00201FCB">
        <w:rPr>
          <w:rFonts w:ascii="Garamond" w:hAnsi="Garamond"/>
        </w:rPr>
        <w:t>Riya didn’t look up from her console. “Not disable. Just... numb. Long enough to blind them at the right moment.”</w:t>
      </w:r>
    </w:p>
    <w:p w:rsidR="00544EB1" w:rsidRPr="00201FCB" w:rsidRDefault="00544EB1" w:rsidP="00201FCB">
      <w:pPr>
        <w:pStyle w:val="NormalWeb"/>
        <w:spacing w:line="480" w:lineRule="auto"/>
        <w:rPr>
          <w:rFonts w:ascii="Garamond" w:hAnsi="Garamond"/>
        </w:rPr>
      </w:pPr>
      <w:r w:rsidRPr="00201FCB">
        <w:rPr>
          <w:rFonts w:ascii="Garamond" w:hAnsi="Garamond"/>
        </w:rPr>
        <w:t>He hesitated. “But that’s— ma’am, that’s the kind of grey-zone stuff we were trained to stay out of. Interference, deception, deniability…”</w:t>
      </w:r>
    </w:p>
    <w:p w:rsidR="00544EB1" w:rsidRPr="00201FCB" w:rsidRDefault="00544EB1" w:rsidP="00201FCB">
      <w:pPr>
        <w:pStyle w:val="NormalWeb"/>
        <w:spacing w:line="480" w:lineRule="auto"/>
        <w:rPr>
          <w:rFonts w:ascii="Garamond" w:hAnsi="Garamond"/>
        </w:rPr>
      </w:pPr>
      <w:r w:rsidRPr="00201FCB">
        <w:rPr>
          <w:rFonts w:ascii="Garamond" w:hAnsi="Garamond"/>
        </w:rPr>
        <w:t>Riya finally turned, her gaze calm but unflinching.</w:t>
      </w:r>
    </w:p>
    <w:p w:rsidR="00544EB1" w:rsidRPr="00201FCB" w:rsidRDefault="00544EB1" w:rsidP="00201FCB">
      <w:pPr>
        <w:pStyle w:val="NormalWeb"/>
        <w:spacing w:line="480" w:lineRule="auto"/>
        <w:rPr>
          <w:rFonts w:ascii="Garamond" w:hAnsi="Garamond"/>
        </w:rPr>
      </w:pPr>
      <w:r w:rsidRPr="00201FCB">
        <w:rPr>
          <w:rFonts w:ascii="Garamond" w:hAnsi="Garamond"/>
        </w:rPr>
        <w:t>“This isn’t a classroom, Sumit. It’s a chessboard. And the only way to win is to play with pieces the other side doesn’t see coming.”</w:t>
      </w:r>
    </w:p>
    <w:p w:rsidR="00544EB1" w:rsidRPr="00201FCB" w:rsidRDefault="00544EB1" w:rsidP="00201FCB">
      <w:pPr>
        <w:pStyle w:val="NormalWeb"/>
        <w:spacing w:line="480" w:lineRule="auto"/>
        <w:rPr>
          <w:rFonts w:ascii="Garamond" w:hAnsi="Garamond"/>
        </w:rPr>
      </w:pPr>
      <w:r w:rsidRPr="00201FCB">
        <w:rPr>
          <w:rFonts w:ascii="Garamond" w:hAnsi="Garamond"/>
        </w:rPr>
        <w:t>There was a beat of silence.</w:t>
      </w:r>
    </w:p>
    <w:p w:rsidR="00544EB1" w:rsidRPr="00201FCB" w:rsidRDefault="00544EB1" w:rsidP="00201FCB">
      <w:pPr>
        <w:pStyle w:val="NormalWeb"/>
        <w:spacing w:line="480" w:lineRule="auto"/>
        <w:rPr>
          <w:rFonts w:ascii="Garamond" w:hAnsi="Garamond"/>
        </w:rPr>
      </w:pPr>
      <w:r w:rsidRPr="00201FCB">
        <w:rPr>
          <w:rFonts w:ascii="Garamond" w:hAnsi="Garamond"/>
        </w:rPr>
        <w:t>“You want clean lines?” she added. “Then you’re in the wrong building.”</w:t>
      </w:r>
    </w:p>
    <w:p w:rsidR="00544EB1" w:rsidRPr="00201FCB" w:rsidRDefault="00544EB1" w:rsidP="00201FCB">
      <w:pPr>
        <w:autoSpaceDE w:val="0"/>
        <w:autoSpaceDN w:val="0"/>
        <w:spacing w:before="60" w:after="0" w:line="480" w:lineRule="auto"/>
        <w:rPr>
          <w:rFonts w:ascii="Garamond" w:eastAsia="Charis SIL Regular" w:hAnsi="Garamond"/>
          <w:color w:val="000000"/>
          <w:sz w:val="24"/>
          <w:szCs w:val="24"/>
        </w:rPr>
      </w:pPr>
    </w:p>
    <w:p w:rsidR="00544EB1" w:rsidRPr="00201FCB" w:rsidRDefault="00A565DF" w:rsidP="00201FCB">
      <w:pPr>
        <w:autoSpaceDE w:val="0"/>
        <w:autoSpaceDN w:val="0"/>
        <w:spacing w:before="60" w:after="0" w:line="480" w:lineRule="auto"/>
        <w:rPr>
          <w:rFonts w:ascii="Garamond" w:hAnsi="Garamond"/>
          <w:sz w:val="24"/>
          <w:szCs w:val="24"/>
        </w:rPr>
      </w:pPr>
      <w:r w:rsidRPr="00201FCB">
        <w:rPr>
          <w:rFonts w:ascii="Garamond" w:eastAsia="Charis SIL Regular" w:hAnsi="Garamond"/>
          <w:color w:val="000000"/>
          <w:sz w:val="24"/>
          <w:szCs w:val="24"/>
        </w:rPr>
        <w:lastRenderedPageBreak/>
        <w:t xml:space="preserve"> "Of course, ma'am! I believe I understand now. Let me pull up the latest</w:t>
      </w:r>
      <w:r w:rsidR="0036109D" w:rsidRPr="00201FCB">
        <w:rPr>
          <w:rFonts w:ascii="Garamond" w:hAnsi="Garamond"/>
          <w:sz w:val="24"/>
          <w:szCs w:val="24"/>
        </w:rPr>
        <w:t xml:space="preserve"> </w:t>
      </w:r>
      <w:r w:rsidRPr="00201FCB">
        <w:rPr>
          <w:rFonts w:ascii="Garamond" w:eastAsia="Charis SIL Regular" w:hAnsi="Garamond"/>
          <w:color w:val="000000"/>
          <w:sz w:val="24"/>
          <w:szCs w:val="24"/>
        </w:rPr>
        <w:t>data on satellite proximity and capabilities. I'll get back to you shortly with a list of potential candidates." With renewed focus, he turned to his terminal, his fingers flying across the keyboard as he delved into the complex web of orbital mechanics and satellite technology</w:t>
      </w:r>
      <w:r w:rsidR="00544EB1" w:rsidRPr="00201FCB">
        <w:rPr>
          <w:rFonts w:ascii="Garamond" w:hAnsi="Garamond"/>
          <w:sz w:val="24"/>
          <w:szCs w:val="24"/>
        </w:rPr>
        <w:t>, but something had changed. The map on his screen — once just a cluster of glowing arcs and rotating telemetry — now looked different. Less like a diagram. More like a war room. Every satellite was a sentry, every orbit a surveillance path, every flicker of interference a potential opening — or an ambush.</w:t>
      </w:r>
    </w:p>
    <w:p w:rsidR="00544EB1" w:rsidRPr="00201FCB" w:rsidRDefault="00544EB1" w:rsidP="00201FCB">
      <w:pPr>
        <w:pStyle w:val="NormalWeb"/>
        <w:spacing w:line="480" w:lineRule="auto"/>
        <w:rPr>
          <w:rFonts w:ascii="Garamond" w:hAnsi="Garamond"/>
        </w:rPr>
      </w:pPr>
      <w:r w:rsidRPr="00201FCB">
        <w:rPr>
          <w:rFonts w:ascii="Garamond" w:hAnsi="Garamond"/>
        </w:rPr>
        <w:t>He sat a little straighter.</w:t>
      </w:r>
    </w:p>
    <w:p w:rsidR="00544EB1" w:rsidRPr="00201FCB" w:rsidRDefault="00544EB1" w:rsidP="00201FCB">
      <w:pPr>
        <w:pStyle w:val="NormalWeb"/>
        <w:spacing w:line="480" w:lineRule="auto"/>
        <w:rPr>
          <w:rFonts w:ascii="Garamond" w:hAnsi="Garamond"/>
        </w:rPr>
      </w:pPr>
      <w:r w:rsidRPr="00201FCB">
        <w:rPr>
          <w:rFonts w:ascii="Garamond" w:hAnsi="Garamond"/>
        </w:rPr>
        <w:t>He had spent years learning how these systems worked. Now, for the first time, he understood what they were really for.</w:t>
      </w:r>
    </w:p>
    <w:p w:rsidR="00544EB1" w:rsidRPr="00201FCB" w:rsidRDefault="00544EB1" w:rsidP="00201FCB">
      <w:pPr>
        <w:autoSpaceDE w:val="0"/>
        <w:autoSpaceDN w:val="0"/>
        <w:spacing w:before="60" w:after="0" w:line="480" w:lineRule="auto"/>
        <w:rPr>
          <w:rFonts w:ascii="Garamond" w:eastAsia="Charis SIL Regular" w:hAnsi="Garamond"/>
          <w:color w:val="000000"/>
          <w:sz w:val="24"/>
          <w:szCs w:val="24"/>
        </w:rPr>
      </w:pPr>
    </w:p>
    <w:p w:rsidR="00F460A5" w:rsidRPr="00201FCB" w:rsidRDefault="00A565DF" w:rsidP="00201FCB">
      <w:pPr>
        <w:autoSpaceDE w:val="0"/>
        <w:autoSpaceDN w:val="0"/>
        <w:spacing w:before="60" w:after="0" w:line="480" w:lineRule="auto"/>
        <w:rPr>
          <w:rFonts w:ascii="Garamond" w:hAnsi="Garamond"/>
          <w:sz w:val="24"/>
          <w:szCs w:val="24"/>
        </w:rPr>
        <w:sectPr w:rsidR="00F460A5" w:rsidRPr="00201FCB">
          <w:pgSz w:w="8000" w:h="12000"/>
          <w:pgMar w:top="296" w:right="816" w:bottom="1440" w:left="660" w:header="720" w:footer="720" w:gutter="0"/>
          <w:cols w:space="720"/>
          <w:docGrid w:linePitch="360"/>
        </w:sectPr>
      </w:pPr>
      <w:r w:rsidRPr="00201FCB">
        <w:rPr>
          <w:rFonts w:ascii="Garamond" w:eastAsia="Charis SIL Regular" w:hAnsi="Garamond"/>
          <w:color w:val="000000"/>
          <w:sz w:val="24"/>
          <w:szCs w:val="24"/>
        </w:rPr>
        <w:t xml:space="preserve">Meanwhile, as the digital clock on the big screen showed 08 </w:t>
      </w:r>
      <w:proofErr w:type="spellStart"/>
      <w:r w:rsidRPr="00201FCB">
        <w:rPr>
          <w:rFonts w:ascii="Garamond" w:eastAsia="Charis SIL Regular" w:hAnsi="Garamond"/>
          <w:color w:val="000000"/>
          <w:sz w:val="24"/>
          <w:szCs w:val="24"/>
        </w:rPr>
        <w:t>hrs</w:t>
      </w:r>
      <w:proofErr w:type="spellEnd"/>
      <w:r w:rsidRPr="00201FCB">
        <w:rPr>
          <w:rFonts w:ascii="Garamond" w:eastAsia="Charis SIL Regular" w:hAnsi="Garamond"/>
          <w:color w:val="000000"/>
          <w:sz w:val="24"/>
          <w:szCs w:val="24"/>
        </w:rPr>
        <w:t xml:space="preserve"> 46min 28sec, </w:t>
      </w:r>
      <w:r w:rsidR="00DB35AB" w:rsidRPr="00201FCB">
        <w:rPr>
          <w:rFonts w:ascii="Garamond" w:eastAsia="Charis SIL Regular" w:hAnsi="Garamond"/>
          <w:color w:val="000000"/>
          <w:sz w:val="24"/>
          <w:szCs w:val="24"/>
        </w:rPr>
        <w:t>Riya</w:t>
      </w:r>
      <w:r w:rsidRPr="00201FCB">
        <w:rPr>
          <w:rFonts w:ascii="Garamond" w:eastAsia="Charis SIL Regular" w:hAnsi="Garamond"/>
          <w:color w:val="000000"/>
          <w:sz w:val="24"/>
          <w:szCs w:val="24"/>
        </w:rPr>
        <w:t xml:space="preserve"> looked outside through the only window in the </w:t>
      </w:r>
      <w:r w:rsidRPr="00201FCB">
        <w:rPr>
          <w:rFonts w:ascii="Garamond" w:eastAsia="Charis SIL Regular" w:hAnsi="Garamond"/>
          <w:color w:val="000000"/>
          <w:sz w:val="24"/>
          <w:szCs w:val="24"/>
        </w:rPr>
        <w:lastRenderedPageBreak/>
        <w:t>room, up into the blue Bangalore sky but her thoughts were much beyond the limitations of her vision.</w:t>
      </w:r>
    </w:p>
    <w:p w:rsidR="00F460A5" w:rsidRPr="00201FCB" w:rsidRDefault="00A565DF"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lastRenderedPageBreak/>
        <w:t>Chapter 7 Hide and seek</w:t>
      </w:r>
    </w:p>
    <w:p w:rsidR="0036109D" w:rsidRPr="00201FCB" w:rsidRDefault="001E7288" w:rsidP="00201FCB">
      <w:pPr>
        <w:autoSpaceDE w:val="0"/>
        <w:autoSpaceDN w:val="0"/>
        <w:spacing w:after="0" w:line="480" w:lineRule="auto"/>
        <w:rPr>
          <w:rFonts w:ascii="Garamond" w:hAnsi="Garamond"/>
          <w:sz w:val="24"/>
          <w:szCs w:val="24"/>
        </w:rPr>
      </w:pPr>
      <w:r w:rsidRPr="00201FCB">
        <w:rPr>
          <w:rFonts w:ascii="Garamond" w:eastAsia="Charis SIL Bold" w:hAnsi="Garamond"/>
          <w:color w:val="000000"/>
          <w:sz w:val="24"/>
          <w:szCs w:val="24"/>
        </w:rPr>
        <w:t>NWFP-</w:t>
      </w:r>
      <w:proofErr w:type="spellStart"/>
      <w:r w:rsidRPr="00201FCB">
        <w:rPr>
          <w:rFonts w:ascii="Garamond" w:eastAsia="Charis SIL Bold" w:hAnsi="Garamond"/>
          <w:color w:val="000000"/>
          <w:sz w:val="24"/>
          <w:szCs w:val="24"/>
        </w:rPr>
        <w:t>Balochistan</w:t>
      </w:r>
      <w:proofErr w:type="spellEnd"/>
      <w:r w:rsidRPr="00201FCB">
        <w:rPr>
          <w:rFonts w:ascii="Garamond" w:eastAsia="Charis SIL Bold" w:hAnsi="Garamond"/>
          <w:color w:val="000000"/>
          <w:sz w:val="24"/>
          <w:szCs w:val="24"/>
        </w:rPr>
        <w:t xml:space="preserve"> border 1030</w:t>
      </w:r>
      <w:r w:rsidR="0036109D" w:rsidRPr="00201FCB">
        <w:rPr>
          <w:rFonts w:ascii="Garamond" w:eastAsia="Charis SIL Bold" w:hAnsi="Garamond"/>
          <w:color w:val="000000"/>
          <w:sz w:val="24"/>
          <w:szCs w:val="24"/>
        </w:rPr>
        <w:t xml:space="preserve"> </w:t>
      </w:r>
      <w:proofErr w:type="spellStart"/>
      <w:r w:rsidR="0036109D" w:rsidRPr="00201FCB">
        <w:rPr>
          <w:rFonts w:ascii="Garamond" w:eastAsia="Charis SIL Bold" w:hAnsi="Garamond"/>
          <w:color w:val="000000"/>
          <w:sz w:val="24"/>
          <w:szCs w:val="24"/>
        </w:rPr>
        <w:t>hrs</w:t>
      </w:r>
      <w:proofErr w:type="spellEnd"/>
    </w:p>
    <w:p w:rsidR="00ED20E8" w:rsidRPr="00201FCB" w:rsidRDefault="00DB35AB" w:rsidP="00201FCB">
      <w:pPr>
        <w:autoSpaceDE w:val="0"/>
        <w:autoSpaceDN w:val="0"/>
        <w:spacing w:before="292" w:after="0" w:line="480" w:lineRule="auto"/>
        <w:rPr>
          <w:rFonts w:ascii="Garamond" w:eastAsia="Charis SIL Regular" w:hAnsi="Garamond"/>
          <w:color w:val="000000"/>
          <w:sz w:val="24"/>
          <w:szCs w:val="24"/>
        </w:rPr>
      </w:pPr>
      <w:r w:rsidRPr="00201FCB">
        <w:rPr>
          <w:rFonts w:ascii="Garamond" w:eastAsia="Charis SIL Bold" w:hAnsi="Garamond"/>
          <w:color w:val="000000"/>
          <w:sz w:val="24"/>
          <w:szCs w:val="24"/>
        </w:rPr>
        <w:t>Major</w:t>
      </w:r>
      <w:r w:rsidR="00A565DF" w:rsidRPr="00201FCB">
        <w:rPr>
          <w:rFonts w:ascii="Garamond" w:eastAsia="Charis SIL Bold" w:hAnsi="Garamond"/>
          <w:color w:val="000000"/>
          <w:sz w:val="24"/>
          <w:szCs w:val="24"/>
        </w:rPr>
        <w:t xml:space="preserve"> </w:t>
      </w:r>
      <w:r w:rsidRPr="00201FCB">
        <w:rPr>
          <w:rFonts w:ascii="Garamond" w:eastAsia="Charis SIL Bold" w:hAnsi="Garamond"/>
          <w:color w:val="000000"/>
          <w:sz w:val="24"/>
          <w:szCs w:val="24"/>
        </w:rPr>
        <w:t>Aarav</w:t>
      </w:r>
      <w:r w:rsidR="00A565DF" w:rsidRPr="00201FCB">
        <w:rPr>
          <w:rFonts w:ascii="Garamond" w:eastAsia="Charis SIL Bold" w:hAnsi="Garamond"/>
          <w:color w:val="000000"/>
          <w:sz w:val="24"/>
          <w:szCs w:val="24"/>
        </w:rPr>
        <w:t xml:space="preserve"> Singh</w:t>
      </w:r>
      <w:r w:rsidR="00A565DF" w:rsidRPr="00201FCB">
        <w:rPr>
          <w:rFonts w:ascii="Garamond" w:eastAsia="Charis SIL Regular" w:hAnsi="Garamond"/>
          <w:color w:val="000000"/>
          <w:sz w:val="24"/>
          <w:szCs w:val="24"/>
        </w:rPr>
        <w:t xml:space="preserve"> and his men were still half a day away from </w:t>
      </w:r>
      <w:proofErr w:type="spellStart"/>
      <w:r w:rsidR="00A565DF" w:rsidRPr="00201FCB">
        <w:rPr>
          <w:rFonts w:ascii="Garamond" w:eastAsia="Charis SIL Regular" w:hAnsi="Garamond"/>
          <w:color w:val="000000"/>
          <w:sz w:val="24"/>
          <w:szCs w:val="24"/>
        </w:rPr>
        <w:t>there</w:t>
      </w:r>
      <w:proofErr w:type="spellEnd"/>
      <w:r w:rsidR="00A565DF" w:rsidRPr="00201FCB">
        <w:rPr>
          <w:rFonts w:ascii="Garamond" w:eastAsia="Charis SIL Regular" w:hAnsi="Garamond"/>
          <w:color w:val="000000"/>
          <w:sz w:val="24"/>
          <w:szCs w:val="24"/>
        </w:rPr>
        <w:t xml:space="preserve"> primary target. The presence of Pakistani special forces, equally well trained and battle hardened, was probably the </w:t>
      </w:r>
      <w:proofErr w:type="spellStart"/>
      <w:r w:rsidR="00A565DF" w:rsidRPr="00201FCB">
        <w:rPr>
          <w:rFonts w:ascii="Garamond" w:eastAsia="Charis SIL Regular" w:hAnsi="Garamond"/>
          <w:color w:val="000000"/>
          <w:sz w:val="24"/>
          <w:szCs w:val="24"/>
        </w:rPr>
        <w:t>worse case</w:t>
      </w:r>
      <w:proofErr w:type="spellEnd"/>
      <w:r w:rsidR="00A565DF" w:rsidRPr="00201FCB">
        <w:rPr>
          <w:rFonts w:ascii="Garamond" w:eastAsia="Charis SIL Regular" w:hAnsi="Garamond"/>
          <w:color w:val="000000"/>
          <w:sz w:val="24"/>
          <w:szCs w:val="24"/>
        </w:rPr>
        <w:t xml:space="preserve"> scenario for their mission.</w:t>
      </w:r>
      <w:r w:rsidR="00A565DF" w:rsidRPr="00201FCB">
        <w:rPr>
          <w:rFonts w:ascii="Garamond" w:eastAsia="Charis SIL Bold" w:hAnsi="Garamond"/>
          <w:color w:val="000000"/>
          <w:sz w:val="24"/>
          <w:szCs w:val="24"/>
        </w:rPr>
        <w:t xml:space="preserve"> </w:t>
      </w:r>
      <w:r w:rsidRPr="00201FCB">
        <w:rPr>
          <w:rFonts w:ascii="Garamond" w:eastAsia="Charis SIL Bold" w:hAnsi="Garamond"/>
          <w:color w:val="000000"/>
          <w:sz w:val="24"/>
          <w:szCs w:val="24"/>
        </w:rPr>
        <w:t>Major</w:t>
      </w:r>
      <w:r w:rsidR="00A565DF" w:rsidRPr="00201FCB">
        <w:rPr>
          <w:rFonts w:ascii="Garamond" w:eastAsia="Charis SIL Bold" w:hAnsi="Garamond"/>
          <w:color w:val="000000"/>
          <w:sz w:val="24"/>
          <w:szCs w:val="24"/>
        </w:rPr>
        <w:t xml:space="preserve"> </w:t>
      </w:r>
      <w:r w:rsidRPr="00201FCB">
        <w:rPr>
          <w:rFonts w:ascii="Garamond" w:eastAsia="Charis SIL Bold" w:hAnsi="Garamond"/>
          <w:color w:val="000000"/>
          <w:sz w:val="24"/>
          <w:szCs w:val="24"/>
        </w:rPr>
        <w:t>Aarav</w:t>
      </w:r>
      <w:r w:rsidR="00A565DF" w:rsidRPr="00201FCB">
        <w:rPr>
          <w:rFonts w:ascii="Garamond" w:eastAsia="Charis SIL Bold" w:hAnsi="Garamond"/>
          <w:color w:val="000000"/>
          <w:sz w:val="24"/>
          <w:szCs w:val="24"/>
        </w:rPr>
        <w:t xml:space="preserve"> Singh</w:t>
      </w:r>
      <w:r w:rsidR="00A565DF" w:rsidRPr="00201FCB">
        <w:rPr>
          <w:rFonts w:ascii="Garamond" w:eastAsia="Charis SIL Regular" w:hAnsi="Garamond"/>
          <w:color w:val="000000"/>
          <w:sz w:val="24"/>
          <w:szCs w:val="24"/>
        </w:rPr>
        <w:t xml:space="preserve"> ordered his men to form offense formation knowing well this could end catastrophically for them personally, but much worse the whole mission would fail even before it started. The ten fighters activated their digital defense screen and aimed their plasma guns towards the Pakistani special forces waiting for further command. At any moment now the enemy forces should </w:t>
      </w:r>
      <w:proofErr w:type="spellStart"/>
      <w:r w:rsidR="00A565DF" w:rsidRPr="00201FCB">
        <w:rPr>
          <w:rFonts w:ascii="Garamond" w:eastAsia="Charis SIL Regular" w:hAnsi="Garamond"/>
          <w:color w:val="000000"/>
          <w:sz w:val="24"/>
          <w:szCs w:val="24"/>
        </w:rPr>
        <w:t>pickup</w:t>
      </w:r>
      <w:proofErr w:type="spellEnd"/>
      <w:r w:rsidR="00A565DF" w:rsidRPr="00201FCB">
        <w:rPr>
          <w:rFonts w:ascii="Garamond" w:eastAsia="Charis SIL Regular" w:hAnsi="Garamond"/>
          <w:color w:val="000000"/>
          <w:sz w:val="24"/>
          <w:szCs w:val="24"/>
        </w:rPr>
        <w:t xml:space="preserve"> their digital signatures. </w:t>
      </w:r>
      <w:r w:rsidRPr="00201FCB">
        <w:rPr>
          <w:rFonts w:ascii="Garamond" w:eastAsia="Charis SIL Regular" w:hAnsi="Garamond"/>
          <w:color w:val="000000"/>
          <w:sz w:val="24"/>
          <w:szCs w:val="24"/>
        </w:rPr>
        <w:t>Major</w:t>
      </w:r>
      <w:r w:rsidR="00A565DF" w:rsidRPr="00201FCB">
        <w:rPr>
          <w:rFonts w:ascii="Garamond" w:eastAsia="Charis SIL Regular" w:hAnsi="Garamond"/>
          <w:color w:val="000000"/>
          <w:sz w:val="24"/>
          <w:szCs w:val="24"/>
        </w:rPr>
        <w:t xml:space="preserve"> </w:t>
      </w:r>
      <w:r w:rsidRPr="00201FCB">
        <w:rPr>
          <w:rFonts w:ascii="Garamond" w:eastAsia="Charis SIL Regular" w:hAnsi="Garamond"/>
          <w:color w:val="000000"/>
          <w:sz w:val="24"/>
          <w:szCs w:val="24"/>
        </w:rPr>
        <w:t>Aarav</w:t>
      </w:r>
      <w:r w:rsidR="00A565DF" w:rsidRPr="00201FCB">
        <w:rPr>
          <w:rFonts w:ascii="Garamond" w:eastAsia="Charis SIL Regular" w:hAnsi="Garamond"/>
          <w:color w:val="000000"/>
          <w:sz w:val="24"/>
          <w:szCs w:val="24"/>
        </w:rPr>
        <w:t xml:space="preserve"> Singh and his men held their breath, their offense formation a bold move that could easily be their undoing. The Pakistani special forces, seemingly oblivious to the Indian commandos, continued on their path, their determination unwavering. It was almost as if they were on a mission of their own, one that didn't involve the interception of their rivals. The Indian plasma guns remained fixed on their counterparts, the digital defense </w:t>
      </w:r>
      <w:r w:rsidR="00A565DF" w:rsidRPr="00201FCB">
        <w:rPr>
          <w:rFonts w:ascii="Garamond" w:eastAsia="Charis SIL Regular" w:hAnsi="Garamond"/>
          <w:color w:val="000000"/>
          <w:sz w:val="24"/>
          <w:szCs w:val="24"/>
        </w:rPr>
        <w:lastRenderedPageBreak/>
        <w:t xml:space="preserve">screen providing a temporary shield. </w:t>
      </w:r>
      <w:r w:rsidRPr="00201FCB">
        <w:rPr>
          <w:rFonts w:ascii="Garamond" w:eastAsia="Charis SIL Regular" w:hAnsi="Garamond"/>
          <w:color w:val="000000"/>
          <w:sz w:val="24"/>
          <w:szCs w:val="24"/>
        </w:rPr>
        <w:t>Aarav</w:t>
      </w:r>
      <w:r w:rsidR="00A565DF" w:rsidRPr="00201FCB">
        <w:rPr>
          <w:rFonts w:ascii="Garamond" w:eastAsia="Charis SIL Regular" w:hAnsi="Garamond"/>
          <w:color w:val="000000"/>
          <w:sz w:val="24"/>
          <w:szCs w:val="24"/>
        </w:rPr>
        <w:t xml:space="preserve"> breathed a sigh of relief once the Pakistanis were out of the digital arc and ordered his troops to lower the </w:t>
      </w:r>
      <w:proofErr w:type="gramStart"/>
      <w:r w:rsidR="00A565DF" w:rsidRPr="00201FCB">
        <w:rPr>
          <w:rFonts w:ascii="Garamond" w:eastAsia="Charis SIL Regular" w:hAnsi="Garamond"/>
          <w:color w:val="000000"/>
          <w:sz w:val="24"/>
          <w:szCs w:val="24"/>
        </w:rPr>
        <w:t>shields.</w:t>
      </w:r>
      <w:r w:rsidR="00ED20E8" w:rsidRPr="00201FCB">
        <w:rPr>
          <w:rFonts w:ascii="Garamond" w:eastAsia="Times New Roman" w:hAnsi="Garamond" w:cs="Times New Roman"/>
          <w:sz w:val="24"/>
          <w:szCs w:val="24"/>
          <w:lang w:val="en-IN" w:eastAsia="en-IN"/>
        </w:rPr>
        <w:t>The</w:t>
      </w:r>
      <w:proofErr w:type="gramEnd"/>
      <w:r w:rsidR="00ED20E8" w:rsidRPr="00201FCB">
        <w:rPr>
          <w:rFonts w:ascii="Garamond" w:eastAsia="Times New Roman" w:hAnsi="Garamond" w:cs="Times New Roman"/>
          <w:sz w:val="24"/>
          <w:szCs w:val="24"/>
          <w:lang w:val="en-IN" w:eastAsia="en-IN"/>
        </w:rPr>
        <w:t xml:space="preserve"> tension still clung to the air long after the silhouettes of the Pakistani soldiers had disappeared over the ridge. </w:t>
      </w:r>
      <w:r w:rsidRPr="00201FCB">
        <w:rPr>
          <w:rFonts w:ascii="Garamond" w:eastAsia="Times New Roman" w:hAnsi="Garamond" w:cs="Times New Roman"/>
          <w:sz w:val="24"/>
          <w:szCs w:val="24"/>
          <w:lang w:val="en-IN" w:eastAsia="en-IN"/>
        </w:rPr>
        <w:t>Major</w:t>
      </w:r>
      <w:r w:rsidR="00ED20E8"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Singh exhaled slowly, </w:t>
      </w:r>
      <w:proofErr w:type="spellStart"/>
      <w:r w:rsidR="00ED20E8" w:rsidRPr="00201FCB">
        <w:rPr>
          <w:rFonts w:ascii="Garamond" w:eastAsia="Times New Roman" w:hAnsi="Garamond" w:cs="Times New Roman"/>
          <w:sz w:val="24"/>
          <w:szCs w:val="24"/>
          <w:lang w:val="en-IN" w:eastAsia="en-IN"/>
        </w:rPr>
        <w:t>signaling</w:t>
      </w:r>
      <w:proofErr w:type="spellEnd"/>
      <w:r w:rsidR="00ED20E8" w:rsidRPr="00201FCB">
        <w:rPr>
          <w:rFonts w:ascii="Garamond" w:eastAsia="Times New Roman" w:hAnsi="Garamond" w:cs="Times New Roman"/>
          <w:sz w:val="24"/>
          <w:szCs w:val="24"/>
          <w:lang w:val="en-IN" w:eastAsia="en-IN"/>
        </w:rPr>
        <w:t xml:space="preserve"> his men to lower their plasma rifles. Their digital shields flickered off with a soft hum, leaving them exposed once more to the merciless terrain.</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“Status check,”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’s voice came through the </w:t>
      </w:r>
      <w:proofErr w:type="spellStart"/>
      <w:r w:rsidRPr="00201FCB">
        <w:rPr>
          <w:rFonts w:ascii="Garamond" w:eastAsia="Times New Roman" w:hAnsi="Garamond" w:cs="Times New Roman"/>
          <w:sz w:val="24"/>
          <w:szCs w:val="24"/>
          <w:lang w:val="en-IN" w:eastAsia="en-IN"/>
        </w:rPr>
        <w:t>comms</w:t>
      </w:r>
      <w:proofErr w:type="spellEnd"/>
      <w:r w:rsidRPr="00201FCB">
        <w:rPr>
          <w:rFonts w:ascii="Garamond" w:eastAsia="Times New Roman" w:hAnsi="Garamond" w:cs="Times New Roman"/>
          <w:sz w:val="24"/>
          <w:szCs w:val="24"/>
          <w:lang w:val="en-IN" w:eastAsia="en-IN"/>
        </w:rPr>
        <w:t>, quiet but sharp.</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"Minor power drain, nothing critical," Reddy responded. "But we won’t last another engagement without a recharge."</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glanced at the counter on his HUD: </w:t>
      </w:r>
      <w:r w:rsidR="00ED20E8" w:rsidRPr="00201FCB">
        <w:rPr>
          <w:rFonts w:ascii="Garamond" w:eastAsia="Times New Roman" w:hAnsi="Garamond" w:cs="Times New Roman"/>
          <w:bCs/>
          <w:sz w:val="24"/>
          <w:szCs w:val="24"/>
          <w:lang w:val="en-IN" w:eastAsia="en-IN"/>
        </w:rPr>
        <w:t>07:19:45</w:t>
      </w:r>
      <w:r w:rsidR="00ED20E8" w:rsidRPr="00201FCB">
        <w:rPr>
          <w:rFonts w:ascii="Garamond" w:eastAsia="Times New Roman" w:hAnsi="Garamond" w:cs="Times New Roman"/>
          <w:sz w:val="24"/>
          <w:szCs w:val="24"/>
          <w:lang w:val="en-IN" w:eastAsia="en-IN"/>
        </w:rPr>
        <w:t xml:space="preserve"> and counting. They were still half a day away from the primary target, but time wasn’t their biggest enemy now—</w:t>
      </w:r>
      <w:r w:rsidR="00ED20E8" w:rsidRPr="00201FCB">
        <w:rPr>
          <w:rFonts w:ascii="Garamond" w:eastAsia="Times New Roman" w:hAnsi="Garamond" w:cs="Times New Roman"/>
          <w:bCs/>
          <w:sz w:val="24"/>
          <w:szCs w:val="24"/>
          <w:lang w:val="en-IN" w:eastAsia="en-IN"/>
        </w:rPr>
        <w:t>power</w:t>
      </w:r>
      <w:r w:rsidR="00ED20E8" w:rsidRPr="00201FCB">
        <w:rPr>
          <w:rFonts w:ascii="Garamond" w:eastAsia="Times New Roman" w:hAnsi="Garamond" w:cs="Times New Roman"/>
          <w:sz w:val="24"/>
          <w:szCs w:val="24"/>
          <w:lang w:val="en-IN" w:eastAsia="en-IN"/>
        </w:rPr>
        <w:t xml:space="preserve"> was.</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"Find cover. We need sun, and fast,"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ordered.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 squad veered off the ravine trail, climbing a narrow escarpment where rocky outcrops shimmered under the rising sun. Drones, now low on battery themselves, hovered sluggishly as they mapped the terrain ahead.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Fifteen minutes later, Reddy </w:t>
      </w:r>
      <w:proofErr w:type="spellStart"/>
      <w:r w:rsidRPr="00201FCB">
        <w:rPr>
          <w:rFonts w:ascii="Garamond" w:eastAsia="Times New Roman" w:hAnsi="Garamond" w:cs="Times New Roman"/>
          <w:sz w:val="24"/>
          <w:szCs w:val="24"/>
          <w:lang w:val="en-IN" w:eastAsia="en-IN"/>
        </w:rPr>
        <w:t>signaled</w:t>
      </w:r>
      <w:proofErr w:type="spellEnd"/>
      <w:r w:rsidRPr="00201FCB">
        <w:rPr>
          <w:rFonts w:ascii="Garamond" w:eastAsia="Times New Roman" w:hAnsi="Garamond" w:cs="Times New Roman"/>
          <w:sz w:val="24"/>
          <w:szCs w:val="24"/>
          <w:lang w:val="en-IN" w:eastAsia="en-IN"/>
        </w:rPr>
        <w:t>. “</w:t>
      </w:r>
      <w:r w:rsidR="00DB35AB" w:rsidRPr="00201FCB">
        <w:rPr>
          <w:rFonts w:ascii="Garamond" w:eastAsia="Times New Roman" w:hAnsi="Garamond" w:cs="Times New Roman"/>
          <w:sz w:val="24"/>
          <w:szCs w:val="24"/>
          <w:lang w:val="en-IN" w:eastAsia="en-IN"/>
        </w:rPr>
        <w:t>Major</w:t>
      </w:r>
      <w:r w:rsidRPr="00201FCB">
        <w:rPr>
          <w:rFonts w:ascii="Garamond" w:eastAsia="Times New Roman" w:hAnsi="Garamond" w:cs="Times New Roman"/>
          <w:sz w:val="24"/>
          <w:szCs w:val="24"/>
          <w:lang w:val="en-IN" w:eastAsia="en-IN"/>
        </w:rPr>
        <w:t>—ridge up ahea</w:t>
      </w:r>
      <w:r w:rsidR="001E7288" w:rsidRPr="00201FCB">
        <w:rPr>
          <w:rFonts w:ascii="Garamond" w:eastAsia="Times New Roman" w:hAnsi="Garamond" w:cs="Times New Roman"/>
          <w:sz w:val="24"/>
          <w:szCs w:val="24"/>
          <w:lang w:val="en-IN" w:eastAsia="en-IN"/>
        </w:rPr>
        <w:t>d, decent exposure, full northern</w:t>
      </w:r>
      <w:r w:rsidRPr="00201FCB">
        <w:rPr>
          <w:rFonts w:ascii="Garamond" w:eastAsia="Times New Roman" w:hAnsi="Garamond" w:cs="Times New Roman"/>
          <w:sz w:val="24"/>
          <w:szCs w:val="24"/>
          <w:lang w:val="en-IN" w:eastAsia="en-IN"/>
        </w:rPr>
        <w:t xml:space="preserve"> face.”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“Move,”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said. “No noise, no trails.”</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commandos ascended the last stretch with silent precision, boots making no sound against the gravel. At the crest, the harsh landscape opened up to a ledge bathed in golden sunlight. The team collapsed into position, forming a perimeter. Solar panels unfolded from their </w:t>
      </w:r>
      <w:proofErr w:type="spellStart"/>
      <w:r w:rsidRPr="00201FCB">
        <w:rPr>
          <w:rFonts w:ascii="Garamond" w:eastAsia="Times New Roman" w:hAnsi="Garamond" w:cs="Times New Roman"/>
          <w:sz w:val="24"/>
          <w:szCs w:val="24"/>
          <w:lang w:val="en-IN" w:eastAsia="en-IN"/>
        </w:rPr>
        <w:t>exosuits</w:t>
      </w:r>
      <w:proofErr w:type="spellEnd"/>
      <w:r w:rsidRPr="00201FCB">
        <w:rPr>
          <w:rFonts w:ascii="Garamond" w:eastAsia="Times New Roman" w:hAnsi="Garamond" w:cs="Times New Roman"/>
          <w:sz w:val="24"/>
          <w:szCs w:val="24"/>
          <w:lang w:val="en-IN" w:eastAsia="en-IN"/>
        </w:rPr>
        <w:t xml:space="preserve"> with soft mechanical clicks, angling toward the sun like artificial petals in bloom.</w:t>
      </w:r>
      <w:r w:rsidR="001E7288" w:rsidRPr="00201FCB">
        <w:rPr>
          <w:rFonts w:ascii="Garamond" w:eastAsia="Times New Roman" w:hAnsi="Garamond" w:cs="Times New Roman"/>
          <w:sz w:val="24"/>
          <w:szCs w:val="24"/>
          <w:lang w:val="en-IN" w:eastAsia="en-IN"/>
        </w:rPr>
        <w:t xml:space="preserve"> The micro drones attached themselves to the sockets on the </w:t>
      </w:r>
      <w:proofErr w:type="spellStart"/>
      <w:r w:rsidR="001E7288" w:rsidRPr="00201FCB">
        <w:rPr>
          <w:rFonts w:ascii="Garamond" w:eastAsia="Times New Roman" w:hAnsi="Garamond" w:cs="Times New Roman"/>
          <w:sz w:val="24"/>
          <w:szCs w:val="24"/>
          <w:lang w:val="en-IN" w:eastAsia="en-IN"/>
        </w:rPr>
        <w:t>exosuit</w:t>
      </w:r>
      <w:proofErr w:type="spellEnd"/>
      <w:r w:rsidR="001E7288" w:rsidRPr="00201FCB">
        <w:rPr>
          <w:rFonts w:ascii="Garamond" w:eastAsia="Times New Roman" w:hAnsi="Garamond" w:cs="Times New Roman"/>
          <w:sz w:val="24"/>
          <w:szCs w:val="24"/>
          <w:lang w:val="en-IN" w:eastAsia="en-IN"/>
        </w:rPr>
        <w:t xml:space="preserve"> as if tired babies were suckling their </w:t>
      </w:r>
      <w:proofErr w:type="spellStart"/>
      <w:r w:rsidR="001E7288" w:rsidRPr="00201FCB">
        <w:rPr>
          <w:rFonts w:ascii="Garamond" w:eastAsia="Times New Roman" w:hAnsi="Garamond" w:cs="Times New Roman"/>
          <w:sz w:val="24"/>
          <w:szCs w:val="24"/>
          <w:lang w:val="en-IN" w:eastAsia="en-IN"/>
        </w:rPr>
        <w:t>mothers</w:t>
      </w:r>
      <w:proofErr w:type="spellEnd"/>
      <w:r w:rsidR="001E7288" w:rsidRPr="00201FCB">
        <w:rPr>
          <w:rFonts w:ascii="Garamond" w:eastAsia="Times New Roman" w:hAnsi="Garamond" w:cs="Times New Roman"/>
          <w:sz w:val="24"/>
          <w:szCs w:val="24"/>
          <w:lang w:val="en-IN" w:eastAsia="en-IN"/>
        </w:rPr>
        <w:t xml:space="preserve"> milk.</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It was quiet. Too quiet.</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Aarav</w:t>
      </w:r>
      <w:r w:rsidR="00ED20E8" w:rsidRPr="00201FCB">
        <w:rPr>
          <w:rFonts w:ascii="Garamond" w:eastAsia="Times New Roman" w:hAnsi="Garamond" w:cs="Times New Roman"/>
          <w:sz w:val="24"/>
          <w:szCs w:val="24"/>
          <w:lang w:val="en-IN" w:eastAsia="en-IN"/>
        </w:rPr>
        <w:t xml:space="preserve"> activated the thermal scanners. Nothing on the immediate horizon, but that meant little in these </w:t>
      </w:r>
      <w:proofErr w:type="spellStart"/>
      <w:r w:rsidR="00ED20E8" w:rsidRPr="00201FCB">
        <w:rPr>
          <w:rFonts w:ascii="Garamond" w:eastAsia="Times New Roman" w:hAnsi="Garamond" w:cs="Times New Roman"/>
          <w:sz w:val="24"/>
          <w:szCs w:val="24"/>
          <w:lang w:val="en-IN" w:eastAsia="en-IN"/>
        </w:rPr>
        <w:t>badlands</w:t>
      </w:r>
      <w:proofErr w:type="spellEnd"/>
      <w:r w:rsidR="00ED20E8" w:rsidRPr="00201FCB">
        <w:rPr>
          <w:rFonts w:ascii="Garamond" w:eastAsia="Times New Roman" w:hAnsi="Garamond" w:cs="Times New Roman"/>
          <w:sz w:val="24"/>
          <w:szCs w:val="24"/>
          <w:lang w:val="en-IN" w:eastAsia="en-IN"/>
        </w:rPr>
        <w:t>. Here, ambushes didn’t announce themselves—they whispered through the rocks until it was too late.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“Recharge cycle: 12 minutes,” one of the soldiers murmured.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Twelve minutes felt like twelve hours. Every breath felt loud. Every second,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’s eyes scanned the rocks, his finger poised near the quick-command for </w:t>
      </w:r>
      <w:proofErr w:type="spellStart"/>
      <w:r w:rsidRPr="00201FCB">
        <w:rPr>
          <w:rFonts w:ascii="Garamond" w:eastAsia="Times New Roman" w:hAnsi="Garamond" w:cs="Times New Roman"/>
          <w:sz w:val="24"/>
          <w:szCs w:val="24"/>
          <w:lang w:val="en-IN" w:eastAsia="en-IN"/>
        </w:rPr>
        <w:t>defense</w:t>
      </w:r>
      <w:proofErr w:type="spellEnd"/>
      <w:r w:rsidRPr="00201FCB">
        <w:rPr>
          <w:rFonts w:ascii="Garamond" w:eastAsia="Times New Roman" w:hAnsi="Garamond" w:cs="Times New Roman"/>
          <w:sz w:val="24"/>
          <w:szCs w:val="24"/>
          <w:lang w:val="en-IN" w:eastAsia="en-IN"/>
        </w:rPr>
        <w:t xml:space="preserve"> shields.</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Suddenly, a blip. Movement—just a flicker—on the edge of his HUD.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“Southeast quadrant. Reddy—verify.”</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Reddy tapped into the remaining live feeds from the drone network. "Could be a goat... or someone using one as a decoy. I don't like it."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“Neither do I,”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muttered. "Cancel standby—power up </w:t>
      </w:r>
      <w:proofErr w:type="spellStart"/>
      <w:r w:rsidRPr="00201FCB">
        <w:rPr>
          <w:rFonts w:ascii="Garamond" w:eastAsia="Times New Roman" w:hAnsi="Garamond" w:cs="Times New Roman"/>
          <w:sz w:val="24"/>
          <w:szCs w:val="24"/>
          <w:lang w:val="en-IN" w:eastAsia="en-IN"/>
        </w:rPr>
        <w:t>defense</w:t>
      </w:r>
      <w:proofErr w:type="spellEnd"/>
      <w:r w:rsidRPr="00201FCB">
        <w:rPr>
          <w:rFonts w:ascii="Garamond" w:eastAsia="Times New Roman" w:hAnsi="Garamond" w:cs="Times New Roman"/>
          <w:sz w:val="24"/>
          <w:szCs w:val="24"/>
          <w:lang w:val="en-IN" w:eastAsia="en-IN"/>
        </w:rPr>
        <w:t xml:space="preserve"> screens. Keep recharging but stay alert."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 soft buzz filled the air—distant at first, then clearer. Not voices. </w:t>
      </w:r>
      <w:r w:rsidRPr="00201FCB">
        <w:rPr>
          <w:rFonts w:ascii="Garamond" w:eastAsia="Times New Roman" w:hAnsi="Garamond" w:cs="Times New Roman"/>
          <w:bCs/>
          <w:sz w:val="24"/>
          <w:szCs w:val="24"/>
          <w:lang w:val="en-IN" w:eastAsia="en-IN"/>
        </w:rPr>
        <w:t>A drone.</w:t>
      </w:r>
      <w:r w:rsidRPr="00201FCB">
        <w:rPr>
          <w:rFonts w:ascii="Garamond" w:eastAsia="Times New Roman" w:hAnsi="Garamond" w:cs="Times New Roman"/>
          <w:sz w:val="24"/>
          <w:szCs w:val="24"/>
          <w:lang w:val="en-IN" w:eastAsia="en-IN"/>
        </w:rPr>
        <w:t xml:space="preserve"> But not theirs.</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instinctively ducked lower, checking the encryption pulse on their stealth field. Still active, but at reduced strength—</w:t>
      </w:r>
      <w:r w:rsidR="00ED20E8" w:rsidRPr="00201FCB">
        <w:rPr>
          <w:rFonts w:ascii="Garamond" w:eastAsia="Times New Roman" w:hAnsi="Garamond" w:cs="Times New Roman"/>
          <w:bCs/>
          <w:sz w:val="24"/>
          <w:szCs w:val="24"/>
          <w:lang w:val="en-IN" w:eastAsia="en-IN"/>
        </w:rPr>
        <w:t>the suits were getting thirsty for sunlight</w:t>
      </w:r>
      <w:r w:rsidR="00ED20E8" w:rsidRPr="00201FCB">
        <w:rPr>
          <w:rFonts w:ascii="Garamond" w:eastAsia="Times New Roman" w:hAnsi="Garamond" w:cs="Times New Roman"/>
          <w:sz w:val="24"/>
          <w:szCs w:val="24"/>
          <w:lang w:val="en-IN" w:eastAsia="en-IN"/>
        </w:rPr>
        <w: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“Ten minutes left,” Reddy said, eyes still on his scope.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"Ten more minutes in hell,"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replied grimly.</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Shadow Strikers crouched, statues bathed in sunlight, weapons ready, watching the skies. Not a word. Not a twitch. Just the brutal stillness of warriors hiding in plain sight, on borrowed time.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Somewhere beyond the ridge, the enemy moved, unaware that just over the crest, a sleeping storm was silently recharging its fire.</w:t>
      </w:r>
    </w:p>
    <w:p w:rsidR="00ED20E8" w:rsidRPr="00201FCB" w:rsidRDefault="00ED20E8" w:rsidP="00201FCB">
      <w:pPr>
        <w:autoSpaceDE w:val="0"/>
        <w:autoSpaceDN w:val="0"/>
        <w:spacing w:before="292" w:after="0" w:line="480" w:lineRule="auto"/>
        <w:rPr>
          <w:rFonts w:ascii="Garamond" w:hAnsi="Garamond"/>
          <w:sz w:val="24"/>
          <w:szCs w:val="24"/>
        </w:rPr>
      </w:pP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solar panels continued to drink in the desert sun, their whirring barely audible. </w:t>
      </w:r>
      <w:r w:rsidR="00DB35AB" w:rsidRPr="00201FCB">
        <w:rPr>
          <w:rFonts w:ascii="Garamond" w:eastAsia="Times New Roman" w:hAnsi="Garamond" w:cs="Times New Roman"/>
          <w:sz w:val="24"/>
          <w:szCs w:val="24"/>
          <w:lang w:val="en-IN" w:eastAsia="en-IN"/>
        </w:rPr>
        <w:t>Major</w:t>
      </w:r>
      <w:r w:rsidRPr="00201FCB">
        <w:rPr>
          <w:rFonts w:ascii="Garamond" w:eastAsia="Times New Roman" w:hAnsi="Garamond" w:cs="Times New Roman"/>
          <w:sz w:val="24"/>
          <w:szCs w:val="24"/>
          <w:lang w:val="en-IN" w:eastAsia="en-IN"/>
        </w:rPr>
        <w:t xml:space="preserve">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Singh’s HUD showed charge levels </w:t>
      </w:r>
      <w:r w:rsidRPr="00201FCB">
        <w:rPr>
          <w:rFonts w:ascii="Garamond" w:eastAsia="Times New Roman" w:hAnsi="Garamond" w:cs="Times New Roman"/>
          <w:sz w:val="24"/>
          <w:szCs w:val="24"/>
          <w:lang w:val="en-IN" w:eastAsia="en-IN"/>
        </w:rPr>
        <w:lastRenderedPageBreak/>
        <w:t>creeping up, but it would still be at least eight minutes before they could safely move again. The hum of electronics, usually a sign of readiness, now felt like a siren call to any enemy sensor in range.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“Reddy,”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said, his voice low. “We’re sitting ducks with our tech humming like a power station. Send two out, off-grid. Pure </w:t>
      </w:r>
      <w:proofErr w:type="spellStart"/>
      <w:r w:rsidRPr="00201FCB">
        <w:rPr>
          <w:rFonts w:ascii="Garamond" w:eastAsia="Times New Roman" w:hAnsi="Garamond" w:cs="Times New Roman"/>
          <w:sz w:val="24"/>
          <w:szCs w:val="24"/>
          <w:lang w:val="en-IN" w:eastAsia="en-IN"/>
        </w:rPr>
        <w:t>analog</w:t>
      </w:r>
      <w:proofErr w:type="spellEnd"/>
      <w:r w:rsidRPr="00201FCB">
        <w:rPr>
          <w:rFonts w:ascii="Garamond" w:eastAsia="Times New Roman" w:hAnsi="Garamond" w:cs="Times New Roman"/>
          <w:sz w:val="24"/>
          <w:szCs w:val="24"/>
          <w:lang w:val="en-IN" w:eastAsia="en-IN"/>
        </w:rPr>
        <w:t>. I want eyes and ears on that ridge—now.”</w:t>
      </w:r>
    </w:p>
    <w:p w:rsidR="006A0160" w:rsidRPr="00201FCB" w:rsidRDefault="006A0160" w:rsidP="00201FCB">
      <w:pPr>
        <w:pStyle w:val="NormalWeb"/>
        <w:spacing w:line="480" w:lineRule="auto"/>
        <w:rPr>
          <w:rFonts w:ascii="Garamond" w:hAnsi="Garamond"/>
        </w:rPr>
      </w:pPr>
      <w:r w:rsidRPr="00201FCB">
        <w:rPr>
          <w:rStyle w:val="Strong"/>
          <w:rFonts w:ascii="Garamond" w:hAnsi="Garamond"/>
          <w:b w:val="0"/>
        </w:rPr>
        <w:t xml:space="preserve">Lance </w:t>
      </w:r>
      <w:proofErr w:type="spellStart"/>
      <w:r w:rsidRPr="00201FCB">
        <w:rPr>
          <w:rStyle w:val="Strong"/>
          <w:rFonts w:ascii="Garamond" w:hAnsi="Garamond"/>
          <w:b w:val="0"/>
        </w:rPr>
        <w:t>Naik</w:t>
      </w:r>
      <w:proofErr w:type="spellEnd"/>
      <w:r w:rsidRPr="00201FCB">
        <w:rPr>
          <w:rStyle w:val="Strong"/>
          <w:rFonts w:ascii="Garamond" w:hAnsi="Garamond"/>
          <w:b w:val="0"/>
        </w:rPr>
        <w:t xml:space="preserve"> </w:t>
      </w:r>
      <w:proofErr w:type="spellStart"/>
      <w:r w:rsidRPr="00201FCB">
        <w:rPr>
          <w:rStyle w:val="Strong"/>
          <w:rFonts w:ascii="Garamond" w:hAnsi="Garamond"/>
          <w:b w:val="0"/>
        </w:rPr>
        <w:t>Kabir</w:t>
      </w:r>
      <w:proofErr w:type="spellEnd"/>
      <w:r w:rsidRPr="00201FCB">
        <w:rPr>
          <w:rStyle w:val="Strong"/>
          <w:rFonts w:ascii="Garamond" w:hAnsi="Garamond"/>
          <w:b w:val="0"/>
        </w:rPr>
        <w:t xml:space="preserve"> </w:t>
      </w:r>
      <w:proofErr w:type="spellStart"/>
      <w:r w:rsidRPr="00201FCB">
        <w:rPr>
          <w:rStyle w:val="Strong"/>
          <w:rFonts w:ascii="Garamond" w:hAnsi="Garamond"/>
          <w:b w:val="0"/>
        </w:rPr>
        <w:t>Jadhav</w:t>
      </w:r>
      <w:proofErr w:type="spellEnd"/>
      <w:r w:rsidRPr="00201FCB">
        <w:rPr>
          <w:rFonts w:ascii="Garamond" w:hAnsi="Garamond"/>
        </w:rPr>
        <w:t xml:space="preserve"> and </w:t>
      </w:r>
      <w:r w:rsidRPr="00201FCB">
        <w:rPr>
          <w:rStyle w:val="Strong"/>
          <w:rFonts w:ascii="Garamond" w:hAnsi="Garamond"/>
          <w:b w:val="0"/>
        </w:rPr>
        <w:t xml:space="preserve">Rifleman </w:t>
      </w:r>
      <w:proofErr w:type="spellStart"/>
      <w:r w:rsidRPr="00201FCB">
        <w:rPr>
          <w:rStyle w:val="Strong"/>
          <w:rFonts w:ascii="Garamond" w:hAnsi="Garamond"/>
          <w:b w:val="0"/>
        </w:rPr>
        <w:t>Harpreet</w:t>
      </w:r>
      <w:proofErr w:type="spellEnd"/>
      <w:r w:rsidRPr="00201FCB">
        <w:rPr>
          <w:rStyle w:val="Strong"/>
          <w:rFonts w:ascii="Garamond" w:hAnsi="Garamond"/>
          <w:b w:val="0"/>
        </w:rPr>
        <w:t xml:space="preserve"> Singh</w:t>
      </w:r>
      <w:r w:rsidRPr="00201FCB">
        <w:rPr>
          <w:rFonts w:ascii="Garamond" w:hAnsi="Garamond"/>
        </w:rPr>
        <w:t xml:space="preserve"> stepped forward — the unit’s </w:t>
      </w:r>
      <w:proofErr w:type="spellStart"/>
      <w:r w:rsidRPr="00201FCB">
        <w:rPr>
          <w:rFonts w:ascii="Garamond" w:hAnsi="Garamond"/>
        </w:rPr>
        <w:t>analog</w:t>
      </w:r>
      <w:proofErr w:type="spellEnd"/>
      <w:r w:rsidRPr="00201FCB">
        <w:rPr>
          <w:rFonts w:ascii="Garamond" w:hAnsi="Garamond"/>
        </w:rPr>
        <w:t xml:space="preserve"> recon pair. </w:t>
      </w:r>
      <w:proofErr w:type="spellStart"/>
      <w:r w:rsidRPr="00201FCB">
        <w:rPr>
          <w:rFonts w:ascii="Garamond" w:hAnsi="Garamond"/>
        </w:rPr>
        <w:t>Kabir</w:t>
      </w:r>
      <w:proofErr w:type="spellEnd"/>
      <w:r w:rsidRPr="00201FCB">
        <w:rPr>
          <w:rFonts w:ascii="Garamond" w:hAnsi="Garamond"/>
        </w:rPr>
        <w:t xml:space="preserve"> was lean, fast, born in the </w:t>
      </w:r>
      <w:proofErr w:type="spellStart"/>
      <w:r w:rsidRPr="00201FCB">
        <w:rPr>
          <w:rFonts w:ascii="Garamond" w:hAnsi="Garamond"/>
        </w:rPr>
        <w:t>Sahyadris</w:t>
      </w:r>
      <w:proofErr w:type="spellEnd"/>
      <w:r w:rsidRPr="00201FCB">
        <w:rPr>
          <w:rFonts w:ascii="Garamond" w:hAnsi="Garamond"/>
        </w:rPr>
        <w:t xml:space="preserve">, with the eyes of a hunter and the endurance of a mule. </w:t>
      </w:r>
      <w:proofErr w:type="spellStart"/>
      <w:r w:rsidRPr="00201FCB">
        <w:rPr>
          <w:rFonts w:ascii="Garamond" w:hAnsi="Garamond"/>
        </w:rPr>
        <w:t>Harpreet</w:t>
      </w:r>
      <w:proofErr w:type="spellEnd"/>
      <w:r w:rsidRPr="00201FCB">
        <w:rPr>
          <w:rFonts w:ascii="Garamond" w:hAnsi="Garamond"/>
        </w:rPr>
        <w:t xml:space="preserve">, quiet but intuitive, was his shadow — the two had operated in </w:t>
      </w:r>
      <w:proofErr w:type="spellStart"/>
      <w:r w:rsidRPr="00201FCB">
        <w:rPr>
          <w:rFonts w:ascii="Garamond" w:hAnsi="Garamond"/>
        </w:rPr>
        <w:t>Pahalgam</w:t>
      </w:r>
      <w:proofErr w:type="spellEnd"/>
      <w:r w:rsidRPr="00201FCB">
        <w:rPr>
          <w:rFonts w:ascii="Garamond" w:hAnsi="Garamond"/>
        </w:rPr>
        <w:t xml:space="preserve">, Mizoram, and now across a </w:t>
      </w:r>
      <w:proofErr w:type="spellStart"/>
      <w:r w:rsidRPr="00201FCB">
        <w:rPr>
          <w:rFonts w:ascii="Garamond" w:hAnsi="Garamond"/>
        </w:rPr>
        <w:t>faultline</w:t>
      </w:r>
      <w:proofErr w:type="spellEnd"/>
      <w:r w:rsidRPr="00201FCB">
        <w:rPr>
          <w:rFonts w:ascii="Garamond" w:hAnsi="Garamond"/>
        </w:rPr>
        <w:t xml:space="preserve"> most maps avoided.</w:t>
      </w:r>
    </w:p>
    <w:p w:rsidR="006A0160" w:rsidRPr="00201FCB" w:rsidRDefault="006A0160" w:rsidP="00201FCB">
      <w:pPr>
        <w:pStyle w:val="NormalWeb"/>
        <w:spacing w:line="480" w:lineRule="auto"/>
        <w:rPr>
          <w:rFonts w:ascii="Garamond" w:hAnsi="Garamond"/>
        </w:rPr>
      </w:pPr>
      <w:r w:rsidRPr="00201FCB">
        <w:rPr>
          <w:rFonts w:ascii="Garamond" w:hAnsi="Garamond"/>
        </w:rPr>
        <w:t xml:space="preserve">“You sure, </w:t>
      </w:r>
      <w:proofErr w:type="spellStart"/>
      <w:r w:rsidRPr="00201FCB">
        <w:rPr>
          <w:rFonts w:ascii="Garamond" w:hAnsi="Garamond"/>
        </w:rPr>
        <w:t>Kabir</w:t>
      </w:r>
      <w:proofErr w:type="spellEnd"/>
      <w:r w:rsidRPr="00201FCB">
        <w:rPr>
          <w:rFonts w:ascii="Garamond" w:hAnsi="Garamond"/>
        </w:rPr>
        <w:t>?” Aarav asked.</w:t>
      </w:r>
    </w:p>
    <w:p w:rsidR="006A0160" w:rsidRPr="00201FCB" w:rsidRDefault="006A0160" w:rsidP="00201FCB">
      <w:pPr>
        <w:pStyle w:val="NormalWeb"/>
        <w:spacing w:line="480" w:lineRule="auto"/>
        <w:rPr>
          <w:rFonts w:ascii="Garamond" w:hAnsi="Garamond"/>
        </w:rPr>
      </w:pPr>
      <w:proofErr w:type="spellStart"/>
      <w:r w:rsidRPr="00201FCB">
        <w:rPr>
          <w:rFonts w:ascii="Garamond" w:hAnsi="Garamond"/>
        </w:rPr>
        <w:t>Kabir</w:t>
      </w:r>
      <w:proofErr w:type="spellEnd"/>
      <w:r w:rsidRPr="00201FCB">
        <w:rPr>
          <w:rFonts w:ascii="Garamond" w:hAnsi="Garamond"/>
        </w:rPr>
        <w:t xml:space="preserve"> grinned. “Mountains don’t betray their own, sir. I’ll be back before the next shadow moves.”</w:t>
      </w:r>
    </w:p>
    <w:p w:rsidR="006A0160" w:rsidRPr="00201FCB" w:rsidRDefault="006A0160" w:rsidP="00201FCB">
      <w:pPr>
        <w:pStyle w:val="NormalWeb"/>
        <w:spacing w:line="480" w:lineRule="auto"/>
        <w:rPr>
          <w:rFonts w:ascii="Garamond" w:hAnsi="Garamond"/>
        </w:rPr>
      </w:pPr>
      <w:r w:rsidRPr="00201FCB">
        <w:rPr>
          <w:rFonts w:ascii="Garamond" w:hAnsi="Garamond"/>
        </w:rPr>
        <w:t>The two men stripped their high-tech gear, powered down their helmets, and vanished into the rocks — ghosts with old-school steel.</w:t>
      </w:r>
    </w:p>
    <w:p w:rsidR="00ED20E8" w:rsidRPr="00201FCB" w:rsidRDefault="006A01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 </w:t>
      </w:r>
      <w:r w:rsidR="00ED20E8" w:rsidRPr="00201FCB">
        <w:rPr>
          <w:rFonts w:ascii="Garamond" w:eastAsia="Times New Roman" w:hAnsi="Garamond" w:cs="Times New Roman"/>
          <w:sz w:val="24"/>
          <w:szCs w:val="24"/>
          <w:lang w:val="en-IN" w:eastAsia="en-IN"/>
        </w:rPr>
        <w:t xml:space="preserve">“Old school, sir?” </w:t>
      </w:r>
      <w:proofErr w:type="spellStart"/>
      <w:r w:rsidRPr="00201FCB">
        <w:rPr>
          <w:rFonts w:ascii="Garamond" w:eastAsia="Times New Roman" w:hAnsi="Garamond" w:cs="Times New Roman"/>
          <w:sz w:val="24"/>
          <w:szCs w:val="24"/>
          <w:lang w:val="en-IN" w:eastAsia="en-IN"/>
        </w:rPr>
        <w:t>Kabir</w:t>
      </w:r>
      <w:proofErr w:type="spellEnd"/>
      <w:r w:rsidR="00ED20E8" w:rsidRPr="00201FCB">
        <w:rPr>
          <w:rFonts w:ascii="Garamond" w:eastAsia="Times New Roman" w:hAnsi="Garamond" w:cs="Times New Roman"/>
          <w:sz w:val="24"/>
          <w:szCs w:val="24"/>
          <w:lang w:val="en-IN" w:eastAsia="en-IN"/>
        </w:rPr>
        <w:t xml:space="preserve"> grinned. “Haven’t done this since </w:t>
      </w:r>
      <w:proofErr w:type="spellStart"/>
      <w:r w:rsidR="00ED20E8" w:rsidRPr="00201FCB">
        <w:rPr>
          <w:rFonts w:ascii="Garamond" w:eastAsia="Times New Roman" w:hAnsi="Garamond" w:cs="Times New Roman"/>
          <w:sz w:val="24"/>
          <w:szCs w:val="24"/>
          <w:lang w:val="en-IN" w:eastAsia="en-IN"/>
        </w:rPr>
        <w:t>Ladakh</w:t>
      </w:r>
      <w:proofErr w:type="spellEnd"/>
      <w:r w:rsidR="00ED20E8" w:rsidRPr="00201FCB">
        <w:rPr>
          <w:rFonts w:ascii="Garamond" w:eastAsia="Times New Roman" w:hAnsi="Garamond" w:cs="Times New Roman"/>
          <w:sz w:val="24"/>
          <w:szCs w:val="24"/>
          <w:lang w:val="en-IN" w:eastAsia="en-IN"/>
        </w:rPr>
        <w: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“Then don’t screw it up,”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said, though his tone held quiet respect.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two disappeared into the rocks, moving like phantoms, their footfalls silent on the scorched earth.</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Five minutes passed.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w:t>
      </w:r>
      <w:r w:rsidRPr="00201FCB">
        <w:rPr>
          <w:rFonts w:ascii="Garamond" w:eastAsia="Times New Roman" w:hAnsi="Garamond" w:cs="Times New Roman"/>
          <w:bCs/>
          <w:sz w:val="24"/>
          <w:szCs w:val="24"/>
          <w:lang w:val="en-IN" w:eastAsia="en-IN"/>
        </w:rPr>
        <w:t>a sharp crack</w:t>
      </w:r>
      <w:r w:rsidRPr="00201FCB">
        <w:rPr>
          <w:rFonts w:ascii="Garamond" w:eastAsia="Times New Roman" w:hAnsi="Garamond" w:cs="Times New Roman"/>
          <w:sz w:val="24"/>
          <w:szCs w:val="24"/>
          <w:lang w:val="en-IN" w:eastAsia="en-IN"/>
        </w:rPr>
        <w:t xml:space="preserve"> echoed from the southeast ridge.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“Sound-based alert,” Reddy said immediately. “That’s not us.”</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's eyes flicked to the scanner—</w:t>
      </w:r>
      <w:r w:rsidR="00ED20E8" w:rsidRPr="00201FCB">
        <w:rPr>
          <w:rFonts w:ascii="Garamond" w:eastAsia="Times New Roman" w:hAnsi="Garamond" w:cs="Times New Roman"/>
          <w:bCs/>
          <w:sz w:val="24"/>
          <w:szCs w:val="24"/>
          <w:lang w:val="en-IN" w:eastAsia="en-IN"/>
        </w:rPr>
        <w:t>no digital signals.</w:t>
      </w:r>
      <w:r w:rsidR="00ED20E8" w:rsidRPr="00201FCB">
        <w:rPr>
          <w:rFonts w:ascii="Garamond" w:eastAsia="Times New Roman" w:hAnsi="Garamond" w:cs="Times New Roman"/>
          <w:sz w:val="24"/>
          <w:szCs w:val="24"/>
          <w:lang w:val="en-IN" w:eastAsia="en-IN"/>
        </w:rPr>
        <w:t xml:space="preserve"> Whatever was out there wasn’t broadcasting. Just like </w:t>
      </w:r>
      <w:proofErr w:type="spellStart"/>
      <w:r w:rsidR="006A0160" w:rsidRPr="00201FCB">
        <w:rPr>
          <w:rFonts w:ascii="Garamond" w:eastAsia="Times New Roman" w:hAnsi="Garamond" w:cs="Times New Roman"/>
          <w:sz w:val="24"/>
          <w:szCs w:val="24"/>
          <w:lang w:val="en-IN" w:eastAsia="en-IN"/>
        </w:rPr>
        <w:t>Kabir</w:t>
      </w:r>
      <w:proofErr w:type="spellEnd"/>
      <w:r w:rsidR="00ED20E8" w:rsidRPr="00201FCB">
        <w:rPr>
          <w:rFonts w:ascii="Garamond" w:eastAsia="Times New Roman" w:hAnsi="Garamond" w:cs="Times New Roman"/>
          <w:sz w:val="24"/>
          <w:szCs w:val="24"/>
          <w:lang w:val="en-IN" w:eastAsia="en-IN"/>
        </w:rPr>
        <w:t xml:space="preserve"> and </w:t>
      </w:r>
      <w:proofErr w:type="spellStart"/>
      <w:r w:rsidR="006A0160" w:rsidRPr="00201FCB">
        <w:rPr>
          <w:rFonts w:ascii="Garamond" w:eastAsia="Times New Roman" w:hAnsi="Garamond" w:cs="Times New Roman"/>
          <w:sz w:val="24"/>
          <w:szCs w:val="24"/>
          <w:lang w:val="en-IN" w:eastAsia="en-IN"/>
        </w:rPr>
        <w:t>Harpreet</w:t>
      </w:r>
      <w:proofErr w:type="spellEnd"/>
      <w:r w:rsidR="00ED20E8" w:rsidRPr="00201FCB">
        <w:rPr>
          <w:rFonts w:ascii="Garamond" w:eastAsia="Times New Roman" w:hAnsi="Garamond" w:cs="Times New Roman"/>
          <w:sz w:val="24"/>
          <w:szCs w:val="24"/>
          <w:lang w:val="en-IN" w:eastAsia="en-IN"/>
        </w:rPr>
        <w: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 second crack followed—closer this time.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tensed. This wasn’t training. The threat was real and armed.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Then: static fuzzed briefly in the emergency </w:t>
      </w:r>
      <w:proofErr w:type="spellStart"/>
      <w:r w:rsidRPr="00201FCB">
        <w:rPr>
          <w:rFonts w:ascii="Garamond" w:eastAsia="Times New Roman" w:hAnsi="Garamond" w:cs="Times New Roman"/>
          <w:sz w:val="24"/>
          <w:szCs w:val="24"/>
          <w:lang w:val="en-IN" w:eastAsia="en-IN"/>
        </w:rPr>
        <w:t>analog</w:t>
      </w:r>
      <w:proofErr w:type="spellEnd"/>
      <w:r w:rsidRPr="00201FCB">
        <w:rPr>
          <w:rFonts w:ascii="Garamond" w:eastAsia="Times New Roman" w:hAnsi="Garamond" w:cs="Times New Roman"/>
          <w:sz w:val="24"/>
          <w:szCs w:val="24"/>
          <w:lang w:val="en-IN" w:eastAsia="en-IN"/>
        </w:rPr>
        <w:t xml:space="preserve"> channel.</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lastRenderedPageBreak/>
        <w:t>“Two contacts down. Hostile scouts. More might follow. Holding position.”</w:t>
      </w:r>
      <w:r w:rsidRPr="00201FCB">
        <w:rPr>
          <w:rFonts w:ascii="Garamond" w:eastAsia="Times New Roman" w:hAnsi="Garamond" w:cs="Times New Roman"/>
          <w:sz w:val="24"/>
          <w:szCs w:val="24"/>
          <w:lang w:val="en-IN" w:eastAsia="en-IN"/>
        </w:rPr>
        <w:t xml:space="preserve"> It was </w:t>
      </w:r>
      <w:proofErr w:type="spellStart"/>
      <w:r w:rsidR="006A0160" w:rsidRPr="00201FCB">
        <w:rPr>
          <w:rFonts w:ascii="Garamond" w:eastAsia="Times New Roman" w:hAnsi="Garamond" w:cs="Times New Roman"/>
          <w:sz w:val="24"/>
          <w:szCs w:val="24"/>
          <w:lang w:val="en-IN" w:eastAsia="en-IN"/>
        </w:rPr>
        <w:t>Harpreet</w:t>
      </w:r>
      <w:proofErr w:type="spellEnd"/>
      <w:r w:rsidRPr="00201FCB">
        <w:rPr>
          <w:rFonts w:ascii="Garamond" w:eastAsia="Times New Roman" w:hAnsi="Garamond" w:cs="Times New Roman"/>
          <w:sz w:val="24"/>
          <w:szCs w:val="24"/>
          <w:lang w:val="en-IN" w:eastAsia="en-IN"/>
        </w:rPr>
        <w:t xml:space="preserve">, his voice a whisper through the backup </w:t>
      </w:r>
      <w:proofErr w:type="spellStart"/>
      <w:r w:rsidRPr="00201FCB">
        <w:rPr>
          <w:rFonts w:ascii="Garamond" w:eastAsia="Times New Roman" w:hAnsi="Garamond" w:cs="Times New Roman"/>
          <w:sz w:val="24"/>
          <w:szCs w:val="24"/>
          <w:lang w:val="en-IN" w:eastAsia="en-IN"/>
        </w:rPr>
        <w:t>comms</w:t>
      </w:r>
      <w:proofErr w:type="spellEnd"/>
      <w:r w:rsidRPr="00201FCB">
        <w:rPr>
          <w:rFonts w:ascii="Garamond" w:eastAsia="Times New Roman" w:hAnsi="Garamond" w:cs="Times New Roman"/>
          <w:sz w:val="24"/>
          <w:szCs w:val="24"/>
          <w:lang w:val="en-IN" w:eastAsia="en-IN"/>
        </w:rPr>
        <w: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“Copy,”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replied, heart racing. “Return or continue shadow?”</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“Continue. They were recon. Main squad might be nearby. We’re invisible to them. Let’s keep it that way.”</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stared at the horizon, fists clenched. If </w:t>
      </w:r>
      <w:proofErr w:type="spellStart"/>
      <w:r w:rsidR="006A0160" w:rsidRPr="00201FCB">
        <w:rPr>
          <w:rFonts w:ascii="Garamond" w:eastAsia="Times New Roman" w:hAnsi="Garamond" w:cs="Times New Roman"/>
          <w:sz w:val="24"/>
          <w:szCs w:val="24"/>
          <w:lang w:val="en-IN" w:eastAsia="en-IN"/>
        </w:rPr>
        <w:t>Kabir</w:t>
      </w:r>
      <w:proofErr w:type="spellEnd"/>
      <w:r w:rsidR="00ED20E8" w:rsidRPr="00201FCB">
        <w:rPr>
          <w:rFonts w:ascii="Garamond" w:eastAsia="Times New Roman" w:hAnsi="Garamond" w:cs="Times New Roman"/>
          <w:sz w:val="24"/>
          <w:szCs w:val="24"/>
          <w:lang w:val="en-IN" w:eastAsia="en-IN"/>
        </w:rPr>
        <w:t xml:space="preserve"> and </w:t>
      </w:r>
      <w:proofErr w:type="spellStart"/>
      <w:r w:rsidR="006A0160" w:rsidRPr="00201FCB">
        <w:rPr>
          <w:rFonts w:ascii="Garamond" w:eastAsia="Times New Roman" w:hAnsi="Garamond" w:cs="Times New Roman"/>
          <w:sz w:val="24"/>
          <w:szCs w:val="24"/>
          <w:lang w:val="en-IN" w:eastAsia="en-IN"/>
        </w:rPr>
        <w:t>Harpreet</w:t>
      </w:r>
      <w:proofErr w:type="spellEnd"/>
      <w:r w:rsidR="00ED20E8" w:rsidRPr="00201FCB">
        <w:rPr>
          <w:rFonts w:ascii="Garamond" w:eastAsia="Times New Roman" w:hAnsi="Garamond" w:cs="Times New Roman"/>
          <w:sz w:val="24"/>
          <w:szCs w:val="24"/>
          <w:lang w:val="en-IN" w:eastAsia="en-IN"/>
        </w:rPr>
        <w:t xml:space="preserve"> could feed him intelligence without giving up position, it might just buy them the time they needed to finish charging and vanish like ghosts again.</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Behind him, the charge cycle finally ticked over the 70% mark. Close enough.</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“Prep to move,”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ordered. “But slow. Keep cloaks off until the last second. We’re blind to them; they’re blind to us. For now, we play this with patience.”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brief silence fell again. The desert buzzed with heat, and war felt like a breath held too long.</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Far off, </w:t>
      </w:r>
      <w:proofErr w:type="spellStart"/>
      <w:r w:rsidR="006A0160" w:rsidRPr="00201FCB">
        <w:rPr>
          <w:rFonts w:ascii="Garamond" w:eastAsia="Times New Roman" w:hAnsi="Garamond" w:cs="Times New Roman"/>
          <w:sz w:val="24"/>
          <w:szCs w:val="24"/>
          <w:lang w:val="en-IN" w:eastAsia="en-IN"/>
        </w:rPr>
        <w:t>Harpreet</w:t>
      </w:r>
      <w:r w:rsidRPr="00201FCB">
        <w:rPr>
          <w:rFonts w:ascii="Garamond" w:eastAsia="Times New Roman" w:hAnsi="Garamond" w:cs="Times New Roman"/>
          <w:sz w:val="24"/>
          <w:szCs w:val="24"/>
          <w:lang w:val="en-IN" w:eastAsia="en-IN"/>
        </w:rPr>
        <w:t>’s</w:t>
      </w:r>
      <w:proofErr w:type="spellEnd"/>
      <w:r w:rsidRPr="00201FCB">
        <w:rPr>
          <w:rFonts w:ascii="Garamond" w:eastAsia="Times New Roman" w:hAnsi="Garamond" w:cs="Times New Roman"/>
          <w:sz w:val="24"/>
          <w:szCs w:val="24"/>
          <w:lang w:val="en-IN" w:eastAsia="en-IN"/>
        </w:rPr>
        <w:t xml:space="preserve"> voice crackled in once more: </w:t>
      </w:r>
      <w:r w:rsidRPr="00201FCB">
        <w:rPr>
          <w:rFonts w:ascii="Garamond" w:eastAsia="Times New Roman" w:hAnsi="Garamond" w:cs="Times New Roman"/>
          <w:bCs/>
          <w:sz w:val="24"/>
          <w:szCs w:val="24"/>
          <w:lang w:val="en-IN" w:eastAsia="en-IN"/>
        </w:rPr>
        <w:t>“Confirm three more moving on our flank. Standard sweep. We’re guiding them away. You’ll have a clean exit in 60 seconds.”</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closed his eyes for a beat. “Good hunting, boys.”</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turned to the rest of the squad. “We move in one minute. When we do—move like shadows and pray like soldiers.”</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Sixty seconds passed in aching silence.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Then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saw it—a flicker of movement on the far ridge. Dust. A figure. Another. Three men in desert fatigues, sweeping in a slow arc. Pakistani special forces, just as </w:t>
      </w:r>
      <w:proofErr w:type="spellStart"/>
      <w:r w:rsidR="006A0160" w:rsidRPr="00201FCB">
        <w:rPr>
          <w:rFonts w:ascii="Garamond" w:eastAsia="Times New Roman" w:hAnsi="Garamond" w:cs="Times New Roman"/>
          <w:sz w:val="24"/>
          <w:szCs w:val="24"/>
          <w:lang w:val="en-IN" w:eastAsia="en-IN"/>
        </w:rPr>
        <w:t>Harpreet</w:t>
      </w:r>
      <w:proofErr w:type="spellEnd"/>
      <w:r w:rsidRPr="00201FCB">
        <w:rPr>
          <w:rFonts w:ascii="Garamond" w:eastAsia="Times New Roman" w:hAnsi="Garamond" w:cs="Times New Roman"/>
          <w:sz w:val="24"/>
          <w:szCs w:val="24"/>
          <w:lang w:val="en-IN" w:eastAsia="en-IN"/>
        </w:rPr>
        <w:t xml:space="preserve"> had warned. Their pattern was precise, professional. This wasn’t a casual patrol—this was a comb.</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"Charge at 72%," Reddy murmured. "It’ll have to do."</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“Move. North by northwest, on my mark. No cloaks. Full stealth protocol. Go.”</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Like wolves breaking from the den, the Shadow Strikers slid down the reverse side of the ridge, their boots expertly tracing silent paths between crags and shale. The solar panels snapped shut with a hiss, retracting into the suits as the commandos moved single-file, hunched low and nearly invisible to the naked eye.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Behind them, the patrol crested the hill.</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glanced back just long enough to see one of the Pakistani soldiers stop. Crouch. Scan the ground.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sharp whistle cut the air—</w:t>
      </w:r>
      <w:proofErr w:type="spellStart"/>
      <w:r w:rsidR="006A0160" w:rsidRPr="00201FCB">
        <w:rPr>
          <w:rFonts w:ascii="Garamond" w:eastAsia="Times New Roman" w:hAnsi="Garamond" w:cs="Times New Roman"/>
          <w:bCs/>
          <w:sz w:val="24"/>
          <w:szCs w:val="24"/>
          <w:lang w:val="en-IN" w:eastAsia="en-IN"/>
        </w:rPr>
        <w:t>Harpreet</w:t>
      </w:r>
      <w:r w:rsidRPr="00201FCB">
        <w:rPr>
          <w:rFonts w:ascii="Garamond" w:eastAsia="Times New Roman" w:hAnsi="Garamond" w:cs="Times New Roman"/>
          <w:bCs/>
          <w:sz w:val="24"/>
          <w:szCs w:val="24"/>
          <w:lang w:val="en-IN" w:eastAsia="en-IN"/>
        </w:rPr>
        <w:t>’s</w:t>
      </w:r>
      <w:proofErr w:type="spellEnd"/>
      <w:r w:rsidRPr="00201FCB">
        <w:rPr>
          <w:rFonts w:ascii="Garamond" w:eastAsia="Times New Roman" w:hAnsi="Garamond" w:cs="Times New Roman"/>
          <w:bCs/>
          <w:sz w:val="24"/>
          <w:szCs w:val="24"/>
          <w:lang w:val="en-IN" w:eastAsia="en-IN"/>
        </w:rPr>
        <w:t xml:space="preserve"> signal.</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Distraction.</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scout looked up, then turned, barking something to his team in clipped Urdu. Weapons raised. They were chasing shadows now—</w:t>
      </w:r>
      <w:proofErr w:type="spellStart"/>
      <w:r w:rsidR="006A0160" w:rsidRPr="00201FCB">
        <w:rPr>
          <w:rFonts w:ascii="Garamond" w:eastAsia="Times New Roman" w:hAnsi="Garamond" w:cs="Times New Roman"/>
          <w:sz w:val="24"/>
          <w:szCs w:val="24"/>
          <w:lang w:val="en-IN" w:eastAsia="en-IN"/>
        </w:rPr>
        <w:t>Harpreet</w:t>
      </w:r>
      <w:proofErr w:type="spellEnd"/>
      <w:r w:rsidRPr="00201FCB">
        <w:rPr>
          <w:rFonts w:ascii="Garamond" w:eastAsia="Times New Roman" w:hAnsi="Garamond" w:cs="Times New Roman"/>
          <w:sz w:val="24"/>
          <w:szCs w:val="24"/>
          <w:lang w:val="en-IN" w:eastAsia="en-IN"/>
        </w:rPr>
        <w:t xml:space="preserve"> and </w:t>
      </w:r>
      <w:proofErr w:type="spellStart"/>
      <w:r w:rsidR="006A0160" w:rsidRPr="00201FCB">
        <w:rPr>
          <w:rFonts w:ascii="Garamond" w:eastAsia="Times New Roman" w:hAnsi="Garamond" w:cs="Times New Roman"/>
          <w:sz w:val="24"/>
          <w:szCs w:val="24"/>
          <w:lang w:val="en-IN" w:eastAsia="en-IN"/>
        </w:rPr>
        <w:t>Kabir</w:t>
      </w:r>
      <w:proofErr w:type="spellEnd"/>
      <w:r w:rsidRPr="00201FCB">
        <w:rPr>
          <w:rFonts w:ascii="Garamond" w:eastAsia="Times New Roman" w:hAnsi="Garamond" w:cs="Times New Roman"/>
          <w:sz w:val="24"/>
          <w:szCs w:val="24"/>
          <w:lang w:val="en-IN" w:eastAsia="en-IN"/>
        </w:rPr>
        <w:t xml:space="preserve"> were leading them into the rocks.</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“Keep moving,”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ordered, teeth clenched. His HUD ticked down the distance to the rendezvous point: 900 meters. They just had to make it there. Past the dry gorge. Past open ground.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They emerged from cover and crossed into the clearing. That’s when it happened.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drone—a small one—buzzed low overhead, likely launched from the patrol behind them.</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“Contact!” someone hissed.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“Don’t shoot unless we’re spotted,”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said quickly. “We’re still cold.”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squad froze, crouching behind boulders. The drone hovered, scanned, blinked red once… then veered left and vanished.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heartbeat.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Another.</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“Go!”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commanded.</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squad sprinted the last 300 meters, lungs burning under their suits. They reached the canyon wall—preselected as a regroup zone. Natural </w:t>
      </w:r>
      <w:r w:rsidRPr="00201FCB">
        <w:rPr>
          <w:rFonts w:ascii="Garamond" w:eastAsia="Times New Roman" w:hAnsi="Garamond" w:cs="Times New Roman"/>
          <w:sz w:val="24"/>
          <w:szCs w:val="24"/>
          <w:lang w:val="en-IN" w:eastAsia="en-IN"/>
        </w:rPr>
        <w:lastRenderedPageBreak/>
        <w:t xml:space="preserve">overhangs, ancient riverbeds, and satellite shadows would shield them. The moment they reached cover,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w:t>
      </w:r>
      <w:proofErr w:type="spellStart"/>
      <w:r w:rsidRPr="00201FCB">
        <w:rPr>
          <w:rFonts w:ascii="Garamond" w:eastAsia="Times New Roman" w:hAnsi="Garamond" w:cs="Times New Roman"/>
          <w:sz w:val="24"/>
          <w:szCs w:val="24"/>
          <w:lang w:val="en-IN" w:eastAsia="en-IN"/>
        </w:rPr>
        <w:t>signaled</w:t>
      </w:r>
      <w:proofErr w:type="spellEnd"/>
      <w:r w:rsidRPr="00201FCB">
        <w:rPr>
          <w:rFonts w:ascii="Garamond" w:eastAsia="Times New Roman" w:hAnsi="Garamond" w:cs="Times New Roman"/>
          <w:sz w:val="24"/>
          <w:szCs w:val="24"/>
          <w:lang w:val="en-IN" w:eastAsia="en-IN"/>
        </w:rPr>
        <w:t xml:space="preserve"> a halt.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“All clear,” Reddy confirmed, panting.</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keyed into the </w:t>
      </w:r>
      <w:proofErr w:type="spellStart"/>
      <w:r w:rsidR="00ED20E8" w:rsidRPr="00201FCB">
        <w:rPr>
          <w:rFonts w:ascii="Garamond" w:eastAsia="Times New Roman" w:hAnsi="Garamond" w:cs="Times New Roman"/>
          <w:sz w:val="24"/>
          <w:szCs w:val="24"/>
          <w:lang w:val="en-IN" w:eastAsia="en-IN"/>
        </w:rPr>
        <w:t>analog</w:t>
      </w:r>
      <w:proofErr w:type="spellEnd"/>
      <w:r w:rsidR="00ED20E8" w:rsidRPr="00201FCB">
        <w:rPr>
          <w:rFonts w:ascii="Garamond" w:eastAsia="Times New Roman" w:hAnsi="Garamond" w:cs="Times New Roman"/>
          <w:sz w:val="24"/>
          <w:szCs w:val="24"/>
          <w:lang w:val="en-IN" w:eastAsia="en-IN"/>
        </w:rPr>
        <w:t xml:space="preserve"> channel.</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“Status?”</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Static. Then </w:t>
      </w:r>
      <w:proofErr w:type="spellStart"/>
      <w:r w:rsidR="006A0160" w:rsidRPr="00201FCB">
        <w:rPr>
          <w:rFonts w:ascii="Garamond" w:eastAsia="Times New Roman" w:hAnsi="Garamond" w:cs="Times New Roman"/>
          <w:sz w:val="24"/>
          <w:szCs w:val="24"/>
          <w:lang w:val="en-IN" w:eastAsia="en-IN"/>
        </w:rPr>
        <w:t>Kabir</w:t>
      </w:r>
      <w:r w:rsidRPr="00201FCB">
        <w:rPr>
          <w:rFonts w:ascii="Garamond" w:eastAsia="Times New Roman" w:hAnsi="Garamond" w:cs="Times New Roman"/>
          <w:sz w:val="24"/>
          <w:szCs w:val="24"/>
          <w:lang w:val="en-IN" w:eastAsia="en-IN"/>
        </w:rPr>
        <w:t>’s</w:t>
      </w:r>
      <w:proofErr w:type="spellEnd"/>
      <w:r w:rsidRPr="00201FCB">
        <w:rPr>
          <w:rFonts w:ascii="Garamond" w:eastAsia="Times New Roman" w:hAnsi="Garamond" w:cs="Times New Roman"/>
          <w:sz w:val="24"/>
          <w:szCs w:val="24"/>
          <w:lang w:val="en-IN" w:eastAsia="en-IN"/>
        </w:rPr>
        <w:t xml:space="preserve"> voice, rough but calm: </w:t>
      </w:r>
      <w:r w:rsidRPr="00201FCB">
        <w:rPr>
          <w:rFonts w:ascii="Garamond" w:eastAsia="Times New Roman" w:hAnsi="Garamond" w:cs="Times New Roman"/>
          <w:bCs/>
          <w:sz w:val="24"/>
          <w:szCs w:val="24"/>
          <w:lang w:val="en-IN" w:eastAsia="en-IN"/>
        </w:rPr>
        <w:t>“Clean. They’re chasing ghosts</w:t>
      </w:r>
      <w:r w:rsidR="00433ECC" w:rsidRPr="00201FCB">
        <w:rPr>
          <w:rFonts w:ascii="Garamond" w:eastAsia="Times New Roman" w:hAnsi="Garamond" w:cs="Times New Roman"/>
          <w:bCs/>
          <w:sz w:val="24"/>
          <w:szCs w:val="24"/>
          <w:lang w:val="en-IN" w:eastAsia="en-IN"/>
        </w:rPr>
        <w:t xml:space="preserve">. We’ll circle back to our suits and </w:t>
      </w:r>
      <w:proofErr w:type="spellStart"/>
      <w:r w:rsidR="00433ECC" w:rsidRPr="00201FCB">
        <w:rPr>
          <w:rFonts w:ascii="Garamond" w:eastAsia="Times New Roman" w:hAnsi="Garamond" w:cs="Times New Roman"/>
          <w:bCs/>
          <w:sz w:val="24"/>
          <w:szCs w:val="24"/>
          <w:lang w:val="en-IN" w:eastAsia="en-IN"/>
        </w:rPr>
        <w:t>catchup</w:t>
      </w:r>
      <w:proofErr w:type="spellEnd"/>
      <w:r w:rsidR="00433ECC" w:rsidRPr="00201FCB">
        <w:rPr>
          <w:rFonts w:ascii="Garamond" w:eastAsia="Times New Roman" w:hAnsi="Garamond" w:cs="Times New Roman"/>
          <w:bCs/>
          <w:sz w:val="24"/>
          <w:szCs w:val="24"/>
          <w:lang w:val="en-IN" w:eastAsia="en-IN"/>
        </w:rPr>
        <w:t xml:space="preserve"> with you’ll</w:t>
      </w:r>
      <w:r w:rsidRPr="00201FCB">
        <w:rPr>
          <w:rFonts w:ascii="Garamond" w:eastAsia="Times New Roman" w:hAnsi="Garamond" w:cs="Times New Roman"/>
          <w:bCs/>
          <w:sz w:val="24"/>
          <w:szCs w:val="24"/>
          <w:lang w:val="en-IN" w:eastAsia="en-IN"/>
        </w:rPr>
        <w:t>.”</w:t>
      </w:r>
    </w:p>
    <w:p w:rsidR="00ED20E8"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D20E8" w:rsidRPr="00201FCB">
        <w:rPr>
          <w:rFonts w:ascii="Garamond" w:eastAsia="Times New Roman" w:hAnsi="Garamond" w:cs="Times New Roman"/>
          <w:sz w:val="24"/>
          <w:szCs w:val="24"/>
          <w:lang w:val="en-IN" w:eastAsia="en-IN"/>
        </w:rPr>
        <w:t xml:space="preserve"> allowed himself a rare moment to exha</w:t>
      </w:r>
      <w:r w:rsidR="00433ECC" w:rsidRPr="00201FCB">
        <w:rPr>
          <w:rFonts w:ascii="Garamond" w:eastAsia="Times New Roman" w:hAnsi="Garamond" w:cs="Times New Roman"/>
          <w:sz w:val="24"/>
          <w:szCs w:val="24"/>
          <w:lang w:val="en-IN" w:eastAsia="en-IN"/>
        </w:rPr>
        <w:t>le. “Copy that. And good job</w:t>
      </w:r>
      <w:r w:rsidR="00ED20E8" w:rsidRPr="00201FCB">
        <w:rPr>
          <w:rFonts w:ascii="Garamond" w:eastAsia="Times New Roman" w:hAnsi="Garamond" w:cs="Times New Roman"/>
          <w:sz w:val="24"/>
          <w:szCs w:val="24"/>
          <w:lang w:val="en-IN" w:eastAsia="en-IN"/>
        </w:rPr>
        <w: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turned to his team. Dirt-caked, sweat-soaked, adrenaline-fueled soldiers who had just tiptoed across death’s threshold and made it back.</w:t>
      </w:r>
    </w:p>
    <w:p w:rsidR="00ED20E8" w:rsidRPr="00201FCB" w:rsidRDefault="00433ECC"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“We’ve got two hours before next halt</w:t>
      </w:r>
      <w:r w:rsidR="00ED20E8" w:rsidRPr="00201FCB">
        <w:rPr>
          <w:rFonts w:ascii="Garamond" w:eastAsia="Times New Roman" w:hAnsi="Garamond" w:cs="Times New Roman"/>
          <w:sz w:val="24"/>
          <w:szCs w:val="24"/>
          <w:lang w:val="en-IN" w:eastAsia="en-IN"/>
        </w:rPr>
        <w:t>. Hydrate. Check systems. No lights, no chatter.</w:t>
      </w:r>
      <w:r w:rsidR="001E7288" w:rsidRPr="00201FCB">
        <w:rPr>
          <w:rFonts w:ascii="Garamond" w:eastAsia="Times New Roman" w:hAnsi="Garamond" w:cs="Times New Roman"/>
          <w:sz w:val="24"/>
          <w:szCs w:val="24"/>
          <w:lang w:val="en-IN" w:eastAsia="en-IN"/>
        </w:rPr>
        <w:t xml:space="preserve"> Lt </w:t>
      </w:r>
      <w:proofErr w:type="spellStart"/>
      <w:r w:rsidR="001E7288" w:rsidRPr="00201FCB">
        <w:rPr>
          <w:rFonts w:ascii="Garamond" w:eastAsia="Times New Roman" w:hAnsi="Garamond" w:cs="Times New Roman"/>
          <w:sz w:val="24"/>
          <w:szCs w:val="24"/>
          <w:lang w:val="en-IN" w:eastAsia="en-IN"/>
        </w:rPr>
        <w:t>Tashi</w:t>
      </w:r>
      <w:proofErr w:type="spellEnd"/>
      <w:r w:rsidR="001E7288" w:rsidRPr="00201FCB">
        <w:rPr>
          <w:rFonts w:ascii="Garamond" w:eastAsia="Times New Roman" w:hAnsi="Garamond" w:cs="Times New Roman"/>
          <w:sz w:val="24"/>
          <w:szCs w:val="24"/>
          <w:lang w:val="en-IN" w:eastAsia="en-IN"/>
        </w:rPr>
        <w:t xml:space="preserve"> this would be good time check vitals and do what you do best</w:t>
      </w:r>
      <w:r w:rsidR="00ED20E8" w:rsidRPr="00201FCB">
        <w:rPr>
          <w:rFonts w:ascii="Garamond" w:eastAsia="Times New Roman" w:hAnsi="Garamond" w:cs="Times New Roman"/>
          <w:sz w:val="24"/>
          <w:szCs w:val="24"/>
          <w:lang w:val="en-IN" w:eastAsia="en-IN"/>
        </w:rPr>
        <w:t>”</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They were safe—for now.</w:t>
      </w:r>
      <w:r w:rsidR="001E7288" w:rsidRPr="00201FCB">
        <w:rPr>
          <w:rFonts w:ascii="Garamond" w:eastAsia="Times New Roman" w:hAnsi="Garamond" w:cs="Times New Roman"/>
          <w:sz w:val="24"/>
          <w:szCs w:val="24"/>
          <w:lang w:val="en-IN" w:eastAsia="en-IN"/>
        </w:rPr>
        <w:t xml:space="preserve"> Lt </w:t>
      </w:r>
      <w:proofErr w:type="spellStart"/>
      <w:r w:rsidR="001E7288" w:rsidRPr="00201FCB">
        <w:rPr>
          <w:rFonts w:ascii="Garamond" w:eastAsia="Times New Roman" w:hAnsi="Garamond" w:cs="Times New Roman"/>
          <w:sz w:val="24"/>
          <w:szCs w:val="24"/>
          <w:lang w:val="en-IN" w:eastAsia="en-IN"/>
        </w:rPr>
        <w:t>Tashi</w:t>
      </w:r>
      <w:proofErr w:type="spellEnd"/>
      <w:r w:rsidR="001E7288" w:rsidRPr="00201FCB">
        <w:rPr>
          <w:rFonts w:ascii="Garamond" w:eastAsia="Times New Roman" w:hAnsi="Garamond" w:cs="Times New Roman"/>
          <w:sz w:val="24"/>
          <w:szCs w:val="24"/>
          <w:lang w:val="en-IN" w:eastAsia="en-IN"/>
        </w:rPr>
        <w:t xml:space="preserve"> went about diagnosing the eight soldiers including herself and depending on the results the soldiers received dosages of minerals, salts, vitamins through micro needles </w:t>
      </w:r>
      <w:proofErr w:type="spellStart"/>
      <w:r w:rsidR="001E7288" w:rsidRPr="00201FCB">
        <w:rPr>
          <w:rFonts w:ascii="Garamond" w:eastAsia="Times New Roman" w:hAnsi="Garamond" w:cs="Times New Roman"/>
          <w:sz w:val="24"/>
          <w:szCs w:val="24"/>
          <w:lang w:val="en-IN" w:eastAsia="en-IN"/>
        </w:rPr>
        <w:t>pre set</w:t>
      </w:r>
      <w:proofErr w:type="spellEnd"/>
      <w:r w:rsidR="001E7288" w:rsidRPr="00201FCB">
        <w:rPr>
          <w:rFonts w:ascii="Garamond" w:eastAsia="Times New Roman" w:hAnsi="Garamond" w:cs="Times New Roman"/>
          <w:sz w:val="24"/>
          <w:szCs w:val="24"/>
          <w:lang w:val="en-IN" w:eastAsia="en-IN"/>
        </w:rPr>
        <w:t xml:space="preserve"> in their </w:t>
      </w:r>
      <w:proofErr w:type="spellStart"/>
      <w:r w:rsidR="001E7288" w:rsidRPr="00201FCB">
        <w:rPr>
          <w:rFonts w:ascii="Garamond" w:eastAsia="Times New Roman" w:hAnsi="Garamond" w:cs="Times New Roman"/>
          <w:sz w:val="24"/>
          <w:szCs w:val="24"/>
          <w:lang w:val="en-IN" w:eastAsia="en-IN"/>
        </w:rPr>
        <w:t>exosuits</w:t>
      </w:r>
      <w:proofErr w:type="spellEnd"/>
      <w:r w:rsidR="001E7288" w:rsidRPr="00201FCB">
        <w:rPr>
          <w:rFonts w:ascii="Garamond" w:eastAsia="Times New Roman" w:hAnsi="Garamond" w:cs="Times New Roman"/>
          <w:sz w:val="24"/>
          <w:szCs w:val="24"/>
          <w:lang w:val="en-IN" w:eastAsia="en-IN"/>
        </w:rPr>
        <w:t xml:space="preserve">. Amongst all the drugs at Lt </w:t>
      </w:r>
      <w:proofErr w:type="spellStart"/>
      <w:r w:rsidR="001E7288" w:rsidRPr="00201FCB">
        <w:rPr>
          <w:rFonts w:ascii="Garamond" w:eastAsia="Times New Roman" w:hAnsi="Garamond" w:cs="Times New Roman"/>
          <w:sz w:val="24"/>
          <w:szCs w:val="24"/>
          <w:lang w:val="en-IN" w:eastAsia="en-IN"/>
        </w:rPr>
        <w:t>Tashi’s</w:t>
      </w:r>
      <w:proofErr w:type="spellEnd"/>
      <w:r w:rsidR="001E7288" w:rsidRPr="00201FCB">
        <w:rPr>
          <w:rFonts w:ascii="Garamond" w:eastAsia="Times New Roman" w:hAnsi="Garamond" w:cs="Times New Roman"/>
          <w:sz w:val="24"/>
          <w:szCs w:val="24"/>
          <w:lang w:val="en-IN" w:eastAsia="en-IN"/>
        </w:rPr>
        <w:t xml:space="preserve"> disposal was also cyanide </w:t>
      </w:r>
      <w:proofErr w:type="spellStart"/>
      <w:r w:rsidR="001E7288" w:rsidRPr="00201FCB">
        <w:rPr>
          <w:rFonts w:ascii="Garamond" w:eastAsia="Times New Roman" w:hAnsi="Garamond" w:cs="Times New Roman"/>
          <w:sz w:val="24"/>
          <w:szCs w:val="24"/>
          <w:lang w:val="en-IN" w:eastAsia="en-IN"/>
        </w:rPr>
        <w:t>compunds</w:t>
      </w:r>
      <w:proofErr w:type="spellEnd"/>
      <w:r w:rsidR="001E7288" w:rsidRPr="00201FCB">
        <w:rPr>
          <w:rFonts w:ascii="Garamond" w:eastAsia="Times New Roman" w:hAnsi="Garamond" w:cs="Times New Roman"/>
          <w:sz w:val="24"/>
          <w:szCs w:val="24"/>
          <w:lang w:val="en-IN" w:eastAsia="en-IN"/>
        </w:rPr>
        <w:t xml:space="preserve"> which she hoped she’d never have to use.</w:t>
      </w:r>
    </w:p>
    <w:p w:rsidR="00ED20E8" w:rsidRPr="00201FCB" w:rsidRDefault="00ED20E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But in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’s gut, a storm was still brewing. This had been close. Too close. And their real challenge hadn’t even begun.</w:t>
      </w:r>
    </w:p>
    <w:p w:rsidR="00ED20E8" w:rsidRPr="00201FCB" w:rsidRDefault="00ED20E8" w:rsidP="00201FCB">
      <w:pPr>
        <w:spacing w:line="480" w:lineRule="auto"/>
        <w:rPr>
          <w:rFonts w:ascii="Garamond" w:hAnsi="Garamond"/>
          <w:sz w:val="24"/>
          <w:szCs w:val="24"/>
        </w:rPr>
        <w:sectPr w:rsidR="00ED20E8" w:rsidRPr="00201FCB">
          <w:pgSz w:w="8000" w:h="12000"/>
          <w:pgMar w:top="442" w:right="652" w:bottom="1440" w:left="660" w:header="720" w:footer="720" w:gutter="0"/>
          <w:cols w:space="720"/>
          <w:docGrid w:linePitch="360"/>
        </w:sectPr>
      </w:pPr>
    </w:p>
    <w:p w:rsidR="00F460A5" w:rsidRPr="00201FCB" w:rsidRDefault="00A565DF" w:rsidP="00201FCB">
      <w:pPr>
        <w:autoSpaceDE w:val="0"/>
        <w:autoSpaceDN w:val="0"/>
        <w:spacing w:after="0" w:line="480" w:lineRule="auto"/>
        <w:rPr>
          <w:rFonts w:ascii="Garamond" w:hAnsi="Garamond"/>
          <w:sz w:val="24"/>
          <w:szCs w:val="24"/>
        </w:rPr>
      </w:pPr>
      <w:r w:rsidRPr="00201FCB">
        <w:rPr>
          <w:rFonts w:ascii="Garamond" w:eastAsia="Charis SIL Bold" w:hAnsi="Garamond"/>
          <w:color w:val="000000"/>
          <w:sz w:val="24"/>
          <w:szCs w:val="24"/>
        </w:rPr>
        <w:lastRenderedPageBreak/>
        <w:t>Chapter 8 Chinese whispers</w:t>
      </w:r>
    </w:p>
    <w:p w:rsidR="00A565DF" w:rsidRPr="00201FCB" w:rsidRDefault="0036109D"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Bangalore 1810 hrs.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w:t>
      </w:r>
      <w:r w:rsidR="0036109D" w:rsidRPr="00201FCB">
        <w:rPr>
          <w:rFonts w:ascii="Garamond" w:eastAsia="Times New Roman" w:hAnsi="Garamond" w:cs="Times New Roman"/>
          <w:sz w:val="24"/>
          <w:szCs w:val="24"/>
          <w:lang w:val="en-IN" w:eastAsia="en-IN"/>
        </w:rPr>
        <w:t>he Bangalore sun was now mellowing</w:t>
      </w:r>
      <w:r w:rsidRPr="00201FCB">
        <w:rPr>
          <w:rFonts w:ascii="Garamond" w:eastAsia="Times New Roman" w:hAnsi="Garamond" w:cs="Times New Roman"/>
          <w:sz w:val="24"/>
          <w:szCs w:val="24"/>
          <w:lang w:val="en-IN" w:eastAsia="en-IN"/>
        </w:rPr>
        <w:t xml:space="preserve"> outside, but inside the dim war room at ISRO, the glow came only from a half-circle of monitors reflecting off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M’s glasses. Her fingers tapped restlessly on the desk as a stream of orbital data crawled across the screens.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Fifteen satellites.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Fifteen digital predators prowling the South Asian skies.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Each one part of the </w:t>
      </w:r>
      <w:proofErr w:type="spellStart"/>
      <w:r w:rsidRPr="00201FCB">
        <w:rPr>
          <w:rFonts w:ascii="Garamond" w:eastAsia="Times New Roman" w:hAnsi="Garamond" w:cs="Times New Roman"/>
          <w:sz w:val="24"/>
          <w:szCs w:val="24"/>
          <w:lang w:val="en-IN" w:eastAsia="en-IN"/>
        </w:rPr>
        <w:t>BeiDou</w:t>
      </w:r>
      <w:proofErr w:type="spellEnd"/>
      <w:r w:rsidRPr="00201FCB">
        <w:rPr>
          <w:rFonts w:ascii="Garamond" w:eastAsia="Times New Roman" w:hAnsi="Garamond" w:cs="Times New Roman"/>
          <w:sz w:val="24"/>
          <w:szCs w:val="24"/>
          <w:lang w:val="en-IN" w:eastAsia="en-IN"/>
        </w:rPr>
        <w:t xml:space="preserve"> 5 Chinese military constellation, their surveillance payloads precise, ruthless, and blind to international borders. And above them — watching silently — two others. Sleeker. Smarter. </w:t>
      </w:r>
      <w:r w:rsidRPr="00201FCB">
        <w:rPr>
          <w:rFonts w:ascii="Garamond" w:eastAsia="Times New Roman" w:hAnsi="Garamond" w:cs="Times New Roman"/>
          <w:bCs/>
          <w:sz w:val="24"/>
          <w:szCs w:val="24"/>
          <w:lang w:val="en-IN" w:eastAsia="en-IN"/>
        </w:rPr>
        <w:t>Different.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But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couldn’t afford to think about those two yet.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“Alright, Sumit,” she said, voice tight. “We need to blind these fifteen for exactly ten minutes. No more. No less. And without drawing Beijing’s attention.”</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hunched over his station with eyes that hadn't blinked in a while, nodded. “I've</w:t>
      </w:r>
      <w:r w:rsidR="00B565B4" w:rsidRPr="00201FCB">
        <w:rPr>
          <w:rFonts w:ascii="Garamond" w:eastAsia="Times New Roman" w:hAnsi="Garamond" w:cs="Times New Roman"/>
          <w:sz w:val="24"/>
          <w:szCs w:val="24"/>
          <w:lang w:val="en-IN" w:eastAsia="en-IN"/>
        </w:rPr>
        <w:t xml:space="preserve"> figured out to</w:t>
      </w:r>
      <w:r w:rsidRPr="00201FCB">
        <w:rPr>
          <w:rFonts w:ascii="Garamond" w:eastAsia="Times New Roman" w:hAnsi="Garamond" w:cs="Times New Roman"/>
          <w:sz w:val="24"/>
          <w:szCs w:val="24"/>
          <w:lang w:val="en-IN" w:eastAsia="en-IN"/>
        </w:rPr>
        <w:t xml:space="preserve"> isolate their control</w:t>
      </w:r>
      <w:r w:rsidR="00B565B4" w:rsidRPr="00201FCB">
        <w:rPr>
          <w:rFonts w:ascii="Garamond" w:eastAsia="Times New Roman" w:hAnsi="Garamond" w:cs="Times New Roman"/>
          <w:sz w:val="24"/>
          <w:szCs w:val="24"/>
          <w:lang w:val="en-IN" w:eastAsia="en-IN"/>
        </w:rPr>
        <w:t xml:space="preserve"> channels. Nine</w:t>
      </w:r>
      <w:r w:rsidRPr="00201FCB">
        <w:rPr>
          <w:rFonts w:ascii="Garamond" w:eastAsia="Times New Roman" w:hAnsi="Garamond" w:cs="Times New Roman"/>
          <w:sz w:val="24"/>
          <w:szCs w:val="24"/>
          <w:lang w:val="en-IN" w:eastAsia="en-IN"/>
        </w:rPr>
        <w:t xml:space="preserve"> are using standard </w:t>
      </w:r>
      <w:proofErr w:type="spellStart"/>
      <w:r w:rsidRPr="00201FCB">
        <w:rPr>
          <w:rFonts w:ascii="Garamond" w:eastAsia="Times New Roman" w:hAnsi="Garamond" w:cs="Times New Roman"/>
          <w:sz w:val="24"/>
          <w:szCs w:val="24"/>
          <w:lang w:val="en-IN" w:eastAsia="en-IN"/>
        </w:rPr>
        <w:t>BeiDou</w:t>
      </w:r>
      <w:proofErr w:type="spellEnd"/>
      <w:r w:rsidRPr="00201FCB">
        <w:rPr>
          <w:rFonts w:ascii="Garamond" w:eastAsia="Times New Roman" w:hAnsi="Garamond" w:cs="Times New Roman"/>
          <w:sz w:val="24"/>
          <w:szCs w:val="24"/>
          <w:lang w:val="en-IN" w:eastAsia="en-IN"/>
        </w:rPr>
        <w:t xml:space="preserve"> 5-A protocols. Three are hybridized—slightly newer firmware, but we can spoof it with legacy ping returns. It’s that last one…” He paused. “It’s been updated post-launch. Remote patch. We’re not sure what it’s running.”</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“Skip it,”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said, decisively. “That one and the two advanced models—leave them be. We’ll deal with them later.”</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“Copy that. That leaves twelve we can realistically target.”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nodded. Her brain worked like a star map, rapidly calculating satellite trajectories, signal cross-links, and spoofing sequences.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“We don’t jam them,” she said aloud, mostly to herself. “Jamming’s detectable. We mimic their own control signal, simulate a diagnostic loop. Force them to ‘think’ they’re offline.”</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blind spot that looks like a systems check,” Sumit added.</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“Exactly.”</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room buzzed as Sumit fed the spoofing code into the uplink.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cross-referenced ground relay stations that could ping the satellites without raising red flags. Some of them were Chinese-owned — she would have to mask the signal as a self-test from their own systems.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Suddenly, one screen went red.</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“Unauthorized checksum request detected,”</w:t>
      </w:r>
      <w:r w:rsidRPr="00201FCB">
        <w:rPr>
          <w:rFonts w:ascii="Garamond" w:eastAsia="Times New Roman" w:hAnsi="Garamond" w:cs="Times New Roman"/>
          <w:sz w:val="24"/>
          <w:szCs w:val="24"/>
          <w:lang w:val="en-IN" w:eastAsia="en-IN"/>
        </w:rPr>
        <w:t xml:space="preserve"> the monitor flashed.</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“Which one?”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asked, instantly alert.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“Satellite #7. It’s sniffing for signal origin. Smart.”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“Countermeasure,” she barked. “Redirect the checksum ping to the Tibetan relay node. Make it look like an echo.”</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Sumit’s</w:t>
      </w:r>
      <w:proofErr w:type="spellEnd"/>
      <w:r w:rsidRPr="00201FCB">
        <w:rPr>
          <w:rFonts w:ascii="Garamond" w:eastAsia="Times New Roman" w:hAnsi="Garamond" w:cs="Times New Roman"/>
          <w:sz w:val="24"/>
          <w:szCs w:val="24"/>
          <w:lang w:val="en-IN" w:eastAsia="en-IN"/>
        </w:rPr>
        <w:t xml:space="preserve"> fingers flew.</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Ten seconds later, the red screen turned green again.</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“Nice catch,”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muttered.</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let out a slow breath. “I really wish we had a few more hours.”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“We don’t,”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replied, eyes locked on the countdown. </w:t>
      </w:r>
      <w:r w:rsidRPr="00201FCB">
        <w:rPr>
          <w:rFonts w:ascii="Garamond" w:eastAsia="Times New Roman" w:hAnsi="Garamond" w:cs="Times New Roman"/>
          <w:bCs/>
          <w:sz w:val="24"/>
          <w:szCs w:val="24"/>
          <w:lang w:val="en-IN" w:eastAsia="en-IN"/>
        </w:rPr>
        <w:t>08:17:56</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Outside, birds chirped. Life moved on. But here, in this subterranean chamber, two minds were playing chess with death itself.</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After several tense minutes of digital </w:t>
      </w:r>
      <w:proofErr w:type="spellStart"/>
      <w:r w:rsidRPr="00201FCB">
        <w:rPr>
          <w:rFonts w:ascii="Garamond" w:eastAsia="Times New Roman" w:hAnsi="Garamond" w:cs="Times New Roman"/>
          <w:sz w:val="24"/>
          <w:szCs w:val="24"/>
          <w:lang w:val="en-IN" w:eastAsia="en-IN"/>
        </w:rPr>
        <w:t>maneuvering</w:t>
      </w:r>
      <w:proofErr w:type="spellEnd"/>
      <w:r w:rsidRPr="00201FCB">
        <w:rPr>
          <w:rFonts w:ascii="Garamond" w:eastAsia="Times New Roman" w:hAnsi="Garamond" w:cs="Times New Roman"/>
          <w:sz w:val="24"/>
          <w:szCs w:val="24"/>
          <w:lang w:val="en-IN" w:eastAsia="en-IN"/>
        </w:rPr>
        <w:t>, Sumit finally said, “Eleven satellites ready to spoof. One — Satellite 9 — still not responding to the command mimic.”</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“Satellite 9 is one of the hybrid models, right?”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“Yes. But its delay loop isn’t matching with the rest. It could be running </w:t>
      </w:r>
      <w:proofErr w:type="spellStart"/>
      <w:r w:rsidRPr="00201FCB">
        <w:rPr>
          <w:rFonts w:ascii="Garamond" w:eastAsia="Times New Roman" w:hAnsi="Garamond" w:cs="Times New Roman"/>
          <w:sz w:val="24"/>
          <w:szCs w:val="24"/>
          <w:lang w:val="en-IN" w:eastAsia="en-IN"/>
        </w:rPr>
        <w:t>BeiDou</w:t>
      </w:r>
      <w:proofErr w:type="spellEnd"/>
      <w:r w:rsidRPr="00201FCB">
        <w:rPr>
          <w:rFonts w:ascii="Garamond" w:eastAsia="Times New Roman" w:hAnsi="Garamond" w:cs="Times New Roman"/>
          <w:sz w:val="24"/>
          <w:szCs w:val="24"/>
          <w:lang w:val="en-IN" w:eastAsia="en-IN"/>
        </w:rPr>
        <w:t xml:space="preserve"> 5.1 or some custom firmware.”</w:t>
      </w:r>
    </w:p>
    <w:p w:rsidR="00A565DF"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A565DF" w:rsidRPr="00201FCB">
        <w:rPr>
          <w:rFonts w:ascii="Garamond" w:eastAsia="Times New Roman" w:hAnsi="Garamond" w:cs="Times New Roman"/>
          <w:sz w:val="24"/>
          <w:szCs w:val="24"/>
          <w:lang w:val="en-IN" w:eastAsia="en-IN"/>
        </w:rPr>
        <w:t xml:space="preserve"> stared at the screen, then leaned forward. “It’s masking itself. That’s not a malfunction — that’s </w:t>
      </w:r>
      <w:proofErr w:type="spellStart"/>
      <w:r w:rsidR="00A565DF" w:rsidRPr="00201FCB">
        <w:rPr>
          <w:rFonts w:ascii="Garamond" w:eastAsia="Times New Roman" w:hAnsi="Garamond" w:cs="Times New Roman"/>
          <w:sz w:val="24"/>
          <w:szCs w:val="24"/>
          <w:lang w:val="en-IN" w:eastAsia="en-IN"/>
        </w:rPr>
        <w:t>behavior</w:t>
      </w:r>
      <w:proofErr w:type="spellEnd"/>
      <w:r w:rsidR="00A565DF" w:rsidRPr="00201FCB">
        <w:rPr>
          <w:rFonts w:ascii="Garamond" w:eastAsia="Times New Roman" w:hAnsi="Garamond" w:cs="Times New Roman"/>
          <w:sz w:val="24"/>
          <w:szCs w:val="24"/>
          <w:lang w:val="en-IN" w:eastAsia="en-IN"/>
        </w:rPr>
        <w:t>. Let it go for now. Circle it. We’ve got enough blind spots to create an entry corridor.”</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“Roger that. Eleven out of fifteen.</w:t>
      </w:r>
    </w:p>
    <w:p w:rsidR="00A565DF"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A565DF" w:rsidRPr="00201FCB">
        <w:rPr>
          <w:rFonts w:ascii="Garamond" w:eastAsia="Times New Roman" w:hAnsi="Garamond" w:cs="Times New Roman"/>
          <w:sz w:val="24"/>
          <w:szCs w:val="24"/>
          <w:lang w:val="en-IN" w:eastAsia="en-IN"/>
        </w:rPr>
        <w:t xml:space="preserve"> stood still, the weight of invisible threads tightening around her. She didn’t know what the target was. She didn’t know who was moving on the ground or what levers were being pulled abroad. But the directive from New Delhi had </w:t>
      </w:r>
      <w:r w:rsidR="00A565DF" w:rsidRPr="00201FCB">
        <w:rPr>
          <w:rFonts w:ascii="Garamond" w:eastAsia="Times New Roman" w:hAnsi="Garamond" w:cs="Times New Roman"/>
          <w:sz w:val="24"/>
          <w:szCs w:val="24"/>
          <w:lang w:val="en-IN" w:eastAsia="en-IN"/>
        </w:rPr>
        <w:lastRenderedPageBreak/>
        <w:t xml:space="preserve">been crystalline: </w:t>
      </w:r>
      <w:r w:rsidR="00A565DF" w:rsidRPr="00201FCB">
        <w:rPr>
          <w:rFonts w:ascii="Garamond" w:eastAsia="Times New Roman" w:hAnsi="Garamond" w:cs="Times New Roman"/>
          <w:bCs/>
          <w:sz w:val="24"/>
          <w:szCs w:val="24"/>
          <w:lang w:val="en-IN" w:eastAsia="en-IN"/>
        </w:rPr>
        <w:t>blind the selected satellites precisely when the timer hits zero</w:t>
      </w:r>
      <w:r w:rsidR="00A565DF" w:rsidRPr="00201FCB">
        <w:rPr>
          <w:rFonts w:ascii="Garamond" w:eastAsia="Times New Roman" w:hAnsi="Garamond" w:cs="Times New Roman"/>
          <w:sz w:val="24"/>
          <w:szCs w:val="24"/>
          <w:lang w:val="en-IN" w:eastAsia="en-IN"/>
        </w:rPr>
        <w:t>. No deviation. No improvisation.</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large screen above her console displayed the countdown like a digital god:</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07:46:19</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ticking.</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had asked no questions. The fewer she knew, the better—such was the doctrine of missions like this.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glanced up. “So we don’t execute until the clock hits zero?”</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“Exactly,” she said. “That’s not just the window—it’s </w:t>
      </w:r>
      <w:r w:rsidRPr="00201FCB">
        <w:rPr>
          <w:rFonts w:ascii="Garamond" w:eastAsia="Times New Roman" w:hAnsi="Garamond" w:cs="Times New Roman"/>
          <w:bCs/>
          <w:sz w:val="24"/>
          <w:szCs w:val="24"/>
          <w:lang w:val="en-IN" w:eastAsia="en-IN"/>
        </w:rPr>
        <w:t>the window</w:t>
      </w:r>
      <w:r w:rsidRPr="00201FCB">
        <w:rPr>
          <w:rFonts w:ascii="Garamond" w:eastAsia="Times New Roman" w:hAnsi="Garamond" w:cs="Times New Roman"/>
          <w:sz w:val="24"/>
          <w:szCs w:val="24"/>
          <w:lang w:val="en-IN" w:eastAsia="en-IN"/>
        </w:rPr>
        <w:t>. We do our part. Someone else’s life... maybe many lives... depend on that exact moment.”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Outside the war room, the sky looked unchanged. But above the clouds, satellites circled like vultures. And when that </w:t>
      </w:r>
      <w:r w:rsidRPr="00201FCB">
        <w:rPr>
          <w:rFonts w:ascii="Garamond" w:eastAsia="Times New Roman" w:hAnsi="Garamond" w:cs="Times New Roman"/>
          <w:sz w:val="24"/>
          <w:szCs w:val="24"/>
          <w:lang w:val="en-IN" w:eastAsia="en-IN"/>
        </w:rPr>
        <w:lastRenderedPageBreak/>
        <w:t>moment came—when time finally aligned across battlefield, diplomacy, and code—</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would plunge them into darkness.</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Not before. Not after.</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Exactly when the countdown hits </w:t>
      </w:r>
      <w:r w:rsidRPr="00201FCB">
        <w:rPr>
          <w:rFonts w:ascii="Garamond" w:eastAsia="Times New Roman" w:hAnsi="Garamond" w:cs="Times New Roman"/>
          <w:bCs/>
          <w:sz w:val="24"/>
          <w:szCs w:val="24"/>
          <w:lang w:val="en-IN" w:eastAsia="en-IN"/>
        </w:rPr>
        <w:t>00:00:00</w:t>
      </w:r>
      <w:r w:rsidRPr="00201FCB">
        <w:rPr>
          <w:rFonts w:ascii="Garamond" w:eastAsia="Times New Roman" w:hAnsi="Garamond" w:cs="Times New Roman"/>
          <w:sz w:val="24"/>
          <w:szCs w:val="24"/>
          <w:lang w:val="en-IN" w:eastAsia="en-IN"/>
        </w:rPr>
        <w: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Till then</w:t>
      </w:r>
      <w:r w:rsidRPr="00201FCB">
        <w:rPr>
          <w:rFonts w:ascii="Garamond" w:eastAsia="Times New Roman" w:hAnsi="Garamond" w:cs="Times New Roman"/>
          <w:sz w:val="24"/>
          <w:szCs w:val="24"/>
          <w:lang w:val="en-IN" w:eastAsia="en-IN"/>
        </w:rPr>
        <w:t xml:space="preserve">, she thought grimly, </w:t>
      </w:r>
      <w:r w:rsidRPr="00201FCB">
        <w:rPr>
          <w:rFonts w:ascii="Garamond" w:eastAsia="Times New Roman" w:hAnsi="Garamond" w:cs="Times New Roman"/>
          <w:bCs/>
          <w:sz w:val="24"/>
          <w:szCs w:val="24"/>
          <w:lang w:val="en-IN" w:eastAsia="en-IN"/>
        </w:rPr>
        <w:t>I n</w:t>
      </w:r>
      <w:r w:rsidR="00B565B4" w:rsidRPr="00201FCB">
        <w:rPr>
          <w:rFonts w:ascii="Garamond" w:eastAsia="Times New Roman" w:hAnsi="Garamond" w:cs="Times New Roman"/>
          <w:bCs/>
          <w:sz w:val="24"/>
          <w:szCs w:val="24"/>
          <w:lang w:val="en-IN" w:eastAsia="en-IN"/>
        </w:rPr>
        <w:t>eed to figure out what the hell s</w:t>
      </w:r>
      <w:r w:rsidRPr="00201FCB">
        <w:rPr>
          <w:rFonts w:ascii="Garamond" w:eastAsia="Times New Roman" w:hAnsi="Garamond" w:cs="Times New Roman"/>
          <w:bCs/>
          <w:sz w:val="24"/>
          <w:szCs w:val="24"/>
          <w:lang w:val="en-IN" w:eastAsia="en-IN"/>
        </w:rPr>
        <w:t>atellites 14 and 15 are</w:t>
      </w:r>
      <w:r w:rsidR="00B565B4" w:rsidRPr="00201FCB">
        <w:rPr>
          <w:rFonts w:ascii="Garamond" w:eastAsia="Times New Roman" w:hAnsi="Garamond" w:cs="Times New Roman"/>
          <w:bCs/>
          <w:sz w:val="24"/>
          <w:szCs w:val="24"/>
          <w:lang w:val="en-IN" w:eastAsia="en-IN"/>
        </w:rPr>
        <w:t xml:space="preserve"> made of</w:t>
      </w:r>
      <w:r w:rsidRPr="00201FCB">
        <w:rPr>
          <w:rFonts w:ascii="Garamond" w:eastAsia="Times New Roman" w:hAnsi="Garamond" w:cs="Times New Roman"/>
          <w:bCs/>
          <w:sz w:val="24"/>
          <w:szCs w:val="24"/>
          <w:lang w:val="en-IN" w:eastAsia="en-IN"/>
        </w:rPr>
        <w:t>.</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Because something about them wasn’t just different—it was deliberate.</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she had a sinking feeling they weren’t just watching.</w:t>
      </w:r>
    </w:p>
    <w:p w:rsidR="00A565DF" w:rsidRPr="00201FCB" w:rsidRDefault="00A565DF"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They were </w:t>
      </w:r>
      <w:r w:rsidRPr="00201FCB">
        <w:rPr>
          <w:rFonts w:ascii="Garamond" w:eastAsia="Times New Roman" w:hAnsi="Garamond" w:cs="Times New Roman"/>
          <w:bCs/>
          <w:sz w:val="24"/>
          <w:szCs w:val="24"/>
          <w:lang w:val="en-IN" w:eastAsia="en-IN"/>
        </w:rPr>
        <w:t>waiting</w:t>
      </w:r>
      <w:r w:rsidRPr="00201FCB">
        <w:rPr>
          <w:rFonts w:ascii="Garamond" w:eastAsia="Times New Roman" w:hAnsi="Garamond" w:cs="Times New Roman"/>
          <w:sz w:val="24"/>
          <w:szCs w:val="24"/>
          <w:lang w:val="en-IN" w:eastAsia="en-IN"/>
        </w:rPr>
        <w:t>.</w:t>
      </w:r>
    </w:p>
    <w:p w:rsidR="00A565DF" w:rsidRPr="00201FCB" w:rsidRDefault="00A565DF" w:rsidP="00201FCB">
      <w:pPr>
        <w:spacing w:line="480" w:lineRule="auto"/>
        <w:rPr>
          <w:rFonts w:ascii="Garamond" w:hAnsi="Garamond"/>
          <w:sz w:val="24"/>
          <w:szCs w:val="24"/>
        </w:rPr>
        <w:sectPr w:rsidR="00A565DF" w:rsidRPr="00201FCB">
          <w:pgSz w:w="8000" w:h="12000"/>
          <w:pgMar w:top="442" w:right="1440" w:bottom="1440" w:left="660" w:header="720" w:footer="720" w:gutter="0"/>
          <w:cols w:space="720"/>
          <w:docGrid w:linePitch="360"/>
        </w:sectPr>
      </w:pPr>
    </w:p>
    <w:p w:rsidR="00F460A5" w:rsidRPr="00201FCB" w:rsidRDefault="00F460A5" w:rsidP="00201FCB">
      <w:pPr>
        <w:autoSpaceDE w:val="0"/>
        <w:autoSpaceDN w:val="0"/>
        <w:spacing w:after="224" w:line="480" w:lineRule="auto"/>
        <w:rPr>
          <w:rFonts w:ascii="Garamond" w:hAnsi="Garamond"/>
          <w:sz w:val="24"/>
          <w:szCs w:val="24"/>
        </w:rPr>
      </w:pPr>
    </w:p>
    <w:p w:rsidR="0036109D" w:rsidRPr="00201FCB" w:rsidRDefault="00A565DF" w:rsidP="00201FCB">
      <w:pPr>
        <w:autoSpaceDE w:val="0"/>
        <w:autoSpaceDN w:val="0"/>
        <w:spacing w:after="0" w:line="480" w:lineRule="auto"/>
        <w:rPr>
          <w:rFonts w:ascii="Garamond" w:hAnsi="Garamond"/>
          <w:sz w:val="24"/>
          <w:szCs w:val="24"/>
        </w:rPr>
      </w:pPr>
      <w:r w:rsidRPr="00201FCB">
        <w:rPr>
          <w:rFonts w:ascii="Garamond" w:eastAsia="Charis SIL Bold" w:hAnsi="Garamond"/>
          <w:color w:val="000000"/>
          <w:sz w:val="24"/>
          <w:szCs w:val="24"/>
        </w:rPr>
        <w:t>Chapter 9 Singapore sling</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Clarke Quay, Singapore | 2045 hrs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ice clinked softly in Indira Rai’s glass as she swirled the amber liquid within, the city’s neon reflections dancing across the rim like restless spirits. The rooftop bar at Clarke Quay was a </w:t>
      </w:r>
      <w:proofErr w:type="spellStart"/>
      <w:r w:rsidRPr="00201FCB">
        <w:rPr>
          <w:rFonts w:ascii="Garamond" w:eastAsia="Times New Roman" w:hAnsi="Garamond" w:cs="Times New Roman"/>
          <w:sz w:val="24"/>
          <w:szCs w:val="24"/>
          <w:lang w:val="en-IN" w:eastAsia="en-IN"/>
        </w:rPr>
        <w:t>favorite</w:t>
      </w:r>
      <w:proofErr w:type="spellEnd"/>
      <w:r w:rsidRPr="00201FCB">
        <w:rPr>
          <w:rFonts w:ascii="Garamond" w:eastAsia="Times New Roman" w:hAnsi="Garamond" w:cs="Times New Roman"/>
          <w:sz w:val="24"/>
          <w:szCs w:val="24"/>
          <w:lang w:val="en-IN" w:eastAsia="en-IN"/>
        </w:rPr>
        <w:t xml:space="preserve"> of diplomats—anonymous enough for secrets, elegant enough for deniability. Tonight, it was her theatre. Her script was a lie wrapped in the rhythm of truth.</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Across from her sat two American diplomats from the State Department—tailored suits, standard-issue charm, and eyes trained by Langley. No official agenda. No transcript. No accountability.</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“Bourbon, straight,” the younger one said. His name was Matthews. He had Midwest friendliness and Cold War </w:t>
      </w:r>
      <w:r w:rsidRPr="00201FCB">
        <w:rPr>
          <w:rFonts w:ascii="Garamond" w:eastAsia="Times New Roman" w:hAnsi="Garamond" w:cs="Times New Roman"/>
          <w:sz w:val="24"/>
          <w:szCs w:val="24"/>
          <w:lang w:val="en-IN" w:eastAsia="en-IN"/>
        </w:rPr>
        <w:lastRenderedPageBreak/>
        <w:t>instincts. The older one, Carter, nodded for his scotch but said nothing.</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lifted her glass. “Gentlemen. Singapore’s humidity is relentless, but I’m glad you braved it.”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Matthews smirked. “We sensed you’ve been busy latel</w:t>
      </w:r>
      <w:r w:rsidR="00B565B4" w:rsidRPr="00201FCB">
        <w:rPr>
          <w:rFonts w:ascii="Garamond" w:eastAsia="Times New Roman" w:hAnsi="Garamond" w:cs="Times New Roman"/>
          <w:sz w:val="24"/>
          <w:szCs w:val="24"/>
          <w:lang w:val="en-IN" w:eastAsia="en-IN"/>
        </w:rPr>
        <w:t>y. Dubai. Tokyo</w:t>
      </w:r>
      <w:r w:rsidRPr="00201FCB">
        <w:rPr>
          <w:rFonts w:ascii="Garamond" w:eastAsia="Times New Roman" w:hAnsi="Garamond" w:cs="Times New Roman"/>
          <w:sz w:val="24"/>
          <w:szCs w:val="24"/>
          <w:lang w:val="en-IN" w:eastAsia="en-IN"/>
        </w:rPr>
        <w:t>. Nairobi. Lots of movement.”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“Movement,” she said with a knowing smile, “is how you avoid being cornered.”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Carter broke his silence. “There’s movement, and then there’s choreography.”</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arched an eyebrow. “Are you accusing me of dancing?”</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“I’m suggesting coordination. Patterns.”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laughed softly. “Only amateurs move without rhythm. But don’t confuse alignment with aggression.”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Matthews leaned in, casually. “Still. It’s rare to see a diplomat log that many frequent flyer miles without something stirring beneath the surface.”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“There’s always something stirring beneath the surface,” she replied. “The world doesn’t sleep anymore. Neither do the fault lines.”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She sipped her drink, then set the glass down deliberately. “Let’s stop fencing. India is preparing something. You’ve seen the chatter—realignments, rapid response deployments, discreet naval shifts. You didn’t come here to confirm </w:t>
      </w:r>
      <w:proofErr w:type="spellStart"/>
      <w:r w:rsidRPr="00201FCB">
        <w:rPr>
          <w:rFonts w:ascii="Garamond" w:eastAsia="Times New Roman" w:hAnsi="Garamond" w:cs="Times New Roman"/>
          <w:sz w:val="24"/>
          <w:szCs w:val="24"/>
          <w:lang w:val="en-IN" w:eastAsia="en-IN"/>
        </w:rPr>
        <w:t>rumors</w:t>
      </w:r>
      <w:proofErr w:type="spellEnd"/>
      <w:r w:rsidRPr="00201FCB">
        <w:rPr>
          <w:rFonts w:ascii="Garamond" w:eastAsia="Times New Roman" w:hAnsi="Garamond" w:cs="Times New Roman"/>
          <w:sz w:val="24"/>
          <w:szCs w:val="24"/>
          <w:lang w:val="en-IN" w:eastAsia="en-IN"/>
        </w:rPr>
        <w:t>. You came to learn what matters.”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Carter tilted his head. “And what matters?”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smiled, slowly. “That the Dragon has grown bold. Bolder than comfort permits. Sometimes, boldness needs friction.”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Matthews drummed his fingers on the table. “Friction tends to have aftershocks. You sure you can contain it?”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“I’m sure we won’t be the ones who lose our balance.”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“You’re talking about a tactical push along your northern axis?”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gave him a look that was both vague and intimate. “Call it… strategic realignment. A reminder that old lines drawn on newer maps still matter.”</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Carter studied her. “And what do you expect from us?”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“Nothing overt,” she said. “I know better. The United States doesn’t intervene anymore unless it’s profitable or personal.”</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Matthews smiled thinly. “That’s a cynical view of partnership.”</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“It’s a realistic one. Let’s not pretend your alliance history with us hasn’t always been… situational. You had a long, warm courtship with our </w:t>
      </w:r>
      <w:proofErr w:type="spellStart"/>
      <w:r w:rsidRPr="00201FCB">
        <w:rPr>
          <w:rFonts w:ascii="Garamond" w:eastAsia="Times New Roman" w:hAnsi="Garamond" w:cs="Times New Roman"/>
          <w:sz w:val="24"/>
          <w:szCs w:val="24"/>
          <w:lang w:val="en-IN" w:eastAsia="en-IN"/>
        </w:rPr>
        <w:t>neighbors</w:t>
      </w:r>
      <w:proofErr w:type="spellEnd"/>
      <w:r w:rsidRPr="00201FCB">
        <w:rPr>
          <w:rFonts w:ascii="Garamond" w:eastAsia="Times New Roman" w:hAnsi="Garamond" w:cs="Times New Roman"/>
          <w:sz w:val="24"/>
          <w:szCs w:val="24"/>
          <w:lang w:val="en-IN" w:eastAsia="en-IN"/>
        </w:rPr>
        <w:t xml:space="preserve"> to the west.”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“Pakistan served certain logistical needs.”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“Yes,” Indira said, voice velvet-sheathed steel. “Especially in the Middle East. The Taliban. Central Asian corridors. Useful chaos. But we’ve managed without such conveniences. And we’re still here.”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pause.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“You’re not here for assistance,” Carter said. “You want freedom of operation.”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“Freedom of silence,” Indira corrected. “I want you watching the headlines, not the shadows.”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“Are we talking surgical pressure or open escalation?”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tilted her head. “Let’s just say this: if the Dragon loses sleep, others in the region sleep easier.”</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Matthews leaned back. “And if things spiral?”</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“Then they spiral upward — in your </w:t>
      </w:r>
      <w:proofErr w:type="spellStart"/>
      <w:r w:rsidRPr="00201FCB">
        <w:rPr>
          <w:rFonts w:ascii="Garamond" w:eastAsia="Times New Roman" w:hAnsi="Garamond" w:cs="Times New Roman"/>
          <w:sz w:val="24"/>
          <w:szCs w:val="24"/>
          <w:lang w:val="en-IN" w:eastAsia="en-IN"/>
        </w:rPr>
        <w:t>favor</w:t>
      </w:r>
      <w:proofErr w:type="spellEnd"/>
      <w:r w:rsidRPr="00201FCB">
        <w:rPr>
          <w:rFonts w:ascii="Garamond" w:eastAsia="Times New Roman" w:hAnsi="Garamond" w:cs="Times New Roman"/>
          <w:sz w:val="24"/>
          <w:szCs w:val="24"/>
          <w:lang w:val="en-IN" w:eastAsia="en-IN"/>
        </w:rPr>
        <w:t>. A distracted Dragon is an American dividend.”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That landed.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Carter studied her again. “And what if this is all... performative? A smokescreen?”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 she replied with perfect calm, “you’ll have plausible deniability.”</w:t>
      </w:r>
    </w:p>
    <w:p w:rsidR="001E7288" w:rsidRPr="00201FCB" w:rsidRDefault="001E7288" w:rsidP="00201FCB">
      <w:pPr>
        <w:spacing w:line="480" w:lineRule="auto"/>
        <w:rPr>
          <w:rFonts w:ascii="Garamond" w:hAnsi="Garamond"/>
          <w:sz w:val="24"/>
          <w:szCs w:val="24"/>
        </w:rPr>
      </w:pPr>
    </w:p>
    <w:p w:rsidR="001E7288" w:rsidRPr="00201FCB" w:rsidRDefault="001E7288" w:rsidP="00201FCB">
      <w:pPr>
        <w:spacing w:line="480" w:lineRule="auto"/>
        <w:rPr>
          <w:rFonts w:ascii="Garamond" w:hAnsi="Garamond"/>
          <w:sz w:val="24"/>
          <w:szCs w:val="24"/>
        </w:rPr>
      </w:pP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After Indira left, Matthews nursed his half-warm bourbon in silence.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plays a dangerous game.”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Carter watched the skyline, unimpressed. “So do we.”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wants us believing she’s going to sting the Dragon.”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“She made sure we did,” Carter replied. “Without ever confirming a damn thing.”</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Matthews let out a low whistle. “She never asked for permission. Just space.”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baited us with what we wanted to hear,” Carter muttered. “And made us feel like we thought of it first.”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Matthews nodded, slowly. “You think she’s bluffing?”</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 Carter said. “I think she’s baiting the Dragon with a stick in one hand—while hiding the knife in the other.”</w:t>
      </w:r>
    </w:p>
    <w:p w:rsidR="001E7288" w:rsidRPr="00201FCB" w:rsidRDefault="001E7288" w:rsidP="00201FCB">
      <w:pPr>
        <w:spacing w:line="480" w:lineRule="auto"/>
        <w:rPr>
          <w:rFonts w:ascii="Garamond" w:hAnsi="Garamond"/>
          <w:sz w:val="24"/>
          <w:szCs w:val="24"/>
        </w:rPr>
      </w:pPr>
    </w:p>
    <w:p w:rsidR="001E7288" w:rsidRPr="00201FCB" w:rsidRDefault="001E7288" w:rsidP="00201FCB">
      <w:pPr>
        <w:spacing w:line="480" w:lineRule="auto"/>
        <w:rPr>
          <w:rFonts w:ascii="Garamond" w:hAnsi="Garamond"/>
          <w:sz w:val="24"/>
          <w:szCs w:val="24"/>
        </w:rPr>
      </w:pP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car door shut with a gentle thump, sealing Indira inside a cool hush of reinforced silence. As her convoy slipped away from Clarke Quay, she didn’t reach for her phone or her notes.</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She simply stared out at the skyline — modern, proud, and easily fooled.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They believed it. Every word. The Dragon. The choreography. The feint.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And now, while they leaned northward in gleeful anticipation of an Elephant-Dragon tangle, </w:t>
      </w:r>
      <w:r w:rsidRPr="00201FCB">
        <w:rPr>
          <w:rFonts w:ascii="Garamond" w:eastAsia="Times New Roman" w:hAnsi="Garamond" w:cs="Times New Roman"/>
          <w:bCs/>
          <w:sz w:val="24"/>
          <w:szCs w:val="24"/>
          <w:lang w:val="en-IN" w:eastAsia="en-IN"/>
        </w:rPr>
        <w:t>she had what she needed</w:t>
      </w:r>
      <w:r w:rsidRPr="00201FCB">
        <w:rPr>
          <w:rFonts w:ascii="Garamond" w:eastAsia="Times New Roman" w:hAnsi="Garamond" w:cs="Times New Roman"/>
          <w:sz w:val="24"/>
          <w:szCs w:val="24"/>
          <w:lang w:val="en-IN" w:eastAsia="en-IN"/>
        </w:rPr>
        <w:t xml:space="preserve"> — 48 hours of strategic silence and full deniability.</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 wouldn’t even realize it until it was over.</w:t>
      </w:r>
    </w:p>
    <w:p w:rsidR="001E7288" w:rsidRPr="00201FCB" w:rsidRDefault="001E7288" w:rsidP="00201FCB">
      <w:pPr>
        <w:spacing w:line="480" w:lineRule="auto"/>
        <w:rPr>
          <w:rFonts w:ascii="Garamond" w:hAnsi="Garamond"/>
          <w:sz w:val="24"/>
          <w:szCs w:val="24"/>
        </w:rPr>
      </w:pP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 xml:space="preserve">New Delhi </w:t>
      </w:r>
      <w:proofErr w:type="gramStart"/>
      <w:r w:rsidRPr="00201FCB">
        <w:rPr>
          <w:rFonts w:ascii="Garamond" w:eastAsia="Times New Roman" w:hAnsi="Garamond" w:cs="Times New Roman"/>
          <w:bCs/>
          <w:sz w:val="24"/>
          <w:szCs w:val="24"/>
          <w:lang w:val="en-IN" w:eastAsia="en-IN"/>
        </w:rPr>
        <w:t>|  hrs</w:t>
      </w:r>
      <w:proofErr w:type="gramEnd"/>
      <w:r w:rsidRPr="00201FCB">
        <w:rPr>
          <w:rFonts w:ascii="Garamond" w:eastAsia="Times New Roman" w:hAnsi="Garamond" w:cs="Times New Roman"/>
          <w:bCs/>
          <w:sz w:val="24"/>
          <w:szCs w:val="24"/>
          <w:lang w:val="en-IN" w:eastAsia="en-IN"/>
        </w:rPr>
        <w:t xml:space="preserve"> | 5 Hours After Singapore</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Indira Rai stepped off the IAF executive jet with the same unhurried grace that had marked her arrival in Nairobi, Dubai, and now Singapore. Her face, calm and unreadable, masked the firestorm of whispers that her movements had ignited across strategic circles — not only in Washington, but in </w:t>
      </w:r>
      <w:r w:rsidRPr="00201FCB">
        <w:rPr>
          <w:rFonts w:ascii="Garamond" w:eastAsia="Times New Roman" w:hAnsi="Garamond" w:cs="Times New Roman"/>
          <w:bCs/>
          <w:sz w:val="24"/>
          <w:szCs w:val="24"/>
          <w:lang w:val="en-IN" w:eastAsia="en-IN"/>
        </w:rPr>
        <w:t>Beijing</w:t>
      </w:r>
      <w:r w:rsidRPr="00201FCB">
        <w:rPr>
          <w:rFonts w:ascii="Garamond" w:eastAsia="Times New Roman" w:hAnsi="Garamond" w:cs="Times New Roman"/>
          <w:sz w:val="24"/>
          <w:szCs w:val="24"/>
          <w:lang w:val="en-IN" w:eastAsia="en-IN"/>
        </w:rPr>
        <w: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The </w:t>
      </w:r>
      <w:r w:rsidRPr="00201FCB">
        <w:rPr>
          <w:rFonts w:ascii="Garamond" w:eastAsia="Times New Roman" w:hAnsi="Garamond" w:cs="Times New Roman"/>
          <w:bCs/>
          <w:sz w:val="24"/>
          <w:szCs w:val="24"/>
          <w:lang w:val="en-IN" w:eastAsia="en-IN"/>
        </w:rPr>
        <w:t>Dragon was stirring</w:t>
      </w:r>
      <w:r w:rsidRPr="00201FCB">
        <w:rPr>
          <w:rFonts w:ascii="Garamond" w:eastAsia="Times New Roman" w:hAnsi="Garamond" w:cs="Times New Roman"/>
          <w:sz w:val="24"/>
          <w:szCs w:val="24"/>
          <w:lang w:val="en-IN" w:eastAsia="en-IN"/>
        </w:rPr>
        <w: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Chinese military intelligence, never ones to take diplomatic shifts lightly, had begun recalibrating satellite focus toward India’s northern frontier. PLA analysts parsed her travel itinerary like sacred text: Why Africa? Why Dubai? Why Singapore?</w:t>
      </w:r>
    </w:p>
    <w:p w:rsidR="001E7288" w:rsidRPr="00201FCB" w:rsidRDefault="001E728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Was India laying the groundwork for a northern confrontation?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That was the </w:t>
      </w:r>
      <w:r w:rsidRPr="00201FCB">
        <w:rPr>
          <w:rFonts w:ascii="Garamond" w:eastAsia="Times New Roman" w:hAnsi="Garamond" w:cs="Times New Roman"/>
          <w:bCs/>
          <w:sz w:val="24"/>
          <w:szCs w:val="24"/>
          <w:lang w:val="en-IN" w:eastAsia="en-IN"/>
        </w:rPr>
        <w:t>ruffle</w:t>
      </w:r>
      <w:r w:rsidRPr="00201FCB">
        <w:rPr>
          <w:rFonts w:ascii="Garamond" w:eastAsia="Times New Roman" w:hAnsi="Garamond" w:cs="Times New Roman"/>
          <w:sz w:val="24"/>
          <w:szCs w:val="24"/>
          <w:lang w:val="en-IN" w:eastAsia="en-IN"/>
        </w:rPr>
        <w:t xml:space="preserve"> she had anticipated.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What they hadn’t seen — what she had carefully planted through “leaks,” backchannel whispers, and simulated troop chatter — was something far more believable, and far less threatening to the Dragon’s ego.</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border action.</w:t>
      </w:r>
    </w:p>
    <w:p w:rsidR="001E7288" w:rsidRPr="00201FCB" w:rsidRDefault="001E7288" w:rsidP="00201FCB">
      <w:pPr>
        <w:spacing w:before="100" w:beforeAutospacing="1" w:after="100" w:afterAutospacing="1" w:line="480" w:lineRule="auto"/>
        <w:rPr>
          <w:rFonts w:ascii="Garamond" w:eastAsia="Times New Roman" w:hAnsi="Garamond" w:cs="Times New Roman"/>
          <w:bCs/>
          <w:sz w:val="24"/>
          <w:szCs w:val="24"/>
          <w:lang w:val="en-IN" w:eastAsia="en-IN"/>
        </w:rPr>
      </w:pPr>
      <w:r w:rsidRPr="00201FCB">
        <w:rPr>
          <w:rFonts w:ascii="Garamond" w:eastAsia="Times New Roman" w:hAnsi="Garamond" w:cs="Times New Roman"/>
          <w:bCs/>
          <w:sz w:val="24"/>
          <w:szCs w:val="24"/>
          <w:lang w:val="en-IN" w:eastAsia="en-IN"/>
        </w:rPr>
        <w:t>But not with China.</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lastRenderedPageBreak/>
        <w:t>Not with Pakistan.</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With </w:t>
      </w:r>
      <w:r w:rsidRPr="00201FCB">
        <w:rPr>
          <w:rFonts w:ascii="Garamond" w:eastAsia="Times New Roman" w:hAnsi="Garamond" w:cs="Times New Roman"/>
          <w:bCs/>
          <w:sz w:val="24"/>
          <w:szCs w:val="24"/>
          <w:lang w:val="en-IN" w:eastAsia="en-IN"/>
        </w:rPr>
        <w:t>Bangladesh</w:t>
      </w:r>
      <w:r w:rsidRPr="00201FCB">
        <w:rPr>
          <w:rFonts w:ascii="Garamond" w:eastAsia="Times New Roman" w:hAnsi="Garamond" w:cs="Times New Roman"/>
          <w:sz w:val="24"/>
          <w:szCs w:val="24"/>
          <w:lang w:val="en-IN" w:eastAsia="en-IN"/>
        </w:rPr>
        <w: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Operation </w:t>
      </w:r>
      <w:proofErr w:type="spellStart"/>
      <w:r w:rsidRPr="00201FCB">
        <w:rPr>
          <w:rFonts w:ascii="Garamond" w:eastAsia="Times New Roman" w:hAnsi="Garamond" w:cs="Times New Roman"/>
          <w:sz w:val="24"/>
          <w:szCs w:val="24"/>
          <w:lang w:val="en-IN" w:eastAsia="en-IN"/>
        </w:rPr>
        <w:t>Megha</w:t>
      </w:r>
      <w:proofErr w:type="spellEnd"/>
      <w:r w:rsidRPr="00201FCB">
        <w:rPr>
          <w:rFonts w:ascii="Garamond" w:eastAsia="Times New Roman" w:hAnsi="Garamond" w:cs="Times New Roman"/>
          <w:sz w:val="24"/>
          <w:szCs w:val="24"/>
          <w:lang w:val="en-IN" w:eastAsia="en-IN"/>
        </w:rPr>
        <w:t xml:space="preserve"> — a fiction wrapped in fragments of truth — had been deployed across India’s eastern flank. Through whispers in think tanks, mild political outbursts in Parliament, and a conveniently timed “leaked” military document, the narrative had taken shape:</w:t>
      </w:r>
    </w:p>
    <w:p w:rsidR="001E7288" w:rsidRPr="00201FCB" w:rsidRDefault="001E7288"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India, tired of Bangladesh’s cross-border provocations, was preparing for a precision sweep along the Tripura–Sylhet axis. A limited action. Symbolic. Contained.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It was just enough to feel real — and just small enough for China to dismiss it as </w:t>
      </w:r>
      <w:r w:rsidRPr="00201FCB">
        <w:rPr>
          <w:rFonts w:ascii="Garamond" w:eastAsia="Times New Roman" w:hAnsi="Garamond" w:cs="Times New Roman"/>
          <w:bCs/>
          <w:sz w:val="24"/>
          <w:szCs w:val="24"/>
          <w:lang w:val="en-IN" w:eastAsia="en-IN"/>
        </w:rPr>
        <w:t>regional theatrics</w:t>
      </w:r>
      <w:r w:rsidRPr="00201FCB">
        <w:rPr>
          <w:rFonts w:ascii="Garamond" w:eastAsia="Times New Roman" w:hAnsi="Garamond" w:cs="Times New Roman"/>
          <w:sz w:val="24"/>
          <w:szCs w:val="24"/>
          <w:lang w:val="en-IN" w:eastAsia="en-IN"/>
        </w:rPr>
        <w:t>.</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Satellite heat signatures were allowed to be visible. EM spikes were deliberately unencrypted. A single "accidental" diplomatic note, drafted to sound unofficial, hinted that "certain red lines" had been crossed by Bangladesh.</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By the time Indira landed in Delhi, Chinese intel had logged her movements under the tag:</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Cs/>
          <w:sz w:val="24"/>
          <w:szCs w:val="24"/>
          <w:lang w:val="en-IN" w:eastAsia="en-IN"/>
        </w:rPr>
        <w:t>“Heightened Posturing — Eastern Sector Only.”</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Exactly as planned.</w:t>
      </w:r>
    </w:p>
    <w:p w:rsidR="001E7288"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p>
    <w:p w:rsidR="001E7288" w:rsidRPr="00201FCB" w:rsidRDefault="001E7288" w:rsidP="00201FCB">
      <w:pPr>
        <w:spacing w:line="480" w:lineRule="auto"/>
        <w:rPr>
          <w:rFonts w:ascii="Garamond" w:hAnsi="Garamond"/>
          <w:sz w:val="24"/>
          <w:szCs w:val="24"/>
        </w:rPr>
        <w:sectPr w:rsidR="001E7288" w:rsidRPr="00201FCB">
          <w:pgSz w:w="8000" w:h="12000"/>
          <w:pgMar w:top="442" w:right="1440" w:bottom="1440" w:left="660" w:header="720" w:footer="720" w:gutter="0"/>
          <w:cols w:space="720"/>
          <w:docGrid w:linePitch="360"/>
        </w:sectPr>
      </w:pPr>
    </w:p>
    <w:p w:rsidR="00E42184" w:rsidRPr="00201FCB" w:rsidRDefault="00A565DF" w:rsidP="00201FCB">
      <w:pPr>
        <w:autoSpaceDE w:val="0"/>
        <w:autoSpaceDN w:val="0"/>
        <w:spacing w:after="0" w:line="480" w:lineRule="auto"/>
        <w:rPr>
          <w:rFonts w:ascii="Garamond" w:eastAsia="Times New Roman" w:hAnsi="Garamond" w:cs="Times New Roman"/>
          <w:bCs/>
          <w:sz w:val="24"/>
          <w:szCs w:val="24"/>
          <w:lang w:val="en-IN" w:eastAsia="en-IN"/>
        </w:rPr>
      </w:pPr>
      <w:r w:rsidRPr="00201FCB">
        <w:rPr>
          <w:rFonts w:ascii="Garamond" w:eastAsia="Charis SIL Bold" w:hAnsi="Garamond"/>
          <w:color w:val="000000"/>
          <w:sz w:val="24"/>
          <w:szCs w:val="24"/>
        </w:rPr>
        <w:lastRenderedPageBreak/>
        <w:t>Chapter 10 Primary target</w:t>
      </w:r>
      <w:r w:rsidR="00E42184" w:rsidRPr="00201FCB">
        <w:rPr>
          <w:rFonts w:ascii="Garamond" w:eastAsia="Times New Roman" w:hAnsi="Garamond" w:cs="Times New Roman"/>
          <w:sz w:val="24"/>
          <w:szCs w:val="24"/>
          <w:lang w:val="en-IN" w:eastAsia="en-IN"/>
        </w:rPr>
        <w:br/>
      </w:r>
      <w:r w:rsidR="001E7288" w:rsidRPr="00201FCB">
        <w:rPr>
          <w:rFonts w:ascii="Garamond" w:eastAsia="Times New Roman" w:hAnsi="Garamond" w:cs="Times New Roman"/>
          <w:bCs/>
          <w:sz w:val="24"/>
          <w:szCs w:val="24"/>
          <w:lang w:val="en-IN" w:eastAsia="en-IN"/>
        </w:rPr>
        <w:t>Village Outskirts, Multan, Punjab</w:t>
      </w:r>
      <w:r w:rsidR="00E42184" w:rsidRPr="00201FCB">
        <w:rPr>
          <w:rFonts w:ascii="Garamond" w:eastAsia="Times New Roman" w:hAnsi="Garamond" w:cs="Times New Roman"/>
          <w:bCs/>
          <w:sz w:val="24"/>
          <w:szCs w:val="24"/>
          <w:lang w:val="en-IN" w:eastAsia="en-IN"/>
        </w:rPr>
        <w:t xml:space="preserve"> Province, Pakistan</w:t>
      </w:r>
      <w:r w:rsidR="0036109D" w:rsidRPr="00201FCB">
        <w:rPr>
          <w:rFonts w:ascii="Garamond" w:eastAsia="Times New Roman" w:hAnsi="Garamond" w:cs="Times New Roman"/>
          <w:bCs/>
          <w:sz w:val="24"/>
          <w:szCs w:val="24"/>
          <w:lang w:val="en-IN" w:eastAsia="en-IN"/>
        </w:rPr>
        <w:t xml:space="preserve"> 1930 hrs</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village looked like a thousand others scattered across the vast, restless spine of</w:t>
      </w:r>
      <w:r w:rsidR="001E7288" w:rsidRPr="00201FCB">
        <w:rPr>
          <w:rFonts w:ascii="Garamond" w:eastAsia="Times New Roman" w:hAnsi="Garamond" w:cs="Times New Roman"/>
          <w:sz w:val="24"/>
          <w:szCs w:val="24"/>
          <w:lang w:val="en-IN" w:eastAsia="en-IN"/>
        </w:rPr>
        <w:t xml:space="preserve"> rural Punjab</w:t>
      </w:r>
      <w:r w:rsidRPr="00201FCB">
        <w:rPr>
          <w:rFonts w:ascii="Garamond" w:eastAsia="Times New Roman" w:hAnsi="Garamond" w:cs="Times New Roman"/>
          <w:sz w:val="24"/>
          <w:szCs w:val="24"/>
          <w:lang w:val="en-IN" w:eastAsia="en-IN"/>
        </w:rPr>
        <w:t>—dusty, slow, forgotten. A clutch of mud-brick homes ringed by date palms, an old mosque with a leaning minaret, and a narrow stream carving through parched land.</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But this one was different.</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This one was marked on the encrypted coordinates that came down from Delhi—marked not for what it showed, but for what it hid.</w:t>
      </w:r>
    </w:p>
    <w:p w:rsidR="00E42184"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Major</w:t>
      </w:r>
      <w:r w:rsidR="00E42184"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Aarav</w:t>
      </w:r>
      <w:r w:rsidR="00E42184" w:rsidRPr="00201FCB">
        <w:rPr>
          <w:rFonts w:ascii="Garamond" w:eastAsia="Times New Roman" w:hAnsi="Garamond" w:cs="Times New Roman"/>
          <w:sz w:val="24"/>
          <w:szCs w:val="24"/>
          <w:lang w:val="en-IN" w:eastAsia="en-IN"/>
        </w:rPr>
        <w:t xml:space="preserve"> Singh </w:t>
      </w:r>
      <w:proofErr w:type="spellStart"/>
      <w:r w:rsidR="00E42184" w:rsidRPr="00201FCB">
        <w:rPr>
          <w:rFonts w:ascii="Garamond" w:eastAsia="Times New Roman" w:hAnsi="Garamond" w:cs="Times New Roman"/>
          <w:sz w:val="24"/>
          <w:szCs w:val="24"/>
          <w:lang w:val="en-IN" w:eastAsia="en-IN"/>
        </w:rPr>
        <w:t>signaled</w:t>
      </w:r>
      <w:proofErr w:type="spellEnd"/>
      <w:r w:rsidR="00E42184" w:rsidRPr="00201FCB">
        <w:rPr>
          <w:rFonts w:ascii="Garamond" w:eastAsia="Times New Roman" w:hAnsi="Garamond" w:cs="Times New Roman"/>
          <w:sz w:val="24"/>
          <w:szCs w:val="24"/>
          <w:lang w:val="en-IN" w:eastAsia="en-IN"/>
        </w:rPr>
        <w:t xml:space="preserve"> a halt as his team approached from the hills, cloaked by the twilight and camouflaged in sand-hued stealth suits. No chatter. No light. Just the hum of heartbeat monitors and the silent flicker of thermal overlays on their helmet visors.</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“Drone launch,”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ordered.</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dozen micro-drones fanned out from the team’s pack, zipping silently over the village. Each one carried LIDAR sensors, EMP sniffers, seismic probes, and thermal imaging gear calibrated to detect subterranean signatures.</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Reddy monitored the feed. “Three potential anomalies. One’s an old grain warehouse with a cooler-than-normal base—possible underground vent. Another’s a former telecom </w:t>
      </w:r>
      <w:proofErr w:type="spellStart"/>
      <w:r w:rsidRPr="00201FCB">
        <w:rPr>
          <w:rFonts w:ascii="Garamond" w:eastAsia="Times New Roman" w:hAnsi="Garamond" w:cs="Times New Roman"/>
          <w:sz w:val="24"/>
          <w:szCs w:val="24"/>
          <w:lang w:val="en-IN" w:eastAsia="en-IN"/>
        </w:rPr>
        <w:t>center</w:t>
      </w:r>
      <w:proofErr w:type="spellEnd"/>
      <w:r w:rsidRPr="00201FCB">
        <w:rPr>
          <w:rFonts w:ascii="Garamond" w:eastAsia="Times New Roman" w:hAnsi="Garamond" w:cs="Times New Roman"/>
          <w:sz w:val="24"/>
          <w:szCs w:val="24"/>
          <w:lang w:val="en-IN" w:eastAsia="en-IN"/>
        </w:rPr>
        <w:t>—abandoned, but with residual heat near the base. The third…”</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paused, squinting at the readouts.</w:t>
      </w:r>
    </w:p>
    <w:p w:rsidR="00E42184"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42184" w:rsidRPr="00201FCB">
        <w:rPr>
          <w:rFonts w:ascii="Garamond" w:eastAsia="Times New Roman" w:hAnsi="Garamond" w:cs="Times New Roman"/>
          <w:sz w:val="24"/>
          <w:szCs w:val="24"/>
          <w:lang w:val="en-IN" w:eastAsia="en-IN"/>
        </w:rPr>
        <w:t xml:space="preserve"> stepped beside him. “What?”</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“Looks like a madrasa. But its foundation’s layered. Three levels. Steel-reinforced plates. Buried too deep for a school. Something’s humming below it—minimal but consistent. Controlled thermal bleed.”</w:t>
      </w:r>
    </w:p>
    <w:p w:rsidR="00E42184"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Aarav</w:t>
      </w:r>
      <w:r w:rsidR="00E42184" w:rsidRPr="00201FCB">
        <w:rPr>
          <w:rFonts w:ascii="Garamond" w:eastAsia="Times New Roman" w:hAnsi="Garamond" w:cs="Times New Roman"/>
          <w:sz w:val="24"/>
          <w:szCs w:val="24"/>
          <w:lang w:val="en-IN" w:eastAsia="en-IN"/>
        </w:rPr>
        <w:t>’s eyes narrowed. “Mark it.”</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Within minutes, all three structures had been isolated by AI-driven scans. Algorithms cross-referenced historical satellite imagery, structural plans, and even prayer timings—anything that didn’t match the surface narrative.</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AI returned a verdict: </w:t>
      </w:r>
      <w:r w:rsidRPr="00201FCB">
        <w:rPr>
          <w:rFonts w:ascii="Garamond" w:eastAsia="Times New Roman" w:hAnsi="Garamond" w:cs="Times New Roman"/>
          <w:bCs/>
          <w:sz w:val="24"/>
          <w:szCs w:val="24"/>
          <w:lang w:val="en-IN" w:eastAsia="en-IN"/>
        </w:rPr>
        <w:t>90.7% probability — the madrasa was masking something far more dangerous.</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Still, probabilities weren’t enough. Not for a mission like this. They needed </w:t>
      </w:r>
      <w:r w:rsidRPr="00201FCB">
        <w:rPr>
          <w:rFonts w:ascii="Garamond" w:eastAsia="Times New Roman" w:hAnsi="Garamond" w:cs="Times New Roman"/>
          <w:bCs/>
          <w:sz w:val="24"/>
          <w:szCs w:val="24"/>
          <w:lang w:val="en-IN" w:eastAsia="en-IN"/>
        </w:rPr>
        <w:t>confirmation</w:t>
      </w:r>
      <w:r w:rsidRPr="00201FCB">
        <w:rPr>
          <w:rFonts w:ascii="Garamond" w:eastAsia="Times New Roman" w:hAnsi="Garamond" w:cs="Times New Roman"/>
          <w:sz w:val="24"/>
          <w:szCs w:val="24"/>
          <w:lang w:val="en-IN" w:eastAsia="en-IN"/>
        </w:rPr>
        <w:t>.</w:t>
      </w:r>
    </w:p>
    <w:p w:rsidR="00E42184"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42184" w:rsidRPr="00201FCB">
        <w:rPr>
          <w:rFonts w:ascii="Garamond" w:eastAsia="Times New Roman" w:hAnsi="Garamond" w:cs="Times New Roman"/>
          <w:sz w:val="24"/>
          <w:szCs w:val="24"/>
          <w:lang w:val="en-IN" w:eastAsia="en-IN"/>
        </w:rPr>
        <w:t xml:space="preserve"> turned toward one of his men: a lean, quiet operat</w:t>
      </w:r>
      <w:r w:rsidR="001E7288" w:rsidRPr="00201FCB">
        <w:rPr>
          <w:rFonts w:ascii="Garamond" w:eastAsia="Times New Roman" w:hAnsi="Garamond" w:cs="Times New Roman"/>
          <w:sz w:val="24"/>
          <w:szCs w:val="24"/>
          <w:lang w:val="en-IN" w:eastAsia="en-IN"/>
        </w:rPr>
        <w:t>ive with sharp cheekbones, fair</w:t>
      </w:r>
      <w:r w:rsidR="00E42184" w:rsidRPr="00201FCB">
        <w:rPr>
          <w:rFonts w:ascii="Garamond" w:eastAsia="Times New Roman" w:hAnsi="Garamond" w:cs="Times New Roman"/>
          <w:sz w:val="24"/>
          <w:szCs w:val="24"/>
          <w:lang w:val="en-IN" w:eastAsia="en-IN"/>
        </w:rPr>
        <w:t xml:space="preserve"> skin, and the kind of Urdu that passed as native across both Kashmir and </w:t>
      </w:r>
      <w:proofErr w:type="spellStart"/>
      <w:r w:rsidR="00E42184" w:rsidRPr="00201FCB">
        <w:rPr>
          <w:rFonts w:ascii="Garamond" w:eastAsia="Times New Roman" w:hAnsi="Garamond" w:cs="Times New Roman"/>
          <w:sz w:val="24"/>
          <w:szCs w:val="24"/>
          <w:lang w:val="en-IN" w:eastAsia="en-IN"/>
        </w:rPr>
        <w:t>Gilgit</w:t>
      </w:r>
      <w:proofErr w:type="spellEnd"/>
      <w:r w:rsidR="00E42184" w:rsidRPr="00201FCB">
        <w:rPr>
          <w:rFonts w:ascii="Garamond" w:eastAsia="Times New Roman" w:hAnsi="Garamond" w:cs="Times New Roman"/>
          <w:sz w:val="24"/>
          <w:szCs w:val="24"/>
          <w:lang w:val="en-IN" w:eastAsia="en-IN"/>
        </w:rPr>
        <w:t>-Baltistan.</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said. “You know what we need.”</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nodded, already pulling off his </w:t>
      </w:r>
      <w:proofErr w:type="spellStart"/>
      <w:r w:rsidRPr="00201FCB">
        <w:rPr>
          <w:rFonts w:ascii="Garamond" w:eastAsia="Times New Roman" w:hAnsi="Garamond" w:cs="Times New Roman"/>
          <w:sz w:val="24"/>
          <w:szCs w:val="24"/>
          <w:lang w:val="en-IN" w:eastAsia="en-IN"/>
        </w:rPr>
        <w:t>exo</w:t>
      </w:r>
      <w:proofErr w:type="spellEnd"/>
      <w:r w:rsidRPr="00201FCB">
        <w:rPr>
          <w:rFonts w:ascii="Garamond" w:eastAsia="Times New Roman" w:hAnsi="Garamond" w:cs="Times New Roman"/>
          <w:sz w:val="24"/>
          <w:szCs w:val="24"/>
          <w:lang w:val="en-IN" w:eastAsia="en-IN"/>
        </w:rPr>
        <w:t xml:space="preserve">-gloves and slipping into local garb. His beard had been grown out in anticipation. His ID chip had been wiped weeks ago. His mission was the </w:t>
      </w:r>
      <w:r w:rsidRPr="00201FCB">
        <w:rPr>
          <w:rFonts w:ascii="Garamond" w:eastAsia="Times New Roman" w:hAnsi="Garamond" w:cs="Times New Roman"/>
          <w:sz w:val="24"/>
          <w:szCs w:val="24"/>
          <w:lang w:val="en-IN" w:eastAsia="en-IN"/>
        </w:rPr>
        <w:lastRenderedPageBreak/>
        <w:t xml:space="preserve">most dangerous of them all: </w:t>
      </w:r>
      <w:r w:rsidRPr="00201FCB">
        <w:rPr>
          <w:rFonts w:ascii="Garamond" w:eastAsia="Times New Roman" w:hAnsi="Garamond" w:cs="Times New Roman"/>
          <w:bCs/>
          <w:sz w:val="24"/>
          <w:szCs w:val="24"/>
          <w:lang w:val="en-IN" w:eastAsia="en-IN"/>
        </w:rPr>
        <w:t>walk into the lion’s den with a smile, and hope the lion mistook you for one of its own.</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From a case wrapped in signal-dampening cloth, Reddy handed him a small device—no bigger than a house key. It was a passive scanner designed to capture a digital signature broadcast at specific intervals from secure facilities. The moment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got close enough, the device would do its job. If he was caught... there would be no rescue.</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“You won’t hear from me unless it’s done,”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said quietly, tucking the device inside his sash.</w:t>
      </w:r>
    </w:p>
    <w:p w:rsidR="00E42184"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42184" w:rsidRPr="00201FCB">
        <w:rPr>
          <w:rFonts w:ascii="Garamond" w:eastAsia="Times New Roman" w:hAnsi="Garamond" w:cs="Times New Roman"/>
          <w:sz w:val="24"/>
          <w:szCs w:val="24"/>
          <w:lang w:val="en-IN" w:eastAsia="en-IN"/>
        </w:rPr>
        <w:t xml:space="preserve"> met his gaze. “You get the signature, transmit it through the uplink at 2230 hours sharp. Then stay put. Observe. Confirm changes in guard patterns, </w:t>
      </w:r>
      <w:proofErr w:type="spellStart"/>
      <w:r w:rsidR="00E42184" w:rsidRPr="00201FCB">
        <w:rPr>
          <w:rFonts w:ascii="Garamond" w:eastAsia="Times New Roman" w:hAnsi="Garamond" w:cs="Times New Roman"/>
          <w:sz w:val="24"/>
          <w:szCs w:val="24"/>
          <w:lang w:val="en-IN" w:eastAsia="en-IN"/>
        </w:rPr>
        <w:t>comm</w:t>
      </w:r>
      <w:proofErr w:type="spellEnd"/>
      <w:r w:rsidR="00E42184" w:rsidRPr="00201FCB">
        <w:rPr>
          <w:rFonts w:ascii="Garamond" w:eastAsia="Times New Roman" w:hAnsi="Garamond" w:cs="Times New Roman"/>
          <w:sz w:val="24"/>
          <w:szCs w:val="24"/>
          <w:lang w:val="en-IN" w:eastAsia="en-IN"/>
        </w:rPr>
        <w:t xml:space="preserve"> traffic, anything. We’ll come back for you. One way or another.”</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nod.</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And then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was gone—melting into the path toward the village under the pretext of a weary </w:t>
      </w:r>
      <w:proofErr w:type="spellStart"/>
      <w:r w:rsidRPr="00201FCB">
        <w:rPr>
          <w:rFonts w:ascii="Garamond" w:eastAsia="Times New Roman" w:hAnsi="Garamond" w:cs="Times New Roman"/>
          <w:sz w:val="24"/>
          <w:szCs w:val="24"/>
          <w:lang w:val="en-IN" w:eastAsia="en-IN"/>
        </w:rPr>
        <w:t>traveler</w:t>
      </w:r>
      <w:proofErr w:type="spellEnd"/>
      <w:r w:rsidRPr="00201FCB">
        <w:rPr>
          <w:rFonts w:ascii="Garamond" w:eastAsia="Times New Roman" w:hAnsi="Garamond" w:cs="Times New Roman"/>
          <w:sz w:val="24"/>
          <w:szCs w:val="24"/>
          <w:lang w:val="en-IN" w:eastAsia="en-IN"/>
        </w:rPr>
        <w:t xml:space="preserve"> seeking shelter for the night.</w:t>
      </w:r>
    </w:p>
    <w:p w:rsidR="00E42184"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42184" w:rsidRPr="00201FCB">
        <w:rPr>
          <w:rFonts w:ascii="Garamond" w:eastAsia="Times New Roman" w:hAnsi="Garamond" w:cs="Times New Roman"/>
          <w:sz w:val="24"/>
          <w:szCs w:val="24"/>
          <w:lang w:val="en-IN" w:eastAsia="en-IN"/>
        </w:rPr>
        <w:t xml:space="preserve"> watched the figure disappear into the shadows, then turned back to his team.</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“We wait. If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confirms it, this site becomes the grave of everything they’ve hidden. And we—”</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looked at the countdown on his visor.</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06:02:49</w:t>
      </w:r>
    </w:p>
    <w:p w:rsidR="00E42184" w:rsidRPr="00201FCB" w:rsidRDefault="00E42184"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“—we don’t miss our window.”</w:t>
      </w:r>
    </w:p>
    <w:p w:rsidR="00E42184" w:rsidRPr="00201FCB" w:rsidRDefault="00E42184" w:rsidP="00201FCB">
      <w:pPr>
        <w:spacing w:line="480" w:lineRule="auto"/>
        <w:rPr>
          <w:rFonts w:ascii="Garamond" w:hAnsi="Garamond"/>
          <w:sz w:val="24"/>
          <w:szCs w:val="24"/>
        </w:rPr>
      </w:pP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 xml:space="preserve">2055 hrs | </w:t>
      </w:r>
      <w:r w:rsidR="001E7288" w:rsidRPr="00201FCB">
        <w:rPr>
          <w:rFonts w:ascii="Garamond" w:eastAsia="Times New Roman" w:hAnsi="Garamond" w:cs="Times New Roman"/>
          <w:bCs/>
          <w:sz w:val="24"/>
          <w:szCs w:val="24"/>
          <w:lang w:val="en-IN" w:eastAsia="en-IN"/>
        </w:rPr>
        <w:t>Edge of the Village, Multan</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call to</w:t>
      </w:r>
      <w:r w:rsidR="001E7288" w:rsidRPr="00201FCB">
        <w:rPr>
          <w:rFonts w:ascii="Garamond" w:eastAsia="Times New Roman" w:hAnsi="Garamond" w:cs="Times New Roman"/>
          <w:sz w:val="24"/>
          <w:szCs w:val="24"/>
          <w:lang w:val="en-IN" w:eastAsia="en-IN"/>
        </w:rPr>
        <w:t xml:space="preserve"> the evening</w:t>
      </w:r>
      <w:r w:rsidRPr="00201FCB">
        <w:rPr>
          <w:rFonts w:ascii="Garamond" w:eastAsia="Times New Roman" w:hAnsi="Garamond" w:cs="Times New Roman"/>
          <w:sz w:val="24"/>
          <w:szCs w:val="24"/>
          <w:lang w:val="en-IN" w:eastAsia="en-IN"/>
        </w:rPr>
        <w:t xml:space="preserve"> prayer had ju</w:t>
      </w:r>
      <w:r w:rsidR="001E7288" w:rsidRPr="00201FCB">
        <w:rPr>
          <w:rFonts w:ascii="Garamond" w:eastAsia="Times New Roman" w:hAnsi="Garamond" w:cs="Times New Roman"/>
          <w:sz w:val="24"/>
          <w:szCs w:val="24"/>
          <w:lang w:val="en-IN" w:eastAsia="en-IN"/>
        </w:rPr>
        <w:t>st faded into the summer</w:t>
      </w:r>
      <w:r w:rsidRPr="00201FCB">
        <w:rPr>
          <w:rFonts w:ascii="Garamond" w:eastAsia="Times New Roman" w:hAnsi="Garamond" w:cs="Times New Roman"/>
          <w:sz w:val="24"/>
          <w:szCs w:val="24"/>
          <w:lang w:val="en-IN" w:eastAsia="en-IN"/>
        </w:rPr>
        <w:t xml:space="preserve"> wind when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slipped through the edge of the village, a burlap shawl slung loosely over his shoulders, dust coating his </w:t>
      </w:r>
      <w:r w:rsidRPr="00201FCB">
        <w:rPr>
          <w:rFonts w:ascii="Garamond" w:eastAsia="Times New Roman" w:hAnsi="Garamond" w:cs="Times New Roman"/>
          <w:sz w:val="24"/>
          <w:szCs w:val="24"/>
          <w:lang w:val="en-IN" w:eastAsia="en-IN"/>
        </w:rPr>
        <w:lastRenderedPageBreak/>
        <w:t>sandals. He moved like a ghost among the homes, blending into the rhythm of village life.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Children played near a well. An old man swept the mosque steps. No one paid attention to the lean stranger who looked tired and sunburnt.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Exactly as planned.</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He passed the grain warehouse. No movement. The telecom </w:t>
      </w:r>
      <w:proofErr w:type="spellStart"/>
      <w:r w:rsidRPr="00201FCB">
        <w:rPr>
          <w:rFonts w:ascii="Garamond" w:eastAsia="Times New Roman" w:hAnsi="Garamond" w:cs="Times New Roman"/>
          <w:sz w:val="24"/>
          <w:szCs w:val="24"/>
          <w:lang w:val="en-IN" w:eastAsia="en-IN"/>
        </w:rPr>
        <w:t>center</w:t>
      </w:r>
      <w:proofErr w:type="spellEnd"/>
      <w:r w:rsidRPr="00201FCB">
        <w:rPr>
          <w:rFonts w:ascii="Garamond" w:eastAsia="Times New Roman" w:hAnsi="Garamond" w:cs="Times New Roman"/>
          <w:sz w:val="24"/>
          <w:szCs w:val="24"/>
          <w:lang w:val="en-IN" w:eastAsia="en-IN"/>
        </w:rPr>
        <w:t>—shuttered and silent. Then, finally, the madrasa.</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It looked benign. Weathered archways. Faded paint. A cracked dome. The gates were half-open, warm light spilling from a study room inside. A few men sat cross-legged, reading aloud from books that could be theology—or codes. There were no visible weapons. But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could smell the training in their posture.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Eyes always watching. Hands never far from the trigger.</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He kept his gaze low, adjusted the strap of his bag, and approached the side of the madrasa. The device in his pocket vibrated once—</w:t>
      </w:r>
      <w:r w:rsidRPr="00201FCB">
        <w:rPr>
          <w:rFonts w:ascii="Garamond" w:eastAsia="Times New Roman" w:hAnsi="Garamond" w:cs="Times New Roman"/>
          <w:bCs/>
          <w:sz w:val="24"/>
          <w:szCs w:val="24"/>
          <w:lang w:val="en-IN" w:eastAsia="en-IN"/>
        </w:rPr>
        <w:t>proximity achieved.</w:t>
      </w:r>
      <w:r w:rsidRPr="00201FCB">
        <w:rPr>
          <w:rFonts w:ascii="Garamond" w:eastAsia="Times New Roman" w:hAnsi="Garamond" w:cs="Times New Roman"/>
          <w:sz w:val="24"/>
          <w:szCs w:val="24"/>
          <w:lang w:val="en-IN" w:eastAsia="en-IN"/>
        </w:rPr>
        <w:t xml:space="preserve"> He only needed thirty seconds.</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stopped near a stone pillar, pretended to adjust his sandals, and let the device do its silent scan.</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Twenty-eight seconds…</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Inside the device, encrypted code </w:t>
      </w:r>
      <w:proofErr w:type="spellStart"/>
      <w:r w:rsidRPr="00201FCB">
        <w:rPr>
          <w:rFonts w:ascii="Garamond" w:eastAsia="Times New Roman" w:hAnsi="Garamond" w:cs="Times New Roman"/>
          <w:sz w:val="24"/>
          <w:szCs w:val="24"/>
          <w:lang w:val="en-IN" w:eastAsia="en-IN"/>
        </w:rPr>
        <w:t>spiraled</w:t>
      </w:r>
      <w:proofErr w:type="spellEnd"/>
      <w:r w:rsidRPr="00201FCB">
        <w:rPr>
          <w:rFonts w:ascii="Garamond" w:eastAsia="Times New Roman" w:hAnsi="Garamond" w:cs="Times New Roman"/>
          <w:sz w:val="24"/>
          <w:szCs w:val="24"/>
          <w:lang w:val="en-IN" w:eastAsia="en-IN"/>
        </w:rPr>
        <w:t xml:space="preserve"> outward, searching for the facility’s digital heartbeat. There it was—</w:t>
      </w:r>
      <w:r w:rsidRPr="00201FCB">
        <w:rPr>
          <w:rFonts w:ascii="Garamond" w:eastAsia="Times New Roman" w:hAnsi="Garamond" w:cs="Times New Roman"/>
          <w:bCs/>
          <w:sz w:val="24"/>
          <w:szCs w:val="24"/>
          <w:lang w:val="en-IN" w:eastAsia="en-IN"/>
        </w:rPr>
        <w:t>a steady pulse</w:t>
      </w:r>
      <w:r w:rsidRPr="00201FCB">
        <w:rPr>
          <w:rFonts w:ascii="Garamond" w:eastAsia="Times New Roman" w:hAnsi="Garamond" w:cs="Times New Roman"/>
          <w:sz w:val="24"/>
          <w:szCs w:val="24"/>
          <w:lang w:val="en-IN" w:eastAsia="en-IN"/>
        </w:rPr>
        <w:t xml:space="preserve"> buried under concrete and lies. He almost had it.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Twelve seconds…</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 he heard it.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 </w:t>
      </w:r>
      <w:r w:rsidRPr="00201FCB">
        <w:rPr>
          <w:rFonts w:ascii="Garamond" w:eastAsia="Times New Roman" w:hAnsi="Garamond" w:cs="Times New Roman"/>
          <w:bCs/>
          <w:sz w:val="24"/>
          <w:szCs w:val="24"/>
          <w:lang w:val="en-IN" w:eastAsia="en-IN"/>
        </w:rPr>
        <w:t>click</w:t>
      </w:r>
      <w:r w:rsidRPr="00201FCB">
        <w:rPr>
          <w:rFonts w:ascii="Garamond" w:eastAsia="Times New Roman" w:hAnsi="Garamond" w:cs="Times New Roman"/>
          <w:sz w:val="24"/>
          <w:szCs w:val="24"/>
          <w:lang w:val="en-IN" w:eastAsia="en-IN"/>
        </w:rPr>
        <w:t xml:space="preserve"> behind him.</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Not mechanical. </w:t>
      </w:r>
      <w:r w:rsidRPr="00201FCB">
        <w:rPr>
          <w:rFonts w:ascii="Garamond" w:eastAsia="Times New Roman" w:hAnsi="Garamond" w:cs="Times New Roman"/>
          <w:bCs/>
          <w:sz w:val="24"/>
          <w:szCs w:val="24"/>
          <w:lang w:val="en-IN" w:eastAsia="en-IN"/>
        </w:rPr>
        <w:t>Human.</w:t>
      </w:r>
      <w:r w:rsidRPr="00201FCB">
        <w:rPr>
          <w:rFonts w:ascii="Garamond" w:eastAsia="Times New Roman" w:hAnsi="Garamond" w:cs="Times New Roman"/>
          <w:sz w:val="24"/>
          <w:szCs w:val="24"/>
          <w:lang w:val="en-IN" w:eastAsia="en-IN"/>
        </w:rPr>
        <w:t xml:space="preserve"> Someone stepping closer.</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“Bhai, you’re not from around here.”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The voice was casual, but wrong. </w:t>
      </w:r>
      <w:r w:rsidRPr="00201FCB">
        <w:rPr>
          <w:rFonts w:ascii="Garamond" w:eastAsia="Times New Roman" w:hAnsi="Garamond" w:cs="Times New Roman"/>
          <w:bCs/>
          <w:sz w:val="24"/>
          <w:szCs w:val="24"/>
          <w:lang w:val="en-IN" w:eastAsia="en-IN"/>
        </w:rPr>
        <w:t>Too precise. Too aware.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turned slowly. A young man stood there, wearing madrasa robes—but his stance was military. His right hand lingered near his waist. Not on a belt. Not on a holy book. But just where a holster might sit beneath the robe.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“Visiting relatives,” </w:t>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replied smoothly, in flawless regional dialect. “My uncle lives east of </w:t>
      </w:r>
      <w:proofErr w:type="spellStart"/>
      <w:r w:rsidRPr="00201FCB">
        <w:rPr>
          <w:rFonts w:ascii="Garamond" w:eastAsia="Times New Roman" w:hAnsi="Garamond" w:cs="Times New Roman"/>
          <w:sz w:val="24"/>
          <w:szCs w:val="24"/>
          <w:lang w:val="en-IN" w:eastAsia="en-IN"/>
        </w:rPr>
        <w:t>Sangar</w:t>
      </w:r>
      <w:proofErr w:type="spellEnd"/>
      <w:r w:rsidRPr="00201FCB">
        <w:rPr>
          <w:rFonts w:ascii="Garamond" w:eastAsia="Times New Roman" w:hAnsi="Garamond" w:cs="Times New Roman"/>
          <w:sz w:val="24"/>
          <w:szCs w:val="24"/>
          <w:lang w:val="en-IN" w:eastAsia="en-IN"/>
        </w:rPr>
        <w:t>. Lost my way near dusk.”</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man didn’t smile. “You didn’t take the </w:t>
      </w:r>
      <w:proofErr w:type="spellStart"/>
      <w:r w:rsidRPr="00201FCB">
        <w:rPr>
          <w:rFonts w:ascii="Garamond" w:eastAsia="Times New Roman" w:hAnsi="Garamond" w:cs="Times New Roman"/>
          <w:sz w:val="24"/>
          <w:szCs w:val="24"/>
          <w:lang w:val="en-IN" w:eastAsia="en-IN"/>
        </w:rPr>
        <w:t>Sangar</w:t>
      </w:r>
      <w:proofErr w:type="spellEnd"/>
      <w:r w:rsidRPr="00201FCB">
        <w:rPr>
          <w:rFonts w:ascii="Garamond" w:eastAsia="Times New Roman" w:hAnsi="Garamond" w:cs="Times New Roman"/>
          <w:sz w:val="24"/>
          <w:szCs w:val="24"/>
          <w:lang w:val="en-IN" w:eastAsia="en-IN"/>
        </w:rPr>
        <w:t xml:space="preserve"> road.”</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shrugged, feigning exhaustion. “I followed the stream. Easier on the feet.”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man studied him a moment longer. Then glanced at </w:t>
      </w:r>
      <w:proofErr w:type="spellStart"/>
      <w:r w:rsidRPr="00201FCB">
        <w:rPr>
          <w:rFonts w:ascii="Garamond" w:eastAsia="Times New Roman" w:hAnsi="Garamond" w:cs="Times New Roman"/>
          <w:sz w:val="24"/>
          <w:szCs w:val="24"/>
          <w:lang w:val="en-IN" w:eastAsia="en-IN"/>
        </w:rPr>
        <w:t>Zameer’s</w:t>
      </w:r>
      <w:proofErr w:type="spellEnd"/>
      <w:r w:rsidRPr="00201FCB">
        <w:rPr>
          <w:rFonts w:ascii="Garamond" w:eastAsia="Times New Roman" w:hAnsi="Garamond" w:cs="Times New Roman"/>
          <w:sz w:val="24"/>
          <w:szCs w:val="24"/>
          <w:lang w:val="en-IN" w:eastAsia="en-IN"/>
        </w:rPr>
        <w:t xml:space="preserve"> bag.</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“What’s in there?”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The scan had two seconds left.</w:t>
      </w:r>
      <w:r w:rsidRPr="00201FCB">
        <w:rPr>
          <w:rFonts w:ascii="Garamond" w:eastAsia="Times New Roman" w:hAnsi="Garamond" w:cs="Times New Roman"/>
          <w:sz w:val="24"/>
          <w:szCs w:val="24"/>
          <w:lang w:val="en-IN" w:eastAsia="en-IN"/>
        </w:rPr>
        <w:t xml:space="preserve"> Too close.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lastRenderedPageBreak/>
        <w:t>Zameer</w:t>
      </w:r>
      <w:proofErr w:type="spellEnd"/>
      <w:r w:rsidRPr="00201FCB">
        <w:rPr>
          <w:rFonts w:ascii="Garamond" w:eastAsia="Times New Roman" w:hAnsi="Garamond" w:cs="Times New Roman"/>
          <w:sz w:val="24"/>
          <w:szCs w:val="24"/>
          <w:lang w:val="en-IN" w:eastAsia="en-IN"/>
        </w:rPr>
        <w:t xml:space="preserve"> smiled. “Dates. For the children. Take one?”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reached inside.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And that was when everything </w:t>
      </w:r>
      <w:proofErr w:type="spellStart"/>
      <w:r w:rsidRPr="00201FCB">
        <w:rPr>
          <w:rFonts w:ascii="Garamond" w:eastAsia="Times New Roman" w:hAnsi="Garamond" w:cs="Times New Roman"/>
          <w:bCs/>
          <w:sz w:val="24"/>
          <w:szCs w:val="24"/>
          <w:lang w:val="en-IN" w:eastAsia="en-IN"/>
        </w:rPr>
        <w:t>unraveled</w:t>
      </w:r>
      <w:proofErr w:type="spellEnd"/>
      <w:r w:rsidRPr="00201FCB">
        <w:rPr>
          <w:rFonts w:ascii="Garamond" w:eastAsia="Times New Roman" w:hAnsi="Garamond" w:cs="Times New Roman"/>
          <w:sz w:val="24"/>
          <w:szCs w:val="24"/>
          <w:lang w:val="en-IN" w:eastAsia="en-IN"/>
        </w:rPr>
        <w: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man stepped back sharply. “Hands where I can see—!”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loud, metallic chirp sounded from the rooftop.</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An alarm. Not a village alarm. A military-grade field perimeter breach alert.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“DROP HIM!” someone shouted from inside the building.</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didn’t hesitate. He shoved the man, dashed across the courtyard, vaulted a broken wall, and vanished into the narrow lanes.</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Gunfire cracked behind him. Yelling. Lights flared on. Dogs barked.</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quiet village transformed in an instant into a hornet’s nest.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Back on the ridge,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’s </w:t>
      </w:r>
      <w:proofErr w:type="spellStart"/>
      <w:r w:rsidRPr="00201FCB">
        <w:rPr>
          <w:rFonts w:ascii="Garamond" w:eastAsia="Times New Roman" w:hAnsi="Garamond" w:cs="Times New Roman"/>
          <w:sz w:val="24"/>
          <w:szCs w:val="24"/>
          <w:lang w:val="en-IN" w:eastAsia="en-IN"/>
        </w:rPr>
        <w:t>comms</w:t>
      </w:r>
      <w:proofErr w:type="spellEnd"/>
      <w:r w:rsidRPr="00201FCB">
        <w:rPr>
          <w:rFonts w:ascii="Garamond" w:eastAsia="Times New Roman" w:hAnsi="Garamond" w:cs="Times New Roman"/>
          <w:sz w:val="24"/>
          <w:szCs w:val="24"/>
          <w:lang w:val="en-IN" w:eastAsia="en-IN"/>
        </w:rPr>
        <w:t xml:space="preserve"> came alive.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 xml:space="preserve">“Sir! </w:t>
      </w:r>
      <w:proofErr w:type="spellStart"/>
      <w:r w:rsidRPr="00201FCB">
        <w:rPr>
          <w:rFonts w:ascii="Garamond" w:eastAsia="Times New Roman" w:hAnsi="Garamond" w:cs="Times New Roman"/>
          <w:bCs/>
          <w:sz w:val="24"/>
          <w:szCs w:val="24"/>
          <w:lang w:val="en-IN" w:eastAsia="en-IN"/>
        </w:rPr>
        <w:t>Zameer</w:t>
      </w:r>
      <w:proofErr w:type="spellEnd"/>
      <w:r w:rsidRPr="00201FCB">
        <w:rPr>
          <w:rFonts w:ascii="Garamond" w:eastAsia="Times New Roman" w:hAnsi="Garamond" w:cs="Times New Roman"/>
          <w:bCs/>
          <w:sz w:val="24"/>
          <w:szCs w:val="24"/>
          <w:lang w:val="en-IN" w:eastAsia="en-IN"/>
        </w:rPr>
        <w:t xml:space="preserve"> tripped an alert. He’s on the move. He’s being chased.”</w:t>
      </w:r>
    </w:p>
    <w:p w:rsidR="00773063"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773063" w:rsidRPr="00201FCB">
        <w:rPr>
          <w:rFonts w:ascii="Garamond" w:eastAsia="Times New Roman" w:hAnsi="Garamond" w:cs="Times New Roman"/>
          <w:sz w:val="24"/>
          <w:szCs w:val="24"/>
          <w:lang w:val="en-IN" w:eastAsia="en-IN"/>
        </w:rPr>
        <w:t xml:space="preserve"> stood, eyes hard. “Did we get the signature?”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beat.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“Yes, sir. Signal matched. He got it.”</w:t>
      </w:r>
    </w:p>
    <w:p w:rsidR="00773063"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773063" w:rsidRPr="00201FCB">
        <w:rPr>
          <w:rFonts w:ascii="Garamond" w:eastAsia="Times New Roman" w:hAnsi="Garamond" w:cs="Times New Roman"/>
          <w:sz w:val="24"/>
          <w:szCs w:val="24"/>
          <w:lang w:val="en-IN" w:eastAsia="en-IN"/>
        </w:rPr>
        <w:t xml:space="preserve"> exhaled.</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Then whispered, </w:t>
      </w:r>
      <w:r w:rsidR="00E14149" w:rsidRPr="00201FCB">
        <w:rPr>
          <w:rFonts w:ascii="Garamond" w:eastAsia="Times New Roman" w:hAnsi="Garamond" w:cs="Times New Roman"/>
          <w:sz w:val="24"/>
          <w:szCs w:val="24"/>
          <w:lang w:val="en-IN" w:eastAsia="en-IN"/>
        </w:rPr>
        <w:t>“Then let’s get ready boys, this is it</w:t>
      </w:r>
      <w:r w:rsidRPr="00201FCB">
        <w:rPr>
          <w:rFonts w:ascii="Garamond" w:eastAsia="Times New Roman" w:hAnsi="Garamond" w:cs="Times New Roman"/>
          <w:sz w:val="24"/>
          <w:szCs w:val="24"/>
          <w:lang w:val="en-IN" w:eastAsia="en-IN"/>
        </w:rPr>
        <w:t>.”</w:t>
      </w:r>
    </w:p>
    <w:p w:rsidR="00E42184" w:rsidRPr="00201FCB" w:rsidRDefault="00E42184" w:rsidP="00201FCB">
      <w:pPr>
        <w:spacing w:line="480" w:lineRule="auto"/>
        <w:rPr>
          <w:rFonts w:ascii="Garamond" w:hAnsi="Garamond"/>
          <w:sz w:val="24"/>
          <w:szCs w:val="24"/>
        </w:rPr>
        <w:sectPr w:rsidR="00E42184" w:rsidRPr="00201FCB">
          <w:pgSz w:w="8000" w:h="12000"/>
          <w:pgMar w:top="442" w:right="1440" w:bottom="1440" w:left="660" w:header="720" w:footer="720" w:gutter="0"/>
          <w:cols w:space="720"/>
          <w:docGrid w:linePitch="360"/>
        </w:sectPr>
      </w:pPr>
    </w:p>
    <w:p w:rsidR="0036109D" w:rsidRPr="00201FCB" w:rsidRDefault="00A565DF" w:rsidP="00201FCB">
      <w:pPr>
        <w:autoSpaceDE w:val="0"/>
        <w:autoSpaceDN w:val="0"/>
        <w:spacing w:after="0" w:line="480" w:lineRule="auto"/>
        <w:rPr>
          <w:rFonts w:ascii="Garamond" w:hAnsi="Garamond"/>
          <w:sz w:val="24"/>
          <w:szCs w:val="24"/>
        </w:rPr>
      </w:pPr>
      <w:r w:rsidRPr="00201FCB">
        <w:rPr>
          <w:rFonts w:ascii="Garamond" w:eastAsia="Charis SIL Bold" w:hAnsi="Garamond"/>
          <w:color w:val="000000"/>
          <w:sz w:val="24"/>
          <w:szCs w:val="24"/>
        </w:rPr>
        <w:lastRenderedPageBreak/>
        <w:t>Chapter 11 Rogue AI</w:t>
      </w:r>
    </w:p>
    <w:p w:rsidR="00773063" w:rsidRPr="00201FCB" w:rsidRDefault="00773063" w:rsidP="00201FCB">
      <w:pPr>
        <w:autoSpaceDE w:val="0"/>
        <w:autoSpaceDN w:val="0"/>
        <w:spacing w:after="0" w:line="480" w:lineRule="auto"/>
        <w:rPr>
          <w:rFonts w:ascii="Garamond" w:hAnsi="Garamond"/>
          <w:sz w:val="24"/>
          <w:szCs w:val="24"/>
        </w:rPr>
      </w:pPr>
      <w:r w:rsidRPr="00201FCB">
        <w:rPr>
          <w:rFonts w:ascii="Garamond" w:eastAsia="Times New Roman" w:hAnsi="Garamond" w:cs="Times New Roman"/>
          <w:bCs/>
          <w:sz w:val="24"/>
          <w:szCs w:val="24"/>
          <w:lang w:val="en-IN" w:eastAsia="en-IN"/>
        </w:rPr>
        <w:t>South Block, New Delhi</w:t>
      </w:r>
      <w:r w:rsidR="0036109D" w:rsidRPr="00201FCB">
        <w:rPr>
          <w:rFonts w:ascii="Garamond" w:eastAsia="Times New Roman" w:hAnsi="Garamond" w:cs="Times New Roman"/>
          <w:bCs/>
          <w:sz w:val="24"/>
          <w:szCs w:val="24"/>
          <w:lang w:val="en-IN" w:eastAsia="en-IN"/>
        </w:rPr>
        <w:t>. 0130 hrs</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fluorescent lights in the subterranean communications war room flickered as dozens of screens lit up with real-time feeds, code, social media trends, and global news tickers. The heartbeat of perception control pulsed through the room — and tonight, </w:t>
      </w:r>
      <w:r w:rsidRPr="00201FCB">
        <w:rPr>
          <w:rFonts w:ascii="Garamond" w:eastAsia="Times New Roman" w:hAnsi="Garamond" w:cs="Times New Roman"/>
          <w:bCs/>
          <w:sz w:val="24"/>
          <w:szCs w:val="24"/>
          <w:lang w:val="en-IN" w:eastAsia="en-IN"/>
        </w:rPr>
        <w:t>perception was everything</w:t>
      </w:r>
      <w:r w:rsidRPr="00201FCB">
        <w:rPr>
          <w:rFonts w:ascii="Garamond" w:eastAsia="Times New Roman" w:hAnsi="Garamond" w:cs="Times New Roman"/>
          <w:sz w:val="24"/>
          <w:szCs w:val="24"/>
          <w:lang w:val="en-IN" w:eastAsia="en-IN"/>
        </w:rPr>
        <w: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Rai stood before the main console, her coat still dusted with the chill of a just-landed flight from Singapore. Beside her stood Arvind Thakur, India’s discreetly brilliant head of Strategic Digital Engagement — a man who lived three steps ahead of any headline.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“You’re sure this will hold?” Indira asked, her tone calm but edged with urgency.</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Thakur didn’t look up from his terminal. “By the time they start to suspect, they’ll be reacting to the fallout. We’re not just creating a story, Indira. We’re </w:t>
      </w:r>
      <w:r w:rsidRPr="00201FCB">
        <w:rPr>
          <w:rFonts w:ascii="Garamond" w:eastAsia="Times New Roman" w:hAnsi="Garamond" w:cs="Times New Roman"/>
          <w:bCs/>
          <w:sz w:val="24"/>
          <w:szCs w:val="24"/>
          <w:lang w:val="en-IN" w:eastAsia="en-IN"/>
        </w:rPr>
        <w:t>building a world.</w:t>
      </w:r>
      <w:r w:rsidRPr="00201FCB">
        <w:rPr>
          <w:rFonts w:ascii="Garamond" w:eastAsia="Times New Roman" w:hAnsi="Garamond" w:cs="Times New Roman"/>
          <w:sz w:val="24"/>
          <w:szCs w:val="24"/>
          <w:lang w:val="en-IN" w:eastAsia="en-IN"/>
        </w:rPr>
        <w: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He tapped a sequence into his tablet.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 map of the Mediterranean region blinked into life. In the </w:t>
      </w:r>
      <w:proofErr w:type="spellStart"/>
      <w:r w:rsidRPr="00201FCB">
        <w:rPr>
          <w:rFonts w:ascii="Garamond" w:eastAsia="Times New Roman" w:hAnsi="Garamond" w:cs="Times New Roman"/>
          <w:sz w:val="24"/>
          <w:szCs w:val="24"/>
          <w:lang w:val="en-IN" w:eastAsia="en-IN"/>
        </w:rPr>
        <w:t>center</w:t>
      </w:r>
      <w:proofErr w:type="spellEnd"/>
      <w:r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bCs/>
          <w:sz w:val="24"/>
          <w:szCs w:val="24"/>
          <w:lang w:val="en-IN" w:eastAsia="en-IN"/>
        </w:rPr>
        <w:t>Tripoli, Libya</w:t>
      </w:r>
      <w:r w:rsidRPr="00201FCB">
        <w:rPr>
          <w:rFonts w:ascii="Garamond" w:eastAsia="Times New Roman" w:hAnsi="Garamond" w:cs="Times New Roman"/>
          <w:sz w:val="24"/>
          <w:szCs w:val="24"/>
          <w:lang w:val="en-IN" w:eastAsia="en-IN"/>
        </w:rPr>
        <w:t xml:space="preserve">. The chosen </w:t>
      </w:r>
      <w:proofErr w:type="spellStart"/>
      <w:r w:rsidRPr="00201FCB">
        <w:rPr>
          <w:rFonts w:ascii="Garamond" w:eastAsia="Times New Roman" w:hAnsi="Garamond" w:cs="Times New Roman"/>
          <w:sz w:val="24"/>
          <w:szCs w:val="24"/>
          <w:lang w:val="en-IN" w:eastAsia="en-IN"/>
        </w:rPr>
        <w:t>epicenter</w:t>
      </w:r>
      <w:proofErr w:type="spellEnd"/>
      <w:r w:rsidRPr="00201FCB">
        <w:rPr>
          <w:rFonts w:ascii="Garamond" w:eastAsia="Times New Roman" w:hAnsi="Garamond" w:cs="Times New Roman"/>
          <w:sz w:val="24"/>
          <w:szCs w:val="24"/>
          <w:lang w:val="en-IN" w:eastAsia="en-IN"/>
        </w:rPr>
        <w:t xml:space="preserve"> of a geopolitical firestorm that never really happened.</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narrative was simple but potent — a rogue faction of Turkish-backed militias had overrun a European-run drone testing facility near Tripoli. Classified AI drone prototypes had allegedly been stolen. One was “seen” flying off the coast of Malta. Another was “downed” by Greek air </w:t>
      </w:r>
      <w:proofErr w:type="spellStart"/>
      <w:r w:rsidRPr="00201FCB">
        <w:rPr>
          <w:rFonts w:ascii="Garamond" w:eastAsia="Times New Roman" w:hAnsi="Garamond" w:cs="Times New Roman"/>
          <w:sz w:val="24"/>
          <w:szCs w:val="24"/>
          <w:lang w:val="en-IN" w:eastAsia="en-IN"/>
        </w:rPr>
        <w:t>defense</w:t>
      </w:r>
      <w:proofErr w:type="spellEnd"/>
      <w:r w:rsidRPr="00201FCB">
        <w:rPr>
          <w:rFonts w:ascii="Garamond" w:eastAsia="Times New Roman" w:hAnsi="Garamond" w:cs="Times New Roman"/>
          <w:sz w:val="24"/>
          <w:szCs w:val="24"/>
          <w:lang w:val="en-IN" w:eastAsia="en-IN"/>
        </w:rPr>
        <w:t>.</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details were impossible to ignore:</w:t>
      </w:r>
    </w:p>
    <w:p w:rsidR="00773063" w:rsidRPr="00201FCB" w:rsidRDefault="00773063" w:rsidP="00201FCB">
      <w:pPr>
        <w:numPr>
          <w:ilvl w:val="0"/>
          <w:numId w:val="10"/>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AI-generated satellite footage</w:t>
      </w:r>
      <w:r w:rsidRPr="00201FCB">
        <w:rPr>
          <w:rFonts w:ascii="Garamond" w:eastAsia="Times New Roman" w:hAnsi="Garamond" w:cs="Times New Roman"/>
          <w:sz w:val="24"/>
          <w:szCs w:val="24"/>
          <w:lang w:val="en-IN" w:eastAsia="en-IN"/>
        </w:rPr>
        <w:t xml:space="preserve"> of armed groups storming a hangar.</w:t>
      </w:r>
    </w:p>
    <w:p w:rsidR="00773063" w:rsidRPr="00201FCB" w:rsidRDefault="00773063" w:rsidP="00201FCB">
      <w:pPr>
        <w:numPr>
          <w:ilvl w:val="0"/>
          <w:numId w:val="10"/>
        </w:num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bCs/>
          <w:sz w:val="24"/>
          <w:szCs w:val="24"/>
          <w:lang w:val="en-IN" w:eastAsia="en-IN"/>
        </w:rPr>
        <w:t>Deepfake</w:t>
      </w:r>
      <w:proofErr w:type="spellEnd"/>
      <w:r w:rsidRPr="00201FCB">
        <w:rPr>
          <w:rFonts w:ascii="Garamond" w:eastAsia="Times New Roman" w:hAnsi="Garamond" w:cs="Times New Roman"/>
          <w:bCs/>
          <w:sz w:val="24"/>
          <w:szCs w:val="24"/>
          <w:lang w:val="en-IN" w:eastAsia="en-IN"/>
        </w:rPr>
        <w:t xml:space="preserve"> videos</w:t>
      </w:r>
      <w:r w:rsidRPr="00201FCB">
        <w:rPr>
          <w:rFonts w:ascii="Garamond" w:eastAsia="Times New Roman" w:hAnsi="Garamond" w:cs="Times New Roman"/>
          <w:sz w:val="24"/>
          <w:szCs w:val="24"/>
          <w:lang w:val="en-IN" w:eastAsia="en-IN"/>
        </w:rPr>
        <w:t xml:space="preserve"> of militia leaders claiming responsibility.</w:t>
      </w:r>
    </w:p>
    <w:p w:rsidR="00773063" w:rsidRPr="00201FCB" w:rsidRDefault="00773063" w:rsidP="00201FCB">
      <w:pPr>
        <w:numPr>
          <w:ilvl w:val="0"/>
          <w:numId w:val="10"/>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“Leaked” radio chatter in Turkish and Arabic accents.</w:t>
      </w:r>
    </w:p>
    <w:p w:rsidR="00773063" w:rsidRPr="00201FCB" w:rsidRDefault="00773063" w:rsidP="00201FCB">
      <w:pPr>
        <w:numPr>
          <w:ilvl w:val="0"/>
          <w:numId w:val="10"/>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Fabricated reactions</w:t>
      </w:r>
      <w:r w:rsidRPr="00201FCB">
        <w:rPr>
          <w:rFonts w:ascii="Garamond" w:eastAsia="Times New Roman" w:hAnsi="Garamond" w:cs="Times New Roman"/>
          <w:sz w:val="24"/>
          <w:szCs w:val="24"/>
          <w:lang w:val="en-IN" w:eastAsia="en-IN"/>
        </w:rPr>
        <w:t xml:space="preserve"> from a fictional NATO sub-committee, coded as if captured from a diplomatic leak.</w:t>
      </w:r>
    </w:p>
    <w:p w:rsidR="00773063" w:rsidRPr="00201FCB" w:rsidRDefault="00773063" w:rsidP="00201FCB">
      <w:pPr>
        <w:numPr>
          <w:ilvl w:val="0"/>
          <w:numId w:val="10"/>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Viral videos of a Greek fighter jet narrowly missing a drone “with European markings.”</w:t>
      </w:r>
    </w:p>
    <w:p w:rsidR="00773063" w:rsidRPr="00201FCB" w:rsidRDefault="00773063" w:rsidP="00201FCB">
      <w:pPr>
        <w:numPr>
          <w:ilvl w:val="0"/>
          <w:numId w:val="10"/>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 fake BBC panel discussion with </w:t>
      </w:r>
      <w:proofErr w:type="spellStart"/>
      <w:r w:rsidRPr="00201FCB">
        <w:rPr>
          <w:rFonts w:ascii="Garamond" w:eastAsia="Times New Roman" w:hAnsi="Garamond" w:cs="Times New Roman"/>
          <w:sz w:val="24"/>
          <w:szCs w:val="24"/>
          <w:lang w:val="en-IN" w:eastAsia="en-IN"/>
        </w:rPr>
        <w:t>deepfaked</w:t>
      </w:r>
      <w:proofErr w:type="spellEnd"/>
      <w:r w:rsidRPr="00201FCB">
        <w:rPr>
          <w:rFonts w:ascii="Garamond" w:eastAsia="Times New Roman" w:hAnsi="Garamond" w:cs="Times New Roman"/>
          <w:sz w:val="24"/>
          <w:szCs w:val="24"/>
          <w:lang w:val="en-IN" w:eastAsia="en-IN"/>
        </w:rPr>
        <w:t xml:space="preserve"> commentators, seeded into </w:t>
      </w:r>
      <w:proofErr w:type="spellStart"/>
      <w:r w:rsidRPr="00201FCB">
        <w:rPr>
          <w:rFonts w:ascii="Garamond" w:eastAsia="Times New Roman" w:hAnsi="Garamond" w:cs="Times New Roman"/>
          <w:sz w:val="24"/>
          <w:szCs w:val="24"/>
          <w:lang w:val="en-IN" w:eastAsia="en-IN"/>
        </w:rPr>
        <w:t>Reddit</w:t>
      </w:r>
      <w:proofErr w:type="spellEnd"/>
      <w:r w:rsidRPr="00201FCB">
        <w:rPr>
          <w:rFonts w:ascii="Garamond" w:eastAsia="Times New Roman" w:hAnsi="Garamond" w:cs="Times New Roman"/>
          <w:sz w:val="24"/>
          <w:szCs w:val="24"/>
          <w:lang w:val="en-IN" w:eastAsia="en-IN"/>
        </w:rPr>
        <w:t>, X (formerly Twitter), and Telegram channels, all reacting in real-time.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Within minutes, keywords like </w:t>
      </w:r>
      <w:r w:rsidRPr="00201FCB">
        <w:rPr>
          <w:rFonts w:ascii="Garamond" w:eastAsia="Times New Roman" w:hAnsi="Garamond" w:cs="Times New Roman"/>
          <w:bCs/>
          <w:sz w:val="24"/>
          <w:szCs w:val="24"/>
          <w:lang w:val="en-IN" w:eastAsia="en-IN"/>
        </w:rPr>
        <w:t>#</w:t>
      </w:r>
      <w:proofErr w:type="spellStart"/>
      <w:r w:rsidRPr="00201FCB">
        <w:rPr>
          <w:rFonts w:ascii="Garamond" w:eastAsia="Times New Roman" w:hAnsi="Garamond" w:cs="Times New Roman"/>
          <w:bCs/>
          <w:sz w:val="24"/>
          <w:szCs w:val="24"/>
          <w:lang w:val="en-IN" w:eastAsia="en-IN"/>
        </w:rPr>
        <w:t>MaltaDroneCrisis</w:t>
      </w:r>
      <w:proofErr w:type="spellEnd"/>
      <w:r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bCs/>
          <w:sz w:val="24"/>
          <w:szCs w:val="24"/>
          <w:lang w:val="en-IN" w:eastAsia="en-IN"/>
        </w:rPr>
        <w:t>#</w:t>
      </w:r>
      <w:proofErr w:type="spellStart"/>
      <w:r w:rsidRPr="00201FCB">
        <w:rPr>
          <w:rFonts w:ascii="Garamond" w:eastAsia="Times New Roman" w:hAnsi="Garamond" w:cs="Times New Roman"/>
          <w:bCs/>
          <w:sz w:val="24"/>
          <w:szCs w:val="24"/>
          <w:lang w:val="en-IN" w:eastAsia="en-IN"/>
        </w:rPr>
        <w:t>TripoliTakeover</w:t>
      </w:r>
      <w:proofErr w:type="spellEnd"/>
      <w:r w:rsidRPr="00201FCB">
        <w:rPr>
          <w:rFonts w:ascii="Garamond" w:eastAsia="Times New Roman" w:hAnsi="Garamond" w:cs="Times New Roman"/>
          <w:sz w:val="24"/>
          <w:szCs w:val="24"/>
          <w:lang w:val="en-IN" w:eastAsia="en-IN"/>
        </w:rPr>
        <w:t xml:space="preserve">, and </w:t>
      </w:r>
      <w:r w:rsidRPr="00201FCB">
        <w:rPr>
          <w:rFonts w:ascii="Garamond" w:eastAsia="Times New Roman" w:hAnsi="Garamond" w:cs="Times New Roman"/>
          <w:bCs/>
          <w:sz w:val="24"/>
          <w:szCs w:val="24"/>
          <w:lang w:val="en-IN" w:eastAsia="en-IN"/>
        </w:rPr>
        <w:t>#</w:t>
      </w:r>
      <w:proofErr w:type="spellStart"/>
      <w:r w:rsidRPr="00201FCB">
        <w:rPr>
          <w:rFonts w:ascii="Garamond" w:eastAsia="Times New Roman" w:hAnsi="Garamond" w:cs="Times New Roman"/>
          <w:bCs/>
          <w:sz w:val="24"/>
          <w:szCs w:val="24"/>
          <w:lang w:val="en-IN" w:eastAsia="en-IN"/>
        </w:rPr>
        <w:t>AIinWrongHands</w:t>
      </w:r>
      <w:proofErr w:type="spellEnd"/>
      <w:r w:rsidRPr="00201FCB">
        <w:rPr>
          <w:rFonts w:ascii="Garamond" w:eastAsia="Times New Roman" w:hAnsi="Garamond" w:cs="Times New Roman"/>
          <w:sz w:val="24"/>
          <w:szCs w:val="24"/>
          <w:lang w:val="en-IN" w:eastAsia="en-IN"/>
        </w:rPr>
        <w:t xml:space="preserve"> trended worldwide.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rogue AI narrative?” Indira asked.</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“Fully operational,” Thakur said. “We've inserted a few recycled news anchors into </w:t>
      </w:r>
      <w:proofErr w:type="spellStart"/>
      <w:r w:rsidRPr="00201FCB">
        <w:rPr>
          <w:rFonts w:ascii="Garamond" w:eastAsia="Times New Roman" w:hAnsi="Garamond" w:cs="Times New Roman"/>
          <w:sz w:val="24"/>
          <w:szCs w:val="24"/>
          <w:lang w:val="en-IN" w:eastAsia="en-IN"/>
        </w:rPr>
        <w:t>deepfake</w:t>
      </w:r>
      <w:proofErr w:type="spellEnd"/>
      <w:r w:rsidRPr="00201FCB">
        <w:rPr>
          <w:rFonts w:ascii="Garamond" w:eastAsia="Times New Roman" w:hAnsi="Garamond" w:cs="Times New Roman"/>
          <w:sz w:val="24"/>
          <w:szCs w:val="24"/>
          <w:lang w:val="en-IN" w:eastAsia="en-IN"/>
        </w:rPr>
        <w:t xml:space="preserve"> loops. The Guardian and CNN should start reacting within the hour. State-sponsored accounts from Russia and Iran will amplify the chaos by sunrise. It’ll be a circus.”</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folded her arms, watching as the world's gaze turned miles away from Pakistan.</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“Make sure it’s volatile enough to demand attention,” she said. “We need outrage. We need fear.”</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Thakur nodded. “Done. We’ve even simulated a cyberattack on a Romanian server farm to 'trace' the AI drone signal. NATO's digital task force will chase that ghost for days.”</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allowed herself a small smile. “Good. Then let them run.”</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As she turned to leave, she glanced at the countdown clock on the far wall.</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03:58:12</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Right on schedule.</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world was about to blink.</w:t>
      </w:r>
    </w:p>
    <w:p w:rsidR="00773063" w:rsidRPr="00201FCB" w:rsidRDefault="0077306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And when it opened its eyes again, it would see what </w:t>
      </w:r>
      <w:r w:rsidRPr="00201FCB">
        <w:rPr>
          <w:rFonts w:ascii="Garamond" w:eastAsia="Times New Roman" w:hAnsi="Garamond" w:cs="Times New Roman"/>
          <w:bCs/>
          <w:sz w:val="24"/>
          <w:szCs w:val="24"/>
          <w:lang w:val="en-IN" w:eastAsia="en-IN"/>
        </w:rPr>
        <w:t>India wanted it to see</w:t>
      </w:r>
    </w:p>
    <w:p w:rsidR="00773063" w:rsidRPr="00201FCB" w:rsidRDefault="00773063" w:rsidP="00201FCB">
      <w:pPr>
        <w:spacing w:line="480" w:lineRule="auto"/>
        <w:rPr>
          <w:rFonts w:ascii="Garamond" w:hAnsi="Garamond"/>
          <w:sz w:val="24"/>
          <w:szCs w:val="24"/>
        </w:rPr>
        <w:sectPr w:rsidR="00773063" w:rsidRPr="00201FCB">
          <w:pgSz w:w="8000" w:h="12000"/>
          <w:pgMar w:top="442" w:right="1440" w:bottom="1440" w:left="660" w:header="720" w:footer="720" w:gutter="0"/>
          <w:cols w:space="720"/>
          <w:docGrid w:linePitch="360"/>
        </w:sectPr>
      </w:pPr>
    </w:p>
    <w:p w:rsidR="00F460A5" w:rsidRPr="00201FCB" w:rsidRDefault="00A565DF" w:rsidP="00201FCB">
      <w:pPr>
        <w:autoSpaceDE w:val="0"/>
        <w:autoSpaceDN w:val="0"/>
        <w:spacing w:after="0" w:line="480" w:lineRule="auto"/>
        <w:rPr>
          <w:rFonts w:ascii="Garamond" w:hAnsi="Garamond"/>
          <w:sz w:val="24"/>
          <w:szCs w:val="24"/>
        </w:rPr>
      </w:pPr>
      <w:r w:rsidRPr="00201FCB">
        <w:rPr>
          <w:rFonts w:ascii="Garamond" w:eastAsia="Charis SIL Bold" w:hAnsi="Garamond"/>
          <w:color w:val="000000"/>
          <w:sz w:val="24"/>
          <w:szCs w:val="24"/>
        </w:rPr>
        <w:lastRenderedPageBreak/>
        <w:t xml:space="preserve">Chapter 12 </w:t>
      </w:r>
      <w:r w:rsidR="0036109D" w:rsidRPr="00201FCB">
        <w:rPr>
          <w:rFonts w:ascii="Garamond" w:eastAsia="Charis SIL Bold" w:hAnsi="Garamond"/>
          <w:color w:val="000000"/>
          <w:sz w:val="24"/>
          <w:szCs w:val="24"/>
        </w:rPr>
        <w:t xml:space="preserve">All </w:t>
      </w:r>
      <w:proofErr w:type="gramStart"/>
      <w:r w:rsidR="0036109D" w:rsidRPr="00201FCB">
        <w:rPr>
          <w:rFonts w:ascii="Garamond" w:eastAsia="Charis SIL Bold" w:hAnsi="Garamond"/>
          <w:color w:val="000000"/>
          <w:sz w:val="24"/>
          <w:szCs w:val="24"/>
        </w:rPr>
        <w:t>But</w:t>
      </w:r>
      <w:proofErr w:type="gramEnd"/>
      <w:r w:rsidR="0036109D" w:rsidRPr="00201FCB">
        <w:rPr>
          <w:rFonts w:ascii="Garamond" w:eastAsia="Charis SIL Bold" w:hAnsi="Garamond"/>
          <w:color w:val="000000"/>
          <w:sz w:val="24"/>
          <w:szCs w:val="24"/>
        </w:rPr>
        <w:t xml:space="preserve"> One</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ISRO Tactical War Room, Bangalore</w:t>
      </w:r>
      <w:r w:rsidR="0036109D" w:rsidRPr="00201FCB">
        <w:rPr>
          <w:rFonts w:ascii="Garamond" w:eastAsia="Times New Roman" w:hAnsi="Garamond" w:cs="Times New Roman"/>
          <w:bCs/>
          <w:sz w:val="24"/>
          <w:szCs w:val="24"/>
          <w:lang w:val="en-IN" w:eastAsia="en-IN"/>
        </w:rPr>
        <w:t xml:space="preserve"> 0330 hrs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war room was thick with recycled air and rising anxiety.</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 xml:space="preserve">’s eyes hadn’t left the twin red dots pulsing on the screen: </w:t>
      </w:r>
      <w:r w:rsidR="009E1615" w:rsidRPr="00201FCB">
        <w:rPr>
          <w:rFonts w:ascii="Garamond" w:eastAsia="Times New Roman" w:hAnsi="Garamond" w:cs="Times New Roman"/>
          <w:bCs/>
          <w:sz w:val="24"/>
          <w:szCs w:val="24"/>
          <w:lang w:val="en-IN" w:eastAsia="en-IN"/>
        </w:rPr>
        <w:t>Satellite-14</w:t>
      </w:r>
      <w:r w:rsidR="009E1615" w:rsidRPr="00201FCB">
        <w:rPr>
          <w:rFonts w:ascii="Garamond" w:eastAsia="Times New Roman" w:hAnsi="Garamond" w:cs="Times New Roman"/>
          <w:sz w:val="24"/>
          <w:szCs w:val="24"/>
          <w:lang w:val="en-IN" w:eastAsia="en-IN"/>
        </w:rPr>
        <w:t xml:space="preserve"> and </w:t>
      </w:r>
      <w:r w:rsidR="009E1615" w:rsidRPr="00201FCB">
        <w:rPr>
          <w:rFonts w:ascii="Garamond" w:eastAsia="Times New Roman" w:hAnsi="Garamond" w:cs="Times New Roman"/>
          <w:bCs/>
          <w:sz w:val="24"/>
          <w:szCs w:val="24"/>
          <w:lang w:val="en-IN" w:eastAsia="en-IN"/>
        </w:rPr>
        <w:t>Satellite-15</w:t>
      </w:r>
      <w:r w:rsidR="009E1615" w:rsidRPr="00201FCB">
        <w:rPr>
          <w:rFonts w:ascii="Garamond" w:eastAsia="Times New Roman" w:hAnsi="Garamond" w:cs="Times New Roman"/>
          <w:sz w:val="24"/>
          <w:szCs w:val="24"/>
          <w:lang w:val="en-IN" w:eastAsia="en-IN"/>
        </w:rPr>
        <w:t xml:space="preserve">. The rest of the map was now silent, </w:t>
      </w:r>
      <w:proofErr w:type="spellStart"/>
      <w:r w:rsidR="009E1615" w:rsidRPr="00201FCB">
        <w:rPr>
          <w:rFonts w:ascii="Garamond" w:eastAsia="Times New Roman" w:hAnsi="Garamond" w:cs="Times New Roman"/>
          <w:sz w:val="24"/>
          <w:szCs w:val="24"/>
          <w:lang w:val="en-IN" w:eastAsia="en-IN"/>
        </w:rPr>
        <w:t>gray</w:t>
      </w:r>
      <w:proofErr w:type="spellEnd"/>
      <w:r w:rsidR="009E1615" w:rsidRPr="00201FCB">
        <w:rPr>
          <w:rFonts w:ascii="Garamond" w:eastAsia="Times New Roman" w:hAnsi="Garamond" w:cs="Times New Roman"/>
          <w:sz w:val="24"/>
          <w:szCs w:val="24"/>
          <w:lang w:val="en-IN" w:eastAsia="en-IN"/>
        </w:rPr>
        <w:t>—blinded, spoofed, and neutralized. But these two outliers glared like eyes that refused to blink.</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Eyes she couldn’t shut.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“Ten satellites. Fifteen plans. A hundred simulations. And still these two,” she murmured, not to Sumit, not even to herself—just to the room, like a curse.</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Across from her, Sumit Joshi rubbed his temples and blinked at his screen. His fingers twitched from caffeine and fatigue. He had barely spoken for the last ten minutes, chasing ghost trails through dead orbital paths and decades-old documentation.</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Riya</w:t>
      </w:r>
      <w:r w:rsidR="009E1615" w:rsidRPr="00201FCB">
        <w:rPr>
          <w:rFonts w:ascii="Garamond" w:eastAsia="Times New Roman" w:hAnsi="Garamond" w:cs="Times New Roman"/>
          <w:sz w:val="24"/>
          <w:szCs w:val="24"/>
          <w:lang w:val="en-IN" w:eastAsia="en-IN"/>
        </w:rPr>
        <w:t>’s voice cut the silence. “Telemetry status?”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“Unchanged,” Sumit replied. “They’re not talking. They’re not responding. No handshake. No footprint. They’re... observing.”</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 xml:space="preserve"> turned sharply. “Observing what?”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“Us,” he said flatly. “They’re not scanning the region. They’re scanning </w:t>
      </w:r>
      <w:r w:rsidRPr="00201FCB">
        <w:rPr>
          <w:rFonts w:ascii="Garamond" w:eastAsia="Times New Roman" w:hAnsi="Garamond" w:cs="Times New Roman"/>
          <w:bCs/>
          <w:sz w:val="24"/>
          <w:szCs w:val="24"/>
          <w:lang w:val="en-IN" w:eastAsia="en-IN"/>
        </w:rPr>
        <w:t>our interference</w:t>
      </w:r>
      <w:r w:rsidRPr="00201FCB">
        <w:rPr>
          <w:rFonts w:ascii="Garamond" w:eastAsia="Times New Roman" w:hAnsi="Garamond" w:cs="Times New Roman"/>
          <w:sz w:val="24"/>
          <w:szCs w:val="24"/>
          <w:lang w:val="en-IN" w:eastAsia="en-IN"/>
        </w:rPr>
        <w: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silence became heavier.</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countdown glared from the screen: </w:t>
      </w:r>
      <w:r w:rsidRPr="00201FCB">
        <w:rPr>
          <w:rFonts w:ascii="Garamond" w:eastAsia="Times New Roman" w:hAnsi="Garamond" w:cs="Times New Roman"/>
          <w:bCs/>
          <w:sz w:val="24"/>
          <w:szCs w:val="24"/>
          <w:lang w:val="en-IN" w:eastAsia="en-IN"/>
        </w:rPr>
        <w:t>00:22:31</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She ran her hands through her hair. “Alright. Forget conventional hacking. We need to outthink them, not </w:t>
      </w:r>
      <w:proofErr w:type="spellStart"/>
      <w:r w:rsidRPr="00201FCB">
        <w:rPr>
          <w:rFonts w:ascii="Garamond" w:eastAsia="Times New Roman" w:hAnsi="Garamond" w:cs="Times New Roman"/>
          <w:sz w:val="24"/>
          <w:szCs w:val="24"/>
          <w:lang w:val="en-IN" w:eastAsia="en-IN"/>
        </w:rPr>
        <w:t>outcode</w:t>
      </w:r>
      <w:proofErr w:type="spellEnd"/>
      <w:r w:rsidRPr="00201FCB">
        <w:rPr>
          <w:rFonts w:ascii="Garamond" w:eastAsia="Times New Roman" w:hAnsi="Garamond" w:cs="Times New Roman"/>
          <w:sz w:val="24"/>
          <w:szCs w:val="24"/>
          <w:lang w:val="en-IN" w:eastAsia="en-IN"/>
        </w:rPr>
        <w:t xml:space="preserve"> them. What’s their weakness? Legacy firmware? Cross-satellite relay drift? Hidden ground syncs?”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sat upright. “Wait.”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“What?”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He stood and walked to her console. “Satellite-14. You said it doesn’t talk on any known channel.”</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“It doesn’t,” she replied.</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“But what if it’s not refusing to talk—what if it’s talking to something we’re not listening to?” His voice was sharp now. Focused. “I was mapping orbital paths earlier. Satellite-14 intersects the decaying orbit of the Iridium-7 cluster every 84 minutes. Those things aren’t fully decommissioned. What if it’s piggybacking data through relics no one's monitoring?”</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’s mind caught up fast. “Using dead American military satellites to proxy data. Off-the-grid handshakes. Like a satellite VPN.”</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was already typing. "If it's using ghost telemetry, we need to bounce our spoof through the same ghosts.”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 redirected their spoof signal through the decaying orbital paths.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Thirty seconds of silence.</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Then — </w:t>
      </w:r>
      <w:r w:rsidRPr="00201FCB">
        <w:rPr>
          <w:rFonts w:ascii="Garamond" w:eastAsia="Times New Roman" w:hAnsi="Garamond" w:cs="Times New Roman"/>
          <w:bCs/>
          <w:sz w:val="24"/>
          <w:szCs w:val="24"/>
          <w:lang w:val="en-IN" w:eastAsia="en-IN"/>
        </w:rPr>
        <w:t>blink.</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Satellite-14 updated its orbital sync and redirected its focus.</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 xml:space="preserve"> slammed the console. “We got it!”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But even as she exhaled, the red glare of </w:t>
      </w:r>
      <w:r w:rsidRPr="00201FCB">
        <w:rPr>
          <w:rFonts w:ascii="Garamond" w:eastAsia="Times New Roman" w:hAnsi="Garamond" w:cs="Times New Roman"/>
          <w:bCs/>
          <w:sz w:val="24"/>
          <w:szCs w:val="24"/>
          <w:lang w:val="en-IN" w:eastAsia="en-IN"/>
        </w:rPr>
        <w:t>Satellite-15</w:t>
      </w:r>
      <w:r w:rsidRPr="00201FCB">
        <w:rPr>
          <w:rFonts w:ascii="Garamond" w:eastAsia="Times New Roman" w:hAnsi="Garamond" w:cs="Times New Roman"/>
          <w:sz w:val="24"/>
          <w:szCs w:val="24"/>
          <w:lang w:val="en-IN" w:eastAsia="en-IN"/>
        </w:rPr>
        <w:t xml:space="preserve"> pulsed harder.</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“Status on 15?” she asked, voice tight.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checked. His face fell.</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“Nothing. Not even static. It's like... it knows.”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“How much time left?”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turned the screen toward her.</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00:10:03</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Ten minutes.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Only ten.</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 xml:space="preserve"> stared at the final red icon, her breath shallow. “This isn’t like the others. It’s not listening because it doesn’t need to. It’s watching and deciding.”</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Sumit’s</w:t>
      </w:r>
      <w:proofErr w:type="spellEnd"/>
      <w:r w:rsidRPr="00201FCB">
        <w:rPr>
          <w:rFonts w:ascii="Garamond" w:eastAsia="Times New Roman" w:hAnsi="Garamond" w:cs="Times New Roman"/>
          <w:sz w:val="24"/>
          <w:szCs w:val="24"/>
          <w:lang w:val="en-IN" w:eastAsia="en-IN"/>
        </w:rPr>
        <w:t xml:space="preserve"> voice was quiet. “This one’s AI-driven. Not reactive. It’s </w:t>
      </w:r>
      <w:r w:rsidRPr="00201FCB">
        <w:rPr>
          <w:rFonts w:ascii="Garamond" w:eastAsia="Times New Roman" w:hAnsi="Garamond" w:cs="Times New Roman"/>
          <w:bCs/>
          <w:sz w:val="24"/>
          <w:szCs w:val="24"/>
          <w:lang w:val="en-IN" w:eastAsia="en-IN"/>
        </w:rPr>
        <w:t>evaluative</w:t>
      </w:r>
      <w:r w:rsidRPr="00201FCB">
        <w:rPr>
          <w:rFonts w:ascii="Garamond" w:eastAsia="Times New Roman" w:hAnsi="Garamond" w:cs="Times New Roman"/>
          <w:sz w:val="24"/>
          <w:szCs w:val="24"/>
          <w:lang w:val="en-IN" w:eastAsia="en-IN"/>
        </w:rPr>
        <w:t>. It’s... calculating risk.”</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“Which means it may already suspect us.”</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’s heart pounded. The ceiling felt closer. The war room too small.</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“Can we reroute the blind around its sensors?”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didn’t answer.</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“Can we spoof a software update? A patch override?”</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Silence.</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 xml:space="preserve"> slowly sat down. “We can’t stop it.”</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“We’re out of time.”</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stared at the clock, now ticking under ten minutes.</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00:09:42</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Her voice was steady when she spoke next. “Prepare the blind for the rest. Flag Satellite-15 as active.</w:t>
      </w:r>
    </w:p>
    <w:p w:rsidR="00773063" w:rsidRPr="00201FCB" w:rsidRDefault="00773063" w:rsidP="00201FCB">
      <w:pPr>
        <w:spacing w:line="480" w:lineRule="auto"/>
        <w:rPr>
          <w:rFonts w:ascii="Garamond" w:hAnsi="Garamond"/>
          <w:sz w:val="24"/>
          <w:szCs w:val="24"/>
        </w:rPr>
      </w:pPr>
    </w:p>
    <w:p w:rsidR="009E1615" w:rsidRPr="00201FCB" w:rsidRDefault="009E1615" w:rsidP="00201FCB">
      <w:pPr>
        <w:spacing w:line="480" w:lineRule="auto"/>
        <w:rPr>
          <w:rFonts w:ascii="Garamond" w:hAnsi="Garamond"/>
          <w:sz w:val="24"/>
          <w:szCs w:val="24"/>
        </w:rPr>
      </w:pP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war room had gone quiet again. Not with relief, but the kind of silence that arrives after you’ve done all you can — and it still might not be enough.</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On the main display, Satellite-14 had finally dimmed to </w:t>
      </w:r>
      <w:proofErr w:type="spellStart"/>
      <w:r w:rsidRPr="00201FCB">
        <w:rPr>
          <w:rFonts w:ascii="Garamond" w:eastAsia="Times New Roman" w:hAnsi="Garamond" w:cs="Times New Roman"/>
          <w:sz w:val="24"/>
          <w:szCs w:val="24"/>
          <w:lang w:val="en-IN" w:eastAsia="en-IN"/>
        </w:rPr>
        <w:t>gray</w:t>
      </w:r>
      <w:proofErr w:type="spellEnd"/>
      <w:r w:rsidRPr="00201FCB">
        <w:rPr>
          <w:rFonts w:ascii="Garamond" w:eastAsia="Times New Roman" w:hAnsi="Garamond" w:cs="Times New Roman"/>
          <w:sz w:val="24"/>
          <w:szCs w:val="24"/>
          <w:lang w:val="en-IN" w:eastAsia="en-IN"/>
        </w:rPr>
        <w:t>, its gaze diverted. But Satellite-15 still burned like a bloodshot eye in the heavens.</w:t>
      </w:r>
    </w:p>
    <w:p w:rsidR="009E1615"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9E1615" w:rsidRPr="00201FCB">
        <w:rPr>
          <w:rFonts w:ascii="Garamond" w:eastAsia="Times New Roman" w:hAnsi="Garamond" w:cs="Times New Roman"/>
          <w:sz w:val="24"/>
          <w:szCs w:val="24"/>
          <w:lang w:val="en-IN" w:eastAsia="en-IN"/>
        </w:rPr>
        <w:t xml:space="preserve"> didn’t look at it anymore. She just stared at the countdown.</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lastRenderedPageBreak/>
        <w:t>00:08:51</w:t>
      </w:r>
    </w:p>
    <w:p w:rsidR="009E1615" w:rsidRPr="00201FCB" w:rsidRDefault="009E1615" w:rsidP="00201FCB">
      <w:pPr>
        <w:spacing w:line="480" w:lineRule="auto"/>
        <w:rPr>
          <w:rFonts w:ascii="Garamond" w:hAnsi="Garamond"/>
          <w:sz w:val="24"/>
          <w:szCs w:val="24"/>
        </w:rPr>
      </w:pP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she asked quietly, her eyes never leaving the screen, “do you believe in God?”</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looked at her, knowing it wasn’t a question meant for answering.</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So he said nothing.</w:t>
      </w:r>
    </w:p>
    <w:p w:rsidR="009E1615" w:rsidRPr="00201FCB" w:rsidRDefault="009E1615"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the silence said everything.</w:t>
      </w:r>
    </w:p>
    <w:p w:rsidR="009E1615" w:rsidRPr="00201FCB" w:rsidRDefault="009E1615" w:rsidP="00201FCB">
      <w:pPr>
        <w:spacing w:line="480" w:lineRule="auto"/>
        <w:rPr>
          <w:rFonts w:ascii="Garamond" w:hAnsi="Garamond"/>
          <w:sz w:val="24"/>
          <w:szCs w:val="24"/>
        </w:rPr>
        <w:sectPr w:rsidR="009E1615" w:rsidRPr="00201FCB">
          <w:pgSz w:w="8000" w:h="12000"/>
          <w:pgMar w:top="442" w:right="1440" w:bottom="1440" w:left="660" w:header="720" w:footer="720" w:gutter="0"/>
          <w:cols w:space="720"/>
          <w:docGrid w:linePitch="360"/>
        </w:sectPr>
      </w:pPr>
    </w:p>
    <w:p w:rsidR="00F460A5" w:rsidRPr="00201FCB" w:rsidRDefault="00A565DF" w:rsidP="00201FCB">
      <w:pPr>
        <w:autoSpaceDE w:val="0"/>
        <w:autoSpaceDN w:val="0"/>
        <w:spacing w:after="0" w:line="480" w:lineRule="auto"/>
        <w:rPr>
          <w:rFonts w:ascii="Garamond" w:eastAsia="Charis SIL Bold" w:hAnsi="Garamond"/>
          <w:color w:val="000000"/>
          <w:sz w:val="24"/>
          <w:szCs w:val="24"/>
        </w:rPr>
      </w:pPr>
      <w:r w:rsidRPr="00201FCB">
        <w:rPr>
          <w:rFonts w:ascii="Garamond" w:eastAsia="Charis SIL Bold" w:hAnsi="Garamond"/>
          <w:color w:val="000000"/>
          <w:sz w:val="24"/>
          <w:szCs w:val="24"/>
        </w:rPr>
        <w:lastRenderedPageBreak/>
        <w:t>Chapter 13 Once in a lifetime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 xml:space="preserve">Ridge above the Madrasa Complex, </w:t>
      </w:r>
      <w:proofErr w:type="spellStart"/>
      <w:r w:rsidRPr="00201FCB">
        <w:rPr>
          <w:rFonts w:ascii="Garamond" w:eastAsia="Times New Roman" w:hAnsi="Garamond" w:cs="Times New Roman"/>
          <w:bCs/>
          <w:sz w:val="24"/>
          <w:szCs w:val="24"/>
          <w:lang w:val="en-IN" w:eastAsia="en-IN"/>
        </w:rPr>
        <w:t>Balochistan</w:t>
      </w:r>
      <w:proofErr w:type="spellEnd"/>
      <w:r w:rsidR="0036109D" w:rsidRPr="00201FCB">
        <w:rPr>
          <w:rFonts w:ascii="Garamond" w:eastAsia="Times New Roman" w:hAnsi="Garamond" w:cs="Times New Roman"/>
          <w:bCs/>
          <w:sz w:val="24"/>
          <w:szCs w:val="24"/>
          <w:lang w:val="en-IN" w:eastAsia="en-IN"/>
        </w:rPr>
        <w:t xml:space="preserve"> 0431 hrs</w:t>
      </w:r>
    </w:p>
    <w:p w:rsidR="00E14149"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Major</w:t>
      </w:r>
      <w:r w:rsidR="00E14149"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Aarav</w:t>
      </w:r>
      <w:r w:rsidR="00E14149" w:rsidRPr="00201FCB">
        <w:rPr>
          <w:rFonts w:ascii="Garamond" w:eastAsia="Times New Roman" w:hAnsi="Garamond" w:cs="Times New Roman"/>
          <w:sz w:val="24"/>
          <w:szCs w:val="24"/>
          <w:lang w:val="en-IN" w:eastAsia="en-IN"/>
        </w:rPr>
        <w:t xml:space="preserve"> Singh stood at the edge of the ridge, wind cutting through the silence like a knife. Below them, the village — once unassuming — now glowed with the </w:t>
      </w:r>
      <w:proofErr w:type="spellStart"/>
      <w:r w:rsidR="00E14149" w:rsidRPr="00201FCB">
        <w:rPr>
          <w:rFonts w:ascii="Garamond" w:eastAsia="Times New Roman" w:hAnsi="Garamond" w:cs="Times New Roman"/>
          <w:sz w:val="24"/>
          <w:szCs w:val="24"/>
          <w:lang w:val="en-IN" w:eastAsia="en-IN"/>
        </w:rPr>
        <w:t>telltale</w:t>
      </w:r>
      <w:proofErr w:type="spellEnd"/>
      <w:r w:rsidR="00E14149" w:rsidRPr="00201FCB">
        <w:rPr>
          <w:rFonts w:ascii="Garamond" w:eastAsia="Times New Roman" w:hAnsi="Garamond" w:cs="Times New Roman"/>
          <w:sz w:val="24"/>
          <w:szCs w:val="24"/>
          <w:lang w:val="en-IN" w:eastAsia="en-IN"/>
        </w:rPr>
        <w:t xml:space="preserve"> signs of embedded thermal clusters and pulsing motion beacons.</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fortified military base, wearing the skin of a village.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HUD in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’s visor flared to life. </w:t>
      </w:r>
      <w:r w:rsidRPr="00201FCB">
        <w:rPr>
          <w:rFonts w:ascii="Garamond" w:eastAsia="Times New Roman" w:hAnsi="Garamond" w:cs="Times New Roman"/>
          <w:bCs/>
          <w:sz w:val="24"/>
          <w:szCs w:val="24"/>
          <w:lang w:val="en-IN" w:eastAsia="en-IN"/>
        </w:rPr>
        <w:t xml:space="preserve">37 hostiles visible. 62 </w:t>
      </w:r>
      <w:proofErr w:type="gramStart"/>
      <w:r w:rsidRPr="00201FCB">
        <w:rPr>
          <w:rFonts w:ascii="Garamond" w:eastAsia="Times New Roman" w:hAnsi="Garamond" w:cs="Times New Roman"/>
          <w:bCs/>
          <w:sz w:val="24"/>
          <w:szCs w:val="24"/>
          <w:lang w:val="en-IN" w:eastAsia="en-IN"/>
        </w:rPr>
        <w:t>probable</w:t>
      </w:r>
      <w:proofErr w:type="gramEnd"/>
      <w:r w:rsidRPr="00201FCB">
        <w:rPr>
          <w:rFonts w:ascii="Garamond" w:eastAsia="Times New Roman" w:hAnsi="Garamond" w:cs="Times New Roman"/>
          <w:bCs/>
          <w:sz w:val="24"/>
          <w:szCs w:val="24"/>
          <w:lang w:val="en-IN" w:eastAsia="en-IN"/>
        </w:rPr>
        <w:t>.</w:t>
      </w:r>
      <w:r w:rsidRPr="00201FCB">
        <w:rPr>
          <w:rFonts w:ascii="Garamond" w:eastAsia="Times New Roman" w:hAnsi="Garamond" w:cs="Times New Roman"/>
          <w:sz w:val="24"/>
          <w:szCs w:val="24"/>
          <w:lang w:val="en-IN" w:eastAsia="en-IN"/>
        </w:rPr>
        <w:t xml:space="preserve"> The rooftops were crawling. Silhouettes moved behind broken walls and half-collapsed minarets. RPG tubes gleamed under tarps. Sniper scopes shimmered like dew in the morning haze.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“We’re outnumbered,” Sergeant Reddy muttered, crouching beside him.</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“We’re always outnumbered,”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replied. “But they’re outmatched.”</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He tapped the side of his helmet twice.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“Full </w:t>
      </w:r>
      <w:proofErr w:type="spellStart"/>
      <w:r w:rsidRPr="00201FCB">
        <w:rPr>
          <w:rFonts w:ascii="Garamond" w:eastAsia="Times New Roman" w:hAnsi="Garamond" w:cs="Times New Roman"/>
          <w:sz w:val="24"/>
          <w:szCs w:val="24"/>
          <w:lang w:val="en-IN" w:eastAsia="en-IN"/>
        </w:rPr>
        <w:t>exo</w:t>
      </w:r>
      <w:proofErr w:type="spellEnd"/>
      <w:r w:rsidRPr="00201FCB">
        <w:rPr>
          <w:rFonts w:ascii="Garamond" w:eastAsia="Times New Roman" w:hAnsi="Garamond" w:cs="Times New Roman"/>
          <w:sz w:val="24"/>
          <w:szCs w:val="24"/>
          <w:lang w:val="en-IN" w:eastAsia="en-IN"/>
        </w:rPr>
        <w:t>-mode. Activate combat AI.”</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His voice was steady, but inside, he hated the order. The </w:t>
      </w:r>
      <w:proofErr w:type="spellStart"/>
      <w:r w:rsidRPr="00201FCB">
        <w:rPr>
          <w:rFonts w:ascii="Garamond" w:eastAsia="Times New Roman" w:hAnsi="Garamond" w:cs="Times New Roman"/>
          <w:sz w:val="24"/>
          <w:szCs w:val="24"/>
          <w:lang w:val="en-IN" w:eastAsia="en-IN"/>
        </w:rPr>
        <w:t>exosuits</w:t>
      </w:r>
      <w:proofErr w:type="spellEnd"/>
      <w:r w:rsidRPr="00201FCB">
        <w:rPr>
          <w:rFonts w:ascii="Garamond" w:eastAsia="Times New Roman" w:hAnsi="Garamond" w:cs="Times New Roman"/>
          <w:sz w:val="24"/>
          <w:szCs w:val="24"/>
          <w:lang w:val="en-IN" w:eastAsia="en-IN"/>
        </w:rPr>
        <w:t xml:space="preserve">’ AI combat protocols were devastating — faster than any human reaction, precise to the </w:t>
      </w:r>
      <w:proofErr w:type="spellStart"/>
      <w:r w:rsidRPr="00201FCB">
        <w:rPr>
          <w:rFonts w:ascii="Garamond" w:eastAsia="Times New Roman" w:hAnsi="Garamond" w:cs="Times New Roman"/>
          <w:sz w:val="24"/>
          <w:szCs w:val="24"/>
          <w:lang w:val="en-IN" w:eastAsia="en-IN"/>
        </w:rPr>
        <w:t>millimeter</w:t>
      </w:r>
      <w:proofErr w:type="spellEnd"/>
      <w:r w:rsidRPr="00201FCB">
        <w:rPr>
          <w:rFonts w:ascii="Garamond" w:eastAsia="Times New Roman" w:hAnsi="Garamond" w:cs="Times New Roman"/>
          <w:sz w:val="24"/>
          <w:szCs w:val="24"/>
          <w:lang w:val="en-IN" w:eastAsia="en-IN"/>
        </w:rPr>
        <w:t xml:space="preserve">. But they </w:t>
      </w:r>
      <w:r w:rsidRPr="00201FCB">
        <w:rPr>
          <w:rFonts w:ascii="Garamond" w:eastAsia="Times New Roman" w:hAnsi="Garamond" w:cs="Times New Roman"/>
          <w:bCs/>
          <w:sz w:val="24"/>
          <w:szCs w:val="24"/>
          <w:lang w:val="en-IN" w:eastAsia="en-IN"/>
        </w:rPr>
        <w:t>drank battery</w:t>
      </w:r>
      <w:r w:rsidRPr="00201FCB">
        <w:rPr>
          <w:rFonts w:ascii="Garamond" w:eastAsia="Times New Roman" w:hAnsi="Garamond" w:cs="Times New Roman"/>
          <w:sz w:val="24"/>
          <w:szCs w:val="24"/>
          <w:lang w:val="en-IN" w:eastAsia="en-IN"/>
        </w:rPr>
        <w:t xml:space="preserve"> like a fire in a desert. Every second in AI mode was one less for extraction, for infiltration, for survival.</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suits hummed — low, resonant — as auto-engagement protocols engaged.</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“Visual targeting on. Range tracking engaged. Threat matrix: active,” came the cold, synthetic voice inside each soldier’s helmet.</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“Release flares. Now.”</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From each commando’s shoulder straps, twin arrays of micro-flares burst upward, blooming in the dawn sky like fire lilies. The heat signatures blinded infrared-guided weapons, </w:t>
      </w:r>
      <w:r w:rsidRPr="00201FCB">
        <w:rPr>
          <w:rFonts w:ascii="Garamond" w:eastAsia="Times New Roman" w:hAnsi="Garamond" w:cs="Times New Roman"/>
          <w:sz w:val="24"/>
          <w:szCs w:val="24"/>
          <w:lang w:val="en-IN" w:eastAsia="en-IN"/>
        </w:rPr>
        <w:lastRenderedPageBreak/>
        <w:t>disoriented enemy drones, and scrambled rooftop targeting lasers.</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And then — </w:t>
      </w:r>
      <w:r w:rsidRPr="00201FCB">
        <w:rPr>
          <w:rFonts w:ascii="Garamond" w:eastAsia="Times New Roman" w:hAnsi="Garamond" w:cs="Times New Roman"/>
          <w:bCs/>
          <w:sz w:val="24"/>
          <w:szCs w:val="24"/>
          <w:lang w:val="en-IN" w:eastAsia="en-IN"/>
        </w:rPr>
        <w:t>they ran</w:t>
      </w:r>
      <w:r w:rsidRPr="00201FCB">
        <w:rPr>
          <w:rFonts w:ascii="Garamond" w:eastAsia="Times New Roman" w:hAnsi="Garamond" w:cs="Times New Roman"/>
          <w:sz w:val="24"/>
          <w:szCs w:val="24"/>
          <w:lang w:val="en-IN" w:eastAsia="en-IN"/>
        </w:rPr>
        <w:t>.</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Like demons let loose from the mountains, the eight remaining commandos stormed down the hillock, boots tearing into the dust, plasma rifles blazing in sync with the AI-driven threat response.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On-body radars pinged constantly:</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Cs/>
          <w:sz w:val="24"/>
          <w:szCs w:val="24"/>
          <w:lang w:val="en-IN" w:eastAsia="en-IN"/>
        </w:rPr>
        <w:t>Hostile — northeast rooftop. Auto-tagged. Engaging.</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Cs/>
          <w:sz w:val="24"/>
          <w:szCs w:val="24"/>
          <w:lang w:val="en-IN" w:eastAsia="en-IN"/>
        </w:rPr>
        <w:t>Hostile — left alley. CQC proximity. Adjusting trajectory.</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Enemy gunfire erupted. Bullets pinged off reinforced </w:t>
      </w:r>
      <w:proofErr w:type="spellStart"/>
      <w:r w:rsidRPr="00201FCB">
        <w:rPr>
          <w:rFonts w:ascii="Garamond" w:eastAsia="Times New Roman" w:hAnsi="Garamond" w:cs="Times New Roman"/>
          <w:sz w:val="24"/>
          <w:szCs w:val="24"/>
          <w:lang w:val="en-IN" w:eastAsia="en-IN"/>
        </w:rPr>
        <w:t>chestplates</w:t>
      </w:r>
      <w:proofErr w:type="spellEnd"/>
      <w:r w:rsidRPr="00201FCB">
        <w:rPr>
          <w:rFonts w:ascii="Garamond" w:eastAsia="Times New Roman" w:hAnsi="Garamond" w:cs="Times New Roman"/>
          <w:sz w:val="24"/>
          <w:szCs w:val="24"/>
          <w:lang w:val="en-IN" w:eastAsia="en-IN"/>
        </w:rPr>
        <w:t>. Mortar rounds thudded into the earth behind them.</w:t>
      </w:r>
    </w:p>
    <w:p w:rsidR="00E14149"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14149" w:rsidRPr="00201FCB">
        <w:rPr>
          <w:rFonts w:ascii="Garamond" w:eastAsia="Times New Roman" w:hAnsi="Garamond" w:cs="Times New Roman"/>
          <w:sz w:val="24"/>
          <w:szCs w:val="24"/>
          <w:lang w:val="en-IN" w:eastAsia="en-IN"/>
        </w:rPr>
        <w:t xml:space="preserve"> ducked under a collapsing archway as two tangos emerged from a side alley. His suit reacted first — turning his shoulder just enough for the auto-turret embedded in his right </w:t>
      </w:r>
      <w:r w:rsidR="00E14149" w:rsidRPr="00201FCB">
        <w:rPr>
          <w:rFonts w:ascii="Garamond" w:eastAsia="Times New Roman" w:hAnsi="Garamond" w:cs="Times New Roman"/>
          <w:sz w:val="24"/>
          <w:szCs w:val="24"/>
          <w:lang w:val="en-IN" w:eastAsia="en-IN"/>
        </w:rPr>
        <w:lastRenderedPageBreak/>
        <w:t>gauntlet to fire a single pulse round. Both hostiles dropped, twitching.</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"Battery levels dropping," AI warned.</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"Status?"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barked.</w:t>
      </w:r>
    </w:p>
    <w:p w:rsidR="00E14149"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“Sixty</w:t>
      </w:r>
      <w:r w:rsidR="00E14149" w:rsidRPr="00201FCB">
        <w:rPr>
          <w:rFonts w:ascii="Garamond" w:eastAsia="Times New Roman" w:hAnsi="Garamond" w:cs="Times New Roman"/>
          <w:sz w:val="24"/>
          <w:szCs w:val="24"/>
          <w:lang w:val="en-IN" w:eastAsia="en-IN"/>
        </w:rPr>
        <w:t>-one percent,” Reddy answered, eyes scanning a ruined building ahead.</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“We're burning through power.”</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 know. But we’ll burn through them faster.”</w:t>
      </w:r>
    </w:p>
    <w:p w:rsidR="00E14149"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14149" w:rsidRPr="00201FCB">
        <w:rPr>
          <w:rFonts w:ascii="Garamond" w:eastAsia="Times New Roman" w:hAnsi="Garamond" w:cs="Times New Roman"/>
          <w:sz w:val="24"/>
          <w:szCs w:val="24"/>
          <w:lang w:val="en-IN" w:eastAsia="en-IN"/>
        </w:rPr>
        <w:t xml:space="preserve"> gritted his teeth. “Maintain AI override only until breach. Then switch back to manual.”</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They tore through the village in perfect synchronicity, like a chorus of destruction — vaulting over market stalls, diving through corridors, clearing corners with AI-assisted sweeps. Blood mixed with dust. Screams echoed in alleys. One </w:t>
      </w:r>
      <w:r w:rsidRPr="00201FCB">
        <w:rPr>
          <w:rFonts w:ascii="Garamond" w:eastAsia="Times New Roman" w:hAnsi="Garamond" w:cs="Times New Roman"/>
          <w:sz w:val="24"/>
          <w:szCs w:val="24"/>
          <w:lang w:val="en-IN" w:eastAsia="en-IN"/>
        </w:rPr>
        <w:lastRenderedPageBreak/>
        <w:t>commando took a hit to the leg — but the suit sealed and injected coagulant before the pain even registered.</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Still, their HUDs pulsed red.</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Battery at 61%... 58%... 53%.</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suits were dimming.</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AI, still fighting, started rationing decisions — only auto-engaging when the threat level exceeded lethal thresholds. The suits were getting tired. But they were close.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So close.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t>
      </w:r>
      <w:r w:rsidR="001E7288" w:rsidRPr="00201FCB">
        <w:rPr>
          <w:rFonts w:ascii="Garamond" w:eastAsia="Times New Roman" w:hAnsi="Garamond" w:cs="Times New Roman"/>
          <w:sz w:val="24"/>
          <w:szCs w:val="24"/>
          <w:lang w:val="en-IN" w:eastAsia="en-IN"/>
        </w:rPr>
        <w:t>Major</w:t>
      </w:r>
      <w:r w:rsidRPr="00201FCB">
        <w:rPr>
          <w:rFonts w:ascii="Garamond" w:eastAsia="Times New Roman" w:hAnsi="Garamond" w:cs="Times New Roman"/>
          <w:sz w:val="24"/>
          <w:szCs w:val="24"/>
          <w:lang w:val="en-IN" w:eastAsia="en-IN"/>
        </w:rPr>
        <w:t xml:space="preserve">,” Reddy shouted. “We’re three blocks from the madrasa. </w:t>
      </w:r>
      <w:proofErr w:type="spellStart"/>
      <w:r w:rsidRPr="00201FCB">
        <w:rPr>
          <w:rFonts w:ascii="Garamond" w:eastAsia="Times New Roman" w:hAnsi="Garamond" w:cs="Times New Roman"/>
          <w:sz w:val="24"/>
          <w:szCs w:val="24"/>
          <w:lang w:val="en-IN" w:eastAsia="en-IN"/>
        </w:rPr>
        <w:t>Zameer’s</w:t>
      </w:r>
      <w:proofErr w:type="spellEnd"/>
      <w:r w:rsidRPr="00201FCB">
        <w:rPr>
          <w:rFonts w:ascii="Garamond" w:eastAsia="Times New Roman" w:hAnsi="Garamond" w:cs="Times New Roman"/>
          <w:sz w:val="24"/>
          <w:szCs w:val="24"/>
          <w:lang w:val="en-IN" w:eastAsia="en-IN"/>
        </w:rPr>
        <w:t xml:space="preserve"> signal came from the courtyard beyond that wall.”</w:t>
      </w:r>
    </w:p>
    <w:p w:rsidR="00E14149"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E14149" w:rsidRPr="00201FCB">
        <w:rPr>
          <w:rFonts w:ascii="Garamond" w:eastAsia="Times New Roman" w:hAnsi="Garamond" w:cs="Times New Roman"/>
          <w:sz w:val="24"/>
          <w:szCs w:val="24"/>
          <w:lang w:val="en-IN" w:eastAsia="en-IN"/>
        </w:rPr>
        <w:t xml:space="preserve"> paused just long enough to see the madrasa again — now clearly fortified. </w:t>
      </w:r>
      <w:proofErr w:type="spellStart"/>
      <w:r w:rsidR="00E14149" w:rsidRPr="00201FCB">
        <w:rPr>
          <w:rFonts w:ascii="Garamond" w:eastAsia="Times New Roman" w:hAnsi="Garamond" w:cs="Times New Roman"/>
          <w:sz w:val="24"/>
          <w:szCs w:val="24"/>
          <w:lang w:val="en-IN" w:eastAsia="en-IN"/>
        </w:rPr>
        <w:t>Gunports</w:t>
      </w:r>
      <w:proofErr w:type="spellEnd"/>
      <w:r w:rsidR="00E14149" w:rsidRPr="00201FCB">
        <w:rPr>
          <w:rFonts w:ascii="Garamond" w:eastAsia="Times New Roman" w:hAnsi="Garamond" w:cs="Times New Roman"/>
          <w:sz w:val="24"/>
          <w:szCs w:val="24"/>
          <w:lang w:val="en-IN" w:eastAsia="en-IN"/>
        </w:rPr>
        <w:t xml:space="preserve"> where stained glass once was. </w:t>
      </w:r>
      <w:r w:rsidR="00E14149" w:rsidRPr="00201FCB">
        <w:rPr>
          <w:rFonts w:ascii="Garamond" w:eastAsia="Times New Roman" w:hAnsi="Garamond" w:cs="Times New Roman"/>
          <w:sz w:val="24"/>
          <w:szCs w:val="24"/>
          <w:lang w:val="en-IN" w:eastAsia="en-IN"/>
        </w:rPr>
        <w:lastRenderedPageBreak/>
        <w:t>Camouflaged turrets above domes. Motion sensors buried under prayer rugs.</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“AI disengage. Manual mode. Conserve battery.”</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suit’s synthetic voice faded, replaced by the human silence of eight men now carrying death on their shoulders — alone.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 moved forward.</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Because this wasn’t just another strike.</w:t>
      </w:r>
    </w:p>
    <w:p w:rsidR="00E14149" w:rsidRPr="00201FCB" w:rsidRDefault="00E14149"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This was </w:t>
      </w:r>
      <w:r w:rsidRPr="00201FCB">
        <w:rPr>
          <w:rFonts w:ascii="Garamond" w:eastAsia="Times New Roman" w:hAnsi="Garamond" w:cs="Times New Roman"/>
          <w:bCs/>
          <w:sz w:val="24"/>
          <w:szCs w:val="24"/>
          <w:lang w:val="en-IN" w:eastAsia="en-IN"/>
        </w:rPr>
        <w:t>once in a lifetime</w:t>
      </w:r>
      <w:r w:rsidRPr="00201FCB">
        <w:rPr>
          <w:rFonts w:ascii="Garamond" w:eastAsia="Times New Roman" w:hAnsi="Garamond" w:cs="Times New Roman"/>
          <w:sz w:val="24"/>
          <w:szCs w:val="24"/>
          <w:lang w:val="en-IN" w:eastAsia="en-IN"/>
        </w:rPr>
        <w:t>.</w:t>
      </w:r>
    </w:p>
    <w:p w:rsidR="00996990" w:rsidRPr="00201FCB" w:rsidRDefault="00996990" w:rsidP="00201FCB">
      <w:pPr>
        <w:spacing w:before="100" w:beforeAutospacing="1" w:after="100" w:afterAutospacing="1" w:line="480" w:lineRule="auto"/>
        <w:rPr>
          <w:rFonts w:ascii="Garamond" w:hAnsi="Garamond"/>
          <w:sz w:val="24"/>
          <w:szCs w:val="24"/>
        </w:rPr>
      </w:pP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Cs/>
          <w:sz w:val="24"/>
          <w:szCs w:val="24"/>
          <w:lang w:val="en-IN" w:eastAsia="en-IN"/>
        </w:rPr>
        <w:t>ISRO Tactical War Room, Bangalore</w:t>
      </w:r>
      <w:r w:rsidR="0036109D" w:rsidRPr="00201FCB">
        <w:rPr>
          <w:rFonts w:ascii="Garamond" w:eastAsia="Times New Roman" w:hAnsi="Garamond" w:cs="Times New Roman"/>
          <w:bCs/>
          <w:sz w:val="24"/>
          <w:szCs w:val="24"/>
          <w:lang w:val="en-IN" w:eastAsia="en-IN"/>
        </w:rPr>
        <w:t xml:space="preserve"> 0450 hrs.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countdown struck </w:t>
      </w:r>
      <w:r w:rsidRPr="00201FCB">
        <w:rPr>
          <w:rFonts w:ascii="Garamond" w:eastAsia="Times New Roman" w:hAnsi="Garamond" w:cs="Times New Roman"/>
          <w:bCs/>
          <w:sz w:val="24"/>
          <w:szCs w:val="24"/>
          <w:lang w:val="en-IN" w:eastAsia="en-IN"/>
        </w:rPr>
        <w:t>00:00</w:t>
      </w:r>
      <w:r w:rsidRPr="00201FCB">
        <w:rPr>
          <w:rFonts w:ascii="Garamond" w:eastAsia="Times New Roman" w:hAnsi="Garamond" w:cs="Times New Roman"/>
          <w:sz w:val="24"/>
          <w:szCs w:val="24"/>
          <w:lang w:val="en-IN" w:eastAsia="en-IN"/>
        </w:rPr>
        <w:t>.</w:t>
      </w:r>
    </w:p>
    <w:p w:rsidR="008B06AA"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8B06AA" w:rsidRPr="00201FCB">
        <w:rPr>
          <w:rFonts w:ascii="Garamond" w:eastAsia="Times New Roman" w:hAnsi="Garamond" w:cs="Times New Roman"/>
          <w:sz w:val="24"/>
          <w:szCs w:val="24"/>
          <w:lang w:val="en-IN" w:eastAsia="en-IN"/>
        </w:rPr>
        <w:t xml:space="preserve"> didn’t flinch. Her hand came down like judgment.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“Silence them.”</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With synchronized precision, she and Sumit executed the blind sequence. Their fingers flew across the consoles, inputting strings of code, launching the </w:t>
      </w:r>
      <w:r w:rsidRPr="00201FCB">
        <w:rPr>
          <w:rFonts w:ascii="Garamond" w:eastAsia="Times New Roman" w:hAnsi="Garamond" w:cs="Times New Roman"/>
          <w:bCs/>
          <w:sz w:val="24"/>
          <w:szCs w:val="24"/>
          <w:lang w:val="en-IN" w:eastAsia="en-IN"/>
        </w:rPr>
        <w:t>Mirror Ghost</w:t>
      </w:r>
      <w:r w:rsidRPr="00201FCB">
        <w:rPr>
          <w:rFonts w:ascii="Garamond" w:eastAsia="Times New Roman" w:hAnsi="Garamond" w:cs="Times New Roman"/>
          <w:sz w:val="24"/>
          <w:szCs w:val="24"/>
          <w:lang w:val="en-IN" w:eastAsia="en-IN"/>
        </w:rPr>
        <w:t xml:space="preserve"> protocol they'd tested, rehearsed, modified, rewritten in sleepless desperation.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screen above lit up like a constellation rearranging itself.</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One by one, the </w:t>
      </w:r>
      <w:r w:rsidRPr="00201FCB">
        <w:rPr>
          <w:rFonts w:ascii="Garamond" w:eastAsia="Times New Roman" w:hAnsi="Garamond" w:cs="Times New Roman"/>
          <w:bCs/>
          <w:sz w:val="24"/>
          <w:szCs w:val="24"/>
          <w:lang w:val="en-IN" w:eastAsia="en-IN"/>
        </w:rPr>
        <w:t>red dots</w:t>
      </w:r>
      <w:r w:rsidRPr="00201FCB">
        <w:rPr>
          <w:rFonts w:ascii="Garamond" w:eastAsia="Times New Roman" w:hAnsi="Garamond" w:cs="Times New Roman"/>
          <w:sz w:val="24"/>
          <w:szCs w:val="24"/>
          <w:lang w:val="en-IN" w:eastAsia="en-IN"/>
        </w:rPr>
        <w:t xml:space="preserve"> — hostile surveillance satellites — blinked to </w:t>
      </w:r>
      <w:r w:rsidRPr="00201FCB">
        <w:rPr>
          <w:rFonts w:ascii="Garamond" w:eastAsia="Times New Roman" w:hAnsi="Garamond" w:cs="Times New Roman"/>
          <w:bCs/>
          <w:sz w:val="24"/>
          <w:szCs w:val="24"/>
          <w:lang w:val="en-IN" w:eastAsia="en-IN"/>
        </w:rPr>
        <w:t>grey</w:t>
      </w:r>
      <w:r w:rsidRPr="00201FCB">
        <w:rPr>
          <w:rFonts w:ascii="Garamond" w:eastAsia="Times New Roman" w:hAnsi="Garamond" w:cs="Times New Roman"/>
          <w:sz w:val="24"/>
          <w:szCs w:val="24"/>
          <w:lang w:val="en-IN" w:eastAsia="en-IN"/>
        </w:rPr>
        <w: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Two.</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Five.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Nine.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Twelve.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Fourteen.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Silent. Blind. Dead in the sky.</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In </w:t>
      </w:r>
      <w:r w:rsidRPr="00201FCB">
        <w:rPr>
          <w:rFonts w:ascii="Garamond" w:eastAsia="Times New Roman" w:hAnsi="Garamond" w:cs="Times New Roman"/>
          <w:bCs/>
          <w:sz w:val="24"/>
          <w:szCs w:val="24"/>
          <w:lang w:val="en-IN" w:eastAsia="en-IN"/>
        </w:rPr>
        <w:t>Beijing</w:t>
      </w:r>
      <w:r w:rsidRPr="00201FCB">
        <w:rPr>
          <w:rFonts w:ascii="Garamond" w:eastAsia="Times New Roman" w:hAnsi="Garamond" w:cs="Times New Roman"/>
          <w:sz w:val="24"/>
          <w:szCs w:val="24"/>
          <w:lang w:val="en-IN" w:eastAsia="en-IN"/>
        </w:rPr>
        <w:t xml:space="preserve">, thousands of </w:t>
      </w:r>
      <w:proofErr w:type="spellStart"/>
      <w:r w:rsidRPr="00201FCB">
        <w:rPr>
          <w:rFonts w:ascii="Garamond" w:eastAsia="Times New Roman" w:hAnsi="Garamond" w:cs="Times New Roman"/>
          <w:sz w:val="24"/>
          <w:szCs w:val="24"/>
          <w:lang w:val="en-IN" w:eastAsia="en-IN"/>
        </w:rPr>
        <w:t>kilometers</w:t>
      </w:r>
      <w:proofErr w:type="spellEnd"/>
      <w:r w:rsidRPr="00201FCB">
        <w:rPr>
          <w:rFonts w:ascii="Garamond" w:eastAsia="Times New Roman" w:hAnsi="Garamond" w:cs="Times New Roman"/>
          <w:sz w:val="24"/>
          <w:szCs w:val="24"/>
          <w:lang w:val="en-IN" w:eastAsia="en-IN"/>
        </w:rPr>
        <w:t xml:space="preserve"> away, terminals began to flicker. Ground stations beeped in confusion. Control </w:t>
      </w:r>
      <w:proofErr w:type="spellStart"/>
      <w:r w:rsidRPr="00201FCB">
        <w:rPr>
          <w:rFonts w:ascii="Garamond" w:eastAsia="Times New Roman" w:hAnsi="Garamond" w:cs="Times New Roman"/>
          <w:sz w:val="24"/>
          <w:szCs w:val="24"/>
          <w:lang w:val="en-IN" w:eastAsia="en-IN"/>
        </w:rPr>
        <w:t>centers</w:t>
      </w:r>
      <w:proofErr w:type="spellEnd"/>
      <w:r w:rsidRPr="00201FCB">
        <w:rPr>
          <w:rFonts w:ascii="Garamond" w:eastAsia="Times New Roman" w:hAnsi="Garamond" w:cs="Times New Roman"/>
          <w:sz w:val="24"/>
          <w:szCs w:val="24"/>
          <w:lang w:val="en-IN" w:eastAsia="en-IN"/>
        </w:rPr>
        <w:t xml:space="preserve"> saw black screens. Internal networks began cross-checks, redundancies, loops. But the system had been poisoned too cleanly. Too quietly. It looked — for a moment — like failure from within.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Not sabotage.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Not war.</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But something far worse.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Doubt.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Back in the war room, Sumit let out a breath. He almost smiled.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then… they saw it.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The final dot.</w:t>
      </w:r>
      <w:r w:rsidR="00996990"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bCs/>
          <w:sz w:val="24"/>
          <w:szCs w:val="24"/>
          <w:lang w:val="en-IN" w:eastAsia="en-IN"/>
        </w:rPr>
        <w:t>Satellite-15.</w:t>
      </w:r>
    </w:p>
    <w:p w:rsidR="008B06AA" w:rsidRPr="00201FCB" w:rsidRDefault="0099699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Still red. </w:t>
      </w:r>
      <w:r w:rsidR="008B06AA" w:rsidRPr="00201FCB">
        <w:rPr>
          <w:rFonts w:ascii="Garamond" w:eastAsia="Times New Roman" w:hAnsi="Garamond" w:cs="Times New Roman"/>
          <w:sz w:val="24"/>
          <w:szCs w:val="24"/>
          <w:lang w:val="en-IN" w:eastAsia="en-IN"/>
        </w:rPr>
        <w:t>Still blinking.</w:t>
      </w:r>
      <w:r w:rsidRPr="00201FCB">
        <w:rPr>
          <w:rFonts w:ascii="Garamond" w:eastAsia="Times New Roman" w:hAnsi="Garamond" w:cs="Times New Roman"/>
          <w:sz w:val="24"/>
          <w:szCs w:val="24"/>
          <w:lang w:val="en-IN" w:eastAsia="en-IN"/>
        </w:rPr>
        <w:t xml:space="preserve"> </w:t>
      </w:r>
      <w:r w:rsidR="008B06AA" w:rsidRPr="00201FCB">
        <w:rPr>
          <w:rFonts w:ascii="Garamond" w:eastAsia="Times New Roman" w:hAnsi="Garamond" w:cs="Times New Roman"/>
          <w:sz w:val="24"/>
          <w:szCs w:val="24"/>
          <w:lang w:val="en-IN" w:eastAsia="en-IN"/>
        </w:rPr>
        <w:t>Still watching.</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 mood in the room shifted instantly. Celebration drained from the air. The silence grew dense, hollow. The digital map above them became a painting of triumph — marred by a single, pulsing scar.</w:t>
      </w:r>
    </w:p>
    <w:p w:rsidR="008B06AA"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8B06AA" w:rsidRPr="00201FCB">
        <w:rPr>
          <w:rFonts w:ascii="Garamond" w:eastAsia="Times New Roman" w:hAnsi="Garamond" w:cs="Times New Roman"/>
          <w:sz w:val="24"/>
          <w:szCs w:val="24"/>
          <w:lang w:val="en-IN" w:eastAsia="en-IN"/>
        </w:rPr>
        <w:t xml:space="preserve"> stepped back from the console. Her shoulders didn’t slump — they locked in place. Rigid.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was quiet. He didn’t dare speak.</w:t>
      </w:r>
    </w:p>
    <w:p w:rsidR="008B06AA"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8B06AA" w:rsidRPr="00201FCB">
        <w:rPr>
          <w:rFonts w:ascii="Garamond" w:eastAsia="Times New Roman" w:hAnsi="Garamond" w:cs="Times New Roman"/>
          <w:sz w:val="24"/>
          <w:szCs w:val="24"/>
          <w:lang w:val="en-IN" w:eastAsia="en-IN"/>
        </w:rPr>
        <w:t>’s jaw clenched.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 she whispered.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turned back to the console, almost mechanically, and brought up Satellite-15’s trajectory. Its orbital path cut a clean arc through the upper atmosphere — silent, untouchable.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began scanning for nearby objects — anything, any debris, any active node — that might even remotely interact with the satellite.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The list was bleak. Most were dead weather platforms, expired </w:t>
      </w:r>
      <w:proofErr w:type="spellStart"/>
      <w:r w:rsidRPr="00201FCB">
        <w:rPr>
          <w:rFonts w:ascii="Garamond" w:eastAsia="Times New Roman" w:hAnsi="Garamond" w:cs="Times New Roman"/>
          <w:sz w:val="24"/>
          <w:szCs w:val="24"/>
          <w:lang w:val="en-IN" w:eastAsia="en-IN"/>
        </w:rPr>
        <w:t>comm</w:t>
      </w:r>
      <w:proofErr w:type="spellEnd"/>
      <w:r w:rsidRPr="00201FCB">
        <w:rPr>
          <w:rFonts w:ascii="Garamond" w:eastAsia="Times New Roman" w:hAnsi="Garamond" w:cs="Times New Roman"/>
          <w:sz w:val="24"/>
          <w:szCs w:val="24"/>
          <w:lang w:val="en-IN" w:eastAsia="en-IN"/>
        </w:rPr>
        <w:t xml:space="preserve"> satellites, or space junk left behind by a dozen space races.</w:t>
      </w:r>
    </w:p>
    <w:p w:rsidR="00996990" w:rsidRPr="00201FCB" w:rsidRDefault="00996990" w:rsidP="00201FCB">
      <w:pPr>
        <w:spacing w:before="100" w:beforeAutospacing="1" w:after="100" w:afterAutospacing="1" w:line="480" w:lineRule="auto"/>
        <w:rPr>
          <w:rFonts w:ascii="Garamond" w:eastAsia="Times New Roman" w:hAnsi="Garamond" w:cs="Times New Roman"/>
          <w:sz w:val="24"/>
          <w:szCs w:val="24"/>
          <w:lang w:val="en-IN" w:eastAsia="en-IN"/>
        </w:rPr>
      </w:pPr>
      <w:proofErr w:type="spellStart"/>
      <w:r w:rsidRPr="00201FCB">
        <w:rPr>
          <w:rFonts w:ascii="Garamond" w:eastAsia="Times New Roman" w:hAnsi="Garamond" w:cs="Times New Roman"/>
          <w:sz w:val="24"/>
          <w:szCs w:val="24"/>
          <w:lang w:val="en-IN" w:eastAsia="en-IN"/>
        </w:rPr>
        <w:t>Amognst</w:t>
      </w:r>
      <w:proofErr w:type="spellEnd"/>
      <w:r w:rsidRPr="00201FCB">
        <w:rPr>
          <w:rFonts w:ascii="Garamond" w:eastAsia="Times New Roman" w:hAnsi="Garamond" w:cs="Times New Roman"/>
          <w:sz w:val="24"/>
          <w:szCs w:val="24"/>
          <w:lang w:val="en-IN" w:eastAsia="en-IN"/>
        </w:rPr>
        <w:t xml:space="preserve"> them was </w:t>
      </w:r>
      <w:r w:rsidRPr="00201FCB">
        <w:rPr>
          <w:rFonts w:ascii="Garamond" w:eastAsia="Times New Roman" w:hAnsi="Garamond" w:cs="Times New Roman"/>
          <w:bCs/>
          <w:sz w:val="24"/>
          <w:szCs w:val="24"/>
          <w:lang w:val="en-IN" w:eastAsia="en-IN"/>
        </w:rPr>
        <w:t>J-SAT-2.</w:t>
      </w:r>
    </w:p>
    <w:p w:rsidR="00996990"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faint signal. Weak. Flickering.</w:t>
      </w:r>
      <w:r w:rsidR="00996990"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A student satellite.</w:t>
      </w:r>
      <w:r w:rsidR="00996990" w:rsidRPr="00201FCB">
        <w:rPr>
          <w:rFonts w:ascii="Garamond" w:eastAsia="Times New Roman" w:hAnsi="Garamond" w:cs="Times New Roman"/>
          <w:sz w:val="24"/>
          <w:szCs w:val="24"/>
          <w:lang w:val="en-IN" w:eastAsia="en-IN"/>
        </w:rPr>
        <w:t xml:space="preserve"> </w:t>
      </w:r>
      <w:r w:rsidRPr="00201FCB">
        <w:rPr>
          <w:rFonts w:ascii="Garamond" w:eastAsia="Times New Roman" w:hAnsi="Garamond" w:cs="Times New Roman"/>
          <w:sz w:val="24"/>
          <w:szCs w:val="24"/>
          <w:lang w:val="en-IN" w:eastAsia="en-IN"/>
        </w:rPr>
        <w:t>Not military-grade. Not even operational.</w:t>
      </w:r>
      <w:r w:rsidR="00996990" w:rsidRPr="00201FCB">
        <w:rPr>
          <w:rFonts w:ascii="Garamond" w:eastAsia="Times New Roman" w:hAnsi="Garamond" w:cs="Times New Roman"/>
          <w:sz w:val="24"/>
          <w:szCs w:val="24"/>
          <w:lang w:val="en-IN" w:eastAsia="en-IN"/>
        </w:rPr>
        <w:t xml:space="preserve"> </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Its official status: </w:t>
      </w:r>
      <w:r w:rsidRPr="00201FCB">
        <w:rPr>
          <w:rFonts w:ascii="Garamond" w:eastAsia="Times New Roman" w:hAnsi="Garamond" w:cs="Times New Roman"/>
          <w:bCs/>
          <w:sz w:val="24"/>
          <w:szCs w:val="24"/>
          <w:lang w:val="en-IN" w:eastAsia="en-IN"/>
        </w:rPr>
        <w:t>coma</w:t>
      </w:r>
      <w:r w:rsidRPr="00201FCB">
        <w:rPr>
          <w:rFonts w:ascii="Garamond" w:eastAsia="Times New Roman" w:hAnsi="Garamond" w:cs="Times New Roman"/>
          <w:sz w:val="24"/>
          <w:szCs w:val="24"/>
          <w:lang w:val="en-IN" w:eastAsia="en-IN"/>
        </w:rPr>
        <w: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Its creator: </w:t>
      </w:r>
      <w:proofErr w:type="spellStart"/>
      <w:r w:rsidRPr="00201FCB">
        <w:rPr>
          <w:rFonts w:ascii="Garamond" w:eastAsia="Times New Roman" w:hAnsi="Garamond" w:cs="Times New Roman"/>
          <w:bCs/>
          <w:sz w:val="24"/>
          <w:szCs w:val="24"/>
          <w:lang w:val="en-IN" w:eastAsia="en-IN"/>
        </w:rPr>
        <w:t>IISc</w:t>
      </w:r>
      <w:proofErr w:type="spellEnd"/>
      <w:r w:rsidRPr="00201FCB">
        <w:rPr>
          <w:rFonts w:ascii="Garamond" w:eastAsia="Times New Roman" w:hAnsi="Garamond" w:cs="Times New Roman"/>
          <w:bCs/>
          <w:sz w:val="24"/>
          <w:szCs w:val="24"/>
          <w:lang w:val="en-IN" w:eastAsia="en-IN"/>
        </w:rPr>
        <w:t>, Bangalore.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Launched seven years ago.</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Named by a young project leader at the time — </w:t>
      </w:r>
      <w:proofErr w:type="spellStart"/>
      <w:r w:rsidRPr="00201FCB">
        <w:rPr>
          <w:rFonts w:ascii="Garamond" w:eastAsia="Times New Roman" w:hAnsi="Garamond" w:cs="Times New Roman"/>
          <w:bCs/>
          <w:sz w:val="24"/>
          <w:szCs w:val="24"/>
          <w:lang w:val="en-IN" w:eastAsia="en-IN"/>
        </w:rPr>
        <w:t>Dr.</w:t>
      </w:r>
      <w:proofErr w:type="spellEnd"/>
      <w:r w:rsidRPr="00201FCB">
        <w:rPr>
          <w:rFonts w:ascii="Garamond" w:eastAsia="Times New Roman" w:hAnsi="Garamond" w:cs="Times New Roman"/>
          <w:bCs/>
          <w:sz w:val="24"/>
          <w:szCs w:val="24"/>
          <w:lang w:val="en-IN" w:eastAsia="en-IN"/>
        </w:rPr>
        <w:t xml:space="preserve"> </w:t>
      </w:r>
      <w:r w:rsidR="00DB35AB" w:rsidRPr="00201FCB">
        <w:rPr>
          <w:rFonts w:ascii="Garamond" w:eastAsia="Times New Roman" w:hAnsi="Garamond" w:cs="Times New Roman"/>
          <w:bCs/>
          <w:sz w:val="24"/>
          <w:szCs w:val="24"/>
          <w:lang w:val="en-IN" w:eastAsia="en-IN"/>
        </w:rPr>
        <w:t>Riya</w:t>
      </w:r>
      <w:r w:rsidRPr="00201FCB">
        <w:rPr>
          <w:rFonts w:ascii="Garamond" w:eastAsia="Times New Roman" w:hAnsi="Garamond" w:cs="Times New Roman"/>
          <w:bCs/>
          <w:sz w:val="24"/>
          <w:szCs w:val="24"/>
          <w:lang w:val="en-IN" w:eastAsia="en-IN"/>
        </w:rPr>
        <w:t xml:space="preserve"> </w:t>
      </w:r>
      <w:proofErr w:type="spellStart"/>
      <w:r w:rsidRPr="00201FCB">
        <w:rPr>
          <w:rFonts w:ascii="Garamond" w:eastAsia="Times New Roman" w:hAnsi="Garamond" w:cs="Times New Roman"/>
          <w:bCs/>
          <w:sz w:val="24"/>
          <w:szCs w:val="24"/>
          <w:lang w:val="en-IN" w:eastAsia="en-IN"/>
        </w:rPr>
        <w:t>Mahadevan</w:t>
      </w:r>
      <w:proofErr w:type="spellEnd"/>
      <w:r w:rsidRPr="00201FCB">
        <w:rPr>
          <w:rFonts w:ascii="Garamond" w:eastAsia="Times New Roman" w:hAnsi="Garamond" w:cs="Times New Roman"/>
          <w:sz w:val="24"/>
          <w:szCs w:val="24"/>
          <w:lang w:val="en-IN" w:eastAsia="en-IN"/>
        </w:rPr>
        <w: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had christened it herself with a half-joke, half-pride declaration: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“Let’s name it ‘Josh.’ Because this one… this one’s got heart.”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She stared at the listing.</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Josh.</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Today, it was a husk of metal and memory.</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Today,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had no Josh left in her.</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Just silence. And a red dot that mocked her.</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didn’t say a word. Didn’t even blink.</w:t>
      </w:r>
    </w:p>
    <w:p w:rsidR="00996990"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just leaned forward again, like a woman tryin</w:t>
      </w:r>
      <w:r w:rsidR="00996990" w:rsidRPr="00201FCB">
        <w:rPr>
          <w:rFonts w:ascii="Garamond" w:eastAsia="Times New Roman" w:hAnsi="Garamond" w:cs="Times New Roman"/>
          <w:sz w:val="24"/>
          <w:szCs w:val="24"/>
          <w:lang w:val="en-IN" w:eastAsia="en-IN"/>
        </w:rPr>
        <w:t xml:space="preserve">g to </w:t>
      </w:r>
      <w:proofErr w:type="spellStart"/>
      <w:r w:rsidR="00996990" w:rsidRPr="00201FCB">
        <w:rPr>
          <w:rFonts w:ascii="Garamond" w:eastAsia="Times New Roman" w:hAnsi="Garamond" w:cs="Times New Roman"/>
          <w:sz w:val="24"/>
          <w:szCs w:val="24"/>
          <w:lang w:val="en-IN" w:eastAsia="en-IN"/>
        </w:rPr>
        <w:t>will</w:t>
      </w:r>
      <w:proofErr w:type="spellEnd"/>
      <w:r w:rsidR="00996990" w:rsidRPr="00201FCB">
        <w:rPr>
          <w:rFonts w:ascii="Garamond" w:eastAsia="Times New Roman" w:hAnsi="Garamond" w:cs="Times New Roman"/>
          <w:sz w:val="24"/>
          <w:szCs w:val="24"/>
          <w:lang w:val="en-IN" w:eastAsia="en-IN"/>
        </w:rPr>
        <w:t xml:space="preserve"> a ghost back to life.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South Block, New Delhi</w:t>
      </w:r>
      <w:r w:rsidR="00996990" w:rsidRPr="00201FCB">
        <w:rPr>
          <w:rFonts w:ascii="Garamond" w:eastAsia="Times New Roman" w:hAnsi="Garamond" w:cs="Times New Roman"/>
          <w:bCs/>
          <w:sz w:val="24"/>
          <w:szCs w:val="24"/>
          <w:lang w:val="en-IN" w:eastAsia="en-IN"/>
        </w:rPr>
        <w:t xml:space="preserve"> 0450 hrs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makeshift war room wasn’t in a bunker or an operations base. It was in the basement of a government building that used to be a records archive — now stripped bare, wired to the teeth, and humming with energy.</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Indira Rai stood at the </w:t>
      </w:r>
      <w:proofErr w:type="spellStart"/>
      <w:r w:rsidRPr="00201FCB">
        <w:rPr>
          <w:rFonts w:ascii="Garamond" w:eastAsia="Times New Roman" w:hAnsi="Garamond" w:cs="Times New Roman"/>
          <w:sz w:val="24"/>
          <w:szCs w:val="24"/>
          <w:lang w:val="en-IN" w:eastAsia="en-IN"/>
        </w:rPr>
        <w:t>center</w:t>
      </w:r>
      <w:proofErr w:type="spellEnd"/>
      <w:r w:rsidRPr="00201FCB">
        <w:rPr>
          <w:rFonts w:ascii="Garamond" w:eastAsia="Times New Roman" w:hAnsi="Garamond" w:cs="Times New Roman"/>
          <w:sz w:val="24"/>
          <w:szCs w:val="24"/>
          <w:lang w:val="en-IN" w:eastAsia="en-IN"/>
        </w:rPr>
        <w:t xml:space="preserve"> of it, flanked by digital chaos and human genius.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Rows of tables were occupied by dozens of young minds — social media mercenaries, </w:t>
      </w:r>
      <w:proofErr w:type="spellStart"/>
      <w:r w:rsidRPr="00201FCB">
        <w:rPr>
          <w:rFonts w:ascii="Garamond" w:eastAsia="Times New Roman" w:hAnsi="Garamond" w:cs="Times New Roman"/>
          <w:sz w:val="24"/>
          <w:szCs w:val="24"/>
          <w:lang w:val="en-IN" w:eastAsia="en-IN"/>
        </w:rPr>
        <w:t>deepfake</w:t>
      </w:r>
      <w:proofErr w:type="spellEnd"/>
      <w:r w:rsidRPr="00201FCB">
        <w:rPr>
          <w:rFonts w:ascii="Garamond" w:eastAsia="Times New Roman" w:hAnsi="Garamond" w:cs="Times New Roman"/>
          <w:sz w:val="24"/>
          <w:szCs w:val="24"/>
          <w:lang w:val="en-IN" w:eastAsia="en-IN"/>
        </w:rPr>
        <w:t xml:space="preserve"> wizards, meme tacticians, audio mod artists, and AI code sorcerers. They wore hoodies, nose rings, slippers, and caffeine stains. They didn’t look like warriors.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But they were.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And at </w:t>
      </w:r>
      <w:r w:rsidRPr="00201FCB">
        <w:rPr>
          <w:rFonts w:ascii="Garamond" w:eastAsia="Times New Roman" w:hAnsi="Garamond" w:cs="Times New Roman"/>
          <w:bCs/>
          <w:sz w:val="24"/>
          <w:szCs w:val="24"/>
          <w:lang w:val="en-IN" w:eastAsia="en-IN"/>
        </w:rPr>
        <w:t>00:00</w:t>
      </w:r>
      <w:r w:rsidRPr="00201FCB">
        <w:rPr>
          <w:rFonts w:ascii="Garamond" w:eastAsia="Times New Roman" w:hAnsi="Garamond" w:cs="Times New Roman"/>
          <w:sz w:val="24"/>
          <w:szCs w:val="24"/>
          <w:lang w:val="en-IN" w:eastAsia="en-IN"/>
        </w:rPr>
        <w:t>, with a single nod from Indira, they went to war.</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Screens lit up across the room. Dozens of timelines across platforms — X, Threads, YouTube, Telegram, Instagram, dark web forums, and closed chat networks — were bombarded with videos, hashtags, articles, fake op-eds, and pre-programmed bot conversations.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Fake headlines screamed across social media:</w:t>
      </w:r>
    </w:p>
    <w:p w:rsidR="008B06AA" w:rsidRPr="00201FCB" w:rsidRDefault="008B06AA" w:rsidP="00201FCB">
      <w:pPr>
        <w:numPr>
          <w:ilvl w:val="0"/>
          <w:numId w:val="11"/>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"AI drone stolen from NATO base crashes in Malta."</w:t>
      </w:r>
    </w:p>
    <w:p w:rsidR="008B06AA" w:rsidRPr="00201FCB" w:rsidRDefault="008B06AA" w:rsidP="00201FCB">
      <w:pPr>
        <w:numPr>
          <w:ilvl w:val="0"/>
          <w:numId w:val="11"/>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lastRenderedPageBreak/>
        <w:t>"Greece and Turkey mobilize fleets over rogue drone incursion."</w:t>
      </w:r>
    </w:p>
    <w:p w:rsidR="008B06AA" w:rsidRPr="00201FCB" w:rsidRDefault="008B06AA" w:rsidP="00201FCB">
      <w:pPr>
        <w:numPr>
          <w:ilvl w:val="0"/>
          <w:numId w:val="11"/>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"Exclusive: Leaked footage of NATO war council reaction."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 </w:t>
      </w:r>
      <w:proofErr w:type="spellStart"/>
      <w:r w:rsidRPr="00201FCB">
        <w:rPr>
          <w:rFonts w:ascii="Garamond" w:eastAsia="Times New Roman" w:hAnsi="Garamond" w:cs="Times New Roman"/>
          <w:sz w:val="24"/>
          <w:szCs w:val="24"/>
          <w:lang w:val="en-IN" w:eastAsia="en-IN"/>
        </w:rPr>
        <w:t>deepfake</w:t>
      </w:r>
      <w:proofErr w:type="spellEnd"/>
      <w:r w:rsidRPr="00201FCB">
        <w:rPr>
          <w:rFonts w:ascii="Garamond" w:eastAsia="Times New Roman" w:hAnsi="Garamond" w:cs="Times New Roman"/>
          <w:sz w:val="24"/>
          <w:szCs w:val="24"/>
          <w:lang w:val="en-IN" w:eastAsia="en-IN"/>
        </w:rPr>
        <w:t xml:space="preserve"> of a NATO spokesperson declared a </w:t>
      </w:r>
      <w:r w:rsidRPr="00201FCB">
        <w:rPr>
          <w:rFonts w:ascii="Garamond" w:eastAsia="Times New Roman" w:hAnsi="Garamond" w:cs="Times New Roman"/>
          <w:bCs/>
          <w:sz w:val="24"/>
          <w:szCs w:val="24"/>
          <w:lang w:val="en-IN" w:eastAsia="en-IN"/>
        </w:rPr>
        <w:t>“full-spectrum investigation”</w:t>
      </w:r>
      <w:r w:rsidRPr="00201FCB">
        <w:rPr>
          <w:rFonts w:ascii="Garamond" w:eastAsia="Times New Roman" w:hAnsi="Garamond" w:cs="Times New Roman"/>
          <w:sz w:val="24"/>
          <w:szCs w:val="24"/>
          <w:lang w:val="en-IN" w:eastAsia="en-IN"/>
        </w:rPr>
        <w:t>. Fake Russian accounts blamed American recklessness. Fake American accounts accused Iran. Comment sections lit up with outrage, nationalism, panic.</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 AI-generated video even showed a Greek F-16 intercepting a Turkish drone — both entirely fictional.</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Indira turned to her counterpart from the Ministry of Electronics &amp; IT, a quiet, wiry man named </w:t>
      </w:r>
      <w:proofErr w:type="spellStart"/>
      <w:r w:rsidRPr="00201FCB">
        <w:rPr>
          <w:rFonts w:ascii="Garamond" w:eastAsia="Times New Roman" w:hAnsi="Garamond" w:cs="Times New Roman"/>
          <w:sz w:val="24"/>
          <w:szCs w:val="24"/>
          <w:lang w:val="en-IN" w:eastAsia="en-IN"/>
        </w:rPr>
        <w:t>Vikram</w:t>
      </w:r>
      <w:proofErr w:type="spellEnd"/>
      <w:r w:rsidRPr="00201FCB">
        <w:rPr>
          <w:rFonts w:ascii="Garamond" w:eastAsia="Times New Roman" w:hAnsi="Garamond" w:cs="Times New Roman"/>
          <w:sz w:val="24"/>
          <w:szCs w:val="24"/>
          <w:lang w:val="en-IN" w:eastAsia="en-IN"/>
        </w:rPr>
        <w:t xml:space="preserve"> </w:t>
      </w:r>
      <w:proofErr w:type="spellStart"/>
      <w:r w:rsidRPr="00201FCB">
        <w:rPr>
          <w:rFonts w:ascii="Garamond" w:eastAsia="Times New Roman" w:hAnsi="Garamond" w:cs="Times New Roman"/>
          <w:sz w:val="24"/>
          <w:szCs w:val="24"/>
          <w:lang w:val="en-IN" w:eastAsia="en-IN"/>
        </w:rPr>
        <w:t>Sethi</w:t>
      </w:r>
      <w:proofErr w:type="spellEnd"/>
      <w:r w:rsidRPr="00201FCB">
        <w:rPr>
          <w:rFonts w:ascii="Garamond" w:eastAsia="Times New Roman" w:hAnsi="Garamond" w:cs="Times New Roman"/>
          <w:sz w:val="24"/>
          <w:szCs w:val="24"/>
          <w:lang w:val="en-IN" w:eastAsia="en-IN"/>
        </w:rPr>
        <w: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“Will it hold?” she asked.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gestured to the growing waves of trends across a dozen monitors. “It already has. No one’s loo</w:t>
      </w:r>
      <w:r w:rsidR="001E7288" w:rsidRPr="00201FCB">
        <w:rPr>
          <w:rFonts w:ascii="Garamond" w:eastAsia="Times New Roman" w:hAnsi="Garamond" w:cs="Times New Roman"/>
          <w:sz w:val="24"/>
          <w:szCs w:val="24"/>
          <w:lang w:val="en-IN" w:eastAsia="en-IN"/>
        </w:rPr>
        <w:t>king at Multan</w:t>
      </w:r>
      <w:r w:rsidRPr="00201FCB">
        <w:rPr>
          <w:rFonts w:ascii="Garamond" w:eastAsia="Times New Roman" w:hAnsi="Garamond" w:cs="Times New Roman"/>
          <w:sz w:val="24"/>
          <w:szCs w:val="24"/>
          <w:lang w:val="en-IN" w:eastAsia="en-IN"/>
        </w:rPr>
        <w:t>. The world is arguing over the Mediterranean.”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Behind them, the digital team kept pushing.</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Each post was being </w:t>
      </w:r>
      <w:proofErr w:type="spellStart"/>
      <w:r w:rsidRPr="00201FCB">
        <w:rPr>
          <w:rFonts w:ascii="Garamond" w:eastAsia="Times New Roman" w:hAnsi="Garamond" w:cs="Times New Roman"/>
          <w:sz w:val="24"/>
          <w:szCs w:val="24"/>
          <w:lang w:val="en-IN" w:eastAsia="en-IN"/>
        </w:rPr>
        <w:t>reshared</w:t>
      </w:r>
      <w:proofErr w:type="spellEnd"/>
      <w:r w:rsidRPr="00201FCB">
        <w:rPr>
          <w:rFonts w:ascii="Garamond" w:eastAsia="Times New Roman" w:hAnsi="Garamond" w:cs="Times New Roman"/>
          <w:sz w:val="24"/>
          <w:szCs w:val="24"/>
          <w:lang w:val="en-IN" w:eastAsia="en-IN"/>
        </w:rPr>
        <w:t xml:space="preserve">, refashioned, amplified by thousands of AI-generated users seeded months ago. The illusion was not just visible — it was </w:t>
      </w:r>
      <w:r w:rsidRPr="00201FCB">
        <w:rPr>
          <w:rFonts w:ascii="Garamond" w:eastAsia="Times New Roman" w:hAnsi="Garamond" w:cs="Times New Roman"/>
          <w:bCs/>
          <w:sz w:val="24"/>
          <w:szCs w:val="24"/>
          <w:lang w:val="en-IN" w:eastAsia="en-IN"/>
        </w:rPr>
        <w:t>loud</w:t>
      </w:r>
      <w:r w:rsidRPr="00201FCB">
        <w:rPr>
          <w:rFonts w:ascii="Garamond" w:eastAsia="Times New Roman" w:hAnsi="Garamond" w:cs="Times New Roman"/>
          <w:sz w:val="24"/>
          <w:szCs w:val="24"/>
          <w:lang w:val="en-IN" w:eastAsia="en-IN"/>
        </w:rPr>
        <w:t xml:space="preserve">. It was </w:t>
      </w:r>
      <w:r w:rsidRPr="00201FCB">
        <w:rPr>
          <w:rFonts w:ascii="Garamond" w:eastAsia="Times New Roman" w:hAnsi="Garamond" w:cs="Times New Roman"/>
          <w:bCs/>
          <w:sz w:val="24"/>
          <w:szCs w:val="24"/>
          <w:lang w:val="en-IN" w:eastAsia="en-IN"/>
        </w:rPr>
        <w:t>urgent</w:t>
      </w:r>
      <w:r w:rsidRPr="00201FCB">
        <w:rPr>
          <w:rFonts w:ascii="Garamond" w:eastAsia="Times New Roman" w:hAnsi="Garamond" w:cs="Times New Roman"/>
          <w:sz w:val="24"/>
          <w:szCs w:val="24"/>
          <w:lang w:val="en-IN" w:eastAsia="en-IN"/>
        </w:rPr>
        <w:t xml:space="preserve">. It was </w:t>
      </w:r>
      <w:r w:rsidRPr="00201FCB">
        <w:rPr>
          <w:rFonts w:ascii="Garamond" w:eastAsia="Times New Roman" w:hAnsi="Garamond" w:cs="Times New Roman"/>
          <w:bCs/>
          <w:sz w:val="24"/>
          <w:szCs w:val="24"/>
          <w:lang w:val="en-IN" w:eastAsia="en-IN"/>
        </w:rPr>
        <w:t>believable</w:t>
      </w:r>
      <w:r w:rsidRPr="00201FCB">
        <w:rPr>
          <w:rFonts w:ascii="Garamond" w:eastAsia="Times New Roman" w:hAnsi="Garamond" w:cs="Times New Roman"/>
          <w:sz w:val="24"/>
          <w:szCs w:val="24"/>
          <w:lang w:val="en-IN" w:eastAsia="en-IN"/>
        </w:rPr>
        <w: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just as the digital world turned its eyes westward, the real war began to tighten its grip on the east.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 picked up the secured line and gave the final coded phrase to Military Command: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“Rajasthan rides.”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 response, the Indian Armed Forces — long poised and waiting — surged to full combat readiness:</w:t>
      </w:r>
    </w:p>
    <w:p w:rsidR="008B06AA" w:rsidRPr="00201FCB" w:rsidRDefault="008B06AA" w:rsidP="00201FCB">
      <w:pPr>
        <w:numPr>
          <w:ilvl w:val="0"/>
          <w:numId w:val="12"/>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Artillery brigades</w:t>
      </w:r>
      <w:r w:rsidRPr="00201FCB">
        <w:rPr>
          <w:rFonts w:ascii="Garamond" w:eastAsia="Times New Roman" w:hAnsi="Garamond" w:cs="Times New Roman"/>
          <w:sz w:val="24"/>
          <w:szCs w:val="24"/>
          <w:lang w:val="en-IN" w:eastAsia="en-IN"/>
        </w:rPr>
        <w:t xml:space="preserve"> rolled toward the Punjab frontier.</w:t>
      </w:r>
    </w:p>
    <w:p w:rsidR="008B06AA" w:rsidRPr="00201FCB" w:rsidRDefault="008B06AA" w:rsidP="00201FCB">
      <w:pPr>
        <w:numPr>
          <w:ilvl w:val="0"/>
          <w:numId w:val="12"/>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Tank columns</w:t>
      </w:r>
      <w:r w:rsidRPr="00201FCB">
        <w:rPr>
          <w:rFonts w:ascii="Garamond" w:eastAsia="Times New Roman" w:hAnsi="Garamond" w:cs="Times New Roman"/>
          <w:sz w:val="24"/>
          <w:szCs w:val="24"/>
          <w:lang w:val="en-IN" w:eastAsia="en-IN"/>
        </w:rPr>
        <w:t xml:space="preserve"> thundered across the Thar Desert under radio silence.</w:t>
      </w:r>
    </w:p>
    <w:p w:rsidR="008B06AA" w:rsidRPr="00201FCB" w:rsidRDefault="008B06AA" w:rsidP="00201FCB">
      <w:pPr>
        <w:numPr>
          <w:ilvl w:val="0"/>
          <w:numId w:val="12"/>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lastRenderedPageBreak/>
        <w:t>Fighter jets</w:t>
      </w:r>
      <w:r w:rsidRPr="00201FCB">
        <w:rPr>
          <w:rFonts w:ascii="Garamond" w:eastAsia="Times New Roman" w:hAnsi="Garamond" w:cs="Times New Roman"/>
          <w:sz w:val="24"/>
          <w:szCs w:val="24"/>
          <w:lang w:val="en-IN" w:eastAsia="en-IN"/>
        </w:rPr>
        <w:t xml:space="preserve"> screamed skyward from Ambala, </w:t>
      </w:r>
      <w:proofErr w:type="spellStart"/>
      <w:r w:rsidRPr="00201FCB">
        <w:rPr>
          <w:rFonts w:ascii="Garamond" w:eastAsia="Times New Roman" w:hAnsi="Garamond" w:cs="Times New Roman"/>
          <w:sz w:val="24"/>
          <w:szCs w:val="24"/>
          <w:lang w:val="en-IN" w:eastAsia="en-IN"/>
        </w:rPr>
        <w:t>Tezpur</w:t>
      </w:r>
      <w:proofErr w:type="spellEnd"/>
      <w:r w:rsidRPr="00201FCB">
        <w:rPr>
          <w:rFonts w:ascii="Garamond" w:eastAsia="Times New Roman" w:hAnsi="Garamond" w:cs="Times New Roman"/>
          <w:sz w:val="24"/>
          <w:szCs w:val="24"/>
          <w:lang w:val="en-IN" w:eastAsia="en-IN"/>
        </w:rPr>
        <w:t>, and Gwalior.</w:t>
      </w:r>
    </w:p>
    <w:p w:rsidR="008B06AA" w:rsidRPr="00201FCB" w:rsidRDefault="008B06AA" w:rsidP="00201FCB">
      <w:pPr>
        <w:numPr>
          <w:ilvl w:val="0"/>
          <w:numId w:val="12"/>
        </w:num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Naval fleets</w:t>
      </w:r>
      <w:r w:rsidRPr="00201FCB">
        <w:rPr>
          <w:rFonts w:ascii="Garamond" w:eastAsia="Times New Roman" w:hAnsi="Garamond" w:cs="Times New Roman"/>
          <w:sz w:val="24"/>
          <w:szCs w:val="24"/>
          <w:lang w:val="en-IN" w:eastAsia="en-IN"/>
        </w:rPr>
        <w:t xml:space="preserve"> repositioned along the Arabian Sea and the Bay of Bengal.</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From the north, </w:t>
      </w:r>
      <w:r w:rsidRPr="00201FCB">
        <w:rPr>
          <w:rFonts w:ascii="Garamond" w:eastAsia="Times New Roman" w:hAnsi="Garamond" w:cs="Times New Roman"/>
          <w:bCs/>
          <w:sz w:val="24"/>
          <w:szCs w:val="24"/>
          <w:lang w:val="en-IN" w:eastAsia="en-IN"/>
        </w:rPr>
        <w:t>Afghan units</w:t>
      </w:r>
      <w:r w:rsidRPr="00201FCB">
        <w:rPr>
          <w:rFonts w:ascii="Garamond" w:eastAsia="Times New Roman" w:hAnsi="Garamond" w:cs="Times New Roman"/>
          <w:sz w:val="24"/>
          <w:szCs w:val="24"/>
          <w:lang w:val="en-IN" w:eastAsia="en-IN"/>
        </w:rPr>
        <w:t xml:space="preserve"> — backed discreetly by Indian intel and logistics — stormed into Pakistan’s </w:t>
      </w:r>
      <w:r w:rsidRPr="00201FCB">
        <w:rPr>
          <w:rFonts w:ascii="Garamond" w:eastAsia="Times New Roman" w:hAnsi="Garamond" w:cs="Times New Roman"/>
          <w:bCs/>
          <w:sz w:val="24"/>
          <w:szCs w:val="24"/>
          <w:lang w:val="en-IN" w:eastAsia="en-IN"/>
        </w:rPr>
        <w:t>North-West Frontier Province</w:t>
      </w:r>
      <w:r w:rsidRPr="00201FCB">
        <w:rPr>
          <w:rFonts w:ascii="Garamond" w:eastAsia="Times New Roman" w:hAnsi="Garamond" w:cs="Times New Roman"/>
          <w:sz w:val="24"/>
          <w:szCs w:val="24"/>
          <w:lang w:val="en-IN" w:eastAsia="en-IN"/>
        </w:rPr>
        <w:t>, detonating old grievances into fresh rebellion.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In the south-west, </w:t>
      </w:r>
      <w:r w:rsidRPr="00201FCB">
        <w:rPr>
          <w:rFonts w:ascii="Garamond" w:eastAsia="Times New Roman" w:hAnsi="Garamond" w:cs="Times New Roman"/>
          <w:bCs/>
          <w:sz w:val="24"/>
          <w:szCs w:val="24"/>
          <w:lang w:val="en-IN" w:eastAsia="en-IN"/>
        </w:rPr>
        <w:t>Baloch fighters</w:t>
      </w:r>
      <w:r w:rsidRPr="00201FCB">
        <w:rPr>
          <w:rFonts w:ascii="Garamond" w:eastAsia="Times New Roman" w:hAnsi="Garamond" w:cs="Times New Roman"/>
          <w:sz w:val="24"/>
          <w:szCs w:val="24"/>
          <w:lang w:val="en-IN" w:eastAsia="en-IN"/>
        </w:rPr>
        <w:t>, armed and waiting, were given the word.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They struck fast and without mercy — on supply depots, power substations, and Pakistani outposts. Explosions lit up the night over Quetta and </w:t>
      </w:r>
      <w:proofErr w:type="spellStart"/>
      <w:r w:rsidRPr="00201FCB">
        <w:rPr>
          <w:rFonts w:ascii="Garamond" w:eastAsia="Times New Roman" w:hAnsi="Garamond" w:cs="Times New Roman"/>
          <w:sz w:val="24"/>
          <w:szCs w:val="24"/>
          <w:lang w:val="en-IN" w:eastAsia="en-IN"/>
        </w:rPr>
        <w:t>Turbat</w:t>
      </w:r>
      <w:proofErr w:type="spellEnd"/>
      <w:r w:rsidRPr="00201FCB">
        <w:rPr>
          <w:rFonts w:ascii="Garamond" w:eastAsia="Times New Roman" w:hAnsi="Garamond" w:cs="Times New Roman"/>
          <w:sz w:val="24"/>
          <w:szCs w:val="24"/>
          <w:lang w:val="en-IN" w:eastAsia="en-IN"/>
        </w:rPr>
        <w:t>. Railway lines were cut. Bridges blown.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Indira’s voice remained calm as she watched the feed from military HQ.</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“Box them in,” she whispered. “Let the world argue over ghost drones while we suffocate the truth.</w:t>
      </w:r>
    </w:p>
    <w:p w:rsidR="00996990" w:rsidRPr="00201FCB" w:rsidRDefault="00996990" w:rsidP="00201FCB">
      <w:pPr>
        <w:spacing w:before="100" w:beforeAutospacing="1" w:after="100" w:afterAutospacing="1" w:line="480" w:lineRule="auto"/>
        <w:rPr>
          <w:rFonts w:ascii="Garamond" w:eastAsia="Times New Roman" w:hAnsi="Garamond" w:cs="Times New Roman"/>
          <w:bCs/>
          <w:sz w:val="24"/>
          <w:szCs w:val="24"/>
          <w:lang w:val="en-IN" w:eastAsia="en-IN"/>
        </w:rPr>
      </w:pP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GHQ, Rawalpindi, Pakistan</w:t>
      </w:r>
      <w:r w:rsidR="00996990" w:rsidRPr="00201FCB">
        <w:rPr>
          <w:rFonts w:ascii="Garamond" w:eastAsia="Times New Roman" w:hAnsi="Garamond" w:cs="Times New Roman"/>
          <w:bCs/>
          <w:sz w:val="24"/>
          <w:szCs w:val="24"/>
          <w:lang w:val="en-IN" w:eastAsia="en-IN"/>
        </w:rPr>
        <w:t xml:space="preserve"> 0455 hrs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Inside Pakistan’s military headquarters, no one spoke in full sentences anymore — only clipped commands and wide-eyed disbelief.</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“Baloch units have risen in six sectors.”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“Afghan incursion confirmed. Heavy movement into NWFP.”</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“Indian forces massing across the eastern border. Full-spectrum mobilization.”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our satellites?”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“Blinded. </w:t>
      </w:r>
      <w:proofErr w:type="spellStart"/>
      <w:r w:rsidRPr="00201FCB">
        <w:rPr>
          <w:rFonts w:ascii="Garamond" w:eastAsia="Times New Roman" w:hAnsi="Garamond" w:cs="Times New Roman"/>
          <w:sz w:val="24"/>
          <w:szCs w:val="24"/>
          <w:lang w:val="en-IN" w:eastAsia="en-IN"/>
        </w:rPr>
        <w:t>BeiDou</w:t>
      </w:r>
      <w:proofErr w:type="spellEnd"/>
      <w:r w:rsidRPr="00201FCB">
        <w:rPr>
          <w:rFonts w:ascii="Garamond" w:eastAsia="Times New Roman" w:hAnsi="Garamond" w:cs="Times New Roman"/>
          <w:sz w:val="24"/>
          <w:szCs w:val="24"/>
          <w:lang w:val="en-IN" w:eastAsia="en-IN"/>
        </w:rPr>
        <w:t xml:space="preserve"> grid’s gone dark. China’s silent. We're on our own.”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 air was thick with confusion, humiliation, and something worse — realization.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Their worst nightmare had arrived.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They had been outplayed. Surrounded. Digitally paralyzed. The lines of </w:t>
      </w:r>
      <w:proofErr w:type="spellStart"/>
      <w:r w:rsidRPr="00201FCB">
        <w:rPr>
          <w:rFonts w:ascii="Garamond" w:eastAsia="Times New Roman" w:hAnsi="Garamond" w:cs="Times New Roman"/>
          <w:sz w:val="24"/>
          <w:szCs w:val="24"/>
          <w:lang w:val="en-IN" w:eastAsia="en-IN"/>
        </w:rPr>
        <w:t>defense</w:t>
      </w:r>
      <w:proofErr w:type="spellEnd"/>
      <w:r w:rsidRPr="00201FCB">
        <w:rPr>
          <w:rFonts w:ascii="Garamond" w:eastAsia="Times New Roman" w:hAnsi="Garamond" w:cs="Times New Roman"/>
          <w:sz w:val="24"/>
          <w:szCs w:val="24"/>
          <w:lang w:val="en-IN" w:eastAsia="en-IN"/>
        </w:rPr>
        <w:t xml:space="preserve"> — political, military, territorial — were collapsing like dominoes.</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There was only one recourse left.</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 senior figure at the </w:t>
      </w:r>
      <w:proofErr w:type="spellStart"/>
      <w:r w:rsidRPr="00201FCB">
        <w:rPr>
          <w:rFonts w:ascii="Garamond" w:eastAsia="Times New Roman" w:hAnsi="Garamond" w:cs="Times New Roman"/>
          <w:sz w:val="24"/>
          <w:szCs w:val="24"/>
          <w:lang w:val="en-IN" w:eastAsia="en-IN"/>
        </w:rPr>
        <w:t>center</w:t>
      </w:r>
      <w:proofErr w:type="spellEnd"/>
      <w:r w:rsidRPr="00201FCB">
        <w:rPr>
          <w:rFonts w:ascii="Garamond" w:eastAsia="Times New Roman" w:hAnsi="Garamond" w:cs="Times New Roman"/>
          <w:sz w:val="24"/>
          <w:szCs w:val="24"/>
          <w:lang w:val="en-IN" w:eastAsia="en-IN"/>
        </w:rPr>
        <w:t xml:space="preserve"> of the command table issued the order without emotion.</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“Activate strategic deterrence.”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Silence followed.</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 a whisper of movement — biometric safes opening, encrypted panels illuminating, technicians rushing to terminals long thought ceremonial.</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Across Pakistan, hardened bunkers received the alert. </w:t>
      </w:r>
      <w:r w:rsidRPr="00201FCB">
        <w:rPr>
          <w:rFonts w:ascii="Garamond" w:eastAsia="Times New Roman" w:hAnsi="Garamond" w:cs="Times New Roman"/>
          <w:bCs/>
          <w:sz w:val="24"/>
          <w:szCs w:val="24"/>
          <w:lang w:val="en-IN" w:eastAsia="en-IN"/>
        </w:rPr>
        <w:t>Nuclear assets were primed.</w:t>
      </w:r>
      <w:r w:rsidRPr="00201FCB">
        <w:rPr>
          <w:rFonts w:ascii="Garamond" w:eastAsia="Times New Roman" w:hAnsi="Garamond" w:cs="Times New Roman"/>
          <w:sz w:val="24"/>
          <w:szCs w:val="24"/>
          <w:lang w:val="en-IN" w:eastAsia="en-IN"/>
        </w:rPr>
        <w:t xml:space="preserve"> Systems came alive after years in standby.</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But the launch command — the final key — wasn’t here.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It was elsewhere.</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Deep below the desert soil.</w:t>
      </w:r>
    </w:p>
    <w:p w:rsidR="008B06AA" w:rsidRPr="00201FCB" w:rsidRDefault="008B06AA"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And above it, </w:t>
      </w:r>
      <w:r w:rsidRPr="00201FCB">
        <w:rPr>
          <w:rFonts w:ascii="Garamond" w:eastAsia="Times New Roman" w:hAnsi="Garamond" w:cs="Times New Roman"/>
          <w:bCs/>
          <w:sz w:val="24"/>
          <w:szCs w:val="24"/>
          <w:lang w:val="en-IN" w:eastAsia="en-IN"/>
        </w:rPr>
        <w:t>Satellite 15</w:t>
      </w:r>
      <w:r w:rsidRPr="00201FCB">
        <w:rPr>
          <w:rFonts w:ascii="Garamond" w:eastAsia="Times New Roman" w:hAnsi="Garamond" w:cs="Times New Roman"/>
          <w:sz w:val="24"/>
          <w:szCs w:val="24"/>
          <w:lang w:val="en-IN" w:eastAsia="en-IN"/>
        </w:rPr>
        <w:t xml:space="preserve"> blinked red — the lone eye left watching, and the only one that could hear the final code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Subterranean Level One, Beneath the Madrasa</w:t>
      </w:r>
      <w:r w:rsidR="00996990" w:rsidRPr="00201FCB">
        <w:rPr>
          <w:rFonts w:ascii="Garamond" w:eastAsia="Times New Roman" w:hAnsi="Garamond" w:cs="Times New Roman"/>
          <w:bCs/>
          <w:sz w:val="24"/>
          <w:szCs w:val="24"/>
          <w:lang w:val="en-IN" w:eastAsia="en-IN"/>
        </w:rPr>
        <w:t xml:space="preserve"> 0455 hrs</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stone corridor beneath the madrasa was narrow and uneven, lit only by flickering emergency lights and the faint glow of old generator lamps.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’s boots echoed as he stepped inside, his team fanning out in practiced formation.</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 more tech. No more drones. No more digital eyes.</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This was war in its most primal form.</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“We’re close,” Reddy whispered, scanning the walls. “Temperature drop. Airflow's shifting. There’s a vault here — just buried.”</w:t>
      </w:r>
    </w:p>
    <w:p w:rsidR="00291377"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291377" w:rsidRPr="00201FCB">
        <w:rPr>
          <w:rFonts w:ascii="Garamond" w:eastAsia="Times New Roman" w:hAnsi="Garamond" w:cs="Times New Roman"/>
          <w:sz w:val="24"/>
          <w:szCs w:val="24"/>
          <w:lang w:val="en-IN" w:eastAsia="en-IN"/>
        </w:rPr>
        <w:t xml:space="preserve"> gestured silently. His squad split left and right, sweeping through the lower levels, checking every steel hatch, hollow wall, and rusted service duct for signs of a hidden chamber.</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 the enemy came.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From a concealed stairwell near the southern flank, a hail of </w:t>
      </w:r>
      <w:r w:rsidRPr="00201FCB">
        <w:rPr>
          <w:rFonts w:ascii="Garamond" w:eastAsia="Times New Roman" w:hAnsi="Garamond" w:cs="Times New Roman"/>
          <w:bCs/>
          <w:sz w:val="24"/>
          <w:szCs w:val="24"/>
          <w:lang w:val="en-IN" w:eastAsia="en-IN"/>
        </w:rPr>
        <w:t>gunfire</w:t>
      </w:r>
      <w:r w:rsidRPr="00201FCB">
        <w:rPr>
          <w:rFonts w:ascii="Garamond" w:eastAsia="Times New Roman" w:hAnsi="Garamond" w:cs="Times New Roman"/>
          <w:sz w:val="24"/>
          <w:szCs w:val="24"/>
          <w:lang w:val="en-IN" w:eastAsia="en-IN"/>
        </w:rPr>
        <w:t xml:space="preserve"> erupted — not precision-guided, not smart — just </w:t>
      </w:r>
      <w:r w:rsidRPr="00201FCB">
        <w:rPr>
          <w:rFonts w:ascii="Garamond" w:eastAsia="Times New Roman" w:hAnsi="Garamond" w:cs="Times New Roman"/>
          <w:bCs/>
          <w:sz w:val="24"/>
          <w:szCs w:val="24"/>
          <w:lang w:val="en-IN" w:eastAsia="en-IN"/>
        </w:rPr>
        <w:t>brutal</w:t>
      </w:r>
      <w:r w:rsidRPr="00201FCB">
        <w:rPr>
          <w:rFonts w:ascii="Garamond" w:eastAsia="Times New Roman" w:hAnsi="Garamond" w:cs="Times New Roman"/>
          <w:sz w:val="24"/>
          <w:szCs w:val="24"/>
          <w:lang w:val="en-IN" w:eastAsia="en-IN"/>
        </w:rPr>
        <w:t>.</w:t>
      </w:r>
    </w:p>
    <w:p w:rsidR="00291377"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291377" w:rsidRPr="00201FCB">
        <w:rPr>
          <w:rFonts w:ascii="Garamond" w:eastAsia="Times New Roman" w:hAnsi="Garamond" w:cs="Times New Roman"/>
          <w:sz w:val="24"/>
          <w:szCs w:val="24"/>
          <w:lang w:val="en-IN" w:eastAsia="en-IN"/>
        </w:rPr>
        <w:t xml:space="preserve">’s visor flared red as dozens of figures emerged: armed Pakistani guards, paramilitary troops, and soldiers — all operating without digital aid, forced back into </w:t>
      </w:r>
      <w:r w:rsidR="00291377" w:rsidRPr="00201FCB">
        <w:rPr>
          <w:rFonts w:ascii="Garamond" w:eastAsia="Times New Roman" w:hAnsi="Garamond" w:cs="Times New Roman"/>
          <w:bCs/>
          <w:sz w:val="24"/>
          <w:szCs w:val="24"/>
          <w:lang w:val="en-IN" w:eastAsia="en-IN"/>
        </w:rPr>
        <w:t>old-school combat</w:t>
      </w:r>
      <w:r w:rsidR="00291377" w:rsidRPr="00201FCB">
        <w:rPr>
          <w:rFonts w:ascii="Garamond" w:eastAsia="Times New Roman" w:hAnsi="Garamond" w:cs="Times New Roman"/>
          <w:sz w:val="24"/>
          <w:szCs w:val="24"/>
          <w:lang w:val="en-IN" w:eastAsia="en-IN"/>
        </w:rPr>
        <w: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But they were relentless.</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“Contacts, south hallway!” shouted one of the commandos.</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 team returned fire. Plasma bursts slammed into bodies. Smoke filled the corridor.</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Pakistanis surged again — screaming, firing AKs, lobbing grenades with bare hands. Nothing automated. Nothing guided. Just raw numbers.</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w:t>
      </w:r>
      <w:proofErr w:type="spellStart"/>
      <w:r w:rsidRPr="00201FCB">
        <w:rPr>
          <w:rFonts w:ascii="Garamond" w:eastAsia="Times New Roman" w:hAnsi="Garamond" w:cs="Times New Roman"/>
          <w:sz w:val="24"/>
          <w:szCs w:val="24"/>
          <w:lang w:val="en-IN" w:eastAsia="en-IN"/>
        </w:rPr>
        <w:t>exosuits</w:t>
      </w:r>
      <w:proofErr w:type="spellEnd"/>
      <w:r w:rsidRPr="00201FCB">
        <w:rPr>
          <w:rFonts w:ascii="Garamond" w:eastAsia="Times New Roman" w:hAnsi="Garamond" w:cs="Times New Roman"/>
          <w:sz w:val="24"/>
          <w:szCs w:val="24"/>
          <w:lang w:val="en-IN" w:eastAsia="en-IN"/>
        </w:rPr>
        <w:t xml:space="preserve"> held strong — bullets flattened against composite </w:t>
      </w:r>
      <w:proofErr w:type="spellStart"/>
      <w:r w:rsidRPr="00201FCB">
        <w:rPr>
          <w:rFonts w:ascii="Garamond" w:eastAsia="Times New Roman" w:hAnsi="Garamond" w:cs="Times New Roman"/>
          <w:sz w:val="24"/>
          <w:szCs w:val="24"/>
          <w:lang w:val="en-IN" w:eastAsia="en-IN"/>
        </w:rPr>
        <w:t>armor</w:t>
      </w:r>
      <w:proofErr w:type="spellEnd"/>
      <w:r w:rsidRPr="00201FCB">
        <w:rPr>
          <w:rFonts w:ascii="Garamond" w:eastAsia="Times New Roman" w:hAnsi="Garamond" w:cs="Times New Roman"/>
          <w:sz w:val="24"/>
          <w:szCs w:val="24"/>
          <w:lang w:val="en-IN" w:eastAsia="en-IN"/>
        </w:rPr>
        <w:t>. Explosives scorched paint but didn’t breach the plating.</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But the sheer </w:t>
      </w:r>
      <w:r w:rsidRPr="00201FCB">
        <w:rPr>
          <w:rFonts w:ascii="Garamond" w:eastAsia="Times New Roman" w:hAnsi="Garamond" w:cs="Times New Roman"/>
          <w:bCs/>
          <w:sz w:val="24"/>
          <w:szCs w:val="24"/>
          <w:lang w:val="en-IN" w:eastAsia="en-IN"/>
        </w:rPr>
        <w:t>weight</w:t>
      </w:r>
      <w:r w:rsidRPr="00201FCB">
        <w:rPr>
          <w:rFonts w:ascii="Garamond" w:eastAsia="Times New Roman" w:hAnsi="Garamond" w:cs="Times New Roman"/>
          <w:sz w:val="24"/>
          <w:szCs w:val="24"/>
          <w:lang w:val="en-IN" w:eastAsia="en-IN"/>
        </w:rPr>
        <w:t xml:space="preserve"> of the attack was the danger. They were being </w:t>
      </w:r>
      <w:r w:rsidRPr="00201FCB">
        <w:rPr>
          <w:rFonts w:ascii="Garamond" w:eastAsia="Times New Roman" w:hAnsi="Garamond" w:cs="Times New Roman"/>
          <w:bCs/>
          <w:sz w:val="24"/>
          <w:szCs w:val="24"/>
          <w:lang w:val="en-IN" w:eastAsia="en-IN"/>
        </w:rPr>
        <w:t>overwhelmed</w:t>
      </w:r>
      <w:r w:rsidRPr="00201FCB">
        <w:rPr>
          <w:rFonts w:ascii="Garamond" w:eastAsia="Times New Roman" w:hAnsi="Garamond" w:cs="Times New Roman"/>
          <w:sz w:val="24"/>
          <w:szCs w:val="24"/>
          <w:lang w:val="en-IN" w:eastAsia="en-IN"/>
        </w:rPr>
        <w:t>.</w:t>
      </w:r>
    </w:p>
    <w:p w:rsidR="00291377"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291377" w:rsidRPr="00201FCB">
        <w:rPr>
          <w:rFonts w:ascii="Garamond" w:eastAsia="Times New Roman" w:hAnsi="Garamond" w:cs="Times New Roman"/>
          <w:sz w:val="24"/>
          <w:szCs w:val="24"/>
          <w:lang w:val="en-IN" w:eastAsia="en-IN"/>
        </w:rPr>
        <w:t xml:space="preserve"> ducked behind a support beam as another wave rushed in.</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“They’ve gone </w:t>
      </w:r>
      <w:proofErr w:type="spellStart"/>
      <w:r w:rsidRPr="00201FCB">
        <w:rPr>
          <w:rFonts w:ascii="Garamond" w:eastAsia="Times New Roman" w:hAnsi="Garamond" w:cs="Times New Roman"/>
          <w:sz w:val="24"/>
          <w:szCs w:val="24"/>
          <w:lang w:val="en-IN" w:eastAsia="en-IN"/>
        </w:rPr>
        <w:t>analog</w:t>
      </w:r>
      <w:proofErr w:type="spellEnd"/>
      <w:r w:rsidRPr="00201FCB">
        <w:rPr>
          <w:rFonts w:ascii="Garamond" w:eastAsia="Times New Roman" w:hAnsi="Garamond" w:cs="Times New Roman"/>
          <w:sz w:val="24"/>
          <w:szCs w:val="24"/>
          <w:lang w:val="en-IN" w:eastAsia="en-IN"/>
        </w:rPr>
        <w:t>,” Reddy called out, switching to wide-angle suppression fire. “It’s working — slowing us down.”</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“Because they know tech won’t save them,”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said grimly. “They’re fighting with fear and fury now. Last stand.”</w:t>
      </w:r>
    </w:p>
    <w:p w:rsidR="00291377"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Aarav</w:t>
      </w:r>
      <w:r w:rsidR="00291377" w:rsidRPr="00201FCB">
        <w:rPr>
          <w:rFonts w:ascii="Garamond" w:eastAsia="Times New Roman" w:hAnsi="Garamond" w:cs="Times New Roman"/>
          <w:sz w:val="24"/>
          <w:szCs w:val="24"/>
          <w:lang w:val="en-IN" w:eastAsia="en-IN"/>
        </w:rPr>
        <w:t xml:space="preserve"> activated limited suit protocols — thermal burst shields, kinetic redirection fields — just enough to repel the closest wave. But every second drained more power.</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didn’t know his words would trigger what came next.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Before anyone could react, one of his men — silent, steady until now — broke formation and sprinted straight into the wave of oncoming Pakistani troops. The enemy didn’t understand what they were seeing until it was too late.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soldier's </w:t>
      </w:r>
      <w:proofErr w:type="spellStart"/>
      <w:r w:rsidRPr="00201FCB">
        <w:rPr>
          <w:rFonts w:ascii="Garamond" w:eastAsia="Times New Roman" w:hAnsi="Garamond" w:cs="Times New Roman"/>
          <w:sz w:val="24"/>
          <w:szCs w:val="24"/>
          <w:lang w:val="en-IN" w:eastAsia="en-IN"/>
        </w:rPr>
        <w:t>exo</w:t>
      </w:r>
      <w:proofErr w:type="spellEnd"/>
      <w:r w:rsidRPr="00201FCB">
        <w:rPr>
          <w:rFonts w:ascii="Garamond" w:eastAsia="Times New Roman" w:hAnsi="Garamond" w:cs="Times New Roman"/>
          <w:sz w:val="24"/>
          <w:szCs w:val="24"/>
          <w:lang w:val="en-IN" w:eastAsia="en-IN"/>
        </w:rPr>
        <w:t>-suit began to glow — faint at first, then brilliant, blinding.</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Self-detonation.</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command override for last-resort sacrifice. A built-in fusion core overload.</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“NO!” Reddy shouted — but it was already happening.</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blast was </w:t>
      </w:r>
      <w:r w:rsidRPr="00201FCB">
        <w:rPr>
          <w:rFonts w:ascii="Garamond" w:eastAsia="Times New Roman" w:hAnsi="Garamond" w:cs="Times New Roman"/>
          <w:bCs/>
          <w:sz w:val="24"/>
          <w:szCs w:val="24"/>
          <w:lang w:val="en-IN" w:eastAsia="en-IN"/>
        </w:rPr>
        <w:t>colossal</w:t>
      </w:r>
      <w:r w:rsidRPr="00201FCB">
        <w:rPr>
          <w:rFonts w:ascii="Garamond" w:eastAsia="Times New Roman" w:hAnsi="Garamond" w:cs="Times New Roman"/>
          <w:sz w:val="24"/>
          <w:szCs w:val="24"/>
          <w:lang w:val="en-IN" w:eastAsia="en-IN"/>
        </w:rPr>
        <w: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It shattered the corridor.</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It ripped through stone, bodies, and silence.</w:t>
      </w:r>
    </w:p>
    <w:p w:rsidR="00291377"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291377" w:rsidRPr="00201FCB">
        <w:rPr>
          <w:rFonts w:ascii="Garamond" w:eastAsia="Times New Roman" w:hAnsi="Garamond" w:cs="Times New Roman"/>
          <w:sz w:val="24"/>
          <w:szCs w:val="24"/>
          <w:lang w:val="en-IN" w:eastAsia="en-IN"/>
        </w:rPr>
        <w:t xml:space="preserve"> was thrown backward against a steel column, his visor cracking at the edges. Dust and blood rained from the ceiling. His ears rang. His HUD went white for a second, then rebooted.</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Smoke filled the space where men had stood only seconds before.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What remained of the enemy force was </w:t>
      </w:r>
      <w:r w:rsidRPr="00201FCB">
        <w:rPr>
          <w:rFonts w:ascii="Garamond" w:eastAsia="Times New Roman" w:hAnsi="Garamond" w:cs="Times New Roman"/>
          <w:bCs/>
          <w:sz w:val="24"/>
          <w:szCs w:val="24"/>
          <w:lang w:val="en-IN" w:eastAsia="en-IN"/>
        </w:rPr>
        <w:t>gone</w:t>
      </w:r>
      <w:r w:rsidRPr="00201FCB">
        <w:rPr>
          <w:rFonts w:ascii="Garamond" w:eastAsia="Times New Roman" w:hAnsi="Garamond" w:cs="Times New Roman"/>
          <w:sz w:val="24"/>
          <w:szCs w:val="24"/>
          <w:lang w:val="en-IN" w:eastAsia="en-IN"/>
        </w:rPr>
        <w:t xml:space="preserve"> — incinerated, maimed, buried.</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explosion had not just obliterated the attackers — it had </w:t>
      </w:r>
      <w:r w:rsidRPr="00201FCB">
        <w:rPr>
          <w:rFonts w:ascii="Garamond" w:eastAsia="Times New Roman" w:hAnsi="Garamond" w:cs="Times New Roman"/>
          <w:bCs/>
          <w:sz w:val="24"/>
          <w:szCs w:val="24"/>
          <w:lang w:val="en-IN" w:eastAsia="en-IN"/>
        </w:rPr>
        <w:t>collapsed part of the western wall</w:t>
      </w:r>
      <w:r w:rsidRPr="00201FCB">
        <w:rPr>
          <w:rFonts w:ascii="Garamond" w:eastAsia="Times New Roman" w:hAnsi="Garamond" w:cs="Times New Roman"/>
          <w:sz w:val="24"/>
          <w:szCs w:val="24"/>
          <w:lang w:val="en-IN" w:eastAsia="en-IN"/>
        </w:rPr>
        <w: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behind that broken wall… lay it.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 glimpse of the </w:t>
      </w:r>
      <w:r w:rsidRPr="00201FCB">
        <w:rPr>
          <w:rFonts w:ascii="Garamond" w:eastAsia="Times New Roman" w:hAnsi="Garamond" w:cs="Times New Roman"/>
          <w:bCs/>
          <w:sz w:val="24"/>
          <w:szCs w:val="24"/>
          <w:lang w:val="en-IN" w:eastAsia="en-IN"/>
        </w:rPr>
        <w:t>control room</w:t>
      </w:r>
      <w:r w:rsidRPr="00201FCB">
        <w:rPr>
          <w:rFonts w:ascii="Garamond" w:eastAsia="Times New Roman" w:hAnsi="Garamond" w:cs="Times New Roman"/>
          <w:sz w:val="24"/>
          <w:szCs w:val="24"/>
          <w:lang w:val="en-IN" w:eastAsia="en-IN"/>
        </w:rPr>
        <w:t>. Concrete. Steel. Terminals still glowing. Cables snaking into the walls. A single red light blinking.</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In the </w:t>
      </w:r>
      <w:proofErr w:type="spellStart"/>
      <w:r w:rsidRPr="00201FCB">
        <w:rPr>
          <w:rFonts w:ascii="Garamond" w:eastAsia="Times New Roman" w:hAnsi="Garamond" w:cs="Times New Roman"/>
          <w:sz w:val="24"/>
          <w:szCs w:val="24"/>
          <w:lang w:val="en-IN" w:eastAsia="en-IN"/>
        </w:rPr>
        <w:t>center</w:t>
      </w:r>
      <w:proofErr w:type="spellEnd"/>
      <w:r w:rsidRPr="00201FCB">
        <w:rPr>
          <w:rFonts w:ascii="Garamond" w:eastAsia="Times New Roman" w:hAnsi="Garamond" w:cs="Times New Roman"/>
          <w:sz w:val="24"/>
          <w:szCs w:val="24"/>
          <w:lang w:val="en-IN" w:eastAsia="en-IN"/>
        </w:rPr>
        <w:t xml:space="preserve"> of it, dazed but alive, a Pakistani general staggered forward, hand trembling above a biometric console.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 panel opened. A countdown interface blinked. </w:t>
      </w:r>
      <w:r w:rsidRPr="00201FCB">
        <w:rPr>
          <w:rFonts w:ascii="Garamond" w:eastAsia="Times New Roman" w:hAnsi="Garamond" w:cs="Times New Roman"/>
          <w:bCs/>
          <w:sz w:val="24"/>
          <w:szCs w:val="24"/>
          <w:lang w:val="en-IN" w:eastAsia="en-IN"/>
        </w:rPr>
        <w:t>Launch code sequence awaiting confirmation.</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Satellite 15 had kept the link alive.</w:t>
      </w:r>
    </w:p>
    <w:p w:rsidR="00291377"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291377" w:rsidRPr="00201FCB">
        <w:rPr>
          <w:rFonts w:ascii="Garamond" w:eastAsia="Times New Roman" w:hAnsi="Garamond" w:cs="Times New Roman"/>
          <w:sz w:val="24"/>
          <w:szCs w:val="24"/>
          <w:lang w:val="en-IN" w:eastAsia="en-IN"/>
        </w:rPr>
        <w:t xml:space="preserve"> pulled himself up, every muscle aching, suit hissing from damage.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There was no time to mourn the fallen.</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War didn't pause for grief.</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He shouted over the </w:t>
      </w:r>
      <w:proofErr w:type="spellStart"/>
      <w:r w:rsidRPr="00201FCB">
        <w:rPr>
          <w:rFonts w:ascii="Garamond" w:eastAsia="Times New Roman" w:hAnsi="Garamond" w:cs="Times New Roman"/>
          <w:sz w:val="24"/>
          <w:szCs w:val="24"/>
          <w:lang w:val="en-IN" w:eastAsia="en-IN"/>
        </w:rPr>
        <w:t>comms</w:t>
      </w:r>
      <w:proofErr w:type="spellEnd"/>
      <w:r w:rsidRPr="00201FCB">
        <w:rPr>
          <w:rFonts w:ascii="Garamond" w:eastAsia="Times New Roman" w:hAnsi="Garamond" w:cs="Times New Roman"/>
          <w:sz w:val="24"/>
          <w:szCs w:val="24"/>
          <w:lang w:val="en-IN" w:eastAsia="en-IN"/>
        </w:rPr>
        <w:t>, “Control room exposed! MOVE!”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And the remaining seven surged forward — not just to stop a command, but to silence </w:t>
      </w:r>
      <w:r w:rsidRPr="00201FCB">
        <w:rPr>
          <w:rFonts w:ascii="Garamond" w:eastAsia="Times New Roman" w:hAnsi="Garamond" w:cs="Times New Roman"/>
          <w:bCs/>
          <w:sz w:val="24"/>
          <w:szCs w:val="24"/>
          <w:lang w:val="en-IN" w:eastAsia="en-IN"/>
        </w:rPr>
        <w:t>Armageddon itself.</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ISRO Tactical War Room, Bangalore</w:t>
      </w:r>
      <w:r w:rsidR="00996990" w:rsidRPr="00201FCB">
        <w:rPr>
          <w:rFonts w:ascii="Garamond" w:eastAsia="Times New Roman" w:hAnsi="Garamond" w:cs="Times New Roman"/>
          <w:bCs/>
          <w:sz w:val="24"/>
          <w:szCs w:val="24"/>
          <w:lang w:val="en-IN" w:eastAsia="en-IN"/>
        </w:rPr>
        <w:t xml:space="preserve"> 0450 hrs</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stared at the screen, fists clenched. Satellite 15 kept blinking — the last red eye in the sky.</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 wish I could just hurl a rock into the sky and knock</w:t>
      </w:r>
      <w:r w:rsidR="001E7288" w:rsidRPr="00201FCB">
        <w:rPr>
          <w:rFonts w:ascii="Garamond" w:eastAsia="Times New Roman" w:hAnsi="Garamond" w:cs="Times New Roman"/>
          <w:sz w:val="24"/>
          <w:szCs w:val="24"/>
          <w:lang w:val="en-IN" w:eastAsia="en-IN"/>
        </w:rPr>
        <w:t xml:space="preserve"> out</w:t>
      </w:r>
      <w:r w:rsidRPr="00201FCB">
        <w:rPr>
          <w:rFonts w:ascii="Garamond" w:eastAsia="Times New Roman" w:hAnsi="Garamond" w:cs="Times New Roman"/>
          <w:sz w:val="24"/>
          <w:szCs w:val="24"/>
          <w:lang w:val="en-IN" w:eastAsia="en-IN"/>
        </w:rPr>
        <w:t xml:space="preserve"> that bastard</w:t>
      </w:r>
      <w:r w:rsidR="001E7288" w:rsidRPr="00201FCB">
        <w:rPr>
          <w:rFonts w:ascii="Garamond" w:eastAsia="Times New Roman" w:hAnsi="Garamond" w:cs="Times New Roman"/>
          <w:sz w:val="24"/>
          <w:szCs w:val="24"/>
          <w:lang w:val="en-IN" w:eastAsia="en-IN"/>
        </w:rPr>
        <w:t xml:space="preserve"> of a satellite</w:t>
      </w:r>
      <w:r w:rsidRPr="00201FCB">
        <w:rPr>
          <w:rFonts w:ascii="Garamond" w:eastAsia="Times New Roman" w:hAnsi="Garamond" w:cs="Times New Roman"/>
          <w:sz w:val="24"/>
          <w:szCs w:val="24"/>
          <w:lang w:val="en-IN" w:eastAsia="en-IN"/>
        </w:rPr>
        <w:t>,” he muttered.</w:t>
      </w:r>
    </w:p>
    <w:p w:rsidR="00291377"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Riya</w:t>
      </w:r>
      <w:r w:rsidR="00291377" w:rsidRPr="00201FCB">
        <w:rPr>
          <w:rFonts w:ascii="Garamond" w:eastAsia="Times New Roman" w:hAnsi="Garamond" w:cs="Times New Roman"/>
          <w:sz w:val="24"/>
          <w:szCs w:val="24"/>
          <w:lang w:val="en-IN" w:eastAsia="en-IN"/>
        </w:rPr>
        <w:t xml:space="preserve"> froze. Her head tilted slightly.</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“That’s it,” she said.</w:t>
      </w:r>
    </w:p>
    <w:p w:rsidR="00291377"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Sumit blinked. “what?</w:t>
      </w:r>
      <w:r w:rsidR="00291377" w:rsidRPr="00201FCB">
        <w:rPr>
          <w:rFonts w:ascii="Garamond" w:eastAsia="Times New Roman" w:hAnsi="Garamond" w:cs="Times New Roman"/>
          <w:sz w:val="24"/>
          <w:szCs w:val="24"/>
          <w:lang w:val="en-IN" w:eastAsia="en-IN"/>
        </w:rPr>
        <w: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turned slowly, a spark in her eyes.</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“We’re going to hurl a stone,” she said, “just… not from here.”</w:t>
      </w:r>
    </w:p>
    <w:p w:rsidR="00291377" w:rsidRPr="00201FCB" w:rsidRDefault="001E7288"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frowned. “you have lost it!</w:t>
      </w:r>
      <w:r w:rsidR="00291377" w:rsidRPr="00201FCB">
        <w:rPr>
          <w:rFonts w:ascii="Garamond" w:eastAsia="Times New Roman" w:hAnsi="Garamond" w:cs="Times New Roman"/>
          <w:sz w:val="24"/>
          <w:szCs w:val="24"/>
          <w:lang w:val="en-IN" w:eastAsia="en-IN"/>
        </w:rPr>
        <w: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 xml:space="preserve">She pointed to the tiny blip moving on a near-decaying orbital path. “Josh. The student satellite. It’s tiny, </w:t>
      </w:r>
      <w:proofErr w:type="spellStart"/>
      <w:r w:rsidRPr="00201FCB">
        <w:rPr>
          <w:rFonts w:ascii="Garamond" w:eastAsia="Times New Roman" w:hAnsi="Garamond" w:cs="Times New Roman"/>
          <w:sz w:val="24"/>
          <w:szCs w:val="24"/>
          <w:lang w:val="en-IN" w:eastAsia="en-IN"/>
        </w:rPr>
        <w:t>analog</w:t>
      </w:r>
      <w:proofErr w:type="spellEnd"/>
      <w:r w:rsidRPr="00201FCB">
        <w:rPr>
          <w:rFonts w:ascii="Garamond" w:eastAsia="Times New Roman" w:hAnsi="Garamond" w:cs="Times New Roman"/>
          <w:sz w:val="24"/>
          <w:szCs w:val="24"/>
          <w:lang w:val="en-IN" w:eastAsia="en-IN"/>
        </w:rPr>
        <w:t xml:space="preserve">, no signal footprint. But it’s </w:t>
      </w:r>
      <w:r w:rsidRPr="00201FCB">
        <w:rPr>
          <w:rFonts w:ascii="Garamond" w:eastAsia="Times New Roman" w:hAnsi="Garamond" w:cs="Times New Roman"/>
          <w:bCs/>
          <w:sz w:val="24"/>
          <w:szCs w:val="24"/>
          <w:lang w:val="en-IN" w:eastAsia="en-IN"/>
        </w:rPr>
        <w:t>right in Satellite 15’s vicinity.</w:t>
      </w:r>
      <w:r w:rsidRPr="00201FCB">
        <w:rPr>
          <w:rFonts w:ascii="Garamond" w:eastAsia="Times New Roman" w:hAnsi="Garamond" w:cs="Times New Roman"/>
          <w:sz w:val="24"/>
          <w:szCs w:val="24"/>
          <w:lang w:val="en-IN" w:eastAsia="en-IN"/>
        </w:rPr>
        <w: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“You want to crash it into 15?” he blinked. “It’s too small to cause damage.”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“I don’t need to destroy it,” </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said. “I just need 15 to flinch.”</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brought up Josh’s old gyroscopic thruster module. Still had enough juice left for one movement. One push.</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fired the command.</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In the blackness above Earth, a forgotten student satellite — the size of a suitcase, no more threatening than space dust — shifted course.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Josh drifted.</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Satellite 15 did not react.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Not at first.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But then…</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 proximity alert.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And a </w:t>
      </w:r>
      <w:r w:rsidRPr="00201FCB">
        <w:rPr>
          <w:rFonts w:ascii="Garamond" w:eastAsia="Times New Roman" w:hAnsi="Garamond" w:cs="Times New Roman"/>
          <w:bCs/>
          <w:sz w:val="24"/>
          <w:szCs w:val="24"/>
          <w:lang w:val="en-IN" w:eastAsia="en-IN"/>
        </w:rPr>
        <w:t>twitch</w:t>
      </w:r>
      <w:r w:rsidRPr="00201FCB">
        <w:rPr>
          <w:rFonts w:ascii="Garamond" w:eastAsia="Times New Roman" w:hAnsi="Garamond" w:cs="Times New Roman"/>
          <w:sz w:val="24"/>
          <w:szCs w:val="24"/>
          <w:lang w:val="en-IN" w:eastAsia="en-IN"/>
        </w:rPr>
        <w: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Satellite 15's </w:t>
      </w:r>
      <w:proofErr w:type="spellStart"/>
      <w:r w:rsidRPr="00201FCB">
        <w:rPr>
          <w:rFonts w:ascii="Garamond" w:eastAsia="Times New Roman" w:hAnsi="Garamond" w:cs="Times New Roman"/>
          <w:sz w:val="24"/>
          <w:szCs w:val="24"/>
          <w:lang w:val="en-IN" w:eastAsia="en-IN"/>
        </w:rPr>
        <w:t>defense</w:t>
      </w:r>
      <w:proofErr w:type="spellEnd"/>
      <w:r w:rsidRPr="00201FCB">
        <w:rPr>
          <w:rFonts w:ascii="Garamond" w:eastAsia="Times New Roman" w:hAnsi="Garamond" w:cs="Times New Roman"/>
          <w:sz w:val="24"/>
          <w:szCs w:val="24"/>
          <w:lang w:val="en-IN" w:eastAsia="en-IN"/>
        </w:rPr>
        <w:t xml:space="preserve"> subroutine kicked in — a basic collision-avoidance </w:t>
      </w:r>
      <w:proofErr w:type="spellStart"/>
      <w:r w:rsidRPr="00201FCB">
        <w:rPr>
          <w:rFonts w:ascii="Garamond" w:eastAsia="Times New Roman" w:hAnsi="Garamond" w:cs="Times New Roman"/>
          <w:sz w:val="24"/>
          <w:szCs w:val="24"/>
          <w:lang w:val="en-IN" w:eastAsia="en-IN"/>
        </w:rPr>
        <w:t>maneuver</w:t>
      </w:r>
      <w:proofErr w:type="spellEnd"/>
      <w:r w:rsidRPr="00201FCB">
        <w:rPr>
          <w:rFonts w:ascii="Garamond" w:eastAsia="Times New Roman" w:hAnsi="Garamond" w:cs="Times New Roman"/>
          <w:sz w:val="24"/>
          <w:szCs w:val="24"/>
          <w:lang w:val="en-IN" w:eastAsia="en-IN"/>
        </w:rPr>
        <w:t xml:space="preserve">. The system froze its primary monitoring routine and focused instead on threat navigation. It pivoted. Redirected its sensors. Entered a short </w:t>
      </w:r>
      <w:r w:rsidRPr="00201FCB">
        <w:rPr>
          <w:rFonts w:ascii="Garamond" w:eastAsia="Times New Roman" w:hAnsi="Garamond" w:cs="Times New Roman"/>
          <w:bCs/>
          <w:sz w:val="24"/>
          <w:szCs w:val="24"/>
          <w:lang w:val="en-IN" w:eastAsia="en-IN"/>
        </w:rPr>
        <w:t>defensive silent mode.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Two minutes of radio blackout.</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t>
      </w:r>
      <w:r w:rsidR="00DB35AB" w:rsidRPr="00201FCB">
        <w:rPr>
          <w:rFonts w:ascii="Garamond" w:eastAsia="Times New Roman" w:hAnsi="Garamond" w:cs="Times New Roman"/>
          <w:sz w:val="24"/>
          <w:szCs w:val="24"/>
          <w:lang w:val="en-IN" w:eastAsia="en-IN"/>
        </w:rPr>
        <w:t>Riya</w:t>
      </w:r>
      <w:r w:rsidRPr="00201FCB">
        <w:rPr>
          <w:rFonts w:ascii="Garamond" w:eastAsia="Times New Roman" w:hAnsi="Garamond" w:cs="Times New Roman"/>
          <w:sz w:val="24"/>
          <w:szCs w:val="24"/>
          <w:lang w:val="en-IN" w:eastAsia="en-IN"/>
        </w:rPr>
        <w:t xml:space="preserve">,” Sumit whispered, watching the red dot blink once — and then go </w:t>
      </w:r>
      <w:r w:rsidRPr="00201FCB">
        <w:rPr>
          <w:rFonts w:ascii="Garamond" w:eastAsia="Times New Roman" w:hAnsi="Garamond" w:cs="Times New Roman"/>
          <w:bCs/>
          <w:sz w:val="24"/>
          <w:szCs w:val="24"/>
          <w:lang w:val="en-IN" w:eastAsia="en-IN"/>
        </w:rPr>
        <w:t>grey</w:t>
      </w:r>
      <w:r w:rsidRPr="00201FCB">
        <w:rPr>
          <w:rFonts w:ascii="Garamond" w:eastAsia="Times New Roman" w:hAnsi="Garamond" w:cs="Times New Roman"/>
          <w:sz w:val="24"/>
          <w:szCs w:val="24"/>
          <w:lang w:val="en-IN" w:eastAsia="en-IN"/>
        </w:rPr>
        <w:t xml:space="preserve"> for the first time.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She leaned back slowly, her face unreadable.</w:t>
      </w:r>
    </w:p>
    <w:p w:rsidR="00291377" w:rsidRPr="00201FCB" w:rsidRDefault="00291377"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“Sometimes,” she said, “you don’t need firepower. You need just enough… </w:t>
      </w:r>
      <w:r w:rsidRPr="00201FCB">
        <w:rPr>
          <w:rFonts w:ascii="Garamond" w:eastAsia="Times New Roman" w:hAnsi="Garamond" w:cs="Times New Roman"/>
          <w:bCs/>
          <w:sz w:val="24"/>
          <w:szCs w:val="24"/>
          <w:lang w:val="en-IN" w:eastAsia="en-IN"/>
        </w:rPr>
        <w:t>Josh</w:t>
      </w:r>
      <w:r w:rsidRPr="00201FCB">
        <w:rPr>
          <w:rFonts w:ascii="Garamond" w:eastAsia="Times New Roman" w:hAnsi="Garamond" w:cs="Times New Roman"/>
          <w:sz w:val="24"/>
          <w:szCs w:val="24"/>
          <w:lang w:val="en-IN" w:eastAsia="en-IN"/>
        </w:rPr>
        <w:t>.</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lastRenderedPageBreak/>
        <w:t xml:space="preserve">Nuclear Control </w:t>
      </w:r>
      <w:proofErr w:type="spellStart"/>
      <w:r w:rsidRPr="00201FCB">
        <w:rPr>
          <w:rFonts w:ascii="Garamond" w:eastAsia="Times New Roman" w:hAnsi="Garamond" w:cs="Times New Roman"/>
          <w:bCs/>
          <w:sz w:val="24"/>
          <w:szCs w:val="24"/>
          <w:lang w:val="en-IN" w:eastAsia="en-IN"/>
        </w:rPr>
        <w:t>Center</w:t>
      </w:r>
      <w:proofErr w:type="spellEnd"/>
      <w:r w:rsidRPr="00201FCB">
        <w:rPr>
          <w:rFonts w:ascii="Garamond" w:eastAsia="Times New Roman" w:hAnsi="Garamond" w:cs="Times New Roman"/>
          <w:bCs/>
          <w:sz w:val="24"/>
          <w:szCs w:val="24"/>
          <w:lang w:val="en-IN" w:eastAsia="en-IN"/>
        </w:rPr>
        <w:t>, S</w:t>
      </w:r>
      <w:r w:rsidR="001E7288" w:rsidRPr="00201FCB">
        <w:rPr>
          <w:rFonts w:ascii="Garamond" w:eastAsia="Times New Roman" w:hAnsi="Garamond" w:cs="Times New Roman"/>
          <w:bCs/>
          <w:sz w:val="24"/>
          <w:szCs w:val="24"/>
          <w:lang w:val="en-IN" w:eastAsia="en-IN"/>
        </w:rPr>
        <w:t>ubterranean Complex, Multan</w:t>
      </w:r>
      <w:r w:rsidR="00996990" w:rsidRPr="00201FCB">
        <w:rPr>
          <w:rFonts w:ascii="Garamond" w:eastAsia="Times New Roman" w:hAnsi="Garamond" w:cs="Times New Roman"/>
          <w:bCs/>
          <w:sz w:val="24"/>
          <w:szCs w:val="24"/>
          <w:lang w:val="en-IN" w:eastAsia="en-IN"/>
        </w:rPr>
        <w:t xml:space="preserve"> 0500 hrs</w:t>
      </w:r>
    </w:p>
    <w:p w:rsidR="001C6860"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1C6860" w:rsidRPr="00201FCB">
        <w:rPr>
          <w:rFonts w:ascii="Garamond" w:eastAsia="Times New Roman" w:hAnsi="Garamond" w:cs="Times New Roman"/>
          <w:sz w:val="24"/>
          <w:szCs w:val="24"/>
          <w:lang w:val="en-IN" w:eastAsia="en-IN"/>
        </w:rPr>
        <w:t xml:space="preserve"> stepped into the control room, gun raised, heart pounding.</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air was dense with static and smoke. Monitors flickered. A single Pakistani officer, bloodied and injured, stood at the command terminal — one hand reaching for a biometric scanner, the other hovering over a glowing keypad.</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Was he too late?</w:t>
      </w:r>
    </w:p>
    <w:p w:rsidR="001C6860"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1C6860" w:rsidRPr="00201FCB">
        <w:rPr>
          <w:rFonts w:ascii="Garamond" w:eastAsia="Times New Roman" w:hAnsi="Garamond" w:cs="Times New Roman"/>
          <w:sz w:val="24"/>
          <w:szCs w:val="24"/>
          <w:lang w:val="en-IN" w:eastAsia="en-IN"/>
        </w:rPr>
        <w:t xml:space="preserve">'s breath caught. </w:t>
      </w:r>
      <w:r w:rsidR="001C6860" w:rsidRPr="00201FCB">
        <w:rPr>
          <w:rFonts w:ascii="Garamond" w:eastAsia="Times New Roman" w:hAnsi="Garamond" w:cs="Times New Roman"/>
          <w:bCs/>
          <w:sz w:val="24"/>
          <w:szCs w:val="24"/>
          <w:lang w:val="en-IN" w:eastAsia="en-IN"/>
        </w:rPr>
        <w:t>Was this the moment the world would burn?</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officer’s trembling fingers moved toward the </w:t>
      </w:r>
      <w:r w:rsidRPr="00201FCB">
        <w:rPr>
          <w:rFonts w:ascii="Garamond" w:eastAsia="Times New Roman" w:hAnsi="Garamond" w:cs="Times New Roman"/>
          <w:bCs/>
          <w:sz w:val="24"/>
          <w:szCs w:val="24"/>
          <w:lang w:val="en-IN" w:eastAsia="en-IN"/>
        </w:rPr>
        <w:t>final confirmation key</w:t>
      </w:r>
      <w:r w:rsidRPr="00201FCB">
        <w:rPr>
          <w:rFonts w:ascii="Garamond" w:eastAsia="Times New Roman" w:hAnsi="Garamond" w:cs="Times New Roman"/>
          <w:sz w:val="24"/>
          <w:szCs w:val="24"/>
          <w:lang w:val="en-IN" w:eastAsia="en-IN"/>
        </w:rPr>
        <w:t>.</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Then it happened.</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Satellite 15 blinked.</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Above the Earth, in the silence of space, a suitcase-sized student satellite nudged a technological titan — and made it flinch.</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Below, the control room lights dimmed. Consoles </w:t>
      </w:r>
      <w:proofErr w:type="spellStart"/>
      <w:r w:rsidRPr="00201FCB">
        <w:rPr>
          <w:rFonts w:ascii="Garamond" w:eastAsia="Times New Roman" w:hAnsi="Garamond" w:cs="Times New Roman"/>
          <w:sz w:val="24"/>
          <w:szCs w:val="24"/>
          <w:lang w:val="en-IN" w:eastAsia="en-IN"/>
        </w:rPr>
        <w:t>glitched</w:t>
      </w:r>
      <w:proofErr w:type="spellEnd"/>
      <w:r w:rsidRPr="00201FCB">
        <w:rPr>
          <w:rFonts w:ascii="Garamond" w:eastAsia="Times New Roman" w:hAnsi="Garamond" w:cs="Times New Roman"/>
          <w:sz w:val="24"/>
          <w:szCs w:val="24"/>
          <w:lang w:val="en-IN" w:eastAsia="en-IN"/>
        </w:rPr>
        <w:t xml:space="preserve">. The launch interface froze mid-countdown. Alerts screamed across dead screens. The soldier stared, confused, hands faltering as the system he trusted </w:t>
      </w:r>
      <w:r w:rsidRPr="00201FCB">
        <w:rPr>
          <w:rFonts w:ascii="Garamond" w:eastAsia="Times New Roman" w:hAnsi="Garamond" w:cs="Times New Roman"/>
          <w:bCs/>
          <w:sz w:val="24"/>
          <w:szCs w:val="24"/>
          <w:lang w:val="en-IN" w:eastAsia="en-IN"/>
        </w:rPr>
        <w:t>went blind.</w:t>
      </w:r>
    </w:p>
    <w:p w:rsidR="001C6860"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1C6860" w:rsidRPr="00201FCB">
        <w:rPr>
          <w:rFonts w:ascii="Garamond" w:eastAsia="Times New Roman" w:hAnsi="Garamond" w:cs="Times New Roman"/>
          <w:sz w:val="24"/>
          <w:szCs w:val="24"/>
          <w:lang w:val="en-IN" w:eastAsia="en-IN"/>
        </w:rPr>
        <w:t xml:space="preserve"> didn’t wait.</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surged forward like a storm.</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soldier turned, startled, reaching for a sidearm — but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was already there. A swift strike to the jaw sent the man crashing into the wall.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didn’t even look at him again.</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He reached into the reinforced pack strapped to his waist and pulled out the </w:t>
      </w:r>
      <w:r w:rsidRPr="00201FCB">
        <w:rPr>
          <w:rFonts w:ascii="Garamond" w:eastAsia="Times New Roman" w:hAnsi="Garamond" w:cs="Times New Roman"/>
          <w:bCs/>
          <w:sz w:val="24"/>
          <w:szCs w:val="24"/>
          <w:lang w:val="en-IN" w:eastAsia="en-IN"/>
        </w:rPr>
        <w:t>micro nuclear detonator</w:t>
      </w:r>
      <w:r w:rsidRPr="00201FCB">
        <w:rPr>
          <w:rFonts w:ascii="Garamond" w:eastAsia="Times New Roman" w:hAnsi="Garamond" w:cs="Times New Roman"/>
          <w:sz w:val="24"/>
          <w:szCs w:val="24"/>
          <w:lang w:val="en-IN" w:eastAsia="en-IN"/>
        </w:rPr>
        <w:t xml:space="preserve"> — compact, silent, and sealed.</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activated the core with his biometric signature.</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lastRenderedPageBreak/>
        <w:t>Green light. Timer set. Ninety seconds.</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He looked around at his team. “We’re done here.”</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Without a word, the commandos scrambled. They activated backup power — their </w:t>
      </w:r>
      <w:proofErr w:type="spellStart"/>
      <w:r w:rsidRPr="00201FCB">
        <w:rPr>
          <w:rFonts w:ascii="Garamond" w:eastAsia="Times New Roman" w:hAnsi="Garamond" w:cs="Times New Roman"/>
          <w:sz w:val="24"/>
          <w:szCs w:val="24"/>
          <w:lang w:val="en-IN" w:eastAsia="en-IN"/>
        </w:rPr>
        <w:t>exosuits</w:t>
      </w:r>
      <w:proofErr w:type="spellEnd"/>
      <w:r w:rsidRPr="00201FCB">
        <w:rPr>
          <w:rFonts w:ascii="Garamond" w:eastAsia="Times New Roman" w:hAnsi="Garamond" w:cs="Times New Roman"/>
          <w:sz w:val="24"/>
          <w:szCs w:val="24"/>
          <w:lang w:val="en-IN" w:eastAsia="en-IN"/>
        </w:rPr>
        <w:t xml:space="preserve"> hissed and flickered, running on reserves, barely enough for a sprint.</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“Go! </w:t>
      </w:r>
      <w:proofErr w:type="spellStart"/>
      <w:r w:rsidRPr="00201FCB">
        <w:rPr>
          <w:rFonts w:ascii="Garamond" w:eastAsia="Times New Roman" w:hAnsi="Garamond" w:cs="Times New Roman"/>
          <w:sz w:val="24"/>
          <w:szCs w:val="24"/>
          <w:lang w:val="en-IN" w:eastAsia="en-IN"/>
        </w:rPr>
        <w:t>Evac</w:t>
      </w:r>
      <w:proofErr w:type="spellEnd"/>
      <w:r w:rsidRPr="00201FCB">
        <w:rPr>
          <w:rFonts w:ascii="Garamond" w:eastAsia="Times New Roman" w:hAnsi="Garamond" w:cs="Times New Roman"/>
          <w:sz w:val="24"/>
          <w:szCs w:val="24"/>
          <w:lang w:val="en-IN" w:eastAsia="en-IN"/>
        </w:rPr>
        <w:t xml:space="preserve"> west tunnel!” </w:t>
      </w:r>
      <w:r w:rsidR="00DB35AB" w:rsidRPr="00201FCB">
        <w:rPr>
          <w:rFonts w:ascii="Garamond" w:eastAsia="Times New Roman" w:hAnsi="Garamond" w:cs="Times New Roman"/>
          <w:sz w:val="24"/>
          <w:szCs w:val="24"/>
          <w:lang w:val="en-IN" w:eastAsia="en-IN"/>
        </w:rPr>
        <w:t>Aarav</w:t>
      </w:r>
      <w:r w:rsidRPr="00201FCB">
        <w:rPr>
          <w:rFonts w:ascii="Garamond" w:eastAsia="Times New Roman" w:hAnsi="Garamond" w:cs="Times New Roman"/>
          <w:sz w:val="24"/>
          <w:szCs w:val="24"/>
          <w:lang w:val="en-IN" w:eastAsia="en-IN"/>
        </w:rPr>
        <w:t xml:space="preserve"> ordered.</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They ran.</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Down collapsed corridors. Past bodies and burning cables. Through a tunnel that once served as a ventilation shaft — now a lifeline.</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Behind them, the timer ticked.</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00:37… 00:29…</w:t>
      </w:r>
    </w:p>
    <w:p w:rsidR="001C6860"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1C6860" w:rsidRPr="00201FCB">
        <w:rPr>
          <w:rFonts w:ascii="Garamond" w:eastAsia="Times New Roman" w:hAnsi="Garamond" w:cs="Times New Roman"/>
          <w:sz w:val="24"/>
          <w:szCs w:val="24"/>
          <w:lang w:val="en-IN" w:eastAsia="en-IN"/>
        </w:rPr>
        <w:t xml:space="preserve"> was the last man out. Dust in his lungs. Heat in his chest. Fire behind his eyes.</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As they burst into the open desert, the morning sun barely cresting the dunes, the ground rumbled.</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A low-frequency shockwave pulsed through the earth.</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Then — a </w:t>
      </w:r>
      <w:r w:rsidRPr="00201FCB">
        <w:rPr>
          <w:rFonts w:ascii="Garamond" w:eastAsia="Times New Roman" w:hAnsi="Garamond" w:cs="Times New Roman"/>
          <w:bCs/>
          <w:sz w:val="24"/>
          <w:szCs w:val="24"/>
          <w:lang w:val="en-IN" w:eastAsia="en-IN"/>
        </w:rPr>
        <w:t>soundless white flash</w:t>
      </w:r>
      <w:r w:rsidRPr="00201FCB">
        <w:rPr>
          <w:rFonts w:ascii="Garamond" w:eastAsia="Times New Roman" w:hAnsi="Garamond" w:cs="Times New Roman"/>
          <w:sz w:val="24"/>
          <w:szCs w:val="24"/>
          <w:lang w:val="en-IN" w:eastAsia="en-IN"/>
        </w:rPr>
        <w:t>.</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madrasa, the bunker, the vault — all of it </w:t>
      </w:r>
      <w:r w:rsidRPr="00201FCB">
        <w:rPr>
          <w:rFonts w:ascii="Garamond" w:eastAsia="Times New Roman" w:hAnsi="Garamond" w:cs="Times New Roman"/>
          <w:bCs/>
          <w:sz w:val="24"/>
          <w:szCs w:val="24"/>
          <w:lang w:val="en-IN" w:eastAsia="en-IN"/>
        </w:rPr>
        <w:t>imploded</w:t>
      </w:r>
      <w:r w:rsidRPr="00201FCB">
        <w:rPr>
          <w:rFonts w:ascii="Garamond" w:eastAsia="Times New Roman" w:hAnsi="Garamond" w:cs="Times New Roman"/>
          <w:sz w:val="24"/>
          <w:szCs w:val="24"/>
          <w:lang w:val="en-IN" w:eastAsia="en-IN"/>
        </w:rPr>
        <w:t>. A mushroom of sand rose like a whisper, not a roar. The micro-nuclear core didn’t vaporize cities. It buried secrets. Erased maps. Burned proof.</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Cs/>
          <w:sz w:val="24"/>
          <w:szCs w:val="24"/>
          <w:lang w:val="en-IN" w:eastAsia="en-IN"/>
        </w:rPr>
        <w:t>The heart of Pakistan’s nuclear command was now a grave.</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eight men watched from a dune, bruised, silent, alive.</w:t>
      </w:r>
    </w:p>
    <w:p w:rsidR="001C6860" w:rsidRPr="00201FCB" w:rsidRDefault="00DB35AB"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Aarav</w:t>
      </w:r>
      <w:r w:rsidR="001C6860" w:rsidRPr="00201FCB">
        <w:rPr>
          <w:rFonts w:ascii="Garamond" w:eastAsia="Times New Roman" w:hAnsi="Garamond" w:cs="Times New Roman"/>
          <w:sz w:val="24"/>
          <w:szCs w:val="24"/>
          <w:lang w:val="en-IN" w:eastAsia="en-IN"/>
        </w:rPr>
        <w:t xml:space="preserve"> looked up at the morning sky.</w:t>
      </w:r>
    </w:p>
    <w:p w:rsidR="001C6860" w:rsidRPr="00201FCB" w:rsidRDefault="001C6860"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for the first time in his life, the heavens felt blind.</w:t>
      </w:r>
    </w:p>
    <w:p w:rsidR="00E14149" w:rsidRPr="00201FCB" w:rsidRDefault="00E14149" w:rsidP="00201FCB">
      <w:pPr>
        <w:autoSpaceDE w:val="0"/>
        <w:autoSpaceDN w:val="0"/>
        <w:spacing w:after="0" w:line="480" w:lineRule="auto"/>
        <w:rPr>
          <w:rFonts w:ascii="Garamond" w:hAnsi="Garamond"/>
          <w:sz w:val="24"/>
          <w:szCs w:val="24"/>
        </w:rPr>
      </w:pPr>
    </w:p>
    <w:p w:rsidR="002F7721" w:rsidRPr="00201FCB" w:rsidRDefault="002F7721" w:rsidP="00201FCB">
      <w:pPr>
        <w:autoSpaceDE w:val="0"/>
        <w:autoSpaceDN w:val="0"/>
        <w:spacing w:after="0" w:line="480" w:lineRule="auto"/>
        <w:rPr>
          <w:rFonts w:ascii="Garamond" w:hAnsi="Garamond"/>
          <w:sz w:val="24"/>
          <w:szCs w:val="24"/>
        </w:rPr>
      </w:pPr>
    </w:p>
    <w:p w:rsidR="002F7721" w:rsidRPr="00201FCB" w:rsidRDefault="002F7721" w:rsidP="00201FCB">
      <w:pPr>
        <w:autoSpaceDE w:val="0"/>
        <w:autoSpaceDN w:val="0"/>
        <w:spacing w:after="0" w:line="480" w:lineRule="auto"/>
        <w:rPr>
          <w:rFonts w:ascii="Garamond" w:hAnsi="Garamond"/>
          <w:sz w:val="24"/>
          <w:szCs w:val="24"/>
        </w:rPr>
      </w:pPr>
    </w:p>
    <w:p w:rsidR="002F7721" w:rsidRPr="00201FCB" w:rsidRDefault="00086BE3" w:rsidP="00201FCB">
      <w:pPr>
        <w:autoSpaceDE w:val="0"/>
        <w:autoSpaceDN w:val="0"/>
        <w:spacing w:after="0" w:line="480" w:lineRule="auto"/>
        <w:rPr>
          <w:rFonts w:ascii="Garamond" w:hAnsi="Garamond"/>
          <w:sz w:val="24"/>
          <w:szCs w:val="24"/>
        </w:rPr>
      </w:pPr>
      <w:r w:rsidRPr="00201FCB">
        <w:rPr>
          <w:rFonts w:ascii="Garamond" w:hAnsi="Garamond"/>
          <w:sz w:val="24"/>
          <w:szCs w:val="24"/>
        </w:rPr>
        <w:lastRenderedPageBreak/>
        <w:t>Epilogue</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confirmation came at 0450 hours.</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Fifteen satellites blinded.</w:t>
      </w:r>
      <w:r w:rsidRPr="00201FCB">
        <w:rPr>
          <w:rFonts w:ascii="Garamond" w:eastAsia="Times New Roman" w:hAnsi="Garamond" w:cs="Times New Roman"/>
          <w:sz w:val="24"/>
          <w:szCs w:val="24"/>
          <w:lang w:val="en-IN" w:eastAsia="en-IN"/>
        </w:rPr>
        <w:br/>
        <w:t>One nuclear site neutralized.</w:t>
      </w:r>
      <w:r w:rsidRPr="00201FCB">
        <w:rPr>
          <w:rFonts w:ascii="Garamond" w:eastAsia="Times New Roman" w:hAnsi="Garamond" w:cs="Times New Roman"/>
          <w:sz w:val="24"/>
          <w:szCs w:val="24"/>
          <w:lang w:val="en-IN" w:eastAsia="en-IN"/>
        </w:rPr>
        <w:br/>
      </w:r>
      <w:proofErr w:type="spellStart"/>
      <w:r w:rsidRPr="00201FCB">
        <w:rPr>
          <w:rFonts w:ascii="Garamond" w:eastAsia="Times New Roman" w:hAnsi="Garamond" w:cs="Times New Roman"/>
          <w:sz w:val="24"/>
          <w:szCs w:val="24"/>
          <w:lang w:val="en-IN" w:eastAsia="en-IN"/>
        </w:rPr>
        <w:t>Zameer</w:t>
      </w:r>
      <w:proofErr w:type="spellEnd"/>
      <w:r w:rsidRPr="00201FCB">
        <w:rPr>
          <w:rFonts w:ascii="Garamond" w:eastAsia="Times New Roman" w:hAnsi="Garamond" w:cs="Times New Roman"/>
          <w:sz w:val="24"/>
          <w:szCs w:val="24"/>
          <w:lang w:val="en-IN" w:eastAsia="en-IN"/>
        </w:rPr>
        <w:t xml:space="preserve"> extracted.</w:t>
      </w:r>
      <w:r w:rsidRPr="00201FCB">
        <w:rPr>
          <w:rFonts w:ascii="Garamond" w:eastAsia="Times New Roman" w:hAnsi="Garamond" w:cs="Times New Roman"/>
          <w:sz w:val="24"/>
          <w:szCs w:val="24"/>
          <w:lang w:val="en-IN" w:eastAsia="en-IN"/>
        </w:rPr>
        <w:br/>
        <w:t>The Dragon distracted.</w:t>
      </w:r>
      <w:r w:rsidRPr="00201FCB">
        <w:rPr>
          <w:rFonts w:ascii="Garamond" w:eastAsia="Times New Roman" w:hAnsi="Garamond" w:cs="Times New Roman"/>
          <w:sz w:val="24"/>
          <w:szCs w:val="24"/>
          <w:lang w:val="en-IN" w:eastAsia="en-IN"/>
        </w:rPr>
        <w:br/>
        <w:t>The world asleep.</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As the last encrypted signal left the hands of those who had made it all possible — Riya, </w:t>
      </w:r>
      <w:proofErr w:type="spellStart"/>
      <w:r w:rsidRPr="00201FCB">
        <w:rPr>
          <w:rFonts w:ascii="Garamond" w:eastAsia="Times New Roman" w:hAnsi="Garamond" w:cs="Times New Roman"/>
          <w:sz w:val="24"/>
          <w:szCs w:val="24"/>
          <w:lang w:val="en-IN" w:eastAsia="en-IN"/>
        </w:rPr>
        <w:t>Bhargavi</w:t>
      </w:r>
      <w:proofErr w:type="spellEnd"/>
      <w:r w:rsidRPr="00201FCB">
        <w:rPr>
          <w:rFonts w:ascii="Garamond" w:eastAsia="Times New Roman" w:hAnsi="Garamond" w:cs="Times New Roman"/>
          <w:sz w:val="24"/>
          <w:szCs w:val="24"/>
          <w:lang w:val="en-IN" w:eastAsia="en-IN"/>
        </w:rPr>
        <w:t>, Indira, Aarav — a second wave of action surged forward, not from a lab or diplomatic room, but from bunkers deep beneath North India.</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
          <w:bCs/>
          <w:sz w:val="24"/>
          <w:szCs w:val="24"/>
          <w:lang w:val="en-IN" w:eastAsia="en-IN"/>
        </w:rPr>
        <w:t xml:space="preserve">Operation </w:t>
      </w:r>
      <w:proofErr w:type="spellStart"/>
      <w:r w:rsidRPr="00201FCB">
        <w:rPr>
          <w:rFonts w:ascii="Garamond" w:eastAsia="Times New Roman" w:hAnsi="Garamond" w:cs="Times New Roman"/>
          <w:b/>
          <w:bCs/>
          <w:sz w:val="24"/>
          <w:szCs w:val="24"/>
          <w:lang w:val="en-IN" w:eastAsia="en-IN"/>
        </w:rPr>
        <w:t>Trishul</w:t>
      </w:r>
      <w:proofErr w:type="spellEnd"/>
      <w:r w:rsidRPr="00201FCB">
        <w:rPr>
          <w:rFonts w:ascii="Garamond" w:eastAsia="Times New Roman" w:hAnsi="Garamond" w:cs="Times New Roman"/>
          <w:b/>
          <w:bCs/>
          <w:sz w:val="24"/>
          <w:szCs w:val="24"/>
          <w:lang w:val="en-IN" w:eastAsia="en-IN"/>
        </w:rPr>
        <w:t xml:space="preserve"> had never been the mission. It was the curtain-raiser.</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At precisely </w:t>
      </w:r>
      <w:r w:rsidRPr="00201FCB">
        <w:rPr>
          <w:rFonts w:ascii="Garamond" w:eastAsia="Times New Roman" w:hAnsi="Garamond" w:cs="Times New Roman"/>
          <w:b/>
          <w:bCs/>
          <w:sz w:val="24"/>
          <w:szCs w:val="24"/>
          <w:lang w:val="en-IN" w:eastAsia="en-IN"/>
        </w:rPr>
        <w:t>0451 hrs IST</w:t>
      </w:r>
      <w:r w:rsidRPr="00201FCB">
        <w:rPr>
          <w:rFonts w:ascii="Garamond" w:eastAsia="Times New Roman" w:hAnsi="Garamond" w:cs="Times New Roman"/>
          <w:sz w:val="24"/>
          <w:szCs w:val="24"/>
          <w:lang w:val="en-IN" w:eastAsia="en-IN"/>
        </w:rPr>
        <w:t xml:space="preserve">, with the satellites still dazed and the global media running loops of digitally seeded distractions, </w:t>
      </w:r>
      <w:r w:rsidRPr="00201FCB">
        <w:rPr>
          <w:rFonts w:ascii="Garamond" w:eastAsia="Times New Roman" w:hAnsi="Garamond" w:cs="Times New Roman"/>
          <w:b/>
          <w:bCs/>
          <w:sz w:val="24"/>
          <w:szCs w:val="24"/>
          <w:lang w:val="en-IN" w:eastAsia="en-IN"/>
        </w:rPr>
        <w:t xml:space="preserve">India launched a full-spectrum military assault across the </w:t>
      </w:r>
      <w:r w:rsidRPr="00201FCB">
        <w:rPr>
          <w:rFonts w:ascii="Garamond" w:eastAsia="Times New Roman" w:hAnsi="Garamond" w:cs="Times New Roman"/>
          <w:b/>
          <w:bCs/>
          <w:sz w:val="24"/>
          <w:szCs w:val="24"/>
          <w:lang w:val="en-IN" w:eastAsia="en-IN"/>
        </w:rPr>
        <w:lastRenderedPageBreak/>
        <w:t>western frontier.</w:t>
      </w:r>
      <w:r w:rsidRPr="00201FCB">
        <w:rPr>
          <w:rFonts w:ascii="Garamond" w:eastAsia="Times New Roman" w:hAnsi="Garamond" w:cs="Times New Roman"/>
          <w:sz w:val="24"/>
          <w:szCs w:val="24"/>
          <w:lang w:val="en-IN" w:eastAsia="en-IN"/>
        </w:rPr>
        <w:t xml:space="preserve"> It was not a war declaration. It was a decision — delivered with tanks, missiles, and momentum.</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Within six hours, Pakistan’s borders had collapsed under the weight of precision strikes. Air dominance was total. Command structures fell silent. Resistance was fragmented and leaderless. </w:t>
      </w:r>
      <w:r w:rsidRPr="00201FCB">
        <w:rPr>
          <w:rFonts w:ascii="Garamond" w:eastAsia="Times New Roman" w:hAnsi="Garamond" w:cs="Times New Roman"/>
          <w:b/>
          <w:bCs/>
          <w:sz w:val="24"/>
          <w:szCs w:val="24"/>
          <w:lang w:val="en-IN" w:eastAsia="en-IN"/>
        </w:rPr>
        <w:t>By the twenty-fourth hour</w:t>
      </w:r>
      <w:r w:rsidRPr="00201FCB">
        <w:rPr>
          <w:rFonts w:ascii="Garamond" w:eastAsia="Times New Roman" w:hAnsi="Garamond" w:cs="Times New Roman"/>
          <w:sz w:val="24"/>
          <w:szCs w:val="24"/>
          <w:lang w:val="en-IN" w:eastAsia="en-IN"/>
        </w:rPr>
        <w:t>, the state of Pakistan — already hollowed from within — was no longer a single entity.</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
          <w:bCs/>
          <w:sz w:val="24"/>
          <w:szCs w:val="24"/>
          <w:lang w:val="en-IN" w:eastAsia="en-IN"/>
        </w:rPr>
        <w:t>Kashmir was reclaimed</w:t>
      </w:r>
      <w:r w:rsidRPr="00201FCB">
        <w:rPr>
          <w:rFonts w:ascii="Garamond" w:eastAsia="Times New Roman" w:hAnsi="Garamond" w:cs="Times New Roman"/>
          <w:sz w:val="24"/>
          <w:szCs w:val="24"/>
          <w:lang w:val="en-IN" w:eastAsia="en-IN"/>
        </w:rPr>
        <w:t>, whole and indivisible.</w:t>
      </w:r>
      <w:r w:rsidRPr="00201FCB">
        <w:rPr>
          <w:rFonts w:ascii="Garamond" w:eastAsia="Times New Roman" w:hAnsi="Garamond" w:cs="Times New Roman"/>
          <w:sz w:val="24"/>
          <w:szCs w:val="24"/>
          <w:lang w:val="en-IN" w:eastAsia="en-IN"/>
        </w:rPr>
        <w:br/>
        <w:t xml:space="preserve">Parts of </w:t>
      </w:r>
      <w:r w:rsidRPr="00201FCB">
        <w:rPr>
          <w:rFonts w:ascii="Garamond" w:eastAsia="Times New Roman" w:hAnsi="Garamond" w:cs="Times New Roman"/>
          <w:b/>
          <w:bCs/>
          <w:sz w:val="24"/>
          <w:szCs w:val="24"/>
          <w:lang w:val="en-IN" w:eastAsia="en-IN"/>
        </w:rPr>
        <w:t>Punjab and Sindh</w:t>
      </w:r>
      <w:r w:rsidRPr="00201FCB">
        <w:rPr>
          <w:rFonts w:ascii="Garamond" w:eastAsia="Times New Roman" w:hAnsi="Garamond" w:cs="Times New Roman"/>
          <w:sz w:val="24"/>
          <w:szCs w:val="24"/>
          <w:lang w:val="en-IN" w:eastAsia="en-IN"/>
        </w:rPr>
        <w:t xml:space="preserve"> fell swiftly, surrendered by exhausted units who no longer knew who they were fighting for.</w:t>
      </w:r>
      <w:r w:rsidRPr="00201FCB">
        <w:rPr>
          <w:rFonts w:ascii="Garamond" w:eastAsia="Times New Roman" w:hAnsi="Garamond" w:cs="Times New Roman"/>
          <w:sz w:val="24"/>
          <w:szCs w:val="24"/>
          <w:lang w:val="en-IN" w:eastAsia="en-IN"/>
        </w:rPr>
        <w:br/>
        <w:t xml:space="preserve">In </w:t>
      </w:r>
      <w:proofErr w:type="spellStart"/>
      <w:r w:rsidRPr="00201FCB">
        <w:rPr>
          <w:rFonts w:ascii="Garamond" w:eastAsia="Times New Roman" w:hAnsi="Garamond" w:cs="Times New Roman"/>
          <w:b/>
          <w:bCs/>
          <w:sz w:val="24"/>
          <w:szCs w:val="24"/>
          <w:lang w:val="en-IN" w:eastAsia="en-IN"/>
        </w:rPr>
        <w:t>Balochistan</w:t>
      </w:r>
      <w:proofErr w:type="spellEnd"/>
      <w:r w:rsidRPr="00201FCB">
        <w:rPr>
          <w:rFonts w:ascii="Garamond" w:eastAsia="Times New Roman" w:hAnsi="Garamond" w:cs="Times New Roman"/>
          <w:sz w:val="24"/>
          <w:szCs w:val="24"/>
          <w:lang w:val="en-IN" w:eastAsia="en-IN"/>
        </w:rPr>
        <w:t xml:space="preserve">, a long-awaited voice rose — the </w:t>
      </w:r>
      <w:r w:rsidRPr="00201FCB">
        <w:rPr>
          <w:rFonts w:ascii="Garamond" w:eastAsia="Times New Roman" w:hAnsi="Garamond" w:cs="Times New Roman"/>
          <w:b/>
          <w:bCs/>
          <w:sz w:val="24"/>
          <w:szCs w:val="24"/>
          <w:lang w:val="en-IN" w:eastAsia="en-IN"/>
        </w:rPr>
        <w:t>BLA declared independence</w:t>
      </w:r>
      <w:r w:rsidRPr="00201FCB">
        <w:rPr>
          <w:rFonts w:ascii="Garamond" w:eastAsia="Times New Roman" w:hAnsi="Garamond" w:cs="Times New Roman"/>
          <w:sz w:val="24"/>
          <w:szCs w:val="24"/>
          <w:lang w:val="en-IN" w:eastAsia="en-IN"/>
        </w:rPr>
        <w:t>, claiming what the region had always believed was its due.</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
          <w:bCs/>
          <w:sz w:val="24"/>
          <w:szCs w:val="24"/>
          <w:lang w:val="en-IN" w:eastAsia="en-IN"/>
        </w:rPr>
        <w:t>NWFP</w:t>
      </w:r>
      <w:r w:rsidRPr="00201FCB">
        <w:rPr>
          <w:rFonts w:ascii="Garamond" w:eastAsia="Times New Roman" w:hAnsi="Garamond" w:cs="Times New Roman"/>
          <w:sz w:val="24"/>
          <w:szCs w:val="24"/>
          <w:lang w:val="en-IN" w:eastAsia="en-IN"/>
        </w:rPr>
        <w:t xml:space="preserve">, fractured and tribal, realigned itself with </w:t>
      </w:r>
      <w:r w:rsidRPr="00201FCB">
        <w:rPr>
          <w:rFonts w:ascii="Garamond" w:eastAsia="Times New Roman" w:hAnsi="Garamond" w:cs="Times New Roman"/>
          <w:b/>
          <w:bCs/>
          <w:sz w:val="24"/>
          <w:szCs w:val="24"/>
          <w:lang w:val="en-IN" w:eastAsia="en-IN"/>
        </w:rPr>
        <w:t>Afghanistan</w:t>
      </w:r>
      <w:r w:rsidRPr="00201FCB">
        <w:rPr>
          <w:rFonts w:ascii="Garamond" w:eastAsia="Times New Roman" w:hAnsi="Garamond" w:cs="Times New Roman"/>
          <w:sz w:val="24"/>
          <w:szCs w:val="24"/>
          <w:lang w:val="en-IN" w:eastAsia="en-IN"/>
        </w:rPr>
        <w:t>, fulfilling the covert promise India had quietly offered months ago.</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sz w:val="24"/>
          <w:szCs w:val="24"/>
          <w:lang w:val="en-IN" w:eastAsia="en-IN"/>
        </w:rPr>
        <w:lastRenderedPageBreak/>
        <w:t>And in what remained of central Pakistan, only confusion echoed — as politicians fled, borders blurred, and a stunned population was left to interpret the silence.</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The world tried to speak.</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w:t>
      </w:r>
      <w:r w:rsidRPr="00201FCB">
        <w:rPr>
          <w:rFonts w:ascii="Garamond" w:eastAsia="Times New Roman" w:hAnsi="Garamond" w:cs="Times New Roman"/>
          <w:b/>
          <w:bCs/>
          <w:sz w:val="24"/>
          <w:szCs w:val="24"/>
          <w:lang w:val="en-IN" w:eastAsia="en-IN"/>
        </w:rPr>
        <w:t>UN called for restraint</w:t>
      </w:r>
      <w:r w:rsidRPr="00201FCB">
        <w:rPr>
          <w:rFonts w:ascii="Garamond" w:eastAsia="Times New Roman" w:hAnsi="Garamond" w:cs="Times New Roman"/>
          <w:sz w:val="24"/>
          <w:szCs w:val="24"/>
          <w:lang w:val="en-IN" w:eastAsia="en-IN"/>
        </w:rPr>
        <w:t>, but the facts on the ground moved faster than resolutions.</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
          <w:bCs/>
          <w:sz w:val="24"/>
          <w:szCs w:val="24"/>
          <w:lang w:val="en-IN" w:eastAsia="en-IN"/>
        </w:rPr>
        <w:t>China and Turkey hesitated</w:t>
      </w:r>
      <w:r w:rsidRPr="00201FCB">
        <w:rPr>
          <w:rFonts w:ascii="Garamond" w:eastAsia="Times New Roman" w:hAnsi="Garamond" w:cs="Times New Roman"/>
          <w:sz w:val="24"/>
          <w:szCs w:val="24"/>
          <w:lang w:val="en-IN" w:eastAsia="en-IN"/>
        </w:rPr>
        <w:t>, surprised and off balance, unwilling to confront what looked like a fait accompli.</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
          <w:bCs/>
          <w:sz w:val="24"/>
          <w:szCs w:val="24"/>
          <w:lang w:val="en-IN" w:eastAsia="en-IN"/>
        </w:rPr>
        <w:t>Iran</w:t>
      </w:r>
      <w:r w:rsidRPr="00201FCB">
        <w:rPr>
          <w:rFonts w:ascii="Garamond" w:eastAsia="Times New Roman" w:hAnsi="Garamond" w:cs="Times New Roman"/>
          <w:sz w:val="24"/>
          <w:szCs w:val="24"/>
          <w:lang w:val="en-IN" w:eastAsia="en-IN"/>
        </w:rPr>
        <w:t>, though uneasy, found itself watching carefully — unwilling to jeopardize its own fragile equilibrium.</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
          <w:bCs/>
          <w:sz w:val="24"/>
          <w:szCs w:val="24"/>
          <w:lang w:val="en-IN" w:eastAsia="en-IN"/>
        </w:rPr>
        <w:t>The United States</w:t>
      </w:r>
      <w:r w:rsidRPr="00201FCB">
        <w:rPr>
          <w:rFonts w:ascii="Garamond" w:eastAsia="Times New Roman" w:hAnsi="Garamond" w:cs="Times New Roman"/>
          <w:sz w:val="24"/>
          <w:szCs w:val="24"/>
          <w:lang w:val="en-IN" w:eastAsia="en-IN"/>
        </w:rPr>
        <w:t>, fed just enough ambiguity by Indira Rai, blinked... and said nothing.</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 xml:space="preserve">The operation that began in shadows had ended with </w:t>
      </w:r>
      <w:r w:rsidRPr="00201FCB">
        <w:rPr>
          <w:rFonts w:ascii="Garamond" w:eastAsia="Times New Roman" w:hAnsi="Garamond" w:cs="Times New Roman"/>
          <w:b/>
          <w:bCs/>
          <w:sz w:val="24"/>
          <w:szCs w:val="24"/>
          <w:lang w:val="en-IN" w:eastAsia="en-IN"/>
        </w:rPr>
        <w:t>borders redrawn</w:t>
      </w:r>
      <w:r w:rsidRPr="00201FCB">
        <w:rPr>
          <w:rFonts w:ascii="Garamond" w:eastAsia="Times New Roman" w:hAnsi="Garamond" w:cs="Times New Roman"/>
          <w:sz w:val="24"/>
          <w:szCs w:val="24"/>
          <w:lang w:val="en-IN" w:eastAsia="en-IN"/>
        </w:rPr>
        <w:t>.</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For India, it was not revenge. It was resolve.</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lastRenderedPageBreak/>
        <w:t>The western border, once a festering wound, was sealed. Not with wire or treaties — but with certainty.</w:t>
      </w:r>
    </w:p>
    <w:p w:rsidR="00086BE3" w:rsidRPr="00201FCB" w:rsidRDefault="00086BE3" w:rsidP="00201FCB">
      <w:pPr>
        <w:spacing w:before="100"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sz w:val="24"/>
          <w:szCs w:val="24"/>
          <w:lang w:val="en-IN" w:eastAsia="en-IN"/>
        </w:rPr>
        <w:t>And as the dust settled, it became clear to every capital watching:</w:t>
      </w:r>
    </w:p>
    <w:p w:rsidR="00086BE3" w:rsidRPr="00201FCB" w:rsidRDefault="00086BE3" w:rsidP="00201FCB">
      <w:pPr>
        <w:spacing w:beforeAutospacing="1" w:after="100" w:afterAutospacing="1" w:line="480" w:lineRule="auto"/>
        <w:rPr>
          <w:rFonts w:ascii="Garamond" w:eastAsia="Times New Roman" w:hAnsi="Garamond" w:cs="Times New Roman"/>
          <w:sz w:val="24"/>
          <w:szCs w:val="24"/>
          <w:lang w:val="en-IN" w:eastAsia="en-IN"/>
        </w:rPr>
      </w:pPr>
      <w:r w:rsidRPr="00201FCB">
        <w:rPr>
          <w:rFonts w:ascii="Garamond" w:eastAsia="Times New Roman" w:hAnsi="Garamond" w:cs="Times New Roman"/>
          <w:b/>
          <w:bCs/>
          <w:sz w:val="24"/>
          <w:szCs w:val="24"/>
          <w:lang w:val="en-IN" w:eastAsia="en-IN"/>
        </w:rPr>
        <w:t>India would no longer ask for a seat at the global table.</w:t>
      </w:r>
      <w:r w:rsidRPr="00201FCB">
        <w:rPr>
          <w:rFonts w:ascii="Garamond" w:eastAsia="Times New Roman" w:hAnsi="Garamond" w:cs="Times New Roman"/>
          <w:sz w:val="24"/>
          <w:szCs w:val="24"/>
          <w:lang w:val="en-IN" w:eastAsia="en-IN"/>
        </w:rPr>
        <w:br/>
      </w:r>
      <w:r w:rsidRPr="00201FCB">
        <w:rPr>
          <w:rFonts w:ascii="Garamond" w:eastAsia="Times New Roman" w:hAnsi="Garamond" w:cs="Times New Roman"/>
          <w:b/>
          <w:bCs/>
          <w:sz w:val="24"/>
          <w:szCs w:val="24"/>
          <w:lang w:val="en-IN" w:eastAsia="en-IN"/>
        </w:rPr>
        <w:t>It had already taken one</w:t>
      </w:r>
    </w:p>
    <w:p w:rsidR="00086BE3" w:rsidRPr="00201FCB" w:rsidRDefault="00086BE3" w:rsidP="00201FCB">
      <w:pPr>
        <w:autoSpaceDE w:val="0"/>
        <w:autoSpaceDN w:val="0"/>
        <w:spacing w:after="0" w:line="480" w:lineRule="auto"/>
        <w:rPr>
          <w:rFonts w:ascii="Garamond" w:hAnsi="Garamond"/>
          <w:sz w:val="24"/>
          <w:szCs w:val="24"/>
        </w:rPr>
      </w:pPr>
    </w:p>
    <w:sectPr w:rsidR="00086BE3" w:rsidRPr="00201FCB" w:rsidSect="00034616">
      <w:pgSz w:w="8000" w:h="12000"/>
      <w:pgMar w:top="442" w:right="1440" w:bottom="1440" w:left="6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352" w:rsidRDefault="00862352" w:rsidP="00A354CB">
      <w:pPr>
        <w:spacing w:after="0" w:line="240" w:lineRule="auto"/>
      </w:pPr>
      <w:r>
        <w:separator/>
      </w:r>
    </w:p>
  </w:endnote>
  <w:endnote w:type="continuationSeparator" w:id="0">
    <w:p w:rsidR="00862352" w:rsidRDefault="00862352" w:rsidP="00A35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haris SIL Regular">
    <w:altName w:val="Times New Roman"/>
    <w:panose1 w:val="00000000000000000000"/>
    <w:charset w:val="00"/>
    <w:family w:val="roman"/>
    <w:notTrueType/>
    <w:pitch w:val="default"/>
  </w:font>
  <w:font w:name="Charis SIL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4275717"/>
      <w:docPartObj>
        <w:docPartGallery w:val="Page Numbers (Bottom of Page)"/>
        <w:docPartUnique/>
      </w:docPartObj>
    </w:sdtPr>
    <w:sdtEndPr>
      <w:rPr>
        <w:noProof/>
      </w:rPr>
    </w:sdtEndPr>
    <w:sdtContent>
      <w:p w:rsidR="00646DF3" w:rsidRDefault="00646DF3">
        <w:pPr>
          <w:pStyle w:val="Footer"/>
          <w:jc w:val="center"/>
        </w:pPr>
        <w:r>
          <w:fldChar w:fldCharType="begin"/>
        </w:r>
        <w:r>
          <w:instrText xml:space="preserve"> PAGE   \* MERGEFORMAT </w:instrText>
        </w:r>
        <w:r>
          <w:fldChar w:fldCharType="separate"/>
        </w:r>
        <w:r w:rsidR="0006634C">
          <w:rPr>
            <w:noProof/>
          </w:rPr>
          <w:t>24</w:t>
        </w:r>
        <w:r>
          <w:rPr>
            <w:noProof/>
          </w:rPr>
          <w:fldChar w:fldCharType="end"/>
        </w:r>
      </w:p>
    </w:sdtContent>
  </w:sdt>
  <w:p w:rsidR="00646DF3" w:rsidRDefault="00646D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352" w:rsidRDefault="00862352" w:rsidP="00A354CB">
      <w:pPr>
        <w:spacing w:after="0" w:line="240" w:lineRule="auto"/>
      </w:pPr>
      <w:r>
        <w:separator/>
      </w:r>
    </w:p>
  </w:footnote>
  <w:footnote w:type="continuationSeparator" w:id="0">
    <w:p w:rsidR="00862352" w:rsidRDefault="00862352" w:rsidP="00A35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B604BAB"/>
    <w:multiLevelType w:val="multilevel"/>
    <w:tmpl w:val="5D58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63231"/>
    <w:multiLevelType w:val="multilevel"/>
    <w:tmpl w:val="811E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B744C5"/>
    <w:multiLevelType w:val="multilevel"/>
    <w:tmpl w:val="1316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6475B6"/>
    <w:multiLevelType w:val="multilevel"/>
    <w:tmpl w:val="3864D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0"/>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4F27"/>
    <w:rsid w:val="0006634C"/>
    <w:rsid w:val="00086BE3"/>
    <w:rsid w:val="000B278E"/>
    <w:rsid w:val="001114AC"/>
    <w:rsid w:val="00115A97"/>
    <w:rsid w:val="0015074B"/>
    <w:rsid w:val="0016219A"/>
    <w:rsid w:val="001C6860"/>
    <w:rsid w:val="001D1ADB"/>
    <w:rsid w:val="001E7288"/>
    <w:rsid w:val="001F29F9"/>
    <w:rsid w:val="001F44EF"/>
    <w:rsid w:val="001F6998"/>
    <w:rsid w:val="00201FCB"/>
    <w:rsid w:val="00245790"/>
    <w:rsid w:val="00255C54"/>
    <w:rsid w:val="0025790A"/>
    <w:rsid w:val="00291377"/>
    <w:rsid w:val="0029639D"/>
    <w:rsid w:val="002A2F77"/>
    <w:rsid w:val="002F7721"/>
    <w:rsid w:val="00326F90"/>
    <w:rsid w:val="0036109D"/>
    <w:rsid w:val="003969E6"/>
    <w:rsid w:val="00433ECC"/>
    <w:rsid w:val="004661F8"/>
    <w:rsid w:val="004F40FF"/>
    <w:rsid w:val="00544EB1"/>
    <w:rsid w:val="0056698D"/>
    <w:rsid w:val="0058314D"/>
    <w:rsid w:val="005B52AE"/>
    <w:rsid w:val="005D016A"/>
    <w:rsid w:val="00646DF3"/>
    <w:rsid w:val="006527AE"/>
    <w:rsid w:val="00655052"/>
    <w:rsid w:val="00674A4C"/>
    <w:rsid w:val="00692B15"/>
    <w:rsid w:val="006A0160"/>
    <w:rsid w:val="00773063"/>
    <w:rsid w:val="007B7356"/>
    <w:rsid w:val="007D6EB8"/>
    <w:rsid w:val="00800A75"/>
    <w:rsid w:val="008042C7"/>
    <w:rsid w:val="00862352"/>
    <w:rsid w:val="008B06AA"/>
    <w:rsid w:val="009265FE"/>
    <w:rsid w:val="00976423"/>
    <w:rsid w:val="00996990"/>
    <w:rsid w:val="009A35A1"/>
    <w:rsid w:val="009B1078"/>
    <w:rsid w:val="009D395A"/>
    <w:rsid w:val="009D5F83"/>
    <w:rsid w:val="009D638E"/>
    <w:rsid w:val="009D7195"/>
    <w:rsid w:val="009E1615"/>
    <w:rsid w:val="00A354CB"/>
    <w:rsid w:val="00A565DF"/>
    <w:rsid w:val="00A808D1"/>
    <w:rsid w:val="00AA1D8D"/>
    <w:rsid w:val="00AA3CE4"/>
    <w:rsid w:val="00AB5B81"/>
    <w:rsid w:val="00AB6C38"/>
    <w:rsid w:val="00AE768F"/>
    <w:rsid w:val="00B47730"/>
    <w:rsid w:val="00B565B4"/>
    <w:rsid w:val="00B837A5"/>
    <w:rsid w:val="00BB2462"/>
    <w:rsid w:val="00C30C26"/>
    <w:rsid w:val="00C66709"/>
    <w:rsid w:val="00CB0664"/>
    <w:rsid w:val="00CF36F8"/>
    <w:rsid w:val="00D928E3"/>
    <w:rsid w:val="00DB35AB"/>
    <w:rsid w:val="00DB7551"/>
    <w:rsid w:val="00E14149"/>
    <w:rsid w:val="00E42184"/>
    <w:rsid w:val="00E85269"/>
    <w:rsid w:val="00E8650C"/>
    <w:rsid w:val="00EA1B68"/>
    <w:rsid w:val="00EA71F6"/>
    <w:rsid w:val="00EC4208"/>
    <w:rsid w:val="00ED20E8"/>
    <w:rsid w:val="00F007EA"/>
    <w:rsid w:val="00F239B6"/>
    <w:rsid w:val="00F460A5"/>
    <w:rsid w:val="00F87D3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719C47"/>
  <w14:defaultImageDpi w14:val="300"/>
  <w15:docId w15:val="{6FED8503-8A59-40CB-9524-1A72C100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85269"/>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92623">
      <w:bodyDiv w:val="1"/>
      <w:marLeft w:val="0"/>
      <w:marRight w:val="0"/>
      <w:marTop w:val="0"/>
      <w:marBottom w:val="0"/>
      <w:divBdr>
        <w:top w:val="none" w:sz="0" w:space="0" w:color="auto"/>
        <w:left w:val="none" w:sz="0" w:space="0" w:color="auto"/>
        <w:bottom w:val="none" w:sz="0" w:space="0" w:color="auto"/>
        <w:right w:val="none" w:sz="0" w:space="0" w:color="auto"/>
      </w:divBdr>
    </w:div>
    <w:div w:id="57481219">
      <w:bodyDiv w:val="1"/>
      <w:marLeft w:val="0"/>
      <w:marRight w:val="0"/>
      <w:marTop w:val="0"/>
      <w:marBottom w:val="0"/>
      <w:divBdr>
        <w:top w:val="none" w:sz="0" w:space="0" w:color="auto"/>
        <w:left w:val="none" w:sz="0" w:space="0" w:color="auto"/>
        <w:bottom w:val="none" w:sz="0" w:space="0" w:color="auto"/>
        <w:right w:val="none" w:sz="0" w:space="0" w:color="auto"/>
      </w:divBdr>
    </w:div>
    <w:div w:id="87820776">
      <w:bodyDiv w:val="1"/>
      <w:marLeft w:val="0"/>
      <w:marRight w:val="0"/>
      <w:marTop w:val="0"/>
      <w:marBottom w:val="0"/>
      <w:divBdr>
        <w:top w:val="none" w:sz="0" w:space="0" w:color="auto"/>
        <w:left w:val="none" w:sz="0" w:space="0" w:color="auto"/>
        <w:bottom w:val="none" w:sz="0" w:space="0" w:color="auto"/>
        <w:right w:val="none" w:sz="0" w:space="0" w:color="auto"/>
      </w:divBdr>
      <w:divsChild>
        <w:div w:id="1389108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792170">
      <w:bodyDiv w:val="1"/>
      <w:marLeft w:val="0"/>
      <w:marRight w:val="0"/>
      <w:marTop w:val="0"/>
      <w:marBottom w:val="0"/>
      <w:divBdr>
        <w:top w:val="none" w:sz="0" w:space="0" w:color="auto"/>
        <w:left w:val="none" w:sz="0" w:space="0" w:color="auto"/>
        <w:bottom w:val="none" w:sz="0" w:space="0" w:color="auto"/>
        <w:right w:val="none" w:sz="0" w:space="0" w:color="auto"/>
      </w:divBdr>
    </w:div>
    <w:div w:id="132262522">
      <w:bodyDiv w:val="1"/>
      <w:marLeft w:val="0"/>
      <w:marRight w:val="0"/>
      <w:marTop w:val="0"/>
      <w:marBottom w:val="0"/>
      <w:divBdr>
        <w:top w:val="none" w:sz="0" w:space="0" w:color="auto"/>
        <w:left w:val="none" w:sz="0" w:space="0" w:color="auto"/>
        <w:bottom w:val="none" w:sz="0" w:space="0" w:color="auto"/>
        <w:right w:val="none" w:sz="0" w:space="0" w:color="auto"/>
      </w:divBdr>
    </w:div>
    <w:div w:id="137035930">
      <w:bodyDiv w:val="1"/>
      <w:marLeft w:val="0"/>
      <w:marRight w:val="0"/>
      <w:marTop w:val="0"/>
      <w:marBottom w:val="0"/>
      <w:divBdr>
        <w:top w:val="none" w:sz="0" w:space="0" w:color="auto"/>
        <w:left w:val="none" w:sz="0" w:space="0" w:color="auto"/>
        <w:bottom w:val="none" w:sz="0" w:space="0" w:color="auto"/>
        <w:right w:val="none" w:sz="0" w:space="0" w:color="auto"/>
      </w:divBdr>
    </w:div>
    <w:div w:id="148910277">
      <w:bodyDiv w:val="1"/>
      <w:marLeft w:val="0"/>
      <w:marRight w:val="0"/>
      <w:marTop w:val="0"/>
      <w:marBottom w:val="0"/>
      <w:divBdr>
        <w:top w:val="none" w:sz="0" w:space="0" w:color="auto"/>
        <w:left w:val="none" w:sz="0" w:space="0" w:color="auto"/>
        <w:bottom w:val="none" w:sz="0" w:space="0" w:color="auto"/>
        <w:right w:val="none" w:sz="0" w:space="0" w:color="auto"/>
      </w:divBdr>
      <w:divsChild>
        <w:div w:id="2008361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682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95274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412041">
      <w:bodyDiv w:val="1"/>
      <w:marLeft w:val="0"/>
      <w:marRight w:val="0"/>
      <w:marTop w:val="0"/>
      <w:marBottom w:val="0"/>
      <w:divBdr>
        <w:top w:val="none" w:sz="0" w:space="0" w:color="auto"/>
        <w:left w:val="none" w:sz="0" w:space="0" w:color="auto"/>
        <w:bottom w:val="none" w:sz="0" w:space="0" w:color="auto"/>
        <w:right w:val="none" w:sz="0" w:space="0" w:color="auto"/>
      </w:divBdr>
    </w:div>
    <w:div w:id="229463939">
      <w:bodyDiv w:val="1"/>
      <w:marLeft w:val="0"/>
      <w:marRight w:val="0"/>
      <w:marTop w:val="0"/>
      <w:marBottom w:val="0"/>
      <w:divBdr>
        <w:top w:val="none" w:sz="0" w:space="0" w:color="auto"/>
        <w:left w:val="none" w:sz="0" w:space="0" w:color="auto"/>
        <w:bottom w:val="none" w:sz="0" w:space="0" w:color="auto"/>
        <w:right w:val="none" w:sz="0" w:space="0" w:color="auto"/>
      </w:divBdr>
    </w:div>
    <w:div w:id="253982189">
      <w:bodyDiv w:val="1"/>
      <w:marLeft w:val="0"/>
      <w:marRight w:val="0"/>
      <w:marTop w:val="0"/>
      <w:marBottom w:val="0"/>
      <w:divBdr>
        <w:top w:val="none" w:sz="0" w:space="0" w:color="auto"/>
        <w:left w:val="none" w:sz="0" w:space="0" w:color="auto"/>
        <w:bottom w:val="none" w:sz="0" w:space="0" w:color="auto"/>
        <w:right w:val="none" w:sz="0" w:space="0" w:color="auto"/>
      </w:divBdr>
    </w:div>
    <w:div w:id="256713669">
      <w:bodyDiv w:val="1"/>
      <w:marLeft w:val="0"/>
      <w:marRight w:val="0"/>
      <w:marTop w:val="0"/>
      <w:marBottom w:val="0"/>
      <w:divBdr>
        <w:top w:val="none" w:sz="0" w:space="0" w:color="auto"/>
        <w:left w:val="none" w:sz="0" w:space="0" w:color="auto"/>
        <w:bottom w:val="none" w:sz="0" w:space="0" w:color="auto"/>
        <w:right w:val="none" w:sz="0" w:space="0" w:color="auto"/>
      </w:divBdr>
    </w:div>
    <w:div w:id="264771774">
      <w:bodyDiv w:val="1"/>
      <w:marLeft w:val="0"/>
      <w:marRight w:val="0"/>
      <w:marTop w:val="0"/>
      <w:marBottom w:val="0"/>
      <w:divBdr>
        <w:top w:val="none" w:sz="0" w:space="0" w:color="auto"/>
        <w:left w:val="none" w:sz="0" w:space="0" w:color="auto"/>
        <w:bottom w:val="none" w:sz="0" w:space="0" w:color="auto"/>
        <w:right w:val="none" w:sz="0" w:space="0" w:color="auto"/>
      </w:divBdr>
    </w:div>
    <w:div w:id="295765400">
      <w:bodyDiv w:val="1"/>
      <w:marLeft w:val="0"/>
      <w:marRight w:val="0"/>
      <w:marTop w:val="0"/>
      <w:marBottom w:val="0"/>
      <w:divBdr>
        <w:top w:val="none" w:sz="0" w:space="0" w:color="auto"/>
        <w:left w:val="none" w:sz="0" w:space="0" w:color="auto"/>
        <w:bottom w:val="none" w:sz="0" w:space="0" w:color="auto"/>
        <w:right w:val="none" w:sz="0" w:space="0" w:color="auto"/>
      </w:divBdr>
      <w:divsChild>
        <w:div w:id="395855047">
          <w:blockQuote w:val="1"/>
          <w:marLeft w:val="720"/>
          <w:marRight w:val="720"/>
          <w:marTop w:val="100"/>
          <w:marBottom w:val="100"/>
          <w:divBdr>
            <w:top w:val="none" w:sz="0" w:space="0" w:color="auto"/>
            <w:left w:val="none" w:sz="0" w:space="0" w:color="auto"/>
            <w:bottom w:val="none" w:sz="0" w:space="0" w:color="auto"/>
            <w:right w:val="none" w:sz="0" w:space="0" w:color="auto"/>
          </w:divBdr>
        </w:div>
        <w:div w:id="714163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1723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968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4526988">
      <w:bodyDiv w:val="1"/>
      <w:marLeft w:val="0"/>
      <w:marRight w:val="0"/>
      <w:marTop w:val="0"/>
      <w:marBottom w:val="0"/>
      <w:divBdr>
        <w:top w:val="none" w:sz="0" w:space="0" w:color="auto"/>
        <w:left w:val="none" w:sz="0" w:space="0" w:color="auto"/>
        <w:bottom w:val="none" w:sz="0" w:space="0" w:color="auto"/>
        <w:right w:val="none" w:sz="0" w:space="0" w:color="auto"/>
      </w:divBdr>
    </w:div>
    <w:div w:id="386075103">
      <w:bodyDiv w:val="1"/>
      <w:marLeft w:val="0"/>
      <w:marRight w:val="0"/>
      <w:marTop w:val="0"/>
      <w:marBottom w:val="0"/>
      <w:divBdr>
        <w:top w:val="none" w:sz="0" w:space="0" w:color="auto"/>
        <w:left w:val="none" w:sz="0" w:space="0" w:color="auto"/>
        <w:bottom w:val="none" w:sz="0" w:space="0" w:color="auto"/>
        <w:right w:val="none" w:sz="0" w:space="0" w:color="auto"/>
      </w:divBdr>
      <w:divsChild>
        <w:div w:id="2696290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661558">
          <w:blockQuote w:val="1"/>
          <w:marLeft w:val="720"/>
          <w:marRight w:val="720"/>
          <w:marTop w:val="100"/>
          <w:marBottom w:val="100"/>
          <w:divBdr>
            <w:top w:val="none" w:sz="0" w:space="0" w:color="auto"/>
            <w:left w:val="none" w:sz="0" w:space="0" w:color="auto"/>
            <w:bottom w:val="none" w:sz="0" w:space="0" w:color="auto"/>
            <w:right w:val="none" w:sz="0" w:space="0" w:color="auto"/>
          </w:divBdr>
        </w:div>
        <w:div w:id="842430464">
          <w:blockQuote w:val="1"/>
          <w:marLeft w:val="720"/>
          <w:marRight w:val="720"/>
          <w:marTop w:val="100"/>
          <w:marBottom w:val="100"/>
          <w:divBdr>
            <w:top w:val="none" w:sz="0" w:space="0" w:color="auto"/>
            <w:left w:val="none" w:sz="0" w:space="0" w:color="auto"/>
            <w:bottom w:val="none" w:sz="0" w:space="0" w:color="auto"/>
            <w:right w:val="none" w:sz="0" w:space="0" w:color="auto"/>
          </w:divBdr>
        </w:div>
        <w:div w:id="873229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5588794">
      <w:bodyDiv w:val="1"/>
      <w:marLeft w:val="0"/>
      <w:marRight w:val="0"/>
      <w:marTop w:val="0"/>
      <w:marBottom w:val="0"/>
      <w:divBdr>
        <w:top w:val="none" w:sz="0" w:space="0" w:color="auto"/>
        <w:left w:val="none" w:sz="0" w:space="0" w:color="auto"/>
        <w:bottom w:val="none" w:sz="0" w:space="0" w:color="auto"/>
        <w:right w:val="none" w:sz="0" w:space="0" w:color="auto"/>
      </w:divBdr>
    </w:div>
    <w:div w:id="417336708">
      <w:bodyDiv w:val="1"/>
      <w:marLeft w:val="0"/>
      <w:marRight w:val="0"/>
      <w:marTop w:val="0"/>
      <w:marBottom w:val="0"/>
      <w:divBdr>
        <w:top w:val="none" w:sz="0" w:space="0" w:color="auto"/>
        <w:left w:val="none" w:sz="0" w:space="0" w:color="auto"/>
        <w:bottom w:val="none" w:sz="0" w:space="0" w:color="auto"/>
        <w:right w:val="none" w:sz="0" w:space="0" w:color="auto"/>
      </w:divBdr>
      <w:divsChild>
        <w:div w:id="9263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0265181">
      <w:bodyDiv w:val="1"/>
      <w:marLeft w:val="0"/>
      <w:marRight w:val="0"/>
      <w:marTop w:val="0"/>
      <w:marBottom w:val="0"/>
      <w:divBdr>
        <w:top w:val="none" w:sz="0" w:space="0" w:color="auto"/>
        <w:left w:val="none" w:sz="0" w:space="0" w:color="auto"/>
        <w:bottom w:val="none" w:sz="0" w:space="0" w:color="auto"/>
        <w:right w:val="none" w:sz="0" w:space="0" w:color="auto"/>
      </w:divBdr>
    </w:div>
    <w:div w:id="522135845">
      <w:bodyDiv w:val="1"/>
      <w:marLeft w:val="0"/>
      <w:marRight w:val="0"/>
      <w:marTop w:val="0"/>
      <w:marBottom w:val="0"/>
      <w:divBdr>
        <w:top w:val="none" w:sz="0" w:space="0" w:color="auto"/>
        <w:left w:val="none" w:sz="0" w:space="0" w:color="auto"/>
        <w:bottom w:val="none" w:sz="0" w:space="0" w:color="auto"/>
        <w:right w:val="none" w:sz="0" w:space="0" w:color="auto"/>
      </w:divBdr>
    </w:div>
    <w:div w:id="593171417">
      <w:bodyDiv w:val="1"/>
      <w:marLeft w:val="0"/>
      <w:marRight w:val="0"/>
      <w:marTop w:val="0"/>
      <w:marBottom w:val="0"/>
      <w:divBdr>
        <w:top w:val="none" w:sz="0" w:space="0" w:color="auto"/>
        <w:left w:val="none" w:sz="0" w:space="0" w:color="auto"/>
        <w:bottom w:val="none" w:sz="0" w:space="0" w:color="auto"/>
        <w:right w:val="none" w:sz="0" w:space="0" w:color="auto"/>
      </w:divBdr>
    </w:div>
    <w:div w:id="597522878">
      <w:bodyDiv w:val="1"/>
      <w:marLeft w:val="0"/>
      <w:marRight w:val="0"/>
      <w:marTop w:val="0"/>
      <w:marBottom w:val="0"/>
      <w:divBdr>
        <w:top w:val="none" w:sz="0" w:space="0" w:color="auto"/>
        <w:left w:val="none" w:sz="0" w:space="0" w:color="auto"/>
        <w:bottom w:val="none" w:sz="0" w:space="0" w:color="auto"/>
        <w:right w:val="none" w:sz="0" w:space="0" w:color="auto"/>
      </w:divBdr>
      <w:divsChild>
        <w:div w:id="681980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289596">
      <w:bodyDiv w:val="1"/>
      <w:marLeft w:val="0"/>
      <w:marRight w:val="0"/>
      <w:marTop w:val="0"/>
      <w:marBottom w:val="0"/>
      <w:divBdr>
        <w:top w:val="none" w:sz="0" w:space="0" w:color="auto"/>
        <w:left w:val="none" w:sz="0" w:space="0" w:color="auto"/>
        <w:bottom w:val="none" w:sz="0" w:space="0" w:color="auto"/>
        <w:right w:val="none" w:sz="0" w:space="0" w:color="auto"/>
      </w:divBdr>
    </w:div>
    <w:div w:id="660235355">
      <w:bodyDiv w:val="1"/>
      <w:marLeft w:val="0"/>
      <w:marRight w:val="0"/>
      <w:marTop w:val="0"/>
      <w:marBottom w:val="0"/>
      <w:divBdr>
        <w:top w:val="none" w:sz="0" w:space="0" w:color="auto"/>
        <w:left w:val="none" w:sz="0" w:space="0" w:color="auto"/>
        <w:bottom w:val="none" w:sz="0" w:space="0" w:color="auto"/>
        <w:right w:val="none" w:sz="0" w:space="0" w:color="auto"/>
      </w:divBdr>
    </w:div>
    <w:div w:id="687222164">
      <w:bodyDiv w:val="1"/>
      <w:marLeft w:val="0"/>
      <w:marRight w:val="0"/>
      <w:marTop w:val="0"/>
      <w:marBottom w:val="0"/>
      <w:divBdr>
        <w:top w:val="none" w:sz="0" w:space="0" w:color="auto"/>
        <w:left w:val="none" w:sz="0" w:space="0" w:color="auto"/>
        <w:bottom w:val="none" w:sz="0" w:space="0" w:color="auto"/>
        <w:right w:val="none" w:sz="0" w:space="0" w:color="auto"/>
      </w:divBdr>
      <w:divsChild>
        <w:div w:id="1108743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376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949589">
      <w:bodyDiv w:val="1"/>
      <w:marLeft w:val="0"/>
      <w:marRight w:val="0"/>
      <w:marTop w:val="0"/>
      <w:marBottom w:val="0"/>
      <w:divBdr>
        <w:top w:val="none" w:sz="0" w:space="0" w:color="auto"/>
        <w:left w:val="none" w:sz="0" w:space="0" w:color="auto"/>
        <w:bottom w:val="none" w:sz="0" w:space="0" w:color="auto"/>
        <w:right w:val="none" w:sz="0" w:space="0" w:color="auto"/>
      </w:divBdr>
    </w:div>
    <w:div w:id="727338369">
      <w:bodyDiv w:val="1"/>
      <w:marLeft w:val="0"/>
      <w:marRight w:val="0"/>
      <w:marTop w:val="0"/>
      <w:marBottom w:val="0"/>
      <w:divBdr>
        <w:top w:val="none" w:sz="0" w:space="0" w:color="auto"/>
        <w:left w:val="none" w:sz="0" w:space="0" w:color="auto"/>
        <w:bottom w:val="none" w:sz="0" w:space="0" w:color="auto"/>
        <w:right w:val="none" w:sz="0" w:space="0" w:color="auto"/>
      </w:divBdr>
    </w:div>
    <w:div w:id="762723463">
      <w:bodyDiv w:val="1"/>
      <w:marLeft w:val="0"/>
      <w:marRight w:val="0"/>
      <w:marTop w:val="0"/>
      <w:marBottom w:val="0"/>
      <w:divBdr>
        <w:top w:val="none" w:sz="0" w:space="0" w:color="auto"/>
        <w:left w:val="none" w:sz="0" w:space="0" w:color="auto"/>
        <w:bottom w:val="none" w:sz="0" w:space="0" w:color="auto"/>
        <w:right w:val="none" w:sz="0" w:space="0" w:color="auto"/>
      </w:divBdr>
      <w:divsChild>
        <w:div w:id="593322982">
          <w:blockQuote w:val="1"/>
          <w:marLeft w:val="720"/>
          <w:marRight w:val="720"/>
          <w:marTop w:val="100"/>
          <w:marBottom w:val="100"/>
          <w:divBdr>
            <w:top w:val="none" w:sz="0" w:space="0" w:color="auto"/>
            <w:left w:val="none" w:sz="0" w:space="0" w:color="auto"/>
            <w:bottom w:val="none" w:sz="0" w:space="0" w:color="auto"/>
            <w:right w:val="none" w:sz="0" w:space="0" w:color="auto"/>
          </w:divBdr>
        </w:div>
        <w:div w:id="64100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040864">
      <w:bodyDiv w:val="1"/>
      <w:marLeft w:val="0"/>
      <w:marRight w:val="0"/>
      <w:marTop w:val="0"/>
      <w:marBottom w:val="0"/>
      <w:divBdr>
        <w:top w:val="none" w:sz="0" w:space="0" w:color="auto"/>
        <w:left w:val="none" w:sz="0" w:space="0" w:color="auto"/>
        <w:bottom w:val="none" w:sz="0" w:space="0" w:color="auto"/>
        <w:right w:val="none" w:sz="0" w:space="0" w:color="auto"/>
      </w:divBdr>
    </w:div>
    <w:div w:id="907955460">
      <w:bodyDiv w:val="1"/>
      <w:marLeft w:val="0"/>
      <w:marRight w:val="0"/>
      <w:marTop w:val="0"/>
      <w:marBottom w:val="0"/>
      <w:divBdr>
        <w:top w:val="none" w:sz="0" w:space="0" w:color="auto"/>
        <w:left w:val="none" w:sz="0" w:space="0" w:color="auto"/>
        <w:bottom w:val="none" w:sz="0" w:space="0" w:color="auto"/>
        <w:right w:val="none" w:sz="0" w:space="0" w:color="auto"/>
      </w:divBdr>
    </w:div>
    <w:div w:id="912131457">
      <w:bodyDiv w:val="1"/>
      <w:marLeft w:val="0"/>
      <w:marRight w:val="0"/>
      <w:marTop w:val="0"/>
      <w:marBottom w:val="0"/>
      <w:divBdr>
        <w:top w:val="none" w:sz="0" w:space="0" w:color="auto"/>
        <w:left w:val="none" w:sz="0" w:space="0" w:color="auto"/>
        <w:bottom w:val="none" w:sz="0" w:space="0" w:color="auto"/>
        <w:right w:val="none" w:sz="0" w:space="0" w:color="auto"/>
      </w:divBdr>
    </w:div>
    <w:div w:id="962855675">
      <w:bodyDiv w:val="1"/>
      <w:marLeft w:val="0"/>
      <w:marRight w:val="0"/>
      <w:marTop w:val="0"/>
      <w:marBottom w:val="0"/>
      <w:divBdr>
        <w:top w:val="none" w:sz="0" w:space="0" w:color="auto"/>
        <w:left w:val="none" w:sz="0" w:space="0" w:color="auto"/>
        <w:bottom w:val="none" w:sz="0" w:space="0" w:color="auto"/>
        <w:right w:val="none" w:sz="0" w:space="0" w:color="auto"/>
      </w:divBdr>
    </w:div>
    <w:div w:id="975332601">
      <w:bodyDiv w:val="1"/>
      <w:marLeft w:val="0"/>
      <w:marRight w:val="0"/>
      <w:marTop w:val="0"/>
      <w:marBottom w:val="0"/>
      <w:divBdr>
        <w:top w:val="none" w:sz="0" w:space="0" w:color="auto"/>
        <w:left w:val="none" w:sz="0" w:space="0" w:color="auto"/>
        <w:bottom w:val="none" w:sz="0" w:space="0" w:color="auto"/>
        <w:right w:val="none" w:sz="0" w:space="0" w:color="auto"/>
      </w:divBdr>
    </w:div>
    <w:div w:id="1025012735">
      <w:bodyDiv w:val="1"/>
      <w:marLeft w:val="0"/>
      <w:marRight w:val="0"/>
      <w:marTop w:val="0"/>
      <w:marBottom w:val="0"/>
      <w:divBdr>
        <w:top w:val="none" w:sz="0" w:space="0" w:color="auto"/>
        <w:left w:val="none" w:sz="0" w:space="0" w:color="auto"/>
        <w:bottom w:val="none" w:sz="0" w:space="0" w:color="auto"/>
        <w:right w:val="none" w:sz="0" w:space="0" w:color="auto"/>
      </w:divBdr>
    </w:div>
    <w:div w:id="1051735539">
      <w:bodyDiv w:val="1"/>
      <w:marLeft w:val="0"/>
      <w:marRight w:val="0"/>
      <w:marTop w:val="0"/>
      <w:marBottom w:val="0"/>
      <w:divBdr>
        <w:top w:val="none" w:sz="0" w:space="0" w:color="auto"/>
        <w:left w:val="none" w:sz="0" w:space="0" w:color="auto"/>
        <w:bottom w:val="none" w:sz="0" w:space="0" w:color="auto"/>
        <w:right w:val="none" w:sz="0" w:space="0" w:color="auto"/>
      </w:divBdr>
    </w:div>
    <w:div w:id="1084841383">
      <w:bodyDiv w:val="1"/>
      <w:marLeft w:val="0"/>
      <w:marRight w:val="0"/>
      <w:marTop w:val="0"/>
      <w:marBottom w:val="0"/>
      <w:divBdr>
        <w:top w:val="none" w:sz="0" w:space="0" w:color="auto"/>
        <w:left w:val="none" w:sz="0" w:space="0" w:color="auto"/>
        <w:bottom w:val="none" w:sz="0" w:space="0" w:color="auto"/>
        <w:right w:val="none" w:sz="0" w:space="0" w:color="auto"/>
      </w:divBdr>
    </w:div>
    <w:div w:id="1120878960">
      <w:bodyDiv w:val="1"/>
      <w:marLeft w:val="0"/>
      <w:marRight w:val="0"/>
      <w:marTop w:val="0"/>
      <w:marBottom w:val="0"/>
      <w:divBdr>
        <w:top w:val="none" w:sz="0" w:space="0" w:color="auto"/>
        <w:left w:val="none" w:sz="0" w:space="0" w:color="auto"/>
        <w:bottom w:val="none" w:sz="0" w:space="0" w:color="auto"/>
        <w:right w:val="none" w:sz="0" w:space="0" w:color="auto"/>
      </w:divBdr>
    </w:div>
    <w:div w:id="1142884906">
      <w:bodyDiv w:val="1"/>
      <w:marLeft w:val="0"/>
      <w:marRight w:val="0"/>
      <w:marTop w:val="0"/>
      <w:marBottom w:val="0"/>
      <w:divBdr>
        <w:top w:val="none" w:sz="0" w:space="0" w:color="auto"/>
        <w:left w:val="none" w:sz="0" w:space="0" w:color="auto"/>
        <w:bottom w:val="none" w:sz="0" w:space="0" w:color="auto"/>
        <w:right w:val="none" w:sz="0" w:space="0" w:color="auto"/>
      </w:divBdr>
    </w:div>
    <w:div w:id="1173376351">
      <w:bodyDiv w:val="1"/>
      <w:marLeft w:val="0"/>
      <w:marRight w:val="0"/>
      <w:marTop w:val="0"/>
      <w:marBottom w:val="0"/>
      <w:divBdr>
        <w:top w:val="none" w:sz="0" w:space="0" w:color="auto"/>
        <w:left w:val="none" w:sz="0" w:space="0" w:color="auto"/>
        <w:bottom w:val="none" w:sz="0" w:space="0" w:color="auto"/>
        <w:right w:val="none" w:sz="0" w:space="0" w:color="auto"/>
      </w:divBdr>
    </w:div>
    <w:div w:id="1173641241">
      <w:bodyDiv w:val="1"/>
      <w:marLeft w:val="0"/>
      <w:marRight w:val="0"/>
      <w:marTop w:val="0"/>
      <w:marBottom w:val="0"/>
      <w:divBdr>
        <w:top w:val="none" w:sz="0" w:space="0" w:color="auto"/>
        <w:left w:val="none" w:sz="0" w:space="0" w:color="auto"/>
        <w:bottom w:val="none" w:sz="0" w:space="0" w:color="auto"/>
        <w:right w:val="none" w:sz="0" w:space="0" w:color="auto"/>
      </w:divBdr>
      <w:divsChild>
        <w:div w:id="228924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146255">
      <w:bodyDiv w:val="1"/>
      <w:marLeft w:val="0"/>
      <w:marRight w:val="0"/>
      <w:marTop w:val="0"/>
      <w:marBottom w:val="0"/>
      <w:divBdr>
        <w:top w:val="none" w:sz="0" w:space="0" w:color="auto"/>
        <w:left w:val="none" w:sz="0" w:space="0" w:color="auto"/>
        <w:bottom w:val="none" w:sz="0" w:space="0" w:color="auto"/>
        <w:right w:val="none" w:sz="0" w:space="0" w:color="auto"/>
      </w:divBdr>
    </w:div>
    <w:div w:id="1231159393">
      <w:bodyDiv w:val="1"/>
      <w:marLeft w:val="0"/>
      <w:marRight w:val="0"/>
      <w:marTop w:val="0"/>
      <w:marBottom w:val="0"/>
      <w:divBdr>
        <w:top w:val="none" w:sz="0" w:space="0" w:color="auto"/>
        <w:left w:val="none" w:sz="0" w:space="0" w:color="auto"/>
        <w:bottom w:val="none" w:sz="0" w:space="0" w:color="auto"/>
        <w:right w:val="none" w:sz="0" w:space="0" w:color="auto"/>
      </w:divBdr>
    </w:div>
    <w:div w:id="1269892205">
      <w:bodyDiv w:val="1"/>
      <w:marLeft w:val="0"/>
      <w:marRight w:val="0"/>
      <w:marTop w:val="0"/>
      <w:marBottom w:val="0"/>
      <w:divBdr>
        <w:top w:val="none" w:sz="0" w:space="0" w:color="auto"/>
        <w:left w:val="none" w:sz="0" w:space="0" w:color="auto"/>
        <w:bottom w:val="none" w:sz="0" w:space="0" w:color="auto"/>
        <w:right w:val="none" w:sz="0" w:space="0" w:color="auto"/>
      </w:divBdr>
    </w:div>
    <w:div w:id="1304963779">
      <w:bodyDiv w:val="1"/>
      <w:marLeft w:val="0"/>
      <w:marRight w:val="0"/>
      <w:marTop w:val="0"/>
      <w:marBottom w:val="0"/>
      <w:divBdr>
        <w:top w:val="none" w:sz="0" w:space="0" w:color="auto"/>
        <w:left w:val="none" w:sz="0" w:space="0" w:color="auto"/>
        <w:bottom w:val="none" w:sz="0" w:space="0" w:color="auto"/>
        <w:right w:val="none" w:sz="0" w:space="0" w:color="auto"/>
      </w:divBdr>
      <w:divsChild>
        <w:div w:id="552739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7127">
      <w:bodyDiv w:val="1"/>
      <w:marLeft w:val="0"/>
      <w:marRight w:val="0"/>
      <w:marTop w:val="0"/>
      <w:marBottom w:val="0"/>
      <w:divBdr>
        <w:top w:val="none" w:sz="0" w:space="0" w:color="auto"/>
        <w:left w:val="none" w:sz="0" w:space="0" w:color="auto"/>
        <w:bottom w:val="none" w:sz="0" w:space="0" w:color="auto"/>
        <w:right w:val="none" w:sz="0" w:space="0" w:color="auto"/>
      </w:divBdr>
    </w:div>
    <w:div w:id="1310406013">
      <w:bodyDiv w:val="1"/>
      <w:marLeft w:val="0"/>
      <w:marRight w:val="0"/>
      <w:marTop w:val="0"/>
      <w:marBottom w:val="0"/>
      <w:divBdr>
        <w:top w:val="none" w:sz="0" w:space="0" w:color="auto"/>
        <w:left w:val="none" w:sz="0" w:space="0" w:color="auto"/>
        <w:bottom w:val="none" w:sz="0" w:space="0" w:color="auto"/>
        <w:right w:val="none" w:sz="0" w:space="0" w:color="auto"/>
      </w:divBdr>
    </w:div>
    <w:div w:id="1367101239">
      <w:bodyDiv w:val="1"/>
      <w:marLeft w:val="0"/>
      <w:marRight w:val="0"/>
      <w:marTop w:val="0"/>
      <w:marBottom w:val="0"/>
      <w:divBdr>
        <w:top w:val="none" w:sz="0" w:space="0" w:color="auto"/>
        <w:left w:val="none" w:sz="0" w:space="0" w:color="auto"/>
        <w:bottom w:val="none" w:sz="0" w:space="0" w:color="auto"/>
        <w:right w:val="none" w:sz="0" w:space="0" w:color="auto"/>
      </w:divBdr>
    </w:div>
    <w:div w:id="1434976537">
      <w:bodyDiv w:val="1"/>
      <w:marLeft w:val="0"/>
      <w:marRight w:val="0"/>
      <w:marTop w:val="0"/>
      <w:marBottom w:val="0"/>
      <w:divBdr>
        <w:top w:val="none" w:sz="0" w:space="0" w:color="auto"/>
        <w:left w:val="none" w:sz="0" w:space="0" w:color="auto"/>
        <w:bottom w:val="none" w:sz="0" w:space="0" w:color="auto"/>
        <w:right w:val="none" w:sz="0" w:space="0" w:color="auto"/>
      </w:divBdr>
    </w:div>
    <w:div w:id="1445541931">
      <w:bodyDiv w:val="1"/>
      <w:marLeft w:val="0"/>
      <w:marRight w:val="0"/>
      <w:marTop w:val="0"/>
      <w:marBottom w:val="0"/>
      <w:divBdr>
        <w:top w:val="none" w:sz="0" w:space="0" w:color="auto"/>
        <w:left w:val="none" w:sz="0" w:space="0" w:color="auto"/>
        <w:bottom w:val="none" w:sz="0" w:space="0" w:color="auto"/>
        <w:right w:val="none" w:sz="0" w:space="0" w:color="auto"/>
      </w:divBdr>
    </w:div>
    <w:div w:id="1489975001">
      <w:bodyDiv w:val="1"/>
      <w:marLeft w:val="0"/>
      <w:marRight w:val="0"/>
      <w:marTop w:val="0"/>
      <w:marBottom w:val="0"/>
      <w:divBdr>
        <w:top w:val="none" w:sz="0" w:space="0" w:color="auto"/>
        <w:left w:val="none" w:sz="0" w:space="0" w:color="auto"/>
        <w:bottom w:val="none" w:sz="0" w:space="0" w:color="auto"/>
        <w:right w:val="none" w:sz="0" w:space="0" w:color="auto"/>
      </w:divBdr>
    </w:div>
    <w:div w:id="1490167579">
      <w:bodyDiv w:val="1"/>
      <w:marLeft w:val="0"/>
      <w:marRight w:val="0"/>
      <w:marTop w:val="0"/>
      <w:marBottom w:val="0"/>
      <w:divBdr>
        <w:top w:val="none" w:sz="0" w:space="0" w:color="auto"/>
        <w:left w:val="none" w:sz="0" w:space="0" w:color="auto"/>
        <w:bottom w:val="none" w:sz="0" w:space="0" w:color="auto"/>
        <w:right w:val="none" w:sz="0" w:space="0" w:color="auto"/>
      </w:divBdr>
    </w:div>
    <w:div w:id="1500660877">
      <w:bodyDiv w:val="1"/>
      <w:marLeft w:val="0"/>
      <w:marRight w:val="0"/>
      <w:marTop w:val="0"/>
      <w:marBottom w:val="0"/>
      <w:divBdr>
        <w:top w:val="none" w:sz="0" w:space="0" w:color="auto"/>
        <w:left w:val="none" w:sz="0" w:space="0" w:color="auto"/>
        <w:bottom w:val="none" w:sz="0" w:space="0" w:color="auto"/>
        <w:right w:val="none" w:sz="0" w:space="0" w:color="auto"/>
      </w:divBdr>
    </w:div>
    <w:div w:id="1557429678">
      <w:bodyDiv w:val="1"/>
      <w:marLeft w:val="0"/>
      <w:marRight w:val="0"/>
      <w:marTop w:val="0"/>
      <w:marBottom w:val="0"/>
      <w:divBdr>
        <w:top w:val="none" w:sz="0" w:space="0" w:color="auto"/>
        <w:left w:val="none" w:sz="0" w:space="0" w:color="auto"/>
        <w:bottom w:val="none" w:sz="0" w:space="0" w:color="auto"/>
        <w:right w:val="none" w:sz="0" w:space="0" w:color="auto"/>
      </w:divBdr>
    </w:div>
    <w:div w:id="1603029469">
      <w:bodyDiv w:val="1"/>
      <w:marLeft w:val="0"/>
      <w:marRight w:val="0"/>
      <w:marTop w:val="0"/>
      <w:marBottom w:val="0"/>
      <w:divBdr>
        <w:top w:val="none" w:sz="0" w:space="0" w:color="auto"/>
        <w:left w:val="none" w:sz="0" w:space="0" w:color="auto"/>
        <w:bottom w:val="none" w:sz="0" w:space="0" w:color="auto"/>
        <w:right w:val="none" w:sz="0" w:space="0" w:color="auto"/>
      </w:divBdr>
      <w:divsChild>
        <w:div w:id="1600914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5405590">
      <w:bodyDiv w:val="1"/>
      <w:marLeft w:val="0"/>
      <w:marRight w:val="0"/>
      <w:marTop w:val="0"/>
      <w:marBottom w:val="0"/>
      <w:divBdr>
        <w:top w:val="none" w:sz="0" w:space="0" w:color="auto"/>
        <w:left w:val="none" w:sz="0" w:space="0" w:color="auto"/>
        <w:bottom w:val="none" w:sz="0" w:space="0" w:color="auto"/>
        <w:right w:val="none" w:sz="0" w:space="0" w:color="auto"/>
      </w:divBdr>
      <w:divsChild>
        <w:div w:id="1156532452">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0760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030605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616540">
          <w:blockQuote w:val="1"/>
          <w:marLeft w:val="720"/>
          <w:marRight w:val="720"/>
          <w:marTop w:val="100"/>
          <w:marBottom w:val="100"/>
          <w:divBdr>
            <w:top w:val="none" w:sz="0" w:space="0" w:color="auto"/>
            <w:left w:val="none" w:sz="0" w:space="0" w:color="auto"/>
            <w:bottom w:val="none" w:sz="0" w:space="0" w:color="auto"/>
            <w:right w:val="none" w:sz="0" w:space="0" w:color="auto"/>
          </w:divBdr>
        </w:div>
        <w:div w:id="820585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27080985">
          <w:blockQuote w:val="1"/>
          <w:marLeft w:val="720"/>
          <w:marRight w:val="720"/>
          <w:marTop w:val="100"/>
          <w:marBottom w:val="100"/>
          <w:divBdr>
            <w:top w:val="none" w:sz="0" w:space="0" w:color="auto"/>
            <w:left w:val="none" w:sz="0" w:space="0" w:color="auto"/>
            <w:bottom w:val="none" w:sz="0" w:space="0" w:color="auto"/>
            <w:right w:val="none" w:sz="0" w:space="0" w:color="auto"/>
          </w:divBdr>
        </w:div>
        <w:div w:id="566066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19741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9426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7755106">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049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020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529576">
      <w:bodyDiv w:val="1"/>
      <w:marLeft w:val="0"/>
      <w:marRight w:val="0"/>
      <w:marTop w:val="0"/>
      <w:marBottom w:val="0"/>
      <w:divBdr>
        <w:top w:val="none" w:sz="0" w:space="0" w:color="auto"/>
        <w:left w:val="none" w:sz="0" w:space="0" w:color="auto"/>
        <w:bottom w:val="none" w:sz="0" w:space="0" w:color="auto"/>
        <w:right w:val="none" w:sz="0" w:space="0" w:color="auto"/>
      </w:divBdr>
    </w:div>
    <w:div w:id="1760906274">
      <w:bodyDiv w:val="1"/>
      <w:marLeft w:val="0"/>
      <w:marRight w:val="0"/>
      <w:marTop w:val="0"/>
      <w:marBottom w:val="0"/>
      <w:divBdr>
        <w:top w:val="none" w:sz="0" w:space="0" w:color="auto"/>
        <w:left w:val="none" w:sz="0" w:space="0" w:color="auto"/>
        <w:bottom w:val="none" w:sz="0" w:space="0" w:color="auto"/>
        <w:right w:val="none" w:sz="0" w:space="0" w:color="auto"/>
      </w:divBdr>
    </w:div>
    <w:div w:id="1762801238">
      <w:bodyDiv w:val="1"/>
      <w:marLeft w:val="0"/>
      <w:marRight w:val="0"/>
      <w:marTop w:val="0"/>
      <w:marBottom w:val="0"/>
      <w:divBdr>
        <w:top w:val="none" w:sz="0" w:space="0" w:color="auto"/>
        <w:left w:val="none" w:sz="0" w:space="0" w:color="auto"/>
        <w:bottom w:val="none" w:sz="0" w:space="0" w:color="auto"/>
        <w:right w:val="none" w:sz="0" w:space="0" w:color="auto"/>
      </w:divBdr>
    </w:div>
    <w:div w:id="1824352540">
      <w:bodyDiv w:val="1"/>
      <w:marLeft w:val="0"/>
      <w:marRight w:val="0"/>
      <w:marTop w:val="0"/>
      <w:marBottom w:val="0"/>
      <w:divBdr>
        <w:top w:val="none" w:sz="0" w:space="0" w:color="auto"/>
        <w:left w:val="none" w:sz="0" w:space="0" w:color="auto"/>
        <w:bottom w:val="none" w:sz="0" w:space="0" w:color="auto"/>
        <w:right w:val="none" w:sz="0" w:space="0" w:color="auto"/>
      </w:divBdr>
    </w:div>
    <w:div w:id="1887329267">
      <w:bodyDiv w:val="1"/>
      <w:marLeft w:val="0"/>
      <w:marRight w:val="0"/>
      <w:marTop w:val="0"/>
      <w:marBottom w:val="0"/>
      <w:divBdr>
        <w:top w:val="none" w:sz="0" w:space="0" w:color="auto"/>
        <w:left w:val="none" w:sz="0" w:space="0" w:color="auto"/>
        <w:bottom w:val="none" w:sz="0" w:space="0" w:color="auto"/>
        <w:right w:val="none" w:sz="0" w:space="0" w:color="auto"/>
      </w:divBdr>
    </w:div>
    <w:div w:id="1911310170">
      <w:bodyDiv w:val="1"/>
      <w:marLeft w:val="0"/>
      <w:marRight w:val="0"/>
      <w:marTop w:val="0"/>
      <w:marBottom w:val="0"/>
      <w:divBdr>
        <w:top w:val="none" w:sz="0" w:space="0" w:color="auto"/>
        <w:left w:val="none" w:sz="0" w:space="0" w:color="auto"/>
        <w:bottom w:val="none" w:sz="0" w:space="0" w:color="auto"/>
        <w:right w:val="none" w:sz="0" w:space="0" w:color="auto"/>
      </w:divBdr>
    </w:div>
    <w:div w:id="1925408815">
      <w:bodyDiv w:val="1"/>
      <w:marLeft w:val="0"/>
      <w:marRight w:val="0"/>
      <w:marTop w:val="0"/>
      <w:marBottom w:val="0"/>
      <w:divBdr>
        <w:top w:val="none" w:sz="0" w:space="0" w:color="auto"/>
        <w:left w:val="none" w:sz="0" w:space="0" w:color="auto"/>
        <w:bottom w:val="none" w:sz="0" w:space="0" w:color="auto"/>
        <w:right w:val="none" w:sz="0" w:space="0" w:color="auto"/>
      </w:divBdr>
    </w:div>
    <w:div w:id="1981031338">
      <w:bodyDiv w:val="1"/>
      <w:marLeft w:val="0"/>
      <w:marRight w:val="0"/>
      <w:marTop w:val="0"/>
      <w:marBottom w:val="0"/>
      <w:divBdr>
        <w:top w:val="none" w:sz="0" w:space="0" w:color="auto"/>
        <w:left w:val="none" w:sz="0" w:space="0" w:color="auto"/>
        <w:bottom w:val="none" w:sz="0" w:space="0" w:color="auto"/>
        <w:right w:val="none" w:sz="0" w:space="0" w:color="auto"/>
      </w:divBdr>
    </w:div>
    <w:div w:id="2023965889">
      <w:bodyDiv w:val="1"/>
      <w:marLeft w:val="0"/>
      <w:marRight w:val="0"/>
      <w:marTop w:val="0"/>
      <w:marBottom w:val="0"/>
      <w:divBdr>
        <w:top w:val="none" w:sz="0" w:space="0" w:color="auto"/>
        <w:left w:val="none" w:sz="0" w:space="0" w:color="auto"/>
        <w:bottom w:val="none" w:sz="0" w:space="0" w:color="auto"/>
        <w:right w:val="none" w:sz="0" w:space="0" w:color="auto"/>
      </w:divBdr>
    </w:div>
    <w:div w:id="2069956083">
      <w:bodyDiv w:val="1"/>
      <w:marLeft w:val="0"/>
      <w:marRight w:val="0"/>
      <w:marTop w:val="0"/>
      <w:marBottom w:val="0"/>
      <w:divBdr>
        <w:top w:val="none" w:sz="0" w:space="0" w:color="auto"/>
        <w:left w:val="none" w:sz="0" w:space="0" w:color="auto"/>
        <w:bottom w:val="none" w:sz="0" w:space="0" w:color="auto"/>
        <w:right w:val="none" w:sz="0" w:space="0" w:color="auto"/>
      </w:divBdr>
    </w:div>
    <w:div w:id="2115248597">
      <w:bodyDiv w:val="1"/>
      <w:marLeft w:val="0"/>
      <w:marRight w:val="0"/>
      <w:marTop w:val="0"/>
      <w:marBottom w:val="0"/>
      <w:divBdr>
        <w:top w:val="none" w:sz="0" w:space="0" w:color="auto"/>
        <w:left w:val="none" w:sz="0" w:space="0" w:color="auto"/>
        <w:bottom w:val="none" w:sz="0" w:space="0" w:color="auto"/>
        <w:right w:val="none" w:sz="0" w:space="0" w:color="auto"/>
      </w:divBdr>
    </w:div>
    <w:div w:id="2117211591">
      <w:bodyDiv w:val="1"/>
      <w:marLeft w:val="0"/>
      <w:marRight w:val="0"/>
      <w:marTop w:val="0"/>
      <w:marBottom w:val="0"/>
      <w:divBdr>
        <w:top w:val="none" w:sz="0" w:space="0" w:color="auto"/>
        <w:left w:val="none" w:sz="0" w:space="0" w:color="auto"/>
        <w:bottom w:val="none" w:sz="0" w:space="0" w:color="auto"/>
        <w:right w:val="none" w:sz="0" w:space="0" w:color="auto"/>
      </w:divBdr>
      <w:divsChild>
        <w:div w:id="167394763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774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0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035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81258364">
          <w:blockQuote w:val="1"/>
          <w:marLeft w:val="720"/>
          <w:marRight w:val="720"/>
          <w:marTop w:val="100"/>
          <w:marBottom w:val="100"/>
          <w:divBdr>
            <w:top w:val="none" w:sz="0" w:space="0" w:color="auto"/>
            <w:left w:val="none" w:sz="0" w:space="0" w:color="auto"/>
            <w:bottom w:val="none" w:sz="0" w:space="0" w:color="auto"/>
            <w:right w:val="none" w:sz="0" w:space="0" w:color="auto"/>
          </w:divBdr>
        </w:div>
        <w:div w:id="754058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23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642667">
      <w:bodyDiv w:val="1"/>
      <w:marLeft w:val="0"/>
      <w:marRight w:val="0"/>
      <w:marTop w:val="0"/>
      <w:marBottom w:val="0"/>
      <w:divBdr>
        <w:top w:val="none" w:sz="0" w:space="0" w:color="auto"/>
        <w:left w:val="none" w:sz="0" w:space="0" w:color="auto"/>
        <w:bottom w:val="none" w:sz="0" w:space="0" w:color="auto"/>
        <w:right w:val="none" w:sz="0" w:space="0" w:color="auto"/>
      </w:divBdr>
      <w:divsChild>
        <w:div w:id="1121536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69185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BDF1F-D998-45E0-BC96-139073E60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112797</TotalTime>
  <Pages>162</Pages>
  <Words>18438</Words>
  <Characters>105099</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123291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abc</cp:lastModifiedBy>
  <cp:revision>9</cp:revision>
  <dcterms:created xsi:type="dcterms:W3CDTF">2025-04-26T08:41:00Z</dcterms:created>
  <dcterms:modified xsi:type="dcterms:W3CDTF">2025-07-31T07:17:00Z</dcterms:modified>
  <cp:category/>
</cp:coreProperties>
</file>