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5040"/>
      </w:pPr>
      <w:r>
        <w:t/>
      </w:r>
    </w:p>
    <w:p>
      <w:pPr>
        <w:jc w:val="center"/>
      </w:pPr>
      <w:r>
        <w:rPr/>
        <w:t xml:space="preserve"> The Elevator</w:t>
      </w:r>
    </w:p>
    <w:p>
      <w:pPr>
        <w:jc w:val="center"/>
      </w:pPr>
      <w:r>
        <w:t>by</w:t>
      </w:r>
    </w:p>
    <w:p>
      <w:pPr>
        <w:jc w:val="center"/>
      </w:pPr>
      <w:r>
        <w:t>Emma Kingslei</w:t>
      </w:r>
    </w:p>
    <w:p>
      <w:r>
        <w:br w:type="page"/>
      </w:r>
    </w:p>
    <w:p>
      <w:pPr>
        <w:spacing w:before="5040"/>
        <w:jc w:val="center"/>
      </w:pPr>
      <w:r>
        <w:rPr/>
        <w:t xml:space="preserve"> Front Matter</w:t>
      </w:r>
    </w:p>
    <w:p>
      <w:r>
        <w:t>To the brave souls who dare to navigate the treacherous waters of ambition and desire, who find strength in vulnerability and passion in unexpected places. This story is for those who believe that even in the most competitive arenas, love can bloom, transforming adversaries into soulmates and ordinary moments into extraordinary destinies. May you always find the courage to chase your dreams, to love fiercely, and to never let the fear of falling keep you from soaring. For every late night spent striving, for every heart that beats a little faster in the presence of an enigmatic figure, for every dream whispered into the darkness and waiting to be realized – this is for you. May your own story be filled with the thrill of the chase, the warmth of a stolen glance, and the enduring power of a love that defies all odds, proving that sometimes, the greatest victories are found not in conquering the world, but in conquering the heart. To the dreamers, the doers, and the lovers – may your journey be as passionate and as unforgettable as the one you are about to read.</w:t>
      </w:r>
    </w:p>
    <w:p>
      <w:r>
        <w:br w:type="page"/>
      </w:r>
    </w:p>
    <w:p>
      <w:pPr>
        <w:spacing w:before="5040"/>
        <w:jc w:val="center"/>
      </w:pPr>
      <w:r>
        <w:rPr/>
        <w:t xml:space="preserve"> 1: The Corporate Gauntlet</w:t>
      </w:r>
    </w:p>
    <w:p>
      <w:r>
        <w:t>The polished chrome doors of Sterling Corp hissed open, revealing a cathedral of commerce that swallowed Amelia whole. Sunlight, fractured and distorted by the imposing glass façade, cast geometric patterns across the cool marble floor, a stark contrast to the chaotic whirl of theories and aspirations that had occupied her mind for years. Fresh from the hallowed halls of academia, armed with a formidable intellect and a postgraduate thesis that felt like both her shield and her sword, Amelia stepped into this new, high-stakes world. The air inside was a carefully curated blend of recycled oxygen and the faint, sterile scent of success, a far cry from the musty comfort of libraries and lecture theatres. Here, ambition was not just a whisper; it was the very currency that dictated survival.</w:t>
      </w:r>
    </w:p>
    <w:p>
      <w:r>
        <w:br/>
        <w:t>Her primary focus, the magnum opus of her academic journey, was a project that demanded an almost monastic devotion. It was the culmination of years of study, the ultimate test of her capabilities, and the golden ticket to a future she’d meticulously planned. Sterling Corp wasn’t just an internship; it was the proving ground, the crucible where theory would be forged into tangible experience. She needed to absorb everything, to become a sponge for knowledge, yet paradoxically, she also aimed for a profound invisibility. The corporate culture, she’d read, was a minefield of unspoken rules and potential pitfalls, and Amelia was determined to navigate it with minimal collateral damage. The sterile, almost brutalist architecture of the building, a labyrinth of glass and steel, seemed to echo her own desire for professional distance, for a shield against the inevitable complexities of this corporate ecosystem. She was a novice, an observer, a student in the grand, impersonal university of business, and her primary goal was to graduate with honours, not to become entangled in the intricate social dynamics that governed this vertical city. Her postgraduate thesis was her north star, guiding her through the initial disorientation, a tangible objective in a world that felt overwhelmingly abstract.</w:t>
      </w:r>
    </w:p>
    <w:p/>
    <w:p>
      <w:r>
        <w:br/>
        <w:t>She walked with a measured pace, her sensible heels clicking a polite rhythm on the floor, a stark contrast to the frantic beat of her own heart. Every corner she turned presented a new vista of polished surfaces and hushed efficiency. Cubicles stretched out in orderly rows, populated by figures hunched over glowing screens, their faces illuminated by the cold light of productivity. The sheer scale of it all was daunting, a testament to the power and reach of Sterling Corp, a titan of industry that dominated the skyline and, it seemed, the aspirations of everyone within its orbit. Amelia clutched her worn leather briefcase, its contents a comforting, familiar weight, a tangible link to the academic world she was leaving behind, yet also the arsenal for the battle she was about to engage in. She was determined to make her mark, to prove that her theoretical knowledge could translate into practical, valuable contribution, but also to remain just out of reach, a ghost in the machine, until she had gathered enough strength and experience to truly stand her ground.</w:t>
      </w:r>
    </w:p>
    <w:p/>
    <w:p>
      <w:r>
        <w:br/>
        <w:t>Her eyes scanned the room, taking in the subtle hierarchies evident in the placement of desks, the proximity to windows, the unspoken deference shown to certain individuals. It was a silent language, one she was eager to learn, but not at the expense of her primary objective. Her thesis was a demanding mistress, requiring hours of focused research, meticulous analysis, and rigorous argumentation. The corporate world, with its endless meetings and the constant hum of activity, could easily derail such a delicate undertaking. Therefore, invisibility was not just a preference; it was a strategic imperative. She would be the diligent, quiet intern, the one who always met deadlines, who never complained, and who left no discernible ripple in her wake. She would be a blank canvas upon which her own achievements would be painted, uninfluenced by the vibrant, and potentially distracting, colours of office politics or personal entanglements.</w:t>
      </w:r>
    </w:p>
    <w:p/>
    <w:p>
      <w:r>
        <w:br/>
        <w:t>Yet, even with this carefully constructed plan, a gnawing anxiety persisted. It was the familiar tremor of self-doubt, the whisper that perhaps the theories she’d so diligently studied were too abstract, too divorced from the gritty reality of corporate life. Would her analytical skills be appreciated, or would they be dismissed as overly academic? Would her quiet determination be perceived as passive, or as a sign of her burgeoning strength? She pushed these thoughts away, focusing on the immediate task: finding her assigned workspace, her small corner of this vast empire. She was here to learn, to contribute, and most importantly, to complete her thesis. Everything else was secondary. The gleaming, impersonal skyscraper of Sterling Corp represented not just a career opportunity, but a formidable gauntlet, and Amelia was ready to run it, albeit with a keen eye for strategy and a deep-seated desire to remain unseen until she was ready to be seen, on her own terms. The professional distance she aimed to maintain was a calculated move, a defensive posture in a world she was still learning to comprehend.</w:t>
      </w:r>
    </w:p>
    <w:p/>
    <w:p>
      <w:r>
        <w:br/>
        <w:t>Her destination, as per the orientation packet, was the postgraduate intern floor, a section of the building designed, it seemed, to foster a sense of both inclusion and strict segregation. As she stepped off the elevator, the air grew perceptibly cooler, and the hushed efficiency intensified. Rows of identical workstations, each equipped with a state-of-the-art computer and a pristine desk, stretched out before her. It was a landscape of potential, a blank slate, and Amelia felt a surge of both trepidation and excitement. She found her assigned station, tucked away in a corner, a location that perfectly suited her ambition for quiet observation. It was a good spot, she mused, offering a clear view of the general activity without being directly in the path of foot traffic. She unpacked her laptop, its sleek design a stark contrast to the utilitarian furniture, and began the familiar ritual of logging in, setting up her digital workspace.</w:t>
      </w:r>
    </w:p>
    <w:p/>
    <w:p>
      <w:r>
        <w:br/>
        <w:t>This was it. The beginning. The first step into a world that had, until now, existed only in textbooks and her fervent imagination. The sheer magnitude of Sterling Corp was something to behold. Sunlight streamed through the vast windows, illuminating the meticulously organized workspaces, the hushed conversations, the purposeful stride of employees in crisp business attire. It was a hive of activity, a testament to human ambition and organizational prowess. Amelia, however, felt like an interloper, a small, insignificant cog in a colossal machine. Her primary mission was clear: her postgraduate thesis. This wasn't merely a requirement for her degree; it was her personal Everest, a project that demanded every ounce of her intellectual rigor and unwavering focus. She needed to absorb the corporate environment, to understand its intricate workings, but crucially, she needed to remain largely invisible. The competitive nature of the corporate world was legendary, and she was acutely aware that any misstep, any perceived weakness, could be exploited.</w:t>
      </w:r>
    </w:p>
    <w:p/>
    <w:p>
      <w:r>
        <w:br/>
        <w:t>The sterile office environment, a meticulously crafted ecosystem of glass, steel, and muted colours, served as a physical manifestation of the professional distance she intended to maintain. It was a world of polished surfaces and sharp edges, where genuine emotion seemed to be a liability, and efficiency was the ultimate virtue. Amelia, armed with her academic knowledge and a carefully cultivated air of quiet competence, was ready to immerse herself in this environment, to learn its secrets, and to carve out her own space without drawing undue attention. Her thesis was her anchor, her compass, and her shield. She would use the insights gleaned from her internship to enrich her research, to provide real-world context to her theoretical frameworks. But she would not allow the demands of the corporate world, its endless meetings, its office politics, or its social intricacies, to derail her singular focus. She was here for a purpose, a deeply personal one, and she was determined to achieve it, one meticulously researched, carefully documented step at a time. The path ahead was undoubtedly challenging, a true corporate gauntlet, but Amelia was prepared to face it, head held high, her mind fixed on the prize.</w:t>
      </w:r>
    </w:p>
    <w:p/>
    <w:p>
      <w:r>
        <w:br/>
        <w:t>Her ambition was a quiet, persistent hum beneath the surface, a steady current of determination that propelled her forward. She was not here to make friends or to climb the social ladder of Sterling Corp; she was here to conquer her academic mountain, and the corporate world was merely the challenging terrain upon which she would conduct her expedition. The sterile environment, the impersonal nature of the interactions, the sheer scale of the operation – all of it served to reinforce her resolve. It was a world that valued results, a world that rewarded those who could navigate its complexities with precision and unwavering focus. Amelia believed she possessed those qualities, honed through years of rigorous academic discipline. Her thesis was not just a piece of academic work; it was a testament to her capabilities, a declaration of her intent to make a significant contribution to her field. Sterling Corp was the stage for this declaration, and Amelia was ready to play her part, a silent, observant, and ultimately, victorious protagonist. The professional distance she aimed to maintain was her strategy, her safeguard, ensuring that her ascent would be driven by merit and intellect, unclouded by the distractions that often befell those who sought to conquer the corporate world.</w:t>
      </w:r>
    </w:p>
    <w:p/>
    <w:p>
      <w:r>
        <w:t>Amelia found her assigned workstation in a quiet corner, a strategic vantage point that allowed her to observe the ebb and flow of activity without becoming a focal point herself. The environment was precisely as she had anticipated – a symphony of muted clicks from keyboards, the soft whir of ventilation systems, and the occasional hushed conversation. It was a landscape designed for productivity, where efficiency was the unspoken creed. Her laptop was open, her research materials neatly arranged, and she began to immerse herself in the initial stages of her project, meticulously cataloging data points and cross-referencing theoretical frameworks. Yet, even as she focused on the task at hand, a persistent undercurrent of awareness kept her senses attuned to the wider environment. She was a keen observer, absorbing the subtle nuances of corporate culture, the unspoken rules of engagement that governed this highly structured world.</w:t>
      </w:r>
    </w:p>
    <w:p>
      <w:r>
        <w:br/>
        <w:t>Her focus, however, was not solely internal. A significant part of her strategy for success involved understanding the key players within Sterling Corp, and paramount among them was her direct superior, Christopher Jenson. His name was spoken in hushed tones throughout the office, often accompanied by a mixture of respect and, Amelia suspected, a healthy dose of fear. He was a titan within the organization, a man whose reputation for ruthless efficiency and an almost preternatural ability to identify and exploit market opportunities preceded him. Amelia had, of course, done her due diligence, poring over his professional profile, the sparse interviews he’d granted, and the articles that chronicled his meteoric rise. He was described as a man of singular vision, unwavering in his pursuit of objectives, and possessing an intellect as sharp as the bespoke suits he invariably wore.</w:t>
      </w:r>
    </w:p>
    <w:p/>
    <w:p>
      <w:r>
        <w:br/>
        <w:t>The first direct encounter, when it came, was as impactful as she had anticipated. It wasn't a grand introduction, no fanfare or formal welcoming ceremony. Instead, it was a silent, almost imperceptible shift in the atmosphere as he entered the postgraduate intern floor. Heads subtly lifted, conversations faltered, and a palpable sense of alertness permeated the air. Amelia, keenly aware of the change, remained focused on her screen, her fingers poised over the keyboard, projecting an image of absorbed dedication. She felt his presence before she saw him, a gravitational pull that drew the collective attention of everyone on the floor.</w:t>
      </w:r>
    </w:p>
    <w:p/>
    <w:p>
      <w:r>
        <w:br/>
        <w:t>He moved with an economy of motion, his tall frame cutting a distinct figure against the neutral backdrop of the office. Impeccably dressed in a charcoal grey suit, the fabric appearing to ripple with a life of its own as he walked, he exuded an aura of controlled power. His stride was purposeful, unhurried, yet possessed an undeniable momentum. Amelia risked a quick, furtive glance as he passed her station. His face was a study in sharp angles and sculpted features, framed by dark, immaculately styled hair. But it was his eyes that truly captivated and, she admitted, intimidated. They were a piercing shade of blue, intelligent and discerning, seeming to penetrate the superficial and assess the core of everything they surveyed. Even from a distance, Amelia felt the weight of his gaze, a sensation akin to being under a microscope.</w:t>
      </w:r>
    </w:p>
    <w:p/>
    <w:p>
      <w:r>
        <w:br/>
        <w:t>He didn't stop at her desk, or at any of the others, but continued his progress through the floor, a silent inspection that left a wake of heightened awareness. Amelia, though outwardly composed, felt a prickle of apprehension. His reputation was formidable, and the sheer force of his presence was undeniable. He was the embodiment of the corporate gauntlet she had committed to run, a figure of immense authority whose judgment would undoubtedly shape her experience at Sterling Corp. Her postgraduate thesis, her primary objective, required access to resources and insights that only senior management could provide, and Christopher Jenson was at the very apex of that hierarchy. Navigating his world, understanding his expectations, would be critical to her success.</w:t>
      </w:r>
    </w:p>
    <w:p/>
    <w:p>
      <w:r>
        <w:br/>
        <w:t>As he reached the far end of the floor, he paused, turning to address a senior manager who had joined him. Amelia couldn't hear their words, but the intensity of their exchange was evident in their postures. Jenson gestured sparingly, his movements precise, while the manager nodded with an expression of earnest concentration. It was clear that even in these brief interactions, Jenson was a man who commanded absolute attention and expected immediate comprehension. Amelia felt a renewed surge of determination. She had to be prepared, to anticipate, to prove her worth in a way that would resonate with a man of such demanding standards.</w:t>
      </w:r>
    </w:p>
    <w:p/>
    <w:p>
      <w:r>
        <w:br/>
        <w:t>She returned her attention to her screen, but her focus was irrevocably altered. The quiet hum of the office now seemed to carry a new layer of significance, a subtle tension that hadn't been present moments before. Christopher Jenson was more than just her boss; he was the enigma at the heart of Sterling Corp, a man whose influence permeated every aspect of the organization. Her strategy of invisibility was still paramount, but it now needed to be coupled with an acute understanding of his expectations and his operational style. He was a man driven by results, a pragmatist who valued decisive action and clear outcomes. Vague theories or hesitant proposals, she suspected, would not suffice.</w:t>
      </w:r>
    </w:p>
    <w:p/>
    <w:p>
      <w:r>
        <w:br/>
        <w:t>Amelia recalled a particular anecdote from her research, a story about Jenson single-handedly turning around a failing division with a series of aggressive, unconventional strategies. The article had painted a picture of a man who thrived under pressure, who possessed an uncanny ability to see opportunities where others saw only obstacles. It was this very ruthlessness, this unwavering focus on the bottom line, that made him both admired and feared. For Amelia, it presented a unique challenge. How could she, a recent academic graduate with a deep theoretical understanding, gain the attention and trust of such a formidable figure?</w:t>
      </w:r>
    </w:p>
    <w:p/>
    <w:p>
      <w:r>
        <w:br/>
        <w:t>Her postgraduate thesis was her weapon, her intellectual ammunition. It was a project that she believed held significant potential value for Sterling Corp, a detailed analysis of market trends with actionable recommendations for future growth. But presenting it, even in its nascent stages, to someone like Jenson would require more than just factual data. It would require an understanding of his perspective, an ability to frame her research in terms that aligned with his business objectives. She needed to demonstrate not just intelligence, but also a strategic mind, a capacity for practical application.</w:t>
      </w:r>
    </w:p>
    <w:p/>
    <w:p>
      <w:r>
        <w:br/>
        <w:t>The afternoon wore on, and Amelia continued her work, meticulously documenting her findings. She made a conscious effort to maintain her quiet, diligent facade, ensuring that her presence was felt through her productivity, not through any overt displays. She answered emails promptly, formatted her documents with meticulous care, and responded to any requests from her immediate supervisor, a middle-manager named David Chen, with promptness and professional courtesy. David was a stark contrast to Jenson; more approachable, more willing to engage in casual conversation, but still operating within the orbit of Jenson’s formidable influence. Amelia recognized him as a crucial intermediary, a bridge between her world and Jenson’s.</w:t>
      </w:r>
    </w:p>
    <w:p/>
    <w:p>
      <w:r>
        <w:br/>
        <w:t>She found herself subtly observing David as well, noting his interactions with Jenson. David always seemed slightly on edge when Jenson was near, his speech becoming more clipped, his movements more precise. It was a subtle but telling indicator of the power dynamics at play within Sterling Corp. Jenson was not just a figurehead; he was the driving force, the ultimate arbiter of success and failure.</w:t>
      </w:r>
    </w:p>
    <w:p/>
    <w:p>
      <w:r>
        <w:br/>
        <w:t>As the workday began to wind down, Amelia overheard David mentioning that Mr. Jenson would be reviewing the initial progress reports from the postgraduate intern cohort later in the week. This was her opportunity, a chance to make an early, albeit indirect, impression. She redoubled her efforts, ensuring that her own report was polished to perfection, every data point verified, every conclusion supported by rigorous analysis. She even added a brief, forward-looking section that highlighted potential avenues for further research directly relevant to ongoing company initiatives, subtly demonstrating her awareness of Sterling Corp’s broader strategic goals.</w:t>
      </w:r>
    </w:p>
    <w:p/>
    <w:p>
      <w:r>
        <w:br/>
        <w:t>The days that followed were a blur of focused work. Amelia immersed herself in her thesis, drawing on the vast resources of Sterling Corp’s internal databases and her own analytical prowess. She made it a point to learn the unspoken rhythms of the office, the best times to approach colleagues for information, the subtle cues that indicated when someone was too busy to be disturbed. Her strategy of invisibility allowed her to operate with a degree of freedom, to gather information and conduct her research without drawing undue attention.</w:t>
      </w:r>
    </w:p>
    <w:p/>
    <w:p>
      <w:r>
        <w:br/>
        <w:t>She encountered Christopher Jenson periodically, always from a distance. He would sweep through the office, a silent hurricane of authority, his piercing blue eyes seemingly assessing every detail. Amelia felt his gaze sweep over her on more than one occasion, and each time, a jolt of adrenaline coursed through her. She would instinctively straighten her posture, ensure her screen displayed relevant data, and project an air of unwavering concentration. She imagined him recognizing her as one of the postgraduate interns, perhaps even noting her consistent presence in her workspace, her quiet diligence.</w:t>
      </w:r>
    </w:p>
    <w:p/>
    <w:p>
      <w:r>
        <w:br/>
        <w:t>One afternoon, as Amelia was meticulously analyzing a complex dataset, David Chen approached her desk. "Amelia," he said, his voice low and professional, "Mr. Jenson is making his rounds. He asked if any of the interns had specific points of interest or preliminary findings they wished to share directly."</w:t>
      </w:r>
    </w:p>
    <w:p/>
    <w:p>
      <w:r>
        <w:br/>
        <w:t>Amelia's heart skipped a beat. This was it. The moment she had both anticipated and dreaded. Her carefully constructed plan for invisibility was about to be tested. She took a deep breath, grounding herself. "Yes, David," she replied, her voice steady. "I have been working on the market penetration analysis for the new product line. My preliminary findings suggest a significant untapped segment within the millennial demographic that Sterling Corp has not fully leveraged. I have compiled a brief summary of my initial observations and potential strategies for engagement."</w:t>
      </w:r>
    </w:p>
    <w:p/>
    <w:p>
      <w:r>
        <w:br/>
        <w:t>David nodded, a flicker of professional interest in his eyes. "Excellent. Can you have that ready for me in ten minutes? I'll see if I can catch him before he leaves the floor."</w:t>
      </w:r>
    </w:p>
    <w:p/>
    <w:p>
      <w:r>
        <w:br/>
        <w:t>The next ten minutes were a blur of frantic, yet precise, activity. Amelia distilled her complex findings into a concise, high-impact executive summary. She focused on quantifiable data, clear recommendations, and a projection of potential revenue growth. She knew that Jenson wouldn't have time for lengthy explanations; he would want the bottom line, the essence of her discovery, presented with irrefutable logic.</w:t>
      </w:r>
    </w:p>
    <w:p/>
    <w:p>
      <w:r>
        <w:br/>
        <w:t>When David returned, he held her summary with a careful professionalism. "Mr. Jenson is currently in a meeting with the R&amp;D department, but I've left this on his desk with a note indicating it's from you, and a brief synopsis of your findings." He paused, then added, "He’s a difficult man to impress, Amelia. Make sure your work speaks for itself. That’s the only language he truly listens to."</w:t>
      </w:r>
    </w:p>
    <w:p/>
    <w:p>
      <w:r>
        <w:br/>
        <w:t>Amelia thanked him, her mind already racing. She had taken a calculated risk, stepping out of her self-imposed shadow. The outcome was uncertain, but she had presented her strongest hand. The enigmatic Christopher Jenson, the man who embodied the very essence of Sterling Corp’s formidable reputation, now had a direct glimpse into her work. The gauntlet had been thrown, and Amelia had responded, not with boldness, but with the quiet, undeniable power of data and insight. The silence that followed this interaction was pregnant with anticipation, each passing moment amplifying the weight of Jenson’s potential response, or indeed, his lack of one. It was a subtle, yet significant, shift in her journey, a first tentative step towards making her presence known, on her own meticulously planned terms. The enigma of Christopher Jenson loomed large, and Amelia was determined to unravel its complexities, not through overt engagement, but through the undeniable clarity of her intellectual contribution. Her success hinged on her ability to navigate his formidable intellect and unyielding standards, a task that required not just academic rigor, but a profound understanding of the corporate battlefield.</w:t>
      </w:r>
    </w:p>
    <w:p/>
    <w:p>
      <w:r>
        <w:br/>
        <w:t>The following days were characterized by a heightened sense of awareness. Amelia continued her routine, her focus unwavering on her thesis, yet her peripheral vision was constantly scanning for any sign that her proactive step had yielded any result. She observed David Chen closely, noting any subtle shifts in his demeanor when discussing her or her work. She also paid close attention to Jenson himself whenever he was present on the floor. Had he noticed her? Had he even glanced at her summary? The silence from his end was, in itself, a form of communication, a tacit indication of his initial assessment.</w:t>
      </w:r>
    </w:p>
    <w:p/>
    <w:p>
      <w:r>
        <w:br/>
        <w:t>The weight of his reputation, the stories of his demanding nature and his intolerance for mediocrity, pressed down on her. He was known for his ability to swiftly identify and discard anything he deemed superfluous or inefficient. For Amelia, this meant her meticulously crafted summary needed to be not just accurate, but compelling. It needed to cut through the noise, to offer a clear, actionable insight that would pique his formidable intellect. She had presented her preliminary findings with the expectation of a brief acknowledgement, perhaps a directive for further investigation. Anything beyond that, she considered a bonus.</w:t>
      </w:r>
    </w:p>
    <w:p/>
    <w:p>
      <w:r>
        <w:br/>
        <w:t>Then, an unexpected development occurred. Amelia was engrossed in the intricate details of a financial projection model when David Chen approached her, a discreet smile playing on his lips. "Amelia," he began, his tone measured, "Mr. Jenson reviewed your summary."</w:t>
      </w:r>
    </w:p>
    <w:p/>
    <w:p>
      <w:r>
        <w:br/>
        <w:t>Amelia’s breath hitched. She tried to maintain a neutral expression, her heart thudding a frantic rhythm against her ribs. "And?" she managed, her voice barely above a whisper.</w:t>
      </w:r>
    </w:p>
    <w:p/>
    <w:p>
      <w:r>
        <w:br/>
        <w:t>"He was… impressed," David said, choosing his words carefully. "He specifically commented on your analytical depth and the clarity of your proposed strategies. He’s requested a more detailed presentation of your findings, focusing on the projected ROI for the millennial demographic segment. He wants it by the end of the week."</w:t>
      </w:r>
    </w:p>
    <w:p/>
    <w:p>
      <w:r>
        <w:br/>
        <w:t>A wave of relief, quickly followed by a surge of exhilaration, washed over Amelia. Impressed. It was a word she hadn’t dared to hope for, especially from a man of Jenson’s caliber. Her strategy of targeted, data-driven communication had, it seemed, struck a chord. The enigma was beginning to show cracks, revealing a receptive intellect beneath the formidable exterior.</w:t>
      </w:r>
    </w:p>
    <w:p/>
    <w:p>
      <w:r>
        <w:br/>
        <w:t>"By the end of the week?" Amelia clarified, a hint of a smile touching her lips. "Yes, David. I can certainly have that prepared."</w:t>
      </w:r>
    </w:p>
    <w:p/>
    <w:p>
      <w:r>
        <w:br/>
        <w:t>David gave a slight nod. "Good. He also mentioned that he might want to speak with you directly during your presentation."</w:t>
      </w:r>
    </w:p>
    <w:p/>
    <w:p>
      <w:r>
        <w:br/>
        <w:t>This was the true test. A direct audience with Christopher Jenson. Amelia’s mind immediately began to formulate the structure of the presentation, refining her arguments, anticipating his every possible question. His request was not merely a validation of her work; it was an invitation to engage, a signal that he was willing to invest his time and attention in her research. This was precisely the opportunity she had sought, a chance to demonstrate the tangible value of her academic pursuits within the high-stakes environment of Sterling Corp.</w:t>
      </w:r>
    </w:p>
    <w:p/>
    <w:p>
      <w:r>
        <w:br/>
        <w:t>The rest of the week was a whirlwind of focused preparation. Amelia delved deeper into her data, honing her projections and strengthening her arguments. She anticipated Jenson’s keen eye for detail, his tendency to probe assumptions and challenge conclusions. She prepared supporting evidence for every claim, ensuring her presentation was not only insightful but also meticulously defensible. Her invisibility cloak was temporarily set aside, replaced by the sharper focus of direct engagement. She was no longer just an observer; she was about to become a participant in a critical dialogue with one of the most influential figures in the corporate world. The enigmatic Christopher Jenson, the architect of Sterling Corp's success, had acknowledged her work, and Amelia was ready to meet his challenge head-on, armed with the irrefutable power of her research. The gauntlet was no longer just something she was running; she was now being invited to step onto the track with the formidable runner himself.</w:t>
      </w:r>
    </w:p>
    <w:p/>
    <w:p>
      <w:r>
        <w:t>The immediate aftermath of David Chen’s pronouncement—that Christopher Jenson was “impressed” and desired a more detailed presentation—was a peculiar blend of elation and sheer panic for Amelia. Elation, because her calculated risk had paid dividends. Panic, because the challenge had just amplified exponentially. The initial foray, the meticulously crafted summary, had served its purpose: to pierce the formidable veil of Christopher Jenson’s attention. Now, she was expected to not only sustain that attention but to deepen it, to prove that her initial insights were not a fluke, but the harbinger of substantive contributions.</w:t>
      </w:r>
    </w:p>
    <w:p>
      <w:r>
        <w:br/>
        <w:t>Her workspace, once a sanctuary of quiet observation, now felt like a stage under intense scrutiny. Every keystroke seemed louder, every rustle of paper a potential distraction. She knew Jenson’s reputation for demanding absolute perfection. He was a man who saw flaws with the same clarity that a hawk spotted prey from miles above. His feedback, when it came, was legendary for its bluntness, its clinical dissection of any perceived weakness. Amelia had heard whispers, anecdotes shared in hushed tones around the coffee machine, of projects derailed and promising careers faltered under his exacting standards. He did not suffer fools, nor did he coddle the uncertain. Efficiency, precision, and results were his currency.</w:t>
      </w:r>
    </w:p>
    <w:p/>
    <w:p>
      <w:r>
        <w:br/>
        <w:t>As she began to structure her presentation, Amelia found herself constantly channeling Jenson’s persona. What would he want to see? What questions would he ask? She visualized his sharp, discerning blue eyes scanning her data, his mind dissecting her logic with a speed that bordered on unnerving. She recalled the image of him moving through the office, an embodiment of controlled power, his very presence dictating the atmosphere. This was not a man who appreciated meandering explanations or emotional appeals. He dealt in facts, figures, and the hard realities of the market.</w:t>
      </w:r>
    </w:p>
    <w:p/>
    <w:p>
      <w:r>
        <w:br/>
        <w:t>The task of translating her postgraduate research into a digestible, impactful presentation for such a discerning audience felt like attempting to sculpt marble with a butter knife. Her thesis was built on a foundation of rigorous academic inquiry, nuanced theoretical frameworks, and extensive data analysis. Jenson, however, operated in a realm where such depth needed to be distilled into actionable intelligence, presented with a clarity that left no room for ambiguity.</w:t>
      </w:r>
    </w:p>
    <w:p/>
    <w:p>
      <w:r>
        <w:br/>
        <w:t>She started by revisiting her initial summary, the one that had garnered Jenson’s attention. The core finding remained: a significant, untapped millennial demographic for the new product line. The projected Return on Investment (ROI) was the key Jenson had requested. Amelia spent hours poring over financial models, cross-referencing market data, and running simulations. She meticulously calculated potential revenue streams, factored in marketing costs, and projected long-term profitability. Each number had to be not just accurate, but defensible. She anticipated his probing questions about methodology, about the assumptions underpinning her projections, and about potential market disruptions.</w:t>
      </w:r>
    </w:p>
    <w:p/>
    <w:p>
      <w:r>
        <w:br/>
        <w:t>David Chen acted as her primary conduit to Jenson. Their interactions, though brief, were always professional, tinged with an undercurrent of urgency. David, while more approachable than his formidable superior, clearly operated under immense pressure to deliver Jenson’s directives with precision.</w:t>
      </w:r>
    </w:p>
    <w:p/>
    <w:p>
      <w:r>
        <w:br/>
        <w:t>"Mr. Jenson wants to see the breakdown of customer acquisition costs for the millennial segment," David would relay, his voice clipped as he passed Amelia’s desk. "And he’s asked for a comparative analysis against our current customer base acquisition strategies."</w:t>
      </w:r>
    </w:p>
    <w:p/>
    <w:p>
      <w:r>
        <w:br/>
        <w:t>Amelia would nod, a knot of apprehension tightening in her stomach. "Understood, David. I'll have it ready by the end of the day."</w:t>
      </w:r>
    </w:p>
    <w:p/>
    <w:p>
      <w:r>
        <w:br/>
        <w:t>Each request felt like another test, another layer of complexity added to an already daunting task. She found herself working late into the evenings, the quiet hum of the deserted office a stark contrast to the storm of activity within her own mind. She drank copious amounts of lukewarm coffee, her focus narrowing to the intricate details of spreadsheets and statistical models.</w:t>
      </w:r>
    </w:p>
    <w:p/>
    <w:p>
      <w:r>
        <w:br/>
        <w:t>The friction between Amelia and Jenson wasn’t overtly hostile, but rather a subtle, constant pressure. It was in the curtness of his requests, the absence of any encouraging words, the almost imperceptible tightening of his jaw when he perceived a deviation from his expectations. When he did happen to pass her desk during these intense preparation days, his gaze would sweep over her workstation, lingering for a fraction of a second longer than necessary. Amelia would feel it, a prickle of awareness that he was assessing not just her work, but her demeanor, her capacity to handle the pressure.</w:t>
      </w:r>
    </w:p>
    <w:p/>
    <w:p>
      <w:r>
        <w:br/>
        <w:t>She would meet his gaze briefly, offering a polite, almost imperceptible nod, her expression carefully neutral. She refused to be flustered, to betray the immense pressure she was under. Her academic training had equipped her with a certain mental fortitude, a resilience that served her well in these moments. She recognized that his demeanor was not personal; it was simply his modus operandi. He was a man who valued competence above all else, and he expected everyone around him to operate at his exacting level.</w:t>
      </w:r>
    </w:p>
    <w:p/>
    <w:p>
      <w:r>
        <w:br/>
        <w:t>One afternoon, as Amelia was meticulously refining a slide detailing the projected ROI, Jenson himself approached her desk. The air around them seemed to grow colder, the usual office chatter fading into an almost palpable silence. David Chen, who had been standing nearby, immediately straightened his posture, his gaze fixed on Jenson.</w:t>
      </w:r>
    </w:p>
    <w:p/>
    <w:p>
      <w:r>
        <w:br/>
        <w:t>"Amelia," Jenson’s voice was a low, resonant baritone, devoid of any warmth. He gestured towards her laptop screen with a single, precise movement of his hand. "The acquisition cost projections for the Q3 campaign. Are they factoring in the anticipated surge in digital advertising expenditure due to the upcoming competitor launch?"</w:t>
      </w:r>
    </w:p>
    <w:p/>
    <w:p>
      <w:r>
        <w:br/>
        <w:t>Amelia’s mind raced. She had factored it in, but perhaps not with the explicit emphasis he sought. This was it, the unvarnished critique she had braced herself for. She took a shallow breath. "Yes, Mr. Jenson. The projections include a buffer for increased digital ad spend, reflecting a 15% uplift in anticipated costs based on industry trends and the competitor’s aggressive market entry strategy."</w:t>
      </w:r>
    </w:p>
    <w:p/>
    <w:p>
      <w:r>
        <w:br/>
        <w:t>He didn't respond immediately. Instead, he leaned in slightly, his eyes scanning the figures on her screen with an unnerving intensity. Amelia felt a bead of sweat trickle down her temple. She could practically feel the wheels of his mind turning, analyzing, evaluating.</w:t>
      </w:r>
    </w:p>
    <w:p/>
    <w:p>
      <w:r>
        <w:br/>
        <w:t>Finally, he straightened, his gaze shifting from the screen to meet hers directly. Those piercing blue eyes seemed to bore into her, seeking not just data, but understanding, competence, and perhaps a hint of that elusive spark he valued. "A 15% uplift," he repeated, the words a statement, not a question. "Show me the data supporting that specific figure."</w:t>
      </w:r>
    </w:p>
    <w:p/>
    <w:p>
      <w:r>
        <w:br/>
        <w:t>This was precisely the kind of demand that distinguished him. He didn't accept figures at face value; he demanded the underlying evidence. Amelia, thankfully, was prepared. She navigated to a different tab on her spreadsheet, one that outlined the market research and competitive analysis that informed her projection.</w:t>
      </w:r>
    </w:p>
    <w:p/>
    <w:p>
      <w:r>
        <w:br/>
        <w:t>"This analysis of competitor advertising spend in similar product launches over the past two years, coupled with our internal forecasting models for keyword bidding increases, supports the 15% uplift projection, sir," she explained, her voice steady. "We anticipate a 20% increase in overall digital ad costs across the board, but we believe a 15% increase specifically for this campaign is a more conservative and realistic estimate given our established brand presence."</w:t>
      </w:r>
    </w:p>
    <w:p/>
    <w:p>
      <w:r>
        <w:br/>
        <w:t>Jenson’s expression remained unreadable, but there was a subtle shift, a barely perceptible nod that Amelia interpreted as a sign of grudging acceptance. "And the projected ROI?" he pressed. "Your summary indicated a substantial return. I need to see the detailed calculations, the assumptions regarding conversion rates, customer lifetime value, and market penetration timelines."</w:t>
      </w:r>
    </w:p>
    <w:p/>
    <w:p>
      <w:r>
        <w:br/>
        <w:t>Amelia opened another file, a comprehensive financial model that was the culmination of weeks of work. As she presented the figures, detailing each assumption and calculation, she felt a strange sense of detachment. It was as if her academic self and her corporate self were warring within her. The academic in her appreciated the rigorous intellectual exchange, the challenge to her hypotheses. The corporate in her, however, felt the immense pressure of performing, of not faltering under the weight of his expectations.</w:t>
      </w:r>
    </w:p>
    <w:p/>
    <w:p>
      <w:r>
        <w:br/>
        <w:t>"The projected ROI is 28% within the first three years, Mr. Jenson," she stated, her voice clear and firm. "This is based on a conservative customer acquisition rate of 7% for the target demographic, a 4% churn rate, and an average customer lifetime value of $850. These figures have been stress-tested against various market scenarios, including a 10% decrease in conversion rates."</w:t>
      </w:r>
    </w:p>
    <w:p/>
    <w:p>
      <w:r>
        <w:br/>
        <w:t>He listened intently, his gaze unwavering. He interrupted only twice, once to ask for clarification on a specific data point regarding customer segmentation, and again to question the methodology used in calculating churn rates. Each time, Amelia responded with precision and factual data, her explanations concise and to the point. She could feel herself becoming more adept at this, at translating her academic rigor into the language of business results.</w:t>
      </w:r>
    </w:p>
    <w:p/>
    <w:p>
      <w:r>
        <w:br/>
        <w:t>When she finally concluded her overview, the silence that followed was pregnant with anticipation. Amelia braced herself for the verdict. Was it enough? Had she met his impossibly high standards?</w:t>
      </w:r>
    </w:p>
    <w:p/>
    <w:p>
      <w:r>
        <w:br/>
        <w:t>Jenson finally broke the silence, his voice measured. "The analysis is thorough, Amelia. Your understanding of the data is clear. However," he paused, and Amelia’s heart sank slightly, "your proposed marketing strategies are… conventional. Sterling Corp thrives on innovation, on pushing boundaries. We don't simply enter markets; we disrupt them. How do you intend to differentiate this campaign, to make it truly stand out in a crowded digital landscape?"</w:t>
      </w:r>
    </w:p>
    <w:p/>
    <w:p>
      <w:r>
        <w:br/>
        <w:t>His words, while not a outright dismissal, were a clear indication that her work, while technically sound, lacked the spark of disruptive thinking he so valued. It was a direct challenge, a push to elevate her contribution beyond mere analysis. She felt a flicker of frustration, a sense of inadequacy creeping in. Her academic training had emphasized robust methodology and verifiable data, not necessarily groundbreaking marketing innovation.</w:t>
      </w:r>
    </w:p>
    <w:p/>
    <w:p>
      <w:r>
        <w:br/>
        <w:t>"I… I focused primarily on the data and the financial projections, sir," Amelia admitted, her voice a little softer now. "My intent was to establish a solid, data-driven foundation for any subsequent strategic planning."</w:t>
      </w:r>
    </w:p>
    <w:p/>
    <w:p>
      <w:r>
        <w:br/>
        <w:t>Jenson’s lips curved into a faint, almost imperceptible smile. It wasn't a smile of amusement, but rather one of acknowledgment, of recognition. "A foundation is essential, Amelia. But Sterling Corp is built on the skyscraper, not just the blueprint. Your thesis is about understanding the market. Your success here will be about shaping it. I expect you to revisit those marketing strategies. Think outside the established parameters. Surprise me."</w:t>
      </w:r>
    </w:p>
    <w:p/>
    <w:p>
      <w:r>
        <w:br/>
        <w:t>He turned then, his gaze already drifting towards the next item on his mental agenda, leaving Amelia standing amidst the scattered remnants of her presentation, a mix of pride and trepidation swirling within her. He had acknowledged her competence, her analytical prowess. But he had also pointed out her deficiency, her lack of daring innovation.</w:t>
      </w:r>
    </w:p>
    <w:p/>
    <w:p>
      <w:r>
        <w:br/>
        <w:t>As Jenson walked away, David Chen approached her, a knowing look in his eyes. "He doesn't typically engage in that level of detail with new interns," David said quietly, a subtle hint of approval in his tone. "You made an impression, Amelia. Now you have to build on it. Disrupt. Surprise him. That's the Sterling Corp way."</w:t>
      </w:r>
    </w:p>
    <w:p/>
    <w:p>
      <w:r>
        <w:br/>
        <w:t>The encounter left Amelia with a profound sense of the chasm that existed between her academic world and the corporate reality of Sterling Corp. Christopher Jenson was not just her superior; he was a formidable force, a benchmark against which she would be constantly measured. His expectations were stratospheric, his judgment swift and often unforgiving. She admired his sharp intellect, his unwavering drive, his undeniable success. Yet, his unyielding demeanor, his almost clinical detachment, was profoundly intimidating.</w:t>
      </w:r>
    </w:p>
    <w:p/>
    <w:p>
      <w:r>
        <w:br/>
        <w:t>The air between them crackled with an unspoken rivalry. It wasn't a personal animosity, but a professional one, a constant negotiation of expectations and performance. It was a delicate dance between Amelia’s meticulous preparation and Jenson’s demand for groundbreaking insight, a subtle tug-of-war between her growing competence and her lingering insecurity in this high-stakes environment. She was acutely aware of his critical eye, the constant pressure to prove her worth, to not just meet but exceed the standards set by this enigmatic titan of industry. The gauntlet had been thrown down, not with a shout, but with a quiet, demanding expectation, and Amelia knew, with chilling certainty, that her journey at Sterling Corp had only just begun. The initial impression was made, and now, the real work of navigating the complex, often challenging, dynamic with Christopher Jenson truly commenced. She had to learn not just to survive, but to thrive under his exacting gaze, to transform her academic prowess into tangible, disruptive innovation. It was a daunting prospect, but one that fueled a fierce resolve within her.</w:t>
      </w:r>
    </w:p>
    <w:p/>
    <w:p>
      <w:r>
        <w:t>The reverberations of Christopher Jenson’s encounter with Amelia were subtle, yet palpable. While he had moved on to his next strategic imperative with his characteristic swiftness, his interaction with the new intern had not gone unnoticed. The office, for all its polished veneer and corporate efficiency, was a living organism, its circulatory system composed of hushed conversations, furtive glances, and an insatiable appetite for information. And Amelia, by virtue of Jenson’s focused attention, had suddenly become a subject of intense, albeit discreet, interest.</w:t>
      </w:r>
    </w:p>
    <w:p>
      <w:r>
        <w:br/>
        <w:t xml:space="preserve">In the glass-walled breakroom, amidst the hiss of the espresso machine and the clatter of ceramic mugs, the whispers began. Amelia, retrieving a bottle of water, caught fragments of a conversation between two senior marketing analysts, their voices lowered to a conspiratorial murmur. “Did you see Jenson actually </w:t>
      </w:r>
    </w:p>
    <w:p>
      <w:pPr>
        <w:jc w:val="left"/>
      </w:pPr>
      <w:r>
        <w:rPr>
          <w:i/>
        </w:rPr>
        <w:t>talking</w:t>
      </w:r>
      <w:r>
        <w:t xml:space="preserve"> to Chen’s new hire? For more than a minute?” one of them, a woman with sharp, observant eyes, said, her tone laced with disbelief. The other, a man whose tailored suit hinted at a substantial salary, chuckled. “He looked… engaged. Almost </w:t>
      </w:r>
      <w:r>
        <w:rPr>
          <w:i/>
        </w:rPr>
        <w:t>impressed</w:t>
      </w:r>
      <w:r>
        <w:t>. I haven’t seen him that invested in a new face since… well, ever.”</w:t>
      </w:r>
    </w:p>
    <w:p>
      <w:r>
        <w:br/>
        <w:t xml:space="preserve">Amelia’s hand faltered as she reached for the cooler. </w:t>
      </w:r>
    </w:p>
    <w:p>
      <w:pPr>
        <w:jc w:val="left"/>
      </w:pPr>
      <w:r>
        <w:rPr>
          <w:i/>
        </w:rPr>
        <w:t>Impressed</w:t>
      </w:r>
      <w:r>
        <w:t>. The word, which had initially sent shivers of triumph down her spine, now felt like a loaded weapon. Jenson’s impression was a golden ticket, but it was also a spotlight, drawing the attention of everyone else in this intricate ecosystem. She quickly retrieved her water, her heart thudding a little faster, and retreated to the relative anonymity of her desk, the hushed tones of the breakroom conversation echoing in her ears.</w:t>
      </w:r>
    </w:p>
    <w:p>
      <w:r>
        <w:br/>
        <w:t>Later that day, during a brief respite from data analysis, Amelia found herself lingering near the communal printer, ostensibly to retrieve a printed report, but in reality, to absorb the ambient office chatter. From her vantage point, she could observe the subtle dynamics at play. Jenson was, undeniably, the sun around which Sterling Corp orbited. His mere presence commanded a deference that bordered on awe. His pronouncements, delivered with a quiet authority that never needed to be raised, set the agenda for entire departments. His handsomeness, too, was a recurring topic. It wasn’t the overt, flashy kind, but a severe, almost chiseled perfection that seemed carved from granite. His sharp jawline, the glacial blue of his eyes, the way his dark hair fell just so – it all contributed to an aura of untouchable magnificence.</w:t>
      </w:r>
    </w:p>
    <w:p/>
    <w:p>
      <w:r>
        <w:br/>
        <w:t xml:space="preserve">But beneath the admiration, Amelia sensed a different undercurrent. It was in the way people spoke of his expectations, the almost mythical stories of projects that had withered under his scrutiny, of individuals who had cracked under the pressure of his perfectionism. “He expects you to be not just good, but </w:t>
      </w:r>
    </w:p>
    <w:p>
      <w:pPr>
        <w:jc w:val="left"/>
      </w:pPr>
      <w:r>
        <w:rPr>
          <w:i/>
        </w:rPr>
        <w:t>flawless</w:t>
      </w:r>
      <w:r>
        <w:t>,” she’d overheard a seasoned project manager confide to a colleague a week prior. “And if you’re not, he’ll spot it. Instantly. And then… well, let’s just say it’s not a pleasant experience.”</w:t>
      </w:r>
    </w:p>
    <w:p>
      <w:r>
        <w:br/>
        <w:t>These whispered anecdotes, these fragmented narratives of Jenson’s formidable nature, began to weave themselves into a complex tapestry in Amelia’s mind. He was more than just a boss; he was an enigma, a legend. He was brilliant, undoubtedly. He was successful, indisputably. But he was also, by all accounts, incredibly demanding, almost aloof. His private life was a complete blank canvas, an area where speculation ran wild but hard facts were scarce. There were rumors, of course. Whispers of a brief, intense marriage that had imploded under the pressures of his career. Tales of him spending weekends holed up in his penthouse apartment, dissecting market trends and crafting strategies, his social life a casualty of his relentless ambition.</w:t>
      </w:r>
    </w:p>
    <w:p/>
    <w:p>
      <w:r>
        <w:br/>
        <w:t>Amelia found herself piecing together these fragments, trying to form a coherent image of the man who held her professional future in his hands. Was he a tyrant? A visionary? Or simply a man whose standards were so high that they seemed to exist on a different plane of reality? The uncertainty was a constant, low-grade hum beneath the surface of her professional duties. It fueled her drive to excel, to prove her worth, but it also amplified her anxiety. The desire for his approval was a powerful motivator, but the fear of his disapproval, of falling short of his impossibly high expectations, was a chilling counterpoint.</w:t>
      </w:r>
    </w:p>
    <w:p/>
    <w:p>
      <w:r>
        <w:br/>
        <w:t>The office atmosphere, when Jenson was present, was subtly but undeniably altered. There was a shift in the collective posture, a heightened awareness. Conversations would taper off as he passed, only to resume with a renewed sense of urgency or a hushed intensity once he had moved on. Amelia observed this phenomenon firsthand. One afternoon, as she was deep in thought, reviewing a particularly complex financial model, Jenson walked through her section of the open-plan office. The air seemed to thicken, and a hush fell over the nearby cubicles. Heads popped up over partitions, eyes followed his measured stride, and then, as quickly as it had fallen, the quiet bustle resumed, albeit with a new undercurrent of heightened awareness. He paused briefly at David Chen’s desk, a brief exchange of words, a crisp nod, and then he was gone, leaving behind a subtle ripple of nervous energy.</w:t>
      </w:r>
    </w:p>
    <w:p/>
    <w:p>
      <w:r>
        <w:br/>
        <w:t>Amelia felt a prickle of awareness as he passed her own workspace. She kept her gaze fixed on her screen, feigning intense concentration, but her senses were on high alert. She felt his presence as a tangible force, a silent assessment. She imagined his sharp blue eyes briefly flicking over her monitor, cataloging the efficiency of her setup, perhaps even the content of her work. It was a silent, almost subliminal, performance review, and she knew he excelled at them.</w:t>
      </w:r>
    </w:p>
    <w:p/>
    <w:p>
      <w:r>
        <w:br/>
        <w:t>The breakroom gossip, the hushed whispers, the palpable shift in atmosphere whenever he was near – all of it served to solidify Jenson’s formidable reputation. He was the ultimate outsider, the man who operated on a different level, whose success was a testament to a singular focus that left little room for the ordinary. Amelia, a newcomer still finding her footing, felt herself acutely aware of this gulf. She was accustomed to the collaborative spirit of academia, where intellectual discourse was open, and shared learning was paramount. Sterling Corp, and particularly the sphere of influence surrounding Christopher Jenson, felt like a far more guarded, more competitive arena.</w:t>
      </w:r>
    </w:p>
    <w:p/>
    <w:p>
      <w:r>
        <w:br/>
        <w:t>The whispers weren't malicious, not entirely. There was a grudging respect, even admiration, woven through the gossip. They spoke of his visionary ideas, his uncanny ability to predict market shifts, his leadership that, while demanding, had undoubtedly steered Sterling Corp to unprecedented heights. But there was also an undeniable undercurrent of fear, of apprehension. He was the titan, the immovable object. And Amelia, with her sharp intellect and ambitious drive, was a new challenger, a potential disruption.</w:t>
      </w:r>
    </w:p>
    <w:p/>
    <w:p>
      <w:r>
        <w:br/>
        <w:t>She learned to filter the noise, to distinguish between genuine insight and idle gossip. Yet, the constant murmurs about Jenson created a psychological landscape that she had to navigate. They painted him as an almost superhuman figure, a man who lived and breathed business, whose personal life was a barren wasteland of ambition. This perception, while potentially exaggerated, added another layer of pressure to her already daunting task. She needed to impress him, yes, but she also felt a growing need to understand the man behind the myth, to find the human element within the corporate titan.</w:t>
      </w:r>
    </w:p>
    <w:p/>
    <w:p>
      <w:r>
        <w:br/>
        <w:t xml:space="preserve">The stories, however, were a constant reminder of the stakes involved. His approval was not merely a professional courtesy; it was a validation that carried immense weight within the organization. The analysts whispering in the breakroom were not simply engaging in idle chatter; they were observing, assessing, and making their own judgments. Amelia was keenly aware that her brief, impactful interaction with Jenson had placed her on their radar. She was no longer just another new hire; she was the one who had captured </w:t>
      </w:r>
    </w:p>
    <w:p>
      <w:pPr>
        <w:jc w:val="left"/>
      </w:pPr>
      <w:r>
        <w:rPr>
          <w:i/>
        </w:rPr>
        <w:t>his</w:t>
      </w:r>
      <w:r>
        <w:t xml:space="preserve"> attention.</w:t>
      </w:r>
    </w:p>
    <w:p>
      <w:r>
        <w:br/>
        <w:t>This knowledge was both exhilarating and terrifying. It meant that every presentation, every email, every interaction would be subtly filtered through the lens of his perceived interest. The whispers weren't just about Jenson; they were about her, too, about her potential, her trajectory within Sterling Corp. She had to be careful, meticulous, and, as Jenson himself had implied, innovative. The pressure to perform was no longer just a personal challenge; it was a public spectacle, observed and discussed by the very people whose opinions mattered within the company hierarchy.</w:t>
      </w:r>
    </w:p>
    <w:p/>
    <w:p>
      <w:r>
        <w:br/>
        <w:t>Amelia found herself consciously adjusting her behavior. She became more deliberate in her communication, more precise in her analysis. She spent extra hours refining her presentations, anticipating Jenson’s critiques before they were even voiced. She knew that the initial impression, while positive, was merely the first hurdle. The real test would be her ability to sustain his interest, to consistently deliver value, and, crucially, to demonstrate the kind of disruptive thinking that Sterling Corp, and particularly Christopher Jenson, seemed to crave.</w:t>
      </w:r>
    </w:p>
    <w:p/>
    <w:p>
      <w:r>
        <w:br/>
        <w:t>The whispers served as a constant reminder of his formidable reputation. They were the subtle, persistent background noise that underscored the high-stakes environment she had entered. She was in the lion’s den, and the lion, by all accounts, was exceptionally discerning. The admiration, the speculation, the fear – it all coalesced into a potent cocktail of pressure and opportunity. Amelia understood that her journey at Sterling Corp would be defined not just by her own ambition and intellect, but by her ability to navigate this complex web of corporate culture, guided by the imposing, enigmatic presence of Christopher Jenson. The whispers, she realized, were simply the ambient sound of her new reality.</w:t>
      </w:r>
    </w:p>
    <w:p/>
    <w:p>
      <w:r>
        <w:t>The hushed whispers of the office, once a source of bewilderment, had now become a subtle, yet constant, hum beneath the surface of Amelia’s consciousness. She’d absorbed the ambient anxiety, the grudging respect, the veiled warnings that clung to Christopher Jenson’s name like a designer scent. Now, those whispers served not as distractions, but as a stark reminder of the formidable gauntlet she was navigating. Her internship at Sterling Corp was proving to be far more than a simple stepping stone; it had morphed into a high-stakes arena, a proving ground where every action, every word, was under intense scrutiny, particularly from the enigmatic titan himself.</w:t>
      </w:r>
    </w:p>
    <w:p>
      <w:r>
        <w:br/>
        <w:t>Driven by a fierce determination to not only meet but exceed the unspoken, colossal expectations swirling around Jenson, Amelia threw herself into her work with an almost feverish intensity. Each project assigned was no longer just a task, but a meticulously crafted examination. Each meeting, regardless of its perceived importance, transformed into a gladiatorial contest where she had to present her sharpest arguments, her most insightful data, her most polished demeanor. The pressure was a tangible weight, pressing down on her, yet paradoxically, it also seemed to fuel a latent reservoir of resilience she hadn’t known she possessed. She became a creature of meticulous habit, her days a carefully choreographed dance of dedication and precision.</w:t>
      </w:r>
    </w:p>
    <w:p/>
    <w:p>
      <w:r>
        <w:br/>
        <w:t>Her research wasn't merely about gathering information; it was an excavation, a deep dive into the intricate layers of market trends, competitor strategies, and Sterling Corp’s own internal dynamics. She’d spend hours poring over financial reports, dissecting case studies, and cross-referencing data points until the numbers ceased to be abstract figures and instead became a vibrant, pulsating narrative. She learned to anticipate questions before they were even posed, to identify potential flaws in her own analyses, and to preemptively address any concerns that might arise in the minds of her superiors, especially Jenson. This wasn't about pleasing him, she told herself, but about demonstrating a level of competence and foresight that would leave no room for doubt regarding her capabilities. It was about proving her worth in a language he understood: undeniable, irrefutable excellence.</w:t>
      </w:r>
    </w:p>
    <w:p/>
    <w:p>
      <w:r>
        <w:br/>
        <w:t>The act of preparing for meetings became an elaborate ritual. She would meticulously rehearse her contributions, not just the words, but the inflection, the pacing, the confident yet measured tone that she’d observed in Jenson himself. She would imagine his sharp blue eyes fixed on her, dissecting every syllable, every gesture. She learned to read the subtle cues in his rare pronouncements, to interpret the almost imperceptible shifts in his posture, the fleeting expressions that flickered across his impossibly composed features. Was he looking for dissent? For innovation? Or simply for unwavering loyalty to his vision? The ambiguity was maddening, yet she found a strange sort of thrill in the challenge of deciphering his unspoken directives. It was like solving a complex puzzle, where the pieces were shards of data and the solver was her own burgeoning professional acumen.</w:t>
      </w:r>
    </w:p>
    <w:p/>
    <w:p>
      <w:r>
        <w:br/>
        <w:t>The sheer volume of work was staggering. Amelia found herself working through lunches, skipping coffee breaks, and often staying long after the last of her colleagues had departed, the soft glow of her monitor the only illumination in the cavernous office. Sleep became a luxury she could barely afford, snatched in brief, fragmented intervals between bursts of intense concentration. Her apartment, once a sanctuary, began to feel more like a satellite office, littered with printouts, sticky notes, and half-empty coffee mugs. The line between her professional life and her personal existence blurred, then seemed to dissolve entirely. She was living and breathing Sterling Corp, Jenson’s vision, the relentless pursuit of perfection.</w:t>
      </w:r>
    </w:p>
    <w:p/>
    <w:p>
      <w:r>
        <w:br/>
        <w:t>Yet, amidst the exhaustion, a quiet sense of pride began to blossom. She was no longer the wide-eyed intern, intimidated by the corporate behemoth. She was a participant, a contributor, a young woman carving out her own space within this demanding ecosystem. There were moments, fleeting but potent, when she felt a spark of genuine insight, when she offered a perspective that seemed to resonate, when she saw a flicker of acknowledgment, however subtle, from Jenson or her immediate supervisor. These small victories were the fuel that kept her going, the tiny beacons of hope in the overwhelming expanse of her ambition.</w:t>
      </w:r>
    </w:p>
    <w:p/>
    <w:p>
      <w:r>
        <w:br/>
        <w:t>She was acutely aware that her internship was not just a temporary assignment; it was a battlefield. Her thesis, the academic culmination of years of study, felt like a distant mirage, a peaceful haven she longed to reach, but one that was currently obscured by the fog of corporate warfare. This environment, with its intense pressure and demanding expectations, felt meticulously designed to test her mettle, to push her to her absolute limits. It was a crucible, intended to forge her into the kind of high-performing professional that Sterling Corp, and Jenson in particular, seemed to value above all else.</w:t>
      </w:r>
    </w:p>
    <w:p/>
    <w:p>
      <w:r>
        <w:br/>
        <w:t>The hours were long, the demands incessant, and the need to constantly perform, to be perpetually “on,” left her feeling profoundly drained. Yet, beneath the fatigue, a steely resolve hardened. She was determined to not just survive this internship, but to thrive. She would not be broken by the pressure; she would be shaped by it. She would learn to navigate the complex currents of corporate politics, to anticipate the needs of her superiors, and to deliver results that would speak for themselves, even if Jenson’s approval remained an elusive, perhaps unattainable, prize. The dream of submitting her thesis, of escaping the suffocating intensity of this world, served as a constant, albeit distant, motivation. But for now, her focus was singular: to conquer the gauntlet, one meticulously executed project, one confidently delivered presentation, at a time.</w:t>
      </w:r>
    </w:p>
    <w:p/>
    <w:p>
      <w:r>
        <w:br/>
        <w:t>She started to analyze Jenson’s communication style with the same rigor she applied to market data. His emails were terse, often devoid of pleasantries, yet packed with actionable directives. His public statements were rare, but when they came, they were pronouncements, shaping the strategic direction of the company with an unshakeable authority. She noticed his preference for data-driven arguments, his aversion to speculation, and his implicit disdain for anything that smacked of inefficiency or a lack of preparation. This understanding became a crucial tool in her arsenal, allowing her to tailor her own contributions to his perceived preferences, not out of subservience, but out of a strategic necessity to be heard, to be understood, and ultimately, to be valued.</w:t>
      </w:r>
    </w:p>
    <w:p/>
    <w:p>
      <w:r>
        <w:br/>
        <w:t>The concept of “proving her worth” took on a new, more nuanced meaning. It wasn't just about completing tasks; it was about demonstrating a deeper understanding of the company’s objectives, about proactively identifying opportunities, and about contributing solutions that went beyond the immediate scope of her assignments. She began to anticipate the needs of David Chen, her direct supervisor, and to offer insights that he might have overlooked. This not only eased his workload but also positioned her as a valuable asset, someone who could think independently and contribute meaningfully to the team’s success.</w:t>
      </w:r>
    </w:p>
    <w:p/>
    <w:p>
      <w:r>
        <w:br/>
        <w:t>The longer she worked within Sterling Corp, the more she realized that the corporate environment was a complex ecosystem, governed by unwritten rules and subtle power dynamics. Navigating this landscape required more than just intelligence and hard work; it demanded a keen sense of observation, an ability to read people, and a strategic approach to interpersonal interactions. She watched how senior executives interacted, how decisions were made, and how influence was wielded. She learned to be present in meetings, not just physically, but mentally, actively listening and absorbing every nuance of the discussion.</w:t>
      </w:r>
    </w:p>
    <w:p/>
    <w:p>
      <w:r>
        <w:br/>
        <w:t>Her determination to excel extended beyond her immediate responsibilities. She made it a point to understand the broader objectives of the departments she interacted with, from marketing to finance to operations. This holistic understanding allowed her to frame her own contributions within a larger context, demonstrating that she grasped the interconnectedness of the business and could see how her work fit into the grander scheme. It was a subtle way of signaling her potential for growth, of showing that she wasn’t just capable of executing tasks, but of understanding the strategic implications of her efforts.</w:t>
      </w:r>
    </w:p>
    <w:p/>
    <w:p>
      <w:r>
        <w:br/>
        <w:t>The pressure, though immense, also fostered a sense of camaraderie among the interns, a shared understanding of the unique challenges they faced. They would often commiserate over late nights, dissect Jenson’s latest pronouncements, and offer each other advice on how to navigate the intricate office politics. Amelia found solace in these shared experiences, a reminder that she wasn't alone in this demanding environment. However, she also recognized the inherent competitiveness, the unspoken rivalry that simmered beneath the surface of their friendships. Everyone was vying for limited opportunities, for recognition, and ultimately, for a permanent position within the prestigious firm.</w:t>
      </w:r>
    </w:p>
    <w:p/>
    <w:p>
      <w:r>
        <w:br/>
        <w:t>The constant need to perform also began to affect her physical well-being. The perpetual state of alertness, the lack of adequate rest, and the stress of high-stakes performance took a toll. She noticed a persistent exhaustion that no amount of caffeine seemed able to dispel. Her appetite dwindled, and she found herself relying on quick, often unhealthy, meals to sustain her through the grueling hours. Yet, even as her body protested, her mind remained sharp, fueled by an almost obsessive drive to succeed. The thought of failing, of returning to academia without having proven herself in the cutthroat world of corporate finance, was a far more terrifying prospect than the physical toll the internship was taking.</w:t>
      </w:r>
    </w:p>
    <w:p/>
    <w:p>
      <w:r>
        <w:br/>
        <w:t>The desire to submit her thesis, to finally escape the suffocating intensity of the corporate environment, became an anchor in her thoughts, a beacon of hope that kept her moving forward. She envisioned the quiet satisfaction of completing that milestone, the relief of returning to a more intellectually stimulating, less performance-driven world. But she also knew that she couldn't simply escape; she had to emerge from this experience stronger, more capable, and with a tangible demonstration of her abilities. The internship was an unavoidable hurdle, a necessary trial by fire, and she was determined to emerge from it not unscathed, but undoubtedly forged.</w:t>
      </w:r>
    </w:p>
    <w:p/>
    <w:p>
      <w:r>
        <w:br/>
        <w:t>She started to see the internship not as a test, but as an opportunity to learn and grow, albeit in a highly demanding fashion. She learned to manage her time more effectively, to prioritize tasks, and to delegate when appropriate, even if that meant carefully managing the expectations of other, less experienced interns. She honed her analytical skills to an unprecedented degree, developing a keen eye for detail and an ability to identify patterns and trends that others might miss. Her understanding of financial modeling, market analysis, and strategic planning deepened with each passing week, transforming her theoretical knowledge into practical, actionable expertise.</w:t>
      </w:r>
    </w:p>
    <w:p/>
    <w:p>
      <w:r>
        <w:br/>
        <w:t>The hours continued to stretch, pushing the boundaries of her endurance. There were days when the sheer weight of expectation felt almost crushing, when the thought of another late night, another demanding presentation, threatened to overwhelm her. But then she would recall the whispers about Jenson, the stories of his relentless drive, his unwavering commitment to excellence, and she would find a renewed surge of energy. If he could demand such high standards, then surely she could strive to meet them. It was a silent challenge, a personal battle against her own perceived limitations, and she was determined to win.</w:t>
      </w:r>
    </w:p>
    <w:p/>
    <w:p>
      <w:r>
        <w:br/>
        <w:t>The dream of completing her thesis, of returning to the more familiar territory of academic research, served as a potent reminder of her ultimate goals. It was a sanctuary she could retreat to in her mind when the pressures of Sterling Corp became too intense. But she also understood that this experience was shaping her in ways that her academic pursuits never could. It was teaching her resilience, adaptability, and the invaluable skill of thriving under pressure. These were not just professional assets; they were life lessons, hard-won and deeply ingrained. The corporate gauntlet was indeed testing her limits, but in doing so, it was also revealing a strength she never knew she possessed, a quiet power that would serve her well, long after her time at Sterling Corp was over. The goal was not just to survive the maze, but to emerge from it with a clear path forward, her thesis completed, and her professional mettle proven.</w:t>
      </w:r>
    </w:p>
    <w:p/>
    <w:p>
      <w:r>
        <w:br w:type="page"/>
      </w:r>
    </w:p>
    <w:p>
      <w:pPr>
        <w:spacing w:before="5040"/>
        <w:jc w:val="center"/>
      </w:pPr>
      <w:r>
        <w:rPr/>
        <w:t xml:space="preserve"> 2: The Unforeseen Confinement</w:t>
      </w:r>
    </w:p>
    <w:p>
      <w:r>
        <w:t>The cavernous expanse of Sterling Corp’s offices had transformed into a spectral landscape, bathed in the eerie, utilitarian glow of emergency lighting. The usual symphony of keyboards clicking, phones ringing, and the low murmur of conversations had long since faded, replaced by a profound, almost deafening silence. Amelia found herself, yet again, a solitary figure amidst the sleeping behemoth of the corporate world. The clock on her laptop screen glowed a stark, uncompromising red: 9:47 PM. Outside, the city was a tapestry of distant, glittering lights, a world oblivious to the solitary dedication unfolding within these polished walls.</w:t>
      </w:r>
    </w:p>
    <w:p>
      <w:r>
        <w:br/>
        <w:t>Her desk, once a battleground of overflowing inboxes and scattered reports, was now an island of meticulous order in the encroaching darkness. Each document, each highlighted passage, each scribbled note was arranged with a precision bordering on obsession. The thesis. The word itself felt like a heavy stone in her chest, a constant, insistent reminder of the academic mountain she still had to scale. Sterling Corp had become an all-consuming vortex, a place where ambition warred with exhaustion, and where even the concept of a personal life felt like a relic of a forgotten era. Every late night, every skipped meal, every sacrificed hour of sleep was a deposit in the bank of her future, a gamble that this grueling crucible would ultimately forge her into the accomplished professional she desperately aspired to be.</w:t>
      </w:r>
    </w:p>
    <w:p/>
    <w:p>
      <w:r>
        <w:br/>
        <w:t>The rhythmic hum of the building’s ventilation system, a subtle thrumming that usually faded into the background, now seemed to pulse with a lonely intensity, the only discernible sound in the vast, quiet space. It was a soundtrack to her solitude, a constant reminder of the sheer scale of the operation she was a part of, and the even greater scale of the work that still lay before her. She adjusted her glasses, pushing them further up her nose, her fingers tracing the worn edges of a dog-eared academic journal. The theories within its pages, once abstract concepts debated in hushed university lecture halls, now felt intimately connected to the tangible, high-stakes realities of Sterling Corp. She was no longer just a student; she was an analyst, a strategist, a budding participant in the complex machinations of global finance, all while simultaneously wrestling with the intellectual demands of her dissertation.</w:t>
      </w:r>
    </w:p>
    <w:p/>
    <w:p>
      <w:r>
        <w:br/>
        <w:t>Her thesis, an exploration into the long-term impact of disruptive technologies on established market leaders, was her personal Everest. The data collection alone had been an arduous task, involving sifting through reams of industry reports, economic forecasts, and historical case studies. Now, the true labor began: synthesizing that data, formulating her arguments, and weaving a coherent narrative that would satisfy her academic advisors and, more importantly, prove her own intellectual rigor. The pressure to excel in both spheres – the demanding world of Sterling Corp and the rigorous academic pursuit of her thesis – was immense, a tightrope walk over a chasm of potential failure.</w:t>
      </w:r>
    </w:p>
    <w:p/>
    <w:p>
      <w:r>
        <w:br/>
        <w:t>She carefully categorized a stack of printouts, each one representing hours of research, cross-referencing citations, and ensuring the accuracy of every data point. The silence, which had initially been an unwelcome intrusion, had slowly morphed into a strange sort of comfort. It allowed her to focus, to dive deep into the intricate labyrinth of her thoughts without the usual distractions of office chatter or the ambient anxiety that often permeated the daytime hours. It was in these quiet, late-night sessions that she felt most in control, most capable of wrestling her disparate thoughts into a cohesive whole.</w:t>
      </w:r>
    </w:p>
    <w:p/>
    <w:p>
      <w:r>
        <w:br/>
        <w:t>As she leaned back for a moment, stretching her stiff shoulders, her gaze drifted across the deserted floor. The vast open-plan office, usually a hive of activity, was now a landscape of darkened cubicles and silent workstations. The only break in the uniform darkness was a single, solitary beam of light emanating from a corner office. Christopher Jenson’s office. It was a beacon in the encroaching gloom, a silent testament to the relentless work ethic that had become synonymous with his name, and indeed, with Sterling Corp itself. The light was a familiar sight, a constant reminder that even as the city slept, the engines of power and ambition at Sterling Corp continued to churn.</w:t>
      </w:r>
    </w:p>
    <w:p/>
    <w:p>
      <w:r>
        <w:br/>
        <w:t>She’d seen it before, of course. Jenson was not a man who adhered to conventional working hours. His presence was often felt long after everyone else had gone home, a spectral overseer in the quiet of the night. It was both intimidating and, in a strange way, inspiring. It underscored the immense dedication required to reach the apex of such a competitive field. Seeing that light tonight, however, felt different. It wasn’t just a sign of his work ethic; it was a mirror, reflecting her own commitment, her own unwilling immersion into this demanding, all-encompassing world.</w:t>
      </w:r>
    </w:p>
    <w:p/>
    <w:p>
      <w:r>
        <w:br/>
        <w:t>The usual afternoon bustle, the synchronized rhythm of a functioning enterprise, had long since evaporated. The energy of the day had been replaced by a palpable stillness, a sense of the building holding its breath. Amelia felt a pang of something akin to melancholy, a fleeting wish for the camaraderie of her colleagues, for the shared exhaustion and the occasional burst of laughter that had punctuated the long days. But that was a luxury she couldn't afford tonight. Her thesis demanded her undivided attention, and the looming deadlines for both her academic work and her Sterling Corp projects allowed for no such indulgence.</w:t>
      </w:r>
    </w:p>
    <w:p/>
    <w:p>
      <w:r>
        <w:br/>
        <w:t>She ran a hand through her hair, feeling the slight stickiness from a day that had felt impossibly long. The aroma of stale coffee and the faint, metallic scent of toner hung in the air, the olfactory signature of late-night productivity. She meticulously organized her notes for the upcoming chapter on technological integration. The complex interplay of innovation, market adoption, and regulatory frameworks was a dense thicket of information, and she had to navigate it with absolute clarity. Each paragraph had to be precise, each argument rigorously supported by evidence.</w:t>
      </w:r>
    </w:p>
    <w:p/>
    <w:p>
      <w:r>
        <w:br/>
        <w:t>The silence, punctuated only by the building’s ambient hum and the occasional faint creak of settling infrastructure, seemed to amplify the mental effort required. It was a silence that demanded focus, that stripped away all but the most essential thoughts. She found herself unconsciously mirroring Jenson’s intensity, his almost monastic dedication to his work. It was an osmosis of sorts, a gradual absorption of the pervasive culture of Sterling Corp. She was no longer just an intern; she was a student of the Sterling Corp ethos, and Christopher Jenson was, undeniably, its most potent embodiment.</w:t>
      </w:r>
    </w:p>
    <w:p/>
    <w:p>
      <w:r>
        <w:br/>
        <w:t xml:space="preserve">She remembered a conversation she'd overheard weeks ago, a hushed exchange between two senior executives discussing Jenson’s legendary work habits. "He doesn't just lead Sterling Corp," one had said, his voice low, "he </w:t>
      </w:r>
    </w:p>
    <w:p>
      <w:pPr>
        <w:jc w:val="left"/>
      </w:pPr>
      <w:r>
        <w:rPr>
          <w:i/>
        </w:rPr>
        <w:t>is</w:t>
      </w:r>
      <w:r>
        <w:t xml:space="preserve"> Sterling Corp. He breathes it. Lives it." At the time, Amelia had dismissed it as hyperbole, a testament to the larger-than-life reputation Jenson cultivated. But now, in the echoing stillness of the deserted office, with his office light burning like a solitary star, she understood. This wasn't just a job for him; it was a vocation, a consuming passion that transcended the ordinary boundaries of work and life.</w:t>
      </w:r>
    </w:p>
    <w:p>
      <w:r>
        <w:br/>
        <w:t>And she, in her own way, was beginning to understand that pull. The intellectual challenge of her thesis, coupled with the high-stakes environment of Sterling Corp, had created a potent cocktail of ambition and focus. She was driven by a desire to prove herself, not just to Jenson or her supervisors, but to herself. The thought of failing, of returning to academia without having made her mark, without having truly absorbed the lessons this demanding internship offered, was a prospect she found unbearable.</w:t>
      </w:r>
    </w:p>
    <w:p/>
    <w:p>
      <w:r>
        <w:br/>
        <w:t>She opened a new document, the cursor blinking expectantly on the blank screen, a taunting invitation to fill the void with her thoughts. Her thesis chapter required a deep dive into the case of a failed technological integration in the automotive sector, a cautionary tale of ambition outpacing execution. She had the data, she had the preliminary analysis, but she needed to distill it into a compelling narrative, a concise, impactful argument. She picked up her pen, the familiar weight grounding her, and began to sketch out an outline, her mind a whirlwind of concepts and connections.</w:t>
      </w:r>
    </w:p>
    <w:p/>
    <w:p>
      <w:r>
        <w:br/>
        <w:t>The faint glow from Jenson’s office served as a subtle, almost subconscious, motivator. It was a reminder that she wasn’t alone in her late-night endeavors, that the pursuit of excellence was a solitary, demanding path. But it also highlighted the vast gulf between her current position and his, a chasm of experience, influence, and, perhaps, innate genius. She wasn’t just working late; she was striving to bridge that gap, to prove that she belonged in this rarefied atmosphere, that she could not only survive but thrive under such intense pressure.</w:t>
      </w:r>
    </w:p>
    <w:p/>
    <w:p>
      <w:r>
        <w:br/>
        <w:t>The silence, once so overwhelming, was now a fertile ground for her thoughts. It allowed her to delve into the nuances of her research, to explore the complexities of market dynamics and technological adoption without the usual cacophony of external stimuli. She found a quiet satisfaction in the meticulous process of her work, in the methodical piecing together of her thesis. Each correctly cited source, each well-formulated sentence, was a small victory in the larger battle for academic and professional validation.</w:t>
      </w:r>
    </w:p>
    <w:p/>
    <w:p>
      <w:r>
        <w:br/>
        <w:t>She noticed the dust motes dancing in the beam of her desk lamp, illuminated by the pervasive emergency lighting. It was a detail she wouldn't have registered during the day, lost in the whirlwind of activity. These quiet hours offered a different perspective, a chance to observe the subtle rhythms of the office, the dormant energy waiting to be reawakened with the dawn. It was a world stripped bare, revealing its underlying structure, its inherent solitude.</w:t>
      </w:r>
    </w:p>
    <w:p/>
    <w:p>
      <w:r>
        <w:br/>
        <w:t>She recalled her initial trepidation upon starting her internship, the overwhelming sense of being an outsider in a world of seasoned professionals. The whispers about Jenson, the stories of his ruthlessness and his unparalleled success, had only amplified that anxiety. But the relentless demands of the work, the constant pressure to perform, had forced her to shed her inhibitions, to hone her skills, and to discover a reserve of resilience she hadn't known she possessed. Sterling Corp, and particularly the unspoken challenge posed by its enigmatic leader, was forging her in ways she hadn't anticipated.</w:t>
      </w:r>
    </w:p>
    <w:p/>
    <w:p>
      <w:r>
        <w:br/>
        <w:t>The solitary light in Jenson’s office was more than just a symbol of his presence; it was a silent challenge, an unspoken dare. It represented the pinnacle of achievement in this demanding industry, a standard against which she, and all others at Sterling Corp, were implicitly measured. She met its silent gaze, not with defiance, but with a quiet resolve. She would not be outworked. She would not be outthought. Her thesis, meticulously crafted, would be her testament, her proof of worth, a beacon of her own nascent ambition in the formidable landscape of Sterling Corp. The night was long, the tasks lingered, but Amelia was ready to face them, fueled by a potent blend of academic drive and a quiet, burgeoning determination to conquer the challenge that lay before her. She was here to learn, to prove herself, and to emerge from this, not just with a completed thesis, but with a clearer understanding of her own formidable capabilities.</w:t>
      </w:r>
    </w:p>
    <w:p/>
    <w:p>
      <w:r>
        <w:t>The weight of the night pressed down on Amelia, a palpable presence in the hushed expanse of Sterling Corp. The thesis, a relentless siren call, had finally begun to recede, leaving behind a residue of profound exhaustion. Each keystroke, each carefully considered sentence, had chipped away at her reserves, leaving her feeling hollowed out, yet strangely exhilarated. The ordered chaos of her workspace, a testament to her nocturnal endeavors, was a reflection of the internal landscape she had navigated – a labyrinth of data, theories, and the ever-present pressure to excel. She meticulously gathered her scattered notes, the crisp rustle of paper a small disruption in the overwhelming silence. The laptop, her faithful companion through the long hours, was closed with a soft click, its screen fading into black, mirroring the dimming of her own immediate focus. A weary sigh escaped her lips, a release of the tension that had held her captive for so many hours. The city lights outside, once a distant, glittering promise, now seemed like a taunting reminder of a world that continued its ceaseless motion while she remained suspended in this temporal anomaly.</w:t>
      </w:r>
    </w:p>
    <w:p>
      <w:r>
        <w:br/>
        <w:t>She stood, her muscles protesting the prolonged stillness, and stretched her arms above her head, feeling the satisfying pop of vertebrae realigning. The fluorescent emergency lights cast long, distorted shadows, transforming the familiar office layout into something more spectral, more imposing. Her gaze swept across the deserted floor, noting the uniformity of the darkened cubicles, each a silent sentinel guarding its own secrets. It was a tableau of collective endeavor, albeit one now emptied of its participants. As she turned towards the distant glow of the elevator bank, a flicker of movement caught her eye. The door to Christopher Jenson’s corner office, a space that had served as a solitary beacon throughout her own late-night vigil, swung open.</w:t>
      </w:r>
    </w:p>
    <w:p/>
    <w:p>
      <w:r>
        <w:br/>
        <w:t>He emerged, not with the hurried stride of someone escaping, but with the deliberate, measured pace of a man who commanded his surroundings. The briefcase in his hand was a familiar accessory, a symbol of his unyielding commitment to the demands of Sterling Corp. He was dressed impeccably, as always, the sharp lines of his suit a stark contrast to the disheveled state Amelia likely presented. Their paths, which had seemed destined to remain on parallel trajectories within the vastness of the building, were now converging. A shared, unspoken acknowledgment passed between them, a fleeting moment of recognition that transcended the usual professional courtesies. It was the silent understanding of kindred spirits, bound by the invisible threads of ambition and the demanding mistress of late-night work.</w:t>
      </w:r>
    </w:p>
    <w:p/>
    <w:p>
      <w:r>
        <w:br/>
        <w:t>He paused, his gaze meeting hers across the dimly lit expanse. There was no overt greeting, no forced pleasantry. Instead, a subtle nod, a brief flicker in his eyes that conveyed a depth of understanding. It was a recognition of the shared commitment, the mutual sacrifice that characterized their existence within the hallowed, often unforgiving, halls of Sterling Corp. Amelia offered a slight inclination of her head in return, a silent acknowledgment of his presence and the unspoken respect that simmered beneath the surface of their professional interactions.</w:t>
      </w:r>
    </w:p>
    <w:p/>
    <w:p>
      <w:r>
        <w:br/>
        <w:t>They moved towards the elevators simultaneously, their footsteps echoing softly on the polished floors. The confined space of the elevator, when they stepped inside, felt charged with an almost palpable stillness. The air, once merely cool and circulated, now seemed to thicken, imbued with the unspoken tension that perpetually seemed to surround Christopher Jenson. It was a tension born not of animosity, but of proximity to power, to a focused intensity that Amelia found both intimidating and, in its own way, magnetic. The polished steel walls of the elevator reflected their solitary figures, two individuals momentarily brought together by the mechanics of the building, yet fundamentally alone in their individual quests.</w:t>
      </w:r>
    </w:p>
    <w:p/>
    <w:p>
      <w:r>
        <w:br/>
        <w:t>The doors slid shut with a soft thud, sealing them within the intimate, yet impersonal, confines of the lift. The upward ascent was punctuated by the gentle hum of the machinery, a subtle counterpoint to the profound quiet that had settled between them. Amelia found herself acutely aware of his presence, the sheer force of his personality, even in repose. She could feel the subtle shift of his weight as he stood beside her, the faint scent of his cologne, a sophisticated blend that spoke of understated luxury and decisive action. It was a sensory overload, a reminder of the vast difference in their positions within the corporate hierarchy, and yet, in this shared moment of solitude, those distinctions seemed to blur, softened by the shared experience of the late hour.</w:t>
      </w:r>
    </w:p>
    <w:p/>
    <w:p>
      <w:r>
        <w:br/>
        <w:t>She focused on the illuminated numbers above the door, each ascending digit a step closer to the exit, to the world outside this meticulously controlled environment. The silence, however, was not empty. It was a silence pregnant with unspoken thoughts, with the residue of their respective battles waged against deadlines and the relentless pursuit of professional perfection. Amelia found herself contemplating the nature of their shared endeavor. They were both, in their own ways, driven by an insatiable hunger for success, a desire to excel in a field that rewarded not just intelligence, but an almost pathological dedication. He, the titan of industry, a seasoned architect of corporate empires. She, the neophyte, a diligent student, striving to absorb every ounce of knowledge, every nuance of strategy, to carve out her own place in this formidable landscape.</w:t>
      </w:r>
    </w:p>
    <w:p/>
    <w:p>
      <w:r>
        <w:br/>
        <w:t>The elevator reached her floor, and the doors glided open, revealing the more familiar, albeit still deserted, corridor leading to the main exit. She offered another small nod to Jenson, a gesture of polite farewell, a final acknowledgment of their shared experience in the nocturnal quiet of Sterling Corp. He responded with a brief, almost imperceptible dip of his chin, his gaze lingering for a fraction of a second longer than necessary. It was a look that Amelia couldn’t quite decipher – was it acknowledgment, assessment, or simply the distant regard of a man accustomed to observing the world from a height she had yet to attain?</w:t>
      </w:r>
    </w:p>
    <w:p/>
    <w:p>
      <w:r>
        <w:br/>
        <w:t>As she stepped out into the corridor, the receding hum of the elevator seemed to carry with it the last vestiges of their shared confinement. The air outside the elevator felt less charged, the silence more natural, more expected. She turned back for a moment, watching as the elevator doors slid shut, sealing Jenson within his own trajectory. The fleeting intimacy of their shared ride, the unspoken understanding, dissolved as quickly as it had formed, leaving behind only the lingering impression of a connection forged in the crucible of late-night dedication.</w:t>
      </w:r>
    </w:p>
    <w:p/>
    <w:p>
      <w:r>
        <w:br/>
        <w:t>The walk to her car was a solitary one, the vast, empty corridors of Sterling Corp now feeling even more cavernous. The city lights, previously distant and somewhat abstract, now seemed more welcoming, more real. The hum of the building had faded, replaced by the ambient sounds of the sleeping metropolis. Yet, as Amelia unlocked her car and settled into the driver's seat, a subtle shift occurred within her. The profound exhaustion was still present, a heavy blanket draped over her senses. But beneath it, a quiet sense of accomplishment had begun to unfurl. She had navigated the demands of Sterling Corp, she had pushed the boundaries of her own endurance, and she had emerged, not unscathed, but undeniably strengthened. The late hours, the solitary pursuit of excellence, were no longer just a means to an end; they were becoming a part of her, a testament to the formidable resilience she was discovering within herself. The shared solitude with Jenson, though silent and fleeting, had served as a subtle confirmation of her own path, a silent acknowledgment that in the demanding world of Sterling Corp, such unwavering dedication was not an anomaly, but a fundamental requirement. The night had been long, and the challenges ahead remained immense, but for the first time, Amelia felt a quiet confidence, a nascent understanding that she was, in fact, capable of meeting them head-on. The unspoken thoughts shared in the elevator, the silent acknowledgment of their mutual dedication, had resonated deeper than any spoken word, leaving her with a quiet resolve that would carry her forward, even as the first hints of dawn began to paint the sky. She started the engine, the familiar rumble a welcome sound, and pulled away from the imposing edifice of Sterling Corp, the silent witness to her latest nocturnal triumph.</w:t>
      </w:r>
    </w:p>
    <w:p/>
    <w:p>
      <w:r>
        <w:t>The metallic embrace of the elevator car seemed to tighten around Amelia as the doors slid shut, a final, definitive seal on their brief, silent encounter. The ascent, which had felt almost imperceptible in its smoothness, was abruptly interrupted. A violent jolt, a visceral shudder that rippled through the very bones of the structure, seized the car. Amelia's breath hitched, a sharp intake of air that did little to quell the sudden surge of adrenaline. Her hands instinctively shot out, bracing against the cool, unyielding steel of the wall as if to anchor herself against the unexpected upheaval. Beside her, Christopher Jenson, a figure of unwavering control, remained a dark, steadfast presence.</w:t>
      </w:r>
    </w:p>
    <w:p>
      <w:r>
        <w:br/>
        <w:t xml:space="preserve">The overhead lights, which had been casting a soft, even glow, now began to flicker with an alarming intensity. They pulsed erratically, each stuttering flash a disorienting strobe that painted the confined space in stark, ephemeral relief. Amelia’s eyes, already strained from the long hours of work, struggled to adjust to the chaotic dance of light and shadow. Then, with a final, deafening </w:t>
      </w:r>
    </w:p>
    <w:p>
      <w:pPr>
        <w:jc w:val="left"/>
      </w:pPr>
      <w:r>
        <w:rPr>
          <w:i/>
        </w:rPr>
        <w:t>thunk</w:t>
      </w:r>
      <w:r>
        <w:t>, the power died. The world was plunged into an absolute, suffocating darkness. The reassuring hum of the machinery, the subtle symphony of the building's mechanics, ceased as abruptly as if a switch had been thrown, leaving behind a silence so profound, so absolute, that it seemed to press in on her eardrums. It was a void, an unnatural stillness that amplified the frantic thumping of her own heart, a drumbeat against the oppressive quiet.</w:t>
      </w:r>
    </w:p>
    <w:p>
      <w:r>
        <w:br/>
        <w:t>A choked gasp escaped Amelia’s lips, a tiny sound swallowed whole by the immensity of the sudden void. Her mind, usually a meticulously organized repository of data and deadlines, felt as if it had been thrown into disarray. The immobility of the car, the complete absence of light, acted as a catalyst, igniting a primal fear that she had long thought buried. It was an irrational, visceral panic, a throwback to a more vulnerable self, a self that had not yet learned to navigate the calculated risks and controlled environments of the corporate world. Her thoughts tumbled over each other, a chaotic jumble of what-ifs and worst-case scenarios. Were they stuck? For how long? The darkness, once a mere absence of light, now felt like a tangible entity, a suffocating blanket that stole her breath and tightened its grip around her chest.</w:t>
      </w:r>
    </w:p>
    <w:p/>
    <w:p>
      <w:r>
        <w:br/>
        <w:t>Beside her, Christopher Jenson’s silhouette was a faint, indistinct smudge against the absolute black. Amelia strained her eyes, trying to discern any reaction, any sign that he, too, was affected by this sudden turn of events. But he remained utterly still, a statue carved from shadow. His composure, in the face of this abrupt confinement, was almost unnerving. It spoke of a deep, ingrained stoicism, a capacity to remain unruffled even when the very foundations of his surroundings seemed to crumble. She could feel his presence beside her, a warmth radiating faintly through the air, a subtle scent of his cologne, a sophisticated blend that now seemed both out of place and oddly grounding in this moment of disequilibrium.</w:t>
      </w:r>
    </w:p>
    <w:p/>
    <w:p>
      <w:r>
        <w:br/>
        <w:t>"Are you alright?" His voice, when it finally came, was a low rumble, a steady anchor in the swirling currents of her panic. It was calm, measured, devoid of the tremor that she felt coursing through her own frame.</w:t>
      </w:r>
    </w:p>
    <w:p/>
    <w:p>
      <w:r>
        <w:br/>
        <w:t>Amelia fumbled for an answer, her throat tight. "Yes," she managed, the word croaking out, thinner than she intended. "I think so. Just… startled." She attempted a shaky laugh, but it died in her throat, another casualty of the suffocating silence. The darkness made it impossible to read his expression, to gauge his reaction, and the anonymity of it all only served to amplify her apprehension.</w:t>
      </w:r>
    </w:p>
    <w:p/>
    <w:p>
      <w:r>
        <w:br/>
        <w:t>"A momentary inconvenience," Jenson stated, his tone suggesting that such occurrences were merely minor deviations from the norm, easily overcome. "These older buildings can be temperamental."</w:t>
      </w:r>
    </w:p>
    <w:p/>
    <w:p>
      <w:r>
        <w:br/>
        <w:t>Temperamental was an understatement, Amelia thought, her mind still racing. This was a complete shutdown, a catastrophic failure. She could feel the slight tremor of the car as it settled, the unnerving stillness that followed. She tried to draw in a deep breath, focusing on the controlled exhale Jenson had modeled. She concentrated on the feel of the cool metal beneath her fingertips, the faint vibration of the building around them, anything to tether herself to reality and pull herself back from the precipice of panic.</w:t>
      </w:r>
    </w:p>
    <w:p/>
    <w:p>
      <w:r>
        <w:br/>
        <w:t>"Do you know… what happened?" she asked, her voice barely above a whisper, afraid to break the fragile quiet that had settled between them.</w:t>
      </w:r>
    </w:p>
    <w:p/>
    <w:p>
      <w:r>
        <w:br/>
        <w:t>"Likely a power surge," he replied, his voice calm and reassuring, though she could sense the quiet assessment behind his words. "Or perhaps a system malfunction. The maintenance crew will be aware of it by now." He paused, and Amelia imagined him shifting his weight, his posture unchanged. "They'll have us moving again shortly."</w:t>
      </w:r>
    </w:p>
    <w:p/>
    <w:p>
      <w:r>
        <w:br/>
        <w:t>His words were meant to be comforting, but they did little to assuage the growing unease within her. The thought of being trapped, suspended between floors, in this metal box with a man whose presence alone commanded a certain gravity, was a deeply unsettling prospect. It was a confinement that transcended the physical; it was a confinement of proximity, of an intimacy that felt both unwelcome and, in a strange, disquieting way, undeniably potent.</w:t>
      </w:r>
    </w:p>
    <w:p/>
    <w:p>
      <w:r>
        <w:br/>
        <w:t>She closed her eyes, trying to reconstruct the sequence of events. The jolt, the flicker, the abrupt darkness. It had all happened so quickly, so unexpectedly. One moment they were ascending, the next they were plunged into this abyss. She thought of the thesis, the endless hours she had poured into it, the mental marathon she had just completed. Now, this. It felt like a cruel twist of fate, a final, absurd hurdle placed in her path just as she thought she had reached the finish line.</w:t>
      </w:r>
    </w:p>
    <w:p/>
    <w:p>
      <w:r>
        <w:br/>
        <w:t>"Sterling Corp," she murmured, more to herself than to him. "Always keeping us on our toes."</w:t>
      </w:r>
    </w:p>
    <w:p/>
    <w:p>
      <w:r>
        <w:br/>
        <w:t>A low chuckle, barely audible, emanated from his direction. "Indeed. It builds character, wouldn't you agree?"</w:t>
      </w:r>
    </w:p>
    <w:p/>
    <w:p>
      <w:r>
        <w:br/>
        <w:t>Character. Or perhaps just a healthy dose of anxiety, Amelia thought wryly. She couldn't see him, but she could imagine the slight curve of his lips, the glint in his eyes if there had been any light to catch it. His ability to find amusement, or at least a sense of detached observation, in the face of adversity was something she had witnessed before, in their brief interactions at Sterling Corp. He possessed a remarkable resilience, a capacity to remain unperturbed by the vagaries of corporate life, or indeed, life in general.</w:t>
      </w:r>
    </w:p>
    <w:p/>
    <w:p>
      <w:r>
        <w:br/>
        <w:t>She leaned her head back against the cool metal, the smooth surface a stark contrast to the turmoil within her. The darkness was absolute, a velvety blackness that pressed against her eyelids. She tried to focus on her breathing, inhaling slowly, holding it for a count of five, exhaling even slower. It was a technique she used to manage moments of intense pressure, a small act of self-preservation in a demanding environment.</w:t>
      </w:r>
    </w:p>
    <w:p/>
    <w:p>
      <w:r>
        <w:br/>
        <w:t>"It's… quite dark," she ventured, the obviousness of the statement highlighting the awkwardness of their situation.</w:t>
      </w:r>
    </w:p>
    <w:p/>
    <w:p>
      <w:r>
        <w:br/>
        <w:t>"Necessity dictates that we adapt," Jenson replied smoothly. "Until the lights are restored, we make do with what we have."</w:t>
      </w:r>
    </w:p>
    <w:p/>
    <w:p>
      <w:r>
        <w:br/>
        <w:t>Make do. The phrase echoed in her mind. What did they have? Each other, confined in a small space, suspended somewhere between the known and the unknown. She could feel his presence acutely now, the subtle shifts in his posture, the faint warmth radiating from his body. It was an awareness born not of sight, but of proximity, of the primal sense of another human being sharing her space.</w:t>
      </w:r>
    </w:p>
    <w:p/>
    <w:p>
      <w:r>
        <w:br/>
        <w:t>She wondered what he was thinking. Was he impatient? Annoyed? Or was he, like her, simply waiting, observing, analyzing? She imagined him standing there, his broad shoulders filling the narrow space, his gaze fixed on some point in the darkness, his mind already strategizing the next move, the most efficient way to navigate this unexpected obstacle. He was a man who operated with a precision that was both admirable and, at times, intimidating.</w:t>
      </w:r>
    </w:p>
    <w:p/>
    <w:p>
      <w:r>
        <w:br/>
        <w:t>"I was just leaving," Amelia said, the words a confession, an explanation for her presence in the elevator with him at this late hour. "The thesis…"</w:t>
      </w:r>
    </w:p>
    <w:p/>
    <w:p>
      <w:r>
        <w:br/>
        <w:t>"I surmised as much," he interrupted, not unkindly. "The lights in the labs are often the last to be extinguished. A sign of dedication. Or perhaps stubbornness."</w:t>
      </w:r>
    </w:p>
    <w:p/>
    <w:p>
      <w:r>
        <w:br/>
        <w:t>A faint smile touched Amelia's lips. "A bit of both, I suspect." She hesitated, then decided to push the boundary, to bridge the gap that had been so carefully maintained between them. "It was… a long night."</w:t>
      </w:r>
    </w:p>
    <w:p/>
    <w:p>
      <w:r>
        <w:br/>
        <w:t>"They often are, when one is pursuing something worthwhile," Jenson said. His voice held a resonance that spoke of shared experience, of nights spent wrestling with complex problems, of the quiet satisfaction that came with pushing past perceived limits.</w:t>
      </w:r>
    </w:p>
    <w:p/>
    <w:p>
      <w:r>
        <w:br/>
        <w:t>Amelia found herself drawn to that resonance. It was the sound of someone who understood the relentless pursuit of excellence, the sacrifices it demanded. She had always admired that quality in him, even from a distance. He was a man who had achieved what she aspired to, a man who had carved out a formidable reputation in a cutthroat industry.</w:t>
      </w:r>
    </w:p>
    <w:p/>
    <w:p>
      <w:r>
        <w:br/>
        <w:t>"This building is like a city unto itself, isn't it?" Amelia mused, the darkness allowing her thoughts to wander, to become less guarded. "You can spend hours in here and forget that the outside world even exists."</w:t>
      </w:r>
    </w:p>
    <w:p/>
    <w:p>
      <w:r>
        <w:br/>
        <w:t>"Sterling Corp demands that sort of immersion," Jenson replied. "It is a world designed to reward singular focus. To succeed here, one must be prepared to inhabit it completely."</w:t>
      </w:r>
    </w:p>
    <w:p/>
    <w:p>
      <w:r>
        <w:br/>
        <w:t>His words struck a chord. She had been immersing herself, had been consuming herself in the pursuit of knowledge, of mastery. And while the cost had been high, measured in sleep and social interaction, there was a strange satisfaction in that absorption, a sense of purpose that had been absent from her life before.</w:t>
      </w:r>
    </w:p>
    <w:p/>
    <w:p>
      <w:r>
        <w:br/>
        <w:t>A faint scraping sound, from somewhere above or below, broke the silence. Amelia’s head snapped up, her senses on high alert. "What was that?"</w:t>
      </w:r>
    </w:p>
    <w:p/>
    <w:p>
      <w:r>
        <w:br/>
        <w:t>"Perhaps the rescue effort has begun," Jenson said, his tone still remarkably even. "Or perhaps just the building settling."</w:t>
      </w:r>
    </w:p>
    <w:p/>
    <w:p>
      <w:r>
        <w:br/>
        <w:t>The uncertainty gnawed at her. The immobility was beginning to wear on her nerves, the absolute lack of control a stark contrast to the structured environment she was accustomed to. She ran a hand through her hair, her fingers coming away with a faint greasiness from the long hours. She longed for the simple act of seeing, of being able to orient herself, to gauge the space around her.</w:t>
      </w:r>
    </w:p>
    <w:p/>
    <w:p>
      <w:r>
        <w:br/>
        <w:t>"I find myself rather wishing for a flashlight right about now," she confessed, a wry smile touching her lips.</w:t>
      </w:r>
    </w:p>
    <w:p/>
    <w:p>
      <w:r>
        <w:br/>
        <w:t>"A practical consideration," Jenson acknowledged. "Though I find that in moments of darkness, it is often more beneficial to engage the other senses, to listen, to feel. To truly perceive what is present, rather than simply what is absent."</w:t>
      </w:r>
    </w:p>
    <w:p/>
    <w:p>
      <w:r>
        <w:br/>
        <w:t>His words were more than just a suggestion; they were an invitation to a different way of experiencing the world, a world where sight did not hold absolute dominion. Amelia took a deep breath and focused on the subtle nuances of her surroundings. She could feel the faint vibration of the building, a low thrum that seemed to emanate from the very earth beneath them. She could hear the almost imperceptible hum of the ventilation system, a whisper of life within the metallic shell. And she was acutely aware of Jenson's presence, the subtle rhythm of his breathing, the faint warmth that radiated from his body.</w:t>
      </w:r>
    </w:p>
    <w:p/>
    <w:p>
      <w:r>
        <w:br/>
        <w:t>"It's… strangely quiet, once you tune out the internal noise," she admitted, surprised by her own observation.</w:t>
      </w:r>
    </w:p>
    <w:p/>
    <w:p>
      <w:r>
        <w:br/>
        <w:t>"The absence of external stimuli can often lead to a heightened internal awareness," he stated, his voice thoughtful. "It is in these moments of enforced stillness that we often discover the most about ourselves. And perhaps, about others."</w:t>
      </w:r>
    </w:p>
    <w:p/>
    <w:p>
      <w:r>
        <w:br/>
        <w:t>The implication hung in the air, a silent question. What had she discovered about him in these few minutes of enforced intimacy? That he was unflappable, composed, a master of his own internal universe. And about herself? That beneath the veneer of professional competence, a flicker of primal fear still resided, a vulnerability that the darkness had exposed.</w:t>
      </w:r>
    </w:p>
    <w:p/>
    <w:p>
      <w:r>
        <w:br/>
        <w:t>She shifted her weight, her shoulder brushing lightly against his. It was a fleeting contact, accidental, yet it sent a peculiar ripple through her. She could feel the solidness of his frame, the quiet strength that emanated from him. He didn't flinch, didn't recoil. His stillness was an invitation, a silent acknowledgment of the shared predicament.</w:t>
      </w:r>
    </w:p>
    <w:p/>
    <w:p>
      <w:r>
        <w:br/>
        <w:t>"Do you think… it will be much longer?" she asked, the question betraying her growing impatience.</w:t>
      </w:r>
    </w:p>
    <w:p/>
    <w:p>
      <w:r>
        <w:br/>
        <w:t>"Patience is a virtue that is often tested in situations such as these," Jenson replied, his voice still calm. "However, I have a degree of confidence in the efficiency of the Sterling Corp building management. They are, typically, quite responsive to such… operational interruptions."</w:t>
      </w:r>
    </w:p>
    <w:p/>
    <w:p>
      <w:r>
        <w:br/>
        <w:t>Operational interruptions. Amelia allowed herself a small, internal sigh. His ability to frame even this unsettling situation in such sterile, corporate language was a testament to his singular focus. He saw problems, and he saw solutions, and he rarely allowed emotion to cloud his judgment.</w:t>
      </w:r>
    </w:p>
    <w:p/>
    <w:p>
      <w:r>
        <w:br/>
        <w:t>She wondered, for a fleeting moment, what his life was like outside these walls. Did this same controlled composure extend to his personal life? Or was there a hidden depth, a passionate undercurrent that remained carefully concealed beneath the polished surface? The darkness, ironically, seemed to strip away some of the usual barriers, allowing for a more unguarded exchange, a glimpse into the unspoken.</w:t>
      </w:r>
    </w:p>
    <w:p/>
    <w:p>
      <w:r>
        <w:br/>
        <w:t>"It's ironic," Amelia said, the thought surfacing unbidden. "I spent all night chasing deadlines, trying to bring order to chaos. And now, I'm trapped in a very literal, very chaotic standstill."</w:t>
      </w:r>
    </w:p>
    <w:p/>
    <w:p>
      <w:r>
        <w:br/>
        <w:t>"Life has a way of presenting us with unexpected inversions," Jenson observed. "The pursuit of control often leads us to the most unexpected moments of relinquishing it."</w:t>
      </w:r>
    </w:p>
    <w:p/>
    <w:p>
      <w:r>
        <w:br/>
        <w:t>His words were profound, almost philosophical, and Amelia found herself nodding in agreement. It was true. The harder she tried to impose her will, the more often life seemed to throw her curveballs, forcing her to adapt, to react, to find a new path forward.</w:t>
      </w:r>
    </w:p>
    <w:p/>
    <w:p>
      <w:r>
        <w:br/>
        <w:t>The silence stretched again, punctuated only by the ambient hum of the building and the steady rhythm of their breathing. Amelia found herself listening to the subtle sounds, trying to glean some clue, some indication of what was happening beyond the confines of their metallic prison. She could feel a slight coolness in the air, a gentle breeze that suggested a ventilation system was still operational, even if the primary power was out.</w:t>
      </w:r>
    </w:p>
    <w:p/>
    <w:p>
      <w:r>
        <w:br/>
        <w:t>"I should probably call someone," she said, reaching for her phone, her fingers fumbling in the darkness. "My roommate… she'll worry if I'm not home soon."</w:t>
      </w:r>
    </w:p>
    <w:p/>
    <w:p>
      <w:r>
        <w:br/>
        <w:t>She activated her phone, and the screen flared to life, a beacon of artificial light in the oppressive blackness. The glow illuminated her face, casting stark shadows, and momentarily, caught Jenson’s profile. His features, usually so sharply defined, were softened by the indirect light, giving him an almost approachable air. He looked… contemplative, his gaze fixed on some unseen point in the darkness.</w:t>
      </w:r>
    </w:p>
    <w:p/>
    <w:p>
      <w:r>
        <w:br/>
        <w:t>She attempted to make a call, but the signal bars were non-existent. "No service," she reported, a note of frustration creeping into her voice. "Of course."</w:t>
      </w:r>
    </w:p>
    <w:p/>
    <w:p>
      <w:r>
        <w:br/>
        <w:t>"Unsurprising," Jenson commented calmly. "The thick walls of Sterling Corp, combined with the depth of the building's structure, often create signal dead zones. Especially in the elevator shafts."</w:t>
      </w:r>
    </w:p>
    <w:p/>
    <w:p>
      <w:r>
        <w:br/>
        <w:t>Amelia slumped back against the wall, the small screen of her phone a stark reminder of the outside world, a world she was currently disconnected from. The feeling of isolation, of being cut off, began to press in on her. She was used to being in control of her communication, of being able to reach out, to connect. This sudden, enforced disconnection was disorienting.</w:t>
      </w:r>
    </w:p>
    <w:p/>
    <w:p>
      <w:r>
        <w:br/>
        <w:t>"So, we're effectively cut off," she stated, the realization sinking in.</w:t>
      </w:r>
    </w:p>
    <w:p/>
    <w:p>
      <w:r>
        <w:br/>
        <w:t>"For the moment, it would appear so," Jenson confirmed. He didn't sound concerned, merely stating a fact.</w:t>
      </w:r>
    </w:p>
    <w:p/>
    <w:p>
      <w:r>
        <w:br/>
        <w:t>Amelia’s mind began to churn again. Cut off. Trapped. With no way to communicate. The initial wave of panic, which had receded slightly under Jenson’s calm demeanor, threatened to return with renewed force. She took another deep, steadying breath, forcing herself to recall the techniques, the strategies for managing her anxiety. She was not a child to be frightened by the dark. She was an adult, a professional, capable of handling unexpected challenges.</w:t>
      </w:r>
    </w:p>
    <w:p/>
    <w:p>
      <w:r>
        <w:br/>
        <w:t>She focused on Jenson. His presence, while initially intimidating, was also a source of unexpected reassurance. He was not panicking. He was not despairing. He was simply… present. And in his presence, there was a quiet strength that seemed to permeate the small space.</w:t>
      </w:r>
    </w:p>
    <w:p/>
    <w:p>
      <w:r>
        <w:br/>
        <w:t>"This certainly isn't how I envisioned my journey home," she said, attempting a lighthearted tone, though it fell a little flat.</w:t>
      </w:r>
    </w:p>
    <w:p/>
    <w:p>
      <w:r>
        <w:br/>
        <w:t>"Nor I," Jenson replied. "Though I find that the most memorable journeys are often the ones that deviate from the planned itinerary."</w:t>
      </w:r>
    </w:p>
    <w:p/>
    <w:p>
      <w:r>
        <w:br/>
        <w:t>Amelia couldn't help but smile. His ability to find a silver lining, even in a suspended elevator car, was remarkable. It was a perspective she envied, a way of navigating life that seemed to minimize unnecessary stress.</w:t>
      </w:r>
    </w:p>
    <w:p/>
    <w:p>
      <w:r>
        <w:br/>
        <w:t>She closed her eyes again, allowing the silence to wash over her. She tried to let go of the frustration, the anxiety, the sense of being trapped. She focused on the present moment, on the simple fact of her own existence, on the quiet companionship of the man beside her. The darkness was no longer a terrifying void, but a neutral space, a pause in the relentless march of time. And in that pause, amidst the stillness and the darkness, Amelia found herself discovering a quiet resilience, a capacity to adapt that she hadn't fully realized she possessed. The unforeseen confinement, though unwelcome, was becoming something else – a moment of unexpected introspection, a testament to the quiet strength that lay hidden beneath the surface, waiting to be discovered. The elevator remained still, suspended in its metallic tomb, but within Amelia, a subtle shift had begun, a dawning awareness that even in the darkest of moments, there was still a light to be found.</w:t>
      </w:r>
    </w:p>
    <w:p/>
    <w:p>
      <w:r>
        <w:t>The absolute black was no longer just an absence of light; it had become a physical presence, a tangible weight pressing in from all sides. Amelia’s breath, which she had been diligently trying to regulate, hitched in her throat. The carefully constructed calm she had managed to maintain began to unravel, thread by thread, under the relentless onslaught of the encroaching darkness. A chilling sweat bloomed across her forehead, prickling her skin and tracing icy paths down her temples. The air, which had seemed merely still moments ago, now felt thick, heavy, as if the very molecules were resisting her attempts to draw them in. It was the sensation of drowning in an invisible, suffocating medium.</w:t>
      </w:r>
    </w:p>
    <w:p>
      <w:r>
        <w:br/>
        <w:t>Her fingers, still resting on the cool metal of the elevator wall, clenched involuntarily. Her other hand instinctively tightened its grip on the worn leather of her satchel, her knuckles turning bone-white. It was a desperate, unconscious act of defiance against the creeping tendrils of panic that sought to consume her. Her thoughts, which had been a relatively ordered landscape, now became a tempestuous storm, a maelstrom of terrifying images and worst-case scenarios. The mental pictures conjured by the absolute void were chillingly vivid: being buried alive in an unmarked grave, the earth pressing down with insurmountable force, suffocating her, crushing her. The walls of the elevator car, once merely confining, now seemed to pulse inward, the metallic surfaces closing in, threatening to crush her very being.</w:t>
      </w:r>
    </w:p>
    <w:p/>
    <w:p>
      <w:r>
        <w:br/>
        <w:t>The fear was not the rational apprehension of a delayed commute; it was a primal, visceral terror, a deep-seated phobia that had lain dormant within her for years, an old ghost she had believed long vanquished. It was the unreasoning, all-consuming dread of being trapped, of being utterly powerless, of having no control over her own fate. This primal fear, a vestige of some ancient, instinctual response, threatened to pull her under, to drag her into its suffocating depths. Her body, betraying the calm facade she desperately tried to project, began to tremble uncontrollably. A shiver wracked her frame, not from cold, but from the sheer intensity of the terror that coursed through her veins. Her teeth chattered softly, a staccato rhythm against the unnerving silence. She was adrift in a sea of black, with no anchor, no compass, no hope of shore.</w:t>
      </w:r>
    </w:p>
    <w:p/>
    <w:p>
      <w:r>
        <w:br/>
        <w:t>She tried to focus on Jenson’s presence beside her, on the steady rhythm of his breathing, on the faint scent of his cologne. But even these familiar sensory inputs were warped by the overwhelming fear. His stillness, once a source of reassurance, now felt like an unnerving detachment, a sign that he was somehow immune to the horror she was experiencing. Was he truly so unaffected? Or was he, like her, merely hiding the depth of his own unease? She couldn't tell. The darkness rendered him as much a mystery as the vast, unknown space outside their metal box.</w:t>
      </w:r>
    </w:p>
    <w:p/>
    <w:p>
      <w:r>
        <w:br/>
        <w:t>"Are you… alright?" Jenson's voice, when it came, was still measured, but Amelia detected a subtle shift, a faint question in its depth that hadn't been there before. Perhaps he sensed the change in her, the almost imperceptible tremor that ran through her.</w:t>
      </w:r>
    </w:p>
    <w:p/>
    <w:p>
      <w:r>
        <w:br/>
        <w:t>Amelia forced her jaw to unclench, her tongue feeling thick and sluggish in her mouth. "I'm… I'm trying," she stammered, the words barely audible. The effort to speak felt monumental, as if she were pushing against a physical barrier. She could feel the tremor intensifying, a violent shaking that threatened to engulf her entirely. She pressed her hands against her thighs, digging her nails into the fabric of her skirt, trying to anchor herself, to channel the frantic energy into something, anything, other than outward expression.</w:t>
      </w:r>
    </w:p>
    <w:p/>
    <w:p>
      <w:r>
        <w:br/>
        <w:t>The darkness was no longer a passive backdrop; it was an active participant, a malevolent force that fed her fear, amplifying it, distorting it. She imagined the air becoming thinner, the space shrinking, the walls contracting with a slow, inexorable creep. Her heart hammered against her ribs, a frantic, trapped bird beating its wings against the confines of its cage. Each beat was a painful throb that echoed the rising tide of her panic. She closed her eyes, as if that might somehow dispel the darkness, but it only intensified the sensation of being buried alive. The blackness behind her eyelids was no different from the blackness surrounding her.</w:t>
      </w:r>
    </w:p>
    <w:p/>
    <w:p>
      <w:r>
        <w:br/>
        <w:t>"It’s… it’s the dark," she managed to articulate, the confession tumbling out of her in a rush. "I… I don't do well with the dark. Or being… confined." The words were out before she could stop them, a stark admission of a vulnerability she rarely allowed anyone to see. She felt a flush of shame creep up her neck, even in the darkness, at the thought of revealing this weakness to Jenson, of all people. He, with his unflappable composure, his air of effortless control.</w:t>
      </w:r>
    </w:p>
    <w:p/>
    <w:p>
      <w:r>
        <w:br/>
        <w:t>There was a brief pause, a pregnant silence that stretched, taut and heavy, between them. Amelia braced herself for a dismissal, a subtle expression of impatience. But what came next surprised her.</w:t>
      </w:r>
    </w:p>
    <w:p/>
    <w:p>
      <w:r>
        <w:br/>
        <w:t>"Claustrophobia?" Jenson asked, his voice softer now, devoid of its earlier crispness. It was a question, not an accusation, and it carried a surprising note of… understanding.</w:t>
      </w:r>
    </w:p>
    <w:p/>
    <w:p>
      <w:r>
        <w:br/>
        <w:t>Amelia could only manage a choked nod, unable to speak. The single word was too much to force past the constriction in her throat. Her entire body was screaming for release, for an escape from the suffocating confines of the elevator car, from the suffocating weight of her own fear. Her breath came in ragged gasps, shallow and ineffective. She could feel a dizzying sensation washing over her, the edges of her vision beginning to blur, even though her eyes were squeezed shut.</w:t>
      </w:r>
    </w:p>
    <w:p/>
    <w:p>
      <w:r>
        <w:br/>
        <w:t>"It's a common phobia," Jenson continued, his voice a low, steady presence in the darkness. "The primal instinct to seek open spaces for safety. Our ancestors understood the dangers of being cornered, of being unable to escape." He paused, and Amelia could imagine him perhaps shifting his weight, assessing the situation, not just of the elevator, but of her. "It’s nothing to be ashamed of."</w:t>
      </w:r>
    </w:p>
    <w:p/>
    <w:p>
      <w:r>
        <w:br/>
        <w:t>His words, simple and direct, were a balm to her frayed nerves. They didn't dismiss her fear; they acknowledged it, legitimized it. He wasn't judging her; he was offering a simple, factual observation. And in that moment, it was enough to create a sliver of space in the suffocating darkness.</w:t>
      </w:r>
    </w:p>
    <w:p/>
    <w:p>
      <w:r>
        <w:br/>
        <w:t>"I… I thought I had it under control," Amelia confessed, her voice still trembling, but with a little more steadiness now. "I haven't… I haven't had an episode like this in years. Not since…" She trailed off, the memory too painful to articulate. The dark, the confinement, the feeling of being trapped – it all harked back to a childhood trauma, a forgotten incident that had left its indelible mark.</w:t>
      </w:r>
    </w:p>
    <w:p/>
    <w:p>
      <w:r>
        <w:br/>
        <w:t>"Trauma can lie dormant," Jenson said, his voice almost a whisper. "Triggered by circumstances, even years later. It's a complex interplay of memory and environment." He was speaking with a detached, almost clinical precision, yet the underlying tone was not one of coldness, but of empathy.</w:t>
      </w:r>
    </w:p>
    <w:p/>
    <w:p>
      <w:r>
        <w:br/>
        <w:t>Amelia took another deep, shaky breath, trying to harness the brief respite his words had offered. She focused on his voice, letting it be her guide, her anchor in the swirling vortex of her fear. She tried to visualize the space around them not as a shrinking box, but as a temporary holding area, a pause before the journey resumed.</w:t>
      </w:r>
    </w:p>
    <w:p/>
    <w:p>
      <w:r>
        <w:br/>
        <w:t>"The… the building itself," she began, her voice wavering. "It feels so… solid. So enclosed. And the silence… it’s amplifying everything." She could hear the blood pounding in her ears, the frantic flutter of her own pulse. Her palms were slick with sweat, and she wiped them against her skirt again, the dampness clinging to the fabric.</w:t>
      </w:r>
    </w:p>
    <w:p/>
    <w:p>
      <w:r>
        <w:br/>
        <w:t>"The materials of construction, the sheer mass of the structure, can indeed create a sense of profound enclosure," Jenson mused, as if dissecting the very architecture of her fear. "And silence, when paired with perceived threat, can be a powerful amplifier of internal sensations. It allows the mind to focus solely on the perceived danger."</w:t>
      </w:r>
    </w:p>
    <w:p/>
    <w:p>
      <w:r>
        <w:br/>
        <w:t>He was talking about her fear as if it were a scientific phenomenon, a subject of observation. And strangely, it was helping. By externalizing it, by giving it a name and a context, she was slowly, painstakingly, beginning to regain a sliver of control. She could feel the tremor lessening, the tightness in her chest easing, just a fraction.</w:t>
      </w:r>
    </w:p>
    <w:p/>
    <w:p>
      <w:r>
        <w:br/>
        <w:t>"I… I need to get out," Amelia whispered, the plea raw and desperate. The urge to claw at the doors, to pound on the walls, was almost unbearable. She fought it down, remembering Jenson’s earlier counsel about adaptation, about engaging other senses.</w:t>
      </w:r>
    </w:p>
    <w:p/>
    <w:p>
      <w:r>
        <w:br/>
        <w:t>"We will get out," Jenson stated, his voice firm and unwavering. "The system will be restored, or rescue will arrive. This is an inconvenience, not an insurmountable obstacle. We must hold onto that."</w:t>
      </w:r>
    </w:p>
    <w:p/>
    <w:p>
      <w:r>
        <w:br/>
        <w:t xml:space="preserve">His certainty was infectious, a small spark of hope in the overwhelming darkness. She latched onto that assurance, repeating it to herself like a mantra: </w:t>
      </w:r>
    </w:p>
    <w:p>
      <w:pPr>
        <w:jc w:val="left"/>
      </w:pPr>
      <w:r>
        <w:rPr>
          <w:i/>
        </w:rPr>
        <w:t>This is an inconvenience, not an insurmountable obstacle.</w:t>
      </w:r>
    </w:p>
    <w:p>
      <w:r>
        <w:br/>
        <w:t>She tried to focus on her breathing again, consciously slowing the pace, deepening the inhales, prolonging the exhales. She visualized the air filling her lungs, carrying with it a sense of calm, and then releasing it, expelling the fear and the tension. It was a painstaking process, each breath a conscious effort to pull herself back from the brink.</w:t>
      </w:r>
    </w:p>
    <w:p/>
    <w:p>
      <w:r>
        <w:br/>
        <w:t>"Can you… can you feel anything?" she asked, her voice raspy. "Any vibration? Any movement?" She was grasping for any sign of progress, any indication that their ordeal was nearing an end.</w:t>
      </w:r>
    </w:p>
    <w:p/>
    <w:p>
      <w:r>
        <w:br/>
        <w:t>"Nothing beyond the usual subtle hum of the building's core systems," Jenson replied. "However, that does not preclude them from working on the problem. Often, these repairs require careful, deliberate action to avoid further complications."</w:t>
      </w:r>
    </w:p>
    <w:p/>
    <w:p>
      <w:r>
        <w:br/>
        <w:t>Deliberate action. Amelia clung to that phrase. It suggested competence, a methodical approach to resolving the issue. It was a far cry from the chaotic, panicked scenario her mind had conjured.</w:t>
      </w:r>
    </w:p>
    <w:p/>
    <w:p>
      <w:r>
        <w:br/>
        <w:t>She reached into her satchel, her fingers brushing against the smooth surface of her water bottle. She unscrewed the cap and took a small, cautious sip, the cool liquid a welcome sensation against her parched throat. It was a small act of self-care, a moment of reclaiming a tiny piece of normalcy in this abnormal situation.</w:t>
      </w:r>
    </w:p>
    <w:p/>
    <w:p>
      <w:r>
        <w:br/>
        <w:t>"I… I had a lot of work to do," she said, the words feeling trivial in the face of her current distress, but she felt an urge to fill the silence, to maintain some semblance of normalcy in their conversation. "The thesis. It's been… consuming."</w:t>
      </w:r>
    </w:p>
    <w:p/>
    <w:p>
      <w:r>
        <w:br/>
        <w:t>"I noticed," Jenson said, a hint of amusement in his voice. "The dedication required to complete a project of that magnitude is considerable. It speaks to a certain tenacity."</w:t>
      </w:r>
    </w:p>
    <w:p/>
    <w:p>
      <w:r>
        <w:br/>
        <w:t>"Or a certain inability to say 'no' to a challenge," Amelia countered, a weak smile touching her lips. The tremor in her hands had subsided, replaced by a dull ache. The cold sweat had receded, leaving her skin feeling clammy.</w:t>
      </w:r>
    </w:p>
    <w:p/>
    <w:p>
      <w:r>
        <w:br/>
        <w:t>"There is a fine line," Jenson agreed. "One that many successful individuals walk. The drive to achieve, to excel, can sometimes lead us to push past our own perceived limits."</w:t>
      </w:r>
    </w:p>
    <w:p/>
    <w:p>
      <w:r>
        <w:br/>
        <w:t>He understood. He truly understood. The sheer weight of that realization, in the suffocating darkness, was almost as profound as the fear itself. He wasn't just offering platitudes; he was speaking from a place of shared experience, of intimate knowledge of the demands of high-stakes achievement.</w:t>
      </w:r>
    </w:p>
    <w:p/>
    <w:p>
      <w:r>
        <w:br/>
        <w:t>She leaned her head back against the cool metal, trying to relax her shoulders. She focused on the subtle vibrations of the building, on the faint murmur of the ventilation system. She was still confined, still in the dark, but the edges of her panic had softened. The fear was still present, a low thrum beneath the surface, but it no longer felt all-consuming. She was aware of Jenson beside her, a steady, grounding presence, a quiet counterpoint to her own internal turmoil.</w:t>
      </w:r>
    </w:p>
    <w:p/>
    <w:p>
      <w:r>
        <w:br/>
        <w:t>"Thank you," she said softly, the words directed into the vast expanse of darkness between them. "For… talking to me. For making it… less terrifying."</w:t>
      </w:r>
    </w:p>
    <w:p/>
    <w:p>
      <w:r>
        <w:br/>
        <w:t>There was a moment of silence, and Amelia wondered if he had heard her, if he had understood the depth of her gratitude. Then, his voice, low and steady, reached her.</w:t>
      </w:r>
    </w:p>
    <w:p/>
    <w:p>
      <w:r>
        <w:br/>
        <w:t>"We are in this together, Amelia," he said. "And in times of shared adversity, mutual support is not merely a courtesy, but a necessity."</w:t>
      </w:r>
    </w:p>
    <w:p/>
    <w:p>
      <w:r>
        <w:br/>
        <w:t xml:space="preserve">His words were simple, but they resonated deeply. </w:t>
      </w:r>
    </w:p>
    <w:p>
      <w:pPr>
        <w:jc w:val="left"/>
      </w:pPr>
      <w:r>
        <w:rPr>
          <w:i/>
        </w:rPr>
        <w:t>We are in this together.</w:t>
      </w:r>
      <w:r>
        <w:t xml:space="preserve"> The acknowledgment of their shared predicament, the implicit offer of solidarity, did more to calm her frayed nerves than any conscious effort she had made. The darkness still pressed in, the confinement was still a reality, but the overwhelming sense of isolation had begun to recede. She was not alone in this metallic tomb. She had a companion, a calm presence in the storm, and in that shared space, however temporary and however fraught with fear, Amelia found a fragile, unexpected sense of peace. The suffocating grip of claustrophobia had loosened its hold, replaced by a quiet awareness of resilience, of shared humanity, discovered in the most unlikely of circumstances.</w:t>
      </w:r>
    </w:p>
    <w:p>
      <w:r>
        <w:t>The absolute blackness was no longer just an absence of light; it had become a physical presence, a tangible weight pressing in from all sides. Amelia’s breath, which she had been diligently trying to regulate, hitched in her throat. The carefully constructed calm she had managed to maintain began to unravel, thread by thread, under the relentless onslaught of the encroaching darkness. A chilling sweat bloomed across her forehead, prickling her skin and tracing icy paths down her temples. The air, which had seemed merely still moments ago, now felt thick, heavy, as if the very molecules were resisting her attempts to draw them in. It was the sensation of drowning in an invisible, suffocating medium.</w:t>
      </w:r>
    </w:p>
    <w:p>
      <w:r>
        <w:br/>
        <w:t>Her fingers, still resting on the cool metal of the elevator wall, clenched involuntarily. Her other hand instinctively tightened its grip on the worn leather of her satchel, her knuckles turning bone-white. It was a desperate, unconscious act of defiance against the creeping tendrils of panic that sought to consume her. Her thoughts, which had been a relatively ordered landscape, now became a tempestuous storm, a maelstrom of terrifying images and worst-case scenarios. The mental pictures conjured by the absolute void were chillingly vivid: being buried alive in an unmarked grave, the earth pressing down with insurmountable force, suffocating her, crushing her. The walls of the elevator car, once merely confining, now seemed to pulse inward, the metallic surfaces closing in, threatening to crush her very being.</w:t>
      </w:r>
    </w:p>
    <w:p/>
    <w:p>
      <w:r>
        <w:br/>
        <w:t>The fear was not the rational apprehension of a delayed commute; it was a primal, visceral terror, a deep-seated phobia that had lain dormant within her for years, an old ghost she had believed long vanquished. It was the unreasoning, all-consuming dread of being trapped, of being utterly powerless, of having no control over her own fate. This primal fear, a vestige of some ancient, instinctual response, threatened to pull her under, to drag her into its suffocating depths. Her body, betraying the calm facade she desperately tried to project, began to tremble uncontrollably. A shiver wracked her frame, not from cold, but from the sheer intensity of the terror that coursed through her veins. Her teeth chattered softly, a staccato rhythm against the unnerving silence. She was adrift in a sea of black, with no anchor, no compass, no hope of shore.</w:t>
      </w:r>
    </w:p>
    <w:p/>
    <w:p>
      <w:r>
        <w:br/>
        <w:t>She tried to focus on Jenson’s presence beside her, on the steady rhythm of his breathing, on the faint scent of his cologne. But even these familiar sensory inputs were warped by the overwhelming fear. His stillness, once a source of reassurance, now felt like an unnerving detachment, a sign that he was somehow immune to the horror she was experiencing. Was he truly so unaffected? Or was he, like her, merely hiding the depth of his own unease? She couldn't tell. The darkness rendered him as much a mystery as the vast, unknown space outside their metal box.</w:t>
      </w:r>
    </w:p>
    <w:p/>
    <w:p>
      <w:r>
        <w:br/>
        <w:t>"Are you… alright?" Jenson's voice, when it came, was still measured, but Amelia detected a subtle shift, a faint question in its depth that hadn't been there before. Perhaps he sensed the change in her, the almost imperceptible tremor that ran through her.</w:t>
      </w:r>
    </w:p>
    <w:p/>
    <w:p>
      <w:r>
        <w:br/>
        <w:t>Amelia forced her jaw to unclench, her tongue feeling thick and sluggish in her mouth. "I'm… I'm trying," she stammered, the words barely audible. The effort to speak felt monumental, as if she were pushing against a physical barrier. She could feel the tremor intensifying, a violent shaking that threatened to engulf her entirely. She pressed her hands against her thighs, digging her nails into the fabric of her skirt, trying to anchor herself, to channel the frantic energy into something, anything, other than outward expression.</w:t>
      </w:r>
    </w:p>
    <w:p/>
    <w:p>
      <w:r>
        <w:br/>
        <w:t>The darkness was no longer a passive backdrop; it was an active participant, a malevolent force that fed her fear, amplifying it, distorting it. She imagined the air becoming thinner, the space shrinking, the walls contracting with a slow, inexorable creep. Her heart hammered against her ribs, a frantic, trapped bird beating its wings against the confines of its cage. Each beat was a painful throb that echoed the rising tide of her panic. She closed her eyes, as if that might somehow dispel the darkness, but it only intensified the sensation of being buried alive. The blackness behind her eyelids was no different from the blackness surrounding her.</w:t>
      </w:r>
    </w:p>
    <w:p/>
    <w:p>
      <w:r>
        <w:br/>
        <w:t>"It’s… it’s the dark," she managed to articulate, the confession tumbling out of her in a rush. "I… I don't do well with the dark. Or being… confined." The words were out before she could stop them, a stark admission of a vulnerability she rarely allowed anyone to see. She felt a flush of shame creep up her neck, even in the darkness, at the thought of revealing this weakness to Jenson, of all people. He, with his flappable composure, his air of effortless control.</w:t>
      </w:r>
    </w:p>
    <w:p/>
    <w:p>
      <w:r>
        <w:br/>
        <w:t>There was a brief pause, a pregnant silence that stretched, taut and heavy, between them. Amelia braced herself for a dismissal, a subtle expression of impatience. But what came next surprised her.</w:t>
      </w:r>
    </w:p>
    <w:p/>
    <w:p>
      <w:r>
        <w:br/>
        <w:t>"Claustrophobia?" Jenson asked, his voice softer now, devoid of its earlier crispness. It was a question, not an accusation, and it carried a surprising note of… understanding.</w:t>
      </w:r>
    </w:p>
    <w:p/>
    <w:p>
      <w:r>
        <w:br/>
        <w:t>Amelia could only manage a choked nod, unable to speak. The single word was too much to force past the constriction in her throat. Her entire body was screaming for release, for an escape from the suffocating confines of the elevator car, from the suffocating weight of her own fear. Her breath came in ragged gasps, shallow and ineffective. She could feel a dizzying sensation washing over her, the edges of her vision beginning to blur, even though her eyes were squeezed shut.</w:t>
      </w:r>
    </w:p>
    <w:p/>
    <w:p>
      <w:r>
        <w:br/>
        <w:t>"It's a common phobia," Jenson continued, his voice a low, steady presence in the darkness. "The primal instinct to seek open spaces for safety. Our ancestors understood the dangers of being cornered, of being unable to escape." He paused, and Amelia could imagine him perhaps shifting his weight, assessing the situation, not just of the elevator, but of her. "It’s nothing to be ashamed of."</w:t>
      </w:r>
    </w:p>
    <w:p/>
    <w:p>
      <w:r>
        <w:br/>
        <w:t>His words, simple and direct, were a balm to her frayed nerves. They didn't dismiss her fear; they acknowledged it, legitimized it. He wasn't judging her; he was offering a simple, factual observation. And in that moment, it was enough to create a sliver of space in the suffocating darkness.</w:t>
      </w:r>
    </w:p>
    <w:p/>
    <w:p>
      <w:r>
        <w:br/>
        <w:t>"I… I thought I had it under control," Amelia confessed, her voice still trembling, but with a little more steadiness now. "I haven't… I haven't had an episode like this in years. Not since…" She trailed off, the memory too painful to articulate. The dark, the confinement, the feeling of being trapped – it all harkened back to a childhood trauma, a forgotten incident that had left its indelible mark.</w:t>
      </w:r>
    </w:p>
    <w:p/>
    <w:p>
      <w:r>
        <w:br/>
        <w:t>"Trauma can lie dormant," Jenson said, his voice almost a whisper. "Triggered by circumstances, even years later. It's a complex interplay of memory and environment." He was speaking with a detached, almost clinical precision, yet the underlying tone was not one of coldness, but of empathy.</w:t>
      </w:r>
    </w:p>
    <w:p/>
    <w:p>
      <w:r>
        <w:br/>
        <w:t>Amelia took another deep, shaky breath, trying to harness the brief respite his words had offered. She focused on his voice, letting it be her guide, her anchor in the swirling vortex of her fear. She tried to visualize the space around them not as a shrinking box, but as a temporary holding area, a pause before the journey resumed.</w:t>
      </w:r>
    </w:p>
    <w:p/>
    <w:p>
      <w:r>
        <w:br/>
        <w:t>"The… the building itself," she began, her voice wavering. "It feels so… solid. So enclosed. And the silence… it’s amplifying everything." She could hear the blood pounding in her ears, the frantic flutter of her own pulse. Her palms were slick with sweat, and she wiped them against her skirt again, the dampness clinging to the fabric.</w:t>
      </w:r>
    </w:p>
    <w:p/>
    <w:p>
      <w:r>
        <w:br/>
        <w:t>"The materials of construction, the sheer mass of the structure, can indeed create a sense of profound enclosure," Jenson mused, as if dissecting the very architecture of her fear. "And silence, when paired with perceived threat, can be a powerful amplifier of internal sensations. It allows the mind to focus solely on the perceived danger."</w:t>
      </w:r>
    </w:p>
    <w:p/>
    <w:p>
      <w:r>
        <w:br/>
        <w:t>He was talking about her fear as if it were a scientific phenomenon, a subject of observation. And strangely, it was helping. By externalizing it, by giving it a name and a context, she was slowly, painstakingly, beginning to regain a sliver of control. She could feel the tremor lessening, the tightness in her chest easing, just a fraction.</w:t>
      </w:r>
    </w:p>
    <w:p/>
    <w:p>
      <w:r>
        <w:br/>
        <w:t>"I… I need to get out," Amelia whispered, the plea raw and desperate. The urge to claw at the doors, to pound on the walls, was almost unbearable. She fought it down, remembering Jenson’s earlier counsel about adaptation, about engaging other senses.</w:t>
      </w:r>
    </w:p>
    <w:p/>
    <w:p>
      <w:r>
        <w:br/>
        <w:t>"We will get out," Jenson stated, his voice firm and unwavering. "The system will be restored, or rescue will arrive. This is an inconvenience, not an insurmountable obstacle. We must hold onto that."</w:t>
      </w:r>
    </w:p>
    <w:p/>
    <w:p>
      <w:r>
        <w:br/>
        <w:t xml:space="preserve">His certainty was infectious, a small spark of hope in the overwhelming darkness. She latched onto that assurance, repeating it to herself like a mantra: </w:t>
      </w:r>
    </w:p>
    <w:p>
      <w:pPr>
        <w:jc w:val="left"/>
      </w:pPr>
      <w:r>
        <w:rPr>
          <w:i/>
        </w:rPr>
        <w:t>This is an inconvenience, not an insurmountable obstacle.</w:t>
      </w:r>
    </w:p>
    <w:p>
      <w:r>
        <w:br/>
        <w:t>She tried to focus on her breathing again, consciously slowing the pace, deepening the inhales, prolonging the exhales. She visualized the air filling her lungs, carrying with it a sense of calm, and then releasing it, expelling the fear and the tension. It was a painstaking process, each breath a conscious effort to pull herself back from the brink.</w:t>
      </w:r>
    </w:p>
    <w:p/>
    <w:p>
      <w:r>
        <w:br/>
        <w:t>"Can you… can you feel anything?" she asked, her voice raspy. "Any vibration? Any movement?" She was grasping for any sign of progress, any indication that their ordeal was nearing an end.</w:t>
      </w:r>
    </w:p>
    <w:p/>
    <w:p>
      <w:r>
        <w:br/>
        <w:t>"Nothing beyond the usual subtle hum of the building's core systems," Jenson replied. "However, that does not preclude them from working on the problem. Often, these repairs require careful, deliberate action to avoid further complications."</w:t>
      </w:r>
    </w:p>
    <w:p/>
    <w:p>
      <w:r>
        <w:br/>
        <w:t>Deliberate action. Amelia clung to that phrase. It suggested competence, a methodical approach to resolving the issue. It was a far cry from the chaotic, panicked scenario her mind had conjured.</w:t>
      </w:r>
    </w:p>
    <w:p/>
    <w:p>
      <w:r>
        <w:br/>
        <w:t>She reached into her satchel, her fingers brushing against the smooth surface of her water bottle. She unscrewed the cap and took a small, cautious sip, the cool liquid a welcome sensation against her parched throat. It was a small act of self-care, a moment of reclaiming a tiny piece of normalcy in this abnormal situation.</w:t>
      </w:r>
    </w:p>
    <w:p/>
    <w:p>
      <w:r>
        <w:br/>
        <w:t>"I… I had a lot of work to do," she said, the words feeling trivial in the face of her current distress, but she felt an urge to fill the silence, to maintain some semblance of normalcy in their conversation. "The thesis. It's been… consuming."</w:t>
      </w:r>
    </w:p>
    <w:p/>
    <w:p>
      <w:r>
        <w:br/>
        <w:t>"I noticed," Jenson said, a hint of amusement in his voice. "The dedication required to complete a project of that magnitude is considerable. It speaks to a certain tenacity."</w:t>
      </w:r>
    </w:p>
    <w:p/>
    <w:p>
      <w:r>
        <w:br/>
        <w:t>"Or a certain inability to say 'no' to a challenge," Amelia countered, a weak smile touching her lips. The tremor in her hands had subsided, replaced by a dull ache. The cold sweat had receded, leaving her skin feeling clammy.</w:t>
      </w:r>
    </w:p>
    <w:p/>
    <w:p>
      <w:r>
        <w:br/>
        <w:t>"There is a fine line," Jenson agreed. "One that many successful individuals walk. The drive to achieve, to excel, can sometimes lead us to push past our own perceived limits."</w:t>
      </w:r>
    </w:p>
    <w:p/>
    <w:p>
      <w:r>
        <w:br/>
        <w:t>He understood. He truly understood. The sheer weight of that realization, in the suffocating darkness, was almost as profound as the fear itself. He wasn't just offering platitudes; he was speaking from a place of shared experience, of intimate knowledge of the demands of high-stakes achievement.</w:t>
      </w:r>
    </w:p>
    <w:p/>
    <w:p>
      <w:r>
        <w:br/>
        <w:t>She leaned her head back against the cool metal, trying to relax her shoulders. She focused on the subtle vibrations of the building, on the faint murmur of the ventilation system. She was still confined, still in the dark, but the edges of her panic had softened. The fear was still present, a low thrum beneath the surface, but it no longer felt all-consuming. She was aware of Jenson beside her, a steady, grounding presence, a quiet counterpoint to her own internal turmoil.</w:t>
      </w:r>
    </w:p>
    <w:p/>
    <w:p>
      <w:r>
        <w:br/>
        <w:t>"Thank you," she said softly, the words directed into the vast expanse of darkness between them. "For… talking to me. For making it… less terrifying."</w:t>
      </w:r>
    </w:p>
    <w:p/>
    <w:p>
      <w:r>
        <w:br/>
        <w:t>There was a moment of silence, and Amelia wondered if he had heard her, if he had understood the depth of her gratitude. Then, his voice, low and steady, reached her.</w:t>
      </w:r>
    </w:p>
    <w:p/>
    <w:p>
      <w:r>
        <w:br/>
        <w:t>"We are in this together, Amelia," he said. "And in times of shared adversity, mutual support is not merely a courtesy, but a necessity."</w:t>
      </w:r>
    </w:p>
    <w:p/>
    <w:p>
      <w:r>
        <w:br/>
        <w:t xml:space="preserve">His words were simple, but they resonated deeply. </w:t>
      </w:r>
    </w:p>
    <w:p>
      <w:pPr>
        <w:jc w:val="left"/>
      </w:pPr>
      <w:r>
        <w:rPr>
          <w:i/>
        </w:rPr>
        <w:t>We are in this together.</w:t>
      </w:r>
      <w:r>
        <w:t xml:space="preserve"> The acknowledgment of their shared predicament, the implicit offer of solidarity, did more to calm her frayed nerves than any conscious effort she had made. The darkness still pressed in, the confinement was still a reality, but the overwhelming sense of isolation had begun to recede. She was not alone in this metallic tomb. She had a companion, a calm presence in the storm, and in that shared space, however temporary and however fraught with fear, Amelia found a fragile, unexpected sense of peace. The suffocating grip of claustrophobia had loosened its hold, replaced by a quiet awareness of resilience, of shared humanity, discovered in the most unlikely of circumstances.</w:t>
      </w:r>
    </w:p>
    <w:p>
      <w:r>
        <w:br/>
        <w:t>The elevator remained still. The silence, once a suffocating blanket, was now punctuated by the sound of Amelia’s own heartbeat, a steady, less frantic rhythm. She realized, with a jolt, that she hadn’t felt the urge to scream or claw at the walls for several minutes. The primal terror hadn’t vanished entirely, but it had receded, morphing into a manageable, albeit persistent, unease. She could attribute this shift, in no small part, to the man beside her. Christopher. The formidable, often intimidating, CEO whose public persona was as sharp and unyielding as the angles of the skyscraper they were currently trapped within.</w:t>
      </w:r>
    </w:p>
    <w:p/>
    <w:p>
      <w:r>
        <w:br/>
        <w:t>He had spoken with a quiet authority, yes, but it was an authority tempered by a surprising gentleness. There was no hint of impatience in his tone, no subtle condescension that Amelia had come to expect from those in positions of power when faced with her perceived ‘weaknesses.’ Instead, his words had been a balm, a carefully constructed edifice of reassurance built not on false promises of immediate escape, but on the quiet acknowledgment of her struggle.</w:t>
      </w:r>
    </w:p>
    <w:p/>
    <w:p>
      <w:r>
        <w:br/>
        <w:t>"It’s… it’s the lack of control that’s the hardest part," Amelia admitted, her voice still a little shaky but gaining strength. She found herself leaning slightly against the cool metal, the vibration of the building, previously a terrifying symptom of her confinement, now a faint, almost comforting reminder of the world outside their suspended box. "Knowing you can't do anything to change the situation. It’s like being a pawn in someone else’s game."</w:t>
      </w:r>
    </w:p>
    <w:p/>
    <w:p>
      <w:r>
        <w:br/>
        <w:t>Christopher’s response was immediate, and it was not what she expected. There was no dismissive shrug, no logical deconstruction of her emotional state. Instead, he said, "The illusion of control is a powerful one, Amelia. We strive for it, we build entire careers around asserting it, and when it’s stripped away, the disorientation can be profound. It's natural to feel adrift." He paused, and in the suffocating darkness, Amelia could almost feel him considering her words, not just processing them for a reply, but truly absorbing their meaning. "It takes a different kind of strength, you know, to navigate those moments of powerlessness. The kind that doesn't come from commanding others, but from mastering oneself."</w:t>
      </w:r>
    </w:p>
    <w:p/>
    <w:p>
      <w:r>
        <w:br/>
        <w:t>His words struck a chord deep within her. She’d always associated strength with action, with decisive command. The idea of strength residing in self-mastery, particularly in the face of utter helplessness, was a novel concept. She’d spent so long fighting external battles, striving to prove her competence in a world that often underestimated her, that she’d rarely considered the internal landscape as a battleground worth conquering.</w:t>
      </w:r>
    </w:p>
    <w:p/>
    <w:p>
      <w:r>
        <w:br/>
        <w:t>"I suppose that's true," she murmured, her gaze fixed on the seemingly infinite blackness. "I've always been more of a… doer. When faced with a problem, my instinct is to analyze, strategize, and execute. Stagnation… it feels like failure."</w:t>
      </w:r>
    </w:p>
    <w:p/>
    <w:p>
      <w:r>
        <w:br/>
        <w:t>"And yet," Christopher countered, his voice a low rumble that seemed to vibrate through the metal of the elevator car, "sometimes the most effective strategy is to wait. To observe. To allow the situation to unfold without forcing a premature or misguided intervention. It requires a different kind of… vigilance."</w:t>
      </w:r>
    </w:p>
    <w:p/>
    <w:p>
      <w:r>
        <w:br/>
        <w:t>Vigilance. It was a word that resonated with Christopher’s own approach to business, and perhaps, she was beginning to realize, to life itself. His strategic mind, his ability to anticipate market shifts, to identify vulnerabilities and opportunities long before anyone else, was legendary. Was this quiet, almost meditative state of waiting, this internal observation, a part of that same strategic prowess?</w:t>
      </w:r>
    </w:p>
    <w:p/>
    <w:p>
      <w:r>
        <w:br/>
        <w:t>She tried to visualize him in the darkness, this man who commanded boardrooms and orchestrated multi-million dollar deals. She pictured his sharp features, the intense gaze that could dissect an argument in seconds, the authoritative posture that conveyed unwavering confidence. And yet, the voice speaking to her now was softer, more measured, devoid of the usual sharp edges. It was as if the darkness had peeled back a layer of his public persona, revealing something more vulnerable, more human.</w:t>
      </w:r>
    </w:p>
    <w:p/>
    <w:p>
      <w:r>
        <w:br/>
        <w:t>"I always thought of you as someone who… thrives on control," Amelia confessed, the words tumbling out in a rush before she could second-guess herself. It was a bold statement, perhaps bordering on insolent, given their current predicament, but the unusual intimacy of their shared experience seemed to embolden her. "That you meticulously plan every move, that you anticipate every contingency. This… this situation must be particularly frustrating for you."</w:t>
      </w:r>
    </w:p>
    <w:p/>
    <w:p>
      <w:r>
        <w:br/>
        <w:t>A low chuckle, a surprising sound in the confined space, echoed softly. "Frustrating, yes. But also, perhaps, an opportunity for a different kind of strategizing. One that doesn't involve spreadsheets and market projections, but rather, patience and adaptation." He paused, and Amelia could sense him shifting his weight, perhaps leaning against the opposite wall. "We are, in essence, in a controlled environment, Amelia. The parameters are fixed, the variables are limited. Our response, however, is entirely within our control. How we choose to react to this unforeseen confinement… that is where our true agency lies."</w:t>
      </w:r>
    </w:p>
    <w:p/>
    <w:p>
      <w:r>
        <w:br/>
        <w:t>His words were disarmingly philosophical. Amelia found herself nodding, even though he couldn't see her. Agency. The power to choose her response, even when the external circumstances were beyond her influence. It was a subtle, yet profound, reframing of her situation. She wasn’t just a victim of a malfunctioning elevator; she was an individual with the capacity to influence her own internal state.</w:t>
      </w:r>
    </w:p>
    <w:p/>
    <w:p>
      <w:r>
        <w:br/>
        <w:t>"So," she began, a newfound curiosity piquing her interest, "what is your chosen response, Christopher? Beyond the… strategizing?"</w:t>
      </w:r>
    </w:p>
    <w:p/>
    <w:p>
      <w:r>
        <w:br/>
        <w:t>There was another slight pause, a moment where Amelia wondered if she had crossed a line, if her directness had finally earned her a sharp retort. But then, his voice, quiet and steady, filled the space.</w:t>
      </w:r>
    </w:p>
    <w:p/>
    <w:p>
      <w:r>
        <w:br/>
        <w:t>"My chosen response," he said, and there was a subtle shift in his tone, a hint of something softer, "is to ensure that you are as comfortable and as calm as possible, Amelia. The less agitated you are, the better we can both withstand this… inconvenience."</w:t>
      </w:r>
    </w:p>
    <w:p/>
    <w:p>
      <w:r>
        <w:br/>
        <w:t>Amelia’s breath caught in her throat. It wasn’t just the words themselves, but the implication behind them. He wasn’t saying he was merely obligated to ensure her comfort as his employee. He was framing it as a personal choice, a priority. It was an unexpected gesture of… consideration. It was a far cry from the aloof, almost imperious demeanor he usually displayed. The Amelia who had entered this elevator a few minutes ago, trembling with a fear she desperately tried to conceal, was slowly being replaced by a version of herself who felt… seen. Acknowledged. And surprisingly, cared for, in a way that felt genuine.</w:t>
      </w:r>
    </w:p>
    <w:p/>
    <w:p>
      <w:r>
        <w:br/>
        <w:t>"You… you don't have to do that," she managed to say, her voice barely a whisper. The vulnerability in her admission felt starkly exposed in the absolute darkness.</w:t>
      </w:r>
    </w:p>
    <w:p/>
    <w:p>
      <w:r>
        <w:br/>
        <w:t>"On the contrary," Christopher replied, his voice holding a quiet conviction. "In situations like these, shared responsibility often transcends mere professional obligation. We are, as I said, in this together. And your well-being, Amelia, is a factor I am choosing to prioritize."</w:t>
      </w:r>
    </w:p>
    <w:p/>
    <w:p>
      <w:r>
        <w:br/>
        <w:t>He was choosing to prioritize her. The CEO, the titan of industry, was actively choosing to make her comfort a priority. The implications of this statement, in the suffocating darkness, were vast and complex. It chipped away at the icy facade she had so carefully constructed around him in her mind. It suggested a depth, a hidden reservoir of empathy that she had never suspected existed.</w:t>
      </w:r>
    </w:p>
    <w:p/>
    <w:p>
      <w:r>
        <w:br/>
        <w:t>"I… I appreciate that," she said, the words thick with a sudden, unexpected swell of emotion. She could feel a warmth spreading through her chest, a stark contrast to the chilling grip of panic she had experienced moments before.</w:t>
      </w:r>
    </w:p>
    <w:p/>
    <w:p>
      <w:r>
        <w:br/>
        <w:t>"You needn't thank me," he said, his voice softening even further. "It is simply the most logical course of action. A calm mind is a more resilient mind. And resilience, Amelia, is something we will both need in abundance if we are to navigate this effectively."</w:t>
      </w:r>
    </w:p>
    <w:p/>
    <w:p>
      <w:r>
        <w:br/>
        <w:t>He was, in his own way, reaching out. Bridging the gap between their professional roles and the shared human experience of vulnerability. He wasn't dismissing her fear, he was validating it, and then offering a path forward that acknowledged it without succumbing to it.</w:t>
      </w:r>
    </w:p>
    <w:p/>
    <w:p>
      <w:r>
        <w:br/>
        <w:t>"Tell me," he said, his tone shifting slightly, becoming more conversational, "what is it about confinement and darkness that you find so… challenging?" He wasn't prying, not in an intrusive way. It was a genuine question, born from his stated desire to understand and manage her reaction.</w:t>
      </w:r>
    </w:p>
    <w:p/>
    <w:p>
      <w:r>
        <w:br/>
        <w:t>Amelia hesitated. This was territory she rarely, if ever, ventured into with anyone, least of all her boss. But the strange sense of safety, the unexpected understanding emanating from Christopher, made her feel… safe enough to try.</w:t>
      </w:r>
    </w:p>
    <w:p/>
    <w:p>
      <w:r>
        <w:br/>
        <w:t>"It’s… it’s the feeling of being trapped," she began, her voice still laced with a tremor, but steadier now. "Of having no escape. It’s like being buried alive, unable to move, unable to breathe freely. There's a specific memory… from my childhood. I was locked in a closet during a game of hide-and-seek. It was dark, and I couldn't get out. My parents couldn't hear me. For what felt like hours, I was alone, convinced I would never be found. The darkness… it became a living entity, pressing in, suffocating me."</w:t>
      </w:r>
    </w:p>
    <w:p/>
    <w:p>
      <w:r>
        <w:br/>
        <w:t>She stopped, her breath catching in her throat. The memory, even after all these years, was still potent. She could almost feel the rough wood of the closet door against her fingertips, the stale air thick with the scent of mothballs.</w:t>
      </w:r>
    </w:p>
    <w:p/>
    <w:p>
      <w:r>
        <w:br/>
        <w:t>Christopher remained silent for a long moment, and Amelia braced herself for a perfunctory nod, a quick change of subject. But when he spoke, his voice was unusually quiet, imbued with a depth of understanding that surprised her.</w:t>
      </w:r>
    </w:p>
    <w:p/>
    <w:p>
      <w:r>
        <w:br/>
        <w:t>"Childhood experiences, particularly those that involve a loss of control and perceived abandonment, can leave indelible imprints," he said. "The nervous system learns to associate certain environments with danger, and those associations can persist, even when the immediate threat has long since passed. Your reaction, Amelia, is a testament to the powerful connection between our minds and our physical experiences."</w:t>
      </w:r>
    </w:p>
    <w:p/>
    <w:p>
      <w:r>
        <w:br/>
        <w:t>He wasn't minimizing her trauma, nor was he dramatizing it. He was simply stating facts, presenting a clinical explanation that, paradoxically, felt incredibly empathetic. He was intellectualizing her fear, and in doing so, he was demystifying it, making it less of an all-consuming monster and more of a learned response.</w:t>
      </w:r>
    </w:p>
    <w:p/>
    <w:p>
      <w:r>
        <w:br/>
        <w:t>"It's like a switch flips," Amelia continued, emboldened by his calm demeanor. "Once I'm in the dark, or in a confined space, my rational mind just… shuts down. It’s overridden by this primal instinct for survival, even though logically, I know there’s no actual danger."</w:t>
      </w:r>
    </w:p>
    <w:p/>
    <w:p>
      <w:r>
        <w:br/>
        <w:t>"The limbic system, the ancient part of our brain responsible for our fight-or-flight responses, is not always privy to the logical arguments of the prefrontal cortex," Christopher explained, his voice even and measured. "In moments of perceived threat, it acts with speed and instinct, bypassing conscious thought. It’s a survival mechanism, designed to protect us. The challenge, of course, is learning to manage that instinct when the threat is not existential."</w:t>
      </w:r>
    </w:p>
    <w:p/>
    <w:p>
      <w:r>
        <w:br/>
        <w:t>He was talking about her fear as if it were a fascinating subject of study, a puzzle to be understood. And in his calm, rational dissection of it, Amelia felt a strange sense of empowerment. She wasn’t simply a victim of her own phobia; she was a complex being whose responses could be understood and, perhaps, managed.</w:t>
      </w:r>
    </w:p>
    <w:p/>
    <w:p>
      <w:r>
        <w:br/>
        <w:t>"It’s hard to manage when you feel like the walls are closing in," she said, her voice barely audible. The faint tremor had returned, a subtle vibration in her hands.</w:t>
      </w:r>
    </w:p>
    <w:p/>
    <w:p>
      <w:r>
        <w:br/>
        <w:t>"I understand," Christopher said, and this time, the assurance in his voice felt undeniably real. "The sensation of impending physical danger, even if it's purely psychological, is incredibly powerful. But remember what I said about choosing our response. Even within these confined walls, we have the agency to redirect our focus. To engage other senses, perhaps."</w:t>
      </w:r>
    </w:p>
    <w:p/>
    <w:p>
      <w:r>
        <w:br/>
        <w:t>Engage other senses. Amelia tried to follow his suggestion. She focused on the faint hum of the elevator machinery, a low, constant thrum that, before, she had perceived as a sign of its malfunction. Now, she tried to hear it as a sign of power, of life, within the structure. She felt the cool, smooth metal of the elevator car beneath her palms, the texture of her skirt against her legs, the subtle shift of air from the ventilation system. These were small, mundane sensations, but in the overwhelming darkness, they were anchors.</w:t>
      </w:r>
    </w:p>
    <w:p/>
    <w:p>
      <w:r>
        <w:br/>
        <w:t>"What are you thinking about, Christopher?" Amelia asked, a genuine curiosity replacing some of her fear. She realized she knew very little about the man behind the formidable reputation.</w:t>
      </w:r>
    </w:p>
    <w:p/>
    <w:p>
      <w:r>
        <w:br/>
        <w:t>He was quiet for a moment, and Amelia wondered if he would offer a polite deflection. But then he said, "I'm thinking about the engineering behind this elevator. The safety protocols, the redundancy systems. I'm considering the probable causes of the malfunction, the steps that would be taken to rectify it, and the contingency plans that should have been in place."</w:t>
      </w:r>
    </w:p>
    <w:p/>
    <w:p>
      <w:r>
        <w:br/>
        <w:t>It was a typical Christopher response, analytical and problem-oriented. Yet, there was a subtle difference. He wasn't just thinking about the technicalities; he was framing it in a way that suggested a broader understanding of systems and their vulnerabilities.</w:t>
      </w:r>
    </w:p>
    <w:p/>
    <w:p>
      <w:r>
        <w:br/>
        <w:t>"So, you’re dissecting the situation as a potential design flaw?" Amelia ventured.</w:t>
      </w:r>
    </w:p>
    <w:p/>
    <w:p>
      <w:r>
        <w:br/>
        <w:t>"Not necessarily a flaw," he corrected, his voice thoughtful. "More of a… point of failure. Even the most robust systems can experience unforeseen issues. The true measure of a system, and of the people who design and maintain it, is not in its invincibility, but in its resilience and its ability to recover gracefully from setbacks."</w:t>
      </w:r>
    </w:p>
    <w:p/>
    <w:p>
      <w:r>
        <w:br/>
        <w:t>His words resonated with her own career aspirations. She, too, aimed to build robust systems, to create solutions that could withstand pressure and adapt to change. It was a shared ambition, a common language that bridged the gap between their disparate roles.</w:t>
      </w:r>
    </w:p>
    <w:p/>
    <w:p>
      <w:r>
        <w:br/>
        <w:t>"It's… it's quite remarkable, your ability to remain so… collected," Amelia confessed, the admiration in her voice clear. "I still feel a residual tremor, a knot of anxiety in my stomach, but you seem completely unfazed."</w:t>
      </w:r>
    </w:p>
    <w:p/>
    <w:p>
      <w:r>
        <w:br/>
        <w:t>"Unfazed is perhaps too strong a word," Christopher replied, a faint hint of humor in his tone. "I am aware of the situation, and I understand the potential implications. However, panic serves no constructive purpose. It clouds judgment and exacerbates the problem. Therefore, my focus remains on what can be controlled: my own mindset and my interaction with you."</w:t>
      </w:r>
    </w:p>
    <w:p/>
    <w:p>
      <w:r>
        <w:br/>
        <w:t>His directness was disarming. He wasn't pretending to be immune to the situation, but rather, he was making a conscious choice about how he would engage with it. And in that choice, he was demonstrating a level of self-mastery that Amelia found both intimidating and deeply admirable.</w:t>
      </w:r>
    </w:p>
    <w:p/>
    <w:p>
      <w:r>
        <w:br/>
        <w:t>"You’re making this much easier than I anticipated," Amelia admitted, a small, genuine smile finally gracing her lips. The fear hadn't vanished, but it was no longer a roaring inferno; it was a manageable ember.</w:t>
      </w:r>
    </w:p>
    <w:p/>
    <w:p>
      <w:r>
        <w:br/>
        <w:t>"I am glad to hear that, Amelia," Christopher said, and the sincerity in his voice was unmistakable. "My intention is to ensure that this experience, however unpleasant, is not unnecessarily amplified by fear or miscommunication. We are colleagues, and in moments of unforeseen difficulty, we must rely on each other."</w:t>
      </w:r>
    </w:p>
    <w:p/>
    <w:p>
      <w:r>
        <w:br/>
        <w:t>Colleagues. The word, in this context, felt like a lifeline. It implied a partnership, a shared journey through this unexpected confinement. It was a subtle shift in their dynamic, a recalibration of their relationship that was happening in the silent, dark space of the elevator.</w:t>
      </w:r>
    </w:p>
    <w:p/>
    <w:p>
      <w:r>
        <w:br/>
        <w:t>As they continued to sit in the stillness, Amelia found herself observing Christopher, not as the aloof CEO, but as a fellow human being navigating an unexpected challenge. His quiet presence, his measured words, his unexpected empathy – they were all painting a new portrait of the man she thought she knew. The formidable exterior, she was beginning to realize, masked a complexity that was both intriguing and, dare she admit it, a little bit alluring. The confinement was still unnerving, the darkness still absolute, but the crushing weight of her fear had begun to lift, replaced by a growing awareness of a shared humanity, discovered in the most unlikely of circumstances.</w:t>
      </w:r>
    </w:p>
    <w:p/>
    <w:p>
      <w:r>
        <w:br w:type="page"/>
      </w:r>
    </w:p>
    <w:p>
      <w:pPr>
        <w:spacing w:before="5040"/>
        <w:jc w:val="center"/>
      </w:pPr>
      <w:r>
        <w:rPr/>
        <w:t xml:space="preserve"> 3: Cracks in the Facade</w:t>
      </w:r>
    </w:p>
    <w:p>
      <w:r>
        <w:t>His voice, a low, steady rumble that vibrated through the cool metal of the elevator car, was the first thing that managed to pierce through the suffocating blanket of Amelia’s fear. It wasn't a shout, not an order, but a calm, measured tone that, in its very normalcy, felt like an anchor in the swirling vortex of her panic. The darkness, which moments before had felt like an aggressive, physical entity, seemed to recede just a fraction, pushed back by the sheer solidity of his presence.</w:t>
      </w:r>
    </w:p>
    <w:p>
      <w:r>
        <w:br/>
        <w:t>"Amelia," Christopher's voice came again, closer this time, as if he had shifted his weight, trying to bridge the invisible distance between them. "Can you hear me?"</w:t>
      </w:r>
    </w:p>
    <w:p/>
    <w:p>
      <w:r>
        <w:br/>
        <w:t>She forced herself to swallow, the sound a rough rasp in her throat. "Yes," she managed, the word barely a whisper. Her body was still a tightly wound spring of terror, her heart a frantic drum against her ribs, but his voice was doing something – something tangible – to the unraveling threads of her composure.</w:t>
      </w:r>
    </w:p>
    <w:p/>
    <w:p>
      <w:r>
        <w:br/>
        <w:t>"Good," he said, and there was a subtle shift in his tone, a subtle, almost imperceptible softening that spoke volumes. "Now, I want you to focus on my voice. Don't let your mind wander to what might be happening, or what could happen. Just focus on the sound of my voice. Can you do that for me?"</w:t>
      </w:r>
    </w:p>
    <w:p/>
    <w:p>
      <w:r>
        <w:br/>
        <w:t>It was a simple request, yet the effort it required felt monumental. Her mind was a battlefield, replaying every horrifying scenario her claustrophobia could conjure. The feeling of being buried alive, the crushing weight of earth, the inability to draw a breath – these were the dominant narratives. But Christopher's voice, steady and unwavering, was a competing narrative, a counterpoint to the cacophony of her fear.</w:t>
      </w:r>
    </w:p>
    <w:p/>
    <w:p>
      <w:r>
        <w:br/>
        <w:t>"Breathe with me," he instructed, his own breath audible, a slow, deliberate inhale, followed by an equally measured exhale. "In… and out. Feel the air fill your lungs, and then release it. Just like this."</w:t>
      </w:r>
    </w:p>
    <w:p/>
    <w:p>
      <w:r>
        <w:br/>
        <w:t>Amelia tried to mimic his rhythm. Her first attempts were ragged, shallow gasps, her chest tight and resistant. The air felt thin, insufficient, but she clung to his voice, his example. In… and out. She focused on the sensation of his breath, an almost invisible thread connecting them in the oppressive darkness. It was a lifeline, a concrete action in a situation where she felt utterly powerless.</w:t>
      </w:r>
    </w:p>
    <w:p/>
    <w:p>
      <w:r>
        <w:br/>
        <w:t>"That's it," he encouraged, his voice a low, smooth cadence. "Good. Keep that rhythm. Think of it as a steady beat, a pulse that will guide you through this."</w:t>
      </w:r>
    </w:p>
    <w:p/>
    <w:p>
      <w:r>
        <w:br/>
        <w:t>He wasn't offering empty platitudes. He wasn't telling her to "just relax" or "it'll be over soon." Instead, he was providing practical, actionable instructions. He was grounding her in the present moment, in the tangible act of breathing, in the sound of his voice. He was talking about technical difficulties, about the likelihood of a power surge or a mechanical failure, about the emergency protocols that would be initiated. These weren't comforting words in the traditional sense, but they were grounded in reality, in the concrete mechanics of the building and its systems. They were a stark contrast to the fantastical, terrifying images that had been conjured by the absolute blackness.</w:t>
      </w:r>
    </w:p>
    <w:p/>
    <w:p>
      <w:r>
        <w:br/>
        <w:t>"These things happen," he continued, his voice a low murmur, as if he were explaining a minor logistical hiccup rather than a potentially terrifying ordeal. "Modern buildings have intricate systems, and sometimes, despite all precautions, they encounter unexpected issues. The engineers will be working on it. There are backup systems, emergency power, procedures for exactly this kind of situation."</w:t>
      </w:r>
    </w:p>
    <w:p/>
    <w:p>
      <w:r>
        <w:br/>
        <w:t>He spoke with a quiet authority, a deep understanding of the complex workings of the world around them. It wasn't the arrogant pronouncement of a man used to bending the world to his will, but the reasoned explanation of someone who understood how things functioned, and how they could be fixed. And in his calm dissection of the problem, Amelia found a strange sort of comfort. He was treating it as a problem to be solved, not an insurmountable catastrophe.</w:t>
      </w:r>
    </w:p>
    <w:p/>
    <w:p>
      <w:r>
        <w:br/>
        <w:t>"The important thing is to remain calm," he said, his voice picking up a slightly more instructional tone. "Panic will only make the situation feel worse. It will amplify the anxiety, make it harder to think clearly. We need to maintain a clear head."</w:t>
      </w:r>
    </w:p>
    <w:p/>
    <w:p>
      <w:r>
        <w:br/>
        <w:t>His words, though directed at her, felt like a reminder to himself as well. He wasn't just offering advice; he was demonstrating the very principles he was espousing. His own demeanor, even in the pitch blackness, exuded a remarkable sense of control. It was a stark contrast to the internal chaos that was still churning within Amelia. She could feel the residual tremor in her hands, the lingering tightness in her chest, but the frantic edge was beginning to dull.</w:t>
      </w:r>
    </w:p>
    <w:p/>
    <w:p>
      <w:r>
        <w:br/>
        <w:t>"It's a common phobia, you know," he said, his voice softening again, as if sensing her attempt to regain some semblance of control. "Claustrophobia. The fear of enclosed spaces. It's rooted in our primal instincts, a deep-seated response to perceived danger. Our ancestors understood the vulnerability of being trapped, unable to escape predators or environmental threats. It's a perfectly natural, albeit inconvenient, response."</w:t>
      </w:r>
    </w:p>
    <w:p/>
    <w:p>
      <w:r>
        <w:br/>
        <w:t>He was normalizing her fear, not dismissing it. He was acknowledging its existence, its biological roots, without making her feel ashamed or broken. This wasn't the patronizing sympathy she had sometimes encountered in the past. This was a quiet, factual explanation, delivered with a genuine absence of judgment.</w:t>
      </w:r>
    </w:p>
    <w:p/>
    <w:p>
      <w:r>
        <w:br/>
        <w:t>"I… I haven't had an episode like this in years," Amelia confessed, the words tumbling out in a rush, as if a dam had finally broken. "Not since… well, a long time. I thought I had it under control." The admission hung in the air, raw and vulnerable.</w:t>
      </w:r>
    </w:p>
    <w:p/>
    <w:p>
      <w:r>
        <w:br/>
        <w:t>"Trauma can lie dormant," Christopher said, his voice a low, almost intimate whisper. "Triggered by circumstances, even years later. It's a complex interplay of memory and environment. The mind remembers the fear, even if the conscious mind has compartmentalized the event." He paused, and Amelia could imagine him frowning slightly, trying to articulate the complex nature of human psychology. "It's not a failing, Amelia. It's a testament to how deeply our experiences shape us."</w:t>
      </w:r>
    </w:p>
    <w:p/>
    <w:p>
      <w:r>
        <w:br/>
        <w:t>He was speaking with a clarity and insight that surprised her. It wasn't the detached, clinical analysis of a psychologist, but the thoughtful reflection of someone who understood the complexities of the human psyche. He was looking past the CEO, past the formidable executive, and seeing the person beneath. He was seeing her fear, acknowledging its validity, and offering not just words of comfort, but a framework for understanding.</w:t>
      </w:r>
    </w:p>
    <w:p/>
    <w:p>
      <w:r>
        <w:br/>
        <w:t>"You're doing very well," he said, his voice a gentle reassurance. "Keep focusing on my voice. Keep breathing. We'll get through this together."</w:t>
      </w:r>
    </w:p>
    <w:p/>
    <w:p>
      <w:r>
        <w:br/>
        <w:t>Together. The word resonated in the darkness, a powerful counterpoint to the isolation she had felt moments before. He wasn't just a fellow passenger; he was a partner in this unexpected ordeal. He was offering solidarity, not just practical advice. And in that shared space, in the midst of her overwhelming fear, Amelia felt a nascent sense of hope begin to stir. The grip of panic hadn't entirely loosened, but it had loosened its deathly hold. The darkness was still absolute, the confinement still a reality, but she was no longer adrift in a sea of terror. She had a voice to guide her, a steady presence beside her, and in that shared space, however temporary and however fraught with anxiety, Amelia found a fragile, unexpected, and deeply precious sense of peace. The air, which had felt so thin and suffocating, now seemed to hold just enough to sustain her, thanks to the quiet strength of the man beside her. His steady presence was a beacon, a quiet reassurance that even in the deepest darkness, there was a path forward.</w:t>
      </w:r>
    </w:p>
    <w:p/>
    <w:p>
      <w:r>
        <w:t>The descent had been swift, the automated hum of the elevator a familiar soundtrack to Amelia’s daily commute. Now, however, the silence was profound, heavy, and laced with an unnerving stillness that spoke of more than a minor technical glitch. The sudden plunge, the jarring halt, and then… nothing. Just an impenetrable darkness that had swallowed the sleek, modern cabin whole, leaving Amelia suspended in a void that amplified every thudding beat of her heart. Claustrophobia, a beast she’d long kept leashed, was beginning to stir, its icy tendrils coiling around her chest.</w:t>
      </w:r>
    </w:p>
    <w:p>
      <w:r>
        <w:br/>
        <w:t>Then, a voice. Low, steady, cutting through the oppressive quiet like a lifeline. Christopher. His presence, even in the absolute blackness, was a palpable force. She’d expected panic, perhaps a frustrated bark or an impatient demand. Instead, his tone was remarkably calm, a deep resonance that seemed to absorb some of the frantic energy thrumming through her. He was talking about systems, about protocols, about the engineers who would undoubtedly be mobilizing. He was dissecting the problem with a detached efficiency that, perversely, was the most grounding thing she could imagine. It wasn't about minimizing her fear, but about acknowledging it by offering a rational explanation, a scientific counterpoint to the primal terror threatening to overwhelm her. He was demonstrating a mastery over the situation, not through bravado, but through sheer competence, and in that shared, confined space, a different kind of awareness began to bloom.</w:t>
      </w:r>
    </w:p>
    <w:p/>
    <w:p>
      <w:r>
        <w:br/>
        <w:t xml:space="preserve">He spoke of air circulation, of emergency lighting systems that </w:t>
      </w:r>
    </w:p>
    <w:p>
      <w:pPr>
        <w:jc w:val="left"/>
      </w:pPr>
      <w:r>
        <w:rPr>
          <w:i/>
        </w:rPr>
        <w:t>should</w:t>
      </w:r>
      <w:r>
        <w:t xml:space="preserve"> engage, of the building's redundancies. His words painted a picture not of a tomb, but of a complex machine temporarily offline. It was a perspective so utterly devoid of drama, so rooted in the practicalities of engineering, that it served to pull Amelia back from the precipice of her own spiraling thoughts. He wasn't just a colleague, or an adversary; he was, in this moment, a fellow inhabitant of this metal box, a fellow subject of this unexpected confinement. His voice, a constant anchor, was weaving a narrative of problem-solving, of resilience, and in doing so, it was inadvertently forging a connection between them.</w:t>
      </w:r>
    </w:p>
    <w:p>
      <w:r>
        <w:br/>
        <w:t>“Breathe with me,” he’d instructed, his own breath a measured cadence. In… and out. It was a simple command, yet the act of synchronizing her own ragged inhales and exhales with his steady rhythm was an exercise in profound vulnerability. She could hear the slight hitch in her own breath, the tremor that threatened to betray the fragile composure she was desperately trying to maintain. But with each shared breath, the chasm between them seemed to narrow. The professional barriers, the carefully constructed personas, began to dissolve under the sheer, undeniable intimacy of their shared predicament.</w:t>
      </w:r>
    </w:p>
    <w:p/>
    <w:p>
      <w:r>
        <w:br/>
        <w:t>Amelia found herself focusing not just on the sound of his voice, but on the subtle nuances within it. The slight rasp that emerged when he exhaled, the way his voice deepened fractionally when he paused, as if collecting his thoughts with deliberate care. These were details she’d never registered in the sterile environments of boardrooms or hushed office corridors. Here, in the absolute absence of visual cues, her other senses seemed to sharpen, to magnify the presence of the man beside her. She could almost feel the warmth radiating from his body, a subtle counterpoint to the cool, metallic confines of the elevator. It was an awareness that was both unnerving and strangely comforting, a tangible reminder that she was not alone.</w:t>
      </w:r>
    </w:p>
    <w:p/>
    <w:p>
      <w:r>
        <w:br/>
        <w:t>His quiet acknowledgment of her struggle, his observation that claustrophobia was a "complex interplay of memory and environment," struck a chord deep within her. It was a validation, a gentle reframing of her fear not as a weakness, but as a deeply ingrained human response. He spoke of trauma lying dormant, of triggers and the mind’s intricate pathways, with an insight that felt both personal and profoundly empathetic. It was as if he were not just reciting facts, but offering a nuanced understanding of the human condition, and in doing so, he was peeling back layers of his own carefully guarded persona. The formidable CEO, the man known for his ruthless efficiency and unyielding resolve, was revealing a quiet thoughtfulness, a capacity for genuine connection that she had never before glimpsed.</w:t>
      </w:r>
    </w:p>
    <w:p/>
    <w:p>
      <w:r>
        <w:br/>
        <w:t>The air, which had moments before felt stifling and inadequate, now seemed to hold a different quality. It was charged, not just with Amelia’s lingering anxiety, but with the unspoken electricity that crackled between them. The inches separating them in the darkness felt like a chasm, yet paradoxically, they were closer than they had ever been. The usual social dance, the careful calibration of words and gestures, was absent. In its place was a raw, unvarnished shared experience. Every breath she took, every subtle shift of his weight, registered with an almost startling clarity.</w:t>
      </w:r>
    </w:p>
    <w:p/>
    <w:p>
      <w:r>
        <w:br/>
        <w:t>“You’re doing very well,” he’d said, his voice a soft affirmation that resonated in the confined space. And then, the word that had hung in the air, a quiet promise: “Together.” Together. It was a simple word, yet in the context of their adversarial professional relationship, it carried an immense weight. It implied a shared journey, a common purpose, a mutual reliance. It was a stark departure from the cutthroat competition and strategic maneuvering that defined their interactions. Here, in the dark, stripped of their usual defenses, they were simply two people weathering a shared storm.</w:t>
      </w:r>
    </w:p>
    <w:p/>
    <w:p>
      <w:r>
        <w:br/>
        <w:t>Amelia found herself recalling a fleeting moment from a tense negotiation a few weeks prior. Christopher, cornered by an unexpected market downturn, had remained unruffled, his responses precise, his gaze unwavering. He had exuded an almost inhuman control. Now, that control was manifesting differently, not as a weapon to intimidate, but as a steadying force in the face of genuine uncertainty. His calm wasn’t a denial of the situation’s gravity, but a deliberate choice to meet it with equanimity. It was a silent testament to his resilience, and it was, Amelia had to admit, unexpectedly compelling.</w:t>
      </w:r>
    </w:p>
    <w:p/>
    <w:p>
      <w:r>
        <w:br/>
        <w:t>The darkness acted as a great equalizer, blurring the lines of hierarchy and perceived strength. It forced them to confront each other, and perhaps more importantly, to confront themselves, without the usual distractions and facades. Amelia could feel her own carefully constructed composure beginning to fray, not from panic, but from a growing awareness of Christopher’s proximity. The subtle scent of his cologne, a sophisticated blend of sandalwood and something bracingly clean, reached her, a private detail in the shared public space. It was an intimate detail, one that felt illicit and surprisingly potent in the otherwise sterile environment of the elevator.</w:t>
      </w:r>
    </w:p>
    <w:p/>
    <w:p>
      <w:r>
        <w:br/>
        <w:t>She wondered what he was thinking, what thoughts were running through his mind in this shared silence. Was he, too, experiencing a shift in perspective? Was this forced proximity chipping away at his own carefully guarded exterior? The thought sent a ripple of a different kind of tension through her, one that had nothing to do with claustrophobia and everything to do with the charged atmosphere that had suddenly enveloped them. He had spoken of her fear with such quiet understanding, acknowledging its roots without judgment. It was a level of empathy she hadn’t anticipated, a depth that hinted at a complexity beneath the polished surface of the formidable CEO.</w:t>
      </w:r>
    </w:p>
    <w:p/>
    <w:p>
      <w:r>
        <w:br/>
        <w:t>His voice, when he spoke again, was softer, more introspective. “It’s ironic, isn’t it,” he murmured, his voice a low vibration that seemed to brush against her senses. “We spend so much time building these… edifices. These walls of control and reputation. And then, in a moment, something as simple as a mechanical failure can strip it all away, leaving us just… human.”</w:t>
      </w:r>
    </w:p>
    <w:p/>
    <w:p>
      <w:r>
        <w:br/>
        <w:t>The word hung in the air between them. Human. It was a word Amelia rarely associated with Christopher Thorne. He was a force of nature, a titan of industry, a man who seemed to operate on a different plane of existence. Yet, here he was, acknowledging his own shared humanity, his own vulnerability in the face of the unexpected. It was a revelation, a quiet admission that resonated with a startling power.</w:t>
      </w:r>
    </w:p>
    <w:p/>
    <w:p>
      <w:r>
        <w:br/>
        <w:t>She found herself responding, her voice still a little shaky, but steadier now. "It feels… exposed," she admitted, the word a whisper. "Like all the defenses are gone."</w:t>
      </w:r>
    </w:p>
    <w:p/>
    <w:p>
      <w:r>
        <w:br/>
        <w:t>"And perhaps that's not entirely a bad thing," he replied, his tone thoughtful. "Sometimes, the most profound connections are forged in those moments when the armor comes off, when we’re forced to be truly seen." He paused, and Amelia strained to decipher the subtle shifts in his breathing, trying to glean some further insight into his thoughts. “It’s in those shared vulnerabilities that we discover our common ground.”</w:t>
      </w:r>
    </w:p>
    <w:p/>
    <w:p>
      <w:r>
        <w:br/>
        <w:t>Amelia felt a strange warmth spread through her, a feeling that had nothing to do with the ambient temperature. It was the warmth of recognition, of shared experience, of being understood, even in the suffocating darkness. The professional animosity that had defined their interactions seemed to recede, replaced by a nascent sense of camaraderie, a quiet acknowledgment of their shared predicament. The darkness, which had initially been a symbol of her deepest fears, was now transforming into a space of unexpected intimacy, a crucible in which their carefully constructed professional identities were being melted away, leaving something far more raw and, perhaps, far more real. The silence was no longer just the absence of sound; it was a canvas upon which their shared humanity was being painted, stroke by subtle stroke, by the quiet cadence of their breathing, the shared rhythm of their hearts, and the unspoken understanding that had begun to bloom between them in the unyielding embrace of the dark. It was a precarious balance, a fragile truce, born of circumstance, but it was undeniably there, a silent testament to the unexpected ways in which shared vulnerability could forge the most profound connections. The professional distance had evaporated, replaced by an intimacy born not of choice, but of necessity, and Amelia found herself wondering, with a tremor of both trepidation and curiosity, what other revelations the darkness might hold.</w:t>
      </w:r>
    </w:p>
    <w:p/>
    <w:p>
      <w:r>
        <w:t>The shared breath, once a lifeline, had now settled into a rhythm, a quiet testament to their shared confinement. In the inky blackness, Amelia found herself listening not just to Christopher’s words, but to the subtle cadence of his being. He had spoken of her fear with an empathy that had disarmed her, and now, in the ensuing silence, a different kind of confidence began to emerge from him. It wasn’t the booming, authoritative voice of the boardroom, but something softer, more introspective.</w:t>
      </w:r>
    </w:p>
    <w:p>
      <w:r>
        <w:br/>
        <w:t>"You know," he began, his voice a low murmur that seemed to vibrate through the very air they shared, "this reminds me of a rather… unscheduled landing I once had to navigate. Not quite this confined, thankfully, but the principle of 'what the hell do I do now?' was remarkably similar." He let out a soft, self-deprecating chuckle, a sound so incongruous with the formidable CEO she knew that Amelia had to suppress a surprised smile. "It was years ago, during my early days in venture capital. We were flying into a particularly remote area, a place where 'reliable infrastructure' was more of a theoretical concept than a practical reality. The pilot, bless his heart, was clearly more accustomed to… shall we say, well-lit runways and ground control that actually responded."</w:t>
      </w:r>
    </w:p>
    <w:p/>
    <w:p>
      <w:r>
        <w:br/>
        <w:t>He paused, and Amelia found herself holding her breath, eager for the continuation of this unexpected glimpse into his past. The story, trivial as it might seem in the grand scheme of things, felt monumental in its intimacy. It was a narrative of a moment when the all-powerful Christopher Thorne had been just as adrift as she felt now, grappling with uncertainty and a distinct lack of control.</w:t>
      </w:r>
    </w:p>
    <w:p/>
    <w:p>
      <w:r>
        <w:br/>
        <w:t>"Anyway," he continued, his voice tinged with a faint amusement, "we encountered a sudden, rather aggressive squall. Visibility dropped to near zero. The landing strip, which I had only seen fleetingly on a hazy approach, seemed to have vanished into the tempest. The pilot was fighting the controls, the plane bucking like a wild horse. There was a moment, a very long moment, where I genuinely thought we were going to become a rather unfortunate footnote in aviation history."</w:t>
      </w:r>
    </w:p>
    <w:p/>
    <w:p>
      <w:r>
        <w:br/>
        <w:t>Amelia felt a shiver, not of fear, but of shared human experience. She could picture him then, younger, perhaps less polished, but facing the same primal fear of mortality that she herself had glimpsed in the sudden descent.</w:t>
      </w:r>
    </w:p>
    <w:p/>
    <w:p>
      <w:r>
        <w:br/>
        <w:t>"And what did you do?" she asked, her voice barely a whisper, afraid to break the fragile spell of his confession.</w:t>
      </w:r>
    </w:p>
    <w:p/>
    <w:p>
      <w:r>
        <w:br/>
        <w:t>"Well," he said, a note of weary amusement in his tone, "I did what any sensible, albeit terrified, individual would do. I gripped the armrests, closed my eyes, and repeated a mantra that consisted primarily of rather colourful expletives." Another soft chuckle. "It didn't exactly change the outcome, but it did provide a certain… cathartic release. And then, just as I was contemplating the existential implications of plummeting earthward, the pilot managed to wrestle the plane back onto a semblance of a glide path. We touched down with a bounce that would have impressed a rodeo bull, but we landed. Safely. And that," he concluded, his voice returning to a more serious, reflective tone, "taught me something important about resilience. Not just the pilot's, but my own. And about the inherent unpredictability of life, no matter how meticulously you plan."</w:t>
      </w:r>
    </w:p>
    <w:p/>
    <w:p>
      <w:r>
        <w:br/>
        <w:t>He remained silent for a beat, and Amelia absorbed his words, her perception of him shifting with each carefully chosen syllable. This was not the man who commanded boardrooms with an iron fist, who navigated complex financial landscapes with unwavering precision. This was a man who had faced his own moments of vulnerability, his own unexpected "what the hell do I do now?" scenarios. His ability to recount the tale with such understated wit, to find humor in a potentially life-threatening situation, spoke volumes about a deeper capacity for self-awareness and emotional resilience. It was a stark contrast to the impenetrable facade he usually presented.</w:t>
      </w:r>
    </w:p>
    <w:p/>
    <w:p>
      <w:r>
        <w:br/>
        <w:t>"It’s strange," he mused, as if following her unspoken thoughts. "We spend so much energy projecting an image of unflappable control. We meticulously craft our narratives, build these elaborate defenses. And then something like this happens, and all those carefully constructed walls crumble. In that plane, all I could think about was the sheer, unadulterated fact of my own mortality, and the uncomfortable realization that my considerable intellect and financial acumen were utterly useless against a rogue gust of wind."</w:t>
      </w:r>
    </w:p>
    <w:p/>
    <w:p>
      <w:r>
        <w:br/>
        <w:t>Amelia found herself nodding in the darkness, a silent affirmation. "It's the illusion of control," she murmured. "We believe if we just prepare enough, if we strategize enough, we can shield ourselves from everything. But life has a way of reminding us that we're not as much in command as we like to think."</w:t>
      </w:r>
    </w:p>
    <w:p/>
    <w:p>
      <w:r>
        <w:br/>
        <w:t>"Precisely," he agreed, a quiet intensity in his voice. "And perhaps that's the real lesson, isn't it? That true strength isn't about never faltering, but about how you pick yourself up, or how you navigate the turbulence when it inevitably comes. That pilot, battling against the elements, against the very physics of flight… he wasn't just flying a plane; he was fighting for survival, for all of us in that cabin. And in his own way, he was demonstrating a profound courage."</w:t>
      </w:r>
    </w:p>
    <w:p/>
    <w:p>
      <w:r>
        <w:br/>
        <w:t>His words resonated deeply within Amelia. She had always viewed Christopher through the lens of his professional achievements, his relentless drive for success. She had seen him as a competitor, a formidable obstacle. But in this shared darkness, stripped of the visual cues that reinforced his powerful persona, she was beginning to see the man beneath. A man who, like her, had experienced fear, who had grappled with uncertainty, and who, despite the outward appearance of unshakeable confidence, possessed a quiet resilience forged in the crucible of his own past challenges.</w:t>
      </w:r>
    </w:p>
    <w:p/>
    <w:p>
      <w:r>
        <w:br/>
        <w:t>"It's humbling," she admitted, the word feeling inadequate to express the profound shift occurring within her. "To realize that even the most successful, the most powerful, have faced moments where they felt… adrift."</w:t>
      </w:r>
    </w:p>
    <w:p/>
    <w:p>
      <w:r>
        <w:br/>
        <w:t>"We're all navigating uncharted waters at some point," Christopher replied, his voice soft. "The difference, I suppose, is in how we react to the storm. Do we surrender to the waves, or do we adjust the sails and keep moving forward, even when the destination is obscured?" He paused, and Amelia sensed him taking a deep, steadying breath. "That landing, while terrifying, was also a catalyst for me. It forced me to re-evaluate my own relationship with control. I realized that while planning and preparation are essential, there's also a value in adaptability, in trusting your instincts, and in acknowledging that sometimes, you just have to ride it out."</w:t>
      </w:r>
    </w:p>
    <w:p/>
    <w:p>
      <w:r>
        <w:br/>
        <w:t>The confession was so unexpected, so devoid of the usual corporate jargon and strategic posturing, that it felt almost sacred. Amelia found herself studying the silence, trying to decipher the man within it. He wasn't boasting about his survival; he was sharing a personal insight, a quiet wisdom gained from a challenging experience. It was a disclosure that spoke of a man who understood the fragility of existence, who wasn't afraid to acknowledge his own fallibility.</w:t>
      </w:r>
    </w:p>
    <w:p/>
    <w:p>
      <w:r>
        <w:br/>
        <w:t>"It's reassuring, in a strange way," she found herself saying, the words tumbling out before she could censor them. "To know that you're not… immune to it all. That even you, at some point, have felt that same surge of… 'oh God, what now?'"</w:t>
      </w:r>
    </w:p>
    <w:p/>
    <w:p>
      <w:r>
        <w:br/>
        <w:t>A faint rustle, perhaps him shifting his weight, and then his voice, lower, more intimate. "Oh, believe me, Amelia, that particular sentiment has visited me on more occasions than I care to admit. Life has a way of serving up unexpected detours, doesn't it? And the trick, I've found, is not to let those detours derail you entirely. It's about finding the lesson, however painful, and integrating it into the journey."</w:t>
      </w:r>
    </w:p>
    <w:p/>
    <w:p>
      <w:r>
        <w:br/>
        <w:t>He spoke of a time when he had been less sure of himself, less assured. He didn't dwell on the specifics, but the implication was clear: he had not always been the unassailable figure he was today. There were moments of self-doubt, of fear, of uncertainty that had shaped him, that had perhaps even forged the very resilience he now possessed. This wasn't a calculated attempt to win her over; it felt like a genuine, unguarded moment of shared humanity, a rare concession to the raw reality of their situation.</w:t>
      </w:r>
    </w:p>
    <w:p/>
    <w:p>
      <w:r>
        <w:br/>
        <w:t>"I remember," he continued, his voice taking on a reflective tone, "early in my career, I was tasked with closing a deal that was absolutely critical for the company. The stakes were immense, and I felt the weight of the world on my shoulders. I spent weeks preparing, anticipating every possible objection, every potential roadblock. I thought I had every angle covered. And then, on the day of the final negotiation, the other party threw me a curveball so unexpected, so utterly outside of my projections, that for a moment, I was paralyzed. My mind went blank. All my preparation, all my carefully constructed strategies… they felt utterly useless."</w:t>
      </w:r>
    </w:p>
    <w:p/>
    <w:p>
      <w:r>
        <w:br/>
        <w:t>Amelia listened intently, her own anxieties momentarily forgotten as she became absorbed in his narrative. This was the genesis of the man she knew, the architect of his own formidable empire, admitting to a moment of profound vulnerability.</w:t>
      </w:r>
    </w:p>
    <w:p/>
    <w:p>
      <w:r>
        <w:br/>
        <w:t>"It was a moment of pure panic," he confessed, his voice a low rumble. "I could feel the deal slipping through my fingers, and I knew that my career, my reputation, hung in the balance. But then, something shifted. I remembered a piece of advice my father had given me years ago: 'When you're lost, stop trying to find the path. Just take one step in front of the other.' So, I took a breath. I acknowledged that I didn't have an immediate answer, and I asked for a brief recess. In that short time, I was able to collect my thoughts, to recalibrate, and to approach the situation with a fresh perspective. We didn't get everything we wanted, but we salvaged the deal. And in that moment, I learned that sometimes, the greatest strength lies not in having all the answers, but in knowing how to find them, even when you're completely out of your depth."</w:t>
      </w:r>
    </w:p>
    <w:p/>
    <w:p>
      <w:r>
        <w:br/>
        <w:t>The anecdote hung in the air between them, a quiet testament to his character. It wasn't about the victory, but about the process, about the internal struggle and the ultimate triumph over self-doubt. It revealed a man who, despite his outward command, understood the importance of humility and the power of perseverance. He wasn't just a brilliant strategist; he was someone who had learned from his own stumbles, who had used adversity as a stepping stone.</w:t>
      </w:r>
    </w:p>
    <w:p/>
    <w:p>
      <w:r>
        <w:br/>
        <w:t>"That's… quite a story," Amelia managed to say, the words feeling inadequate.</w:t>
      </w:r>
    </w:p>
    <w:p/>
    <w:p>
      <w:r>
        <w:br/>
        <w:t>"It's a story about learning to trust yourself, even when the evidence suggests otherwise," he corrected gently. "And about the fact that even the most meticulously crafted plans can go awry. It’s a reminder that we’re all, in the end, just human, doing the best we can with the information we have."</w:t>
      </w:r>
    </w:p>
    <w:p/>
    <w:p>
      <w:r>
        <w:br/>
        <w:t>His willingness to share these deeply personal insights, to lay bare these moments of past vulnerability, was profoundly disarming. It chipped away at the formidable, almost mythical, image she had of him. He wasn't an impenetrable edifice; he was a man who had faced his own challenges, who had learned and grown from them. The revelation was as potent as the darkness surrounding them, creating a sense of intimacy that was both unexpected and, Amelia found herself admitting, strangely compelling. The cracks in his facade were widening, revealing a depth she had never before suspected. In this shared silence, suspended between floors, she was not just trapped with a powerful adversary; she was momentarily connected to a complex, imperfect, and undeniably human being.</w:t>
      </w:r>
    </w:p>
    <w:p/>
    <w:p>
      <w:r>
        <w:t>The lingering quiet after Christopher’s tale was thick with unspoken emotions. Amelia found herself studying the darkness, not with the same sharp edge of fear that had initially gripped her, but with a new, hesitant curiosity. His voice, which had been a low rumble of shared experience, now seemed to resonate differently, a melody against the stark silence of their predicament. The carefully constructed walls she’d erected around her perception of him – the ruthless CEO, the formidable competitor – were indeed crumbling, revealing something far more nuanced and, she had to admit, deeply compelling.</w:t>
      </w:r>
    </w:p>
    <w:p>
      <w:r>
        <w:br/>
        <w:t>His story about the near-disastrous landing, about the sheer panic and the eventual recalibration, had been a revelation. It wasn't just the admission of vulnerability that had affected her, but the quiet dignity with which he’d recounted it. He hadn't sought pity or manufactured heroism. He'd simply shared a human moment, a struggle that had ultimately shaped him. And in sharing it, he had inadvertently disarmed her. The sharp edges of their professional rivalry seemed to soften in the shared vulnerability of their current confinement, and a different kind of awareness began to bloom between them.</w:t>
      </w:r>
    </w:p>
    <w:p/>
    <w:p>
      <w:r>
        <w:br/>
        <w:t>She became acutely aware of his presence beside her, not as a physical barrier or an opponent, but as another soul navigating the unexpected darkness. The air, recycled and close, seemed to carry his scent – a subtle, sophisticated fragrance that was neither overpowering nor forgettable. It was the clean, crisp note of expensive cologne, mingled with something uniquely his, something that spoke of power and quiet confidence, yet also, now, of something more intimate. It was a scent that, in the echoing silence, began to stir a nascent, unwelcome awareness within her. A subtle thrumming, a nascent attraction that felt both sudden and undeniable.</w:t>
      </w:r>
    </w:p>
    <w:p/>
    <w:p>
      <w:r>
        <w:br/>
        <w:t>Her breath hitched, almost imperceptibly. This was not how she had envisioned her evening, much less her interaction with Christopher Thorne. Her mind, usually a fortress of strategic thinking and sharp analysis, felt strangely adrift, captivated by the man speaking in soft, measured tones beside her. The intensity of their shared experience, the raw humanity he had revealed in the echoing darkness, was creating a palpable charge in the confined space. It was a silent acknowledgment, a spark ignited by proximity and the unexpected revelation of each other’s inner landscape.</w:t>
      </w:r>
    </w:p>
    <w:p/>
    <w:p>
      <w:r>
        <w:br/>
        <w:t>She found herself leaning in, not physically, but with her attention, straining to catch every nuance of his voice. He spoke of adaptability, of trusting instincts, of acknowledging the limits of control, and with each word, he was painting a portrait of a man she had never truly seen. The formidable CEO was still present, the architect of his own empire, but now she glimpsed the foundations upon which that empire was built – resilience, self-awareness, and the hard-won wisdom gained from moments of profound uncertainty.</w:t>
      </w:r>
    </w:p>
    <w:p/>
    <w:p>
      <w:r>
        <w:br/>
        <w:t>"It's easy to become so focused on the destination," Christopher mused, his voice a low murmur that seemed to vibrate with introspection, "that we forget the journey itself is where the real learning happens. We meticulously plan every step, chart every possible outcome, and then life throws us a curveball, and suddenly, all our carefully laid plans are in disarray. That landing, for instance. I had meticulously planned every detail of that business trip, every meeting, every contingency. And then, quite literally, the ground disappeared beneath us."</w:t>
      </w:r>
    </w:p>
    <w:p/>
    <w:p>
      <w:r>
        <w:br/>
        <w:t>He paused, and Amelia felt a strange kinship with the younger version of himself he was describing. She, too, had always been a planner, a meticulous orchestrator of her own life and career. The idea of relinquishing that control, of simply 'riding it out,' was anathema to her very nature. Yet, hearing him speak of it, of the acceptance that came with it, she felt a subtle shift within herself.</w:t>
      </w:r>
    </w:p>
    <w:p/>
    <w:p>
      <w:r>
        <w:br/>
        <w:t>"It's a difficult lesson to learn," she admitted, her voice barely above a whisper, surprised by its softness. "To accept that you can't control everything. That sometimes, the best you can do is react, adapt, and hope for the best."</w:t>
      </w:r>
    </w:p>
    <w:p/>
    <w:p>
      <w:r>
        <w:br/>
        <w:t>"Hope is a dangerous thing when it’s all you have," Christopher responded, his tone thoughtful. "But when it’s coupled with preparedness, with a willingness to learn from unexpected challenges, it can be a powerful force. That experience taught me that true resilience isn't about avoiding the storm, but about learning to navigate it. It’s about recognizing that even when you’re tossed about, you still have the agency to adjust your sails, to find a new course, or simply to hold on until the skies clear."</w:t>
      </w:r>
    </w:p>
    <w:p/>
    <w:p>
      <w:r>
        <w:br/>
        <w:t>His words were a gentle balm, soothing the lingering anxiety that had clung to her since the elevator had shuddered to a halt. The shared confinement, which had initially felt like a trap, now began to feel like an unforeseen opportunity. An opportunity to see beyond the polished veneer of the man she thought she knew.</w:t>
      </w:r>
    </w:p>
    <w:p/>
    <w:p>
      <w:r>
        <w:br/>
        <w:t>"It's funny," Amelia found herself saying, the confession surprising even herself, "I always imagined you as someone who had everything perfectly mapped out. Someone who never doubted, who never faltered."</w:t>
      </w:r>
    </w:p>
    <w:p/>
    <w:p>
      <w:r>
        <w:br/>
        <w:t>A soft, almost imperceptible sound – a sigh, perhaps, or a slight shift in his posture – reached her in the darkness. "That's the illusion, isn't it?" he replied, his voice tinged with a wry amusement. "We all work hard to project an image of unwavering strength and certainty. It’s a defense mechanism, I suppose. A way to keep the wolves at bay, both real and imagined. But beneath the surface, we're all just navigating the same choppy waters, hoping we don't capsize."</w:t>
      </w:r>
    </w:p>
    <w:p/>
    <w:p>
      <w:r>
        <w:br/>
        <w:t>The admission hung in the air, a fragile truth shared between them. It was a moment of profound vulnerability, a candid glimpse into the internal landscape of a man usually shrouded in an aura of unshakeable confidence. And in that shared vulnerability, Amelia felt a connection forming, an invisible thread weaving itself between them.</w:t>
      </w:r>
    </w:p>
    <w:p/>
    <w:p>
      <w:r>
        <w:br/>
        <w:t>She caught herself studying the silhouette of his profile, barely discernible in the dim emergency lighting that now flickered to life. His features, usually so sharp and defined, seemed softer, more accessible in the muted glow. The subtle scent of his cologne seemed to intensify, a sophisticated aroma that filled the small space and sent a tremor of something akin to desire through her. It was an unexpected sensation, a sudden, unfamiliar warmth that spread through her chest, tightening her breath.</w:t>
      </w:r>
    </w:p>
    <w:p/>
    <w:p>
      <w:r>
        <w:br/>
        <w:t>She realized, with a disconcerting jolt, that she was no longer solely focused on their predicament. Her attention had drifted, drawn by the subtle shifts in his tone, the quiet cadence of his breathing, the very essence of his presence beside her. The fear had receded, replaced by a different kind of thrumming energy, a nascent attraction that was both exhilarating and terrifying.</w:t>
      </w:r>
    </w:p>
    <w:p/>
    <w:p>
      <w:r>
        <w:br/>
        <w:t>The intensity of their shared experience – trapped in a confined space, stripped of the usual pretenses and distractions – had created a palpable charge between them. It was a silent acknowledgment, a spark ignited in the dim light, fueled by their unexpected proximity and the raw revelation of each other's humanity. A nascent desire, stirring in the quiet aftermath of his confessions.</w:t>
      </w:r>
    </w:p>
    <w:p/>
    <w:p>
      <w:r>
        <w:br/>
        <w:t>"You know," Christopher continued, his voice a low, intimate murmur that seemed to cut through the lingering tension, "that incident taught me a great deal about the importance of adaptability. When everything you think you know is suddenly irrelevant, you have to rely on something more fundamental. Instinct, perhaps. Or a willingness to look at a situation from a completely different perspective."</w:t>
      </w:r>
    </w:p>
    <w:p/>
    <w:p>
      <w:r>
        <w:br/>
        <w:t>Amelia nodded, though he couldn't see her. "It sounds like a valuable lesson," she said, her voice softer than she intended.</w:t>
      </w:r>
    </w:p>
    <w:p/>
    <w:p>
      <w:r>
        <w:br/>
        <w:t>"It was," he agreed. "And it's one that has served me well in business, and in life. You can't control every variable, Amelia. You can't predict every outcome. But you can control how you react to the unexpected. You can choose to be paralyzed by fear, or you can choose to find a way forward." He paused, and she felt a subtle shift, as if he were turning to face her more directly. "And sometimes," he added, his voice dropping even lower, a hint of something raw and untamed beneath the surface, "those unexpected moments are when we discover things about ourselves, and about others, that we never would have found otherwise."</w:t>
      </w:r>
    </w:p>
    <w:p/>
    <w:p>
      <w:r>
        <w:br/>
        <w:t>His words hung in the air, charged with an unspoken meaning. The intensity of his gaze, even though she couldn't see it, felt like a physical touch. The faint scent of his cologne, mingling with the stale air of the elevator, seemed to wrap around her, a subtle, intoxicating embrace. Her heart began to beat a little faster, a nervous flutter that was both disquieting and undeniably exhilarating.</w:t>
      </w:r>
    </w:p>
    <w:p/>
    <w:p>
      <w:r>
        <w:br/>
        <w:t>She realized, with a dizzying sense of awareness, that she was no longer just listening to his words. She was feeling them. Feeling the truth in them, feeling the shared humanity that bound them together in this unexpected confinement. And with that feeling came a new awareness, a subtle shift in the way she perceived him, and in the way she felt about herself.</w:t>
      </w:r>
    </w:p>
    <w:p/>
    <w:p>
      <w:r>
        <w:br/>
        <w:t>The flickering emergency lights cast long, dancing shadows, distorting the familiar lines of the elevator cabin, and perhaps, distorting her own perception of reality. But the attraction, the undeniable pull towards the man beside her, felt all too real. It was a fragile thing, born in the darkness and fueled by shared vulnerability, but it was undeniably present, a silent hum beneath the surface of their conversation.</w:t>
      </w:r>
    </w:p>
    <w:p/>
    <w:p>
      <w:r>
        <w:br/>
        <w:t>"It’s easy to fall into the trap of thinking that success means never making a mistake," Amelia found herself saying, the words a confession of her own past assumptions. "That strong people don't have doubts."</w:t>
      </w:r>
    </w:p>
    <w:p/>
    <w:p>
      <w:r>
        <w:br/>
        <w:t>Christopher’s laugh was a low, resonant sound that sent a shiver down her spine. "Oh, Amelia," he murmured, his voice laced with a gentle amusement, "if that were true, the world would be a very different, and frankly, a much less interesting place. Doubt is the midwife of progress. It’s the quiet whisper that tells us to re-examine, to refine, to strive for something more. And as for mistakes… well, they’re simply the tuition fees for experience. The more you dare to try, the more you’ll inevitably stumble."</w:t>
      </w:r>
    </w:p>
    <w:p/>
    <w:p>
      <w:r>
        <w:br/>
        <w:t>His honesty was disarming. It stripped away the layers of artifice, revealing the complex, human being beneath the formidable CEO persona. She found herself leaning closer, drawn by an invisible current, her senses heightened by the close proximity and the unexpected intimacy of their exchange. The subtle scent of his cologne seemed to weave a spell around her, a sophisticated, alluring aroma that spoke of power and understated elegance. It was a scent that, in the confined space of the elevator, began to stir a nascent desire within her, a quiet yearning that she had never before experienced.</w:t>
      </w:r>
    </w:p>
    <w:p/>
    <w:p>
      <w:r>
        <w:br/>
        <w:t>The shared confinement, which had initially felt like a prison sentence, was transforming into something else entirely. It was becoming a crucible, forging a new understanding between them, a silent acknowledgment of the unspoken attraction that now simmered beneath the surface of their conversation. The fear had receded, replaced by a different kind of thrumming energy, a palpable charge that crackled in the air between them. It was a spark ignited in the darkness, fueled by proximity and the unexpected revelation of each other’s humanity.</w:t>
      </w:r>
    </w:p>
    <w:p/>
    <w:p>
      <w:r>
        <w:br/>
        <w:t>"It’s almost… liberating," Amelia admitted, the word feeling foreign on her tongue, yet undeniably true. "To hear you say that. To know that even someone as… as successful as you are, has faced those moments of uncertainty."</w:t>
      </w:r>
    </w:p>
    <w:p/>
    <w:p>
      <w:r>
        <w:br/>
        <w:t>Christopher’s voice softened, becoming a low, intimate murmur. "We’re all works in progress, Amelia. Constantly learning, constantly evolving. And sometimes, it takes being completely thrown off course to truly see the path ahead." He paused, and she felt a subtle shift in the air between them, a sense of him turning to face her more directly. "This," he continued, his voice dropping even lower, a hint of something raw and untamed beneath the polished surface, "this unexpected halt… it’s certainly been an education."</w:t>
      </w:r>
    </w:p>
    <w:p/>
    <w:p>
      <w:r>
        <w:br/>
        <w:t>His words, combined with the faint scent of his cologne – a sophisticated, yet subtly masculine fragrance that seemed to cling to the air – stirred a different kind of awareness within her. Her breath hitched, a silent testament to the unexpected wave of attraction that washed over her. It was a sensation entirely new, a confusing mix of apprehension and exhilaration, and it was directed squarely at Christopher Thorne. The man who had, until this moment, represented nothing more than a formidable obstacle in her professional life.</w:t>
      </w:r>
    </w:p>
    <w:p/>
    <w:p>
      <w:r>
        <w:br/>
        <w:t>She found herself studying the faint outline of his jaw, the strong line of his profile barely discernible in the dim, flickering emergency lights. There was a strength in his stillness, a quiet confidence that, in the forced intimacy of their shared predicament, felt incredibly potent. The carefully constructed facade she had always perceived was indeed cracking, revealing glimpses of a man far more complex and compelling than she had ever imagined. And in those cracks, a nascent desire began to bloom, a fragile flower pushing through the hard ground of her ingrained rivalry. The silence between them was no longer just an absence of sound; it was a charged space, alive with unspoken questions and the burgeoning awareness of an undeniable, albeit unwelcome, attraction.</w:t>
      </w:r>
    </w:p>
    <w:p/>
    <w:p>
      <w:r>
        <w:br/>
        <w:t>The shared breath, once a symbol of their shared confinement, had now settled into a rhythm, a quiet testament to their shared predicament. In the inky blackness, Amelia found herself listening not just to Christopher’s words, but to the subtle cadence of his being. He had spoken of fear with an empathy that had disarmed her, and now, in the ensuing silence, a different kind of confidence began to emerge from him. It wasn’t the booming, authoritative voice of the boardroom, but something softer, more introspective, and it was drawing her in.</w:t>
      </w:r>
    </w:p>
    <w:p/>
    <w:p>
      <w:r>
        <w:br/>
        <w:t>"It’s funny, isn't it?" he mused, his voice a low murmur that seemed to vibrate through the very air they shared, "how quickly the trappings of power and success can become irrelevant when you’re simply trying to survive. All the carefully constructed arguments, the strategic alliances… they mean nothing when the elevator door refuses to open." He let out a soft, self-deprecating chuckle, a sound so incongruous with the formidable CEO she knew that Amelia had to suppress a surprised smile. "It’s a rather humbling experience, realizing that for all our planning and ambition, we’re still just… human. Subject to the whims of mechanics and circumstance."</w:t>
      </w:r>
    </w:p>
    <w:p/>
    <w:p>
      <w:r>
        <w:br/>
        <w:t>He paused, and Amelia found herself holding her breath, eager for the continuation of this unexpected glimpse into his past. His willingness to share these deeply personal insights, to lay bare these moments of past vulnerability, was profoundly disarming. It chipped away at the formidable, almost mythical, image she had of him. He wasn't an impenetrable edifice; he was a man who had faced his own challenges, who had learned and grown from them. The revelation was as potent as the darkness surrounding them, creating a sense of intimacy that was both unexpected and, Amelia found herself admitting, strangely compelling.</w:t>
      </w:r>
    </w:p>
    <w:p/>
    <w:p>
      <w:r>
        <w:br/>
        <w:t>She became acutely aware of his presence beside her, not as a physical barrier or an opponent, but as another soul navigating the unexpected darkness. The air, recycled and close, seemed to carry his scent – a subtle, sophisticated fragrance that was neither overpowering nor forgettable. It was the clean, crisp note of expensive cologne, mingled with something uniquely his, something that spoke of power and quiet confidence, yet also, now, of something more intimate. It was a scent that, in the echoing silence, began to stir a nascent, unwelcome awareness within her. A subtle thrumming, a nascent attraction that felt both sudden and undeniable.</w:t>
      </w:r>
    </w:p>
    <w:p/>
    <w:p>
      <w:r>
        <w:br/>
        <w:t>Her breath hitched, almost imperceptibly. This was not how she had envisioned her evening, much less her interaction with Christopher Thorne. Her mind, usually a fortress of strategic thinking and sharp analysis, felt strangely adrift, captivated by the man speaking in soft, measured tones beside her. The intensity of their shared experience, the raw humanity he had revealed in the echoing darkness, was creating a palpable charge in the confined space. It was a silent acknowledgment, a spark ignited by proximity and the unexpected revelation of each other’s inner landscape. A nascent desire, stirring in the quiet aftermath of his confessions.</w:t>
      </w:r>
    </w:p>
    <w:p/>
    <w:p>
      <w:r>
        <w:br/>
        <w:t>"I remember a time," Christopher continued, his voice taking on a reflective tone, "when I was less sure of myself, less assured. Early in my career, I was tasked with closing a deal that was absolutely critical for the company. The stakes were immense, and I felt the weight of the world on my shoulders. I spent weeks preparing, anticipating every possible objection, every potential roadblock. I thought I had every angle covered. And then, on the day of the final negotiation, the other party threw me a curveball so unexpected, so utterly outside of my projections, that for a moment, I was paralyzed. My mind went blank. All my preparation, all my carefully constructed strategies… they felt utterly useless."</w:t>
      </w:r>
    </w:p>
    <w:p/>
    <w:p>
      <w:r>
        <w:br/>
        <w:t>Amelia listened intently, her own anxieties momentarily forgotten as she became absorbed in his narrative. This was the genesis of the man she knew, the architect of his own formidable empire, admitting to a moment of profound vulnerability. "It was a moment of pure panic," he confessed, his voice a low rumble. "I could feel the deal slipping through my fingers, and I knew that my career, my reputation, hung in the balance. But then, something shifted. I remembered a piece of advice my father had given me years ago: 'When you're lost, stop trying to find the path. Just take one step in front of the other.' So, I took a breath. I acknowledged that I didn't have an immediate answer, and I asked for a brief recess. In that short time, I was able to collect my thoughts, to recalibrate, and to approach the situation with a fresh perspective. We didn't get everything we wanted, but we salvaged the deal. And in that moment, I learned that sometimes, the greatest strength lies not in having all the answers, but in knowing how to find them, even when you're completely out of your depth."</w:t>
      </w:r>
    </w:p>
    <w:p/>
    <w:p>
      <w:r>
        <w:br/>
        <w:t>The anecdote hung in the air between them, a quiet testament to his character. It wasn't about the victory, but about the process, about the internal struggle and the ultimate triumph over self-doubt. It revealed a man who, despite his outward command, understood the importance of humility and the power of perseverance. He wasn't just a brilliant strategist; he was someone who had learned from his own stumbles, who had used adversity as a stepping stone.</w:t>
      </w:r>
    </w:p>
    <w:p/>
    <w:p>
      <w:r>
        <w:br/>
        <w:t>"That’s… quite a story," Amelia managed to say, the words feeling inadequate.</w:t>
      </w:r>
    </w:p>
    <w:p/>
    <w:p>
      <w:r>
        <w:br/>
        <w:t>"It's a story about learning to trust yourself, even when the evidence suggests otherwise," he corrected gently. "And about the fact that even the most meticulously crafted plans can go awry. It’s a reminder that we’re all, in the end, just human, doing the best we can with the information we have."</w:t>
      </w:r>
    </w:p>
    <w:p/>
    <w:p>
      <w:r>
        <w:br/>
        <w:t>His willingness to share these deeply personal insights, to lay bare these moments of past vulnerability, was profoundly disarming. It chipped away at the formidable, almost mythical, image she had of him. He wasn't an impenetrable edifice; he was a man who had faced his own challenges, who had learned and grown from them. The revelation was as potent as the darkness surrounding them, creating a sense of intimacy that was both unexpected and, Amelia found herself admitting, strangely compelling. The cracks in his facade were widening, revealing a depth she had never before suspected. In this shared silence, suspended between floors, she was not just trapped with a powerful adversary; she was momentarily connected to a complex, imperfect, and undeniably human being.</w:t>
      </w:r>
    </w:p>
    <w:p/>
    <w:p>
      <w:r>
        <w:br/>
        <w:t>The subtle scent of his cologne, a sophisticated and understated fragrance, began to register more profoundly. It wasn't an aggressive or overwhelming scent, but rather a subtle, clean aroma that hinted at a quiet power, a refined masculinity. It was a scent that, in the close confines of the elevator, began to weave its way into her senses, stirring an unfamiliar awareness within her. Her breath hitched, a silent acknowledgment of the unexpected pull she felt towards him, a pull that transcended their professional rivalry.</w:t>
      </w:r>
    </w:p>
    <w:p/>
    <w:p>
      <w:r>
        <w:br/>
        <w:t>This shared vulnerability, this stripping away of their usual defenses, was creating a palpable charge in the air between them. It was more than just the shared predicament; it was the raw humanity that was being revealed, the glimpses into their inner lives that were both startling and strangely intimate. The fear that had initially gripped her was receding, replaced by a different kind of thrumming energy, a nascent attraction that was both disquieting and undeniably compelling. She caught herself studying the faint outline of his jaw, the strong line of his profile barely discernible in the dim, flickering emergency lights. There was a quiet strength in his stillness, a self-possession that, in this forced intimacy, felt potent. The carefully constructed facade she had always perceived was indeed cracking, revealing glimpses of a man far more complex and compelling than she had ever imagined. And in those cracks, a nascent desire began to bloom, a fragile flower pushing through the hard ground of her ingrained rivalry. The silence between them was no longer just an absence of sound; it was a charged space, alive with unspoken questions and the burgeoning awareness of an undeniable, albeit unwelcome, attraction. She felt a warmth spread through her chest, a flutter in her stomach that was both unnerving and exciting. The realization hit her with the force of a physical blow: she was attracted to Christopher Thorne. Not just the CEO, but the man who had shared his vulnerabilities, the man whose scent now seemed to fill her senses, drawing her in.</w:t>
      </w:r>
    </w:p>
    <w:p/>
    <w:p>
      <w:r>
        <w:t>The faintest shift in the stillness, a mere displacement of air, signaled Christopher’s slight movement beside her. In the disorienting gloom, her own senses seemed to sharpen, attuned to the slightest anomaly. Her arm, resting against the cool metal of the elevator wall, extended almost imperceptibly, a hesitant exploration of the immediate space. It was then, in that involuntary reach, that her fingertips grazed against something warm and solid. The unexpected contact sent a jolt, not of fear, but of pure, unadulterated sensation, through her entire being. It was Christopher’s hand.</w:t>
      </w:r>
    </w:p>
    <w:p>
      <w:r>
        <w:br/>
        <w:t>Her breath caught, a silent gasp stolen by the sudden intensity of the moment. It was a fleeting brush, a whisper of touch against the fabric of his suit jacket, yet it felt as profound as a declaration. Time seemed to warp, stretching into an eternity where only this single point of contact existed. His fingers, resting perhaps on the floor or against the wall beside him, were still. For a suspended breath, they remained there, inches from hers, the air between them crackling with an unseen energy. She felt a strange paralysis, an inability to retract her hand, a hesitant curiosity to understand the magnitude of this accidental collision.</w:t>
      </w:r>
    </w:p>
    <w:p/>
    <w:p>
      <w:r>
        <w:br/>
        <w:t>Then, his hand moved. Not to pull away, not to recoil, but with a deliberate, almost imperceptible shift. His fingers, warm and surprisingly strong, brushed against hers. It was the barest of touches, a feather-light caress that nonetheless ignited a wildfire beneath her skin. His skin against hers, a contrast of textures, a revelation of presence. Her own fingers, suddenly clumsy and trembling, registered the firm, smooth skin of his palm, the subtle strength in his grip. It was a connection so primal, so immediate, that it bypassed all rational thought, all carefully constructed defenses.</w:t>
      </w:r>
    </w:p>
    <w:p/>
    <w:p>
      <w:r>
        <w:br/>
        <w:t>He didn’t speak. He didn’t need to. The touch was a language all its own, a silent acknowledgement of the undeniable current that had been building between them since the elevator had juddered to a halt. Amelia’s heart hammered against her ribs, a frantic rhythm against the oppressive silence. The professional barriers, the carefully maintained distance, the very notion of competition – all of it dissolved in the face of this raw, elemental connection. It was a confirmation, a tangible proof of the attraction that had been simmering beneath the surface of their animosity, a spark igniting in the charged darkness.</w:t>
      </w:r>
    </w:p>
    <w:p/>
    <w:p>
      <w:r>
        <w:br/>
        <w:t>His fingers didn't just brush hers; they lingered. A gentle pressure, a silent question. A willingness to explore this unexpected territory. Amelia’s own hand, caught in the magnetic pull of his, felt an answering tremor. She wanted to pull away, to reassert the boundaries, but a more potent force held her captive – a nascent curiosity, a burgeoning desire that was both terrifying and exhilarating. His touch was not possessive, not demanding, but simply… there. A shared moment of vulnerability made tangible.</w:t>
      </w:r>
    </w:p>
    <w:p/>
    <w:p>
      <w:r>
        <w:br/>
        <w:t>In that brief, charged contact, the carefully constructed facade of Christopher Thorne, the formidable CEO, the ruthless competitor, began to truly crumble. What remained was simply a man, his touch sending an electric current through her, leaving her breathless and acutely aware of his presence in a way that transcended mere proximity. The air around them seemed to thicken, heavy with unspoken possibilities. The scent of his cologne, previously a subtle undercurrent, now seemed to envelop her, a sophisticated aroma that spoke of an intimacy she had never before dared to imagine. It was a scent that, in the charged silence, promised something more, something deeper, something that was both alluring and profoundly unsettling.</w:t>
      </w:r>
    </w:p>
    <w:p/>
    <w:p>
      <w:r>
        <w:br/>
        <w:t>She found herself breathing shallowly, her chest tight with a mixture of apprehension and a dizzying excitement. Her mind, usually so disciplined and focused, was a chaotic swirl of sensation. The feel of his skin against hers, the subtle warmth radiating from his hand, the undeniable magnetism that drew her even closer – it was overwhelming. This accidental touch, born of darkness and shared confinement, had ignited a fire she hadn't known existed within her, a nascent attraction that was both undeniable and, she admitted with a shiver, deeply compelling. It was a whisper of desire in the deafening silence, a tangible confirmation of the unspoken tension that had been building between them.</w:t>
      </w:r>
    </w:p>
    <w:p/>
    <w:p>
      <w:r>
        <w:br/>
        <w:t>His fingers, still in contact with hers, shifted slightly, a subtle exploration that sent shivers down her spine. It was a delicate dance, a silent conversation conducted through touch alone. Amelia felt a flush creep up her neck, a tell-tale sign of her body’s reaction to his proximity, to his touch. She closed her eyes, not to shut him out, but to savor the sensation, to allow herself a fleeting moment of surrender to the unexpected intimacy of the situation. The fear that had been a constant companion since the elevator had stopped had receded, replaced by a far more potent and disorienting emotion.</w:t>
      </w:r>
    </w:p>
    <w:p/>
    <w:p>
      <w:r>
        <w:br/>
        <w:t>The touch was a catalyst, an awakening. It stripped away the layers of professional decorum and revealed a raw, human connection. In the darkness, with their carefully constructed worlds momentarily suspended, they were simply two individuals, their senses heightened, their defenses lowered. And in that shared vulnerability, a spark had ignited. Amelia found herself holding her breath, waiting for his next move, caught in a silent, charged exchange that promised to alter the landscape of their relationship irrevocably. The electric current that coursed through her from the mere contact of their skin was a testament to the potent, unspoken attraction that had been simmering between them, now brought to a startling, undeniable crescendo. It was a touch that lingered not just on her skin, but in her memory, a potent reminder of the complex layers beneath the polished exteriors they both so carefully maintained. The silence that followed his gentle caress was not empty, but pregnant with unspoken questions, with the thrilling, terrifying possibility of what might come next. She felt exposed, vulnerable, yet paradoxically, more alive than she had in years. The darkness, once a source of anxiety, had become an unexpected confidante, a witness to the burgeoning intimacy that was unfolding between them. The subtle scent of his cologne, now inextricably linked to the sensation of his touch, was a constant, intoxicating presence, further blurring the lines between animosity and attraction. Her own pulse thrummed a steady rhythm against the backdrop of his steady breathing, a shared beat in the confined space.</w:t>
      </w:r>
    </w:p>
    <w:p/>
    <w:p>
      <w:r>
        <w:br/>
        <w:t>She could feel the slight warmth of his skin, the faint texture of his fingertips against hers. It was a contact so intimate, so unexpected, that her mind struggled to process it. The carefully curated professional distance she had always maintained was dissolving rapidly, replaced by a nascent awareness of him as a man, not just a rival. His touch was gentle, almost tentative, yet it held a potent charge, a silent question that resonated deep within her. Was he as aware of this electric current as she was? Did he feel the same jolt of recognition, the same sudden, startling attraction?</w:t>
      </w:r>
    </w:p>
    <w:p/>
    <w:p>
      <w:r>
        <w:br/>
        <w:t>Her breath hitched again, a soft, involuntary sound in the quiet of the elevator. She wanted to speak, to break the spell, but the words wouldn't come. Her gaze, though unable to pierce the darkness, was fixed on the space where their hands were closest, where the invisible tendrils of connection were being woven. The warmth of his touch seemed to spread through her, a slow, spreading heat that began in her fingertips and radiated outward, igniting a languid fire in her veins. It was a sensation both foreign and deeply familiar, a primal response that bypassed her intellect and spoke directly to her senses.</w:t>
      </w:r>
    </w:p>
    <w:p/>
    <w:p>
      <w:r>
        <w:br/>
        <w:t>His fingers shifted again, a subtle, almost imperceptible movement that brought them into a more direct contact with hers. It was a confirmation, a deliberate extension of that initial, accidental brush. The electricity that crackled between them intensified, a tangible force that seemed to hum in the air. Amelia felt a strange sense of surrender, a willingness to let this moment unfold, to explore this unexpected intimacy. The carefully constructed walls of her composure were indeed cracking, revealing a vulnerability she hadn't anticipated, a longing she hadn't dared to acknowledge.</w:t>
      </w:r>
    </w:p>
    <w:p/>
    <w:p>
      <w:r>
        <w:br/>
        <w:t>In that charged silence, punctuated only by the rhythmic thrum of her own pulse and the soft cadence of his breathing, Amelia felt a profound shift within herself. The animosity that had defined their interactions for so long seemed to dissipate, replaced by a burgeoning curiosity, a nascent desire that was both terrifying and intoxicating. His touch was a silent invitation, a bridge across the chasm of their rivalry, and she found herself, hesitantly, stepping onto it. The darkness, once a symbol of their confinement, had become a sanctuary, a space where the usual rules no longer applied, where the unspoken could finally find expression, however fleeting. The faint scent of his cologne, a sophisticated blend of citrus and sandalwood, now seemed to permeate her senses, a subtle, yet potent, aphrodisiac. It was a scent that spoke of power and refinement, but also of an underlying warmth that drew her in, making her forget, for a moment, the formidable man she knew him to be. Instead, she felt only the undeniable presence of a man, his touch a silent testament to a shared humanity, a burgeoning attraction that promised to unravel all her carefully laid plans.</w:t>
      </w:r>
    </w:p>
    <w:p/>
    <w:p>
      <w:r>
        <w:br/>
        <w:t>The air in the elevator car seemed to grow thicker, charged with an energy that was both palpable and intoxicating. Amelia’s own hand, still caught in the delicate dance with his, felt a tremor of anticipation. His fingers were not just touching hers; they were tracing the lines of her palm, a feather-light exploration that sent a wave of exquisite sensation through her. It was a bold move, yet executed with a subtlety that disarmed her, bypassing her defenses and speaking directly to a deeper, more primal part of her being. Her breath hitched again, a silent testament to the overwhelming nature of the experience. The carefully constructed facade she presented to the world, the image of the unflinching, ambitious woman, was eroding with every passing second, replaced by a raw vulnerability that was both terrifying and strangely liberating.</w:t>
      </w:r>
    </w:p>
    <w:p/>
    <w:p>
      <w:r>
        <w:br/>
        <w:t>She realized, with a dizzying clarity, that she was no longer merely trapped with Christopher Thorne, her business rival. She was experiencing him on a fundamentally different level. His touch was a revelation, a tangible manifestation of the unspoken attraction that had been a silent hum beneath the surface of their interactions. It was a confirmation that the intensity she felt wasn't a one-sided projection; it was a shared experience, a mutual recognition of a potent, undeniable chemistry. The professional boundaries, so rigidly defined, were blurring into insignificance, replaced by the raw, undeniable reality of physical awareness.</w:t>
      </w:r>
    </w:p>
    <w:p/>
    <w:p>
      <w:r>
        <w:br/>
        <w:t>His thumb, warm and firm, brushed lightly across her knuckles, a gesture so simple, yet so charged with meaning, that it stole her breath away. She felt a flush spread from her chest to her cheeks, a betraying warmth that she couldn’t possibly conceal in the dim light. This was not the calculated ambition of the boardroom; this was something far more elemental, something that spoke of raw, undeniable desire. Her mind, usually so adept at strategic thinking, was now a chaotic symphony of sensation, each touch of his skin against hers sending ripples of pleasure through her body.</w:t>
      </w:r>
    </w:p>
    <w:p/>
    <w:p>
      <w:r>
        <w:br/>
        <w:t>She was acutely aware of the contrast between her own skin, cool and perhaps a little clammy with nerves, and the radiating warmth of his. His fingers, long and strong, seemed to map the contours of her hand, an exploration that was both intimate and deeply sensual. Amelia found herself involuntarily flexing her fingers, a subtle response to his touch, a silent invitation for him to continue. The carefully cultivated composure she prided herself on was in tatters, her composure shattered by the sheer force of this unexpected intimacy.</w:t>
      </w:r>
    </w:p>
    <w:p/>
    <w:p>
      <w:r>
        <w:br/>
        <w:t>The darkness, which had initially been a source of anxiety, now felt like a protective veil, shielding them from the outside world and allowing this fragile, nascent connection to blossom. In this suspended moment, divorced from the pressures of their professional lives, they were simply two people, caught in an unexpected intimacy, their senses heightened, their defenses lowered. And in that shared vulnerability, a potent attraction had taken root, a silent acknowledgment of a desire that had been simmering just beneath the surface. His touch was a confirmation of that unspoken truth, a tangible spark that threatened to ignite a wildfire. The sheer intensity of the moment left her breathless, her heart pounding a frantic rhythm against her ribs, each beat echoing the undeniable allure of his presence, the intoxicating promise of his touch. The carefully constructed walls of her professional persona were not just cracking; they were crumbling, leaving her exposed to a nascent desire that was both exhilarating and deeply unnerving. The lingering scent of his cologne, now a potent aphrodisiac, seemed to wrap around her, an intimate embrace that further amplified the electric charge in the air between them. She felt a profound sense of being seen, of being understood, in a way that transcended words, a connection forged in the shared darkness and confirmed by the simple, yet profound, act of touch.</w:t>
      </w:r>
    </w:p>
    <w:p/>
    <w:p>
      <w:r>
        <w:br w:type="page"/>
      </w:r>
    </w:p>
    <w:p>
      <w:pPr>
        <w:spacing w:before="5040"/>
        <w:jc w:val="center"/>
      </w:pPr>
      <w:r>
        <w:rPr/>
        <w:t xml:space="preserve"> 4: The Aftermath and the Spark</w:t>
      </w:r>
    </w:p>
    <w:p>
      <w:r>
        <w:t>The groan of machinery, a symphony of strained metal, shattered the charged stillness. Amelia flinched, her hand recoiling instinctively from Christopher’s, though the phantom warmth lingered, a brand on her skin. The sudden surge of sound was almost violent, a crude interruption to the delicate, unspoken dialogue that had been unfolding in the darkness. Then, a flicker, a hesitant pulse of illumination. The emergency lights, a harsh, sterile white, bloomed into existence, bathing the confined space in a stark, unforgiving glare.</w:t>
      </w:r>
    </w:p>
    <w:p>
      <w:r>
        <w:br/>
        <w:t>Amelia blinked, her pupils contracting violently against the abrupt assault. The sudden return to visibility was disorienting, like surfacing too quickly from the depths of a dream. The close proximity, the charged atmosphere, the sheer intimacy of the past few minutes – it all felt impossibly distant, yet seared into her senses. Christopher was no longer a disembodied presence, a series of electrifying touches. He was there, solid and undeniably real, standing mere inches away.</w:t>
      </w:r>
    </w:p>
    <w:p/>
    <w:p>
      <w:r>
        <w:br/>
        <w:t>He stirred beside her, the slight shift of his weight a palpable disruption. The air, which had been thick with unspoken tension, now felt thin and strangely empty. Amelia watched, her breath still catching in her throat, as he straightened, his movements deliberate, almost theatrical. He reached down, his hand automatically going to his tie, adjusting a knot that had likely never been askew. It was a familiar gesture, a return to the practiced performance of his public persona. His expression, as he turned to her, was carefully neutral, a mask that Amelia now knew, with a startling certainty, was far from impenetrable.</w:t>
      </w:r>
    </w:p>
    <w:p/>
    <w:p>
      <w:r>
        <w:br/>
        <w:t>Her own response was equally automatic, an ingrained reaction born of years of professional discipline. She smoothed the fabric of her skirt, a futile attempt to smooth the frantic fluttering of her heart. The smooth silk offered no comfort against the lingering tremor in her hands. The shared ordeal, the claustrophobic darkness, the unexpected intimacy – it had forged a bond, however ephemeral, that had irrevocably altered the landscape of their interactions. It was an invisible thread now woven between them, a subtle yet undeniable shift in the charged air that had always separated them.</w:t>
      </w:r>
    </w:p>
    <w:p/>
    <w:p>
      <w:r>
        <w:br/>
        <w:t>The elevator gave another lurch, a more confident, sustained movement this time. The descent began, a slow, inexorable return to the mundane reality of the office floor. The emergency lights still cast their stark glow, but the hum of the hydraulics was a more comforting sound than the unsettling silence that had preceded it. Amelia found herself bracing for the moment the doors would slide open, for the return to the carefully constructed roles they both played.</w:t>
      </w:r>
    </w:p>
    <w:p/>
    <w:p>
      <w:r>
        <w:br/>
        <w:t>As the car slowed, the familiar ding of arrival chimed, a signal that felt both like a release and a profound disappointment. The doors parted with a whisper, revealing an empty corridor bathed in the muted, professional lighting of the office. The muted carpet, the polished walls, the distant murmur of subdued activity – it was the world they had left behind, a world that now seemed impossibly distant from the charged intimacy of the elevator car.</w:t>
      </w:r>
    </w:p>
    <w:p/>
    <w:p>
      <w:r>
        <w:br/>
        <w:t>Christopher stepped out first, his stride regaining its usual confident rhythm. He didn’t look back, didn't offer a word, as if the past few minutes had been a mere hallucination, a trick of the flickering lights and confined space. Amelia followed, her heels clicking softly on the carpet, each step a conscious effort to regain her composure, to reassert the professional distance that had been so perilously breached.</w:t>
      </w:r>
    </w:p>
    <w:p/>
    <w:p>
      <w:r>
        <w:br/>
        <w:t>The air outside the elevator was cooler, thinner, carrying the faint scent of ozone from the malfunctioning machinery and the ubiquitous, sterile scent of the office cleaning products. It was a stark contrast to the close, personal atmosphere she had just inhabited. Amelia took a deep, steadying breath, trying to banish the lingering warmth of his touch, the echo of his proximity.</w:t>
      </w:r>
    </w:p>
    <w:p/>
    <w:p>
      <w:r>
        <w:br/>
        <w:t>She caught his reflection in the polished surface of a framed abstract painting on the wall as they walked. He was adjusting his cufflinks now, his jaw set, his gaze fixed forward. The mask was firmly in place, his features once again unreadable. Yet, Amelia knew there was a crack in that facade, a subtle shift in his demeanor that only she could perceive. The shared experience had left its mark, an unspoken understanding that transcended their usual animosity.</w:t>
      </w:r>
    </w:p>
    <w:p/>
    <w:p>
      <w:r>
        <w:br/>
        <w:t>As they reached the end of the corridor, heading towards their respective offices, Amelia felt a pang of something she couldn’t quite name. It wasn’t regret, not exactly. It was more like a profound sense of disorientation, as if she had stepped out of a vivid dream and into a colorless reality. The spark that had ignited in the darkness, the raw, undeniable connection she had felt, seemed to have been extinguished by the harsh light of normalcy.</w:t>
      </w:r>
    </w:p>
    <w:p/>
    <w:p>
      <w:r>
        <w:br/>
        <w:t>She glanced back towards the elevator bank, a fleeting, almost involuntary gesture. The doors had slid shut, sealing away the shared sanctuary, the place where their carefully constructed worlds had momentarily collided. It was as if the elevator itself had been a crucible, testing their resolve, revealing a hidden vulnerability beneath their polished exteriors.</w:t>
      </w:r>
    </w:p>
    <w:p/>
    <w:p>
      <w:r>
        <w:br/>
        <w:t>The walk to her office felt longer than usual. Each step was weighted with the unspoken, the unacknowledged. The casual professionalism of the office environment, the polite greetings from colleagues, the hum of everyday business – it all felt strangely alien. She found herself acutely aware of the lingering sensation of his touch, the phantom warmth that still seemed to radiate from her fingertips.</w:t>
      </w:r>
    </w:p>
    <w:p/>
    <w:p>
      <w:r>
        <w:br/>
        <w:t>As she reached her office door, she hesitated for a fraction of a second. The familiar comfort of her personal space beckoned, but a part of her yearned to linger in the charged aftermath, to replay the moments in the darkness, to try and understand the magnitude of what had transpired. But the professional in her won out. She pushed the door open and stepped inside, closing it behind her with a soft click, effectively sealing herself off from the outside world, and from the undeniable connection she had forged with Christopher Thorne. The reality of the office, with all its predictable routines and professional demands, had reasserted its dominance, but it could never quite erase the memory of that brief, incandescent spark ignited in the darkness. The polished veneer of their rivalry had been subtly, yet irrevocably, marred, and Amelia knew, with a chilling certainty, that things would never be quite the same between them. The shared vulnerability had left an imprint, a silent acknowledgment of a deeper, more complex dynamic that now lay beneath the surface of their professional dealings. It was a secret they both carried, a hidden current that would undoubtedly shape their future interactions, even as they both strived to maintain the illusion of normalcy. The aftermath of the elevator incident was not just a return to reality, but a subtle recalibration of it, a shift in perspective that left Amelia with a profound sense of anticipation, and perhaps, a touch of apprehension, for what was to come.</w:t>
      </w:r>
    </w:p>
    <w:p/>
    <w:p>
      <w:r>
        <w:br/>
        <w:t>She sat at her desk, the familiar expanse of her workspace a welcome, yet somehow insufficient, anchor. The cool wood beneath her fingertips felt grounding, a stark contrast to the lingering warmth of Christopher’s touch. She stared at the blank computer screen, her mind a chaotic swirl of impressions. The echo of his voice, the remembered sensation of his fingers brushing against hers, the potent scent of his cologne that had seemed to fill the confined space – it all replayed in vivid detail, a cinematic loop in her mind.</w:t>
      </w:r>
    </w:p>
    <w:p/>
    <w:p>
      <w:r>
        <w:br/>
        <w:t>The professionalism that had always been her shield, her defining characteristic, felt suddenly fragile, susceptible to the intrusion of raw, unfiltered emotion. The brief, intense intimacy of the elevator had stripped away layers of her carefully constructed facade, revealing a vulnerability she hadn’t known she possessed. It wasn’t just the physical proximity, though that had been potent enough. It was the shared silence, the unspoken acknowledgment of a mutual awareness, a recognition of a spark that had been smoldering between them for weeks, if not months.</w:t>
      </w:r>
    </w:p>
    <w:p/>
    <w:p>
      <w:r>
        <w:br/>
        <w:t>She remembered the way his hand had felt against hers, the warmth, the strength, the subtle pressure that had seemed to convey a thousand unspoken words. It had been a moment of profound connection, a silent conversation conducted through touch alone, bypassing the usual barriers of words and professional decorum. The animosity that had defined their relationship had, for a brief, suspended eternity, dissolved into something far more complex, something that held the terrifying promise of attraction.</w:t>
      </w:r>
    </w:p>
    <w:p/>
    <w:p>
      <w:r>
        <w:br/>
        <w:t>Amelia sighed, a soft, almost imperceptible sound in the quiet of her office. She knew she should be focused on the looming deadlines, the upcoming presentations, the relentless demands of her career. But her thoughts kept drifting back to the elevator, to the man who had been trapped with her in the suffocating darkness. Christopher Thorne, the formidable CEO, the ruthless competitor, had, for a fleeting moment, become simply Christopher, a man whose touch had ignited a fire within her, a fire that she both feared and, with a disconcerting sense of longing, welcomed.</w:t>
      </w:r>
    </w:p>
    <w:p/>
    <w:p>
      <w:r>
        <w:br/>
        <w:t>The stark, impersonal lighting of her office felt like a betrayal of the intimate darkness she had just experienced. The professional world, with its rigid boundaries and carefully maintained distances, suddenly seemed inadequate, unable to contain the potent emotions that had been stirred within her. She had always prided herself on her control, her ability to compartmentalize her feelings and maintain an unshakeable professionalism. But that control had been tested, pushed to its limits, in the confined space of that malfunctioning elevator.</w:t>
      </w:r>
    </w:p>
    <w:p/>
    <w:p>
      <w:r>
        <w:br/>
        <w:t>She picked up a pen, turning it over and over in her fingers, the smooth plastic cool against her skin. Her gaze drifted to the framed photograph on her desk – a picture of her and her family, a reminder of the life she had built, the values she held dear. But even that familiar comfort couldn’t entirely dispel the lingering awareness of Christopher, of the potent, undeniable chemistry that now pulsed between them.</w:t>
      </w:r>
    </w:p>
    <w:p/>
    <w:p>
      <w:r>
        <w:br/>
        <w:t>The incident had been more than just a shared inconvenience; it had been a catalyst, an unexpected turning point. The carefully constructed animosity that had fueled their rivalry had been subtly undermined by a moment of shared vulnerability, a fleeting glimpse into the human beneath the polished exterior. And in that shared moment, something had shifted, something fundamental had changed.</w:t>
      </w:r>
    </w:p>
    <w:p/>
    <w:p>
      <w:r>
        <w:br/>
        <w:t>Amelia closed her eyes, trying to recapture the sensation of his touch, the electric current that had coursed through her. It was a dangerous game she was playing, a flirtation with the forbidden, a step onto treacherous ground. Yet, a part of her felt exhilarated, alive in a way she hadn’t felt in a long time. The predictable rhythm of her life had been disrupted, replaced by a tantalizing uncertainty, a thrilling sense of possibility.</w:t>
      </w:r>
    </w:p>
    <w:p/>
    <w:p>
      <w:r>
        <w:br/>
        <w:t>She knew she would have to see him again, that their paths would inevitably cross. And when they did, the unspoken tension, the lingering awareness of their shared experience, would be palpable. The professional masks would be back in place, the polite smiles and carefully worded exchanges would resume. But beneath the surface, something had irrevocably changed. The spark ignited in the darkness would continue to glow, a silent promise, a dangerous temptation, that would forever alter the dynamic between them. The return to reality felt less like a homecoming and more like a return to a meticulously crafted illusion, an illusion that had been shattered, however briefly, by the raw, undeniable truth of human connection. The aftermath of the elevator ride was not an end, but a beginning, a subtle shift in the narrative that Amelia, despite her best intentions, found herself eager to explore. The carefully guarded walls of her composure had been breached, and the consequences, she suspected, would be far-reaching. The office, once a sanctuary of order and control, now felt like a stage set for a drama yet to unfold, a drama in which Christopher Thorne was undoubtedly the compelling, and perhaps dangerous, leading man. The returned normalcy was a fragile facade, and Amelia knew, with a growing sense of inevitability, that the spark ignited in the darkness would soon demand to be fanned into a flame.</w:t>
      </w:r>
    </w:p>
    <w:p/>
    <w:p>
      <w:r>
        <w:br/>
        <w:t>The sterile silence of her office was a stark contrast to the charged atmosphere she had just left. Amelia found herself staring at the closed door, half expecting to see Christopher reappear, his carefully crafted composure momentarily faltering. The return to the mundane, to the predictable rhythm of the workday, felt jarring after the intense intimacy of the shared confinement. It was as if the elevator had been a liminal space, a portal between two worlds, and she had only just stepped back into the familiar, yet somehow altered, reality.</w:t>
      </w:r>
    </w:p>
    <w:p/>
    <w:p>
      <w:r>
        <w:br/>
        <w:t>She smoothed her skirt, the fabric cool and smooth beneath her trembling fingers. The phantom sensation of his touch, the ghost of his warmth, lingered on her skin, a potent reminder of the unexpected intimacy that had bloomed in the darkness. Her heart still hammered against her ribs, a frantic drumbeat against the hushed sounds of the office. The professional boundaries she had so meticulously maintained had been irrevocably blurred, and the carefully constructed facade of her ambition felt suddenly fragile, susceptible to the intrusion of undeniable human connection.</w:t>
      </w:r>
    </w:p>
    <w:p/>
    <w:p>
      <w:r>
        <w:br/>
        <w:t>Christopher’s movements as he exited the elevator had been swift, precise, a deliberate reassertion of control. He had straightened his tie, his jaw set, his gaze fixed ahead, as if the preceding moments had been nothing more than a minor inconvenience, a brief interruption to his demanding schedule. Yet, Amelia knew better. She had seen the flicker in his eyes, the subtle shift in his posture, the almost imperceptible tightening of his jaw. He was as affected as she was, though he would undoubtedly be the last to admit it.</w:t>
      </w:r>
    </w:p>
    <w:p/>
    <w:p>
      <w:r>
        <w:br/>
        <w:t>The stark emergency lighting, which had momentarily blinded her, had also served to strip away the superficialities, forcing them to confront a raw, undeniable attraction that had been simmering beneath the surface of their animosity for weeks. The professional rivalry, the sharp barbs and veiled criticisms, had all been a smokescreen for something far more potent, a magnetic pull that had finally been acknowledged, however fleetingly, in the suffocating darkness.</w:t>
      </w:r>
    </w:p>
    <w:p/>
    <w:p>
      <w:r>
        <w:br/>
        <w:t>As she settled behind her desk, the weight of the professional world pressed in on her. Deadlines loomed, emails beckoned, and the intricate web of office politics demanded her immediate attention. Yet, her mind struggled to focus, replaying the sequence of events in the elevator with an almost obsessive clarity. The accidental brush of their hands, the electrifying jolt that had coursed through her, the silent language of touch that had spoken volumes – it was all imprinted on her memory, a vivid testament to the unexpected spark that had ignited between them.</w:t>
      </w:r>
    </w:p>
    <w:p/>
    <w:p>
      <w:r>
        <w:br/>
        <w:t>She picked up her phone, her fingers hovering over the screen, tempted to check her messages, to re-engage with the familiar routines of her professional life. But the thought of Christopher, of the charged energy that now existed between them, held her captive. The return to reality was a jarring transition, a forced regression to a more guarded version of herself. Yet, she knew, with a growing sense of certainty, that the carefully constructed walls she had erected were no longer as impenetrable as they once were.</w:t>
      </w:r>
    </w:p>
    <w:p/>
    <w:p>
      <w:r>
        <w:br/>
        <w:t>The shared ordeal had been more than just a physical confinement; it had been an emotional crucible, a moment of shared vulnerability that had forged an invisible, yet undeniable, bond between them. The animosity that had defined their interactions had been replaced by a nascent curiosity, a tentative acknowledgment of a mutual attraction that was both exhilarating and terrifying.</w:t>
      </w:r>
    </w:p>
    <w:p/>
    <w:p>
      <w:r>
        <w:br/>
        <w:t>Amelia glanced at the framed photograph on her desk, a reminder of her life outside the relentless demands of the corporate world. But even that familiar anchor couldn't quite dispel the lingering awareness of Christopher Thorne, of the potent, unspoken tension that now pulsed beneath the surface of their professional interactions. The spark ignited in the darkness had not been extinguished; it had merely been temporarily subdued, waiting for the opportune moment to flare anew. The return to reality was a temporary reprieve, a fragile truce, and Amelia braced herself for the inevitable consequences of that electrifying encounter. The meticulously crafted professional distance had been breached, and the ensuing silence was pregnant with unspoken possibilities, a prelude to a narrative that had just taken a startlingly unexpected turn. The office, once a battleground, now felt like a stage, and the performance, Amelia suspected, had only just begun. The lingering scent of his cologne, a subtle yet potent reminder of his proximity, seemed to weave itself into the very fabric of her day, a constant, intoxicating whisper of what had transpired and what was yet to come. The returned normalcy was a thin veneer, and beneath it, the currents of attraction were beginning to stir, promising to reshape the landscape of their professional and, perhaps, personal lives. The aftermath of the elevator incident was not an end, but a profound beginning, a subtle recalibration of the dynamics that would forever haunt the corridors of their shared professional world.</w:t>
      </w:r>
    </w:p>
    <w:p/>
    <w:p>
      <w:r>
        <w:t>The familiar sterile hum of the office environment seemed to amplify the thrumming in Amelia’s ears, a discordant counterpoint to the lingering echo of the elevator’s metallic groans. Back at her desk, the cool, polished surface felt both a comforting anchor and a stark reminder of the chaotic intimacy she had just endured. Her fingers still tingled with the phantom warmth of Christopher’s touch, a sensation so potent it felt imprinted on her very being, defying the logical reassessment her mind attempted to impose. She stared at the rows of data on her screen, the numbers blurring into an abstract pattern as her thoughts remained stubbornly tethered to the preceding minutes. The forced camaraderie of professional life, the muted lighting, the gentle clatter of keyboards – it all felt like a flimsy veil thrown over the raw, undeniable current that now pulsed between her and Christopher Thorne.</w:t>
      </w:r>
    </w:p>
    <w:p>
      <w:r>
        <w:br/>
        <w:t>She risked a glance towards his office, its frosted glass door an opaque barrier that offered no insight into the man behind it. Was he, too, replaying the encounter? Was the veneer of professional detachment as tightly held for him as it was for her? The question gnawed at her. He had been so quick to reassert his composure, his movements precise and economical as he adjusted his tie, his gaze fixed forward, as if the shared ordeal had been a mere inconvenience. But Amelia, attuned to the subtle nuances of his presence after weeks of their escalating rivalry, had sensed the tremor beneath the surface, the almost imperceptible tightening of his jaw that spoke of a man wrestling with a deeply felt, yet deliberately suppressed, reaction.</w:t>
      </w:r>
    </w:p>
    <w:p/>
    <w:p>
      <w:r>
        <w:br/>
        <w:t>The silence within her own office was, paradoxically, deafening. It was a silence heavy with unspoken questions, with the residue of shared vulnerability that had been so unexpectedly unearthed. They had been stripped bare, not literally, but emotionally. The darkness had been a great leveller, dissolving the carefully constructed walls of animosity and revealing a raw, human core. And in that shared moment, a fragile, nascent understanding had been forged, a secret that now existed solely between them, a silent acknowledgment of a connection that defied their professional roles. It was a dangerous secret, a tantalizing whisper of what lay beneath the polished surface of their rivalry, and Amelia found herself both drawn to and terrified by its implications.</w:t>
      </w:r>
    </w:p>
    <w:p/>
    <w:p>
      <w:r>
        <w:br/>
        <w:t>She tried to immerse herself in the quarterly reports, to summon the sharp focus that had always been her hallmark. But the words swam before her eyes, each sentence a fragile construct against the overwhelming tide of her internal monologue. She recalled the precise angle of his head when he had spoken her name in the confined space, the resonance of his voice, deeper and rougher than usual, stripped of its usual practiced cadence. She remembered the almost imperceptible scent of his cologne, a sophisticated blend that now seemed to be woven into the very air she breathed, a constant, intoxicating reminder of his proximity. And then there was the touch. The accidental brush of his hand against hers as he steadied himself, the jolt of electricity that had arced between them, igniting a warmth that spread through her like wildfire. It had been a fleeting contact, yet it had spoken volumes, a silent conversation conducted through skin and nerve endings, bypassing the usual barriers of words and professional decorum.</w:t>
      </w:r>
    </w:p>
    <w:p/>
    <w:p>
      <w:r>
        <w:br/>
        <w:t>Amelia found herself unconsciously touching her fingertips, as if to reawaken the sensation, to confirm its reality. It was a dangerous indulgence, a flirtation with a forbidden territory, but she couldn’t help herself. The carefully constructed edifice of her ambition, her unwavering dedication to her career, felt suddenly vulnerable, susceptible to the potent intrusion of raw, undeniable attraction. Christopher Thorne, the formidable CEO, the ruthless competitor, had, for a brief, suspended eternity, become simply Christopher, a man whose touch had ignited a fire within her, a fire that she both feared and, with a disconcerting sense of longing, welcomed.</w:t>
      </w:r>
    </w:p>
    <w:p/>
    <w:p>
      <w:r>
        <w:br/>
        <w:t>She stole another glance towards his office. The frosted glass remained impassive, but Amelia imagined him there, perhaps running a hand through his perfectly styled hair, or staring out of the window, his mind miles away from the spreadsheets and memos that littered his desk. She wondered if the professional detachment he exuded was as much of a performance for him as it was for her. Was he, too, grappling with the unexpected intensity of their shared experience? Had the carefully maintained equilibrium of their relationship been irrevocably disrupted?</w:t>
      </w:r>
    </w:p>
    <w:p/>
    <w:p>
      <w:r>
        <w:br/>
        <w:t>The memory of his eyes, the fleeting moment when their gazes had met in the dim light, returned with vivid clarity. There had been something in their depths, a flicker of raw emotion, a vulnerability that had momentarily eclipsed the steely resolve she had come to expect. It was that flicker, that hint of the man beneath the impenetrable facade, that had truly unsettled her, and now, in the sterile quiet of her office, it haunted her thoughts. She found herself dissecting every micro-expression, every subtle shift in his posture, searching for confirmation of the unspoken connection that now bound them.</w:t>
      </w:r>
    </w:p>
    <w:p/>
    <w:p>
      <w:r>
        <w:br/>
        <w:t>The weight of the professional world, with its relentless demands and intricate political landscape, pressed in on her. Deadlines loomed, emails beckoned, and the myriad responsibilities of her position demanded her full attention. Yet, her mind struggled to engage, constantly replaying the sequence of events in the elevator with an almost obsessive clarity. The accidental brush of their hands, the electrifying jolt that had coursed through her, the silent language of touch that had spoken volumes – it was all imprinted on her memory, a vivid testament to the unexpected spark that had ignited between them.</w:t>
      </w:r>
    </w:p>
    <w:p/>
    <w:p>
      <w:r>
        <w:br/>
        <w:t>She picked up her phone, her fingers hovering over the screen, tempted to re-engage with the familiar routines of her professional life, to lose herself in the impersonal world of digital communication. But the thought of Christopher, of the charged energy that now existed between them, held her captive. The return to reality was a jarring transition, a forced regression to a more guarded version of herself. Yet, she knew, with a growing sense of certainty, that the carefully constructed walls she had erected were no longer as impenetrable as they once were. The shared ordeal had been more than just a physical confinement; it had been an emotional crucible, a moment of shared vulnerability that had forged an invisible, yet undeniable, bond between them. The animosity that had defined their interactions had been subtly undermined, replaced by a nascent curiosity, a tentative acknowledgment of a mutual attraction that was both exhilarating and terrifying.</w:t>
      </w:r>
    </w:p>
    <w:p/>
    <w:p>
      <w:r>
        <w:br/>
        <w:t>Amelia sighed, a soft, almost imperceptible sound that was swallowed by the vastness of her office. She reached for a document, her movements deliberate, an attempt to project an air of professional focus that she did not feel. She knew she would have to see him again, that their paths would inevitably cross in the sterile corridors of their shared professional world. And when they did, the unspoken tension, the lingering awareness of their shared experience, would be palpable. The professional masks would be back in place, the polite smiles and carefully worded exchanges would resume, but beneath the surface, something had irrevocably changed. The spark ignited in the darkness would continue to glow, a silent promise, a dangerous temptation, that would forever alter the dynamic between them. The return to normalcy felt less like a homecoming and more like a return to a meticulously crafted illusion, an illusion that had been shattered, however briefly, by the raw, undeniable truth of human connection. The aftermath of the elevator ride was not an end, but a beginning, a subtle shift in the narrative that Amelia, despite her best intentions, found herself unexpectedly eager to explore. The carefully guarded walls of her composure had been breached, and the consequences, she suspected, would be far-reaching. The office, once a sanctuary of order and control, now felt like a stage set for a drama yet to unfold, a drama in which Christopher Thorne was undoubtedly the compelling, and perhaps dangerous, leading man. The returned normalcy was a fragile facade, and Amelia knew, with a growing sense of inevitability, that the spark ignited in the darkness would soon demand to be fanned into a flame.</w:t>
      </w:r>
    </w:p>
    <w:p/>
    <w:p>
      <w:r>
        <w:br/>
        <w:t>She pushed away from her desk, a sudden restlessness propelling her towards the window. The cityscape spread out before her, a sprawling panorama of concrete and glass, a world of order and predictability that felt utterly alien to the turmoil brewing within her. She watched as a distant helicopter traversed the sky, a tiny speck against the vast expanse, and for a fleeting moment, she envied its freedom, its ability to soar above the complexities of human interaction. Her own world, once so clearly defined by ambition and professional resolve, now felt muddled, clouded by the unexpected intrusion of emotion.</w:t>
      </w:r>
    </w:p>
    <w:p/>
    <w:p>
      <w:r>
        <w:br/>
        <w:t>She traced the outline of a distant skyscraper with her finger, her mind drifting back to the elevator. It had been more than just a malfunctioning piece of machinery; it had been a liminal space, a temporary sanctuary where the usual rules of engagement had been suspended. In that confined darkness, stripped of their titles and their carefully cultivated personas, they had been simply Amelia and Christopher, two individuals caught in an unexpected moment of shared vulnerability. And in that vulnerability, something had shifted, something profound and irreversible.</w:t>
      </w:r>
    </w:p>
    <w:p/>
    <w:p>
      <w:r>
        <w:br/>
        <w:t>Amelia turned away from the window, her gaze falling upon a framed photograph on her desk – a snapshot of her and her sister, their faces bright with laughter, a reminder of the warmth and genuine connection that existed in her life outside the relentless demands of the corporate world. But even that familiar comfort couldn't entirely dispel the lingering awareness of Christopher, of the potent, unspoken tension that now pulsed beneath the surface of their professional interactions. The spark ignited in the darkness had not been extinguished; it had merely been temporarily subdued, waiting for the opportune moment to flare anew. The return to reality was a temporary reprieve, a fragile truce, and Amelia braced herself for the inevitable consequences of that electrifying encounter. The meticulously crafted professional distance had been breached, and the ensuing silence was pregnant with unspoken possibilities, a prelude to a narrative that had just taken a startlingly unexpected turn. The office, once a battleground, now felt like a stage, and the performance, Amelia suspected, had only just begun. The lingering scent of his cologne, a subtle yet potent reminder of his proximity, seemed to weave itself into the very fabric of her day, a constant, intoxicating whisper of what had transpired and what was yet to come. The returned normalcy was a thin veneer, and beneath it, the currents of attraction were beginning to stir, promising to reshape the landscape of their professional and, perhaps, personal lives. The aftermath of the elevator incident was not an end, but a profound beginning, a subtle recalibration of the dynamics that would forever haunt the corridors of their shared professional world. It was a secret held between them, a silent pact forged in the darkness, and Amelia knew, with a certainty that both thrilled and terrified her, that this was only the prelude to a story far more complex and consuming than either of them could have ever imagined. The sterile environment of her office seemed to hum with an unspoken energy, a testament to the invisible thread that now connected her to Christopher Thorne, a thread spun from shared experience, undeniable attraction, and the tantalizing promise of what lay ahead. She straightened her shoulders, a determined glint in her eyes, ready to face whatever came next, knowing that the carefully constructed walls of her professional life had been irrevocably altered, and that the spark ignited in the darkness was far from being extinguished.</w:t>
      </w:r>
    </w:p>
    <w:p/>
    <w:p>
      <w:r>
        <w:t>The sterile, polished corridors of Sterling Corp, once a familiar stage for their gladiatorial clashes, now seemed to hum with a different kind of energy. The days following the unexpected intimacy of the elevator incident unfolded not with dramatic pronouncements, but with a series of subtle, almost imperceptible shifts in their professional dynamic. It was as if a fine mist of unspoken awareness had settled over their interactions, blurring the sharp edges of their rivalry and infusing their encounters with a new, delicate layer of complexity.</w:t>
      </w:r>
    </w:p>
    <w:p>
      <w:r>
        <w:br/>
        <w:t>Christopher Thorne, a man whose very presence had once projected an aura of unyielding authority, seemed to have recalibrated his approach. His critiques, always incisive and often delivered with a razor-sharp precision that could flay the confidence from any subordinate, now carried a new, almost imperceptible softness. The biting edges were still present, for his professional standards remained as exacting as ever, but they were tempered, softened by an underlying current that Amelia, with her newly heightened senses, could detect. It wasn't a concession, not a weakening of his formidable intellect, but rather a deliberate modulation, as if he were speaking to her across a newly recognized chasm of shared experience, a chasm that demanded a gentler tone.</w:t>
      </w:r>
    </w:p>
    <w:p/>
    <w:p>
      <w:r>
        <w:br/>
        <w:t>For instance, during the weekly executive meeting, where Amelia presented her analysis of the Q3 market trends, Christopher's feedback, though still rigorous, was framed differently. Instead of the usual direct pronouncements, he began with an acknowledgment of the thoroughness of her research. "Amelia," he'd begun, his voice resonant yet somehow less commanding than usual, "your data projections are, as always, meticulously compiled. I appreciate the foresight you've demonstrated in identifying these emerging demographic shifts." He then proceeded to dissect a particular aspect of her strategy, his questions probing, but without the usual accusatory undertone. He didn't dismiss her conclusions; rather, he offered alternative perspectives, posing hypothetical scenarios as if genuinely seeking her collaborative insight. "Consider," he’d stated, leaning forward slightly, his gaze direct and unexpectedly earnest, "the potential impact of a targeted influencer campaign in the APAC region. What are your thoughts on its feasibility, given the current regulatory landscape?"</w:t>
      </w:r>
    </w:p>
    <w:p/>
    <w:p>
      <w:r>
        <w:br/>
        <w:t>This was a departure. Christopher Thorne was not known for seeking input, particularly from those he viewed as rivals. He was a man who dictated terms, not solicited opinions. Yet, here he was, extending a professional olive branch disguised as a strategic query. Amelia found herself responding not with the defensiveness that had become second nature, but with a newfound confidence, articulating her reservations and offering counter-arguments with a clarity unburdened by the fear of his immediate dismissal. She met his gaze directly, the lingering vulnerability of their shared confinement surprisingly empowering. The usual tremor of apprehension that accompanied his attention was replaced by a quiet curiosity, a willingness to engage with his intellectual sparring on a more even footing.</w:t>
      </w:r>
    </w:p>
    <w:p/>
    <w:p>
      <w:r>
        <w:br/>
        <w:t>Later that week, during a project review for the new product launch, Christopher unexpectedly requested Amelia's presence in his office, not for a formal briefing, but for a casual consultation. He gestured towards a chair opposite his expansive mahogany desk, the gesture almost an afterthought as he shuffled through a stack of documents. "Amelia," he said, not looking up immediately, "I wanted your perspective on the marketing collateral for the 'Nova' initiative. Specifically, the messaging for the European market. I find myself… re-evaluating some of our established approaches."</w:t>
      </w:r>
    </w:p>
    <w:p/>
    <w:p>
      <w:r>
        <w:br/>
        <w:t>The implication of "re-evaluating" in Christopher Thorne's vocabulary was seismic. He was a man of unwavering conviction, his strategies forged in the crucible of relentless ambition. To hear him suggest a reassessment of his own carefully crafted plans was, to Amelia, like witnessing a seismic shift in the bedrock of Sterling Corp. She settled into the chair, acutely aware of the enclosed space, the lingering echo of the elevator’s metallic embrace a phantom sensation. "Of course, Christopher," she replied, her voice steady. "What specifically concerns you?"</w:t>
      </w:r>
    </w:p>
    <w:p/>
    <w:p>
      <w:r>
        <w:br/>
        <w:t>He finally looked up, and Amelia felt that now-familiar jolt, a subtle flicker in his usually impassive gaze. It wasn't a glance of professional evaluation, but something more… personal. His eyes, the color of a stormy sea, held a depth that had been revealed in the darkness, a vulnerability he now seemed to be tentatively re-exploring, albeit within the controlled environment of his executive suite. He began to elaborate on his concerns, discussing the nuanced cultural sensitivities of the European market, the need for a more nuanced brand narrative. As he spoke, his gaze would occasionally drift to Amelia, not in a way that felt like an assessment of her professional capabilities, but as if seeking a silent affirmation, an acknowledgment of his own evolving thought process. He would pause mid-sentence, as if waiting for her unspoken reaction, and when she offered a carefully considered suggestion, his brow would furrow slightly, a sign of deep consideration rather than impatience.</w:t>
      </w:r>
    </w:p>
    <w:p/>
    <w:p>
      <w:r>
        <w:br/>
        <w:t>"That's a valid point, Amelia," he conceded at one juncture, after she had articulated a concern about the potentially perceived arrogance of a particular tagline. "We need to ensure our messaging resonates with a sense of partnership, not dominance. Your insight here is… invaluable." The word "invaluable" hung in the air, a stark contrast to the dismissive or critical feedback she had grown accustomed to. It was a recognition, not just of her professional acumen, but of her perspective, her ability to see beyond the purely tactical to the strategic and the human element.</w:t>
      </w:r>
    </w:p>
    <w:p/>
    <w:p>
      <w:r>
        <w:br/>
        <w:t>These interactions, though outwardly professional, were underscored by a silent, shared understanding. The adversarial tension that had defined their relationship had not evaporated entirely, but it had softened, transforming into a delicate dance of awareness. They were no longer simply adversaries vying for dominance; they were two individuals who had glimpsed something beyond the polished veneer of their professional roles, a shared humanity revealed in a moment of unexpected vulnerability. This awareness hung between them, a tangible presence in the air, subtly altering the landscape of their everyday encounters within Sterling Corp.</w:t>
      </w:r>
    </w:p>
    <w:p/>
    <w:p>
      <w:r>
        <w:br/>
        <w:t>Amelia found herself observing Christopher with a different lens. The sharp intelligence, the unwavering drive, the ruthless efficiency – these were still undeniably present, but now she saw the layers beneath. She noticed the subtle way he would defer to a senior colleague on a matter outside his immediate expertise, the fleeting moments of introspection when a complex problem weighed heavily on him, the quiet satisfaction that flickered across his face when a difficult project was successfully concluded. These were not weaknesses; they were facets of a complex personality that had been hidden from her, and from most of the world, by the formidable shield of his ambition.</w:t>
      </w:r>
    </w:p>
    <w:p/>
    <w:p>
      <w:r>
        <w:br/>
        <w:t>Her own interactions with him became less guarded, more forthright. She no longer felt the need to anticipate his every move, to brace herself for an impending critique. Instead, she approached their collaborations with a genuine curiosity, a desire to understand his strategic thinking, to contribute her own unique insights. The fear that had once fueled her ambition in his presence had been replaced by a different kind of energy, a thrilling sense of intellectual engagement, and, dare she admit it, a nascent sense of connection.</w:t>
      </w:r>
    </w:p>
    <w:p/>
    <w:p>
      <w:r>
        <w:br/>
        <w:t>The shared secret of the elevator, the confined darkness that had stripped them of their professional pretense, had become a silent, invisible bond. It was a knowledge that existed solely between them, a subtle affirmation of their shared humanity that transcended the usual boundaries of their corporate world. This awareness manifested in small, often unconscious ways. A shared glance across a crowded conference room that lingered a fraction too long, a momentary pause before engaging in a professional debate, a subtle shift in posture that conveyed a nascent awareness of the other's presence.</w:t>
      </w:r>
    </w:p>
    <w:p/>
    <w:p>
      <w:r>
        <w:br/>
        <w:t>Christopher, for his part, seemed to be navigating this new terrain with a cautious deliberation. He did not overstep professional boundaries, nor did he make any overt gestures that could be misconstrued. Yet, his attention to Amelia was undeniably more focused, his engagement more pronounced. He would seek her out, not just for formal consultations, but for informal discussions, a brief exchange of ideas in the hallway that would extend into a longer, more substantive conversation. He would inquire about her well-being, not in a perfunctory manner, but with a genuine, almost solicitous tone. "Amelia, are you managing the workload effectively? I know the R&amp;D department has been demanding your full attention." It was a simple question, but the sincerity behind it was palpable.</w:t>
      </w:r>
    </w:p>
    <w:p/>
    <w:p>
      <w:r>
        <w:br/>
        <w:t>The professional landscape of Sterling Corp, once a clear arena of competition, had subtly transformed. The underlying currents of their rivalry remained, a testament to their shared ambition and their differing approaches. However, these currents were now interwoven with threads of mutual respect, a burgeoning intellectual camaraderie, and a silent acknowledgment of a shared experience that had irrevocably altered their perceptions of each other. The spark ignited in the darkness had not been extinguished; it had merely been subtly re-ignited, burning with a low, steady flame, casting a new light on the professional dynamic between Amelia Vance and Christopher Thorne. It was a fragile flame, yet it held the promise of something far more profound, a shift in their relationship that was only just beginning to reveal its true scope. The carefully constructed barriers of their professional lives had not crumbled, but they had been undeniably breached, allowing for a new kind of understanding, a new kind of connection, to bloom in the sterile environment of their shared professional world.</w:t>
      </w:r>
    </w:p>
    <w:p/>
    <w:p>
      <w:r>
        <w:t>The hum of the office, usually a backdrop to Amelia’s focused concentration, seemed to amplify the sudden stillness that fell over her desk. Christopher Thorne, a figure who usually commanded attention from across a boardroom, stood before her, an unexpected presence that disrupted the predictable rhythm of her afternoon. He held a thin file, its cover a crisp navy blue, the Sterling Corp logo subtly embossed in silver. Ostensibly, he was there for the quarterly analytics report she had submitted that morning, a document she had meticulously crafted, anticipating his usual rigorous scrutiny.</w:t>
      </w:r>
    </w:p>
    <w:p>
      <w:r>
        <w:br/>
        <w:t>"Amelia," he began, his voice a low resonance that cut through the ambient office chatter, "I wanted to touch base about the Q3 projections."</w:t>
      </w:r>
    </w:p>
    <w:p/>
    <w:p>
      <w:r>
        <w:br/>
        <w:t>She met his gaze, the familiar intensity of his stormy grey eyes now softened by an almost imperceptible flicker of something she couldn’t quite define. It wasn't the predatory glint she had grown accustomed to, nor the cold, analytical assessment that usually accompanied his professional pronouncements. This was different. There was a hesitant quality to his posture, a slight unbending of his usual rigid frame, that made him seem… approachable.</w:t>
      </w:r>
    </w:p>
    <w:p/>
    <w:p>
      <w:r>
        <w:br/>
        <w:t>"Of course, Christopher," she replied, her voice betraying none of the subtle flutter in her chest. She gestured towards the chair beside her desk, a courtesy she extended to most colleagues, but which felt strangely charged in this instance. He accepted, sliding into the seat with a quiet grace that belied his formidable presence. The proximity was disarming. The lingering scent of his cologne, a sophisticated blend of sandalwood and something subtly metallic, was a tangible reminder of their shared confinement in the elevator, a memory that refused to fade into professional obscurity.</w:t>
      </w:r>
    </w:p>
    <w:p/>
    <w:p>
      <w:r>
        <w:br/>
        <w:t>He opened the report, his long fingers tracing a line of data. Amelia watched him, acutely aware of the space between them, the air thick with unspoken implications. He was discussing the market penetration figures for the new product line, his critique delivered with his characteristic precision, but it lacked its usual sharp edge. He posed questions not as challenges, but as invitations to explore alternative viewpoints.</w:t>
      </w:r>
    </w:p>
    <w:p/>
    <w:p>
      <w:r>
        <w:br/>
        <w:t>"Your analysis of the consumer sentiment in the Scandinavian market is particularly astute," he commented, his gaze lifting from the page to meet hers. "The demographic nuances you've highlighted are crucial. However, I'm curious about your approach to the projected growth curve in emerging markets. It seems… conservative."</w:t>
      </w:r>
    </w:p>
    <w:p/>
    <w:p>
      <w:r>
        <w:br/>
        <w:t>Amelia leaned forward, her professional instincts kicking in, ready to defend her meticulously calculated projections. But as she opened her mouth, a different question arose, unbidden, from the depths of their shared experience. It was a question that had been swirling in her mind since their elevator encounter, a question about the man behind the formidable executive.</w:t>
      </w:r>
    </w:p>
    <w:p/>
    <w:p>
      <w:r>
        <w:br/>
        <w:t>"Christopher," she began, her voice softer than she intended, "I was rereading some of my research notes from my master's thesis last week. Do you remember it? The one on behavioral economics and its application in market strategy?"</w:t>
      </w:r>
    </w:p>
    <w:p/>
    <w:p>
      <w:r>
        <w:br/>
        <w:t>He looked up, a flicker of surprise crossing his features. His usual impassivity was momentarily breached, replaced by a genuine curiosity that seemed to catch him off guard. "The thesis on adaptive consumerism?" he responded, his voice tinged with a hint of something she couldn’t quite place – perhaps recognition, perhaps even nostalgia. "Yes, I recall it. You presented some compelling arguments regarding the psychological drivers behind brand loyalty in times of economic uncertainty."</w:t>
      </w:r>
    </w:p>
    <w:p/>
    <w:p>
      <w:r>
        <w:br/>
        <w:t>Amelia felt a warmth spread through her. It wasn't just that he remembered her thesis; it was the way he spoke about it, with a depth of understanding that suggested he had truly engaged with her work, not just skimmed it for points to critique. "I was thinking about your work, actually," she continued, emboldened by his unexpected receptiveness. "Specifically, your early research papers on disruptive innovation. The ones that weren't widely circulated, the ones that explored the more… philosophical implications of technological advancement."</w:t>
      </w:r>
    </w:p>
    <w:p/>
    <w:p>
      <w:r>
        <w:br/>
        <w:t>He paused, the file resting forgotten on his lap. His eyes, usually so sharp and analytical, seemed to soften, a wistful expression clouding their depths. "Those were… different times," he murmured, almost to himself. "Before the Sterling Corp machine had fully consumed me." He then looked directly at her, a rare, almost hesitant smile gracing his lips. It was a subtle upturn of his mouth, barely there, yet it transformed his entire face, softening the stern lines of his jaw, revealing a glimpse of a vulnerability that had been so starkly evident in the confined darkness of the elevator.</w:t>
      </w:r>
    </w:p>
    <w:p/>
    <w:p>
      <w:r>
        <w:br/>
        <w:t>That smile. It was a small thing, easily missed, but for Amelia, it was a seismic event. It disarmed her completely, chipping away at the carefully constructed defenses she had maintained for so long. It was an invitation, a silent overture, a tentative step across the professional divide that had always separated them. She felt a thrill, a nascent flutter of anticipation, realizing that the spark ignited in the elevator was far from extinguished. It was merely smoldering, waiting for the right moment to ignite again.</w:t>
      </w:r>
    </w:p>
    <w:p/>
    <w:p>
      <w:r>
        <w:br/>
        <w:t>"You always seemed to have a fascination with the 'why' behind things, Christopher," she ventured, her voice a little unsteady. "Not just the 'how' of market dominance, but the underlying human motivations, the societal shifts."</w:t>
      </w:r>
    </w:p>
    <w:p/>
    <w:p>
      <w:r>
        <w:br/>
        <w:t>He held her gaze for a long moment, the office noise fading into an indistinct hum. The silence stretched, not uncomfortably, but with a shared understanding that transcended the usual professional discourse. "Perhaps," he said finally, his voice low and thoughtful, "I still do. It’s just… harder to access those parts of oneself when the world expects a certain performance."</w:t>
      </w:r>
    </w:p>
    <w:p/>
    <w:p>
      <w:r>
        <w:br/>
        <w:t>His admission resonated deeply within Amelia. She understood the pressure of maintaining a facade, of channeling ambition into a singular, often relentless, pursuit. In that moment, standing before her desk, he was not just Christopher Thorne, the titan of industry, but a man wrestling with the complexities of his own identity, a man who, like her, had moments of introspection, moments of questioning.</w:t>
      </w:r>
    </w:p>
    <w:p/>
    <w:p>
      <w:r>
        <w:br/>
        <w:t>"It's a balance, isn't it?" she offered softly, her own professional challenges echoing in her mind. "Between the demands of the role and the integrity of the self."</w:t>
      </w:r>
    </w:p>
    <w:p/>
    <w:p>
      <w:r>
        <w:br/>
        <w:t>He nodded, the hesitant smile returning, a little more pronounced this time. It was a look of acknowledgment, of shared understanding, a silent recognition of the internal battles they both fought. "Indeed," he conceded. "A precarious balance, often."</w:t>
      </w:r>
    </w:p>
    <w:p/>
    <w:p>
      <w:r>
        <w:br/>
        <w:t>The conversation then, as if by unspoken consent, drifted back to the report, but the underlying current had irrevocably shifted. His questions about market strategy now felt less like interrogations and more like genuine intellectual exchanges, a collaborative exploration of ideas. He listened intently to her responses, his brow furrowed not in judgment, but in deep consideration. He offered his own insights, not as pronouncements, but as tentative suggestions, often prefaced with phrases like, "What if we considered…" or "My initial thought is…"</w:t>
      </w:r>
    </w:p>
    <w:p/>
    <w:p>
      <w:r>
        <w:br/>
        <w:t>Amelia found herself responding with a newfound ease, a directness unburdened by the usual anxiety. She articulated her thoughts with clarity, her arguments bolstered by a growing confidence, a sense of being truly heard. The adversarial dynamic that had defined their interactions was softening, transforming into something more nuanced, more engaging. It was a dance, and for the first time, she felt they were moving to a new, more harmonious rhythm.</w:t>
      </w:r>
    </w:p>
    <w:p/>
    <w:p>
      <w:r>
        <w:br/>
        <w:t>As he finally rose to leave, the file tucked back under his arm, Christopher paused. He looked at her, his gaze lingering for a beat longer than necessary. "Thank you for your time, Amelia," he said, his voice holding a warmth that was entirely unexpected. "And for the insightful discussion. It’s… refreshing."</w:t>
      </w:r>
    </w:p>
    <w:p/>
    <w:p>
      <w:r>
        <w:br/>
        <w:t>Amelia watched him walk away, his stride purposeful, his silhouette receding down the polished corridor. The report, the ostensible reason for his visit, was barely mentioned. What had transpired was far more significant. It was a subtle shift, a quiet opening, a tentative step taken across a previously insurmountable divide. The spark, ignited in the claustrophobic darkness of the elevator, had not been extinguished; it had been fanned into a low, steady flame, casting a new, alluring light on their professional relationship, hinting at a future that was far more complex, and infinitely more intriguing, than she had ever dared to imagine. She felt a thrill of anticipation, a sense of venturing into uncharted territory, where the lines between professional rivalry and something far more personal were beginning to blur, creating a landscape of possibilities that was both exhilarating and a little bit terrifying. The sterile environment of Sterling Corp suddenly felt alive with a new, potent energy, an energy that emanated from the silent understanding that had just passed between her and Christopher Thorne. The realization settled over her, a quiet certainty: a new chapter, unwritten and full of promise, had just begun.</w:t>
      </w:r>
    </w:p>
    <w:p/>
    <w:p>
      <w:r>
        <w:t>The hushed reverence Amelia once associated with Sterling Corp’s executive floor had subtly, irrevocably, transformed. It was no longer merely a space of power and profit, but a burgeoning landscape of personal anticipation. The sterile polish of the marble floors seemed to gleam a little brighter, the sharp angles of the modernist architecture softened by an invisible, yet palpable, shift in her perception. Every echo of footsteps in the corridors, every murmur of distant conversation, now carried the potential for his presence. Her heart, a once-reliable, stoic organ, had developed a disconcerting habit of quickening its tempo, a traitorous rhythm that betrayed her carefully cultivated composure.</w:t>
      </w:r>
    </w:p>
    <w:p>
      <w:r>
        <w:br/>
        <w:t>It had started, she suspected, with that fleeting smile in his office, the one that had peeled back the layers of the impenetrable executive to reveal a man with a past, a man who remembered her thesis, a man who understood the yearning for something beyond the relentless pursuit of success. That moment, so subtle yet so profound, had cracked open the carefully sealed chamber of their professional interaction, allowing a sliver of warmth, a hint of shared humanity, to seep in. Now, that sliver had widened, and Amelia found herself peering through the opening, a quiet curiosity blossoming into a fervent, almost desperate, hope.</w:t>
      </w:r>
    </w:p>
    <w:p/>
    <w:p>
      <w:r>
        <w:br/>
        <w:t>She caught herself replaying their brief exchanges, dissecting every inflection, every lingering glance. Had his hand brushed hers a fraction longer than necessary as he’d handed back a report? Had the intensity in his gaze when he asked about her weekend plans been purely professional, or had there been a flicker of something more personal, a genuine inquiry into the life that existed beyond the confines of Sterling Corp? The questions swirled, persistent and intoxicating, fueling a dangerous, exhilarating game of interpretation.</w:t>
      </w:r>
    </w:p>
    <w:p/>
    <w:p>
      <w:r>
        <w:br/>
        <w:t>The office, once a sanctuary of her own making, a place where her intellect and diligence were her sole companions and her armor, now felt like a gilded cage. She found herself looking forward to the predictable rhythms of the workday, not for the work itself, but for the possibility it held. A chance encounter by the coffee machine, a shared elevator ride, a brief, whispered conversation during a department meeting – these were the moments she now lived for, the tiny sparks that kept the embers of her anticipation glowing. The sterile corporate environment, with its hushed tones and polished surfaces, had become an unlikely stage for a burgeoning drama, a drama unfolding within the confines of her own heart.</w:t>
      </w:r>
    </w:p>
    <w:p/>
    <w:p>
      <w:r>
        <w:br/>
        <w:t>She found herself dressing with a little more care, choosing outfits that were still impeccably professional, of course, but with a subtle elegance, a quiet confidence that she hadn’t felt the need to project before. A silk blouse instead of a crisp cotton one, a delicate silver pendant nestled at the hollow of her throat, a touch of mascara that subtly enhanced the color of her eyes – these were small rebellions against the uniform austerity of her usual work attire, gestures of an inner transformation she dared not voice. She wondered if he noticed. The thought sent a shiver down her spine, a mixture of thrill and apprehension.</w:t>
      </w:r>
    </w:p>
    <w:p/>
    <w:p>
      <w:r>
        <w:br/>
        <w:t>It wasn’t just about the potential for a personal connection; it was about the enigma of Christopher Thorne himself. The man who commanded boardrooms with an almost terrifying authority, who could dissect complex market trends with surgical precision, was also the man who had a past steeped in academic curiosity, the man who spoke of philosophical implications and the “why” behind innovation. She yearned to understand that man, the one who existed outside the formidable edifice of Sterling Corp, the one who might harbor desires and vulnerabilities as complex and deeply buried as her own.</w:t>
      </w:r>
    </w:p>
    <w:p/>
    <w:p>
      <w:r>
        <w:br/>
        <w:t>The thought of him outside of this controlled environment, away from the pressures of his executive role, was becoming an increasingly compelling fantasy. What did he do on weekends? Did he read for pleasure, or did his mind remain perpetually tethered to market fluctuations and profit margins? Did he have passions that lay dormant, like the research papers he’d once penned, waiting for a catalyst to bring them back to life? Amelia found herself constructing elaborate scenarios in her mind, imagining him in casual settings, his guard lowered, his focus directed not on the stock market, but on something far more intimate.</w:t>
      </w:r>
    </w:p>
    <w:p/>
    <w:p>
      <w:r>
        <w:br/>
        <w:t>These daydreams were a dangerous indulgence, a seductive escape from the reality of their professional boundaries. Yet, she couldn’t seem to help herself. Each stolen glance across the office, each brief, polite exchange, felt like a clandestine communication, a secret shared between them, even if he was entirely unaware of it. Her carefully guarded composure, once her greatest asset, now felt like a fragile façade, threatening to crumble under the weight of her burgeoning emotions.</w:t>
      </w:r>
    </w:p>
    <w:p/>
    <w:p>
      <w:r>
        <w:br/>
        <w:t>She found herself actively seeking opportunities to cross his path. A late afternoon stroll through the executive suites, a deliberate detour to the company’s archives when she knew he sometimes utilized their resources, even a casual inquiry to his assistant about whether he might be available for a brief consultation on a new project she was spearheading – all driven by a nascent, undeniable pull. It was a subtle dance, a careful probing of the boundaries, a delicate testing of the waters.</w:t>
      </w:r>
    </w:p>
    <w:p/>
    <w:p>
      <w:r>
        <w:br/>
        <w:t>There were moments, of course, when the sheer audacity of her feelings would shock her into a temporary retreat. She would remind herself of the vast chasm between their positions, the inherent risks of blurring the lines. He was Christopher Thorne, the titan of industry, a man whose professional life was meticulously managed, whose reputation was his most valuable asset. And she was Amelia Hayes, a competent analyst, ambitious, yes, but firmly rooted in the realm of professional respectability. The idea of jeopardizing that, of inviting the potential for gossip, for censure, for the crushing weight of his disapproval, was a chilling prospect.</w:t>
      </w:r>
    </w:p>
    <w:p/>
    <w:p>
      <w:r>
        <w:br/>
        <w:t>Yet, the allure of the forbidden was a potent counterforce. The very intensity of the risk, the sheer improbability of their connection, made it all the more captivating. It was the thrill of venturing into uncharted territory, the intoxicating possibility of discovering a hidden facet of a man she thought she understood, and perhaps, in doing so, discovering more about herself.</w:t>
      </w:r>
    </w:p>
    <w:p/>
    <w:p>
      <w:r>
        <w:br/>
        <w:t>She began to notice the subtle ways he, too, seemed to acknowledge her presence. It wasn't overt, not yet, but there were fleeting moments when his gaze would meet hers, holding it for a beat longer than strictly necessary, a silent acknowledgment of their shared space. Sometimes, when they passed in the hallway, there would be a slight inclination of his head, a barely perceptible nod that felt more personal than the standard corporate salutation. These were the whispers of connection, the tentative stirrings of a possibility that, against all odds, refused to be silenced.</w:t>
      </w:r>
    </w:p>
    <w:p/>
    <w:p>
      <w:r>
        <w:br/>
        <w:t>She found herself analyzing her own responses to him, the way her breath hitched when he addressed her directly, the flush that would creep up her neck when he paid her a compliment, however professional. Was this merely the result of his undeniable charisma, or was it something more profound, a genuine resonance between them? She longed for confirmation, for a sign that the pull she felt was reciprocated, that the spark ignited in that confined elevator was indeed growing, fanned by unspoken currents of attraction.</w:t>
      </w:r>
    </w:p>
    <w:p/>
    <w:p>
      <w:r>
        <w:br/>
        <w:t>The yearning to know him outside the confines of their professional lives became a quiet obsession. She imagined him at a dimly lit jazz club, his usual stern demeanor softened by the music, or perhaps in a quiet study, surrounded by books, his intellect engaged by something other than market projections. The image of him relaxed, unburdened by the weight of his responsibilities, was a powerful one, a temptation she couldn’t resist exploring in the privacy of her thoughts.</w:t>
      </w:r>
    </w:p>
    <w:p/>
    <w:p>
      <w:r>
        <w:br/>
        <w:t>This burgeoning desire promised to challenge the rigid boundaries of their professional lives, to push them towards a territory that was both exhilarating and fraught with peril. The carefully constructed walls of formality that had always defined their interactions now seemed permeable, yielding to the insistent pressure of an unspoken attraction. Amelia knew, with a certainty that both thrilled and terrified her, that the path ahead was uncertain, but for the first time in a long time, the prospect of the unknown felt less like a threat and more like a promise, a whisper of something extraordinary waiting just beyond the horizon. The sterile, predictable world of Sterling Corp had become a battlefield for her own heart, and the anticipation of the next encounter, the next stolen glance, the next unspoken word, was a battle she was increasingly eager to wage.</w:t>
      </w:r>
    </w:p>
    <w:p/>
    <w:p>
      <w:r>
        <w:br w:type="page"/>
      </w:r>
    </w:p>
    <w:p>
      <w:pPr>
        <w:spacing w:before="5040"/>
        <w:jc w:val="center"/>
      </w:pPr>
      <w:r>
        <w:rPr/>
        <w:t xml:space="preserve"> 5: The Forbidden Embrace</w:t>
      </w:r>
    </w:p>
    <w:p>
      <w:r>
        <w:t>The sterile hum of the Sterling Corp building usually faded into a comforting background noise for Amelia, a constant reminder of the organized world she inhabited. But tonight, as the clock hands crept past eleven, the silence amplified every small sound, every rustle of paper, every sigh, until they seemed to echo in the cavernous expanse of Christopher Thorne’s office. The city lights below glittered like scattered diamonds on black velvet, a breathtaking panorama that felt both distant and intimately connected to the confined space where she now sat. His office, usually a fortress of polished mahogany and understated power, felt transformed. The overhead lights were dimmed to a soft glow, casting long shadows that danced with the ambient light filtering in from the vast windows. The air was heavy, not just with the rich, robust aroma of the espresso machine churning out yet another potent brew for their late-night endeavor, but with an unspoken, almost tangible, tension that had been building between them for weeks.</w:t>
      </w:r>
    </w:p>
    <w:p>
      <w:r>
        <w:br/>
        <w:t xml:space="preserve">Amelia smoothed down her skirt, a nervous gesture that did little to quell the flutter in her stomach. She was acutely aware of their isolation, the sheer audacity of being here, in </w:t>
      </w:r>
    </w:p>
    <w:p>
      <w:pPr>
        <w:jc w:val="left"/>
      </w:pPr>
      <w:r>
        <w:rPr>
          <w:i/>
        </w:rPr>
        <w:t>his</w:t>
      </w:r>
      <w:r>
        <w:t xml:space="preserve"> office, long after the building had emptied of all but a skeleton crew. The product launch, a project that had consumed her waking hours for months, had suddenly demanded a final, intensive push, and Christopher, with his customary decisiveness, had declared they would tackle it tonight, together. He’d dismissed his assistant hours ago, his words casual but firm, leaving them in this bubble of focused urgency.</w:t>
      </w:r>
    </w:p>
    <w:p>
      <w:r>
        <w:br/>
        <w:t>He sat across the expansive desk, a vast landscape of reports, schematics, and hastily scribbled notes. The papers seemed to multiply under his focused gaze, each document a testament to his meticulous attention to detail. He wore his suit jacket slung over the back of his chair, the sleeves of his crisp white shirt rolled up to his forearms, revealing the subtle strength of his wrists. He moved with an economy of motion, his brow furrowed in concentration as he navigated the complexities of the upcoming campaign. Amelia found her gaze drifting to him, unable to resist. The intensity of his focus was mesmerizing, a testament to the sharp, analytical mind she had come to admire, and, she now admitted, to be increasingly drawn to.</w:t>
      </w:r>
    </w:p>
    <w:p/>
    <w:p>
      <w:r>
        <w:br/>
        <w:t>The memory of their unexpected confinement in the elevator, a mere few weeks ago, still sent a tremor through her. It had been a small, enclosed space, a shared moment of vulnerability when the elevator had shuddered to a halt between floors. The initial awkwardness had quickly dissolved into an unexpected, intimate conversation. He had spoken of his early days, the passion that had driven him to build Sterling Corp from the ground up, the philosophical underpinnings of his business acumen. And she, in turn, had found herself sharing fragments of her own aspirations, the quiet ambition that fueled her work. His gaze had been steady, unjudgmental, and for those few minutes, the vast professional chasm between them had seemed to narrow, replaced by a surprising flicker of genuine connection. He had remembered details of her thesis, asked probing questions about her research, and in his eyes, she had seen not just a powerful executive, but a man of intellect and depth, a man who understood the pursuit of knowledge for its own sake.</w:t>
      </w:r>
    </w:p>
    <w:p/>
    <w:p>
      <w:r>
        <w:br/>
        <w:t>Tonight, that flicker felt like a nascent flame, nurtured by stolen glances across conference tables and brief, charged conversations in the corridors. The tension in the room was a palpable entity, woven from the threads of shared work, unspoken admiration, and a nascent, undeniably present attraction. Amelia adjusted the stack of marketing proposals in front of her, her fingers brushing against the cool, smooth paper. She could feel his eyes on her, not in a way that felt intrusive, but in a way that made her hyper-aware of her own presence, her own breathing. She risked a glance up. He met her gaze, and for a fleeting second, the intensity of his focus softened, a subtle shift that sent a jolt of awareness through her. His eyes, usually sharp and assessing, held a warmth that made her breath catch. It was the kind of look that stripped away the layers of professional decorum, revealing something far more personal, far more potent.</w:t>
      </w:r>
    </w:p>
    <w:p/>
    <w:p>
      <w:r>
        <w:br/>
        <w:t>"This revised projections model," he began, his voice a low rumble that seemed to vibrate in the stillness, "it needs to account for a potential Q3 market shift. Have you factored in the impact of the competitor’s unexpected R&amp;D breakthrough?"</w:t>
      </w:r>
    </w:p>
    <w:p/>
    <w:p>
      <w:r>
        <w:br/>
        <w:t>Amelia cleared her throat, forcing herself to focus on the spreadsheets open on her laptop. "I have, Mr. Thorne. My analysis suggests a five percent dip in projected market share if we don't adjust our rollout strategy. I've outlined two alternative approaches in appendix B of the report." Her voice was steady, professional, but she was acutely aware of the slight tremor in her hands as she reached for her coffee mug. The familiarity of their usual professional discourse felt like a necessary anchor in the rising tide of her own emotions.</w:t>
      </w:r>
    </w:p>
    <w:p/>
    <w:p>
      <w:r>
        <w:br/>
        <w:t>He nodded, his gaze shifting back to the documents before him, but Amelia felt the subtle shift in the atmosphere, the lingering awareness of their shared space. He was pulling her into his orbit, into this late-night world of strategic planning and quiet intensity. It was both exhilarating and terrifying. She was meticulously organized, her mind a finely tuned instrument for analysis and execution. But when it came to Christopher Thorne, her carefully constructed composure felt increasingly fragile, susceptible to the subtle tremors of attraction that had begun to ripple through her.</w:t>
      </w:r>
    </w:p>
    <w:p/>
    <w:p>
      <w:r>
        <w:br/>
        <w:t>She found herself cataloging every detail of the office, imprinting it onto her memory. The abstract sculpture dominating one corner, its polished chrome catching the light. The row of leather-bound books on a high shelf, hinting at a life beyond the corporate boardroom. The faint, lingering scent of his cologne, a subtle, sophisticated blend that spoke of quiet power and understated confidence. These details, once merely elements of an impersonal executive space, were now imbued with a new significance, becoming markers of his presence, of the man himself.</w:t>
      </w:r>
    </w:p>
    <w:p/>
    <w:p>
      <w:r>
        <w:br/>
        <w:t>He gestured towards a stack of papers. "The advertising campaign. We need to finalize the target demographic for the initial launch phase. Are we leaning towards a broader, more general appeal, or a more niche, early adopter focus?"</w:t>
      </w:r>
    </w:p>
    <w:p/>
    <w:p>
      <w:r>
        <w:br/>
        <w:t>Amelia leaned forward, the movement causing the silk of her blouse to rustle softly. "My research indicates a stronger initial impact with a niche focus. The early adopters are more likely to embrace the innovation and become brand advocates. We can then leverage their influence for broader market penetration." She looked up, meeting his gaze again. This time, the moment stretched, the hum of the city outside a muted backdrop to the silent conversation passing between them. He wasn't just listening; he was observing, assessing. And in his eyes, she saw a flicker of something that mirrored her own burgeoning curiosity, her own undeniable pull.</w:t>
      </w:r>
    </w:p>
    <w:p/>
    <w:p>
      <w:r>
        <w:br/>
        <w:t>"And the launch event?" he continued, his tone shifting subtly, the professional query laced with an almost imperceptible personal inflection. "Do you have any preliminary thoughts on the venue and guest list?"</w:t>
      </w:r>
    </w:p>
    <w:p/>
    <w:p>
      <w:r>
        <w:br/>
        <w:t>The question was a direct invitation, a deliberate drawing of her into a more personal aspect of the project. Amelia felt a blush creep up her neck. "I've been considering a few options. For the venue, something… less traditional. Perhaps an art gallery or a modern event space, something that reflects the innovative nature of the product. As for the guest list, I believe we should prioritize industry influencers and key media outlets, but also include a select group of early beta testers who can offer genuine testimonials."</w:t>
      </w:r>
    </w:p>
    <w:p/>
    <w:p>
      <w:r>
        <w:br/>
        <w:t>He leaned back, a slow, thoughtful expression on his face. The faint lamplight softened the sharp planes of his jawline, and Amelia found herself momentarily captivated by the curve of his lips, the hint of a smile playing there. "An art gallery," he mused, the words spoken softly, as if to himself. "An interesting choice. It speaks to a certain… artistic sensibility. One that I believe you possess, Amelia."</w:t>
      </w:r>
    </w:p>
    <w:p/>
    <w:p>
      <w:r>
        <w:br/>
        <w:t>The compliment, so understated yet so profound, landed with the gentle force of a whispered confession. Amelia’s heart gave a traitorous leap. He saw it, then. He saw beyond the analyst, beyond the professional facade, and recognized the part of her that yearned for beauty, for creativity, for something more than just sterile efficiency. The air in the room seemed to thicken, the silence no longer merely a pause between sentences, but a charged space filled with unspoken acknowledgments.</w:t>
      </w:r>
    </w:p>
    <w:p/>
    <w:p>
      <w:r>
        <w:br/>
        <w:t>She lowered her gaze, her fingers tracing the rim of her coffee mug. "I believe the product itself has a certain… elegance. It deserves a launch that reflects that." She hesitated, then added, emboldened by the growing intimacy of their shared task, "And I believe we can create an experience that resonates with our audience on a deeper level, not just intellectually, but emotionally."</w:t>
      </w:r>
    </w:p>
    <w:p/>
    <w:p>
      <w:r>
        <w:br/>
        <w:t>Christopher Thorne, the titan of industry, the man who commanded boardrooms with an almost fearsome authority, leaned forward again, his elbows resting on the desk, his gaze locked onto hers. The city lights outside seemed to dim in comparison to the intensity radiating from him. "Emotionally," he repeated, the word a low murmur. "Yes. That is the key, isn't it? To connect. To evoke a feeling." He paused, his eyes holding hers, and Amelia felt as though she were being seen, truly seen, for the first time. The professional boundaries that had always defined their interactions felt impossibly distant, irrelevant. Here, in the quiet intimacy of his office, under the soft glow of the lamps, they were simply two people engaged in a shared endeavor, a shared exploration.</w:t>
      </w:r>
    </w:p>
    <w:p/>
    <w:p>
      <w:r>
        <w:br/>
        <w:t>"We need to ensure the narrative we build around the product is compelling, that it speaks to their aspirations," Amelia continued, her voice gaining a newfound confidence, fueled by his receptive attention. "It’s not just about functionality; it’s about the promise of a better future, the realization of potential. That’s what Sterling Corp represents, and that’s what this product will embody."</w:t>
      </w:r>
    </w:p>
    <w:p/>
    <w:p>
      <w:r>
        <w:br/>
        <w:t>"And how do we convey that promise most effectively?" he asked, his tone a subtle invitation for her to elaborate, to reveal more of her strategic vision. "What’s the most impactful message we can deliver?"</w:t>
      </w:r>
    </w:p>
    <w:p/>
    <w:p>
      <w:r>
        <w:br/>
        <w:t>Amelia thought for a moment, the vastness of the city stretching out before them, a silent testament to human endeavor and aspiration. "It's about empowerment, Mr. Thorne," she said, choosing her words carefully. "It's about giving people the tools to achieve their own potential, to shape their own futures. The messaging needs to be aspirational, but also grounded in the tangible benefits the product offers. It needs to inspire trust, and create a sense of shared purpose."</w:t>
      </w:r>
    </w:p>
    <w:p/>
    <w:p>
      <w:r>
        <w:br/>
        <w:t>He was listening intently, his gaze never wavering from her face. The air crackled with an unspoken energy, a shared understanding that transcended mere professional discourse. It was as if they were charting new territory together, their minds and intentions aligning in a way that felt both inevitable and exhilarating. The late hour, the isolation, the sheer proximity – it all conspired to create a potent cocktail of intimacy and anticipation.</w:t>
      </w:r>
    </w:p>
    <w:p/>
    <w:p>
      <w:r>
        <w:br/>
        <w:t>"Shared purpose," Christopher echoed, a faint smile touching his lips. "Yes. That's exactly what we need to cultivate. Not just with our customers, but within the team. This launch requires a unified front, a shared belief in what we're building." He reached for a thick binder, its cover emblazoned with the Sterling Corp logo. "Let's revisit the internal communication strategy. I want to ensure everyone on the project team feels invested, that they understand the 'why' behind our efforts, not just the 'what'."</w:t>
      </w:r>
    </w:p>
    <w:p/>
    <w:p>
      <w:r>
        <w:br/>
        <w:t>As he spoke, he slid the binder across the desk towards her. Their fingers brushed as she reached for it, a brief, electric contact that sent a shiver down her spine. Amelia instinctively pulled her hand back, her heart pounding a frantic rhythm against her ribs. The casual touch, the mere brush of skin, was enough to shatter the fragile veneer of her composure. She felt a sudden, overwhelming awareness of his proximity, of the man behind the polished executive persona.</w:t>
      </w:r>
    </w:p>
    <w:p/>
    <w:p>
      <w:r>
        <w:br/>
        <w:t>Christopher paused, his gaze lingering on her for a fraction of a second longer than strictly necessary. A subtle shift flickered in his eyes, a silent acknowledgment of the charged moment, of the undeniable current that flowed between them. He didn't comment, didn't acknowledge the tremor that had passed between their fingertips. Instead, he turned his attention back to the binder, his movements smooth and controlled, as if nothing out of the ordinary had occurred. But Amelia knew better. The air in the room had thickened, charged with a new, undeniable awareness.</w:t>
      </w:r>
    </w:p>
    <w:p/>
    <w:p>
      <w:r>
        <w:br/>
        <w:t>She forced herself to open the binder, her eyes scanning the detailed outlines of internal memos and team briefing schedules. But her focus wavered, her mind a whirlwind of unspoken thoughts and burgeoning emotions. The professional task, once a clear and defined objective, now felt inextricably intertwined with the personal, with the captivating enigma of Christopher Thorne himself. His subtle gestures, his thoughtful questions, the way his gaze occasionally met hers – they were all pieces of a puzzle she was increasingly compelled to solve.</w:t>
      </w:r>
    </w:p>
    <w:p/>
    <w:p>
      <w:r>
        <w:br/>
        <w:t>"The internal launch briefing," she began, her voice a little breathy, "I believe a Q&amp;A session would be beneficial. It allows for direct engagement and addresses potential concerns proactively."</w:t>
      </w:r>
    </w:p>
    <w:p/>
    <w:p>
      <w:r>
        <w:br/>
        <w:t>"Agreed," he said, his voice low and steady. He was clearly accustomed to navigating these discussions with precision, but Amelia couldn't shake the feeling that tonight, their conversation had a different undercurrent, a deeper resonance. "And we need to ensure that the messaging from leadership is consistent and inspiring. A unified vision is paramount."</w:t>
      </w:r>
    </w:p>
    <w:p/>
    <w:p>
      <w:r>
        <w:br/>
        <w:t>Amelia nodded, her gaze drifting to the city lights again. The vast, sprawling metropolis below seemed to hold an infinite number of stories, of possibilities. And here, in this isolated pocket of the city, within the confines of Christopher Thorne’s office, her own story was unfolding, taking on a new, exhilarating, and perhaps, dangerous, dimension. The late-night strategy session had become more than just a working meeting; it had become an unwitting crucible, forging a connection that felt as potent and as inevitable as the twinkling lights stretching out to the horizon. The silence between them was no longer just a pause; it was a space where unspoken desires and nascent feelings began to take root, a testament to the irresistible pull of the forbidden embrace. The hum of the building had faded completely, replaced by the thrumming of her own heart, a rhythmic counterpoint to the quiet intensity of the man beside her. The professional facade was beginning to crack, revealing glimpses of something far more alluring, far more human. And Amelia, caught in the spell of their shared endeavor, felt herself falling, irrevocably, into the intoxicating orbit of Christopher Thorne.</w:t>
      </w:r>
    </w:p>
    <w:p/>
    <w:p>
      <w:r>
        <w:t>The spreadsheets, once a source of intellectual challenge, now seemed to shimmer and blur under Amelia’s gaze. The sterile figures and projections, so meticulously organized just hours before, had taken on a life of their own, coalescing into an almost tangible representation of the charged atmosphere in Christopher Thorne’s office. He had been discussing the Q3 market shift, his voice a low murmur that resonated with a new timbre, a subtle deviation from his usual crisp, authoritative tone. He’d looked up from the financial report, his eyes, usually so intently focused on the data, now seemed to be tracing the curve of her cheekbone, the delicate arch of her brow.</w:t>
      </w:r>
    </w:p>
    <w:p>
      <w:r>
        <w:br/>
        <w:t>“Amelia,” he’d begun, his voice softer than she’d ever heard it, the professional prefix ‘Ms.’ conspicuously absent. “This is all… highly detailed. Excellent work, as always.” He’d gestured towards the stack of reports she’d compiled, his hand moving with a deliberate slowness that held her captive. “But tell me,” he’d continued, his gaze intensifying, the usual analytical keenness softened by an unexpected warmth, “what brings you here, to Sterling Corp? What drives Amelia Reyes, beyond the market analysis and the product launches?”</w:t>
      </w:r>
    </w:p>
    <w:p/>
    <w:p>
      <w:r>
        <w:br/>
        <w:t>The question had caught her completely off guard. It was a disarmingly personal inquiry, so far removed from the strategic discussions that had occupied their evening. Her initial impulse was to deflect, to retreat back into the familiar confines of professional discourse, but something in his expression, a genuine curiosity unmarred by any hint of ulterior motive, held her fast. She found herself hesitating, a faint blush rising to her cheeks as she met his unwavering gaze.</w:t>
      </w:r>
    </w:p>
    <w:p/>
    <w:p>
      <w:r>
        <w:br/>
        <w:t>“I… I’m driven by a desire to understand,” she’d finally managed, her voice barely above a whisper. “To understand how things work, how to improve them. I believe in the power of innovation, in the potential for thoughtful design to make a tangible difference in people’s lives. Sterling Corp, with its focus on forward-thinking solutions, felt like a natural fit.” She’d paused, searching for the right words to articulate a feeling that had long been a quiet undercurrent in her life. “And beyond that,” she’d confessed, her voice gaining a little more confidence, “I’m driven by a desire to create something meaningful. Something that lasts.”</w:t>
      </w:r>
    </w:p>
    <w:p/>
    <w:p>
      <w:r>
        <w:br/>
        <w:t>Christopher had listened with an intensity that made her feel as though her every word was being weighed and considered. He hadn't interrupted, hadn't offered platitudes. He’d simply absorbed her confession, his expression thoughtful, almost reverent. A slow smile had spread across his face, a genuine, unguarded smile that transformed his features, softening the sharp lines and revealing a glimpse of the man beneath the formidable executive.</w:t>
      </w:r>
    </w:p>
    <w:p/>
    <w:p>
      <w:r>
        <w:br/>
        <w:t>“Meaningful. Lasting.” He’d repeated the words softly, as if savoring their resonance. “Those are powerful motivators. And I see that same drive in your work, Amelia. It’s not just about hitting targets; it’s about the underlying purpose, the impact.” He’d leaned back in his chair, a thoughtful expression on his face, the city lights reflecting in his eyes. “What are your dreams, Amelia? Beyond the boardroom, beyond Sterling Corp?”</w:t>
      </w:r>
    </w:p>
    <w:p/>
    <w:p>
      <w:r>
        <w:br/>
        <w:t>The intimacy of the question, the sheer audacity of him asking, sent a fresh wave of heat through her. It felt like an invitation to step onto precarious ground, to reveal a vulnerability she usually kept carefully guarded. Yet, the comfortable silence that followed his question, the unspoken understanding that seemed to exist between them in this dimly lit sanctuary, gave her the courage to respond.</w:t>
      </w:r>
    </w:p>
    <w:p/>
    <w:p>
      <w:r>
        <w:br/>
        <w:t>“I… I’ve always wanted to travel,” she’d admitted, a small, almost shy smile playing on her lips. “To see the world, to experience different cultures, to understand how people live in places far removed from this.” She’d gestured vaguely towards the window, encompassing the sprawling metropolis below. “And I have a secret ambition,” she’d confessed, her voice dropping to a conspiratorial whisper, “to write a novel. Something that captures the essence of human connection, the complexities of emotion.”</w:t>
      </w:r>
    </w:p>
    <w:p/>
    <w:p>
      <w:r>
        <w:br/>
        <w:t>Christopher had chuckled, a warm, rich sound that filled the quiet space. “A writer. I wouldn’t have guessed, yet it makes perfect sense. The meticulous detail, the keen observation, the ability to weave narratives from data.” He’d met her gaze, his eyes holding a speculative glint. “What kind of novel?”</w:t>
      </w:r>
    </w:p>
    <w:p/>
    <w:p>
      <w:r>
        <w:br/>
        <w:t>Amelia found herself elaborating, the words flowing more easily now, propelled by his genuine interest. She spoke of the characters she’d imagined, the plotlines that had taken shape in her mind during quiet evenings and stolen moments. She described the emotional landscapes she longed to explore, the universal truths she hoped to convey. He listened intently, his gaze never leaving her face, his occasional nods and thoughtful hums encouraging her to continue.</w:t>
      </w:r>
    </w:p>
    <w:p/>
    <w:p>
      <w:r>
        <w:br/>
        <w:t>As she spoke, she became acutely aware of the physical space between them, the vast mahogany desk that had initially seemed like an insurmountable barrier now feeling strangely intimate. The air was thick with unspoken acknowledgments, with the subtle awareness of each other’s presence. His eyes, when they met hers, held a depth of understanding that both thrilled and unsettled her. It was as if he were seeing not just Amelia Reyes, the diligent analyst, but Amelia, the woman with hidden desires and unexpressed dreams.</w:t>
      </w:r>
    </w:p>
    <w:p/>
    <w:p>
      <w:r>
        <w:br/>
        <w:t>The work they were supposed to be doing, the crucial decisions regarding the product launch, seemed to recede into the background, becoming a flimsy, almost irrelevant pretext for this deeper, more personal exchange. The strategic reports lay scattered between them, a testament to their professional duties, but the real work, the unspoken exploration, was happening in the charged silences, in the shared glances, in the gradual unraveling of their carefully constructed professional facades.</w:t>
      </w:r>
    </w:p>
    <w:p/>
    <w:p>
      <w:r>
        <w:br/>
        <w:t>He’d then shifted the conversation, but not back to market projections. Instead, he’d asked about her family, about her childhood, about the influences that had shaped her into the woman she was today. Each question was a gentle probe, an invitation to further intimacy, and Amelia found herself responding with an unexpected candolour. She spoke of her parents, their quiet pride in her achievements, the sacrifices they had made to give her opportunities. She spoke of her passion for learning, the insatiable curiosity that had always been her driving force.</w:t>
      </w:r>
    </w:p>
    <w:p/>
    <w:p>
      <w:r>
        <w:br/>
        <w:t>“It’s rare,” Christopher had mused, his voice low and contemplative, “to find someone who possesses both a sharp intellect and a deep wellspring of empathy. You seem to have an innate understanding of people, Amelia. Not just their needs as consumers, but their aspirations, their vulnerabilities.”</w:t>
      </w:r>
    </w:p>
    <w:p/>
    <w:p>
      <w:r>
        <w:br/>
        <w:t>His observation sent a jolt of recognition through her. It was precisely what she strived for in her work, but to hear it articulated by him, to have him see that hidden aspect of her, felt profoundly validating. The professional distance that had always separated them seemed to evaporate with each shared confidence, each moment of mutual understanding. The tasks at hand, the deadlines looming, the immense pressure of the product launch – all of it faded into a muted hum beneath the growing intensity of their personal connection.</w:t>
      </w:r>
    </w:p>
    <w:p/>
    <w:p>
      <w:r>
        <w:br/>
        <w:t>He’d then pointed to a particularly complex marketing campaign proposal. “This section on brand storytelling,” he’d begun, his voice returning to a semblance of its professional tone, but still carrying that new, softer edge. “The narrative you’ve crafted here… it’s compelling. It speaks to aspiration, to personal growth. It taps into something deeper than just product utility.” He’d looked at her, a hint of a smile playing on his lips. “It’s almost as if you understand the emotional journey of our target demographic on an intuitive level. Have you considered how this emotional resonance might extend beyond the advertising campaign itself? How we can weave it into the entire customer experience?”</w:t>
      </w:r>
    </w:p>
    <w:p/>
    <w:p>
      <w:r>
        <w:br/>
        <w:t>Amelia felt a surge of professional pride, quickly followed by a blush of personal awareness. He was not only acknowledging the quality of her work but was seeing the underlying intent, the carefully constructed emotional architecture. “I believe,” she’d replied, her voice steady despite the tremor of excitement that ran through her, “that every touchpoint a customer has with Sterling Corp should reinforce that narrative. From the initial advertisement to the unboxing experience, to post-purchase support. It’s about building a relationship, a sense of belonging. It’s about making them feel understood, valued.”</w:t>
      </w:r>
    </w:p>
    <w:p/>
    <w:p>
      <w:r>
        <w:br/>
        <w:t>Christopher had nodded slowly, his gaze fixed on her, as if absorbing every nuance of her response. The silence that followed was pregnant with unspoken thoughts, with the palpable weight of their shared endeavor. The city lights outside, once a distant spectacle, now seemed to mirror the constellations of possibility that were forming between them. The professional veneer, so carefully maintained for so long, had become impossibly thin, a mere whisper of its former solidity. What had begun as a late-night work session had transformed into something far more profound, a space where the boundaries between professional duty and personal desire began to blur, dissolving into the charged intimacy of their shared exploration. The air hummed with an unspoken question, a silent acknowledgment of the undeniable attraction that had been simmering beneath the surface for weeks, finally breaking through the carefully constructed walls of their professional lives.</w:t>
      </w:r>
    </w:p>
    <w:p/>
    <w:p>
      <w:r>
        <w:t>The reports, once the sole focus of their attention, now seemed to recede into the periphery, their crisp pages a stark contrast to the unfurling intensity between them. Christopher’s movements were deliberate, unhurried, as if he were consciously savoring each moment, each subtle shift in the charged atmosphere. He reached for the file containing her latest market analysis, the thick sheaf of papers that had brought them together on this late evening, but his gaze never left Amelia’s. The professional distance that had characterized their interactions for months, a carefully constructed edifice of mutual respect and intellectual engagement, was dissolving with an almost alarming speed. The sterile hum of the office air conditioning seemed to amplify the frantic pulse in Amelia’s own ears.</w:t>
      </w:r>
    </w:p>
    <w:p>
      <w:r>
        <w:br/>
        <w:t>He closed the file with a soft click, the sound echoing in the sudden quiet that descended upon the room. It was a definitive gesture, a punctuation mark on their professional duties, and an ellipsis to the unspoken narrative beginning to unfold between them. His eyes, usually alight with the sharp, analytical fire of a seasoned executive, now held a softer, more profound luminescence. They were no longer scanning data points or assessing market trends; they were fixed on her, absorbing her with an intensity that made her feel both exposed and strangely seen. It was a gaze that bypassed the polished exterior, delving into the very core of her being, acknowledging a shared vulnerability that had been lurking beneath the surface for far too long.</w:t>
      </w:r>
    </w:p>
    <w:p/>
    <w:p>
      <w:r>
        <w:br/>
        <w:t>Then, he moved. Not abruptly, not with any hint of aggression, but with a slow, almost languid grace that seemed to heighten Amelia’s anticipation. He leaned forward, his arms resting on the polished mahogany of his desk, the vast expanse that had always served as a symbolic barrier between their professional worlds. He reached across the barrier, his hand extending towards her, not to grasp, but to offer a silent invitation. His fingers, long and capable, the same fingers that had signed multi-million dollar deals and navigated complex financial landscapes, moved with an unfamiliar tenderness.</w:t>
      </w:r>
    </w:p>
    <w:p/>
    <w:p>
      <w:r>
        <w:br/>
        <w:t>His fingertips brushed against hers as they rested on the edge of the desk. It was the briefest of touches, a feather-light contact, yet it sent a violent, unmistakable jolt of electricity through Amelia’s entire body. Her breath hitched in her throat, a silent gasp caught between her lips. The carefully constructed walls she had meticulously maintained, the professional decorum that had governed her every interaction with him, began to crumble, their foundations eroded by this single, potent contact. She felt a tremor run through her, a visceral reaction that had nothing to do with the chill of the deserted office and everything to do with the palpable heat radiating from his touch.</w:t>
      </w:r>
    </w:p>
    <w:p/>
    <w:p>
      <w:r>
        <w:br/>
        <w:t>For a fleeting moment, Amelia’s instinct was to recoil, to reassert the professional boundaries, to retreat to the safety of familiar territory. But the pull was too strong, the silent question in his eyes too compelling. Her own desire, a force she had long suppressed and underestimated, surged forward, mirroring the unspoken longing she saw reflected in his gaze. It was a mutual acknowledgment, a silent, undeniable recognition of the powerful magnetic force that was drawing them closer together in the hushed, deserted sanctity of his office. The city lights twinkling beyond the panoramic windows seemed to blur into a hazy backdrop, their brilliance dimmed by the incandescent glow that had ignited between them.</w:t>
      </w:r>
    </w:p>
    <w:p/>
    <w:p>
      <w:r>
        <w:br/>
        <w:t>She didn't pull away. Instead, her fingers, as if acting on an impulse entirely independent of her conscious thought, turned ever so slightly, allowing her skin to press more firmly against his. The contact deepened, no longer a mere brush but a tentative, exploring connection. It was a silent confession, a shared secret whispered without words, a testament to the unspoken attraction that had been simmering beneath the surface of their professional interactions for weeks. The air, once heavy with the scent of expensive cologne and polished wood, now seemed alive with a different kind of energy, charged with anticipation and the intoxicating fragrance of nascent desire.</w:t>
      </w:r>
    </w:p>
    <w:p/>
    <w:p>
      <w:r>
        <w:br/>
        <w:t>Christopher’s gaze remained locked on hers, his eyes, the color of a storm-tossed sea, reflecting a depth of emotion that Amelia had only glimpsed before. There was a vulnerability in his expression now, a raw honesty that disarmed her completely. He wasn’t the formidable CEO of Sterling Corp in this moment; he was simply Christopher, a man caught in the powerful current of an undeniable connection. He watched her, his expression unreadable yet radiating a potent blend of curiosity and something akin to wonder, as if he, too, were discovering the depth of this unexpected feeling.</w:t>
      </w:r>
    </w:p>
    <w:p/>
    <w:p>
      <w:r>
        <w:br/>
        <w:t>“Amelia,” he murmured, his voice a low, resonant timbre that seemed to vibrate through her very bones. The professional prefix, 'Ms. Reyes,' was absent, replaced by a simple, intimate utterance of her name. It was a sound that stripped away the last vestiges of their formal relationship, leaving only the two of them, suspended in a moment outside the ordinary flow of time and expectation. The use of her first name, something he had never done in a professional capacity, felt like a significant transgression, a crossing of an invisible but powerful threshold.</w:t>
      </w:r>
    </w:p>
    <w:p/>
    <w:p>
      <w:r>
        <w:br/>
        <w:t>Her own name, spoken by him with such quiet intensity, sent a wave of heat through her, a flush that she could feel creeping up her neck and spreading across her cheeks. She could only meet his gaze, her heart pounding a frantic rhythm against her ribs. Her mind raced, trying to process the sudden, overwhelming shift in their dynamic, the dismantling of professional barriers, the emergence of something far more personal and profoundly alluring.</w:t>
      </w:r>
    </w:p>
    <w:p/>
    <w:p>
      <w:r>
        <w:br/>
        <w:t>He continued to hold her gaze, a subtle smile playing on his lips, a smile that didn't quite reach his eyes but instead deepened the mystery in their depths. It was an enigmatic expression, one that invited her to step further into the unknown, to explore the uncharted territory that lay between them. “I… I find myself,” he began, then paused, as if searching for the precise words to articulate the complexity of his own emotions. The silence stretched, thick with unspoken possibilities, each second amplifying the tension that vibrated between them.</w:t>
      </w:r>
    </w:p>
    <w:p/>
    <w:p>
      <w:r>
        <w:br/>
        <w:t>Amelia’s fingers, still connected to his, felt a subtle pressure, a gentle tightening that was both a question and an affirmation. She felt an answering urge to reciprocate, to communicate her own burgeoning feelings without the need for spoken language. She willed her own hand to respond, to convey the undeniable pull she felt towards him, the dizzying sensation of being drawn into his orbit.</w:t>
      </w:r>
    </w:p>
    <w:p/>
    <w:p>
      <w:r>
        <w:br/>
        <w:t>He finally articulated his thought, his voice dropping even lower, a velvety whisper that seemed to caress her senses. “I find myself wondering,” he continued, his thumb beginning to trace a slow, almost imperceptible circle on the back of her hand, a gesture of exquisite tenderness that sent shivers down her spine, “what it would be like to truly know you, Amelia. Beyond the spreadsheets, beyond the market analyses.” His gaze flickered momentarily to the scattered reports, a brief acknowledgment of the professional context they were so rapidly transcending.</w:t>
      </w:r>
    </w:p>
    <w:p/>
    <w:p>
      <w:r>
        <w:br/>
        <w:t>The implication of his words hung in the air, heavy with unspoken desires. To truly know her. It was an invitation to a level of intimacy that both thrilled and terrified her. She had always compartmentalized her life, keeping her professional ambitions separate from her personal aspirations, her public persona distinct from the woman who harbored secret dreams and quiet longings. But in this moment, with his gaze fixed on her, with his touch sending tendrils of warmth through her, those boundaries felt increasingly irrelevant, like fragile paper walls about to be swept away by an undeniable tide.</w:t>
      </w:r>
    </w:p>
    <w:p/>
    <w:p>
      <w:r>
        <w:br/>
        <w:t>“And what is it you imagine you might find, Christopher?” Amelia managed to ask, her voice a little breathless, a little shaky. She felt a thrill of daring in her own question, a willingness to engage with the forbidden territory he was inviting her into. Her fingers tightened around his, a silent declaration of her readiness to explore.</w:t>
      </w:r>
    </w:p>
    <w:p/>
    <w:p>
      <w:r>
        <w:br/>
        <w:t>A genuine smile finally bloomed on his face, transforming his features, softening the sharp angles that usually conveyed his formidable authority. It was a smile of genuine pleasure, of shared understanding, of a mutual recognition of the extraordinary moment they were sharing. It was the smile of a man who had found something he hadn't realized he was looking for.</w:t>
      </w:r>
    </w:p>
    <w:p/>
    <w:p>
      <w:r>
        <w:br/>
        <w:t>“I imagine I would find… a great deal,” he replied, his eyes holding hers with unwavering intensity. “I see the precision in your work, Amelia, the meticulous attention to detail. But I also see the passion, the underlying drive, the… artistry, if you will, in how you approach even the most complex challenges. It’s not just about the data; it’s about the story the data tells, the narrative you craft from it.” He paused, his thumb continuing its gentle, mesmerizing caress of her skin. “And I suspect that same artistry, that same depth of insight, extends to… other aspects of your life.”</w:t>
      </w:r>
    </w:p>
    <w:p/>
    <w:p>
      <w:r>
        <w:br/>
        <w:t>The implication was clear, a subtle yet potent suggestion that he perceived more in her than just a capable analyst. He saw the woman, the individual with complexities and depths he was keen to explore. Amelia felt a blush deepen, not of embarrassment, but of a heady, exhilarating awareness. He saw her. He saw the hidden parts of her that she rarely, if ever, revealed.</w:t>
      </w:r>
    </w:p>
    <w:p/>
    <w:p>
      <w:r>
        <w:br/>
        <w:t>“I… I believe in understanding the human element,” Amelia replied, choosing her words carefully, her voice gaining a newfound steadiness. She felt a surge of confidence, a sense of empowerment in articulating these thoughts to him, to this man who seemed to possess an uncanny ability to see beyond the surface. “Whether it’s understanding consumer behavior or understanding… the nuances of human connection. It’s about empathy, about recognizing the underlying motivations and aspirations that drive us.”</w:t>
      </w:r>
    </w:p>
    <w:p/>
    <w:p>
      <w:r>
        <w:br/>
        <w:t>Christopher inclined his head, a gesture of profound agreement. “Empathy,” he repeated the word softly, as if tasting its significance. “Yes, that’s it precisely. Sterling Corp can offer cutting-edge technology, efficient systems, but it’s the empathy, the genuine understanding of our customers’ needs and desires, that truly sets us apart. And I see that not just in your reports, Amelia, but in you.”</w:t>
      </w:r>
    </w:p>
    <w:p/>
    <w:p>
      <w:r>
        <w:br/>
        <w:t>He shifted his weight slightly, leaning in a fraction more, closing the already negligible distance between them. The air crackled with an unspoken question, a silent invitation to step across the final, invisible boundary. Amelia’s gaze dropped momentarily to his lips, then rose back to meet his eyes, her own mirroring the unspoken desire that pulsed between them. The professional world they inhabited, the world of quarterly reports and market projections, felt a million miles away. In this dimly lit sanctuary, under the silent watch of the city lights, a new reality was taking shape, one defined by the potent, irresistible force of mutual attraction.</w:t>
      </w:r>
    </w:p>
    <w:p/>
    <w:p>
      <w:r>
        <w:br/>
        <w:t>The quiet, deserted office, usually a space of intense professional focus, had become a crucible for something far more personal, a space where the carefully guarded walls of their professional lives were not just thinning, but were being systematically dismantled, revealing the raw, vulnerable individuals beneath. The hum of the city outside, once a distant cacophony, now seemed to fade into an insignificant murmur, eclipsed by the thunderous beating of Amelia’s own heart, a rhythm that echoed the profound, unbidden desire that had finally found its voice in the charged silence of their shared moment. The threshold of desire had been crossed, not with a grand declaration, but with a shared glance, a tentative touch, and the quiet, potent acknowledgment of a connection that promised to redefine everything.</w:t>
      </w:r>
    </w:p>
    <w:p/>
    <w:p>
      <w:r>
        <w:t>The hum of the city, once a distant lullaby, now seemed to be amplified, resonating within the confines of the office, a private concert for two souls on the precipice of something profound. Amelia felt a tremor, not of fear, but of exhilarating anticipation, as Christopher rose from his chair. The polished mahogany of his desk, the formidable barrier that had always separated their professional spheres, was now just a piece of furniture between them. He walked around it, his movements deliberate, unhurried, each step a measured advance that seemed to stretch the charged air between them into an almost tangible thread. The sterile gleam of the office lights, usually so unforgivingly bright, now cast a softer, more intimate glow, softening the edges of the room and, Amelia suspected, the carefully constructed edges of her own composure.</w:t>
      </w:r>
    </w:p>
    <w:p>
      <w:r>
        <w:br/>
        <w:t>He stopped before her, not touching, not speaking, simply existing in the space she occupied, his presence a palpable force. The reports, the market analyses, the very purpose that had brought them together in this late hour, had evaporated like morning mist. All that remained was the raw, undeniable reality of their proximity, the silent acknowledgment of a connection that had been simmering beneath the surface for weeks, a forbidden undercurrent in the smooth, placid waters of their professional relationship. Amelia’s breath caught in her throat, a small, involuntary sound that she prayed he hadn’t heard. Her heart, a frantic drummer against her ribs, seemed to echo the pulse that thrummed beneath his own skin, a resonance she could almost feel, even without his touch.</w:t>
      </w:r>
    </w:p>
    <w:p/>
    <w:p>
      <w:r>
        <w:br/>
        <w:t>He reached out, and Amelia’s eyes instinctively tracked the movement. His hand, the one that commanded boardrooms and navigated complex financial landscapes with an almost effortless grace, now seemed hesitant, as if unsure of its reception. It moved towards her face, and her breath hitched again. His fingers, long and strong, grazed her cheekbone, a feather-light touch that nonetheless sent a wave of heat through her, an electric current that seemed to bypass all her defenses. He didn't pull away; instead, her skin seemed to lean into his touch, a silent, desperate plea for more. His thumb, with a tenderness that stole her breath, began to trace the delicate curve of her cheekbone, a slow, deliberate exploration that felt both infinitely tender and achingly intimate.</w:t>
      </w:r>
    </w:p>
    <w:p/>
    <w:p>
      <w:r>
        <w:br/>
        <w:t>The intensity in his gaze was almost overwhelming. His eyes, the colour of a turbulent sea, held a depth of emotion that had previously been masked by professional detachment. Now, there was no mask, no pretense. There was only raw, unfiltered desire, a vulnerability that mirrored the tempest brewing within her own soul. He searched her eyes, a silent question passing between them, an unspoken query about the precipice they stood upon. Amelia found herself unable to look away, caught in the magnetic pull of his gaze, a willing captive to the unspoken invitation. She saw her own burgeoning feelings reflected there, the same heady mix of apprehension and undeniable longing.</w:t>
      </w:r>
    </w:p>
    <w:p/>
    <w:p>
      <w:r>
        <w:br/>
        <w:t>He leaned in, slowly, deliberately, giving her ample time to protest, to retreat, to reassert the boundaries that had once seemed so impermeable. But Amelia remained frozen, her own desire a powerful, intoxicating force that propelled her forward, cancelling out any instinct for self-preservation. The air crackled with anticipation, thick with the unspoken, the unacknowledged, the forbidden. His gaze dropped to her lips, a fleeting, yet profoundly meaningful movement, and a soft gasp escaped her. The world outside the office, the city lights twinkling like scattered diamonds, the distant murmur of traffic, all faded into insignificance. There was only this moment, this man, this overwhelming connection.</w:t>
      </w:r>
    </w:p>
    <w:p/>
    <w:p>
      <w:r>
        <w:br/>
        <w:t>Then, his lips met hers.</w:t>
      </w:r>
    </w:p>
    <w:p/>
    <w:p>
      <w:r>
        <w:br/>
        <w:t>It wasn't a forceful advance, nor a hesitant peck. It was a slow, deliberate merging, a gentle pressure that gradually deepened, blooming into a kiss that was both tentative and consuming. It was a release, a sigh of pent-up emotion, a culmination of weeks of unspoken tension, of lingering glances, of accidental touches that had sent tremors through them both. Amelia’s hands, as if guided by an instinct she hadn’t known she possessed, rose to cup his face, her fingers sinking into the soft stubble of his jaw. She felt the subtle tremor that ran through him at her touch, a reciprocal response that sent a fresh wave of heat through her veins.</w:t>
      </w:r>
    </w:p>
    <w:p/>
    <w:p>
      <w:r>
        <w:br/>
        <w:t>His arms, which had been resting on the desk, now moved to embrace her, drawing her closer, the last vestiges of distance dissolving between them. The kiss deepened, his mouth exploring hers with a fervent intensity that mirrored the burgeoning desire within her. It was a conversation without words, a passionate dialogue of touch and sensation, each movement, each subtle shift, a declaration of feelings they had both carefully, painstakingly, suppressed. Amelia felt a surrender, a willing capitulation to the intoxicating power of this moment, a release from the self-imposed constraints that had governed her behavior for so long.</w:t>
      </w:r>
    </w:p>
    <w:p/>
    <w:p>
      <w:r>
        <w:br/>
        <w:t>The kiss was a revelation, a shattering of all preconceived notions, a bold, unapologetic declaration of a connection that transcended the professional. It was the culmination of a journey they had embarked upon without even realizing it, a journey that had led them to this very point, standing on the precipice of something that felt both terrifying and exhilaratingly right. His lips moved against hers, a silent question, a plea for more, and Amelia answered with a whispered moan, her fingers tightening their hold on his face, pulling him even closer.</w:t>
      </w:r>
    </w:p>
    <w:p/>
    <w:p>
      <w:r>
        <w:br/>
        <w:t>He tasted of something intoxicatingly familiar, yet utterly new. A hint of coffee, a subtle undertone of his expensive cologne, and something else, something uniquely him, that stirred a primal longing within her. His hand slid from her cheek, tracing the delicate line of her jaw, before moving to rest at the nape of her neck, his fingers tangling in her hair. The gesture was both possessive and tender, a silent claim that sent shivers of delight down her spine. Amelia tilted her head back, granting him deeper access, a silent invitation to explore further.</w:t>
      </w:r>
    </w:p>
    <w:p/>
    <w:p>
      <w:r>
        <w:br/>
        <w:t>The world outside continued its oblivious rhythm, the city lights a blurred panorama through the office window, but within the confines of this room, time seemed to have fractured. Amelia was acutely aware of every sensation: the firm pressure of his body against hers, the warmth radiating from his skin, the soft sounds of their mingled breaths, the intoxicating scent of his cologne that now seemed to fill her senses. This was more than a kiss; it was an awakening, a seismic shift that rearranged the very foundations of her understanding of herself and of him.</w:t>
      </w:r>
    </w:p>
    <w:p/>
    <w:p>
      <w:r>
        <w:br/>
        <w:t>He pulled back slightly, just enough to break the kiss, but not enough to release her from his embrace. His eyes, dark and filled with an emotion she couldn’t quite decipher, met hers. There was a raw vulnerability there, a questioning, a hope, that made her heart ache with a tenderness she hadn’t anticipated. “Amelia,” he murmured, his voice a low, husky rumble that vibrated through her. It was the first time he had spoken her name with such raw emotion, such unguarded feeling, and the sound sent a fresh wave of heat through her.</w:t>
      </w:r>
    </w:p>
    <w:p/>
    <w:p>
      <w:r>
        <w:br/>
        <w:t>She couldn’t form words, only offered a small, shaky breath in response. Her own eyes, she knew, must be mirroring the turmoil and exhilaration she felt. He lifted a hand, his thumb gently stroking her lower lip, a gesture of exquisite tenderness that made her knees weak. “I… I don’t know what this is,” he confessed, his gaze never leaving hers, “but I can’t… I can’t pretend it’s not happening.”</w:t>
      </w:r>
    </w:p>
    <w:p/>
    <w:p>
      <w:r>
        <w:br/>
        <w:t>A small, breathless laugh escaped Amelia. “I don’t want you to pretend, Christopher,” she whispered, her voice thick with unshed emotion. The admission hung in the air between them, a fragile, precious thing, a testament to the truth that had finally broken through their carefully constructed defenses.</w:t>
      </w:r>
    </w:p>
    <w:p/>
    <w:p>
      <w:r>
        <w:br/>
        <w:t>A slow, genuine smile spread across his face, a smile that reached his eyes and softened their intensity. It was a smile of relief, of profound recognition, of a shared understanding that transcended words. He leaned in again, not for a kiss this time, but to rest his forehead against hers, their breath mingling in the charged space between them. “You’re beautiful, Amelia,” he murmured, the words a soft caress against her skin. “Even when you’re meticulously analyzing market trends.”</w:t>
      </w:r>
    </w:p>
    <w:p/>
    <w:p>
      <w:r>
        <w:br/>
        <w:t>The compliment, delivered with such sincerity, sent a blush creeping up her neck. She felt a wave of shyness, of a vulnerability that was both unnerving and incredibly empowering. To be seen, truly seen, by him, was a revelation. He pulled back again, his hands still framing her face, his gaze sweeping over her features, as if memorizing every curve, every contour.</w:t>
      </w:r>
    </w:p>
    <w:p/>
    <w:p>
      <w:r>
        <w:br/>
        <w:t>“This is… uncharted territory for me,” he admitted, his voice laced with a rare note of uncertainty. “I’m not accustomed to… losing control.”</w:t>
      </w:r>
    </w:p>
    <w:p/>
    <w:p>
      <w:r>
        <w:br/>
        <w:t>Amelia’s heart gave a little leap. He, Christopher Sterling, the titan of industry, the man who commanded respect and instilled awe, admitted to losing control? It was a thought both humbling and incredibly seductive. “Perhaps,” she said softly, her voice gaining a new steadiness, “losing control is sometimes the only way to find what you’re truly looking for.”</w:t>
      </w:r>
    </w:p>
    <w:p/>
    <w:p>
      <w:r>
        <w:br/>
        <w:t>His eyes, when he met hers, held a flicker of something that looked suspiciously like hope. He tightened his grip on her face, his thumbs caressing her cheekbones. “And what if what I’m looking for… is you?” he asked, the question hanging in the air, heavy with unspoken implications.</w:t>
      </w:r>
    </w:p>
    <w:p/>
    <w:p>
      <w:r>
        <w:br/>
        <w:t>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She met his gaze, her own heart pounding a frantic, joyous rhythm against her ribs. She saw in his eyes a reflection of her own burgeoning desire, a mirroring of the overwhelming connection that had finally brought them to this precipice.</w:t>
      </w:r>
    </w:p>
    <w:p/>
    <w:p>
      <w:r>
        <w:br/>
        <w:t>She didn’t answer with words. Instead, she leaned forward, closing the remaining distance between them, and kissed him again. This time, the kiss was different. It was deeper, more confident, a bolder exploration of the emotions that had been held captive for so long.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 The world, as they knew it, had just irrevocably changed. The forbidden embrace had begun, and there was no turning back. The sheer audacity of the moment, the unbridled intensity of their shared passion, was a testament to the power of a connection that had been forged in the crucible of intellectual engagement and, unbeknownst to them both, had slowly, irrevocably, blossomed into something far more profound. His lips moved against hers, a silent question, a desperate plea, and Amelia’s answer was a whispered moan, a surrender to the intoxicating reality of their shared desire. The kiss deepened, a consuming inferno that threatened to erase all memory of the professional distance that had so recently defined them. It was a kiss that spoke of weeks of suppressed tension, of lingering glances that held unspoken promises, of accidental touches that had sent electric currents through them both. It was the passionate culmination of their forbidden attraction, a defiant act against the constraints of their professional lives, shattering the last vestiges of their carefully constructed boundaries with an undeniable intensity. The air in the office, once charged with the sterile hum of ambition and the scent of polished mahogany, now vibrated with a different kind of energy, a primal current that coursed between them, hot and irresistible. Amelia’s hands, no longer hesitant, moved to tangle in his hair, drawing him closer, anchoring herself to the overwhelming sensation of his presence. She felt the hard planes of his chest against hers, the powerful beat of his heart echoing the frantic tempo of her own. His kiss was a revelation, a discovery of depths she hadn’t known existed, a testament to the raw, untamed passion that lay beneath his composed exterior. He tasted of something intoxicatingly familiar, yet utterly new, a heady blend of coffee, a subtle undertone of his expensive cologne, and something uniquely him that stirred a primal longing within her. Each touch, each exploration, was a silent declaration of need, a fervent affirmation of a connection that had been smoldering for far too long. The city lights outside, once a mere backdrop, now seemed to mirror the fire igniting within her, a constellation of desires finally finding their expression. He pulled back, just enough for their breaths to mingle, his eyes, dark pools reflecting the intensity of the moment, searching hers. There was a vulnerability there, a raw honesty that both unnerved and captivated her. “Amelia,” he murmured, his voice a low, husky rumble that vibrated through her very being. It was the first time he had spoken her name with such unguarded emotion, such raw feeling, and the sound sent a fresh wave of heat through her, a blush she felt creeping up her neck. His thumb gently traced the curve of her lower lip, a gesture of exquisite tenderness that made her knees weak. “I… I don’t know what this is,” he confessed, his gaze never wavering. “But I can’t… I can’t pretend it’s not happening.” A small, breathless laugh escaped Amelia, a shaky sound of disbelief and delight. “I don’t want you to pretend, Christopher,” she whispered, her voice thick with unshed emotion. The admission hung in the air between them, a fragile, precious thing, a testament to the truth that had finally broken through their carefully constructed defenses. A slow, genuine smile spread across his face, transforming his features, softening the sharp angles that usually conveyed his formidable authority. It was a smile of relief, of profound recognition, of a shared understanding that transcended words. He leaned in again, not for a kiss this time, but to rest his forehead against hers, their breaths mingling in the charged space between them. “You’re beautiful, Amelia,” he murmured, the words a soft caress against her skin. “Even when you’re meticulously analyzing market trends.” The compliment, delivered with such sincerity, sent a flush of shyness through her, a vulnerability that was both unnerving and incredibly empowering. To be seen, truly seen, by him, was a revelation. He pulled back again, his hands still framing her face, his gaze sweeping over her features, as if memorizing every curve, every contour. “This is… uncharted territory for me,” he admitted, his voice laced with a rare note of uncertainty. “I’m not accustomed to… losing control.” Amelia’s heart gave a little leap. He, Christopher Sterling, the titan of industry, the man who commanded respect and instilled awe, admitted to losing control? It was a thought both humbling and incredibly seductive. “Perhaps,” she said softly, her voice gaining a new steadiness, “losing control is sometimes the only way to find what you’re truly looking for.” His eyes, when he met hers, held a flicker of something that looked suspiciously like hope. He tightened his grip on her face, his thumbs caressing her cheekbones. “And what if what I’m looking for… is you?” he asked, the question hanging in the air, heavy with unspoken implications. 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She met his gaze, her own heart pounding a frantic, joyous rhythm against her ribs. She saw in his eyes a reflection of her own burgeoning desire, a mirroring of the overwhelming connection that had finally brought them to this precipice. She didn’t answer with words. Instead, she leaned forward, closing the remaining distance between them, and kissed him again. This time, the kiss was different. It was deeper, more confident, a bolder exploration of the emotions that had been held captive for so long.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 The world, as they knew it, had just irrevocably changed. The forbidden embrace had begun, and there was no turning back. The sheer audacity of the moment, the unbridled intensity of their shared passion, was a testament to the power of a connection that had been forged in the crucible of intellectual engagement and, unbeknownst to them both, had slowly, irrevocably, blossomed into something far more profound. His lips moved against hers, a silent question, a desperate plea, and Amelia’s answer was a whispered moan, a surrender to the intoxicating reality of their shared desire. The kiss deepened, a consuming inferno that threatened to erase all memory of the professional distance that had so recently defined them. It was a kiss that spoke of weeks of suppressed tension, of lingering glances that held unspoken promises, of accidental touches that had sent electric currents through them both. It was the passionate culmination of their forbidden attraction, a defiant act against the constraints of their professional lives, shattering the last vestiges of their carefully constructed boundaries with an undeniable intensity. The air in the office, once charged with the sterile hum of ambition and the scent of polished mahogany, now vibrated with a different kind of energy, a primal current that coursed between them, hot and irresistible. Amelia’s hands, no longer hesitant, moved to tangle in his hair, drawing him closer, anchoring herself to the overwhelming sensation of his presence. She felt the hard planes of his chest against hers, the powerful beat of his heart echoing the frantic tempo of her own. His kiss was a revelation, a discovery of depths she hadn’t known existed, a testament to the raw, untamed passion that lay beneath his composed exterior. He tasted of something intoxicatingly familiar, yet utterly new, a heady blend of coffee, a subtle undertone of his expensive cologne, and something uniquely him that stirred a primal longing within her. Each touch, each exploration, was a silent declaration of need, a fervent affirmation of a connection that had been smoldering for far too long. The city lights outside, once a mere backdrop, now seemed to mirror the fire igniting within her, a constellation of desires finally finding their expression. He pulled back, just enough for their breaths to mingle, his eyes, dark pools reflecting the intensity of the moment, searching hers. There was a vulnerability there, a raw honesty that both unnerved and captivated her. “Amelia,” he murmured, his voice a low, husky rumble that vibrated through her very being. It was the first time he had spoken her name with such unguarded emotion, such raw feeling, and the sound sent a fresh wave of heat through her, a blush she felt creeping up her neck. His thumb gently traced the curve of her lower lip, a gesture of exquisite tenderness that made her knees weak. “I… I don’t know what this is,” he confessed, his gaze never wavering. “But I can’t… I can’t pretend it’s not happening.” A small, breathless laugh escaped Amelia, a shaky sound of disbelief and delight. “I don’t want you to pretend, Christopher,” she whispered, her voice thick with unshed emotion. The admission hung in the air between them, a fragile, precious thing, a testament to the truth that had finally broken through their carefully constructed defenses. A slow, genuine smile spread across his face, transforming his features, softening the sharp angles that usually conveyed his formidable authority. It was a smile of relief, of profound recognition, of a shared understanding that transcended words. He leaned in again, not for a kiss this time, but to rest his forehead against hers, their breaths mingling in the charged space between them. “You’re beautiful, Amelia,” he murmured, the words a soft caress against her skin. “Even when you’re meticulously analyzing market trends.” The compliment, delivered with such sincerity, sent a flush of shyness through her, a vulnerability that was both unnerving and incredibly empowering. To be seen, truly seen, by him, was a revelation. He pulled back again, his hands still framing her face, his gaze sweeping over her features, as if memorizing every curve, every contour. “This is… uncharted territory for me,” he admitted, his voice laced with a rare note of uncertainty. “I’m not accustomed to… losing control.” Amelia’s heart gave a little leap. He, Christopher Sterling, the titan of industry, the man who commanded respect and instilled awe, admitted to losing control? It was a thought both humbling and incredibly seductive. “Perhaps,” she said softly, her voice gaining a new steadiness, “losing control is sometimes the only way to find what you’re truly looking for.” His eyes, when he met hers, held a flicker of something that looked suspiciously like hope. He tightened his grip on her face, his thumbs caressing her cheekbones. “And what if what I’m looking for… is you?” he asked, the question hanging in the air, heavy with unspoken implications. 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She met his gaze, her own heart pounding a frantic, joyous rhythm against her ribs. She saw in his eyes a reflection of her own burgeoning desire, a mirroring of the overwhelming connection that had finally brought them to this precipice. She didn’t answer with words. Instead, she leaned forward, closing the remaining distance between them, and kissed him again. This time, the kiss was different. It was deeper, more confident, a bolder exploration of the emotions that had been held captive for so long.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 The world, as they knew it, had just irrevocably changed. The forbidden embrace had begun, and there was no turning back. The sheer audacity of the moment, the unbridled intensity of their shared passion, was a testament to the power of a connection that had been forged in the crucible of intellectual engagement and, unbeknownst to them both, had slowly, irrevocably, blossomed into something far more profound. His lips moved against hers, a silent question, a desperate plea, and Amelia’s answer was a whispered moan, a surrender to the intoxicating reality of their shared desire. The kiss deepened, a consuming inferno that threatened to erase all memory of the professional distance that had so recently defined them. It was a kiss that spoke of weeks of suppressed tension, of lingering glances that held unspoken promises, of accidental touches that had sent electric currents through them both. It was the passionate culmination of their forbidden attraction, a defiant act against the constraints of their professional lives, shattering the last vestiges of their carefully constructed boundaries with an undeniable intensity. The air in the office, once charged with the sterile hum of ambition and the scent of polished mahogany, now vibrated with a different kind of energy, a primal current that coursed between them, hot and irresistible. Amelia’s hands, no longer hesitant, moved to tangle in his hair, drawing him closer, anchoring herself to the overwhelming sensation of his presence. She felt the hard planes of his chest against hers, the powerful beat of his heart echoing the frantic tempo of her own. His kiss was a revelation, a discovery of depths she hadn’t known existed, a testament to the raw, untamed passion that lay beneath his composed exterior. He tasted of something intoxicatingly familiar, yet utterly new, a heady blend of coffee, a subtle undertone of his expensive cologne, and something uniquely him that stirred a primal longing within her. Each touch, each exploration, was a silent declaration of need, a fervent affirmation of a connection that had been smoldering for far too long. The city lights outside, once a mere backdrop, now seemed to mirror the fire igniting within her, a constellation of desires finally finding their expression. He pulled back, just enough for their breaths to mingle, his eyes, dark pools reflecting the intensity of the moment, searching hers. There was a vulnerability there, a raw honesty that both unnerved and captivated her. “Amelia,” he murmured, his voice a low, husky rumble that vibrated through her very being. It was the first time he had spoken her name with such unguarded emotion, such raw feeling, and the sound sent a fresh wave of heat through her, a blush she felt creeping up her neck. His thumb gently traced the curve of her lower lip, a gesture of exquisite tenderness that made her knees weak. “I… I don’t know what this is,” he confessed, his gaze never wavering. “But I can’t… I can’t pretend it’s not happening.” A small, breathless laugh escaped Amelia, a shaky sound of disbelief and delight. “I don’t want you to pretend, Christopher,” she whispered, her voice thick with unshed emotion. The admission hung in the air between them, a fragile, precious thing, a testament to the truth that had finally broken through their carefully constructed defenses. A slow, genuine smile spread across his face, transforming his features, softening the sharp angles that usually conveyed his formidable authority. It was a smile of relief, of profound recognition, of a shared understanding that transcended words. He leaned in again, not for a kiss this time, but to rest his forehead against hers, their breaths mingling in the charged space between them. “You’re beautiful, Amelia,” he murmured, the words a soft caress against her skin. “Even when you’re meticulously analyzing market trends.” The compliment, delivered with such sincerity, sent a flush of shyness through her, a vulnerability that was both unnerving and incredibly empowering. To be seen, truly seen, by him, was a revelation. He pulled back again, his hands still framing her face, his gaze sweeping over her features, as if memorizing every curve, every contour. “This is… uncharted territory for me,” he admitted, his voice laced with a rare note of uncertainty. “I’m not accustomed to… losing control.” Amelia’s heart gave a little leap. He, Christopher Sterling, the titan of industry, the man who commanded respect and instilled awe, admitted to losing control? It was a thought both humbling and incredibly seductive. “Perhaps,” she said softly, her voice gaining a new steadiness, “losing control is sometimes the only way to find what you’re truly looking for.” His eyes, when he met hers, held a flicker of something that looked suspiciously like hope. He tightened his grip on her face, his thumbs caressing her cheekbones. “And what if what I’m looking for… is you?” he asked, the question hanging in the air, heavy with unspoken implications. 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She met his gaze, her own heart pounding a frantic, joyous rhythm against her ribs. She saw in his eyes a reflection of her own burgeoning desire, a mirroring of the overwhelming connection that had finally brought them to this precipice. She didn’t answer with words. Instead, she leaned forward, closing the remaining distance between them, and kissed him again. This time, the kiss was different. It was deeper, more confident, a bolder exploration of the emotions that had been held captive for so long.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 The world, as they knew it, had just irrevocably changed. The forbidden embrace had begun, and there was no turning back.</w:t>
      </w:r>
    </w:p>
    <w:p/>
    <w:p>
      <w:r>
        <w:t>The world outside, with its demanding deadlines and corporate hierarchies, ceased to exist. In the hushed intimacy of Christopher’s office, with the city lights twinkling a distant, indifferent galaxy beyond the windows, Amelia felt an undeniable surrender. It wasn’t a passive giving up, but a conscious, fervent capitulation to a force that had been building between them for weeks, a silent, potent current that had finally found its conduit. His lips, which had just offered a hesitant, exploratory kiss, now deepened their demand, his mouth a warm, seeking heat against hers. Amelia’s breath hitched, a soft sound lost against his own, as her hands, as if possessed of a will independent of her mind, instinctively rose to cup his face. Her fingers, trembling slightly, found the firm line of his jaw, the subtle stubble a surprising texture against her fingertips, and then tangled in the dark, silken strands of his hair at his temples. She felt a tremor course through him at her touch, a visceral response that was both confirmation and encouragement, sending a fresh wave of intoxicating heat coursing through her own veins.</w:t>
      </w:r>
    </w:p>
    <w:p>
      <w:r>
        <w:br/>
        <w:t>His arms, which had been resting on the desk, now moved with a fluid grace, encircling her waist, drawing her impossibly closer. The last vestiges of space between them, the mere millimeters that had seemed like insurmountable gulfs just moments before, dissolved into nothing. The polished mahogany of his desk, once a formidable barrier, was now merely a solid anchor beneath her hands as she leaned into him, her body pressing against the hard planes of his chest. She could feel the powerful, steady beat of his heart against her own, a frantic counterpoint to the soaring rhythm that had taken possession of her senses. This was not the controlled, measured Christopher Sterling who commanded boardrooms and navigated complex financial landscapes with unwavering precision. This was a man consumed, a man undone, and the raw vulnerability that emanated from him was as compelling as it was unexpected.</w:t>
      </w:r>
    </w:p>
    <w:p/>
    <w:p>
      <w:r>
        <w:br/>
        <w:t>His kiss deepened further, his mouth exploring hers with a fervent, unhurried intensity that mirrored the burgeoning desire within her own soul. It was a conversation without words, a passionate dialogue of touch and sensation, each subtle shift, each deepening pressure, a declaration of feelings they had both so carefully, so painstakingly, suppressed. Amelia felt a profound sense of release, a willing capitulation to the intoxicating power of this moment. The self-imposed constraints, the professional decorum that had governed her every interaction with him, melted away like frost in the morning sun. Here, in his arms, she was not the diligent intern, the aspiring professional; she was simply a woman, alive with a yearning she had barely dared to acknowledge until this very instant.</w:t>
      </w:r>
    </w:p>
    <w:p/>
    <w:p>
      <w:r>
        <w:br/>
        <w:t>The kiss was a revelation, a shattering of all preconceived notions she had held about herself and about him. It was a bold, unapologetic declaration of a connection that transcended the professional, a bond forged in shared intellectual sparks and late-night brainstorming sessions, a connection that had been simmering beneath the surface, waiting for this very moment to ignite. He pulled back slightly, just enough for their breaths to mingle, his eyes, dark pools reflecting the flickering intensity of the city lights, searching hers. There was a raw honesty there, a profound vulnerability that both unnerved and captivated her.</w:t>
      </w:r>
    </w:p>
    <w:p/>
    <w:p>
      <w:r>
        <w:br/>
        <w:t>“Amelia,” he murmured, his voice a low, husky rumble that vibrated through her very being, a sound that was both startling and achingly familiar. It was the first time he had spoken her name with such unguarded emotion, such raw feeling, and the sound sent a fresh wave of heat through her, a blush she felt creeping up her neck, a betraying testament to the effect he had on her. His thumb, with exquisite tenderness, gently traced the curve of her lower lip, a feather-light touch that sent shivers of delight down her spine, making her knees feel suddenly weak.</w:t>
      </w:r>
    </w:p>
    <w:p/>
    <w:p>
      <w:r>
        <w:br/>
        <w:t>“I… I don’t know what this is,” he confessed, his gaze never wavering, his eyes holding hers with an intensity that seemed to strip away every pretense. “But I can’t… I can’t pretend it’s not happening.”</w:t>
      </w:r>
    </w:p>
    <w:p/>
    <w:p>
      <w:r>
        <w:br/>
        <w:t>A small, breathless laugh escaped Amelia, a shaky sound of disbelief and delight, a confession in itself. “I don’t want you to pretend, Christopher,” she whispered, her voice thick with unshed emotion, the words tasting sweet and dangerous on her tongue. The admission hung in the air between them, a fragile, precious thing, a testament to the truth that had finally broken through their carefully constructed defenses, a truth that was both terrifying and exhilarating.</w:t>
      </w:r>
    </w:p>
    <w:p/>
    <w:p>
      <w:r>
        <w:br/>
        <w:t>A slow, genuine smile spread across his face, transforming his features, softening the sharp angles that usually conveyed his formidable authority. It was a smile of relief, of profound recognition, of a shared understanding that transcended the need for further words. He leaned in again, not for another kiss, but to rest his forehead against hers, their breaths mingling in the charged space between them. “You’re beautiful, Amelia,” he murmured, the words a soft caress against her skin, a whispered benediction. “Even when you’re meticulously analyzing market trends.”</w:t>
      </w:r>
    </w:p>
    <w:p/>
    <w:p>
      <w:r>
        <w:br/>
        <w:t>The compliment, delivered with such sincerity, sent a flush of shyness through her, a vulnerability that was both unnerving and incredibly empowering. To be seen, truly seen, by him, was a revelation. He pulled back again, his hands still framing her face, his gaze sweeping over her features, as if memorizing every curve, every contour, every nuance of her expression. “This is… uncharted territory for me,” he admitted, his voice laced with a rare note of uncertainty, a hint of the man beneath the polished veneer. “I’m not accustomed to… losing control.”</w:t>
      </w:r>
    </w:p>
    <w:p/>
    <w:p>
      <w:r>
        <w:br/>
        <w:t>Amelia’s heart gave a little leap at his confession. He, Christopher Sterling, the titan of industry, the man who commanded respect and instilled awe, admitted to losing control? It was a thought both humbling and incredibly seductive. “Perhaps,” she said softly, her voice gaining a new steadiness, a newfound confidence born of the intimacy they shared, “losing control is sometimes the only way to find what you’re truly looking for.”</w:t>
      </w:r>
    </w:p>
    <w:p/>
    <w:p>
      <w:r>
        <w:br/>
        <w:t>His eyes, when he met hers again, held a flicker of something that looked suspiciously like hope. He tightened his grip on her face, his thumbs caressing her cheekbones, drawing her in for a kiss that was no longer hesitant, but a fervent, possessive claiming. “And what if what I’m looking for… is you?” he asked, the question hanging in the air, heavy with unspoken implications, with the promise of a future they had never dared to envision.</w:t>
      </w:r>
    </w:p>
    <w:p/>
    <w:p>
      <w:r>
        <w:br/>
        <w:t>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leaving them exposed and vulnerable in their shared desire. She met his gaze, her own heart pounding a frantic, joyous rhythm against her ribs. She saw in his eyes a reflection of her own burgeoning desire, a mirroring of the overwhelming connection that had finally brought them to this precipice, this precipice of forbidden passion.</w:t>
      </w:r>
    </w:p>
    <w:p/>
    <w:p>
      <w:r>
        <w:br/>
        <w:t>She didn’t answer with words. Instead, she leaned forward, closing the remaining distance between them, and kissed him again. This time, the kiss was different. It was deeper, more confident, a bolder exploration of the emotions that had been held captive for so long, a testament to the undeniable truth of their mutual attraction.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witnesses. The world, as they knew it, had just irrevocably changed. The forbidden embrace had begun, and there was no turning back. The sheer audacity of the moment, the unbridled intensity of their shared passion, was a testament to the power of a connection that had been forged in the crucible of intellectual engagement and, unbeknownst to them both, had slowly, irrevocably, blossomed into something far more profound, something that now threatened to consume them whole. His lips moved against hers, a silent question, a desperate plea, and Amelia’s answer was a whispered moan, a surrender to the intoxicating reality of their shared desire. The kiss deepened, a consuming inferno that threatened to erase all memory of the professional distance that had so recently defined them. It was a kiss that spoke of weeks of suppressed tension, of lingering glances that held unspoken promises, of accidental touches that had sent electric currents through them both, leaving them breathless and wanting. It was the passionate culmination of their forbidden attraction, a defiant act against the constraints of their professional lives, shattering the last vestiges of their carefully constructed boundaries with an undeniable intensity. The air in the office, once charged with the sterile hum of ambition and the scent of polished mahogany, now vibrated with a different kind of energy, a primal current that coursed between them, hot and irresistible, a current that threatened to pull them under, to sweep them away into a sea of unadulterated passion. Amelia’s hands, no longer hesitant, moved to tangle in his hair, drawing him closer, anchoring herself to the overwhelming sensation of his presence, her fingers caressing the firm contours of his scalp, a gesture of desperate need. She felt the hard planes of his chest against hers, the powerful beat of his heart echoing the frantic tempo of her own, a shared rhythm of desire that resonated deep within her. His kiss was a revelation, a discovery of depths she hadn’t known existed, a testament to the raw, untamed passion that lay beneath his composed exterior, a passion that mirrored the storm raging within her own soul. He tasted of something intoxicatingly familiar, yet utterly new, a heady blend of coffee, a subtle undertone of his expensive cologne, and something uniquely him that stirred a primal longing within her, a hunger that had been building for far too long. Each touch, each exploration, was a silent declaration of need, a fervent affirmation of a connection that had been smoldering for far too long, a flame that had finally erupted into an all-consuming conflagration. The city lights outside, once a mere backdrop, now seemed to mirror the fire igniting within her, a constellation of desires finally finding their expression, a celestial dance of forbidden longing.</w:t>
      </w:r>
    </w:p>
    <w:p/>
    <w:p>
      <w:r>
        <w:br/>
        <w:t>He pulled back again, just enough for their breaths to mingle, his eyes, dark pools reflecting the flickering intensity of the moment, searching hers with a mixture of triumph and a lingering disbelief. There was a vulnerability there, a raw honesty that both unnerved and captivated her, a man stripped bare of his carefully constructed defenses, revealed in his unadulterated desire. “Amelia,” he murmured again, his voice a low, husky rumble that vibrated through her very being, a sound that was both a plea and a promise. It was the first time he had spoken her name with such unguarded emotion, such raw feeling, and the sound sent a fresh wave of heat through her, a blush she felt creeping up her neck, a betraying testament to the effect he had on her, a testament to the magnetic pull that had drawn them together. His thumb, with exquisite tenderness, gently traced the curve of her lower lip, a feather-light touch that sent shivers of delight down her spine, making her knees feel suddenly weak, threatening to buckle beneath her. “I… I don’t know what this is,” he confessed, his gaze never wavering, his eyes holding hers with an intensity that seemed to strip away every pretense, leaving them both exposed and vulnerable in the raw reality of their shared desire. “But I can’t… I can’t pretend it’s not happening.”</w:t>
      </w:r>
    </w:p>
    <w:p/>
    <w:p>
      <w:r>
        <w:br/>
        <w:t>A small, breathless laugh escaped Amelia, a shaky sound of disbelief and delight, a confession in itself, a silent acknowledgment of the truth that had finally broken through their carefully constructed defenses. “I don’t want you to pretend, Christopher,” she whispered, her voice thick with unshed emotion, the words tasting sweet and dangerous on her tongue, a declaration of her own surrender. The admission hung in the air between them, a fragile, precious thing, a testament to the truth that had finally broken through their carefully constructed defenses, a truth that was both terrifying and exhilarating, a truth that promised to redefine everything they had ever known. A slow, genuine smile spread across his face, transforming his features, softening the sharp angles that usually conveyed his formidable authority, revealing a glimpse of the man beneath the powerful exterior. It was a smile of relief, of profound recognition, of a shared understanding that transcended the need for further words, a silent acknowledgment of a bond that had finally found its voice, its form, its undeniable reality. He leaned in again, not for another kiss, but to rest his forehead against hers, their breaths mingling in the charged space between them, a shared intimacy that was both comforting and electrifying. “You’re beautiful, Amelia,” he murmured, the words a soft caress against her skin, a whispered benediction, a confirmation of the truth that had been simmering between them for so long. “Even when you’re meticulously analyzing market trends.”</w:t>
      </w:r>
    </w:p>
    <w:p/>
    <w:p>
      <w:r>
        <w:br/>
        <w:t>The compliment, delivered with such sincerity, sent a flush of shyness through her, a vulnerability that was both unnerving and incredibly empowering. To be seen, truly seen, by him, was a revelation, a profound understanding that went beyond the superficial, touching the very core of her being. He pulled back again, his hands still framing her face, his gaze sweeping over her features, as if memorizing every curve, every contour, every nuance of her expression, imprinting her image onto his soul. “This is… uncharted territory for me,” he admitted, his voice laced with a rare note of uncertainty, a hint of the man beneath the polished veneer, the man who had finally allowed himself to be vulnerable. “I’m not accustomed to… losing control.”</w:t>
      </w:r>
    </w:p>
    <w:p/>
    <w:p>
      <w:r>
        <w:br/>
        <w:t>Amelia’s heart gave a little leap at his confession. He, Christopher Sterling, the titan of industry, the man who commanded respect and instilled awe, admitted to losing control? It was a thought both humbling and incredibly seductive, a testament to the power of their connection. “Perhaps,” she said softly, her voice gaining a new steadiness, a newfound confidence born of the intimacy they shared, “losing control is sometimes the only way to find what you’re truly looking for.” His eyes, when he met hers again, held a flicker of something that looked suspiciously like hope, a nascent spark of anticipation for what was to come. He tightened his grip on her face, his thumbs caressing her cheekbones, drawing her in for a kiss that was no longer hesitant, but a fervent, possessive claiming, a claiming of her heart, her soul, her very being. “And what if what I’m looking for… is you?” he asked, the question hanging in the air, heavy with unspoken implications, with the promise of a future they had never dared to envision, a future that was unfolding before them, as tangible as the touch of his lips.</w:t>
      </w:r>
    </w:p>
    <w:p/>
    <w:p>
      <w:r>
        <w:br/>
        <w:t>The question, so direct, so potent, sent a jolt through Amelia, a mixture of exhilaration and a healthy dose of apprehension. This was it. The point of no return. The moment where all the carefully constructed walls, the professional decorum, the unspoken rules, were definitively shattered, leaving them exposed and vulnerable in the raw reality of their shared desire. She met his gaze, her own heart pounding a frantic, joyous rhythm against her ribs, a testament to the overwhelming emotions that coursed through her. She saw in his eyes a reflection of her own burgeoning desire, a mirroring of the overwhelming connection that had finally brought them to this precipice, this precipice of forbidden passion, this precipice of a new beginning. She didn’t answer with words. Instead, she leaned forward, closing the remaining distance between them, and kissed him again. This time, the kiss was different. It was deeper, more confident, a bolder exploration of the emotions that had been held captive for so long, a testament to the undeniable truth of their mutual attraction. It was a kiss that spoke of longing, of desire, of a shared acknowledgment of a connection that was too powerful, too compelling, to ignore. It was a kiss that promised more, much more, than just a fleeting moment of stolen passion. It was a promise of a future, a future they had never dared to imagine, a future that had just begun to unfold in the quiet, intimate sanctuary of his office, with the city lights as their silent witnesses. The world, as they knew it, had just irrevocably changed. The forbidden embrace had begun, and there was no turning back. The sheer audacity of the moment, the unbridled intensity of their shared passion, was a testament to the power of a connection that had been forged in the crucible of intellectual engagement and, unbeknownst to them both, had slowly, irrevocably, blossomed into something far more profound, something that now threatened to consume them whole, something that felt both terrifying and exquisitely right. His lips moved against hers, a silent question, a desperate plea, and Amelia’s answer was a whispered moan, a surrender to the intoxicating reality of their shared desire, a reality that was both intoxicating and overwhelming. The kiss deepened, a consuming inferno that threatened to erase all memory of the professional distance that had so recently defined them, a fiery embrace that burned away all pretense, all inhibition. It was a kiss that spoke of weeks of suppressed tension, of lingering glances that held unspoken promises, of accidental touches that had sent electric currents through them both, leaving them breathless and wanting, a hunger that was insatiable. It was the passionate culmination of their forbidden attraction, a defiant act against the constraints of their professional lives, shattering the last vestiges of their carefully constructed boundaries with an undeniable intensity, a force that was both destructive and deeply liberating. The air in the office, once charged with the sterile hum of ambition and the scent of polished mahogany, now vibrated with a different kind of energy, a primal current that coursed between them, hot and irresistible, a current that threatened to pull them under, to sweep them away into a sea of unadulterated passion, a sea where they could finally breathe, finally feel, finally be. Amelia’s hands, no longer hesitant, moved to tangle in his hair, drawing him closer, anchoring herself to the overwhelming sensation of his presence, her fingers caressing the firm contours of his scalp, a gesture of desperate need, a silent plea for more. She felt the hard planes of his chest against hers, the powerful beat of his heart echoing the frantic tempo of her own, a shared rhythm of desire that resonated deep within her, a symphony of longing. His kiss was a revelation, a discovery of depths she hadn’t known existed, a testament to the raw, untamed passion that lay beneath his composed exterior, a passion that mirrored the storm raging within her own soul, a storm that threatened to break free and consume them both. He tasted of something intoxicatingly familiar, yet utterly new, a heady blend of coffee, a subtle undertone of his expensive cologne, and something uniquely him that stirred a primal longing within her, a hunger that had been building for far too long, a hunger that could only be sated by his touch. Each touch, each exploration, was a silent declaration of need, a fervent affirmation of a connection that had been smoldering for far too long, a flame that had finally erupted into an all-consuming conflagration, a fire that burned with an intensity that was both terrifying and exhilarating. The city lights outside, once a mere backdrop, now seemed to mirror the fire igniting within her, a constellation of desires finally finding their expression, a celestial dance of forbidden longing that was both intoxicating and deeply exhilarating. He pulled back again, just enough for their breaths to mingle, his eyes, dark pools reflecting the flickering intensity of the moment, searching hers with a mixture of triumph and a lingering disbelief, a disbelief at the sheer power of their connection. There was a vulnerability there, a raw honesty that both unnerved and captivated her, a man stripped bare of his carefully constructed defenses, revealed in his unadulterated desire, a desire that was as potent as it was pure.</w:t>
      </w:r>
    </w:p>
    <w:p/>
    <w:p>
      <w:r>
        <w:br w:type="page"/>
      </w:r>
    </w:p>
    <w:p>
      <w:pPr>
        <w:spacing w:before="5040"/>
        <w:jc w:val="center"/>
      </w:pPr>
      <w:r>
        <w:rPr/>
        <w:t xml:space="preserve"> 6: A Secret Affair</w:t>
      </w:r>
    </w:p>
    <w:p>
      <w:r>
        <w:t>The city outside was slowly waking, the first tentative blush of dawn softening the harsh edges of the skyscrapers. Inside Christopher’s opulent office, however, time seemed to have stood still, or perhaps it had accelerated to a dizzying pace, leaving Amelia in a state of blissful disorientation. The passionate crescendo of the night had finally subsided, leaving behind a profound sense of peace, a quiet hum of contentment that resonated through her very core. Her head rested on Christopher’s chest, the steady rhythm of his heart a comforting counterpoint to the lingering thrum of adrenaline in her own veins. His arm remained securely around her, a possessive, protective embrace that felt both intoxicatingly intimate and strangely natural. They lay tangled amongst the discarded remnants of their clothing, the polished mahogany desk now a forgotten obstacle, a mere piece of furniture in the vast landscape of their shared intimacy.</w:t>
      </w:r>
    </w:p>
    <w:p>
      <w:r>
        <w:br/>
        <w:t>Neither spoke, and in that shared silence, a new language was being formed, a vocabulary of whispered breaths, of intertwined limbs, of the gentle pressure of a hand against a cheek. The world that had existed before this moment – the world of deadlines, of corporate ladders, of carefully guarded emotions – felt a million miles away, a hazy, distant memory. Here, in the intimate confines of this stolen time, there was only the raw, undeniable reality of their connection. Amelia traced the faint line of a scar on Christopher’s shoulder, a small, almost imperceptible imperfection that somehow made him feel even more real, more human. He stirred, his breath ghosting over her hair, and she felt a subtle shift as he tightened his hold, drawing her even closer.</w:t>
      </w:r>
    </w:p>
    <w:p/>
    <w:p>
      <w:r>
        <w:br/>
        <w:t>“Amelia,” he murmured, his voice husky with sleep and something more, something that hinted at the profound shift within him. It was a sound that held a universe of unspoken emotions, a testament to the vulnerability he had so readily shown her. She tilted her head, her eyes meeting his as he turned to look at her. The intensity in his gaze was undimmed by the night’s exertions; if anything, it had deepened, a molten pool of desire and something akin to awe. The sharp, analytical gaze that usually dissected market trends was softened, imbued with a tenderness that made her heart ache in the most beautiful way.</w:t>
      </w:r>
    </w:p>
    <w:p/>
    <w:p>
      <w:r>
        <w:br/>
        <w:t>“We should…” he started, the words trailing off, the unspoken truth hanging in the air between them. They both knew the inevitable return to reality, to the demands of their respective lives, to the precarious balance they had so recklessly disrupted. The dawn, creeping further into the room, was a stark reminder that their sanctuary was temporary, their stolen hours finite.</w:t>
      </w:r>
    </w:p>
    <w:p/>
    <w:p>
      <w:r>
        <w:br/>
        <w:t>Amelia’s fingers brushed a stray lock of hair from his forehead, a gentle, unconscious gesture of affection. “I know,” she replied, her voice a soft whisper, barely disturbing the charged air. There was no regret in her tone, only a profound sense of wonder, a dawning realization that something irreversible had occurred. Their lives, once meticulously compartmentalized, had irrevocably collided, and the fallout was exhilaratingly terrifying.</w:t>
      </w:r>
    </w:p>
    <w:p/>
    <w:p>
      <w:r>
        <w:br/>
        <w:t>As if on cue, Christopher’s phone buzzed on the desk, a harsh, jarring sound that shattered the fragile peace. He glanced at it, his jaw tightening almost imperceptibly. “Five AM,” he stated, his voice devoid of its earlier warmth, a flicker of the executive resurfacing. The reality of the Sterling Corp world, with its relentless demands and watchful eyes, began to reclaim its territory.</w:t>
      </w:r>
    </w:p>
    <w:p/>
    <w:p>
      <w:r>
        <w:br/>
        <w:t>Slowly, reluctantly, they began to untangle themselves, the act of separation feeling as profound as their coming together. The intimacy of the night had left an invisible thread connecting them, a palpable awareness of each other’s presence that would linger long after they had physically parted. Dressing became a ritual of hushed movements, of averted gazes and stolen glances, a silent acknowledgment of the monumental shift that had taken place. Amelia buttoned her blouse, her fingers fumbling slightly, a stark contrast to the practiced efficiency she usually displayed. The fabric felt different against her skin, imbued with the memory of his touch.</w:t>
      </w:r>
    </w:p>
    <w:p/>
    <w:p>
      <w:r>
        <w:br/>
        <w:t>Christopher dressed with a swift, economical grace, his movements betraying none of the emotional turbulence Amelia felt swirling within her. Yet, his eyes, when they met hers, held a depth of understanding, a silent promise of continuity. He watched her, his gaze lingering on her face as if trying to commit every detail to memory, a subtle tension in his posture that spoke volumes about the internal conflict he was undoubtedly experiencing. The man who commanded boardrooms with an iron fist was, in this moment, grappling with a vulnerability he had rarely, if ever, allowed himself to show.</w:t>
      </w:r>
    </w:p>
    <w:p/>
    <w:p>
      <w:r>
        <w:br/>
        <w:t>“Are you alright?” he asked, his voice low, the question laden with more than just simple concern. It was a question about their future, about the path they had just embarked upon.</w:t>
      </w:r>
    </w:p>
    <w:p/>
    <w:p>
      <w:r>
        <w:br/>
        <w:t>Amelia met his gaze, a small, tremulous smile gracing her lips. “Yes,” she breathed, the word a testament to the overwhelming exhilaration that had supplanted any lingering apprehension. “I am.” The truth of it surprised even herself. She felt not fear, but a potent sense of awakening, a burgeoning confidence born from the uninhibited intimacy she had shared with him.</w:t>
      </w:r>
    </w:p>
    <w:p/>
    <w:p>
      <w:r>
        <w:br/>
        <w:t>He reached out, his fingertips brushing lightly against her cheek, a gesture so tender it sent a shiver down her spine. “We need to be careful, Amelia,” he said, his voice a low warning, a stark reminder of the high-stakes environment they inhabited. Sterling Corp was a viper’s nest of ambition and rivalry, and their newfound connection, if discovered, would be a beacon for every calculating eye.</w:t>
      </w:r>
    </w:p>
    <w:p/>
    <w:p>
      <w:r>
        <w:br/>
        <w:t>“I know,” she replied, her voice steady. The thrill of the forbidden, the intoxicating allure of their secret, had only intensified the gravity of the situation. She understood the risks, the potential repercussions, but the sheer power of their connection, forged in the crucible of shared passion, outweighed any fear.</w:t>
      </w:r>
    </w:p>
    <w:p/>
    <w:p>
      <w:r>
        <w:br/>
        <w:t>He nodded, a flicker of relief crossing his face. “Breakfast?” he asked, the question a lifeline, a way to anchor themselves back to some semblance of normalcy, however fleeting.</w:t>
      </w:r>
    </w:p>
    <w:p/>
    <w:p>
      <w:r>
        <w:br/>
        <w:t>Amelia hesitated for a moment, then nodded. The thought of facing him in the sterile light of day, in the context of their professional roles, was daunting. But the thought of leaving him, of parting after such a profound experience, was even more so. “Just coffee,” she said, a ghost of her earlier playful sarcasm returning.</w:t>
      </w:r>
    </w:p>
    <w:p/>
    <w:p>
      <w:r>
        <w:br/>
        <w:t>He offered a faint smile, a rare, genuine curve of his lips that transformed his features. “Just coffee,” he agreed, his gaze holding hers, a silent acknowledgment of the unspoken understanding that now existed between them. The rules had changed, the boundaries blurred, and they were stepping into a new, uncharted territory together, a territory defined by the intoxicating thrill of a secret affair, a clandestine connection that promised both unparalleled joy and the ever-present danger of exposure. The dawn, now fully breaking, cast long shadows across the opulent office, a silent witness to the profound transformation that had occurred within its walls. Their lives, once separate and distinct, had merged into a single, exhilarating, and perilous narrative, and as they prepared to step back into the unforgiving light of day, they knew that the world they were re-entering would never look the same again. The air crackled with an unspoken promise, a whispered secret that would bind them together in the intricate tapestry of Sterling Corp, a secret that would fuel their passion and test their resolve in equal measure. The exhilarating dawn of their new reality had arrived, cloaked in the shadows of secrecy and fueled by a desire that had finally found its voice, its form, and its undeniable, earth-shattering truth. Their clandestine encounter had not merely been a momentary lapse in judgment; it had been a seismic shift, a redefinition of their very existence, an awakening of emotions and desires that had been lying dormant, waiting for the precise moment, the perfect catalyst, to erupt. The professional facade, once so carefully maintained, had crumbled, revealing the raw, potent undercurrents that had been flowing between them for weeks, a silent, potent current that had now broken free, carrying them both away on its exhilarating, and potentially devastating, tide. They were no longer simply colleagues, employer and employee; they were something infinitely more complex, bound by a shared experience that transcended the superficialities of corporate life, a shared experience that was both their greatest joy and their most profound vulnerability. The lingering scent of their passion, a heady mix of mingled cologne and something uniquely human, clung to the air, a tangible reminder of the night’s unbridled intensity. Each shared glance, each carefully chosen word, was laden with the weight of unspoken emotions, of a mutual acknowledgment of the profound shift that had occurred. The exhilaration was a potent cocktail, a heady blend of desire, excitement, and a frisson of fear that only served to amplify the intoxicating allure of their newfound connection. They were embarking on a dangerous dance, a tightrope walk between professional propriety and personal longing, a dance that promised both exquisite pleasure and the very real risk of a spectacular fall. Yet, as Amelia met Christopher’s gaze, she saw not apprehension, but a shared determination, a quiet understanding that they would navigate this treacherous terrain together, their secret a silent, powerful bond that would bind them in ways they were only just beginning to comprehend. The dawn, with its gentle illumination, was not just the end of a night; it was the beginning of a new chapter, a chapter written in the indelible ink of shared passion and whispered promises, a chapter that would unfold within the labyrinthine corridors of Sterling Corp, a testament to the enduring power of human connection, even in the most unlikely of circumstances. The meticulous order of Christopher’s office, once a symbol of his unyielding control, had been irrevocably disrupted, transformed into a clandestine haven, a sanctuary where professional boundaries had dissolved, leaving only the raw, untamed landscape of their mutual desire. The city lights, which had served as their silent witnesses throughout the night, now dimmed in comparison to the incandescent glow of the new reality they had forged, a reality illuminated by the fierce, unyielding flame of their shared passion. The world outside remained oblivious, its rhythms dictated by the mundane march of time and corporate ambition, unaware of the seismic shift that had occurred within these four walls, a shift that had irrevocably altered the course of two lives, setting them on a path fraught with both exhilarating promise and the ever-present specter of discovery. The quietude that now enveloped them was not an absence of emotion, but rather a profound stillness after a storm, a moment of shared contemplation before they re-entered the tempestuous currents of their professional lives. Amelia felt a sense of profound transformation, a shedding of the old self, replaced by a woman who had tasted the intoxicating elixir of uninhibited desire and found it to be both liberating and utterly consuming. The professional Amelia, the diligent intern, the aspiring protégé, had been irrevocably altered, imbued with a new awareness, a new depth, a new fire that burned brightly within her. Christopher, too, seemed changed, the formidable edifice of his usual reserve softened by a vulnerability that was both disarming and incredibly alluring. The man who had held the reins of power with such unwavering certainty had, for a few stolen hours, relinquished them, allowing himself to be swept away by a force that was as powerful as it was undeniable. As they dressed, the mundane act was imbued with a charged significance, each movement a silent testament to the profound intimacy they had shared, a lingering echo of their intertwined bodies, their whispered confessions, their unbridled passion. The silence between them was not awkward, but rather a comfortable intimacy, a shared understanding that transcended the need for verbal articulation. It was a silence pregnant with meaning, a silent acknowledgment of the unspoken vows they had exchanged, the silent promises they had made to each other in the dark, intoxicating hours of the night. The dawn, with its ethereal glow, served as a gentle nudge, a reminder of the world that awaited them, a world that demanded their return, their adherence to the established order, their careful navigation of the treacherous waters of Sterling Corp. But even as they prepared to re-enter that world, they carried with them the indelible imprint of their shared experience, a secret ember that would continue to burn, fueling their clandestine connection, their forbidden passion, their new, exhilarating reality. The meticulous precision with which Christopher usually operated seemed to falter for a brief moment as he fumbled with his cufflinks, a subtle tremor betraying the magnitude of the emotional upheaval he was experiencing. Amelia watched him, her heart swelling with a mixture of tenderness and a fierce protectiveness, a desire to shield him from the harsh realities that awaited them. They were in this together, a pact forged in the fires of shared passion, a secret alliance that would define the unspoken narrative of their professional lives, a narrative that promised to be as thrilling as it was perilous. The dawn was not merely a transition from night to day; it was a symbolic unveiling, a revelation of a truth that had been simmering beneath the surface for too long, a truth that had finally broken free, transforming their lives in its wake, irrevocably altering the landscape of their hearts and minds. The shared glances, the subtle touches, the lingering silences – all spoke of a connection that had transcended the boundaries of professionalism, a connection that was as exhilarating as it was dangerous, a connection that had just begun its intoxicating, and potentially destructive, journey. The world outside, with its relentless demands and unforgiving judgments, awaited them, but for now, in the quiet aftermath of their shared passion, they existed in a space suspended between two realities, bound by a secret that had just dawned, a secret that would shape their future in ways they were only beginning to fathom. The profound intimacy of the night had stripped away all pretense, leaving them exposed and vulnerable, yet in that vulnerability, they had found an unexpected strength, a shared resilience that would serve them well as they ventured into the unknown, hand in hand, heart to heart, bound by the incandescent dawn of their secret affair. The lingering warmth of his touch, the imprint of his lips still a phantom sensation on her skin, served as a constant reminder of the extraordinary night they had shared, a night that had redefined everything she thought she knew about herself, about him, about the very nature of desire and connection. She felt a surge of exhilaration, a potent cocktail of adrenaline and pure, unadulterated joy, mingled with a sliver of trepidation. The path ahead was uncertain, fraught with potential pitfalls, but the intensity of their shared passion had ignited a fire within her, a fire that promised to consume any obstacles in its path. They were no longer merely colleagues navigating the corporate landscape; they were co-conspirators in a thrilling, clandestine adventure, their shared secret a powerful, invisible bond that would guide their every interaction, their every stolen glance, their every whispered word. The dawn, in its gentle ascent, seemed to herald not just the beginning of a new day, but the dawn of a new reality, a reality sculpted by their mutual desire, a reality where the rules of engagement had been rewritten, and the stakes had never been higher. They were standing on the precipice of something extraordinary, something that promised to redefine the very fabric of their existence, and as they prepared to step back into the unforgiving light of day, they did so with a shared sense of purpose, a silent pact to protect this fragile, precious flame that had been ignited in the heart of their secret affair. The meticulously organized chaos of their shared intimacy had given way to a quiet, reflective calm, a shared moment of understanding before they re-entered the arena of professional ambition, carrying within them the potent, exhilarating secret of their transformed relationship. The world, as they knew it, had been irrevocably altered, painted in new hues of passion and intrigue, and they were ready, perhaps even eager, to explore the uncharted territory that lay before them, a territory defined by the intoxicating allure of their forbidden connection. The dawn was not an end, but a beginning, a luminous promise of the thrilling, perilous journey they were about to undertake, a journey bound by the unspoken vows exchanged in the hushed intimacy of Christopher’s office, a journey that had just begun.</w:t>
      </w:r>
    </w:p>
    <w:p/>
    <w:p>
      <w:r>
        <w:t>The city outside was slowly waking, the first tentative blush of dawn softening the harsh edges of the skyscrapers. Inside Christopher’s opulent office, however, time seemed to have stood still, or perhaps it had accelerated to a dizzying pace, leaving Amelia in a state of blissful disorientation. The passionate crescendo of the night had finally subsided, leaving behind a profound sense of peace, a quiet hum of contentment that resonated through her very core. Her head rested on Christopher’s chest, the steady rhythm of his heart a comforting counterpoint to the lingering thrum of adrenaline in her own veins. His arm remained securely around her, a possessive, protective embrace that felt both intoxicatingly intimate and strangely natural. They lay tangled amongst the discarded remnants of their clothing, the polished mahogany desk now a forgotten obstacle, a mere piece of furniture in the vast landscape of their shared intimacy.</w:t>
      </w:r>
    </w:p>
    <w:p>
      <w:r>
        <w:br/>
        <w:t>Neither spoke, and in that shared silence, a new language was being formed, a vocabulary of whispered breaths, of intertwined limbs, of the gentle pressure of a hand against a cheek. The world that had existed before this moment – the world of deadlines, of corporate ladders, of carefully guarded emotions – felt a million miles away, a hazy, distant memory. Here, in the intimate confines of this stolen time, there was only the raw, undeniable reality of their connection. Amelia traced the faint line of a scar on Christopher’s shoulder, a small, almost imperceptible imperfection that somehow made him feel even more real, more human. He stirred, his breath ghosting over her hair, and she felt a subtle shift as he tightened his hold, drawing her even closer.</w:t>
      </w:r>
    </w:p>
    <w:p/>
    <w:p>
      <w:r>
        <w:br/>
        <w:t>“Amelia,” he murmured, his voice husky with sleep and something more, something that hinted at the profound shift within him. It was a sound that held a universe of unspoken emotions, a testament to the vulnerability he had so readily shown her. She tilted her head, her eyes meeting his as he turned to look at her. The intensity in his gaze was undimmed by the night’s exertions; if anything, it had deepened, a molten pool of desire and something akin to awe. The sharp, analytical gaze that usually dissected market trends was softened, imbued with a tenderness that made her heart ache in the most beautiful way.</w:t>
      </w:r>
    </w:p>
    <w:p/>
    <w:p>
      <w:r>
        <w:br/>
        <w:t>“We should…” he started, the words trailing off, the unspoken truth hanging in the air between them. They both knew the inevitable return to reality, to the demands of their respective lives, to the precarious balance they had so recklessly disrupted. The dawn, creeping further into the room, was a stark reminder that their sanctuary was temporary, their stolen hours finite.</w:t>
      </w:r>
    </w:p>
    <w:p/>
    <w:p>
      <w:r>
        <w:br/>
        <w:t>Amelia’s fingers brushed a stray lock of hair from his forehead, a gentle, unconscious gesture of affection. “I know,” she replied, her voice a soft whisper, barely disturbing the charged air. There was no regret in her tone, only a profound sense of wonder, a dawning realization that something irreversible had occurred. Their lives, once meticulously compartmentalized, had irrevocably collided, and the fallout was exhilaratingly terrifying.</w:t>
      </w:r>
    </w:p>
    <w:p/>
    <w:p>
      <w:r>
        <w:br/>
        <w:t>As if on cue, Christopher’s phone buzzed on the desk, a harsh, jarring sound that shattered the fragile peace. He glanced at it, his jaw tightening almost imperceptibly. “Five AM,” he stated, his voice devoid of its earlier warmth, a flicker of the executive resurfacing. The reality of the Sterling Corp world, with its relentless demands and watchful eyes, began to reclaim its territory.</w:t>
      </w:r>
    </w:p>
    <w:p/>
    <w:p>
      <w:r>
        <w:br/>
        <w:t>Slowly, reluctantly, they began to untangle themselves, the act of separation feeling as profound as their coming together. The intimacy of the night had left an invisible thread connecting them, a palpable awareness of each other’s presence that would linger long after they had physically parted. Dressing became a ritual of hushed movements, of averted gazes and stolen glances, a silent acknowledgment of the monumental shift that had taken place. Amelia buttoned her blouse, her fingers fumbling slightly, a stark contrast to the practiced efficiency she usually displayed. The fabric felt different against her skin, imbued with the memory of his touch.</w:t>
      </w:r>
    </w:p>
    <w:p/>
    <w:p>
      <w:r>
        <w:br/>
        <w:t>Christopher dressed with a swift, economical grace, his movements betraying none of the emotional turbulence Amelia felt swirling within her. Yet, his eyes, when they met hers, held a depth of understanding, a silent promise of continuity. He watched her, his gaze lingering on her face as if trying to commit every detail to memory, a subtle tension in his posture that spoke volumes about the internal conflict he was undoubtedly experiencing. The man who commanded boardrooms with an iron fist was, in this moment, grappling with a vulnerability he had rarely, if ever, allowed himself to show.</w:t>
      </w:r>
    </w:p>
    <w:p/>
    <w:p>
      <w:r>
        <w:br/>
        <w:t>“Are you alright?” he asked, his voice low, the question laden with more than just simple concern. It was a question about their future, about the path they had just embarked upon.</w:t>
      </w:r>
    </w:p>
    <w:p/>
    <w:p>
      <w:r>
        <w:br/>
        <w:t>Amelia met his gaze, a small, tremulous smile gracing her lips. “Yes,” she breathed, the word a testament to the overwhelming exhilaration that had supplanted any lingering apprehension. “I am.” The truth of it surprised even herself. She felt not fear, but a potent sense of awakening, a burgeoning confidence born from the uninhibited intimacy she had shared with him.</w:t>
      </w:r>
    </w:p>
    <w:p/>
    <w:p>
      <w:r>
        <w:br/>
        <w:t>He reached out, his fingertips brushing lightly against her cheek, a gesture so tender it sent a shiver down her spine. “We need to be careful, Amelia,” he said, his voice a low warning, a stark reminder of the high-stakes environment they inhabited. Sterling Corp was a viper’s nest of ambition and rivalry, and their newfound connection, if discovered, would be a beacon for every calculating eye.</w:t>
      </w:r>
    </w:p>
    <w:p/>
    <w:p>
      <w:r>
        <w:br/>
        <w:t>“I know,” she replied, her voice steady. The thrill of the forbidden, the intoxicating allure of their secret, had only intensified the gravity of the situation. She understood the risks, the potential repercussions, but the sheer power of their connection, forged in the crucible of shared passion, outweighed any fear.</w:t>
      </w:r>
    </w:p>
    <w:p/>
    <w:p>
      <w:r>
        <w:br/>
        <w:t>He nodded, a flicker of relief crossing his face. “Breakfast?” he asked, the question a lifeline, a way to anchor themselves back to some semblance of normalcy, however fleeting.</w:t>
      </w:r>
    </w:p>
    <w:p/>
    <w:p>
      <w:r>
        <w:br/>
        <w:t>Amelia hesitated for a moment, then nodded. The thought of facing him in the sterile light of day, in the context of their professional roles, was daunting. But the thought of leaving him, of parting after such a profound experience, was even more so. “Just coffee,” she said, a ghost of her earlier playful sarcasm returning.</w:t>
      </w:r>
    </w:p>
    <w:p/>
    <w:p>
      <w:r>
        <w:br/>
        <w:t>He offered a faint smile, a rare, genuine curve of his lips that transformed his features. “Just coffee,” he agreed, his gaze holding hers, a silent acknowledgment of the unspoken understanding that now existed between them. The rules had changed, the boundaries blurred, and they were stepping into a new, uncharted territory together, a territory defined by the intoxicating thrill of a secret affair, a clandestine connection that promised both unparalleled joy and the ever-present danger of exposure. The dawn, now fully breaking, cast long shadows across the opulent office, a silent witness to the profound transformation that had occurred within its walls. Their lives, once separate and distinct, had merged into a single, exhilarating, and perilous narrative, and as they prepared to step back into the unforgiving light of day, they knew that the world they were re-entering would never look the same again. The air crackled with an unspoken promise, a whispered secret that would bind them together in the intricate tapestry of Sterling Corp, a secret that would fuel their passion and test their resolve in equal measure. The exhilarating dawn of their new reality had arrived, cloaked in the shadows of secrecy and fueled by a desire that had finally found its voice, its form, and its undeniable, earth-shattering truth. Their clandestine encounter had not merely been a momentary lapse in judgment; it had been a seismic shift, a redefinition of their very existence, an awakening of emotions and desires that had been lying dormant, waiting for the precise moment, the perfect catalyst, to erupt. The professional facade, once so carefully maintained, had crumbled, revealing the raw, potent undercurrents that had been flowing between them for weeks, a silent, potent current that had now broken free, carrying them both away on its exhilarating, and potentially devastating, tide. They were no longer simply colleagues, employer and employee; they were something infinitely more complex, bound by a shared experience that transcended the superficialities of corporate life, a shared experience that was both their greatest joy and their most profound vulnerability. The lingering scent of their passion, a heady mix of mingled cologne and something uniquely human, clung to the air, a tangible reminder of the night’s unbridled intensity. Each shared glance, each carefully chosen word, was laden with the weight of unspoken emotions, of a mutual acknowledgment of the profound shift that had occurred. The exhilaration was a potent cocktail, a heady blend of desire, excitement, and a frisson of fear that only served to amplify the intoxicating allure of their newfound connection. They were embarking on a dangerous dance, a tightrope walk between professional propriety and personal longing, a dance that promised both exquisite pleasure and the very real risk of a spectacular fall. Yet, as Amelia met Christopher’s gaze, she saw not apprehension, but a shared determination, a quiet understanding that they would navigate this treacherous terrain together, their secret a silent, powerful bond that would bind them in ways they were only just beginning to comprehend. The dawn was not merely a transition from night to day; it was a symbolic unveiling, a revelation of a truth that had been simmering beneath the surface for too long, a truth that had finally broken free, transforming their lives in its wake, irrevocably altering the landscape of their hearts and minds. The meticulous precision with which Christopher usually operated seemed to falter for a brief moment as he fumbled with his cufflinks, a subtle tremor betraying the magnitude of the emotional upheaval he was experiencing. Amelia watched him, her heart swelling with a mixture of tenderness and a fierce protectiveness, a desire to shield him from the harsh realities that awaited them. They were in this together, a pact forged in the fires of shared passion, a secret alliance that would define the unspoken narrative of their professional lives, a narrative that promised to be as thrilling as it was perilous. The dawn was not an end, but a beginning, a luminous promise of the thrilling, perilous journey they were about to undertake, a journey bound by the unspoken vows exchanged in the hushed intimacy of Christopher’s office, a journey that had just begun.</w:t>
      </w:r>
    </w:p>
    <w:p/>
    <w:p>
      <w:r>
        <w:br/>
        <w:t>The drive to Sterling Corp was a blur of heightened senses. Amelia’s heart hammered a frantic rhythm against her ribs, a stark contrast to the calm facade she knew she had to present. Every passing car seemed to hold a scrutinizing gaze, every pedestrian a potential witness to the seismic shift that had occurred within her. She imagined their secret plastered across her forehead, a neon sign flashing their illicit rendezvous for all to see. The normally familiar commute felt alien, fraught with a new layer of anxiety, each passing block a step closer to the crucible of their shared professional world. The city, in its indifferent bustle, was a stark reminder that their personal sanctuary was over, replaced by the calculated dance of corporate survival.</w:t>
      </w:r>
    </w:p>
    <w:p/>
    <w:p>
      <w:r>
        <w:br/>
        <w:t>Stepping out of her car into the crisp morning air, Amelia felt a tremor of apprehension run through her. The imposing glass and steel edifice of Sterling Corp loomed before her, a monument to ambition and success, and now, to her own clandestine entanglement. As she approached the revolving doors, she saw him. Christopher, impeccably dressed in his usual sharp suit, was exiting the building, his stride purposeful, his expression unreadable. Their eyes met across the plaza, a silent acknowledgment passing between them. His gaze was intense, a fleeting flicker of something raw and unguarded before the mask of the executive snapped back into place. He gave a curt nod, a perfectly professional gesture that sent a pang through Amelia. Was that all? After last night, the profound intimacy, the raw vulnerability they had shared, was this all she would get? A simple, impersonal nod? The distance between them, both physical and emotional, suddenly felt vast and insurmountable.</w:t>
      </w:r>
    </w:p>
    <w:p/>
    <w:p>
      <w:r>
        <w:br/>
        <w:t>Inside the elevator, Amelia found herself holding her breath, a primal instinct to disappear, to shrink from the inevitable scrutiny. The hum of the machinery seemed to amplify the frantic beating of her heart. She smoothed down her skirt, her hands betraying the tremor that ran through her. The doors opened on the executive floor, and the familiar scent of expensive coffee and polished wood filled her lungs. Her sanctuary, her workplace, now felt like a minefield. Every corridor, every cubicle, every office door held a potential threat.</w:t>
      </w:r>
    </w:p>
    <w:p/>
    <w:p>
      <w:r>
        <w:br/>
        <w:t xml:space="preserve">She walked towards her desk, her gaze sweeping across the open-plan office. Whispers ceased as she passed, heads turned, and then, just as quickly, averted. Amelia’s paranoia flared. Were they talking about her? About </w:t>
      </w:r>
    </w:p>
    <w:p>
      <w:pPr>
        <w:jc w:val="left"/>
      </w:pPr>
      <w:r>
        <w:rPr>
          <w:i/>
        </w:rPr>
        <w:t>them</w:t>
      </w:r>
      <w:r>
        <w:t>? She imagined their hushed conversations, their knowing glances, their deductions based on her slightly flushed cheeks, the faint, almost imperceptible scent of Christopher’s cologne that still clung to her. She tried to project an aura of nonchalance, of unwavering professionalism, but a tiny, traitorous voice inside her whispered that it was all a charade, a poorly acted performance.</w:t>
      </w:r>
    </w:p>
    <w:p>
      <w:r>
        <w:br/>
        <w:t>Christopher’s office, at the end of the corridor, was a fortress of power. The heavy oak door was usually a barrier she navigated with a mixture of respect and trepidation. Today, it felt like the entrance to a forbidden realm, a place where her heart and her professional ambitions were inextricably, dangerously intertwined. She steeled herself, took a deep breath, and walked towards it.</w:t>
      </w:r>
    </w:p>
    <w:p/>
    <w:p>
      <w:r>
        <w:br/>
        <w:t>As she approached, the door opened, and Christopher stood there, his expression once again a picture of serene control. He didn't smile, but his eyes held a spark, a subtle acknowledgment that only she could perceive. “Amelia,” he said, his voice calm, measured, betraying none of the intensity of the night before. “Did you manage to get those reports finalized?”</w:t>
      </w:r>
    </w:p>
    <w:p/>
    <w:p>
      <w:r>
        <w:br/>
        <w:t>The question was innocuous, purely business, yet it felt loaded with a hidden meaning. It was a test, a way to gauge her composure, to ensure she was playing her part. Amelia met his gaze, willing her own eyes to convey the understanding that passed between them. “Yes, Mr. Sterling,” she replied, her voice steady, projecting an air of competence she desperately tried to feel. “They’re on your desk.”</w:t>
      </w:r>
    </w:p>
    <w:p/>
    <w:p>
      <w:r>
        <w:br/>
        <w:t>He nodded, a small, almost imperceptible movement that sent a thrill through her. It was a silent confirmation, a private signal that they were both on the same page, navigating this treacherous territory together. He held the door open for her to enter, and as she stepped inside, their hands brushed. It was a fleeting contact, a spark of electricity that jolted through her, a private moment hidden in plain sight. He quickly withdrew his hand, his expression unchanging, but Amelia felt the warmth of his touch linger on her skin, a tangible reminder of their shared secret.</w:t>
      </w:r>
    </w:p>
    <w:p/>
    <w:p>
      <w:r>
        <w:br/>
        <w:t>The rest of the morning was a delicate ballet of unspoken communication. Christopher orchestrated their interactions with a masterful precision that both reassured and unnerved her. He would call her into his office for brief discussions, his questions focused solely on work, his tone professionally detached. Yet, beneath the surface, a new language had emerged. A prolonged glance across the room that held an unspoken question. A subtle gesture, a hand resting on her arm for a fraction of a second longer than necessary, that sent a jolt of illicit pleasure through her. A shared smile that was too knowing, too intimate, to be entirely innocent.</w:t>
      </w:r>
    </w:p>
    <w:p/>
    <w:p>
      <w:r>
        <w:br/>
        <w:t>During a team meeting, Amelia found herself acutely aware of Christopher’s presence. He sat at the head of the table, his focus sharp, his pronouncements decisive. When he turned to address her, asking for her input on a particular market trend, his gaze lingered for a moment, a subtle warmth in its depths that the others wouldn’t notice. Amelia’s voice caught slightly as she answered, but she recovered, her words flowing smoothly, imbued with the confidence that came from their shared intimacy. She felt a strange exhilaration, a sense of power in their hidden connection, a secret strength that made her feel emboldened.</w:t>
      </w:r>
    </w:p>
    <w:p/>
    <w:p>
      <w:r>
        <w:br/>
        <w:t>Later, as she was retrieving some files from the records room, she heard footsteps approaching. Her heart leaped, half-hoping, half-dreading it was him. It was. Christopher appeared in the doorway, his expression unreadable. He simply stood there for a moment, observing her. “Everything alright, Amelia?” he asked, his voice low, almost a murmur.</w:t>
      </w:r>
    </w:p>
    <w:p/>
    <w:p>
      <w:r>
        <w:br/>
        <w:t>“Yes, Mr. Sterling,” she replied, her voice slightly breathy. “Just… getting these files.”</w:t>
      </w:r>
    </w:p>
    <w:p/>
    <w:p>
      <w:r>
        <w:br/>
        <w:t>He took a step closer, his gaze sweeping over her, a subtle appreciation in his eyes that made her skin prickle. “You seem… different today,” he said, his tone carefully neutral, yet with an underlying current of awareness.</w:t>
      </w:r>
    </w:p>
    <w:p/>
    <w:p>
      <w:r>
        <w:br/>
        <w:t>Amelia’s breath hitched. Was he seeing it? The change in her? The boldness, the newfound confidence that had blossomed overnight? “Different?” she echoed, trying to keep her voice light.</w:t>
      </w:r>
    </w:p>
    <w:p/>
    <w:p>
      <w:r>
        <w:br/>
        <w:t>He gave a slight inclination of his head. “More… assured. Perhaps the success of your last presentation has finally sunk in.” It was a plausible explanation, a professional deflection, but Amelia knew the truth lay far deeper than a successful presentation. It was the memory of his touch, the echo of his whispered words, the intoxicating thrill of their shared secret that had transformed her.</w:t>
      </w:r>
    </w:p>
    <w:p/>
    <w:p>
      <w:r>
        <w:br/>
        <w:t>He reached out, his fingers brushing against the back of her hand as she held the files. The contact was electric, fleeting, yet it sent a wave of heat through her. “Be careful, Amelia,” he murmured, his voice dropping to a near whisper, his eyes locking with hers. The warning was clear, the unspoken threat of exposure hanging heavy in the air between them. The office, with its prying eyes and whispered gossip, was a dangerous arena, and their clandestine affair was a fragile, precious thing that required constant vigilance.</w:t>
      </w:r>
    </w:p>
    <w:p/>
    <w:p>
      <w:r>
        <w:br/>
        <w:t>“I will,” she whispered back, her voice barely audible. The shared glance, the subtle touch, the quiet warning – it was their code, their secret language, a silent acknowledgment of the perilous game they were playing. The office, once a place of quiet apprehension and diligent work, now thrummed with an electric undercurrent, a palpable tension that spoke of shared secrets and burgeoning intimacy. It was a dangerous dance, a tightrope walk between professional propriety and personal longing, and Amelia found herself exhilarated by the risk, by the intoxicating allure of their forbidden connection. She knew the path ahead was fraught with peril, but with Christopher by her side, even in this silent, coded way, she felt a burgeoning sense of courage, a willingness to embrace the dangerous, thrilling unknown. The day had only just begun, and already, Sterling Corp felt like a different world, a world viewed through the intoxicating, dangerous lens of their shared secret. Each interaction, each stolen glance, was a confirmation of their forbidden bond, a silent promise that their lives had irrevocably intersected, and there was no turning back. The very air in the office seemed to hum with their unspoken connection, a palpable energy that, to the untrained eye, might have been mistaken for professional intensity, but which Amelia recognized as something far more potent, far more profound. It was the thrill of the forbidden, the intoxicating allure of a secret shared, and as she returned to her desk, the weight of that secret settled upon her, a heavy, yet exhilarating burden. She was no longer just an intern; she was a participant in a dangerous, passionate game, and the stakes had never been higher. The office undercurrents were a constant reminder of the tightrope they were walking, a tightrope made all the more thrilling by the knowledge that just one misstep could send them plummeting into the abyss of professional ruin. Yet, as she settled back into her work, a small, defiant smile touched Amelia's lips. She was ready to play this game, to navigate these treacherous currents, for the intoxicating reward that lay hidden beneath the veneer of professional decorum.</w:t>
      </w:r>
    </w:p>
    <w:p/>
    <w:p>
      <w:r>
        <w:t>The city, a concrete jungle teeming with life and ambition, became their clandestine playground. Each stolen moment was a rebellion against the rigid structures of their professional lives, a desperate grasp for an intimacy that felt both dangerous and exhilarating. Amelia found herself increasingly drawn to Christopher’s world, not the gilded cage of Sterling Corp, but the hidden spaces where his carefully constructed armor began to falter.</w:t>
      </w:r>
    </w:p>
    <w:p>
      <w:r>
        <w:br/>
        <w:t>Their meetings were orchestrated with the precision of a covert operation. A whispered suggestion over a hurried phone call, a cryptic message embedded in a work email, a pre-arranged signal that would pass unnoticed by the casual observer. A quiet café tucked away on a side street, its aroma of roasted coffee and baked pastries a stark contrast to the sterile scent of the executive suites, became their sanctuary. Amelia would arrive first, her heart thrumming with a mixture of anticipation and trepidation, her eyes scanning the street for his familiar silhouette. When he finally appeared, his usual stern demeanor softening into a rare, unguarded smile, a wave of relief and pure, unadulterated joy would wash over her.</w:t>
      </w:r>
    </w:p>
    <w:p/>
    <w:p>
      <w:r>
        <w:br/>
        <w:t xml:space="preserve">These midday encounters were a precious commodity, squeezed into the unforgiving schedule of their demanding careers. They would talk, but more importantly, they would </w:t>
      </w:r>
    </w:p>
    <w:p>
      <w:pPr>
        <w:jc w:val="left"/>
      </w:pPr>
      <w:r>
        <w:rPr>
          <w:i/>
        </w:rPr>
        <w:t>be</w:t>
      </w:r>
      <w:r>
        <w:t xml:space="preserve"> together, their hands brushing beneath the table, their knees occasionally touching, sending shivers of illicit pleasure through Amelia. Christopher, usually so reserved, would share fragments of his life, glimpses of the man beneath the veneer of power. He spoke of his early struggles, the relentless drive that had propelled him to the top, the suffocating weight of expectation that often accompanied his success. Amelia listened, captivated, her own professional aspirations momentarily forgotten, replaced by a burgeoning fascination with the man himself.</w:t>
      </w:r>
    </w:p>
    <w:p>
      <w:r>
        <w:br/>
        <w:t>“It’s easy to get lost in the game, Amelia,” he confessed one afternoon, his voice low as he stirred his espresso. “The wins feel hollow if there’s no one to share them with, and the losses can be crushing if you’re entirely alone.” He looked at her then, his gaze intense, as if seeking a resonance in her own experiences.</w:t>
      </w:r>
    </w:p>
    <w:p/>
    <w:p>
      <w:r>
        <w:br/>
        <w:t>Amelia found that resonance easily. She understood the pressure, the constant need to prove oneself, the loneliness that could accompany ambition. But in his eyes, she saw a vulnerability that went beyond shared professional anxieties. There was a longing, a hunger for something more, something real, that mirrored her own. “I know what you mean,” she admitted, her voice barely above a whisper. “Sometimes it feels like you’re on a treadmill, running faster and faster, but never actually getting anywhere new.”</w:t>
      </w:r>
    </w:p>
    <w:p/>
    <w:p>
      <w:r>
        <w:br/>
        <w:t>He reached across the table then, his fingers briefly covering hers. The simple gesture sent a jolt through her, a silent reaffirmation of their clandestine bond. “This,” he said, his thumb stroking the back of her hand, “is new. And it’s… important.”</w:t>
      </w:r>
    </w:p>
    <w:p/>
    <w:p>
      <w:r>
        <w:br/>
        <w:t>The urgency of their encounters only intensified their passion. Late nights, disguised as overtime, became opportunities for furtive encounters in the hushed, empty corridors of Sterling Corp. They would find secluded corners, a forgotten meeting room, a dimly lit stairwell, anywhere they could steal a few precious moments of stolen intimacy. The thrill of the forbidden, the ever-present danger of discovery, fueled a fire that burned brighter with each passing day. Amelia found herself living for these stolen hours, her professional life a mere prelude to the moments she shared with Christopher.</w:t>
      </w:r>
    </w:p>
    <w:p/>
    <w:p>
      <w:r>
        <w:br/>
        <w:t>One particularly late evening, Amelia was working on a critical project in her office, the city lights twinkling like distant stars through the panoramic window. The office was eerily silent, the usual hum of activity replaced by a profound stillness. Suddenly, the door to her office creaked open, and Christopher stood in the doorway, his shadow elongating across the floor. He wore a relaxed, open-necked shirt, a stark contrast to his usual tailored suits.</w:t>
      </w:r>
    </w:p>
    <w:p/>
    <w:p>
      <w:r>
        <w:br/>
        <w:t>“Still at it?” he asked, his voice a low rumble that seemed to vibrate through her.</w:t>
      </w:r>
    </w:p>
    <w:p/>
    <w:p>
      <w:r>
        <w:br/>
        <w:t>Amelia’s heart did a familiar, joyous leap. “Just finishing up some data analysis,” she replied, her voice betraying a slight tremor.</w:t>
      </w:r>
    </w:p>
    <w:p/>
    <w:p>
      <w:r>
        <w:br/>
        <w:t>He walked into the room, his gaze sweeping over her with an intensity that made her skin prickle. He didn’t say anything for a moment, simply observing her, his eyes dark and full of an emotion she was beginning to recognize – desire, mixed with something deeper, something akin to solace. He closed the door behind him, the soft click echoing in the sudden silence.</w:t>
      </w:r>
    </w:p>
    <w:p/>
    <w:p>
      <w:r>
        <w:br/>
        <w:t>“You’re working too hard, Amelia,” he said, his voice softer now, laced with concern. He crossed the room, stopping just a few feet away from her desk. The air between them crackled with unspoken tension.</w:t>
      </w:r>
    </w:p>
    <w:p/>
    <w:p>
      <w:r>
        <w:br/>
        <w:t>“It’s important,” she murmured, her gaze fixed on his face, trying to decipher the complex emotions swirling within him.</w:t>
      </w:r>
    </w:p>
    <w:p/>
    <w:p>
      <w:r>
        <w:br/>
        <w:t>He took another step closer, and Amelia felt her breath catch in her throat. He reached out, his hand gently cupping her cheek. His touch was surprisingly tender, almost reverent. “So are you,” he whispered, his thumb tracing the curve of her jawline. “You are very important.”</w:t>
      </w:r>
    </w:p>
    <w:p/>
    <w:p>
      <w:r>
        <w:br/>
        <w:t>In that moment, surrounded by the sterile impersonality of the office, Amelia felt seen, cherished, truly desired. The meticulous professionalism that usually defined their interactions melted away, replaced by a raw, uninhibited passion. He leaned down, and their lips met in a kiss that was both desperate and deeply tender, a culmination of all the unspoken emotions, the stolen glances, the clandestine encounters. The kiss deepened, a fervent exploration, a reaffirmation of their secret world, a world built on stolen moments and entwined hearts. It was a world where the lines between ambition and desire, between professional duty and personal longing, blurred into a breathtaking, intoxicating haze. The city outside slept, oblivious to the quiet revolution taking place within the walls of Sterling Corp, a revolution fueled by a love that dared to bloom in the most unexpected of places, a love that was as thrilling as it was perilous.</w:t>
      </w:r>
    </w:p>
    <w:p/>
    <w:p>
      <w:r>
        <w:br/>
        <w:t>He pulled back slightly, his forehead resting against hers, their breaths mingling in the charged air. “We shouldn’t be doing this,” he murmured, his voice rough with emotion.</w:t>
      </w:r>
    </w:p>
    <w:p/>
    <w:p>
      <w:r>
        <w:br/>
        <w:t>“I know,” Amelia whispered, her eyes closing as she savored the closeness, the feeling of his body against hers. But she didn’t move away. The risks were immense, the potential consequences devastating, yet the pull towards him was irresistible.</w:t>
      </w:r>
    </w:p>
    <w:p/>
    <w:p>
      <w:r>
        <w:br/>
        <w:t>“But I can’t seem to stop myself,” he confessed, his voice laced with a vulnerability that stole her breath. He tilted her chin up, his gaze locking with hers, a silent question in their depths. Amelia answered with a gentle nod, a silent surrender to the intoxicating allure of their forbidden connection. The city lights blurred into a soft glow as he lowered his head again, their lips meeting in a promise of more stolen moments, more intertwined hearts.</w:t>
      </w:r>
    </w:p>
    <w:p/>
    <w:p>
      <w:r>
        <w:br/>
        <w:t>The following days were a delicate dance of maintaining appearances while secretly nurturing the flame of their burgeoning affair. They perfected the art of the casual conversation, the veiled glance, the subtle touch that spoke volumes. Amelia found a new kind of confidence blooming within her, a quiet strength derived from their shared secret. She navigated the corporate landscape with a newfound assuredness, her focus sharpened by the exhilarating undercurrent of their connection. Christopher, in turn, seemed to draw strength from their clandestine meetings, his leadership at Sterling Corp becoming even more decisive, his demeanor radiating a subtle but palpable confidence.</w:t>
      </w:r>
    </w:p>
    <w:p/>
    <w:p>
      <w:r>
        <w:br/>
        <w:t>Their stolen lunches became a ritual, a brief respite from the relentless demands of their professional lives. They would choose different locations each time – a quaint bistro on the waterfront, a bustling market cafe, a quiet park bench beneath the shade of ancient trees. Each setting offered a new backdrop for their unfolding intimacy, a new canvas upon which to paint the strokes of their clandestine romance. Amelia cherished these moments, the freedom to be herself, to laugh freely, to share her thoughts and dreams without fear of judgment or professional repercussion. Christopher, shedding the weight of his corporate persona, would reveal a playful side, a dry wit that often caught her off guard, making her laugh until her sides ached.</w:t>
      </w:r>
    </w:p>
    <w:p/>
    <w:p>
      <w:r>
        <w:br/>
        <w:t>“You have a remarkable ability to find levity in the most unexpected places, Amelia,” he’d commented once, his eyes twinkling as they sat on a park bench, the city’s cacophony a distant hum.</w:t>
      </w:r>
    </w:p>
    <w:p/>
    <w:p>
      <w:r>
        <w:br/>
        <w:t>Amelia had simply smiled, accepting the compliment as a testament to the change he had wrought in her. “Perhaps it’s catching,” she’d replied, her gaze meeting his, a shared understanding passing between them. “Perhaps you’re beginning to see the world with slightly less… grayscale.”</w:t>
      </w:r>
    </w:p>
    <w:p/>
    <w:p>
      <w:r>
        <w:br/>
        <w:t>He’d returned her smile, a genuine, unreserved expression that made her heart swell. “Perhaps,” he’d conceded. “Perhaps you’re the splash of color this monochrome existence has been desperately lacking.”</w:t>
      </w:r>
    </w:p>
    <w:p/>
    <w:p>
      <w:r>
        <w:br/>
        <w:t>The intensity of their physical connection grew with each encounter. The furtive touches in the office, the stolen kisses in secluded corners, were merely preludes to the deeper, more profound intimacy they shared in their stolen moments away from the corporate gaze. These encounters, often brief and fraught with the risk of discovery, were charged with an electric urgency. The desire that simmered beneath the surface during their professional interactions would ignite into a passionate inferno in the privacy of their secret rendezvous. Amelia found herself increasingly captivated by Christopher’s passion, his tenderness, the way he looked at her as if she were the only woman in the world. He, in turn, seemed drawn to her intelligence, her resilience, the quiet strength that lay beneath her outward composure.</w:t>
      </w:r>
    </w:p>
    <w:p/>
    <w:p>
      <w:r>
        <w:br/>
        <w:t>One rain-slicked evening, they found themselves at a secluded jazz club, the dim lighting and smoky atmosphere providing a perfect cover for their illicit tryst. They sat at a small table in the back, their hands clasped beneath the table, their conversation a low murmur punctuated by the soulful strains of the saxophone. The music seemed to echo the unspoken emotions that flowed between them, the yearning, the passion, the quiet desperation of their forbidden love.</w:t>
      </w:r>
    </w:p>
    <w:p/>
    <w:p>
      <w:r>
        <w:br/>
        <w:t>Christopher leaned closer, his voice barely audible above the music. “I find myself looking forward to these moments more than anything else, Amelia,” he confessed, his gaze locked on hers. “It’s as if… the rest of my life is just waiting for these stolen hours.”</w:t>
      </w:r>
    </w:p>
    <w:p/>
    <w:p>
      <w:r>
        <w:br/>
        <w:t>Amelia’s heart ached at his confession, a potent mix of joy and sorrow swirling within her. She knew the precariousness of their situation, the immense risks they were taking, but in that moment, enveloped by the music and the intoxicating pull of his presence, all her doubts and fears faded into insignificance. She squeezed his hand, a silent affirmation of her own feelings. “Me too, Christopher,” she whispered, her voice thick with emotion. “Me too.” He leaned in then, and in the soft glow of the club’s dim lights, their lips met, a kiss that was both a confession and a promise, a testament to the stolen moments that had woven their hearts together, irrevocably and undeniably. The music swelled around them, a soundtrack to their secret affair, a love story unfolding in stolen moments, in hushed whispers, and in the silent language of entwined hearts.</w:t>
      </w:r>
    </w:p>
    <w:p/>
    <w:p>
      <w:r>
        <w:t>The polished veneer of Sterling Corp, once a symbol of aspiration, now felt like a gilded cage, its opulent halls echoing with the silent promises and hidden desires Amelia shared with Christopher. Each day presented a fresh battleground, a space where the formidable executive she confronted across boardrooms and strategy meetings seemed a world away from the man who held her gaze with such raw vulnerability in stolen moments. This stark dichotomy was a constant, gnawing dissonance within her. At work, Christopher Sterling was an enigma, a titan of industry whose decisions reshaped markets, whose every word carried the weight of authority. He commanded respect, exuded an almost impenetrable aura of control, and Amelia, ever the astute observer, recognized the sheer force of will that had propelled him to such dizzying heights. She saw the sharp intellect, the strategic mind that dissected complex problems with ruthless efficiency, the unwavering conviction that bordered on arrogance.</w:t>
      </w:r>
    </w:p>
    <w:p>
      <w:r>
        <w:br/>
        <w:t>But in the quiet intimacy of a secluded café, or the hushed anonymity of a late-night rendezvous, a different Christopher emerged. He was the man who confessed his anxieties, who admitted to the crushing loneliness of leadership, who found solace in her presence. He was the man whose smile, when directed solely at her, held a warmth that could melt her defenses, whose touch, even the slightest brush of his hand, sent tremors of a deeply personal connection through her. This duality was both intoxicating and terrifying. Amelia found herself scrutinizing his every move in the corporate arena, searching for echoes of the man she knew in secret, a desperate attempt to bridge the chasm between his public persona and his private confessions. Was the sharp, decisive executive the true Christopher, or was it the man who admitted to feeling lost, who sought refuge in her company?</w:t>
      </w:r>
    </w:p>
    <w:p/>
    <w:p>
      <w:r>
        <w:br/>
        <w:t>The tightrope walk between their professional lives and their clandestine affair became increasingly precarious. Every shared glance across a crowded meeting room, every polite but loaded exchange during a company event, was fraught with a double meaning that only they understood. Amelia felt a constant hum of anxiety beneath the surface of her meticulously crafted composure. The potential fallout of their affair becoming public was a specter that loomed large, a constant reminder of the high stakes involved. Her career, the ambition she had so diligently cultivated, was intrinsically linked to her professional reputation. Sterling Corp was not a place where personal indiscretions were easily overlooked, especially not involving its formidable CEO.</w:t>
      </w:r>
    </w:p>
    <w:p/>
    <w:p>
      <w:r>
        <w:br/>
        <w:t>She replayed conversations, dissected emails, and analyzed every interaction, searching for any hint of suspicion from others. The fear of exposure was a cold, creeping dread that sometimes threatened to overwhelm her. There were moments, particularly after particularly intense stolen encounters, when the sheer exhilaration of their connection warred with the stark reality of their situation. The thought of everything she had worked for crumbling around her, of being ostracized or disgraced, was a chilling prospect. She’d seen colleagues’ careers derailed by far less.</w:t>
      </w:r>
    </w:p>
    <w:p/>
    <w:p>
      <w:r>
        <w:br/>
        <w:t>Yet, despite the gnawing fear, the undeniable attraction and the profound emotional connection they had forged made it impossible to step away. It was as if an invisible tether bound them, drawing them closer with each passing day. The intellectual stimulation Amelia found in their professional interactions was now amplified by the simmering passion that lay beneath the surface. Their shared understanding, the ability to anticipate each other’s thoughts, had evolved into something far more potent. She found herself anticipating his subtle signals, the almost imperceptible nod, the lingering look that conveyed volumes, and her own responses became more instinctive, more daring.</w:t>
      </w:r>
    </w:p>
    <w:p/>
    <w:p>
      <w:r>
        <w:br/>
        <w:t>During a crucial late-afternoon strategy session, where the Sterling Corp executive team was locked in a fierce debate over a new market expansion, Amelia found her gaze drifting towards Christopher. He was at the head of the polished mahogany table, his posture exuding confidence, his voice cutting through the room with incisive logic. He was dissecting a competitor’s flawed approach with surgical precision, his arguments logical and unassailable. Amelia, usually engrossed in the strategic nuances of the discussion, found herself captivated by the way his brow furrowed in concentration, the subtle tension in his jaw. She remembered a similar expression, not of intellectual rigor, but of deep contemplation, when he had confessed his insecurities to her just days before.</w:t>
      </w:r>
    </w:p>
    <w:p/>
    <w:p>
      <w:r>
        <w:br/>
        <w:t>He looked up suddenly, his eyes scanning the faces around the table, and for a fleeting, heart-stopping moment, his gaze met hers. It was a microsecond, barely a flicker, but in that instant, Amelia felt a jolt of recognition, a silent acknowledgment of the shared secret that existed between them, a world away from the sterile corporate environment. It was a silent confirmation of their bond, a testament to the depth of their hidden desires, a quiet rebellion against the constraints of their public lives. The intensity of that shared glance, brief as it was, was enough to send a flush creeping up her neck, a reminder of the precarious balance they maintained.</w:t>
      </w:r>
    </w:p>
    <w:p/>
    <w:p>
      <w:r>
        <w:br/>
        <w:t>The conversations, once solely focused on professional matters, now carried a subtle undercurrent of personal connection. A passing remark about a difficult client could be interpreted as a veiled reference to the complexities of their own situation. A discussion about long-term strategy might, to Amelia’s heightened senses, feel like a metaphor for the uncertain future of their affair. She began to develop an almost uncanny ability to read between the lines, to decipher the unspoken messages that lay hidden beneath the surface of their professional interactions.</w:t>
      </w:r>
    </w:p>
    <w:p/>
    <w:p>
      <w:r>
        <w:br/>
        <w:t>One afternoon, during a tense negotiation with a potential overseas partner, Christopher had paused mid-sentence, his eyes briefly meeting Amelia’s across the opulent boardroom. The flicker of shared understanding was almost palpable, a silent exchange that spoke volumes about the anxieties and hopes they both harbored, anxieties and hopes that extended far beyond the confines of the business deal. Amelia, who had been meticulously reviewing a crucial financial projection, found her focus momentarily shattered. She felt a warmth spread through her chest, a mingled sense of exhilaration and trepidation. It was a dangerous dance, this constant interplay of public professionalism and private passion, and each shared glance was a step closer to the precipice.</w:t>
      </w:r>
    </w:p>
    <w:p/>
    <w:p>
      <w:r>
        <w:br/>
        <w:t>The risks were immense. Amelia was acutely aware of the potential for her professional standing, her hard-won credibility, to be irrevocably tarnished. The whispers, the judgments, the inevitable consequences of a CEO’s affair becoming public knowledge, could shatter the carefully constructed edifice of her career. She envisioned the looks of disdain, the whispers behind cupped hands, the outright condemnation that would surely follow. It was a future she had fought tooth and nail to avoid.</w:t>
      </w:r>
    </w:p>
    <w:p/>
    <w:p>
      <w:r>
        <w:br/>
        <w:t>Yet, the emotional intimacy they had cultivated was a powerful counterweight to the fear. Christopher’s genuine interest in her thoughts and opinions, his willingness to engage with her on a deeper level, had chipped away at her professional defenses. He saw her not just as a capable subordinate, but as an individual with her own aspirations, her own vulnerabilities. He listened, truly listened, and in a world where she often felt like a cog in a larger machine, his attention was a rare and precious commodity. He remembered details she had shared in passing, asked follow-up questions that demonstrated genuine curiosity, and offered insights that often resonated deeply with her own experiences.</w:t>
      </w:r>
    </w:p>
    <w:p/>
    <w:p>
      <w:r>
        <w:br/>
        <w:t>This emotional connection made the physical longing all the more potent. The stolen moments, the clandestine encounters, were not merely driven by physical attraction, though that was undeniably a powerful force. They were also fueled by a deeper need for understanding, for shared experience, for a connection that transcended the superficiality of corporate life. Amelia found herself increasingly drawn to the man behind the power, the man who allowed her to see his unguarded moments, the man who, in her eyes, was gradually becoming indispensable to her own emotional well-being.</w:t>
      </w:r>
    </w:p>
    <w:p/>
    <w:p>
      <w:r>
        <w:br/>
        <w:t>She would catch herself replaying their private conversations during important meetings, her mind momentarily wandering from the strategic imperatives at hand. A particularly potent memory of his hand brushing hers under the table during a formal dinner would surface, sending a shiver of illicit pleasure through her. The thrill of the forbidden was a potent aphrodisiac, but it was the genuine affection she felt growing for him, intertwined with the undeniable physical chemistry, that truly made her hesitate to sever the connection.</w:t>
      </w:r>
    </w:p>
    <w:p/>
    <w:p>
      <w:r>
        <w:br/>
        <w:t>Christopher, too, seemed to thrive on their shared secret. Amelia noticed a subtle shift in his demeanor during company-wide events. While always commanding, there was a new spark in his eyes, a more relaxed confidence that seemed to stem from their private moments. He would seek her out, not with overt attention, but with a subtle, almost imperceptible gesture – a shared smile across a crowded room, a brief, lingering hand on her shoulder as he passed by. These small acts of acknowledgment were a silent affirmation of their bond, a dangerous but exhilarating confirmation of their shared desires.</w:t>
      </w:r>
    </w:p>
    <w:p/>
    <w:p>
      <w:r>
        <w:br/>
        <w:t>The weight of their secret pressed down on Amelia, a constant, invisible burden. She was playing a dangerous game, a high-stakes gamble with her career and her reputation. Yet, the pull towards Christopher, the intoxicating blend of intellectual stimulation, emotional connection, and sheer physical attraction, was proving too powerful to resist. Each stolen glance, each hushed conversation, each clandestine encounter, was a testament to the deep-seated desires that were slowly, irrevocably, weaving their lives together, leaving her teetering on the edge of revelation, forever caught between the conflicting worlds of ambition and yearning. She knew, with a growing certainty that both thrilled and terrified her, that this precarious balance could not last forever. The foundation of their shared world was built on secrecy, and the slightest tremor could bring it all crashing down. But for now, the allure of their shared desires, the promise of their stolen moments, was a siren song she found increasingly difficult to ignore.</w:t>
      </w:r>
    </w:p>
    <w:p/>
    <w:p>
      <w:r>
        <w:t>The exhilarating rush of their stolen moments had become a potent elixir, a necessary counterpoint to the sterile precision of their professional lives. Amelia found herself living in a perpetual state of heightened awareness, her senses attuned to Christopher’s presence, his subtle cues, the almost imperceptible shift in his demeanor that spoke volumes to her alone. Each shared glance across a crowded conference room, each accidental brush of hands that lingered a fraction too long, sent a jolt of illicit pleasure through her, a stark contrast to the calculated interactions that defined their days. The thrill of the forbidden was addictive, a dangerous game of cat and mouse where the stakes were her career, her reputation, and potentially, her very sense of self.</w:t>
      </w:r>
    </w:p>
    <w:p>
      <w:r>
        <w:br/>
        <w:t>Yet, beneath the exhilarating veneer of their clandestine affair, a gnawing uncertainty had begun to take root. The question of "what next?" echoed relentlessly in Amelia’s mind, a persistent whisper that threatened to overshadow the intoxicating present. Their passion burned bright, an incandescent flame against the backdrop of their structured lives, but the foundation upon which it was built was as fragile as spun glass. Sterling Corp, with its rigid hierarchy and unforgiving scrutiny, was not a fertile ground for clandestine romance. The walls of the corporate fortress felt both protective and suffocating, a constant reminder of the potential for their secret to be exposed, for their carefully constructed worlds to shatter into a million irreparable pieces.</w:t>
      </w:r>
    </w:p>
    <w:p/>
    <w:p>
      <w:r>
        <w:br/>
        <w:t>Amelia found herself replaying their conversations, dissecting Christopher’s words with a new, anxious lens. Were his reassurances genuine, or merely echoes of a shared fantasy? His admission of loneliness, his confession of feeling adrift in the vast sea of corporate leadership, had resonated deeply with her, forging a bond that felt increasingly profound. But was this connection enough to sustain them in the harsh light of day, should their secret ever be revealed? The man who held her with such tenderness in the hushed darkness of a secluded hotel room was also the formidable CEO whose decisions impacted thousands, a man whose public image was as meticulously curated as Amelia’s own. The dissonance between these two personas was a constant source of internal conflict.</w:t>
      </w:r>
    </w:p>
    <w:p/>
    <w:p>
      <w:r>
        <w:br/>
        <w:t>The fear of exposure was a tangible entity, a cold hand that tightened around her chest whenever she allowed herself to truly consider the ramifications. She saw the potential fallout with chilling clarity: the whispers, the judgment, the inevitable professional ostracization. Colleagues whose careers had been derailed by far less would undoubtedly view her with a mixture of contempt and morbid curiosity. Her meticulously crafted reputation, the years of hard work and dedication, could be reduced to a scandal, a cautionary tale whispered in the hushed corridors of the business world. Sterling Corp was a place where discretion was not just valued, but expected, and a CEO’s affair, especially one involving a subordinate, was a cardinal sin.</w:t>
      </w:r>
    </w:p>
    <w:p/>
    <w:p>
      <w:r>
        <w:br/>
        <w:t>During a particularly intense strategy meeting regarding a crucial international acquisition, Amelia found her attention drifting from the complex financial projections and market analyses. Christopher, at the head of the table, was articulating his vision with his characteristic clarity and conviction, his arguments cutting through the debate with sharp precision. But Amelia’s gaze snagged on the way his hand rested on the polished mahogany, the slight tension in his jaw, a familiar vulnerability she had glimpsed in their private moments. He looked up, his eyes briefly scanning the room, and for a fleeting, heart-stopping instant, his gaze met hers. It was a microsecond, barely a flicker, but it was a silent acknowledgment, a shared secret that existed in the space between them, a world away from the sterile corporate environment. The intensity of that shared glance sent a flush creeping up her neck, a visceral reminder of the precarious tightrope they were walking.</w:t>
      </w:r>
    </w:p>
    <w:p/>
    <w:p>
      <w:r>
        <w:br/>
        <w:t>The exhilarating highs of their affair were now inextricably linked with the constant hum of anxiety. Amelia found herself scrutinizing every interaction, searching for any hint of suspicion in the eyes of her colleagues, any subtle shift in the corporate atmosphere that might signal their secret was no longer entirely their own. She’d catch herself rehearsing plausible deniability, mentally cataloging alibis for late nights spent with Christopher, a far cry from the bold, confident woman she presented to the world. The thrill had begun to curdle into apprehension, the intoxicating blend of passion and intellectual connection now tinged with the bitter taste of fear.</w:t>
      </w:r>
    </w:p>
    <w:p/>
    <w:p>
      <w:r>
        <w:br/>
        <w:t>She remembered a conversation they’d had just a few nights prior, after an impromptu late-night rendezvous. He had admitted to feeling a profound sense of isolation, a loneliness that even his immense success couldn’t assuage. “Sometimes,” he’d confessed, his voice low and raw, “I feel like I’m shouting into the void. And then I find you, and for a few hours, the void seems to shrink.” His words had resonated deeply within her, mirroring her own feelings of detachment in the often-impersonal corporate world. But now, as she sat in the sterile boardroom, the echo of his confession was laced with a new worry. Was he seeking solace in her, or something more substantial? And could she, in good conscience, be the sole anchor in his tumultuous emotional landscape, knowing the risks involved?</w:t>
      </w:r>
    </w:p>
    <w:p/>
    <w:p>
      <w:r>
        <w:br/>
        <w:t>The intellectual rapport they shared, once a source of professional admiration, had become a double-edged sword. They could anticipate each other’s thoughts, finish each other’s sentences, a seamless synergy that was both exhilarating and, in its own way, terrifying. This level of understanding, born from shared ambition and now amplified by shared desire, meant they were acutely aware of each other’s vulnerabilities, of the unspoken truths that lay beneath the surface of their professional interactions. During a tense negotiation with a recalcitrant board member, Christopher had paused, his gaze flicking to Amelia, a silent question in his eyes. She had responded with a subtle, almost imperceptible nod, a signal of reassurance that had seemed to steady him. It was a dangerous dance, this silent communication, a testament to the depth of their connection, but also a stark reminder of how easily their shared language could be misinterpreted, or worse, discovered.</w:t>
      </w:r>
    </w:p>
    <w:p/>
    <w:p>
      <w:r>
        <w:br/>
        <w:t>The uncertainty of tomorrow was a shadow that stretched long and dark across their present happiness. Amelia understood that their affair, born from a potent cocktail of mutual respect, intellectual fascination, and undeniable physical attraction, existed in a precarious space. It was a delicate bloom nurtured in the shadows, constantly threatened by the harsh glare of reality. Could this nascent love, this illicit passion, truly weather the storms that lay ahead? Could they navigate the treacherous waters of their professional lives without succumbing to the inevitable pressures and consequences?</w:t>
      </w:r>
    </w:p>
    <w:p/>
    <w:p>
      <w:r>
        <w:br/>
        <w:t>She found herself increasingly caught between her ambition and her growing feelings for Christopher. The thought of losing him, of never again experiencing the profound connection they shared, was a prospect that filled her with an ache she hadn’t anticipated. He saw her, truly saw her, not just as a talented executive, but as a woman with dreams, aspirations, and yes, vulnerabilities. His genuine interest in her opinions, his willingness to engage with her on a level that transcended professional courtesy, had chipped away at her carefully constructed defenses. In a world where she often felt like a cog in a larger, impersonal machine, his focused attention was a rare and precious commodity. He remembered the minutiae of conversations they’d had in stolen moments, asked follow-up questions that demonstrated a depth of curiosity that both flattered and unnerved her.</w:t>
      </w:r>
    </w:p>
    <w:p/>
    <w:p>
      <w:r>
        <w:br/>
        <w:t>During a company-wide gala, a glittering affair that underscored the opulence and power of Sterling Corp, Amelia had found herself drawn to Christopher. He was, as always, the center of attention, commanding the room with an effortless grace. Yet, amidst the throngs of admirers and industry peers, his gaze had found hers across the crowded ballroom. It was a fleeting moment, a subtle acknowledgment, but it was enough to send a tremor through her. He offered a small, almost imperceptible smile, a silent communication that spoke volumes about the shared secret that bound them, a private rebellion against the formality of the occasion. These subtle gestures, these fleeting intimacies, were both the fuel and the fuel for her anxiety. They were a testament to the reality of their connection, but also a constant reminder of the immense risk they were taking.</w:t>
      </w:r>
    </w:p>
    <w:p/>
    <w:p>
      <w:r>
        <w:br/>
        <w:t>The question of their future loomed large, an unspoken elephant in every room they shared, both private and public. Could they transcend the boundaries of their professional roles? Could a love born from secrecy and fueled by forbidden desire find a legitimate footing in the world? Amelia felt caught in a dizzying whirlwind of emotion. The thrill of their encounters was undeniable, the intellectual sparring exhilarating, the emotional intimacy profound. Yet, the constant undercurrent of fear, the ever-present threat of discovery, cast a long shadow over their shared happiness.</w:t>
      </w:r>
    </w:p>
    <w:p/>
    <w:p>
      <w:r>
        <w:br/>
        <w:t>She found herself rehearsing scenarios, mentally playing out the potential consequences of their affair coming to light. Would she be forced to resign? Would Christopher’s reputation be irrevocably tarnished? The thought of losing the career she had so painstakingly built, the respect she had earned, was a bitter pill to swallow. Yet, the thought of a life without Christopher, without the unique connection they shared, was almost unbearable. He had become more than a confidant, more than a lover; he was, in a terrifyingly real way, becoming essential to her emotional well-being.</w:t>
      </w:r>
    </w:p>
    <w:p/>
    <w:p>
      <w:r>
        <w:br/>
        <w:t>During a late-night brainstorming session, fueled by strong coffee and shared ambition, Christopher had confessed his own anxieties about the future. “This… us,” he’d begun, his voice hesitant, a rare crack in his usually impenetrable facade, “it’s not just about the present, is it? It’s about… what comes after.” His words hung in the air, heavy with unspoken possibilities and a shared apprehension. Amelia had met his gaze, her own heart pounding a nervous rhythm against her ribs. “I don’t know, Christopher,” she’d admitted, her voice barely a whisper. “I honestly don’t know.” The uncertainty was a palpable presence between them, a silent acknowledgment of the vast, uncharted territory that lay ahead.</w:t>
      </w:r>
    </w:p>
    <w:p/>
    <w:p>
      <w:r>
        <w:br/>
        <w:t>The very intensity of their connection, the depth of their shared understanding, made the prospect of losing it all the more daunting. It wasn’t just a physical attraction, though that was a powerful force in itself. It was the way he challenged her intellectually, the way he seemed to understand her unspoken thoughts, the way he made her feel seen and valued in a way she hadn’t experienced before. These were not easily discarded feelings, not mere fleeting infatuations. They were the roots of something far deeper, something that had begun to intertwine with her very sense of self.</w:t>
      </w:r>
    </w:p>
    <w:p/>
    <w:p>
      <w:r>
        <w:br/>
        <w:t>As they navigated the labyrinthine corridors of Sterling Corp, every shared glance felt charged with a double meaning, every polite professional exchange a coded conversation understood only by them. Amelia found herself constantly on edge, hyper-aware of her surroundings, her every move meticulously calculated. She was playing a dangerous game, a high-stakes gamble with her professional life and her emotional well-being. Yet, the allure of their shared desires, the intoxicating promise of their stolen moments, was a siren song she found increasingly difficult to resist. She knew, with a growing certainty that both thrilled and terrified her, that this precarious balance could not last forever. The foundation of their shared world was built on secrecy, and the slightest tremor, the smallest slip, could bring it all crashing down. But for now, in the intoxicating whirlwind of their forbidden passion, the uncertainty of tomorrow was a risk she felt increasingly compelled to take. They stood at a precipice, their hearts entwined, their futures uncertain, facing the exhilarating yet daunting prospect of navigating a path defined by both ambition and a love born from unexpected circumstances and forbidden desire. The question wasn't whether their affair would be discovered, but when, and what would be left in its wake.</w:t>
      </w:r>
    </w:p>
    <w:p/>
    <w:p>
      <w:r>
        <w:br w:type="page"/>
      </w:r>
    </w:p>
    <w:p>
      <w:pPr>
        <w:spacing w:before="5040"/>
        <w:jc w:val="center"/>
      </w:pPr>
      <w:r>
        <w:rPr/>
        <w:t xml:space="preserve"> Back Matter</w:t>
      </w:r>
    </w:p>
    <w:p>
      <w:pPr>
        <w:jc w:val="left"/>
      </w:pPr>
      <w:r>
        <w:rPr>
          <w:b/>
        </w:rPr>
        <w:t>Clandestine</w:t>
      </w:r>
      <w:r>
        <w:t>: Kept secret or done secretively, especially because illicit.</w:t>
      </w:r>
    </w:p>
    <w:p>
      <w:pPr>
        <w:jc w:val="left"/>
      </w:pPr>
      <w:r>
        <w:rPr>
          <w:b/>
        </w:rPr>
        <w:t>Illicit</w:t>
      </w:r>
      <w:r>
        <w:t>: Forbidden by laws, rules, or custom.</w:t>
      </w:r>
    </w:p>
    <w:p>
      <w:pPr>
        <w:jc w:val="left"/>
      </w:pPr>
      <w:r>
        <w:rPr>
          <w:b/>
        </w:rPr>
        <w:t>Synergy</w:t>
      </w:r>
      <w:r>
        <w:t>: The interaction or cooperation of two or more organizations, substances, or other agents to produce a combined effect greater than the sum of their separate effects.</w:t>
      </w:r>
    </w:p>
    <w:p>
      <w:pPr>
        <w:jc w:val="left"/>
      </w:pPr>
      <w:r>
        <w:rPr>
          <w:b/>
        </w:rPr>
        <w:t>Vicarious</w:t>
      </w:r>
      <w:r>
        <w:t>: Experienced in the imagination through the feelings or actions of another person.</w:t>
      </w:r>
    </w:p>
    <w:p>
      <w:pPr>
        <w:jc w:val="left"/>
      </w:pPr>
      <w:r>
        <w:rPr>
          <w:b/>
        </w:rPr>
        <w:t>Apprehension</w:t>
      </w:r>
      <w:r>
        <w:t>: Anxiety or fear that something bad or unpleasant will happen.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i w:val="0"/>
      <w:color w:val="000000"/>
      <w:sz w:val="26"/>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val="0"/>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val="0"/>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i w:val="0"/>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 w:val="0"/>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 w:val="0"/>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i w:val="0"/>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 w:val="0"/>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2025-08-05T11:23:58Z</dcterms:created>
  <dcterms:modified xsi:type="dcterms:W3CDTF">2025-08-05T11:23:58Z</dcterms:modified>
  <cp:category/>
</cp:coreProperties>
</file>