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16395" w14:textId="5234E62A" w:rsidR="00AF30AD" w:rsidRDefault="003C1BF0">
      <w:pPr>
        <w:spacing w:after="160" w:line="259"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noProof/>
          <w:color w:val="0F4761" w:themeColor="accent1" w:themeShade="BF"/>
          <w:sz w:val="40"/>
          <w:szCs w:val="40"/>
          <w14:ligatures w14:val="standardContextual"/>
        </w:rPr>
        <w:drawing>
          <wp:anchor distT="0" distB="0" distL="114300" distR="114300" simplePos="0" relativeHeight="251668480" behindDoc="0" locked="0" layoutInCell="1" allowOverlap="1" wp14:anchorId="6EEBCC36" wp14:editId="526EAA1B">
            <wp:simplePos x="0" y="0"/>
            <wp:positionH relativeFrom="page">
              <wp:align>center</wp:align>
            </wp:positionH>
            <wp:positionV relativeFrom="paragraph">
              <wp:posOffset>228600</wp:posOffset>
            </wp:positionV>
            <wp:extent cx="6167755" cy="9251950"/>
            <wp:effectExtent l="228600" t="228600" r="233045" b="234950"/>
            <wp:wrapTopAndBottom/>
            <wp:docPr id="851353645" name="Immagine 1" descr="Immagine che contiene testo, Viso umano, vestiti, lib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53645" name="Immagine 1" descr="Immagine che contiene testo, Viso umano, vestiti, libro&#10;&#10;Il contenuto generato dall'IA potrebbe non essere corretto."/>
                    <pic:cNvPicPr/>
                  </pic:nvPicPr>
                  <pic:blipFill>
                    <a:blip r:embed="rId7"/>
                    <a:stretch>
                      <a:fillRect/>
                    </a:stretch>
                  </pic:blipFill>
                  <pic:spPr>
                    <a:xfrm>
                      <a:off x="0" y="0"/>
                      <a:ext cx="6167755" cy="9251950"/>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rsidR="00AF30AD">
        <w:br w:type="page"/>
      </w:r>
    </w:p>
    <w:p w14:paraId="70B14645" w14:textId="6DA96FC2" w:rsidR="007C3C6C" w:rsidRPr="00F90B31" w:rsidRDefault="007C3C6C" w:rsidP="00A73788">
      <w:pPr>
        <w:pStyle w:val="Titolo1"/>
        <w:jc w:val="center"/>
      </w:pPr>
      <w:r w:rsidRPr="00F90B31">
        <w:lastRenderedPageBreak/>
        <w:t>Il Passaggio</w:t>
      </w:r>
    </w:p>
    <w:p w14:paraId="5BE1B0E3" w14:textId="77777777" w:rsidR="007C3C6C" w:rsidRPr="00994820" w:rsidRDefault="007C3C6C" w:rsidP="00B1354B">
      <w:pPr>
        <w:spacing w:line="360" w:lineRule="auto"/>
        <w:ind w:firstLine="284"/>
        <w:jc w:val="center"/>
      </w:pPr>
    </w:p>
    <w:p w14:paraId="7C4BDCFD" w14:textId="77777777" w:rsidR="007C3C6C" w:rsidRPr="00994820" w:rsidRDefault="007C3C6C" w:rsidP="00B1354B">
      <w:pPr>
        <w:spacing w:before="100" w:beforeAutospacing="1" w:after="100" w:afterAutospacing="1" w:line="360" w:lineRule="auto"/>
        <w:ind w:firstLine="284"/>
        <w:jc w:val="center"/>
      </w:pPr>
      <w:r w:rsidRPr="00994820">
        <w:t xml:space="preserve">Nella notte in cui le stelle si nascosero dietro la nebbia, </w:t>
      </w:r>
      <w:r w:rsidRPr="00994820">
        <w:rPr>
          <w:b/>
          <w:bCs/>
        </w:rPr>
        <w:t>Bartolomeo</w:t>
      </w:r>
      <w:r w:rsidRPr="00994820">
        <w:t xml:space="preserve"> non dormì:</w:t>
      </w:r>
      <w:r w:rsidRPr="00994820">
        <w:br/>
      </w:r>
      <w:r w:rsidRPr="00994820">
        <w:rPr>
          <w:b/>
          <w:bCs/>
        </w:rPr>
        <w:t>fu chiamato.</w:t>
      </w:r>
    </w:p>
    <w:p w14:paraId="0569BEAA" w14:textId="77777777" w:rsidR="007C3C6C" w:rsidRPr="00994820" w:rsidRDefault="007C3C6C" w:rsidP="00B1354B">
      <w:pPr>
        <w:spacing w:before="100" w:beforeAutospacing="1" w:after="100" w:afterAutospacing="1" w:line="360" w:lineRule="auto"/>
        <w:ind w:firstLine="284"/>
        <w:jc w:val="center"/>
      </w:pPr>
      <w:r w:rsidRPr="00994820">
        <w:t>All’inizio fu solo silenzio. Poi, come un’eco tra i battiti del cuore, una voce gentile lo raggiunse. Si trovava in un luogo che non conosceva, eppure familiare: un deserto di luce lunare, calmo e immobile come una visione. Le sue mani erano vuote, il suo corpo leggero. Davanti a lui, la nebbia si aprì.</w:t>
      </w:r>
    </w:p>
    <w:p w14:paraId="44C430D6" w14:textId="77777777" w:rsidR="007C3C6C" w:rsidRPr="00994820" w:rsidRDefault="007C3C6C" w:rsidP="00B1354B">
      <w:pPr>
        <w:spacing w:before="100" w:beforeAutospacing="1" w:after="100" w:afterAutospacing="1" w:line="360" w:lineRule="auto"/>
        <w:ind w:firstLine="284"/>
        <w:jc w:val="center"/>
      </w:pPr>
      <w:r w:rsidRPr="00994820">
        <w:t xml:space="preserve">E </w:t>
      </w:r>
      <w:r w:rsidRPr="00994820">
        <w:rPr>
          <w:b/>
          <w:bCs/>
        </w:rPr>
        <w:t>Selene</w:t>
      </w:r>
      <w:r w:rsidRPr="00994820">
        <w:t xml:space="preserve"> apparve.</w:t>
      </w:r>
    </w:p>
    <w:p w14:paraId="35925A9C" w14:textId="77777777" w:rsidR="007C3C6C" w:rsidRPr="00994820" w:rsidRDefault="007C3C6C" w:rsidP="00B1354B">
      <w:pPr>
        <w:spacing w:before="100" w:beforeAutospacing="1" w:after="100" w:afterAutospacing="1" w:line="360" w:lineRule="auto"/>
        <w:ind w:firstLine="284"/>
        <w:jc w:val="center"/>
      </w:pPr>
      <w:r w:rsidRPr="00994820">
        <w:t>Avvolta in veli d’ombra, la sua pelle brillava come l’argento, e la sua voce era fatta di notte e compassione.</w:t>
      </w:r>
      <w:r w:rsidRPr="00994820">
        <w:br/>
        <w:t>«Non temere, Bartolomeo. Non sono qui per guidarti oltre il velo. Io sono soltanto il passaggio.»</w:t>
      </w:r>
      <w:r w:rsidRPr="00994820">
        <w:br/>
        <w:t>Lo guardò, con occhi che avevano visto mille addii. E in quegli occhi, per un istante, parve scorgere il riflesso di una colpa passata.</w:t>
      </w:r>
      <w:r w:rsidRPr="00994820">
        <w:br/>
        <w:t>«Un nuovo ordine si è levato. La Giustizia ha parlato, e il suo tempo è giunto.»</w:t>
      </w:r>
    </w:p>
    <w:p w14:paraId="4AAAD67B" w14:textId="77777777" w:rsidR="007C3C6C" w:rsidRPr="00994820" w:rsidRDefault="007C3C6C" w:rsidP="00B1354B">
      <w:pPr>
        <w:spacing w:before="100" w:beforeAutospacing="1" w:after="100" w:afterAutospacing="1" w:line="360" w:lineRule="auto"/>
        <w:ind w:firstLine="284"/>
        <w:jc w:val="center"/>
      </w:pPr>
      <w:r w:rsidRPr="00994820">
        <w:t>La luce intorno a loro mutò.</w:t>
      </w:r>
    </w:p>
    <w:p w14:paraId="16F31549" w14:textId="77777777" w:rsidR="007C3C6C" w:rsidRPr="00994820" w:rsidRDefault="007C3C6C" w:rsidP="00B1354B">
      <w:pPr>
        <w:spacing w:before="100" w:beforeAutospacing="1" w:after="100" w:afterAutospacing="1" w:line="360" w:lineRule="auto"/>
        <w:ind w:firstLine="284"/>
        <w:jc w:val="center"/>
      </w:pPr>
      <w:r w:rsidRPr="00994820">
        <w:t xml:space="preserve">Dal cielo senza stelle discese </w:t>
      </w:r>
      <w:r w:rsidRPr="00994820">
        <w:rPr>
          <w:b/>
          <w:bCs/>
        </w:rPr>
        <w:t>una figura immensa</w:t>
      </w:r>
      <w:r w:rsidRPr="00994820">
        <w:t>, dorata, vestita d’armatura. I suoi capelli erano fiamme vive, e nei suoi occhi brillava una promessa incorruttibile. La terra stessa sembrava tremare al suo passo.</w:t>
      </w:r>
    </w:p>
    <w:p w14:paraId="06845AE1" w14:textId="77777777" w:rsidR="007C3C6C" w:rsidRPr="00994820" w:rsidRDefault="007C3C6C" w:rsidP="00B1354B">
      <w:pPr>
        <w:spacing w:before="100" w:beforeAutospacing="1" w:after="100" w:afterAutospacing="1" w:line="360" w:lineRule="auto"/>
        <w:ind w:firstLine="284"/>
        <w:jc w:val="center"/>
      </w:pPr>
      <w:r w:rsidRPr="00994820">
        <w:rPr>
          <w:b/>
          <w:bCs/>
        </w:rPr>
        <w:t>La Dea della Giustizia.</w:t>
      </w:r>
    </w:p>
    <w:p w14:paraId="1E9F168C" w14:textId="77777777" w:rsidR="007C3C6C" w:rsidRPr="00994820" w:rsidRDefault="007C3C6C" w:rsidP="00B1354B">
      <w:pPr>
        <w:spacing w:before="100" w:beforeAutospacing="1" w:after="100" w:afterAutospacing="1" w:line="360" w:lineRule="auto"/>
        <w:ind w:firstLine="284"/>
        <w:jc w:val="center"/>
      </w:pPr>
      <w:r w:rsidRPr="00994820">
        <w:t>«Bartolomeo. La donna che hai amato ti ha lasciato un’eredità fragile, e preziosa. Una figlia. Ma il tempo che le è stato concesso si consuma più in fretta del previsto.»</w:t>
      </w:r>
    </w:p>
    <w:p w14:paraId="5830C429" w14:textId="77777777" w:rsidR="007C3C6C" w:rsidRPr="00994820" w:rsidRDefault="007C3C6C" w:rsidP="00B1354B">
      <w:pPr>
        <w:spacing w:before="100" w:beforeAutospacing="1" w:after="100" w:afterAutospacing="1" w:line="360" w:lineRule="auto"/>
        <w:ind w:firstLine="284"/>
        <w:jc w:val="center"/>
      </w:pPr>
      <w:r w:rsidRPr="00994820">
        <w:t>Parlava come se la verità stessa si piegasse alla sua voce.</w:t>
      </w:r>
    </w:p>
    <w:p w14:paraId="61E247C9" w14:textId="77777777" w:rsidR="007C3C6C" w:rsidRPr="00994820" w:rsidRDefault="007C3C6C" w:rsidP="00B1354B">
      <w:pPr>
        <w:spacing w:before="100" w:beforeAutospacing="1" w:after="100" w:afterAutospacing="1" w:line="360" w:lineRule="auto"/>
        <w:ind w:firstLine="284"/>
        <w:jc w:val="center"/>
      </w:pPr>
      <w:r w:rsidRPr="00994820">
        <w:t>«Se vuoi salvarla, devi andartene ora. Lascia questa casa. Lascia tua figlia. Lascia tutto ciò che ti lega alla quiete. Solo nella città potrai trovare la conoscenza che spezzerà le sue catene. Solo là potrai affrontare la malattia che in lei si è risvegliata.»</w:t>
      </w:r>
    </w:p>
    <w:p w14:paraId="40E8E3A1" w14:textId="77777777" w:rsidR="007C3C6C" w:rsidRPr="00994820" w:rsidRDefault="007C3C6C" w:rsidP="00B1354B">
      <w:pPr>
        <w:spacing w:before="100" w:beforeAutospacing="1" w:after="100" w:afterAutospacing="1" w:line="360" w:lineRule="auto"/>
        <w:ind w:firstLine="284"/>
        <w:jc w:val="center"/>
      </w:pPr>
      <w:r w:rsidRPr="00994820">
        <w:t>Fece un passo verso di lui. Il suo volto era giovane. Tanto gentile quanto familiare.</w:t>
      </w:r>
    </w:p>
    <w:p w14:paraId="417169C3" w14:textId="77777777" w:rsidR="007C3C6C" w:rsidRPr="00994820" w:rsidRDefault="007C3C6C" w:rsidP="00B1354B">
      <w:pPr>
        <w:spacing w:before="100" w:beforeAutospacing="1" w:after="100" w:afterAutospacing="1" w:line="360" w:lineRule="auto"/>
        <w:ind w:firstLine="284"/>
        <w:jc w:val="center"/>
      </w:pPr>
      <w:r w:rsidRPr="00994820">
        <w:t xml:space="preserve">Nei suoi occhi, Bartolomeo vide una luce che sembrava </w:t>
      </w:r>
      <w:r w:rsidRPr="00994820">
        <w:rPr>
          <w:b/>
          <w:bCs/>
        </w:rPr>
        <w:t>conoscere da sempre.</w:t>
      </w:r>
    </w:p>
    <w:p w14:paraId="36F32240" w14:textId="77777777" w:rsidR="007C3C6C" w:rsidRPr="00994820" w:rsidRDefault="007C3C6C" w:rsidP="00B1354B">
      <w:pPr>
        <w:spacing w:before="100" w:beforeAutospacing="1" w:after="100" w:afterAutospacing="1" w:line="360" w:lineRule="auto"/>
        <w:ind w:firstLine="284"/>
        <w:jc w:val="center"/>
      </w:pPr>
      <w:r w:rsidRPr="00994820">
        <w:t>«Non svegliarla. Non dirle addio. Parti prima dell’alba.»</w:t>
      </w:r>
    </w:p>
    <w:p w14:paraId="2875C4DF" w14:textId="77777777" w:rsidR="007C3C6C" w:rsidRPr="00994820" w:rsidRDefault="007C3C6C" w:rsidP="00B1354B">
      <w:pPr>
        <w:spacing w:before="100" w:beforeAutospacing="1" w:after="100" w:afterAutospacing="1" w:line="360" w:lineRule="auto"/>
        <w:ind w:firstLine="284"/>
        <w:jc w:val="center"/>
      </w:pPr>
      <w:r w:rsidRPr="00994820">
        <w:lastRenderedPageBreak/>
        <w:t xml:space="preserve">E Bartolomeo </w:t>
      </w:r>
      <w:r w:rsidRPr="00994820">
        <w:rPr>
          <w:b/>
          <w:bCs/>
        </w:rPr>
        <w:t>obbedì</w:t>
      </w:r>
      <w:r w:rsidRPr="00994820">
        <w:t>.</w:t>
      </w:r>
    </w:p>
    <w:p w14:paraId="490E6DC3" w14:textId="77777777" w:rsidR="007C3C6C" w:rsidRPr="00994820" w:rsidRDefault="007C3C6C" w:rsidP="00B1354B">
      <w:pPr>
        <w:spacing w:before="100" w:beforeAutospacing="1" w:after="100" w:afterAutospacing="1" w:line="360" w:lineRule="auto"/>
        <w:ind w:firstLine="284"/>
        <w:jc w:val="center"/>
      </w:pPr>
      <w:r w:rsidRPr="00994820">
        <w:t xml:space="preserve">Quando si svegliò, non c’era esitazione nei suoi gesti. Prese il suo mantello, avvolse le ali sotto il tessuto ruvido, e guardò per l’ultima volta quella baracca traballante che chiamava casa. Sul tavolo lasciò una </w:t>
      </w:r>
      <w:r w:rsidRPr="00994820">
        <w:rPr>
          <w:b/>
          <w:bCs/>
        </w:rPr>
        <w:t>moneta</w:t>
      </w:r>
      <w:r w:rsidRPr="00994820">
        <w:t xml:space="preserve"> e un </w:t>
      </w:r>
      <w:r w:rsidRPr="00994820">
        <w:rPr>
          <w:b/>
          <w:bCs/>
        </w:rPr>
        <w:t>biglietto</w:t>
      </w:r>
      <w:r w:rsidRPr="00994820">
        <w:t xml:space="preserve"> scritto a mano. Tre parole soltanto:</w:t>
      </w:r>
    </w:p>
    <w:p w14:paraId="4995A802" w14:textId="77777777" w:rsidR="007C3C6C" w:rsidRPr="00994820" w:rsidRDefault="007C3C6C" w:rsidP="00B1354B">
      <w:pPr>
        <w:spacing w:before="100" w:beforeAutospacing="1" w:after="100" w:afterAutospacing="1" w:line="360" w:lineRule="auto"/>
        <w:ind w:firstLine="284"/>
        <w:jc w:val="center"/>
      </w:pPr>
      <w:r w:rsidRPr="00994820">
        <w:rPr>
          <w:b/>
          <w:bCs/>
        </w:rPr>
        <w:t>“Vieni da me.”</w:t>
      </w:r>
    </w:p>
    <w:p w14:paraId="0D5B2A39" w14:textId="77777777" w:rsidR="007C3C6C" w:rsidRPr="00994820" w:rsidRDefault="007C3C6C" w:rsidP="00B1354B">
      <w:pPr>
        <w:spacing w:before="100" w:beforeAutospacing="1" w:after="100" w:afterAutospacing="1" w:line="360" w:lineRule="auto"/>
        <w:ind w:firstLine="284"/>
        <w:jc w:val="center"/>
      </w:pPr>
      <w:r w:rsidRPr="00994820">
        <w:t>Poi uscì, senza rumore, mentre la luna calava</w:t>
      </w:r>
      <w:r w:rsidRPr="00994820">
        <w:br/>
        <w:t>e la fiamma dormiva nella stanza accanto</w:t>
      </w:r>
      <w:r w:rsidRPr="00994820">
        <w:br/>
        <w:t>ignara di tutto.</w:t>
      </w:r>
    </w:p>
    <w:p w14:paraId="7D6F89D8" w14:textId="77777777" w:rsidR="007C3C6C" w:rsidRPr="00994820" w:rsidRDefault="007C3C6C" w:rsidP="00B1354B">
      <w:pPr>
        <w:spacing w:line="360" w:lineRule="auto"/>
        <w:ind w:firstLine="284"/>
        <w:jc w:val="both"/>
      </w:pPr>
    </w:p>
    <w:p w14:paraId="3B082C10"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438F40BF"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69B3BE8B"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2FA1CE90"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6D7E2BA6"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1C5D6822"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46709853"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689075ED"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0908F3C5"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377C8AE8"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3FE9C4EA"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06342EA9"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1AEEC138"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5477412F"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7E0C789E" w14:textId="77777777" w:rsidR="007C3C6C" w:rsidRPr="00994820" w:rsidRDefault="007C3C6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5CEBB58F" w14:textId="77777777" w:rsidR="003E3B7A" w:rsidRDefault="003E3B7A"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2D657972" w14:textId="77777777" w:rsidR="00CE41AC" w:rsidRDefault="00CE41A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3918C9D3" w14:textId="77777777" w:rsidR="00CE41AC" w:rsidRDefault="00CE41A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2BF21C72" w14:textId="77777777" w:rsidR="00CE41AC" w:rsidRDefault="00CE41A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0A231F11" w14:textId="77777777" w:rsidR="00CE41AC" w:rsidRDefault="00CE41AC"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2DD816DD" w14:textId="77777777" w:rsidR="003E3B7A" w:rsidRPr="00994820" w:rsidRDefault="003E3B7A" w:rsidP="00B1354B">
      <w:pPr>
        <w:pStyle w:val="w7sjnrxzl6krnffuzhqe"/>
        <w:shd w:val="clear" w:color="auto" w:fill="FFFFFF"/>
        <w:spacing w:before="0" w:beforeAutospacing="0" w:after="0" w:afterAutospacing="0" w:line="360" w:lineRule="auto"/>
        <w:ind w:firstLine="284"/>
        <w:jc w:val="both"/>
        <w:textAlignment w:val="baseline"/>
        <w:rPr>
          <w:rStyle w:val="Enfasigrassetto"/>
          <w:spacing w:val="8"/>
          <w:bdr w:val="none" w:sz="0" w:space="0" w:color="auto" w:frame="1"/>
        </w:rPr>
      </w:pPr>
    </w:p>
    <w:p w14:paraId="72319B78" w14:textId="77777777" w:rsidR="007C3C6C" w:rsidRPr="00C07618" w:rsidRDefault="007C3C6C" w:rsidP="00A73788">
      <w:pPr>
        <w:pStyle w:val="Titolo1"/>
        <w:jc w:val="center"/>
        <w:rPr>
          <w:rStyle w:val="Enfasigrassetto"/>
          <w:spacing w:val="8"/>
          <w:sz w:val="32"/>
          <w:szCs w:val="32"/>
          <w:bdr w:val="none" w:sz="0" w:space="0" w:color="auto" w:frame="1"/>
        </w:rPr>
      </w:pPr>
      <w:r w:rsidRPr="00C07618">
        <w:rPr>
          <w:rStyle w:val="Enfasigrassetto"/>
          <w:spacing w:val="8"/>
          <w:sz w:val="32"/>
          <w:szCs w:val="32"/>
          <w:bdr w:val="none" w:sz="0" w:space="0" w:color="auto" w:frame="1"/>
        </w:rPr>
        <w:lastRenderedPageBreak/>
        <w:t>Capitolo I – Da Dietro il Vetro</w:t>
      </w:r>
    </w:p>
    <w:p w14:paraId="7221D248" w14:textId="77777777" w:rsidR="001E021E" w:rsidRPr="001E021E" w:rsidRDefault="001E021E" w:rsidP="001E021E">
      <w:pPr>
        <w:spacing w:after="160" w:line="259" w:lineRule="auto"/>
      </w:pPr>
    </w:p>
    <w:p w14:paraId="168D1004" w14:textId="77777777" w:rsidR="001E021E" w:rsidRPr="001E021E" w:rsidRDefault="001E021E" w:rsidP="001E021E">
      <w:pPr>
        <w:spacing w:after="160" w:line="259" w:lineRule="auto"/>
      </w:pPr>
    </w:p>
    <w:p w14:paraId="3CAC26AC" w14:textId="77777777" w:rsidR="001E021E" w:rsidRPr="001E021E" w:rsidRDefault="001E021E" w:rsidP="00920D43">
      <w:pPr>
        <w:spacing w:after="160" w:line="360" w:lineRule="auto"/>
        <w:ind w:firstLine="284"/>
        <w:jc w:val="both"/>
      </w:pPr>
      <w:r w:rsidRPr="001E021E">
        <w:t>Il cielo era grigio e nuvoloso, quella coltre tetra e gonfia era sempre stata presente sopra le loro teste, di giorno e di notte.</w:t>
      </w:r>
    </w:p>
    <w:p w14:paraId="33545752" w14:textId="77777777" w:rsidR="001E021E" w:rsidRPr="001E021E" w:rsidRDefault="001E021E" w:rsidP="00920D43">
      <w:pPr>
        <w:spacing w:after="160" w:line="360" w:lineRule="auto"/>
        <w:ind w:firstLine="284"/>
        <w:jc w:val="both"/>
      </w:pPr>
      <w:r w:rsidRPr="001E021E">
        <w:t xml:space="preserve">Fanny fissava le imponenti mura metalliche che cingevano la città. I suoi occhi smeraldo si spostavano freneticamente da un estremo all’altro di quella colossale struttura. Non erano movimenti naturali i suoi, non era rimasto nulla di naturale in quegli occhi, ma solo la fredda perfezione della meccanica umana. </w:t>
      </w:r>
    </w:p>
    <w:p w14:paraId="45A6BF87" w14:textId="77777777" w:rsidR="001E021E" w:rsidRPr="001E021E" w:rsidRDefault="001E021E" w:rsidP="00920D43">
      <w:pPr>
        <w:spacing w:after="160" w:line="360" w:lineRule="auto"/>
        <w:ind w:firstLine="284"/>
        <w:jc w:val="both"/>
      </w:pPr>
      <w:r w:rsidRPr="001E021E">
        <w:t xml:space="preserve">Il rosso acceso dei suoi capelli contrastava con il candore perlaceo della sua pelle. A decorare quel dolce volto solo qualche vecchia bruciatura e delle vistose lentiggini che le correvano dalla cima delle orecchie fino a poco sopra la punta del naso. Un ammasso indistinto di punti e macchie poco più chiare della folta chioma che le scendeva indomata oltre le spalle. </w:t>
      </w:r>
    </w:p>
    <w:p w14:paraId="290E769C" w14:textId="77777777" w:rsidR="001E021E" w:rsidRPr="001E021E" w:rsidRDefault="001E021E" w:rsidP="00920D43">
      <w:pPr>
        <w:spacing w:after="160" w:line="360" w:lineRule="auto"/>
        <w:ind w:firstLine="284"/>
        <w:jc w:val="both"/>
      </w:pPr>
      <w:r w:rsidRPr="001E021E">
        <w:t>Davanti a lei svettava l'arco del Portale d'Ingresso Sud, sorvegliato da due Elvenar, le Guardie dal Sorriso perenne. Erano sentinelle che non conoscevano pietà o stanchezza, un volto scarno e privo di occhi, con solo un enorme sorriso a spezzare l’altrimenti liscia superfice che un tempo doveva essere stata un viso umano. Fanny non le guardava mai, a meno di non essere costretta, e non lo fece adesso.</w:t>
      </w:r>
    </w:p>
    <w:p w14:paraId="2AE90CF9" w14:textId="77777777" w:rsidR="001E021E" w:rsidRPr="001E021E" w:rsidRDefault="001E021E" w:rsidP="00920D43">
      <w:pPr>
        <w:spacing w:after="160" w:line="360" w:lineRule="auto"/>
        <w:ind w:firstLine="284"/>
        <w:jc w:val="both"/>
      </w:pPr>
      <w:r w:rsidRPr="001E021E">
        <w:t xml:space="preserve">Alle sue spalle si stagliava </w:t>
      </w:r>
      <w:r w:rsidRPr="001E021E">
        <w:rPr>
          <w:b/>
          <w:bCs/>
        </w:rPr>
        <w:t>Grimvale</w:t>
      </w:r>
      <w:r w:rsidRPr="001E021E">
        <w:t xml:space="preserve">, nulla più che una baraccopoli ricavata da ciò che la città aveva gettato e ripudiato. A strisciare in quel dedalo e ferro e polvere c’erano i </w:t>
      </w:r>
      <w:r w:rsidRPr="001E021E">
        <w:rPr>
          <w:b/>
          <w:bCs/>
        </w:rPr>
        <w:t>Fleshborn</w:t>
      </w:r>
      <w:r w:rsidRPr="001E021E">
        <w:t xml:space="preserve">. Umani al naturale. Niente di meccanico, nulla di artificiale sui loro corpi. Discendenti di coloro che videro con orrore l’evoluzione che </w:t>
      </w:r>
      <w:r w:rsidRPr="001E021E">
        <w:rPr>
          <w:b/>
          <w:bCs/>
        </w:rPr>
        <w:t>Ecliptica</w:t>
      </w:r>
      <w:r w:rsidRPr="001E021E">
        <w:t xml:space="preserve"> prometteva e </w:t>
      </w:r>
      <w:r w:rsidRPr="001E021E">
        <w:rPr>
          <w:b/>
          <w:bCs/>
        </w:rPr>
        <w:t>richiedeva</w:t>
      </w:r>
      <w:r w:rsidRPr="001E021E">
        <w:t xml:space="preserve">. E per quel loro rifiuto vennero banditi dalla città del Futuro, condannati a vivere in un passato sempre più remoto. </w:t>
      </w:r>
    </w:p>
    <w:p w14:paraId="49A37F2D" w14:textId="77777777" w:rsidR="001E021E" w:rsidRPr="001E021E" w:rsidRDefault="001E021E" w:rsidP="00920D43">
      <w:pPr>
        <w:spacing w:after="160" w:line="360" w:lineRule="auto"/>
        <w:ind w:firstLine="284"/>
        <w:jc w:val="both"/>
      </w:pPr>
      <w:r w:rsidRPr="001E021E">
        <w:t xml:space="preserve">Oramai, però, di quella lotta intestina nessuno aveva una vera memoria, e i Fleshborn si limitavano a proseguire le loro giornate guidati solo da un senso vitale di collettività e da una forte tradizione orale che aveva insegnato loro a temere la tecnologia avanguardistica di Ecliptica e venerare un passato ormai perso. E da quel passato avevano pescato, salvato antichi riti religiosi ormai del tutto dimenticati dai Cittadini della città del Crepuscolo. </w:t>
      </w:r>
    </w:p>
    <w:p w14:paraId="2052CF92" w14:textId="77777777" w:rsidR="001E021E" w:rsidRPr="001E021E" w:rsidRDefault="001E021E" w:rsidP="00920D43">
      <w:pPr>
        <w:spacing w:after="160" w:line="360" w:lineRule="auto"/>
        <w:ind w:firstLine="284"/>
        <w:jc w:val="both"/>
      </w:pPr>
      <w:r w:rsidRPr="001E021E">
        <w:t xml:space="preserve">Il suono caotico delle voci sconnesse e chiassose si infrangeva contro la maestosità statuaria delle </w:t>
      </w:r>
      <w:r w:rsidRPr="001E021E">
        <w:rPr>
          <w:b/>
          <w:bCs/>
        </w:rPr>
        <w:t>Mura della Notte</w:t>
      </w:r>
      <w:r w:rsidRPr="001E021E">
        <w:t>, il confine tra la civiltà e la barbarie.</w:t>
      </w:r>
    </w:p>
    <w:p w14:paraId="23F1CEEF" w14:textId="77777777" w:rsidR="001E021E" w:rsidRPr="001E021E" w:rsidRDefault="001E021E" w:rsidP="00920D43">
      <w:pPr>
        <w:spacing w:after="160" w:line="360" w:lineRule="auto"/>
        <w:ind w:firstLine="284"/>
        <w:jc w:val="both"/>
      </w:pPr>
      <w:r w:rsidRPr="001E021E">
        <w:t xml:space="preserve">La mente di Fanny, turbata e frenetica, si concentrò su un suono familiare e amico: Il suo cuore meccanico che pulsava nel petto, ogni battito era un colpo sordo che le rimbalzava contro la carne. Ogni volta che accelerava, magari per paura o euforia, una vibrazione gelida saliva lungo il suo braccio sinistro, il cui impianto robotico vibrava come una corda tesa sotto una pressione costante. I suoi occhi verdi, con le pupille color oro, </w:t>
      </w:r>
      <w:r w:rsidRPr="001E021E">
        <w:lastRenderedPageBreak/>
        <w:t>lucidi come il vetro più puro, si lanciavano tremolanti oltre l’arco d’ingresso, oltre l’atrio d’avorio e piombo, come a voler scrutare oltre il varco fino al cuore dell’</w:t>
      </w:r>
      <w:r w:rsidRPr="001E021E">
        <w:rPr>
          <w:b/>
          <w:bCs/>
        </w:rPr>
        <w:t>immensa città</w:t>
      </w:r>
      <w:r w:rsidRPr="001E021E">
        <w:t xml:space="preserve"> che l’attendeva.</w:t>
      </w:r>
    </w:p>
    <w:p w14:paraId="0E9C77D3" w14:textId="77777777" w:rsidR="001E021E" w:rsidRPr="001E021E" w:rsidRDefault="001E021E" w:rsidP="00920D43">
      <w:pPr>
        <w:spacing w:after="160" w:line="360" w:lineRule="auto"/>
        <w:ind w:firstLine="284"/>
        <w:jc w:val="both"/>
      </w:pPr>
      <w:r w:rsidRPr="001E021E">
        <w:t>Mossa dal timore, lanciò un'ultima occhiata al villaggio alle sue spalle. Le case, con i loro tetti ambrati, dovuti alla ruggine accumulata sulle vecchie lamiere con cui erano stati eretti, sembravano mescolarsi e confondersi sotto il cielo grigio, come un pascolo di ferro senza un guardiano. Il suono dei martelli dei Ferranti, la cosa più vicina agli Ingegneri di Ecliptica, e dei passi incerti dei mendicanti riempiva l'aria, insieme all’odore di fumo e stagno, mescolato con l’odore pungente del sudore dei Fleshborn. Tutto questo riportò per un momento la mente di Fanny a un passato fittizio, quello che può vivere e crescere solo nella nostra mente. Un ricordo, che per sua natura era sempre agrodolce.</w:t>
      </w:r>
    </w:p>
    <w:p w14:paraId="23AD9AB1" w14:textId="77777777" w:rsidR="001E021E" w:rsidRPr="001E021E" w:rsidRDefault="001E021E" w:rsidP="00920D43">
      <w:pPr>
        <w:spacing w:after="160" w:line="360" w:lineRule="auto"/>
        <w:ind w:firstLine="284"/>
        <w:jc w:val="both"/>
      </w:pPr>
      <w:r w:rsidRPr="001E021E">
        <w:t xml:space="preserve">In verità il passato di Fanny era stato una lotta continua contro il freddo e la polvere. Nella realtà la ragazza non aveva molti affetti da dover ricordare con amarezza, quelle rare volte in cui qualcuno aveva l’ardire di rivolgerle la parola, per lo più erano parole di scherno, per ridere di quei suoi occhi strani che brillavano troppo, o delle sue gambe troppo forti. Il rumore delle sue articolazioni metalliche era sempre troppo forte, come se ogni passo la tradisse, rivelando la sua natura ibrida. Il suo cuore emetteva strani suoni e ronzii. Più che un battito, ricordava un ticchettio, come l'ingranaggio di una macchina che tintinnava minaccioso ogni volta che qualche ragazzino osava troppo con le parole. Tutto questo la rendeva troppo simile a un </w:t>
      </w:r>
      <w:r w:rsidRPr="001E021E">
        <w:rPr>
          <w:b/>
          <w:bCs/>
        </w:rPr>
        <w:t>Synborn</w:t>
      </w:r>
      <w:r w:rsidRPr="001E021E">
        <w:t>.</w:t>
      </w:r>
    </w:p>
    <w:p w14:paraId="56144540" w14:textId="77777777" w:rsidR="001E021E" w:rsidRPr="001E021E" w:rsidRDefault="001E021E" w:rsidP="00920D43">
      <w:pPr>
        <w:spacing w:after="160" w:line="360" w:lineRule="auto"/>
        <w:ind w:firstLine="284"/>
        <w:jc w:val="both"/>
      </w:pPr>
      <w:r w:rsidRPr="001E021E">
        <w:t>Gli abitanti di Ecliptica, i Synborn. Erano l’opposto esatto degli uomini di Grimvale, per loro la tecnologia era l’unica divinità per cui valesse la pena immolarsi. Lì tutti, dal più giovane al più anziano ambiva a sfoggiare il più recente Boost Tek, magie della tecnica che si fondevano con il corpo umano per migliorarlo e donargli capacità e abilità al di fuori di ogni immaginazione.</w:t>
      </w:r>
    </w:p>
    <w:p w14:paraId="62B196FE" w14:textId="77777777" w:rsidR="001E021E" w:rsidRPr="001E021E" w:rsidRDefault="001E021E" w:rsidP="00920D43">
      <w:pPr>
        <w:spacing w:after="160" w:line="360" w:lineRule="auto"/>
        <w:ind w:firstLine="284"/>
        <w:jc w:val="both"/>
      </w:pPr>
      <w:r w:rsidRPr="001E021E">
        <w:t>L’unico vero ricordo che Fanny aveva a guidarla, a rallegrarla era quello del padre. Anche lui era mal visto in quella piccola società. Il suo interesse per l’ingegneria, perpetuato solo per mezzo di scarti e pezzi che la città si lasciava alle spalle, era atipico e inusuale. Ma Fanny ammirava quel suo strano interesse, forse perché quelle cianfrusaglie che il padre creava erano così simili alle appendici che lei riconosceva come proprie.</w:t>
      </w:r>
    </w:p>
    <w:p w14:paraId="51FA79F2" w14:textId="77777777" w:rsidR="001E021E" w:rsidRPr="001E021E" w:rsidRDefault="001E021E" w:rsidP="00920D43">
      <w:pPr>
        <w:spacing w:after="160" w:line="360" w:lineRule="auto"/>
        <w:ind w:firstLine="284"/>
        <w:jc w:val="both"/>
      </w:pPr>
      <w:r w:rsidRPr="001E021E">
        <w:t>E così stando al suo fianco aveva imparato ad amare quello strano lavoro, riuscendo persino a trovarne un’utilità, con gli anni aveva imparato a migliorare e aggiustare le proprie protesi metalliche, e aveva anche iniziato a costruire attrezzi utili alla sua piccola comunità, scacciando con fatica la diffidenza che aveva sempre aleggiato sulla sua famiglia.</w:t>
      </w:r>
    </w:p>
    <w:p w14:paraId="1125136E" w14:textId="77777777" w:rsidR="001E021E" w:rsidRPr="001E021E" w:rsidRDefault="001E021E" w:rsidP="00920D43">
      <w:pPr>
        <w:spacing w:after="160" w:line="360" w:lineRule="auto"/>
        <w:ind w:firstLine="284"/>
        <w:jc w:val="both"/>
      </w:pPr>
      <w:r w:rsidRPr="001E021E">
        <w:t xml:space="preserve">Crescendo così vicina alle Mura della Notte e così lontana e isolata dalla sua comunità. Fanny aveva sempre avuto un interesse smodato, quasi una forma d’Infatuazione per Ecliptica e i suoi abitanti. Sempre più frequentemente rivolgeva al padre le domande più svariate sulla città oltre le mura. </w:t>
      </w:r>
    </w:p>
    <w:p w14:paraId="5667269F" w14:textId="77777777" w:rsidR="001E021E" w:rsidRPr="001E021E" w:rsidRDefault="001E021E" w:rsidP="00920D43">
      <w:pPr>
        <w:spacing w:after="160" w:line="360" w:lineRule="auto"/>
        <w:ind w:firstLine="284"/>
        <w:jc w:val="both"/>
      </w:pPr>
      <w:r w:rsidRPr="001E021E">
        <w:t xml:space="preserve">«dici che sono come me?» </w:t>
      </w:r>
    </w:p>
    <w:p w14:paraId="4E417C6D" w14:textId="77777777" w:rsidR="001E021E" w:rsidRPr="001E021E" w:rsidRDefault="001E021E" w:rsidP="00920D43">
      <w:pPr>
        <w:spacing w:after="160" w:line="360" w:lineRule="auto"/>
        <w:ind w:firstLine="284"/>
        <w:jc w:val="both"/>
      </w:pPr>
      <w:r w:rsidRPr="001E021E">
        <w:lastRenderedPageBreak/>
        <w:t>«anche loro hanno problemi con la ruggine?»</w:t>
      </w:r>
    </w:p>
    <w:p w14:paraId="414F3332" w14:textId="77777777" w:rsidR="001E021E" w:rsidRPr="001E021E" w:rsidRDefault="001E021E" w:rsidP="00920D43">
      <w:pPr>
        <w:spacing w:after="160" w:line="360" w:lineRule="auto"/>
        <w:ind w:firstLine="284"/>
        <w:jc w:val="both"/>
      </w:pPr>
      <w:r w:rsidRPr="001E021E">
        <w:t>«credi che in città posso trovare delle dita più carine di queste?»</w:t>
      </w:r>
    </w:p>
    <w:p w14:paraId="166BD797" w14:textId="77777777" w:rsidR="001E021E" w:rsidRPr="001E021E" w:rsidRDefault="001E021E" w:rsidP="00920D43">
      <w:pPr>
        <w:spacing w:after="160" w:line="360" w:lineRule="auto"/>
        <w:ind w:firstLine="284"/>
        <w:jc w:val="both"/>
      </w:pPr>
      <w:r w:rsidRPr="001E021E">
        <w:t>Tuttavia, il suo interesse per quello mondo vicino ma ignoto cessò bruscamente con la partenza del padre che attraversò il portale una notte di dieci anni fa.</w:t>
      </w:r>
    </w:p>
    <w:p w14:paraId="423A67D7" w14:textId="77777777" w:rsidR="001E021E" w:rsidRPr="001E021E" w:rsidRDefault="001E021E" w:rsidP="00920D43">
      <w:pPr>
        <w:spacing w:after="160" w:line="360" w:lineRule="auto"/>
        <w:ind w:firstLine="284"/>
        <w:jc w:val="both"/>
      </w:pPr>
      <w:r w:rsidRPr="001E021E">
        <w:t xml:space="preserve">Ora aveva finalmente vent’anni, la maggiore età, e con essa aveva ottenuto il permesso di entrare in città. Non che agli altri Fleshborn importasse qualcosa della sua partenza. Normalmente, gli abitanti di Grimvale non si sarebbero mai avvicinati alla città. Il prezzo da pagare era troppo alto. Il sistema, appena avessero varcato le mura, li avrebbe individuati come </w:t>
      </w:r>
      <w:r w:rsidRPr="001E021E">
        <w:rPr>
          <w:b/>
          <w:bCs/>
        </w:rPr>
        <w:t>bestie</w:t>
      </w:r>
      <w:r w:rsidRPr="001E021E">
        <w:t xml:space="preserve">: privi di modifiche, venivano </w:t>
      </w:r>
      <w:r w:rsidRPr="001E021E">
        <w:rPr>
          <w:b/>
          <w:bCs/>
        </w:rPr>
        <w:t>caldamente invitati</w:t>
      </w:r>
      <w:r w:rsidRPr="001E021E">
        <w:t xml:space="preserve"> a sottoporsi all’installazione di un Emotion Reader, per il loro benessere, ma soprattutto per il bene della collettività. C’era chi, al compimento dei vent'anni – l'età minima per uscire dal proprio insediamento – ci provava. Ma puntualmente, superate le Mura nessuno ne faceva ritorno, lasciando a chi era rimasto indietro solo la possibilità di tetre speculazioni sul destino di chi tentava il salto. E così, col tempo il numero di Fleshborn che desiderava lasciare il proprio sporco, ma sicuro, rifugio era ormai sempre meno cospicuo. Fanny, però, era diversa da tutti gli altri. Gli occhi cibernetici, la gamba destra e il braccio sinistro robotico, che erano motivo di </w:t>
      </w:r>
      <w:r w:rsidRPr="001E021E">
        <w:rPr>
          <w:b/>
          <w:bCs/>
        </w:rPr>
        <w:t>vergogna</w:t>
      </w:r>
      <w:r w:rsidRPr="001E021E">
        <w:t xml:space="preserve"> nel suo insediamento, diventavano un mezzo su cui puntare tutto, qualcosa non da nascondere, ma di cui era fortemente orgogliosa. </w:t>
      </w:r>
    </w:p>
    <w:p w14:paraId="55AE6E7B" w14:textId="77777777" w:rsidR="001E021E" w:rsidRPr="001E021E" w:rsidRDefault="001E021E" w:rsidP="00920D43">
      <w:pPr>
        <w:spacing w:after="160" w:line="360" w:lineRule="auto"/>
        <w:ind w:firstLine="284"/>
        <w:jc w:val="both"/>
      </w:pPr>
      <w:r w:rsidRPr="001E021E">
        <w:t>Erano i doni di suo padre, in fondo. Per molto tempo non aveva capito perché il padre l’avesse condannata all’odio della loro piccola comunità. Perché applicarle delle modifiche tanto vistose?</w:t>
      </w:r>
    </w:p>
    <w:p w14:paraId="1FD15A8C" w14:textId="77777777" w:rsidR="001E021E" w:rsidRPr="001E021E" w:rsidRDefault="001E021E" w:rsidP="00920D43">
      <w:pPr>
        <w:spacing w:after="160" w:line="360" w:lineRule="auto"/>
        <w:ind w:firstLine="284"/>
        <w:jc w:val="both"/>
      </w:pPr>
      <w:r w:rsidRPr="001E021E">
        <w:t xml:space="preserve">La risposta era arrivata solo due anni prima, quando, passando per caso sotto un Emotion Analyzer, detto “EYE”, vicino alle mura cittadine, era stata rilevata come Synborn. La voce, fredda e autoritaria, le aveva intimato di rientrare, e solo l’intervento degli </w:t>
      </w:r>
      <w:r w:rsidRPr="001E021E">
        <w:rPr>
          <w:b/>
          <w:bCs/>
        </w:rPr>
        <w:t>Esecutori</w:t>
      </w:r>
      <w:r w:rsidRPr="001E021E">
        <w:t xml:space="preserve"> del Dipartimento del Tramonto, le forze dell'ordine di Ecliptica, risolse il fraintendimento, bollato come un </w:t>
      </w:r>
      <w:r w:rsidRPr="001E021E">
        <w:rPr>
          <w:b/>
          <w:bCs/>
        </w:rPr>
        <w:t>errore dell’hardware</w:t>
      </w:r>
      <w:r w:rsidRPr="001E021E">
        <w:t xml:space="preserve">. Era fondamentale </w:t>
      </w:r>
      <w:r w:rsidRPr="001E021E">
        <w:rPr>
          <w:b/>
          <w:bCs/>
        </w:rPr>
        <w:t>incolpare l’hardware</w:t>
      </w:r>
      <w:r w:rsidRPr="001E021E">
        <w:t xml:space="preserve">, sempre fallibile, e non il software, ovvero la voce della </w:t>
      </w:r>
      <w:r w:rsidRPr="001E021E">
        <w:rPr>
          <w:b/>
          <w:bCs/>
        </w:rPr>
        <w:t>Sorridente</w:t>
      </w:r>
      <w:r w:rsidRPr="001E021E">
        <w:t>, il sommo giudice della città.</w:t>
      </w:r>
    </w:p>
    <w:p w14:paraId="3D8B7BFC" w14:textId="77777777" w:rsidR="001E021E" w:rsidRPr="001E021E" w:rsidRDefault="001E021E" w:rsidP="00920D43">
      <w:pPr>
        <w:spacing w:after="160" w:line="360" w:lineRule="auto"/>
        <w:ind w:firstLine="284"/>
        <w:jc w:val="both"/>
      </w:pPr>
      <w:r w:rsidRPr="001E021E">
        <w:t xml:space="preserve">Fu allora che Fanny capì: i doni del padre le servivano per affrontare la città del Crepuscolo senza il timore di venire cambiata. Una volta entrata, si sarebbe potuta mimetizzare tra i Synborn e, con cautela, avrebbe potuto finalmente rivedere il padre e scoprire perché l’aveva lasciata con solo una strana moneta d’argento, che ora stringeva nel calore della mano destra. Non aveva alcun valore economico, quella moneta. La valuta di Ecliptica era virtuale, strettamente legata al sistema e alla felicità di ogni individuo, ma per Fanny era l’unico legame tangibile tra suo padre e quella città. Sulla superficie lucida di una delle due facce argentee era stata </w:t>
      </w:r>
      <w:r w:rsidRPr="001E021E">
        <w:rPr>
          <w:b/>
          <w:bCs/>
        </w:rPr>
        <w:t>incisa</w:t>
      </w:r>
      <w:r w:rsidRPr="001E021E">
        <w:t xml:space="preserve"> una sola parola: </w:t>
      </w:r>
      <w:r w:rsidRPr="001E021E">
        <w:rPr>
          <w:b/>
          <w:bCs/>
        </w:rPr>
        <w:t>“Ecliptica” il nome della città dalla notte eterna</w:t>
      </w:r>
      <w:r w:rsidRPr="001E021E">
        <w:t>. E Fanny non nutriva dubbi: il padre la stava aspettando, al di là di quel confine metallico.</w:t>
      </w:r>
    </w:p>
    <w:p w14:paraId="2B204532" w14:textId="77777777" w:rsidR="001E021E" w:rsidRPr="001E021E" w:rsidRDefault="001E021E" w:rsidP="00920D43">
      <w:pPr>
        <w:spacing w:after="160" w:line="360" w:lineRule="auto"/>
        <w:ind w:firstLine="284"/>
        <w:jc w:val="both"/>
      </w:pPr>
      <w:r w:rsidRPr="001E021E">
        <w:lastRenderedPageBreak/>
        <w:t>Con il cuore che le batteva rumorosamente nel petto, la ragazza dai capelli rossi, prese coraggio e superò i due Elvenar a guardia dell’arco entrando così nell’atrio ovale. Una stanza dall’aspetto impeccabile e pulito, simmetrico al punto da essere ossessivo. Un ambiente che appariva sterile e assai diverso dalle stradine polverose del suo accampamento. Nonostante i suoi timori, accadde esattamente ciò che aveva sperato, le due guardie non fecero affatto caso a lei, o il sistema la riconosceva come Synborn o semplicemente la ignorava. Con ancora l’ansia che la avvolgeva proseguì a passi decisi, all’interno salone adornato di colonne di piombo e pallido avorio.</w:t>
      </w:r>
    </w:p>
    <w:p w14:paraId="100B500E" w14:textId="77777777" w:rsidR="001E021E" w:rsidRPr="001E021E" w:rsidRDefault="001E021E" w:rsidP="00920D43">
      <w:pPr>
        <w:spacing w:after="160" w:line="360" w:lineRule="auto"/>
        <w:ind w:firstLine="284"/>
        <w:jc w:val="both"/>
      </w:pPr>
      <w:r w:rsidRPr="001E021E">
        <w:t>I pannelli delle pareti grigie acciaio erano stati lucidati e brillavano, un omaggio all'efficienza. Il bagliore al neon dell’illuminazione che splendeva nella sala, in una tonalità di blu innaturale, pulsava e vibrava, Nessun odore, Nessun suono, solo il lieve ronzio delle lampade riempiva quel vuoto salone. Non c'era nulla di naturale in quel luogo. L’unica compagnia concessa a chi varcava le colonne di uno dei quattro ingressi alla città erano i cartelli pubblicitari della Gratia, e i motti quasi religiosi del governo che brillavano su cartelli al neon di viola acceso</w:t>
      </w:r>
    </w:p>
    <w:p w14:paraId="1D0AE81A" w14:textId="77777777" w:rsidR="001E021E" w:rsidRPr="001E021E" w:rsidRDefault="001E021E" w:rsidP="00920D43">
      <w:pPr>
        <w:spacing w:after="160" w:line="360" w:lineRule="auto"/>
        <w:ind w:firstLine="284"/>
        <w:jc w:val="both"/>
      </w:pPr>
      <w:r w:rsidRPr="001E021E">
        <w:t>“La Notte Calerà”</w:t>
      </w:r>
    </w:p>
    <w:p w14:paraId="4676FE11" w14:textId="77777777" w:rsidR="001E021E" w:rsidRPr="001E021E" w:rsidRDefault="001E021E" w:rsidP="00920D43">
      <w:pPr>
        <w:spacing w:after="160" w:line="360" w:lineRule="auto"/>
        <w:ind w:firstLine="284"/>
        <w:jc w:val="both"/>
      </w:pPr>
      <w:r w:rsidRPr="001E021E">
        <w:t>“La sorridente ci Osserva”</w:t>
      </w:r>
    </w:p>
    <w:p w14:paraId="5DFDBD19" w14:textId="77777777" w:rsidR="001E021E" w:rsidRPr="001E021E" w:rsidRDefault="001E021E" w:rsidP="00920D43">
      <w:pPr>
        <w:spacing w:after="160" w:line="360" w:lineRule="auto"/>
        <w:ind w:firstLine="284"/>
        <w:jc w:val="both"/>
      </w:pPr>
      <w:r w:rsidRPr="001E021E">
        <w:t>“Una vita priva di Felicità è priva di Significato”</w:t>
      </w:r>
    </w:p>
    <w:p w14:paraId="6A4C49A3" w14:textId="77777777" w:rsidR="001E021E" w:rsidRPr="001E021E" w:rsidRDefault="001E021E" w:rsidP="00920D43">
      <w:pPr>
        <w:spacing w:after="160" w:line="360" w:lineRule="auto"/>
        <w:ind w:firstLine="284"/>
        <w:jc w:val="both"/>
      </w:pPr>
      <w:r w:rsidRPr="001E021E">
        <w:t>“Il dipartimento del Tramonto ci protegge”</w:t>
      </w:r>
    </w:p>
    <w:p w14:paraId="0BB1DF17" w14:textId="77777777" w:rsidR="001E021E" w:rsidRPr="001E021E" w:rsidRDefault="001E021E" w:rsidP="00920D43">
      <w:pPr>
        <w:spacing w:after="160" w:line="360" w:lineRule="auto"/>
        <w:ind w:firstLine="284"/>
        <w:jc w:val="both"/>
      </w:pPr>
      <w:r w:rsidRPr="001E021E">
        <w:t>Raggiunto l’ingresso vero e proprio alla città, restava solo un portale olografico a separare Fanny da Ecliptica. Non era un ostacolo fisico, né una barriera da dover disattivare, ma bisognava superare gli Occhi vigili della Città, i sensori e telecamere che svolazzavano ovunque a Ecliptica, questo si sapeva, perché l’allarme era udibile anche dall’esterno.</w:t>
      </w:r>
    </w:p>
    <w:p w14:paraId="41C825E9" w14:textId="77777777" w:rsidR="001E021E" w:rsidRPr="001E021E" w:rsidRDefault="001E021E" w:rsidP="00920D43">
      <w:pPr>
        <w:spacing w:after="160" w:line="360" w:lineRule="auto"/>
        <w:ind w:firstLine="284"/>
        <w:jc w:val="both"/>
      </w:pPr>
      <w:r w:rsidRPr="001E021E">
        <w:t>Ogni volta che un Fleshborn tentava il grande salto, il finale era sempre stato lo stesso: Varcato il portale oltre l’arco l’allarme scattava, gli occhi della città erano i primi ad arrivare, e infine l’incauto esploratore proseguiva verso una meta ignota. Fanny non poteva non pensarci, sarebbe accaduto anche a lei? Il pensiero che sarebbe potuto finire già lì, solo a pochi passi da Grimvale la terrorizzava.</w:t>
      </w:r>
    </w:p>
    <w:p w14:paraId="36632A18" w14:textId="77777777" w:rsidR="001E021E" w:rsidRPr="001E021E" w:rsidRDefault="001E021E" w:rsidP="00920D43">
      <w:pPr>
        <w:spacing w:after="160" w:line="360" w:lineRule="auto"/>
        <w:ind w:firstLine="284"/>
        <w:jc w:val="both"/>
      </w:pPr>
      <w:r w:rsidRPr="001E021E">
        <w:t>«Ma non è certo questo il momento di farsi venire inutili paure, ora sei qui e puoi solo proseguire» pensò la ragazza, mentre con entrambe le mani si era data un colpo alle guance, come a voler scacciare queste ansie con un gesto fisico.</w:t>
      </w:r>
    </w:p>
    <w:p w14:paraId="1552BB61" w14:textId="77777777" w:rsidR="001E021E" w:rsidRPr="001E021E" w:rsidRDefault="001E021E" w:rsidP="00920D43">
      <w:pPr>
        <w:spacing w:after="160" w:line="360" w:lineRule="auto"/>
        <w:ind w:firstLine="284"/>
        <w:jc w:val="both"/>
      </w:pPr>
      <w:r w:rsidRPr="001E021E">
        <w:t xml:space="preserve">Prese un bel respiro, l’ultimo all’aperto, l’ultimo nella stessa aria in cui era nata e cresciuta e poi attraversò il velo ad occhi chiusi e pugni stretti. Quando finalmente superò il varco, il tempo sembrò fermarsi. Il suo cuore martellava nel petto, il battito che risuonava metallico in tutto il corpo. Ma niente accadde. Nessun allarme. Un </w:t>
      </w:r>
      <w:r w:rsidRPr="001E021E">
        <w:lastRenderedPageBreak/>
        <w:t xml:space="preserve">silenzio tombale la avvolse. Poi un’esplosione di euforia travolse Fanny. Le labbra si aprirono in un sorriso selvaggio, le mani serrate a pugno: </w:t>
      </w:r>
    </w:p>
    <w:p w14:paraId="21EB37DB" w14:textId="77777777" w:rsidR="001E021E" w:rsidRPr="001E021E" w:rsidRDefault="001E021E" w:rsidP="00920D43">
      <w:pPr>
        <w:spacing w:after="160" w:line="360" w:lineRule="auto"/>
        <w:ind w:firstLine="284"/>
        <w:jc w:val="both"/>
      </w:pPr>
      <w:r w:rsidRPr="001E021E">
        <w:t xml:space="preserve">«SI CAZZO» si lasciò sfuggire mossa dall’euforia di quel piccolo, importante traguardo. </w:t>
      </w:r>
    </w:p>
    <w:p w14:paraId="57CA8833" w14:textId="77777777" w:rsidR="001E021E" w:rsidRPr="001E021E" w:rsidRDefault="001E021E" w:rsidP="00920D43">
      <w:pPr>
        <w:spacing w:after="160" w:line="360" w:lineRule="auto"/>
        <w:ind w:firstLine="284"/>
        <w:jc w:val="both"/>
      </w:pPr>
      <w:r w:rsidRPr="001E021E">
        <w:t>“ok, il grosso è fatto, sono dentro, non mi resta che trovare mio padre!” pensò infine poco prima di osservare con attenzione la città avvolta nella cupola olografica.</w:t>
      </w:r>
    </w:p>
    <w:p w14:paraId="0FD7FCD9" w14:textId="77777777" w:rsidR="001E021E" w:rsidRPr="001E021E" w:rsidRDefault="001E021E" w:rsidP="00920D43">
      <w:pPr>
        <w:spacing w:after="160" w:line="360" w:lineRule="auto"/>
        <w:ind w:firstLine="284"/>
        <w:jc w:val="both"/>
      </w:pPr>
      <w:r w:rsidRPr="001E021E">
        <w:t xml:space="preserve">Una rete intricata di palazzi e vie, grigie come le nubi che conosceva fin troppo bene, si ergevano davanti gli occhi verdi della ragazza. Lungo quelle strade meticolosamente disegnate, ecco i Synborn, gli abitanti di Ecliptica che fluivano per le vie come fossero sangue vivo nelle arterie di un enorme organismo di acciaio. La città limitata nelle dimensioni dalle strette Mura aveva ben presto iniziato a estendersi verso l’alto, raggiungendo quasi la Volta tetra che oscurava il cielo. E lì, proprio al centro di quel dedalo, si stagliava l’Anello Centrale, il cervello della Città. Tre torri imponenti si ergevano verso la volta come aghi d’acciaio, collegati da ponti di vetro che sfidavano la gravità. Più li osservava più sembrava che quei pontili aumentassero; ciascuno pieno di minute ombre che si muovevano con calma. </w:t>
      </w:r>
    </w:p>
    <w:p w14:paraId="6C0BCF05" w14:textId="77777777" w:rsidR="001E021E" w:rsidRPr="001E021E" w:rsidRDefault="001E021E" w:rsidP="00920D43">
      <w:pPr>
        <w:spacing w:after="160" w:line="360" w:lineRule="auto"/>
        <w:ind w:firstLine="284"/>
        <w:jc w:val="both"/>
      </w:pPr>
      <w:r w:rsidRPr="001E021E">
        <w:t>Sopra, il cielo non esisteva. Era un manto nero, tanto profondo quanto il buio sotterraneo, come un sudario poggiato su un cadavere. Anche all’esterno Fanny era abituata a quel grigiume, quel perenne crepuscolo, ma nella città un ulteriore schermo energetico era posto a guardia del cielo rendendo l’ambiente ancora più opprimente per Fanny. La mole di nuove informazioni da dover processare erano tali che la giovane donna non riuscì a trattenersi dal lanciare un ultimo sguardo verso il portale alle sue spalle.</w:t>
      </w:r>
    </w:p>
    <w:p w14:paraId="1C11E9E1" w14:textId="77777777" w:rsidR="001E021E" w:rsidRPr="001E021E" w:rsidRDefault="001E021E" w:rsidP="00920D43">
      <w:pPr>
        <w:spacing w:after="160" w:line="360" w:lineRule="auto"/>
        <w:ind w:firstLine="284"/>
        <w:jc w:val="both"/>
      </w:pPr>
      <w:r w:rsidRPr="001E021E">
        <w:t>Poi lo sguardo della ragazza si concentrò nuovamente su quelle tre torri centrali che svettavano sulla città, era impossibile per lei non osservarle. Erano sapientemente posizionate ai vertici di un triangolo immaginario: Ogni torre rappresentava uno dei tre Dipartimenti che governavano la città: Alba, con le sue guglie bianche e lisce come lame, da cui filtravano fasci di luce artificiale; Tramonto, una torre scura e opaca, piena di antenne e scanner, che sembrava assorbire la luce intorno a sé; e Mezzogiorno, massiccia, solida, scolpita in acciaio nero e intarsi di un bianco candido, la comunione perfetta tra Alba e Tramonto.</w:t>
      </w:r>
    </w:p>
    <w:p w14:paraId="76462857" w14:textId="77777777" w:rsidR="001E021E" w:rsidRPr="001E021E" w:rsidRDefault="001E021E" w:rsidP="00920D43">
      <w:pPr>
        <w:spacing w:after="160" w:line="360" w:lineRule="auto"/>
        <w:ind w:firstLine="284"/>
        <w:jc w:val="both"/>
      </w:pPr>
      <w:r w:rsidRPr="001E021E">
        <w:t>Racchiusa in quel triangolo minaccioso spiccava la più alta e sinistra di tutte: la Torre della Sorridente. Uno scheletro di vetro fumé e metallo nero che perforava la volta olografica come una lancia. Da ogni fessura e crepa filtrava una luce arancione, incandescente, pulsante, viva. Energia di origine ignota, che sembrava nutrire l’intera città. Dalla cima della Torre, sottili fasci luminosi si distendevano verso il basso, nutrendo la cupola che dominava il cielo e alimentando la città intera.</w:t>
      </w:r>
    </w:p>
    <w:p w14:paraId="7C867602" w14:textId="77777777" w:rsidR="001E021E" w:rsidRPr="001E021E" w:rsidRDefault="001E021E" w:rsidP="00920D43">
      <w:pPr>
        <w:spacing w:after="160" w:line="360" w:lineRule="auto"/>
        <w:ind w:firstLine="284"/>
        <w:jc w:val="both"/>
      </w:pPr>
      <w:r w:rsidRPr="001E021E">
        <w:t xml:space="preserve">Proprio sotto la volta energetica, sospeso come un anello divino, si librava il Settore Agricolo. Un’immensa corona tinta di verde e forgiata d’acciaio che fluttuava grazie a giganteschi generatori elettromagnetici ben visibili sotto quel disco vitale. Le terrazze coltivate, le serre idroponiche e i campi verticali si estendevano a </w:t>
      </w:r>
      <w:r w:rsidRPr="001E021E">
        <w:lastRenderedPageBreak/>
        <w:t>perdita d’occhio, come un giardino celeste che la città non poteva mai toccare davvero. La vegetazione era ordinata, chirurgica, geometrica — nulla era lasciato al caso. Ogni pianta, ogni seme, ogni metro di terra era controllato, nutrito e monitorato. Un miracolo tecnologico che garantiva l’autosufficienza di Ecliptica, ma che sembrava del tutto privo di vita.</w:t>
      </w:r>
    </w:p>
    <w:p w14:paraId="4D6A13DA" w14:textId="77777777" w:rsidR="001E021E" w:rsidRPr="001E021E" w:rsidRDefault="001E021E" w:rsidP="00920D43">
      <w:pPr>
        <w:spacing w:after="160" w:line="360" w:lineRule="auto"/>
        <w:ind w:firstLine="284"/>
        <w:jc w:val="both"/>
      </w:pPr>
      <w:r w:rsidRPr="001E021E">
        <w:t>Fanny osservò tutto questo con il fiato corto. La cupola energetica era vitale per la città, per La Sorridente: L’interno di Ecliptica doveva essere ben controllato, la luce, la temperatura, persino il vento, tutto doveva poter essere regolato.</w:t>
      </w:r>
    </w:p>
    <w:p w14:paraId="79886609" w14:textId="77777777" w:rsidR="001E021E" w:rsidRPr="001E021E" w:rsidRDefault="001E021E" w:rsidP="00920D43">
      <w:pPr>
        <w:spacing w:after="160" w:line="360" w:lineRule="auto"/>
        <w:ind w:firstLine="284"/>
        <w:jc w:val="both"/>
      </w:pPr>
      <w:r w:rsidRPr="001E021E">
        <w:t>Fin dall’antichità si era a conoscenza che il clima era in grado di influenzare l’umore delle persone. Qui non era più accettato, l’umore del popolo non poteva dipendere da qualcosa di così aleatorio come una bella giornata, era inaffidabile, e soprattutto gratuito e non controllabile, andava estirpato e sostituito.</w:t>
      </w:r>
    </w:p>
    <w:p w14:paraId="00BF714B" w14:textId="77777777" w:rsidR="001E021E" w:rsidRPr="001E021E" w:rsidRDefault="001E021E" w:rsidP="00920D43">
      <w:pPr>
        <w:spacing w:after="160" w:line="360" w:lineRule="auto"/>
        <w:ind w:firstLine="284"/>
        <w:jc w:val="both"/>
      </w:pPr>
      <w:r w:rsidRPr="001E021E">
        <w:t>Schermi olografici giganti, proiettanti immagini in ogni angolo, risplendevano con volti sorridenti, pubblicità dai colori pastello e la promessa illusoria di un mondo perfetto.</w:t>
      </w:r>
    </w:p>
    <w:p w14:paraId="4B69EDD6" w14:textId="77777777" w:rsidR="001E021E" w:rsidRPr="001E021E" w:rsidRDefault="001E021E" w:rsidP="00920D43">
      <w:pPr>
        <w:spacing w:after="160" w:line="360" w:lineRule="auto"/>
        <w:ind w:firstLine="284"/>
        <w:jc w:val="both"/>
      </w:pPr>
      <w:r w:rsidRPr="001E021E">
        <w:t>Ripresasi dall’iniziale impatto di quel nuovo mondo, Fanny iniziò i suoi primi timidi passi in una piazza ricolma di Synborn. Non riusciva a non osservarli incantate e spaventata al tempo stesso: le loro protesi di ogni forma e colore, facevano impallidire le sue rozze appendici di ferro.</w:t>
      </w:r>
    </w:p>
    <w:p w14:paraId="39D60F4C" w14:textId="77777777" w:rsidR="001E021E" w:rsidRPr="001E021E" w:rsidRDefault="001E021E" w:rsidP="00920D43">
      <w:pPr>
        <w:spacing w:after="160" w:line="360" w:lineRule="auto"/>
        <w:ind w:firstLine="284"/>
        <w:jc w:val="both"/>
      </w:pPr>
      <w:r w:rsidRPr="001E021E">
        <w:t>La ragazza notò un gruppo di ragazzi con bulbi luminosi alloggiati là dove un tempo vi erano occhi umani, ragazze la cui vita era artificialmente assottigliata grazie a gabbie di metallo, e in alcuni casi persino trasparente, lasciando trasparire parte degli organi interni.</w:t>
      </w:r>
    </w:p>
    <w:p w14:paraId="6415B2C5" w14:textId="77777777" w:rsidR="001E021E" w:rsidRPr="001E021E" w:rsidRDefault="001E021E" w:rsidP="00920D43">
      <w:pPr>
        <w:spacing w:after="160" w:line="360" w:lineRule="auto"/>
        <w:ind w:firstLine="284"/>
        <w:jc w:val="both"/>
      </w:pPr>
      <w:r w:rsidRPr="001E021E">
        <w:t>All’inizio Fanny sembrò disgustata dalla cosa, colpa della cultura pudica con la quale era cresciuta, ma notando che gli abiti erano tessuti proprio allo scopo di rendere le modifiche ben visibili, le fu subito chiaro che lì, in quel mondo, l’eccentricità delle modifiche era un vanto.</w:t>
      </w:r>
    </w:p>
    <w:p w14:paraId="2F781971" w14:textId="77777777" w:rsidR="001E021E" w:rsidRPr="001E021E" w:rsidRDefault="001E021E" w:rsidP="00920D43">
      <w:pPr>
        <w:spacing w:after="160" w:line="360" w:lineRule="auto"/>
        <w:ind w:firstLine="284"/>
        <w:jc w:val="both"/>
      </w:pPr>
      <w:r w:rsidRPr="001E021E">
        <w:t>Le luci al neon degli Occhi del sistema osservavano attentamente la folla; i raggi da ogni angolazione cercavano di penetrare ognuno mente che incrociavano. A differenza dei Synborn che la circondavano, lei aveva in volto i segni di un profondo disagio. Il tipico disagio di uno straniero che non comprendo l’idioma locale.</w:t>
      </w:r>
    </w:p>
    <w:p w14:paraId="2D74D0C7" w14:textId="77777777" w:rsidR="001E021E" w:rsidRPr="001E021E" w:rsidRDefault="001E021E" w:rsidP="00920D43">
      <w:pPr>
        <w:spacing w:after="160" w:line="360" w:lineRule="auto"/>
        <w:ind w:firstLine="284"/>
        <w:jc w:val="both"/>
      </w:pPr>
      <w:r w:rsidRPr="001E021E">
        <w:t>Attorno a lei, invece, ogni persona rideva e manifestava gioia di ogni tipo, a ogni angolo della strada era possibile vedere locali notturni, ragazzi e ragazze immersi in effusioni pubbliche. Davanti a lei si era aperta una città così viva e frenetica da non sembrarle reale.</w:t>
      </w:r>
    </w:p>
    <w:p w14:paraId="757A3C21" w14:textId="77777777" w:rsidR="001E021E" w:rsidRPr="001E021E" w:rsidRDefault="001E021E" w:rsidP="00920D43">
      <w:pPr>
        <w:spacing w:after="160" w:line="360" w:lineRule="auto"/>
        <w:ind w:firstLine="284"/>
        <w:jc w:val="both"/>
      </w:pPr>
      <w:r w:rsidRPr="001E021E">
        <w:t>L’iride cibernetica reagiva a ogni frammento di luce, ma la tradiva nel processo. Ogni sentimento, ogni difetto, ogni scintilla di paura o disagio veniva captata. Ogni momento di sincerità poteva essere letto e Fanny ne era consapevole.</w:t>
      </w:r>
    </w:p>
    <w:p w14:paraId="6D61B605" w14:textId="77777777" w:rsidR="001E021E" w:rsidRPr="001E021E" w:rsidRDefault="001E021E" w:rsidP="00920D43">
      <w:pPr>
        <w:spacing w:after="160" w:line="360" w:lineRule="auto"/>
        <w:ind w:firstLine="284"/>
        <w:jc w:val="both"/>
      </w:pPr>
      <w:r w:rsidRPr="001E021E">
        <w:lastRenderedPageBreak/>
        <w:t>«devo cercare di concentrarmi, per ora è andato bene, ma devo cercare di restare calma, se non ricordo male qui misurano la tua serenità, o una cosa simile» Ai Fleshborn non erano mai state del tutto chiare le regole di Ecliptica. Quello che si sapeva è che la felicità qui era tutto.</w:t>
      </w:r>
    </w:p>
    <w:p w14:paraId="5890DDB8" w14:textId="77777777" w:rsidR="001E021E" w:rsidRPr="001E021E" w:rsidRDefault="001E021E" w:rsidP="00920D43">
      <w:pPr>
        <w:spacing w:after="160" w:line="360" w:lineRule="auto"/>
        <w:ind w:firstLine="284"/>
        <w:jc w:val="both"/>
      </w:pPr>
      <w:r w:rsidRPr="001E021E">
        <w:t>«Benvenuti a Ecliptica.»</w:t>
      </w:r>
    </w:p>
    <w:p w14:paraId="4896B815" w14:textId="77777777" w:rsidR="001E021E" w:rsidRPr="001E021E" w:rsidRDefault="001E021E" w:rsidP="00920D43">
      <w:pPr>
        <w:spacing w:after="160" w:line="360" w:lineRule="auto"/>
        <w:ind w:firstLine="284"/>
        <w:jc w:val="both"/>
      </w:pPr>
      <w:r w:rsidRPr="001E021E">
        <w:t>Il suono della voce dell'ologramma sembrava provenire da un altro mondo, ma il tono era cristallino, calmo, freddo come il ghiaccio.</w:t>
      </w:r>
    </w:p>
    <w:p w14:paraId="5920C81B" w14:textId="77777777" w:rsidR="001E021E" w:rsidRPr="001E021E" w:rsidRDefault="001E021E" w:rsidP="00920D43">
      <w:pPr>
        <w:spacing w:after="160" w:line="360" w:lineRule="auto"/>
        <w:ind w:firstLine="284"/>
        <w:jc w:val="both"/>
      </w:pPr>
      <w:r w:rsidRPr="001E021E">
        <w:t>Fanny si voltò di scatto, quasi spaventata notando che alle sue spalle si era attivato improvvisamente un ologramma di benvenuto e ora aleggiava davanti a Fanny come uno spettro. Il volto che la ragazza si trovava davanti era quello di una giovane ragazza, con capelli corti dai colori azzurri, anche se era difficile esserne certi dato l’essenza traslucida dell’ologramma. Non aveva emozioni. Era solo una perfetta espressione di un mondo vuoto.</w:t>
      </w:r>
    </w:p>
    <w:p w14:paraId="59A9A2C7" w14:textId="77777777" w:rsidR="001E021E" w:rsidRPr="001E021E" w:rsidRDefault="001E021E" w:rsidP="00920D43">
      <w:pPr>
        <w:spacing w:after="160" w:line="360" w:lineRule="auto"/>
        <w:ind w:firstLine="284"/>
        <w:jc w:val="both"/>
      </w:pPr>
      <w:r w:rsidRPr="001E021E">
        <w:t>«Questa è una terra che una volta si affidava ed era preda della superstizione. Oggi ne ha solo un amaro ricordo.»</w:t>
      </w:r>
    </w:p>
    <w:p w14:paraId="5BD68681" w14:textId="77777777" w:rsidR="001E021E" w:rsidRPr="001E021E" w:rsidRDefault="001E021E" w:rsidP="00920D43">
      <w:pPr>
        <w:spacing w:after="160" w:line="360" w:lineRule="auto"/>
        <w:ind w:firstLine="284"/>
        <w:jc w:val="both"/>
      </w:pPr>
      <w:r w:rsidRPr="001E021E">
        <w:t>Fanny pareva pietrificata davanti alla visione di quel messaggio, non sapeva e non capiva se fosse rivolta a lei, e se avesse dovuto o meno risponderle, ma non ebbe tempo per decidere poiché l’ologramma proseguì.</w:t>
      </w:r>
    </w:p>
    <w:p w14:paraId="4FF2F760" w14:textId="77777777" w:rsidR="001E021E" w:rsidRPr="001E021E" w:rsidRDefault="001E021E" w:rsidP="00920D43">
      <w:pPr>
        <w:spacing w:after="160" w:line="360" w:lineRule="auto"/>
        <w:ind w:firstLine="284"/>
        <w:jc w:val="both"/>
      </w:pPr>
      <w:r w:rsidRPr="001E021E">
        <w:t>«L’irrazionale è stato analizzato, sezionato, convertito in conoscenza e infine trasmutato in scienza.»</w:t>
      </w:r>
    </w:p>
    <w:p w14:paraId="37090906" w14:textId="77777777" w:rsidR="001E021E" w:rsidRPr="001E021E" w:rsidRDefault="001E021E" w:rsidP="00920D43">
      <w:pPr>
        <w:spacing w:after="160" w:line="360" w:lineRule="auto"/>
        <w:ind w:firstLine="284"/>
        <w:jc w:val="both"/>
      </w:pPr>
      <w:r w:rsidRPr="001E021E">
        <w:t xml:space="preserve">La gola di Fanny pizzicò con un nodo in fondo. Il suo respiro divenne più difficile mentre le informazioni dell'ologramma scorrevano davanti ai suoi occhi. </w:t>
      </w:r>
    </w:p>
    <w:p w14:paraId="70ABFB46" w14:textId="77777777" w:rsidR="001E021E" w:rsidRPr="001E021E" w:rsidRDefault="001E021E" w:rsidP="00920D43">
      <w:pPr>
        <w:spacing w:after="160" w:line="360" w:lineRule="auto"/>
        <w:ind w:firstLine="284"/>
        <w:jc w:val="both"/>
      </w:pPr>
      <w:r w:rsidRPr="001E021E">
        <w:t>«irrazionalità? Scienza? Ma di cosa sta parlando esattamente?» commentò istintivamente guardandosi attorno con aria confusa, come a confermare che l’ologramma non fosse diretto ad altre persone attorno a lei.</w:t>
      </w:r>
    </w:p>
    <w:p w14:paraId="10D3B34E" w14:textId="77777777" w:rsidR="001E021E" w:rsidRPr="001E021E" w:rsidRDefault="001E021E" w:rsidP="00920D43">
      <w:pPr>
        <w:spacing w:after="160" w:line="360" w:lineRule="auto"/>
        <w:ind w:firstLine="284"/>
        <w:jc w:val="both"/>
      </w:pPr>
      <w:r w:rsidRPr="001E021E">
        <w:t>«Oggi Ecliptica è ordine. È equilibrio. È la luce nascosta da un’ombra necessaria.»</w:t>
      </w:r>
    </w:p>
    <w:p w14:paraId="24926904" w14:textId="77777777" w:rsidR="001E021E" w:rsidRPr="001E021E" w:rsidRDefault="001E021E" w:rsidP="00920D43">
      <w:pPr>
        <w:spacing w:after="160" w:line="360" w:lineRule="auto"/>
        <w:ind w:firstLine="284"/>
        <w:jc w:val="both"/>
      </w:pPr>
      <w:r w:rsidRPr="001E021E">
        <w:t>«Molto è stato sacrificato in questo mondo per ottenere sicurezza e stabilità. Ma non temete. Seguendo il percorso della Felicità tutto ora andrà per il meglio»</w:t>
      </w:r>
    </w:p>
    <w:p w14:paraId="1FD38257" w14:textId="77777777" w:rsidR="001E021E" w:rsidRPr="001E021E" w:rsidRDefault="001E021E" w:rsidP="00920D43">
      <w:pPr>
        <w:spacing w:after="160" w:line="360" w:lineRule="auto"/>
        <w:ind w:firstLine="284"/>
        <w:jc w:val="both"/>
      </w:pPr>
      <w:r w:rsidRPr="001E021E">
        <w:t>Il sorriso dell'ologramma si aprì. Era perfetto. Geometrico. Ma non aveva sostanza. Fanny osservava, e per un attimo sentì una sensazione spiacevole, come se il mondo intorno a lei fosse un sogno.</w:t>
      </w:r>
    </w:p>
    <w:p w14:paraId="103C0CD0" w14:textId="77777777" w:rsidR="001E021E" w:rsidRPr="001E021E" w:rsidRDefault="001E021E" w:rsidP="00920D43">
      <w:pPr>
        <w:spacing w:after="160" w:line="360" w:lineRule="auto"/>
        <w:ind w:firstLine="284"/>
        <w:jc w:val="both"/>
      </w:pPr>
      <w:r w:rsidRPr="001E021E">
        <w:t xml:space="preserve">“Il mio nome è La Sorridente. E grazie ai miei occhi vi osservo e vi proteggo, difendendo la Felicità, </w:t>
      </w:r>
      <w:r w:rsidRPr="001E021E">
        <w:rPr>
          <w:b/>
          <w:bCs/>
        </w:rPr>
        <w:t>sopra ogni cosa.</w:t>
      </w:r>
      <w:r w:rsidRPr="001E021E">
        <w:t>”</w:t>
      </w:r>
    </w:p>
    <w:p w14:paraId="6AC44CCB" w14:textId="77777777" w:rsidR="001E021E" w:rsidRPr="001E021E" w:rsidRDefault="001E021E" w:rsidP="00920D43">
      <w:pPr>
        <w:spacing w:after="160" w:line="360" w:lineRule="auto"/>
        <w:ind w:firstLine="284"/>
        <w:jc w:val="both"/>
      </w:pPr>
      <w:r w:rsidRPr="001E021E">
        <w:t>Infine, l’ologramma sparì come nebbia al sole. Solo la sua voce automatizzata rimase, ripetendo il suo avvertimento:</w:t>
      </w:r>
    </w:p>
    <w:p w14:paraId="07C301A8" w14:textId="77777777" w:rsidR="001E021E" w:rsidRPr="001E021E" w:rsidRDefault="001E021E" w:rsidP="00920D43">
      <w:pPr>
        <w:spacing w:after="160" w:line="360" w:lineRule="auto"/>
        <w:ind w:firstLine="284"/>
        <w:jc w:val="both"/>
      </w:pPr>
      <w:r w:rsidRPr="001E021E">
        <w:lastRenderedPageBreak/>
        <w:t>“La notte calerà. E la giustizia colpirà i malvagi di cuore e di spirito.”</w:t>
      </w:r>
    </w:p>
    <w:p w14:paraId="5F2351E3" w14:textId="77777777" w:rsidR="001E021E" w:rsidRPr="001E021E" w:rsidRDefault="001E021E" w:rsidP="00920D43">
      <w:pPr>
        <w:spacing w:after="160" w:line="360" w:lineRule="auto"/>
        <w:ind w:firstLine="284"/>
        <w:jc w:val="both"/>
      </w:pPr>
      <w:r w:rsidRPr="001E021E">
        <w:t>Fanny ansimò per un secondo. Non per paura, ma per riprendere il controllo. Non doveva apparire più turbata dei Synborn attorno a lei. Non voleva e non poteva essere scannerizzata da quegli occhi elettronici. Non ancora.</w:t>
      </w:r>
    </w:p>
    <w:p w14:paraId="690952B8" w14:textId="77777777" w:rsidR="001E021E" w:rsidRPr="001E021E" w:rsidRDefault="001E021E" w:rsidP="00920D43">
      <w:pPr>
        <w:spacing w:after="160" w:line="360" w:lineRule="auto"/>
        <w:ind w:firstLine="284"/>
        <w:jc w:val="both"/>
      </w:pPr>
      <w:r w:rsidRPr="001E021E">
        <w:t xml:space="preserve">Decise quindi di seguire il flusso ordinato e frenetico di persone, camminando a testa bassa, abbassando lo sguardo ogni volta che un Occhio della città le scivolava sopra la testa. Ora che poteva osservarle da vicino, capiva quanto quelle piccole sfere dorate fossero inquietanti. Un’iride rossa, viva, quasi umana, ne occupava il centro, lanciando fasci di luce azzurrina che si muovevano come lame tra la folla. Persino i Fleshborn conoscevano quei colori. </w:t>
      </w:r>
    </w:p>
    <w:p w14:paraId="25B75435" w14:textId="77777777" w:rsidR="001E021E" w:rsidRPr="001E021E" w:rsidRDefault="001E021E" w:rsidP="00920D43">
      <w:pPr>
        <w:spacing w:after="160" w:line="360" w:lineRule="auto"/>
        <w:ind w:firstLine="284"/>
        <w:jc w:val="both"/>
      </w:pPr>
      <w:r w:rsidRPr="001E021E">
        <w:t>Fanny rabbrividì, scacciando quel pensiero e lasciandosi trascinare dal flusso compatto che la conduceva oltre i varchi di sicurezza. Esattamente come all’ingresso i sensori di sicurezza non la individuavano. La presenza di Boost Tek sul suo corpo la mescolavano perfettamente tra gli altri synborn, ma l’assenza di un Emtion Reader nel cranio la rendeva invisibile a quelle prime luci di controllo. Passò senza difficoltà attraverso il primo anello abitativo, un dedalo geometrico di esagoni in cemento e acciaio, tutte uguali, perfette, asettiche. Ogni abitazione sembrava voler ostentare un lusso fittizio: decorazioni esagerate, vistose adornavano ogni superficie di quelle costruzioni. Eppure restavano tutti inevitabilmente identiche. I Synborn la circondavano, intenti nelle loro attività quotidiane, adulti in divise grigie che tornavano dalle fabbriche, famiglie sedute nei parchi schematici, tutti ingabbiati nella stessa routine. Ma tutti sorridenti. Riuscì a sentire alcune di quelle voci che passavano</w:t>
      </w:r>
    </w:p>
    <w:p w14:paraId="0526364C" w14:textId="77777777" w:rsidR="001E021E" w:rsidRPr="001E021E" w:rsidRDefault="001E021E" w:rsidP="00920D43">
      <w:pPr>
        <w:spacing w:after="160" w:line="360" w:lineRule="auto"/>
        <w:ind w:firstLine="284"/>
        <w:jc w:val="both"/>
      </w:pPr>
      <w:r w:rsidRPr="001E021E">
        <w:t>«Non c’è nulla di meglio di una buona sudata» iniziò un operaio</w:t>
      </w:r>
    </w:p>
    <w:p w14:paraId="25FDA833" w14:textId="77777777" w:rsidR="001E021E" w:rsidRPr="001E021E" w:rsidRDefault="001E021E" w:rsidP="00920D43">
      <w:pPr>
        <w:spacing w:after="160" w:line="360" w:lineRule="auto"/>
        <w:ind w:firstLine="284"/>
        <w:jc w:val="both"/>
      </w:pPr>
      <w:r w:rsidRPr="001E021E">
        <w:t>«Spero non sia troppo stanco! Serene ci aspetta al solito club» commentò il collega al suo fianco, ammiccando all’amico</w:t>
      </w:r>
    </w:p>
    <w:p w14:paraId="0F2A74E9" w14:textId="77777777" w:rsidR="001E021E" w:rsidRPr="001E021E" w:rsidRDefault="001E021E" w:rsidP="00920D43">
      <w:pPr>
        <w:spacing w:after="160" w:line="360" w:lineRule="auto"/>
        <w:ind w:firstLine="284"/>
        <w:jc w:val="both"/>
      </w:pPr>
      <w:r w:rsidRPr="001E021E">
        <w:t>Fanny cercò di passare inosservata, ma non era semplice. Doveva attraversare un checkpoint di controllo prima di entrare nell’anello commerciale, e lì, tra il chiacchiericcio e i neon, mani sconosciute si infilarono nel suo spazio personale. Un uomo le si avvicinò troppo. Sentì un contatto viscido sul fianco, poi una stretta improvvisa, invadente. La reazione di Fanny fu istintiva: un pugno ben assestato allo stomaco che lo fece piegare in due.</w:t>
      </w:r>
    </w:p>
    <w:p w14:paraId="6AD3D3F3" w14:textId="77777777" w:rsidR="001E021E" w:rsidRPr="001E021E" w:rsidRDefault="001E021E" w:rsidP="00920D43">
      <w:pPr>
        <w:spacing w:after="160" w:line="360" w:lineRule="auto"/>
        <w:ind w:firstLine="284"/>
        <w:jc w:val="both"/>
      </w:pPr>
      <w:r w:rsidRPr="001E021E">
        <w:t>«Che cazzo…» tossì l’uomo, e poi rise. «Se sei già impegnata per stasera, bastava dirlo!»</w:t>
      </w:r>
    </w:p>
    <w:p w14:paraId="5B771227" w14:textId="77777777" w:rsidR="001E021E" w:rsidRPr="001E021E" w:rsidRDefault="001E021E" w:rsidP="00920D43">
      <w:pPr>
        <w:spacing w:after="160" w:line="360" w:lineRule="auto"/>
        <w:ind w:firstLine="284"/>
        <w:jc w:val="both"/>
      </w:pPr>
      <w:r w:rsidRPr="001E021E">
        <w:t xml:space="preserve">Anche gli altri intorno a loro risero. Le ragazze Synborn la fissavano con un sorrisetto tirato, come se trovassero ridicolo quel moto d’orgoglio così fuori posto e inutile. Fanny si irrigidì, guardandosi intorno come un animale braccato. La cosa che più la colpì, che più la ferì era che quelle risate non bersagliavano l’uomo e il suo gesto così invadente e disgustoso agli occhi di Fanny. No. Gli occhi malevoli delle Synborn erano tutti </w:t>
      </w:r>
      <w:r w:rsidRPr="001E021E">
        <w:lastRenderedPageBreak/>
        <w:t xml:space="preserve">diretti su di lei e sul suo braccio meccanico, artefice dell’ignobile atto di cercare un’arcaica intimità. Qui non si protestava. Qui l'eccesso era la norma. </w:t>
      </w:r>
    </w:p>
    <w:p w14:paraId="02004C32" w14:textId="77777777" w:rsidR="001E021E" w:rsidRPr="001E021E" w:rsidRDefault="001E021E" w:rsidP="00920D43">
      <w:pPr>
        <w:spacing w:after="160" w:line="360" w:lineRule="auto"/>
        <w:ind w:firstLine="284"/>
        <w:jc w:val="both"/>
      </w:pPr>
      <w:r w:rsidRPr="001E021E">
        <w:t>«no… ecco, io non…» balbettò incerta prima di allontanarsi rapidamente da quello spiacevole incontro. Mentre si allontanava, le Emotion Sphere si precipitavano a monitorare la zona, consigliando ai presenti di acquistare una dose di Gratia per abbassare i loro livelli emotivi, prima che il proprio conto venisse ridotto.</w:t>
      </w:r>
    </w:p>
    <w:p w14:paraId="6077CE76" w14:textId="77777777" w:rsidR="001E021E" w:rsidRPr="001E021E" w:rsidRDefault="001E021E" w:rsidP="00920D43">
      <w:pPr>
        <w:spacing w:after="160" w:line="360" w:lineRule="auto"/>
        <w:ind w:firstLine="284"/>
        <w:jc w:val="both"/>
      </w:pPr>
      <w:r w:rsidRPr="001E021E">
        <w:t>Fanny continuò a camminare, cercando di tenere la testa il più bassa possibile, quasi facendosi piccola.</w:t>
      </w:r>
    </w:p>
    <w:p w14:paraId="6F387CD4" w14:textId="77777777" w:rsidR="001E021E" w:rsidRPr="001E021E" w:rsidRDefault="001E021E" w:rsidP="00920D43">
      <w:pPr>
        <w:spacing w:after="160" w:line="360" w:lineRule="auto"/>
        <w:ind w:firstLine="284"/>
        <w:jc w:val="both"/>
      </w:pPr>
      <w:r w:rsidRPr="001E021E">
        <w:t>“Ecco, questi sono i Synborn” pensò mostrando una lieve smorfia sul volto.</w:t>
      </w:r>
    </w:p>
    <w:p w14:paraId="6519BA70" w14:textId="77777777" w:rsidR="001E021E" w:rsidRPr="001E021E" w:rsidRDefault="001E021E" w:rsidP="00920D43">
      <w:pPr>
        <w:spacing w:after="160" w:line="360" w:lineRule="auto"/>
        <w:ind w:firstLine="284"/>
        <w:jc w:val="both"/>
      </w:pPr>
      <w:r w:rsidRPr="001E021E">
        <w:t>I Synborn erano esattamente questo. Un flusso infinito di persone create per essere felici, felici nonostante tutto. Tutti potevano, anzi dovevano dare libero sfogo ai propri desideri.</w:t>
      </w:r>
    </w:p>
    <w:p w14:paraId="27124A68" w14:textId="77777777" w:rsidR="001E021E" w:rsidRPr="001E021E" w:rsidRDefault="001E021E" w:rsidP="00920D43">
      <w:pPr>
        <w:spacing w:after="160" w:line="360" w:lineRule="auto"/>
        <w:ind w:firstLine="284"/>
        <w:jc w:val="both"/>
      </w:pPr>
      <w:r w:rsidRPr="001E021E">
        <w:t>Quando varcò finalmente la soglia dell’anello commerciale, il mondo cambiò di colpo. I simmetrici esagoni lasciarono spazio a edifici bizzarri, schermi al neon e architetture che mescolavano decadenza e lusso. Il flusso umano si era fatto più colorato, più rumoroso, più caotico. Qui, ogni vizio aveva un suo quartiere.</w:t>
      </w:r>
    </w:p>
    <w:p w14:paraId="03BD4AF5" w14:textId="77777777" w:rsidR="001E021E" w:rsidRPr="001E021E" w:rsidRDefault="001E021E" w:rsidP="00920D43">
      <w:pPr>
        <w:spacing w:after="160" w:line="360" w:lineRule="auto"/>
        <w:ind w:firstLine="284"/>
        <w:jc w:val="both"/>
      </w:pPr>
      <w:r w:rsidRPr="001E021E">
        <w:t>Mentre si lasciava alle spalle il terzo checkpoint della giornata, alzò lo sguardo e vide i cartelli fluttuanti che delimitavano i settori. In lontananza riconobbe la linea sfavillante del Settore Sessuale, rosso vivo e pulsante come un cuore impazzito; proprio alla sua sinistra. Più avanti, sulla destra, intravide il caos disordinato dei mercati del Settore Gola — l’obiettivo che si era imposta. Ma per raggiungerlo, doveva attraversare il Settore Gratia, freddo e scintillante. Aveva deciso che avrebbe aspettato l’indomani per raggiungere la Torre del Mezzogiorno dove avrebbe potuto cercare un lavoro e trovare una qualche forma di sistemazione, o almeno ci sperava. In fondo se stava superando i checkpoint nessuno avrebbe sospettato che lei fosse priva di Emotion Reader.</w:t>
      </w:r>
    </w:p>
    <w:p w14:paraId="0FF13DF2" w14:textId="77777777" w:rsidR="001E021E" w:rsidRPr="001E021E" w:rsidRDefault="001E021E" w:rsidP="00920D43">
      <w:pPr>
        <w:spacing w:after="160" w:line="360" w:lineRule="auto"/>
        <w:ind w:firstLine="284"/>
        <w:jc w:val="both"/>
      </w:pPr>
      <w:r w:rsidRPr="001E021E">
        <w:t>Man mano che si addentrava, la folla si faceva più elegante, le linee architettoniche più sobrie e geometriche. Lì, le risate erano più controllate, le persone vestivano abiti minimali dai colori freddi, i loro volti rilassati fino all’assurdo, drogati dalla serenità artificiale che la Gratia garantiva. Fanny camminava tra loro come un’ombra estranea, la fame che le bruciava lo stomaco e un crescente senso di nausea per quella perfezione sintetica.</w:t>
      </w:r>
    </w:p>
    <w:p w14:paraId="34E23572" w14:textId="77777777" w:rsidR="001E021E" w:rsidRPr="001E021E" w:rsidRDefault="001E021E" w:rsidP="00920D43">
      <w:pPr>
        <w:spacing w:after="160" w:line="360" w:lineRule="auto"/>
        <w:ind w:firstLine="284"/>
        <w:jc w:val="both"/>
      </w:pPr>
      <w:r w:rsidRPr="001E021E">
        <w:t>Negli angoli delle vie, ovunque, vedeva cittadini con lo sguardo perso e il sorriso spento, seduti a godere della tranquillità indotta dalla droga. Le sfere dorate sorvolavano leggere sopra di loro, proiettando una luce azzurra pacificante. Quelli che non avevano ancora assunto la loro dose, venivano "gentilmente" invitati a farlo, gli ologrammi che scorrevano sugli edifici suggerivano offerte e promozioni sulle diverse forme di Gratia che la città offriva.</w:t>
      </w:r>
    </w:p>
    <w:p w14:paraId="652929A8" w14:textId="77777777" w:rsidR="001E021E" w:rsidRPr="001E021E" w:rsidRDefault="001E021E" w:rsidP="00920D43">
      <w:pPr>
        <w:spacing w:after="160" w:line="360" w:lineRule="auto"/>
        <w:ind w:firstLine="284"/>
        <w:jc w:val="both"/>
      </w:pPr>
      <w:r w:rsidRPr="001E021E">
        <w:t>Fanny si lasciò scivolare lungo un muro, cercando di riprendere fiato.</w:t>
      </w:r>
    </w:p>
    <w:p w14:paraId="77300AAA" w14:textId="77777777" w:rsidR="001E021E" w:rsidRPr="001E021E" w:rsidRDefault="001E021E" w:rsidP="00920D43">
      <w:pPr>
        <w:spacing w:after="160" w:line="360" w:lineRule="auto"/>
        <w:ind w:firstLine="284"/>
        <w:jc w:val="both"/>
      </w:pPr>
      <w:r w:rsidRPr="001E021E">
        <w:lastRenderedPageBreak/>
        <w:t>«Quindi è così che modulano i loro valori…» sussurrò tra sé, osservando il ciclo perfetto di controllo. Ma proprio in quel momento, qualcosa attirò la sua attenzione.</w:t>
      </w:r>
    </w:p>
    <w:p w14:paraId="09160689" w14:textId="77777777" w:rsidR="001E021E" w:rsidRPr="001E021E" w:rsidRDefault="001E021E" w:rsidP="00920D43">
      <w:pPr>
        <w:spacing w:after="160" w:line="360" w:lineRule="auto"/>
        <w:ind w:firstLine="284"/>
        <w:jc w:val="both"/>
      </w:pPr>
      <w:r w:rsidRPr="001E021E">
        <w:t xml:space="preserve">Un bagliore argenteo, come una lama che rifletteva la luce artificiale. I suoi occhi potenziati scattarono, focalizzandosi su un vicolo secondario a pochi passi dall’ingresso di un negozio dal nome luminoso: </w:t>
      </w:r>
    </w:p>
    <w:p w14:paraId="2D05631A" w14:textId="77777777" w:rsidR="001E021E" w:rsidRPr="001E021E" w:rsidRDefault="001E021E" w:rsidP="00920D43">
      <w:pPr>
        <w:spacing w:after="160" w:line="360" w:lineRule="auto"/>
        <w:ind w:firstLine="284"/>
        <w:jc w:val="both"/>
      </w:pPr>
      <w:r w:rsidRPr="001E021E">
        <w:t>Hope Factory – Migliora te stesso.</w:t>
      </w:r>
    </w:p>
    <w:p w14:paraId="42B7B22A" w14:textId="77777777" w:rsidR="001E021E" w:rsidRPr="001E021E" w:rsidRDefault="001E021E" w:rsidP="00920D43">
      <w:pPr>
        <w:spacing w:after="160" w:line="360" w:lineRule="auto"/>
        <w:ind w:firstLine="284"/>
        <w:jc w:val="both"/>
      </w:pPr>
      <w:r w:rsidRPr="001E021E">
        <w:t>“modifiche?” pensò Fanny con lo stomaco che brontolava</w:t>
      </w:r>
    </w:p>
    <w:p w14:paraId="1C3AC74F" w14:textId="77777777" w:rsidR="001E021E" w:rsidRPr="001E021E" w:rsidRDefault="001E021E" w:rsidP="00920D43">
      <w:pPr>
        <w:spacing w:after="160" w:line="360" w:lineRule="auto"/>
        <w:ind w:firstLine="284"/>
        <w:jc w:val="both"/>
      </w:pPr>
      <w:r w:rsidRPr="001E021E">
        <w:t>Poi diede una rapida occhiata nei dintorni e si decise.</w:t>
      </w:r>
    </w:p>
    <w:p w14:paraId="15FCD135" w14:textId="77777777" w:rsidR="001E021E" w:rsidRPr="001E021E" w:rsidRDefault="001E021E" w:rsidP="00920D43">
      <w:pPr>
        <w:spacing w:after="160" w:line="360" w:lineRule="auto"/>
        <w:ind w:firstLine="284"/>
        <w:jc w:val="both"/>
      </w:pPr>
      <w:r w:rsidRPr="001E021E">
        <w:t>“beh, potrei scoprire finalmente che tipo di miglioria ha da offrire La città del Futuro” pensò sorridente all’idea di realizzare finalmente i suoi sogni infantili.</w:t>
      </w:r>
    </w:p>
    <w:p w14:paraId="1EF297E0" w14:textId="77777777" w:rsidR="001E021E" w:rsidRPr="001E021E" w:rsidRDefault="001E021E" w:rsidP="00920D43">
      <w:pPr>
        <w:spacing w:after="160" w:line="360" w:lineRule="auto"/>
        <w:ind w:firstLine="284"/>
        <w:jc w:val="both"/>
      </w:pPr>
      <w:r w:rsidRPr="001E021E">
        <w:t>Fanny si aggrappò al medaglione nella sua tasca, una connessione segreta con suo padre. Voleva davvero rivederlo. Solo ripensare a lui le faceva battere freneticamente il cuore. La stessa velocità di quando da piccola recuperava un dado o rotella che sarebbe tornata utile nel suo prossimo progetto.</w:t>
      </w:r>
    </w:p>
    <w:p w14:paraId="5BB93A00" w14:textId="77777777" w:rsidR="001E021E" w:rsidRPr="001E021E" w:rsidRDefault="001E021E" w:rsidP="00920D43">
      <w:pPr>
        <w:spacing w:after="160" w:line="360" w:lineRule="auto"/>
        <w:ind w:firstLine="284"/>
        <w:jc w:val="both"/>
      </w:pPr>
      <w:r w:rsidRPr="001E021E">
        <w:t>Nell’ombra del vicolo, una sagoma si stagliava sopra un corpo esanime. Una falce d’acciaio lucida come mercurio scivolava silenziosa dalle mani del Synborn a terra, raccolta da un’altra figura.</w:t>
      </w:r>
    </w:p>
    <w:p w14:paraId="6BF2F2BB" w14:textId="77777777" w:rsidR="001E021E" w:rsidRPr="001E021E" w:rsidRDefault="001E021E" w:rsidP="00920D43">
      <w:pPr>
        <w:spacing w:after="160" w:line="360" w:lineRule="auto"/>
        <w:ind w:firstLine="284"/>
        <w:jc w:val="both"/>
      </w:pPr>
      <w:r w:rsidRPr="001E021E">
        <w:t>Ma un luccichio argenteo attirò il suo sguardo potenziato spingendola a scrutare nell’oscurità di un piccolo vicolo secondario, proprio a fianco all’ingresso del negozio.</w:t>
      </w:r>
    </w:p>
    <w:p w14:paraId="6256DCE1" w14:textId="77777777" w:rsidR="001E021E" w:rsidRPr="001E021E" w:rsidRDefault="001E021E" w:rsidP="00920D43">
      <w:pPr>
        <w:spacing w:after="160" w:line="360" w:lineRule="auto"/>
        <w:ind w:firstLine="284"/>
        <w:jc w:val="both"/>
      </w:pPr>
      <w:r w:rsidRPr="001E021E">
        <w:t>Una falce d’acciaio lucida come mercurio veniva estratta silenziosa dal corpo esanime di un Synborn.</w:t>
      </w:r>
    </w:p>
    <w:p w14:paraId="396481C6" w14:textId="77777777" w:rsidR="001E021E" w:rsidRPr="001E021E" w:rsidRDefault="001E021E" w:rsidP="00920D43">
      <w:pPr>
        <w:spacing w:after="160" w:line="360" w:lineRule="auto"/>
        <w:ind w:firstLine="284"/>
        <w:jc w:val="both"/>
      </w:pPr>
      <w:r w:rsidRPr="001E021E">
        <w:t>Davanti allo sguardo sconvolto di Fanny una figura incappucciata stava ponendo fine alla vita di un Synborn. Per la prima volta Fanny notò altre emozioni sul volto di un abitante di Ecliptica: Terrore. Dopo pochi secondi, tuttavia, il volto del ragazzo si spense.</w:t>
      </w:r>
    </w:p>
    <w:p w14:paraId="5FD36132" w14:textId="77777777" w:rsidR="001E021E" w:rsidRPr="001E021E" w:rsidRDefault="001E021E" w:rsidP="00920D43">
      <w:pPr>
        <w:spacing w:after="160" w:line="360" w:lineRule="auto"/>
        <w:ind w:firstLine="284"/>
        <w:jc w:val="both"/>
      </w:pPr>
      <w:r w:rsidRPr="001E021E">
        <w:t>Gli occhi verdi di Fanny si lanciarono rapidamente dal corpo esanime alla figura incappucciata. Sotto quel cappuccio e quel manto nero, il volto era coperto da una maschera olografica da cui veniva proiettato un teschio dai contorni fluo a mascherare l’identità di quell’entità. Estratta la falce, anche la figura notò Fanny e voltò il suo schermo olografico verso di lei. I due si scrutarono per pochi secondi, finché l’ologramma non cambiò fattezze emulando un occhiolino e un sorriso scheletrico diretto verso la fanciulla.</w:t>
      </w:r>
    </w:p>
    <w:p w14:paraId="4B4493F4" w14:textId="77777777" w:rsidR="001E021E" w:rsidRPr="001E021E" w:rsidRDefault="001E021E" w:rsidP="00920D43">
      <w:pPr>
        <w:spacing w:after="160" w:line="360" w:lineRule="auto"/>
        <w:ind w:firstLine="284"/>
        <w:jc w:val="both"/>
      </w:pPr>
      <w:r w:rsidRPr="001E021E">
        <w:t>La sfrontatezza del gesto in una situazione tesa come quella irritò tremendamente la ragazza.</w:t>
      </w:r>
    </w:p>
    <w:p w14:paraId="20ECDAD9" w14:textId="77777777" w:rsidR="001E021E" w:rsidRPr="001E021E" w:rsidRDefault="001E021E" w:rsidP="00920D43">
      <w:pPr>
        <w:spacing w:after="160" w:line="360" w:lineRule="auto"/>
        <w:ind w:firstLine="284"/>
        <w:jc w:val="both"/>
      </w:pPr>
      <w:bookmarkStart w:id="0" w:name="OLE_LINK1"/>
      <w:r w:rsidRPr="001E021E">
        <w:t>I suoi pensieri vennero però interrotti da un clangore metallico che fece vibrare il terreno.</w:t>
      </w:r>
    </w:p>
    <w:p w14:paraId="39947D31" w14:textId="77777777" w:rsidR="001E021E" w:rsidRPr="001E021E" w:rsidRDefault="001E021E" w:rsidP="00920D43">
      <w:pPr>
        <w:spacing w:after="160" w:line="360" w:lineRule="auto"/>
        <w:ind w:firstLine="284"/>
        <w:jc w:val="both"/>
      </w:pPr>
      <w:r w:rsidRPr="001E021E">
        <w:t>Fanny si girò bruscamente. Nulla sembrava essere cambiato, allora tornò altrettanto velocemente con lo sguardo in quel vicolo buio.</w:t>
      </w:r>
    </w:p>
    <w:p w14:paraId="109389C9" w14:textId="77777777" w:rsidR="001E021E" w:rsidRPr="001E021E" w:rsidRDefault="001E021E" w:rsidP="00920D43">
      <w:pPr>
        <w:spacing w:after="160" w:line="360" w:lineRule="auto"/>
        <w:ind w:firstLine="284"/>
        <w:jc w:val="both"/>
      </w:pPr>
      <w:r w:rsidRPr="001E021E">
        <w:lastRenderedPageBreak/>
        <w:t xml:space="preserve">Niente. </w:t>
      </w:r>
    </w:p>
    <w:p w14:paraId="0719945A" w14:textId="77777777" w:rsidR="001E021E" w:rsidRPr="001E021E" w:rsidRDefault="001E021E" w:rsidP="00920D43">
      <w:pPr>
        <w:spacing w:after="160" w:line="360" w:lineRule="auto"/>
        <w:ind w:firstLine="284"/>
        <w:jc w:val="both"/>
      </w:pPr>
      <w:r w:rsidRPr="001E021E">
        <w:t>La figura incappucciata e persino il cadavere sembravano essere scomparsi nel nulla. Fanny fece qualche passo verso il vicolo, per accertarsi di ciò che aveva visto pochi secondi fa, quando il brusco rumore metallico di qualche istante prima si ripeté, ancora più chiassoso stavolta.</w:t>
      </w:r>
    </w:p>
    <w:p w14:paraId="7B5CFA3D" w14:textId="77777777" w:rsidR="001E021E" w:rsidRPr="001E021E" w:rsidRDefault="001E021E" w:rsidP="00920D43">
      <w:pPr>
        <w:spacing w:after="160" w:line="360" w:lineRule="auto"/>
        <w:ind w:firstLine="284"/>
        <w:jc w:val="both"/>
      </w:pPr>
      <w:r w:rsidRPr="001E021E">
        <w:t>Un tombino vicino esplose violentemente. I Synborn attorno sembravano ignorare il disco di metallo che era stato espulso verso il nero cielo della città. Alcuni secondi dopo quella pesante ruota d’acciaio ricadeva su un Synborn. Quel grosso peso circolare precipitò con forza, richiamato dalla gravità sul cranio di un Synborn lì vicino. Fanny fu l’unica a chiudere istintivamente lo sguardo mentre quel ragazzo cadeva in un lago di sangue e olio in rapida espansione. Nessun altro sembrò reagire, la maggior parte dei cittadini ignorarono la cosa, quelli più vicini, persino i ragazzi con cui stava parlando quello che era ormai un cadavere si limitarono a voltarsi. I loro sorrisi si fecero solo più ampi, i loro occhi più vuoti mentre una dose di Gratia rosata entrava nelle loro vene attraverso un foro pre-installato.</w:t>
      </w:r>
    </w:p>
    <w:p w14:paraId="38F8E32E" w14:textId="77777777" w:rsidR="001E021E" w:rsidRPr="001E021E" w:rsidRDefault="001E021E" w:rsidP="00920D43">
      <w:pPr>
        <w:spacing w:after="160" w:line="360" w:lineRule="auto"/>
        <w:ind w:firstLine="284"/>
        <w:jc w:val="both"/>
      </w:pPr>
      <w:r w:rsidRPr="001E021E">
        <w:t>Fanny si allarmò all’istante portandosi in una posizione di Guardia.</w:t>
      </w:r>
    </w:p>
    <w:p w14:paraId="3F3040A4" w14:textId="77777777" w:rsidR="001E021E" w:rsidRPr="001E021E" w:rsidRDefault="001E021E" w:rsidP="00920D43">
      <w:pPr>
        <w:spacing w:after="160" w:line="360" w:lineRule="auto"/>
        <w:ind w:firstLine="284"/>
        <w:jc w:val="both"/>
      </w:pPr>
      <w:r w:rsidRPr="001E021E">
        <w:t>Una mano metallica con sprazzi di carne viva emerse dal tombino scoperchiato.</w:t>
      </w:r>
    </w:p>
    <w:p w14:paraId="392CA0C1" w14:textId="77777777" w:rsidR="001E021E" w:rsidRPr="001E021E" w:rsidRDefault="001E021E" w:rsidP="00920D43">
      <w:pPr>
        <w:spacing w:after="160" w:line="360" w:lineRule="auto"/>
        <w:ind w:firstLine="284"/>
        <w:jc w:val="both"/>
      </w:pPr>
      <w:r w:rsidRPr="001E021E">
        <w:t>Gli altri Synborn cominciarono a ridere della scena, non capendone la gravità. Nulla di pericoloso era previsto nelle loro vite.</w:t>
      </w:r>
    </w:p>
    <w:p w14:paraId="001FE967" w14:textId="77777777" w:rsidR="001E021E" w:rsidRPr="001E021E" w:rsidRDefault="001E021E" w:rsidP="00920D43">
      <w:pPr>
        <w:spacing w:after="160" w:line="360" w:lineRule="auto"/>
        <w:ind w:firstLine="284"/>
        <w:jc w:val="both"/>
      </w:pPr>
      <w:r w:rsidRPr="001E021E">
        <w:t xml:space="preserve">Sembrava un Synborn. No, a un secondo sguardo ricordava più un Elvenar. Di quello che era il suo volto era rimasto visibile solo un occhio, la cui pupilla si muoveva freneticamente. Oltre a un inquietante sorriso forzato e da cui colava un mischio di saliva e sangue. Il suo corpo si muoveva in maniera frenetica, avevano perso ogni elemento di umanità. </w:t>
      </w:r>
    </w:p>
    <w:p w14:paraId="6349CD5D" w14:textId="77777777" w:rsidR="001E021E" w:rsidRPr="001E021E" w:rsidRDefault="001E021E" w:rsidP="00920D43">
      <w:pPr>
        <w:spacing w:after="160" w:line="360" w:lineRule="auto"/>
        <w:ind w:firstLine="284"/>
        <w:jc w:val="both"/>
      </w:pPr>
      <w:r w:rsidRPr="001E021E">
        <w:t>Agguantò la prima ragazza che le passò abbastanza vicino, e con i suoi denti d’acciaio cominciò a dilaniare la carne sul suo braccio umano.</w:t>
      </w:r>
    </w:p>
    <w:p w14:paraId="2158446D" w14:textId="77777777" w:rsidR="001E021E" w:rsidRPr="001E021E" w:rsidRDefault="001E021E" w:rsidP="00920D43">
      <w:pPr>
        <w:spacing w:after="160" w:line="360" w:lineRule="auto"/>
        <w:ind w:firstLine="284"/>
        <w:jc w:val="both"/>
      </w:pPr>
      <w:r w:rsidRPr="001E021E">
        <w:t>La Synborn iniziò a ridere e piangere al tempo stesso, mentre con il suo braccio robotico, libero dalla morsa tentava di aprire le fauci di quella belva.</w:t>
      </w:r>
    </w:p>
    <w:p w14:paraId="5245D114" w14:textId="77777777" w:rsidR="001E021E" w:rsidRPr="001E021E" w:rsidRDefault="001E021E" w:rsidP="00920D43">
      <w:pPr>
        <w:spacing w:after="160" w:line="360" w:lineRule="auto"/>
        <w:ind w:firstLine="284"/>
        <w:jc w:val="both"/>
      </w:pPr>
      <w:r w:rsidRPr="001E021E">
        <w:t>Le lacrime scendevano copiose, mentre attorno a lei gli sguardi si facevano confusi, le risate diventavano isteriche, i Synborn cominciavano ad allontanarsi.</w:t>
      </w:r>
    </w:p>
    <w:p w14:paraId="5B72D10B" w14:textId="77777777" w:rsidR="001E021E" w:rsidRPr="001E021E" w:rsidRDefault="001E021E" w:rsidP="00920D43">
      <w:pPr>
        <w:spacing w:after="160" w:line="360" w:lineRule="auto"/>
        <w:ind w:firstLine="284"/>
        <w:jc w:val="both"/>
      </w:pPr>
      <w:r w:rsidRPr="001E021E">
        <w:t>Quelli che avevano iniziato a comprendere si lanciarono verso i lovali più vicini chiedendo dosi di Gratia.</w:t>
      </w:r>
    </w:p>
    <w:p w14:paraId="5ECA7899" w14:textId="77777777" w:rsidR="001E021E" w:rsidRPr="001E021E" w:rsidRDefault="001E021E" w:rsidP="00920D43">
      <w:pPr>
        <w:spacing w:after="160" w:line="360" w:lineRule="auto"/>
        <w:ind w:firstLine="284"/>
        <w:jc w:val="both"/>
      </w:pPr>
      <w:r w:rsidRPr="001E021E">
        <w:t>Nessuno tentò di aiutare la ragazza, che stava iniziando a perdere i sensi.</w:t>
      </w:r>
    </w:p>
    <w:p w14:paraId="18816B1D" w14:textId="77777777" w:rsidR="001E021E" w:rsidRPr="001E021E" w:rsidRDefault="001E021E" w:rsidP="00920D43">
      <w:pPr>
        <w:spacing w:after="160" w:line="360" w:lineRule="auto"/>
        <w:ind w:firstLine="284"/>
        <w:jc w:val="both"/>
      </w:pPr>
      <w:r w:rsidRPr="001E021E">
        <w:t xml:space="preserve">Fanny era immobile, il cuore martellante nel petto, le mani tremanti. Per un attimo, tutto era silenzioso. Poi, come se risvegliata da un sogno, si mosse, e il rumore del suo cammino riempì l'aria. La sua mano sinistra si </w:t>
      </w:r>
      <w:r w:rsidRPr="001E021E">
        <w:lastRenderedPageBreak/>
        <w:t>strinse in un pugno. La sua gamba destra iniziò a gonfiare i muscoli sintetici, lanciandosi verso il suo bersaglio come un proiettile pronto a esplodere.</w:t>
      </w:r>
    </w:p>
    <w:p w14:paraId="37F6EFBB" w14:textId="77777777" w:rsidR="001E021E" w:rsidRPr="001E021E" w:rsidRDefault="001E021E" w:rsidP="00920D43">
      <w:pPr>
        <w:spacing w:after="160" w:line="360" w:lineRule="auto"/>
        <w:ind w:firstLine="284"/>
        <w:jc w:val="both"/>
      </w:pPr>
      <w:r w:rsidRPr="001E021E">
        <w:t>“Boost Tek attivo” Pensò Fanny.</w:t>
      </w:r>
    </w:p>
    <w:p w14:paraId="1757BB9E" w14:textId="77777777" w:rsidR="001E021E" w:rsidRPr="001E021E" w:rsidRDefault="001E021E" w:rsidP="00920D43">
      <w:pPr>
        <w:spacing w:after="160" w:line="360" w:lineRule="auto"/>
        <w:ind w:firstLine="284"/>
        <w:jc w:val="both"/>
      </w:pPr>
      <w:r w:rsidRPr="001E021E">
        <w:t xml:space="preserve">Il cuore recepito l’input aumentò la sua frequenza, le due camere aumentarono la propria capienza e la propria forza di eiezione. </w:t>
      </w:r>
    </w:p>
    <w:p w14:paraId="1BC55858" w14:textId="77777777" w:rsidR="001E021E" w:rsidRPr="001E021E" w:rsidRDefault="001E021E" w:rsidP="00920D43">
      <w:pPr>
        <w:spacing w:after="160" w:line="360" w:lineRule="auto"/>
        <w:ind w:firstLine="284"/>
        <w:jc w:val="both"/>
      </w:pPr>
      <w:r w:rsidRPr="001E021E">
        <w:t>L’input del suo comando mentale inviò il segnale alle sue componenti artificiali. Le pupille Cyber si strinsero, le iridi assunsero un colore dorato, la gamba destra le donò una rapidità disumana, e il suo pugno sinistro gonfiato e potenziato dal fluido meccanico pompato grazie al suo boost Tek, cadde pesantemente sul volto di quella creatura dislocando la mascella e liberando il braccio della ragazza dalla sua morsa.</w:t>
      </w:r>
    </w:p>
    <w:p w14:paraId="7CDAE76E" w14:textId="77777777" w:rsidR="001E021E" w:rsidRPr="001E021E" w:rsidRDefault="001E021E" w:rsidP="00920D43">
      <w:pPr>
        <w:spacing w:after="160" w:line="360" w:lineRule="auto"/>
        <w:ind w:firstLine="284"/>
        <w:jc w:val="both"/>
      </w:pPr>
      <w:r w:rsidRPr="001E021E">
        <w:t>Ma... non era abbastanza.</w:t>
      </w:r>
    </w:p>
    <w:p w14:paraId="74ED6164" w14:textId="77777777" w:rsidR="001E021E" w:rsidRPr="001E021E" w:rsidRDefault="001E021E" w:rsidP="00920D43">
      <w:pPr>
        <w:spacing w:after="160" w:line="360" w:lineRule="auto"/>
        <w:ind w:firstLine="284"/>
        <w:jc w:val="both"/>
      </w:pPr>
      <w:r w:rsidRPr="001E021E">
        <w:t>Le braccia del sintetico impazzito stringevano ancora saldamente la ragazza per la vita. Lei ormai non cercava più di liberarsi, le lacrime le solcavano il viso, mentre con la mano libera cercava solo di raggiungere una tasca in cerca di una dose di Gratia per scacciare questa paura a cui non era affatto abituata.</w:t>
      </w:r>
    </w:p>
    <w:p w14:paraId="51BE3209" w14:textId="77777777" w:rsidR="001E021E" w:rsidRPr="001E021E" w:rsidRDefault="001E021E" w:rsidP="00920D43">
      <w:pPr>
        <w:spacing w:after="160" w:line="360" w:lineRule="auto"/>
        <w:ind w:firstLine="284"/>
        <w:jc w:val="both"/>
      </w:pPr>
      <w:r w:rsidRPr="001E021E">
        <w:t>Fanny non si arrese, tirò indietro la spalla e caricò ancora di più il colpo del suo braccio sintetico. Il Cuore metallico rilasciò altro sangue, i due ventricoli si spremettero con più forza. I muscoli del braccio sinistro si gonfiarono a dismisura e infine il colpo cadde. Le nocche di acciaio penetrarono nel sottile strato di pelle che ancora copriva il volto del Synborn folle. Il pugno precipitò sulla superficie metallica con un rumore acuto e sordo, il clangore assordante riempì l'aria rimbombando nell’etere.</w:t>
      </w:r>
    </w:p>
    <w:p w14:paraId="08927517" w14:textId="77777777" w:rsidR="001E021E" w:rsidRPr="001E021E" w:rsidRDefault="001E021E" w:rsidP="00920D43">
      <w:pPr>
        <w:spacing w:after="160" w:line="360" w:lineRule="auto"/>
        <w:ind w:firstLine="284"/>
        <w:jc w:val="both"/>
      </w:pPr>
      <w:r w:rsidRPr="001E021E">
        <w:t>Il colpo allontanò finalmente il bestione dalla ragazza, le sue mani robotiche strapparono parte della carne dalla vita della ragazza che cadde al suolo in lacrime con gli occhi spenti.</w:t>
      </w:r>
    </w:p>
    <w:p w14:paraId="75A2A375" w14:textId="77777777" w:rsidR="001E021E" w:rsidRPr="001E021E" w:rsidRDefault="001E021E" w:rsidP="00920D43">
      <w:pPr>
        <w:spacing w:after="160" w:line="360" w:lineRule="auto"/>
        <w:ind w:firstLine="284"/>
        <w:jc w:val="both"/>
      </w:pPr>
      <w:r w:rsidRPr="001E021E">
        <w:t>Quell’insensato mucchio di carne e metallo venne proiettato con violenza ed energia nella parete di un palazzo lì vicino, rimanendone incastrato mentre continuava a ringhiare senza sosta, mentre quella mistura di fluidi umani e meccanici si riversava sulle macerie dalle sue fauci scardinate.</w:t>
      </w:r>
    </w:p>
    <w:p w14:paraId="7B65B0DE" w14:textId="77777777" w:rsidR="001E021E" w:rsidRPr="001E021E" w:rsidRDefault="001E021E" w:rsidP="00920D43">
      <w:pPr>
        <w:spacing w:after="160" w:line="360" w:lineRule="auto"/>
        <w:ind w:firstLine="284"/>
        <w:jc w:val="both"/>
      </w:pPr>
      <w:r w:rsidRPr="001E021E">
        <w:t>Fanny respirava affannosamente mentre il suo sguardo serio e penetrate era fermo sul suo obiettivo.</w:t>
      </w:r>
    </w:p>
    <w:p w14:paraId="073F2E1C" w14:textId="77777777" w:rsidR="001E021E" w:rsidRPr="001E021E" w:rsidRDefault="001E021E" w:rsidP="00920D43">
      <w:pPr>
        <w:spacing w:after="160" w:line="360" w:lineRule="auto"/>
        <w:ind w:firstLine="284"/>
        <w:jc w:val="both"/>
      </w:pPr>
      <w:r w:rsidRPr="001E021E">
        <w:t xml:space="preserve">-- Analisi. Profilazione. Soggetto non conforme. -- </w:t>
      </w:r>
    </w:p>
    <w:p w14:paraId="1DD8AC95" w14:textId="77777777" w:rsidR="001E021E" w:rsidRPr="001E021E" w:rsidRDefault="001E021E" w:rsidP="00920D43">
      <w:pPr>
        <w:spacing w:after="160" w:line="360" w:lineRule="auto"/>
        <w:ind w:firstLine="284"/>
        <w:jc w:val="both"/>
      </w:pPr>
      <w:r w:rsidRPr="001E021E">
        <w:t>Fanny sollevò lentamente lo sguardo.</w:t>
      </w:r>
    </w:p>
    <w:p w14:paraId="1C61A3C0" w14:textId="77777777" w:rsidR="001E021E" w:rsidRPr="001E021E" w:rsidRDefault="001E021E" w:rsidP="00920D43">
      <w:pPr>
        <w:spacing w:after="160" w:line="360" w:lineRule="auto"/>
        <w:ind w:firstLine="284"/>
        <w:jc w:val="both"/>
      </w:pPr>
      <w:r w:rsidRPr="001E021E">
        <w:t>Sopra di loro gli occhi della città avevano già invaso l’etere di quella via. Tutto attorno Gli Emotion Eye svolazzavano come pipistrelli di acciaio. Il loro raggio passò rapidamente dal giallo al rosso sulla maggior parte dei presenti. Un Occhio si posò su di lei, e il suo raggio divenne di un colore mai visto, sembrava un fascio di luce dorata.</w:t>
      </w:r>
    </w:p>
    <w:p w14:paraId="68D3CB7F" w14:textId="77777777" w:rsidR="001E021E" w:rsidRPr="001E021E" w:rsidRDefault="001E021E" w:rsidP="00920D43">
      <w:pPr>
        <w:spacing w:after="160" w:line="360" w:lineRule="auto"/>
        <w:ind w:firstLine="284"/>
        <w:jc w:val="both"/>
      </w:pPr>
      <w:r w:rsidRPr="001E021E">
        <w:lastRenderedPageBreak/>
        <w:t>-- Analisi incompleta. Emotion Reader danneggiato o non conforme. –</w:t>
      </w:r>
    </w:p>
    <w:p w14:paraId="2032C3AB" w14:textId="77777777" w:rsidR="001E021E" w:rsidRPr="001E021E" w:rsidRDefault="001E021E" w:rsidP="00920D43">
      <w:pPr>
        <w:spacing w:after="160" w:line="360" w:lineRule="auto"/>
        <w:ind w:firstLine="284"/>
        <w:jc w:val="both"/>
      </w:pPr>
      <w:r w:rsidRPr="001E021E">
        <w:t>«Merda.» Commentò Fanny senza mezzi termini.</w:t>
      </w:r>
    </w:p>
    <w:p w14:paraId="56894C9D" w14:textId="77777777" w:rsidR="001E021E" w:rsidRPr="001E021E" w:rsidRDefault="001E021E" w:rsidP="00920D43">
      <w:pPr>
        <w:spacing w:after="160" w:line="360" w:lineRule="auto"/>
        <w:ind w:firstLine="284"/>
        <w:jc w:val="both"/>
      </w:pPr>
      <w:r w:rsidRPr="001E021E">
        <w:t>«credo sia ora di filarsela» con queste parole si guardò attorno cercando la via migliore per nascondersi.</w:t>
      </w:r>
    </w:p>
    <w:p w14:paraId="6C4D068A" w14:textId="77777777" w:rsidR="001E021E" w:rsidRPr="001E021E" w:rsidRDefault="001E021E" w:rsidP="00920D43">
      <w:pPr>
        <w:spacing w:after="160" w:line="360" w:lineRule="auto"/>
        <w:ind w:firstLine="284"/>
        <w:jc w:val="both"/>
      </w:pPr>
      <w:r w:rsidRPr="001E021E">
        <w:t>-- Area Danneggiata. Dipartimento del Tramonto in arrivo, siete pregati di non muovervi – questo messaggio riempì l’aria, era stato emesso in simultaneo da tutti gli occhi.</w:t>
      </w:r>
    </w:p>
    <w:p w14:paraId="6200BE5D" w14:textId="77777777" w:rsidR="001E021E" w:rsidRPr="001E021E" w:rsidRDefault="001E021E" w:rsidP="00920D43">
      <w:pPr>
        <w:spacing w:after="160" w:line="360" w:lineRule="auto"/>
        <w:ind w:firstLine="284"/>
        <w:jc w:val="both"/>
      </w:pPr>
      <w:r w:rsidRPr="001E021E">
        <w:t>La città stava leggendo. E ora, la città avrebbe agito.</w:t>
      </w:r>
      <w:bookmarkEnd w:id="0"/>
    </w:p>
    <w:p w14:paraId="5193D4B8" w14:textId="77777777" w:rsidR="001E021E" w:rsidRPr="001E021E" w:rsidRDefault="001E021E" w:rsidP="001E021E">
      <w:pPr>
        <w:spacing w:after="160" w:line="259" w:lineRule="auto"/>
      </w:pPr>
    </w:p>
    <w:p w14:paraId="3FB497B8" w14:textId="77777777" w:rsidR="00D65543" w:rsidRDefault="00D65543">
      <w:pPr>
        <w:spacing w:after="160" w:line="259" w:lineRule="auto"/>
        <w:rPr>
          <w:spacing w:val="8"/>
        </w:rPr>
      </w:pPr>
      <w:r>
        <w:rPr>
          <w:spacing w:val="8"/>
        </w:rPr>
        <w:br w:type="page"/>
      </w:r>
    </w:p>
    <w:p w14:paraId="318C4358" w14:textId="77777777" w:rsidR="00D65543" w:rsidRDefault="00D65543" w:rsidP="00D65543">
      <w:pPr>
        <w:pStyle w:val="w7sjnrxzl6krnffuzhqe"/>
        <w:shd w:val="clear" w:color="auto" w:fill="FFFFFF"/>
        <w:spacing w:before="0" w:beforeAutospacing="0" w:after="0" w:afterAutospacing="0" w:line="360" w:lineRule="auto"/>
        <w:ind w:firstLine="284"/>
        <w:jc w:val="both"/>
        <w:textAlignment w:val="baseline"/>
        <w:rPr>
          <w:spacing w:val="8"/>
        </w:rPr>
      </w:pPr>
    </w:p>
    <w:p w14:paraId="65CE55A4" w14:textId="77777777" w:rsidR="00D65543" w:rsidRDefault="00D65543" w:rsidP="00D65543">
      <w:pPr>
        <w:pStyle w:val="w7sjnrxzl6krnffuzhqe"/>
        <w:shd w:val="clear" w:color="auto" w:fill="FFFFFF"/>
        <w:spacing w:before="0" w:beforeAutospacing="0" w:after="0" w:afterAutospacing="0" w:line="360" w:lineRule="auto"/>
        <w:ind w:firstLine="284"/>
        <w:jc w:val="both"/>
        <w:textAlignment w:val="baseline"/>
        <w:rPr>
          <w:spacing w:val="8"/>
        </w:rPr>
      </w:pPr>
    </w:p>
    <w:p w14:paraId="53B5A8C7" w14:textId="1E15CCC0" w:rsidR="00A73788" w:rsidRDefault="004F736F" w:rsidP="00D65543">
      <w:pPr>
        <w:pStyle w:val="Titolo1"/>
        <w:jc w:val="center"/>
        <w:rPr>
          <w:spacing w:val="8"/>
        </w:rPr>
      </w:pPr>
      <w:r w:rsidRPr="00A73788">
        <w:rPr>
          <w:rStyle w:val="Titolo1Carattere"/>
        </w:rPr>
        <w:t>Capitolo II – Dottrina della Notte</w:t>
      </w:r>
    </w:p>
    <w:p w14:paraId="7FC5D6DF" w14:textId="77777777" w:rsidR="00A73788" w:rsidRDefault="00A73788" w:rsidP="00753D6D">
      <w:pPr>
        <w:pStyle w:val="w7sjnrxzl6krnffuzhqe"/>
        <w:shd w:val="clear" w:color="auto" w:fill="FFFFFF"/>
        <w:spacing w:before="0" w:beforeAutospacing="0" w:after="0" w:afterAutospacing="0" w:line="360" w:lineRule="auto"/>
        <w:ind w:firstLine="284"/>
        <w:jc w:val="both"/>
        <w:textAlignment w:val="baseline"/>
        <w:rPr>
          <w:spacing w:val="8"/>
        </w:rPr>
      </w:pPr>
    </w:p>
    <w:p w14:paraId="68C84481" w14:textId="77777777" w:rsidR="00A73788" w:rsidRDefault="00A73788" w:rsidP="00753D6D">
      <w:pPr>
        <w:pStyle w:val="w7sjnrxzl6krnffuzhqe"/>
        <w:shd w:val="clear" w:color="auto" w:fill="FFFFFF"/>
        <w:spacing w:before="0" w:beforeAutospacing="0" w:after="0" w:afterAutospacing="0" w:line="360" w:lineRule="auto"/>
        <w:ind w:firstLine="284"/>
        <w:jc w:val="both"/>
        <w:textAlignment w:val="baseline"/>
        <w:rPr>
          <w:spacing w:val="8"/>
        </w:rPr>
      </w:pPr>
    </w:p>
    <w:p w14:paraId="2E8E4AA5" w14:textId="0CB0FE14" w:rsidR="007C3C6C" w:rsidRPr="003E3B7A" w:rsidRDefault="003361B3" w:rsidP="0012249B">
      <w:pPr>
        <w:rPr>
          <w:sz w:val="32"/>
          <w:szCs w:val="32"/>
        </w:rPr>
      </w:pPr>
      <w:r>
        <w:br/>
      </w:r>
      <w:r w:rsidR="007C3C6C" w:rsidRPr="00994820">
        <w:t>Dipartimento del Tramonto, caserma Sud. Sala Theta-07, Secondo Piano.</w:t>
      </w:r>
    </w:p>
    <w:p w14:paraId="23D27230" w14:textId="77777777" w:rsidR="007C3C6C" w:rsidRPr="00994820" w:rsidRDefault="007C3C6C" w:rsidP="00B1354B">
      <w:pPr>
        <w:spacing w:before="100" w:beforeAutospacing="1" w:line="360" w:lineRule="auto"/>
        <w:ind w:firstLine="284"/>
        <w:jc w:val="both"/>
      </w:pPr>
      <w:r w:rsidRPr="00994820">
        <w:t>Una figura entrò attraverso una porta scorrevole in vetro in un'aula gremita di giovani ragazzi con i potenziamenti più variegati. Era avvolta da un manto nero e aveva un visore cranico liscio, privo di linee, che emanava un tenue bagliore. Sopra di esso, un teschio stilizzato mutava continuamente espressione come una maschera animata. A spezzare quell'oscurità che la avvolgeva interamente, vi era soltanto la falce argentea fissata saldamente sulla sua schiena.</w:t>
      </w:r>
    </w:p>
    <w:p w14:paraId="5B735189" w14:textId="77777777" w:rsidR="007C3C6C" w:rsidRPr="00994820" w:rsidRDefault="007C3C6C" w:rsidP="00B1354B">
      <w:pPr>
        <w:spacing w:before="100" w:beforeAutospacing="1" w:line="360" w:lineRule="auto"/>
        <w:ind w:firstLine="284"/>
        <w:jc w:val="both"/>
      </w:pPr>
      <w:r w:rsidRPr="00994820">
        <w:t>La sala era rivestita di piastrelle color avorio. All’interno erano presenti trenta poltrone di un nero intenso, ciascuna dotata sul bracciolo sinistro di tre siringhe per un rapido accesso venoso, così da permettere una correzione immediata del proprio livello di felicità, qualora fosse stata necessaria. Una singola finestra, parzialmente oscurata per impedire la visione dall’esterno di informazioni classificate, occupava l'intera parete alla sinistra dei ragazzi. L’illuminazione della stanza era affidata a una tenue luce azzurrina proveniente da una serie di neon incastonati nel telaio della finestra e nelle fessure tra le piastrelle. Ciascuno dei trenta ragazzi aveva inoltre il proprio personale Emotion Eye che fluttuava placidamente con un moto circolare sopra le loro teste.</w:t>
      </w:r>
    </w:p>
    <w:p w14:paraId="720BD427" w14:textId="77777777" w:rsidR="007C3C6C" w:rsidRPr="00994820" w:rsidRDefault="007C3C6C" w:rsidP="00B1354B">
      <w:pPr>
        <w:spacing w:before="100" w:beforeAutospacing="1" w:line="360" w:lineRule="auto"/>
        <w:ind w:firstLine="284"/>
        <w:jc w:val="both"/>
      </w:pPr>
      <w:r w:rsidRPr="00994820">
        <w:t>«Prima di iniziare» cominciò con tono brusco la figura incappucciata, «siete pregati di verificare immediatamente il vostro livello di felicità. Non ho intenzione di essere interrotto da inutili allarmi.»</w:t>
      </w:r>
    </w:p>
    <w:p w14:paraId="4AD6BEC6" w14:textId="77777777" w:rsidR="007C3C6C" w:rsidRPr="00994820" w:rsidRDefault="007C3C6C" w:rsidP="00B1354B">
      <w:pPr>
        <w:spacing w:before="100" w:beforeAutospacing="1" w:line="360" w:lineRule="auto"/>
        <w:ind w:firstLine="284"/>
        <w:jc w:val="both"/>
      </w:pPr>
      <w:r w:rsidRPr="00994820">
        <w:t>Non fu nemmeno necessario completare l’ordine, poiché tutti e trenta i ragazzi avevano già attivato i propri Emotion Eye. La maggior parte dei dispositivi segnalò un Emotion Value di 0, corrispondente a una placida calma. I pochi ragazzi sventurati con un valore superiore a 10, indicativo di un cauto timore, procedettero senza esitazione all’iniezione della dose necessaria di Gratia. Bastarono pochi istanti perché il liquido ambrato svolgesse il suo compito, riportando il livello generale della stanza a un rassicurante zero.</w:t>
      </w:r>
    </w:p>
    <w:p w14:paraId="2B618D45" w14:textId="77777777" w:rsidR="007C3C6C" w:rsidRPr="00994820" w:rsidRDefault="007C3C6C" w:rsidP="00B1354B">
      <w:pPr>
        <w:spacing w:before="100" w:beforeAutospacing="1" w:line="360" w:lineRule="auto"/>
        <w:ind w:firstLine="284"/>
        <w:jc w:val="both"/>
      </w:pPr>
      <w:r w:rsidRPr="00994820">
        <w:t>«Bene, procediamo», commentò con tono serio, ma lievemente scocciato dal notare che qualcuno si fosse lasciato intimorire dalla sua presenza.</w:t>
      </w:r>
    </w:p>
    <w:p w14:paraId="587553A7" w14:textId="77777777" w:rsidR="007C3C6C" w:rsidRPr="00994820" w:rsidRDefault="007C3C6C" w:rsidP="00B1354B">
      <w:pPr>
        <w:spacing w:before="100" w:beforeAutospacing="1" w:line="360" w:lineRule="auto"/>
        <w:ind w:firstLine="284"/>
        <w:jc w:val="both"/>
      </w:pPr>
      <w:r w:rsidRPr="00994820">
        <w:t xml:space="preserve">La sua voce echeggiava nel silenzio della sala. Era profonda, metallica, ma stranamente pacata, come proveniente da una dimensione separata. Ora ogni volto mostrava la stessa espressione: attenzione e serenità. </w:t>
      </w:r>
      <w:r w:rsidRPr="00994820">
        <w:lastRenderedPageBreak/>
        <w:t>La Gratia fornita dal Ministero del Tramonto aveva anche il gradito effetto di ampliare, seppur leggermente, la capacità di concentrazione e la velocità di calcolo di chi ne faceva uso.</w:t>
      </w:r>
    </w:p>
    <w:p w14:paraId="2817015D" w14:textId="77777777" w:rsidR="007C3C6C" w:rsidRPr="00994820" w:rsidRDefault="007C3C6C" w:rsidP="00B1354B">
      <w:pPr>
        <w:spacing w:before="100" w:beforeAutospacing="1" w:line="360" w:lineRule="auto"/>
        <w:ind w:firstLine="284"/>
        <w:jc w:val="both"/>
      </w:pPr>
      <w:r w:rsidRPr="00994820">
        <w:t>«Come immagino saprete, io sono uno dei sette Shinigami al servizio del Dipartimento.»</w:t>
      </w:r>
    </w:p>
    <w:p w14:paraId="159C2282" w14:textId="77777777" w:rsidR="007C3C6C" w:rsidRPr="00994820" w:rsidRDefault="007C3C6C" w:rsidP="00B1354B">
      <w:pPr>
        <w:spacing w:before="100" w:beforeAutospacing="1" w:line="360" w:lineRule="auto"/>
        <w:ind w:firstLine="284"/>
        <w:jc w:val="both"/>
      </w:pPr>
      <w:r w:rsidRPr="00994820">
        <w:t>Il silenzio dei ragazzi era assoluto. Ognuno di loro aveva lo stesso occhio cibernetico, obbligatorio per agevolare la trasmissione e la memorizzazione delle informazioni finché fossero rimasti in formazione. La fredda voce dell’istruttore era l’unico suono che infrangeva quel silenzio.</w:t>
      </w:r>
    </w:p>
    <w:p w14:paraId="21E480E9" w14:textId="77777777" w:rsidR="007C3C6C" w:rsidRPr="00994820" w:rsidRDefault="007C3C6C" w:rsidP="00B1354B">
      <w:pPr>
        <w:spacing w:before="100" w:beforeAutospacing="1" w:line="360" w:lineRule="auto"/>
        <w:ind w:firstLine="284"/>
        <w:jc w:val="both"/>
      </w:pPr>
      <w:r w:rsidRPr="00994820">
        <w:t>«Quest’oggi terrò la lezione introduttiva per voi, nuove reclute. Vi ricordo che la mia presenza sarà richiesta solo qui, durante le lezioni sul campo e alla cerimonia di diploma. Pertanto, esigo il massimo della vostra attenzione.»</w:t>
      </w:r>
    </w:p>
    <w:p w14:paraId="56324083" w14:textId="77777777" w:rsidR="007C3C6C" w:rsidRPr="00994820" w:rsidRDefault="007C3C6C" w:rsidP="00B1354B">
      <w:pPr>
        <w:spacing w:before="100" w:beforeAutospacing="1" w:line="360" w:lineRule="auto"/>
        <w:ind w:firstLine="284"/>
        <w:jc w:val="both"/>
      </w:pPr>
      <w:r w:rsidRPr="00994820">
        <w:t>Lo Shinigami camminava metodicamente tra i cadetti, ogni passo era preciso. La falce metallica che pendeva dalla sua schiena brillava opacamente sotto la luce artificiale. Ogni sua parola era chiara, tagliente e affilata come la lama che portava con sé.</w:t>
      </w:r>
    </w:p>
    <w:p w14:paraId="60E1C192" w14:textId="77777777" w:rsidR="007C3C6C" w:rsidRPr="00994820" w:rsidRDefault="007C3C6C" w:rsidP="00B1354B">
      <w:pPr>
        <w:spacing w:before="100" w:beforeAutospacing="1" w:line="360" w:lineRule="auto"/>
        <w:ind w:firstLine="284"/>
        <w:jc w:val="both"/>
      </w:pPr>
      <w:r w:rsidRPr="00994820">
        <w:t>«Inizierò con un riassunto dei fondamentali per poi introdurvi alle prime informazioni classificate», disse, scrutando deliberatamente le cadette più graziose senza mai tentare di nascondere quegli sguardi, che non erano affatto malvisti, bensì desiderati.</w:t>
      </w:r>
    </w:p>
    <w:p w14:paraId="4FCBF207" w14:textId="77777777" w:rsidR="007C3C6C" w:rsidRPr="00994820" w:rsidRDefault="007C3C6C" w:rsidP="00B1354B">
      <w:pPr>
        <w:spacing w:before="100" w:beforeAutospacing="1" w:line="360" w:lineRule="auto"/>
        <w:ind w:firstLine="284"/>
        <w:jc w:val="both"/>
      </w:pPr>
      <w:r w:rsidRPr="00994820">
        <w:t>«Un tempo questo mondo era flagellato da una guerra senza fine, un conflitto scaturito dallo scellerato desiderio di risorse e benessere.»</w:t>
      </w:r>
    </w:p>
    <w:p w14:paraId="5E10D746" w14:textId="77777777" w:rsidR="007C3C6C" w:rsidRPr="00994820" w:rsidRDefault="007C3C6C" w:rsidP="00B1354B">
      <w:pPr>
        <w:spacing w:before="100" w:beforeAutospacing="1" w:line="360" w:lineRule="auto"/>
        <w:ind w:firstLine="284"/>
        <w:jc w:val="both"/>
      </w:pPr>
      <w:r w:rsidRPr="00994820">
        <w:t>Gli occhi artificiali dei ragazzi iniziarono a emanare un tenue bagliore mentre lo Shinigami cominciava la sua arringa. Le loro pupille si muovevano frenetiche, come se stessero seguendo uno spartito invisibile. La loro attenzione era assoluta.</w:t>
      </w:r>
    </w:p>
    <w:p w14:paraId="471F8560" w14:textId="77777777" w:rsidR="007C3C6C" w:rsidRPr="00994820" w:rsidRDefault="007C3C6C" w:rsidP="00B1354B">
      <w:pPr>
        <w:spacing w:before="100" w:beforeAutospacing="1" w:line="360" w:lineRule="auto"/>
        <w:ind w:firstLine="284"/>
        <w:jc w:val="both"/>
      </w:pPr>
      <w:r w:rsidRPr="00994820">
        <w:t>«I ricordi di quel conflitto sono frammentari, e comunque sommariamente inutili ai fini del nostro benessere. Da ciò che ci è noto...»</w:t>
      </w:r>
    </w:p>
    <w:p w14:paraId="1F4C91C3" w14:textId="77777777" w:rsidR="007C3C6C" w:rsidRPr="00994820" w:rsidRDefault="007C3C6C" w:rsidP="00B1354B">
      <w:pPr>
        <w:spacing w:before="100" w:beforeAutospacing="1" w:line="360" w:lineRule="auto"/>
        <w:ind w:firstLine="284"/>
        <w:jc w:val="both"/>
      </w:pPr>
      <w:r w:rsidRPr="00994820">
        <w:t>Nel pronunciare queste parole, lo schermo olografico dello Shinigami vibrò lievemente, in perfetta sincronia con la luce emessa dalle pupille cibernetiche dei cadetti. Nell’etere, le immagini propedeutiche al suo discorso venivano trasmesse a ciascuna di quelle menti assetate di conoscenza.</w:t>
      </w:r>
    </w:p>
    <w:p w14:paraId="5780B02B" w14:textId="77777777" w:rsidR="007C3C6C" w:rsidRPr="00994820" w:rsidRDefault="007C3C6C" w:rsidP="00B1354B">
      <w:pPr>
        <w:spacing w:before="100" w:beforeAutospacing="1" w:line="360" w:lineRule="auto"/>
        <w:ind w:firstLine="284"/>
        <w:jc w:val="both"/>
      </w:pPr>
      <w:r w:rsidRPr="00994820">
        <w:t>«… la guerra durò per secoli: una terribile battaglia tra la resistenza umana e delle creature spaventose note solamente come ‘angeli’.»</w:t>
      </w:r>
    </w:p>
    <w:p w14:paraId="7EF342A6" w14:textId="77777777" w:rsidR="007C3C6C" w:rsidRPr="00994820" w:rsidRDefault="007C3C6C" w:rsidP="00B1354B">
      <w:pPr>
        <w:spacing w:before="100" w:beforeAutospacing="1" w:line="360" w:lineRule="auto"/>
        <w:ind w:firstLine="284"/>
        <w:jc w:val="both"/>
      </w:pPr>
      <w:r w:rsidRPr="00994820">
        <w:lastRenderedPageBreak/>
        <w:t>«Angeli?» chiese Kairo, un cadetto biondo con i capelli arruffati, seduto in prima fila. La sua divisa, accuratamente personalizzata, era scucita all’altezza del petto, lasciando ben visibile una placca in vetro posta sullo sterno. Attraverso di essa batteva con sicurezza un cuore rosso vivo, potenziato da placche bronzee e dotato di tre valvole aggiuntive, connesse ad arterie artificiali probabilmente dirette ad altrettanti Boost Tek disseminati nel suo corpo. «Cosa sarebbero?»</w:t>
      </w:r>
    </w:p>
    <w:p w14:paraId="5550E31F" w14:textId="77777777" w:rsidR="007C3C6C" w:rsidRPr="00994820" w:rsidRDefault="007C3C6C" w:rsidP="00B1354B">
      <w:pPr>
        <w:spacing w:before="100" w:beforeAutospacing="1" w:line="360" w:lineRule="auto"/>
        <w:ind w:firstLine="284"/>
        <w:jc w:val="both"/>
      </w:pPr>
      <w:r w:rsidRPr="00994820">
        <w:t>Lo Shinigami interruppe bruscamente il proprio discorso voltandosi con fare infastidito verso Kairo. Il suo sguardo si era dovuto allontanare dal volto candido e delicato di una cadetta in terza fila. La fanciulla, notando che il maestro si era allontanato, si lasciò cadere sulla propria sedia con una smorfia irritata. Con calma, lo Shinigami si diresse nuovamente verso la prima fila, verso Kairo, inviando contemporaneamente a tutta la classe quella che sembrava un’immagine piuttosto sfocata di una figura umanoide dotata di imponenti ali bianche e morbide e con una spada fiammeggiante stretta nella mano.</w:t>
      </w:r>
    </w:p>
    <w:p w14:paraId="1B26102E" w14:textId="77777777" w:rsidR="007C3C6C" w:rsidRPr="00994820" w:rsidRDefault="007C3C6C" w:rsidP="00B1354B">
      <w:pPr>
        <w:spacing w:before="100" w:beforeAutospacing="1" w:line="360" w:lineRule="auto"/>
        <w:ind w:firstLine="284"/>
        <w:jc w:val="both"/>
      </w:pPr>
      <w:r w:rsidRPr="00994820">
        <w:t>«Ormai sono creature estinte, ma furono molto ardue da abbattere. Le sconfiggemmo, questo è quanto ci è noto ed è tutto ciò che ci serve sapere», concluse con tono secco.</w:t>
      </w:r>
    </w:p>
    <w:p w14:paraId="1E47681D" w14:textId="77777777" w:rsidR="007C3C6C" w:rsidRPr="00994820" w:rsidRDefault="007C3C6C" w:rsidP="00B1354B">
      <w:pPr>
        <w:spacing w:before="100" w:beforeAutospacing="1" w:line="360" w:lineRule="auto"/>
        <w:ind w:firstLine="284"/>
        <w:jc w:val="both"/>
      </w:pPr>
      <w:r w:rsidRPr="00994820">
        <w:t>«I nostri veri problemi», riprese dopo aver superato la prima fila e voltandosi nuovamente per osservare tutti i cadetti, «iniziarono dopo la fine della guerra.»</w:t>
      </w:r>
    </w:p>
    <w:p w14:paraId="3471EB3D" w14:textId="77777777" w:rsidR="007C3C6C" w:rsidRPr="00994820" w:rsidRDefault="007C3C6C" w:rsidP="00B1354B">
      <w:pPr>
        <w:spacing w:before="100" w:beforeAutospacing="1" w:line="360" w:lineRule="auto"/>
        <w:ind w:firstLine="284"/>
        <w:jc w:val="both"/>
      </w:pPr>
      <w:r w:rsidRPr="00994820">
        <w:t>Una nuova serie di immagini venne inviata ai ragazzi: bambini resi ciechi, famiglie affamate, donne e anziani mutilati. Ogni immagine mostrava persone con espressioni di puro dolore sul volto. La semplice visione di quelle scene fu sufficiente a spingere molti cadetti a richiedere spontaneamente, senza necessità di alcuna sollecitazione, una rapida correzione del proprio Emotion Value.</w:t>
      </w:r>
    </w:p>
    <w:p w14:paraId="115A60AD" w14:textId="77777777" w:rsidR="007C3C6C" w:rsidRPr="00994820" w:rsidRDefault="007C3C6C" w:rsidP="00B1354B">
      <w:pPr>
        <w:spacing w:before="100" w:beforeAutospacing="1" w:line="360" w:lineRule="auto"/>
        <w:ind w:firstLine="284"/>
        <w:jc w:val="both"/>
      </w:pPr>
      <w:r w:rsidRPr="00994820">
        <w:t>«Per molti anni la nostra città, ormai completamente isolata in un mondo devastato dal conflitto, dovette fronteggiare carestie, malattie e un susseguirsi di governi insulsi e deboli.»</w:t>
      </w:r>
    </w:p>
    <w:p w14:paraId="533B7456" w14:textId="77777777" w:rsidR="007C3C6C" w:rsidRPr="00994820" w:rsidRDefault="007C3C6C" w:rsidP="00B1354B">
      <w:pPr>
        <w:spacing w:before="100" w:beforeAutospacing="1" w:line="360" w:lineRule="auto"/>
        <w:ind w:firstLine="284"/>
        <w:jc w:val="both"/>
      </w:pPr>
      <w:r w:rsidRPr="00994820">
        <w:t>Questa volta, immagini di ospedali sovraffollati, bandiere bruciate e tozzi di pane ammuffiti invasero le menti dei ragazzi. Non fu necessario spiegare loro la funzione di quegli imponenti edifici chiamati ospedali. La loro esistenza era già stata illustrata durante i primi anni di istruzione a tutti i cittadini, paragonandoli alle moderne officine dove ogni malanno veniva curato o “aggiustato” mediante Boost Tek opportunamente studiati. Bastava un solo Boost per debellare intere classi di deficit e malattie. Se in giovane età qualcuno si ammalava, gli veniva impiantato un Boost Tek nella milza, sostituita da un organo capace di identificare agenti patogeni di ogni sorta e produrre immediatamente anticorpi artificiali progettati per eliminarli rapidamente. Le alterazioni genetiche erano già corrette alla radice durante la progettazione del feto, e ogni parte del corpo che si fosse danneggiata o ammalata veniva sostituita e potenziata. Solo per interventi sul cervello era richiesto uno speciale permesso governativo.</w:t>
      </w:r>
    </w:p>
    <w:p w14:paraId="2AEAD685" w14:textId="77777777" w:rsidR="007C3C6C" w:rsidRPr="00994820" w:rsidRDefault="007C3C6C" w:rsidP="00B1354B">
      <w:pPr>
        <w:spacing w:before="100" w:beforeAutospacing="1" w:line="360" w:lineRule="auto"/>
        <w:ind w:firstLine="284"/>
        <w:jc w:val="both"/>
      </w:pPr>
      <w:r w:rsidRPr="00994820">
        <w:lastRenderedPageBreak/>
        <w:t>«A quel tempo l’umanità si rifugiava nel culto di assurde divinità pagane, e nella ridicola illusione che un governo potesse essere composto da un insieme di cittadini qualunque. Immaginate: il panettiere e il mercante di Gratia a gestire il bilancio di un paese! Questa credenza, ormai fortunatamente estirpata, era nota come Democrazia, un’arcaica pratica dei nostri antenati.»</w:t>
      </w:r>
    </w:p>
    <w:p w14:paraId="0E34668A" w14:textId="77777777" w:rsidR="007C3C6C" w:rsidRPr="00994820" w:rsidRDefault="007C3C6C" w:rsidP="00B1354B">
      <w:pPr>
        <w:spacing w:before="100" w:beforeAutospacing="1" w:line="360" w:lineRule="auto"/>
        <w:ind w:firstLine="284"/>
        <w:jc w:val="both"/>
      </w:pPr>
      <w:r w:rsidRPr="00994820">
        <w:t>Solo adesso lo Shinigami si sedette sulla poltrona rosso rubino che troneggiava di fronte agli studenti e che fino a quel momento aveva accuratamente evitato. A differenza delle poltrone dei cadetti, la sua era priva delle siringhe di Gratia. Sentendo parlare di religioni, miti e democrazie, una risata generale invase la sala. Era chiassosa, quasi uniforme, e sembrava forzata, prolungandosi ben più del necessario. Il frastuono si interruppe soltanto quando la ragazza dal viso candido e dalla vistosa chioma azzurrina seduta in terza fila, Juno, alzò la mano per chiedere la parola.</w:t>
      </w:r>
    </w:p>
    <w:p w14:paraId="0B4E74C8" w14:textId="77777777" w:rsidR="007C3C6C" w:rsidRPr="00994820" w:rsidRDefault="007C3C6C" w:rsidP="00B1354B">
      <w:pPr>
        <w:spacing w:before="100" w:beforeAutospacing="1" w:line="360" w:lineRule="auto"/>
        <w:ind w:firstLine="284"/>
        <w:jc w:val="both"/>
      </w:pPr>
      <w:r w:rsidRPr="00994820">
        <w:t>«In pratica», iniziò la ragazza mentre le sue ciocche si muovevano in maniera asincrona, quasi dotate di volontà propria, «un tempo vivevamo come gli Fleshborn che sbraitano fuori dalle nostre mura?» chiese con tono disgustato.</w:t>
      </w:r>
    </w:p>
    <w:p w14:paraId="5BE2DC6B" w14:textId="77777777" w:rsidR="007C3C6C" w:rsidRPr="00994820" w:rsidRDefault="007C3C6C" w:rsidP="00B1354B">
      <w:pPr>
        <w:spacing w:before="100" w:beforeAutospacing="1" w:line="360" w:lineRule="auto"/>
        <w:ind w:firstLine="284"/>
        <w:jc w:val="both"/>
      </w:pPr>
      <w:r w:rsidRPr="00994820">
        <w:t>«Esattamente», rispose rapidamente lo Shinigami, mentre si sistemava sulla poltrona e appoggiava la pesante falce contro uno dei braccioli.</w:t>
      </w:r>
    </w:p>
    <w:p w14:paraId="292EE4D1" w14:textId="77777777" w:rsidR="007C3C6C" w:rsidRPr="00994820" w:rsidRDefault="007C3C6C" w:rsidP="00B1354B">
      <w:pPr>
        <w:spacing w:before="100" w:beforeAutospacing="1" w:line="360" w:lineRule="auto"/>
        <w:ind w:firstLine="284"/>
        <w:jc w:val="both"/>
      </w:pPr>
      <w:r w:rsidRPr="00994820">
        <w:t>«In ogni caso, bisogna ammettere che i nostri antenati le provarono tutte per cercare di ristabilire una parvenza d’ordine. Più volte tentarono di ottenere il controllo di una popolazione ormai sull’orlo del baratro, attraverso l’oppressione e il terrore. Ma ogni volta, per quanto salda fosse la presa del governo, il potere ottenuto con la paura era destinato inevitabilmente a dissolversi.»</w:t>
      </w:r>
    </w:p>
    <w:p w14:paraId="070CE7A4" w14:textId="77777777" w:rsidR="007C3C6C" w:rsidRPr="00994820" w:rsidRDefault="007C3C6C" w:rsidP="00B1354B">
      <w:pPr>
        <w:spacing w:before="100" w:beforeAutospacing="1" w:line="360" w:lineRule="auto"/>
        <w:ind w:firstLine="284"/>
        <w:jc w:val="both"/>
      </w:pPr>
      <w:r w:rsidRPr="00994820">
        <w:t>Nei visori dei cadetti si susseguirono vecchie registrazioni di parate militari e cortei con armamenti di ogni tipo. Quei filmati lasciarono rapidamente il posto a scene di rivolte e ancora nuova morte e distruzione nelle strade di una città che, a una prima occhiata, sembrava loro familiare, ma che a una seconda analisi appariva profondamente diversa da quella che oggi chiamavano patria.</w:t>
      </w:r>
    </w:p>
    <w:p w14:paraId="151F3D85" w14:textId="77777777" w:rsidR="007C3C6C" w:rsidRPr="00994820" w:rsidRDefault="007C3C6C" w:rsidP="00B1354B">
      <w:pPr>
        <w:spacing w:before="100" w:beforeAutospacing="1" w:line="360" w:lineRule="auto"/>
        <w:ind w:firstLine="284"/>
        <w:jc w:val="both"/>
      </w:pPr>
      <w:r w:rsidRPr="00994820">
        <w:t>«La soluzione arrivò infine circa cento anni fa, con l’avvento dei Despair General, quattro individui dalla mente assolutamente geniale.»</w:t>
      </w:r>
    </w:p>
    <w:p w14:paraId="6A87E0F8" w14:textId="77777777" w:rsidR="007C3C6C" w:rsidRPr="00994820" w:rsidRDefault="007C3C6C" w:rsidP="00B1354B">
      <w:pPr>
        <w:spacing w:before="100" w:beforeAutospacing="1" w:line="360" w:lineRule="auto"/>
        <w:ind w:firstLine="284"/>
        <w:jc w:val="both"/>
      </w:pPr>
      <w:r w:rsidRPr="00994820">
        <w:t>«Circa?» chiese perplesso un cadetto in ultima fila. Il ragazzo aveva il cranio rasato e il braccio sinistro assai più grosso del destro, rivelando un pesante Boost Tek da battaglia. «Credevo che almeno qui avremmo avuto una datazione più precisa.»</w:t>
      </w:r>
    </w:p>
    <w:p w14:paraId="79CE7922" w14:textId="77777777" w:rsidR="007C3C6C" w:rsidRPr="00994820" w:rsidRDefault="007C3C6C" w:rsidP="00B1354B">
      <w:pPr>
        <w:spacing w:before="100" w:beforeAutospacing="1" w:line="360" w:lineRule="auto"/>
        <w:ind w:firstLine="284"/>
        <w:jc w:val="both"/>
      </w:pPr>
      <w:r w:rsidRPr="00994820">
        <w:lastRenderedPageBreak/>
        <w:t>«Una datazione precisa non è possibile», rispose lo Shinigami. «Innanzitutto, perché i cambiamenti furono rapidi e intensi, rendendo impossibile stilare una cronologia puntuale di quel periodo, ma soprattutto, perché a nessuno interessa davvero un passato tetro e infelice come quello.» Lo Shinigami chiuse rapidamente e con evidente disinteresse la parentesi aperta dal giovane cadetto. Fece una breve pausa per rialzarsi, riprendendo poi la sua lenta camminata e la narrazione.</w:t>
      </w:r>
    </w:p>
    <w:p w14:paraId="010A14E7" w14:textId="77777777" w:rsidR="007C3C6C" w:rsidRPr="00994820" w:rsidRDefault="007C3C6C" w:rsidP="00B1354B">
      <w:pPr>
        <w:spacing w:before="100" w:beforeAutospacing="1" w:line="360" w:lineRule="auto"/>
        <w:ind w:firstLine="284"/>
        <w:jc w:val="both"/>
      </w:pPr>
      <w:r w:rsidRPr="00994820">
        <w:t>«Uno di loro, colei nota come La Sorridente, capì che l’unico modo per ottenere una pace duratura era assicurarsi che tutti, dal primo all’ultimo cittadino, fossero finalmente e pienamente felici.»</w:t>
      </w:r>
    </w:p>
    <w:p w14:paraId="7AD085A8" w14:textId="77777777" w:rsidR="007C3C6C" w:rsidRPr="00994820" w:rsidRDefault="007C3C6C" w:rsidP="00B1354B">
      <w:pPr>
        <w:spacing w:before="100" w:beforeAutospacing="1" w:line="360" w:lineRule="auto"/>
        <w:ind w:firstLine="284"/>
        <w:jc w:val="both"/>
      </w:pPr>
      <w:r w:rsidRPr="00994820">
        <w:t>Lo Shinigami riprese il suo giro tra le poltrone, scrutando nuovamente le giovani cadette, ma questa volta senza mostrare particolare interesse per Juno.</w:t>
      </w:r>
    </w:p>
    <w:p w14:paraId="2CA47086" w14:textId="77777777" w:rsidR="007C3C6C" w:rsidRPr="00994820" w:rsidRDefault="007C3C6C" w:rsidP="00B1354B">
      <w:pPr>
        <w:spacing w:before="100" w:beforeAutospacing="1" w:line="360" w:lineRule="auto"/>
        <w:ind w:firstLine="284"/>
        <w:jc w:val="both"/>
      </w:pPr>
      <w:r w:rsidRPr="00994820">
        <w:t>«So che a voi questa non sembra una grande scoperta, ma dovete comprendere che a quei tempi l’umanità si concentrava unicamente su cure palliative e temporanee, limitandosi appena a sfiorare i veri problemi.» Pronunciò la parola ‘sfiorare’ con evidente scherno rivolto ai propri antenati.</w:t>
      </w:r>
    </w:p>
    <w:p w14:paraId="3B7D98AD" w14:textId="77777777" w:rsidR="007C3C6C" w:rsidRPr="00994820" w:rsidRDefault="007C3C6C" w:rsidP="00B1354B">
      <w:pPr>
        <w:spacing w:before="100" w:beforeAutospacing="1" w:line="360" w:lineRule="auto"/>
        <w:ind w:firstLine="284"/>
        <w:jc w:val="both"/>
      </w:pPr>
      <w:r w:rsidRPr="00994820">
        <w:t>«Invece di studiare la mente dell’individuo per capirne i veri desideri, si erano convinti che l’obiettivo giusto fosse ricercare fonti energetiche sempre più efficienti, inseguire la ricchezza materiale o la forza militare. Nessuno aveva mai pensato davvero di indagare le reali necessità dell’uomo.» Quest’ultima frase fu accompagnata da una tenue risatina, come se non riuscisse a comprendere appieno le assurde decisioni di quell’epoca oscura.</w:t>
      </w:r>
    </w:p>
    <w:p w14:paraId="5C56F013" w14:textId="77777777" w:rsidR="007C3C6C" w:rsidRPr="00994820" w:rsidRDefault="007C3C6C" w:rsidP="00B1354B">
      <w:pPr>
        <w:spacing w:before="100" w:beforeAutospacing="1" w:line="360" w:lineRule="auto"/>
        <w:ind w:firstLine="284"/>
        <w:jc w:val="both"/>
      </w:pPr>
      <w:r w:rsidRPr="00994820">
        <w:t>«Solo con l’arrivo della Sorridente iniziarono finalmente le ricerche nelle neuroscienze biotecnologiche. All’inizio, il governo corrotto e diviso che ci guidava non vedeva affatto di buon occhio le sue idee visionarie, arrivando persino a bandirle.»</w:t>
      </w:r>
    </w:p>
    <w:p w14:paraId="0E44F0D5" w14:textId="77777777" w:rsidR="007C3C6C" w:rsidRPr="00994820" w:rsidRDefault="007C3C6C" w:rsidP="00B1354B">
      <w:pPr>
        <w:spacing w:before="100" w:beforeAutospacing="1" w:line="360" w:lineRule="auto"/>
        <w:ind w:firstLine="284"/>
        <w:jc w:val="both"/>
      </w:pPr>
      <w:r w:rsidRPr="00994820">
        <w:t>«E perché mai?» interruppe di nuovo Juno con voce quasi incerta. «Cioè, comprendo che la presenza di un’idea nuova fosse una minaccia per il potere costituito, ma avrebbero potuto sfruttare questo nuovo campo per un controllo più capillare, no?» La rapidità e il tono del suo discorso tradivano chiaramente il desiderio di spostare l’attenzione dello Shinigami dal volto di una cadetta in ultima fila, nota a tutti per un particolare Boost Tek alla lingua di propria invenzione.</w:t>
      </w:r>
    </w:p>
    <w:p w14:paraId="05D7CC63" w14:textId="77777777" w:rsidR="007C3C6C" w:rsidRPr="00994820" w:rsidRDefault="007C3C6C" w:rsidP="00B1354B">
      <w:pPr>
        <w:spacing w:before="100" w:beforeAutospacing="1" w:line="360" w:lineRule="auto"/>
        <w:ind w:firstLine="284"/>
        <w:jc w:val="both"/>
      </w:pPr>
      <w:r w:rsidRPr="00994820">
        <w:t>Lo Shinigami cominciò a camminare nella sala mentre Juno parlava, e solo dopo averla raggiunta replicò con tono freddo, evidentemente stanco del gioco della ragazza: «Hai una qualche dimestichezza con gli antichi riti religiosi, cadetto?»</w:t>
      </w:r>
    </w:p>
    <w:p w14:paraId="42C89D80" w14:textId="77777777" w:rsidR="007C3C6C" w:rsidRPr="00994820" w:rsidRDefault="007C3C6C" w:rsidP="00B1354B">
      <w:pPr>
        <w:spacing w:before="100" w:beforeAutospacing="1" w:line="360" w:lineRule="auto"/>
        <w:ind w:firstLine="284"/>
        <w:jc w:val="both"/>
      </w:pPr>
      <w:r w:rsidRPr="00994820">
        <w:lastRenderedPageBreak/>
        <w:t>«Beh... ne ho letto qualcosa durante la mia formazione preliminare...» si limitò a balbettare Juno, abbassando repentinamente lo sguardo per concentrarsi sul non cedere a umori negativi. Fare uso di una nuova dose di Gratia, in quel momento, sarebbe stato umiliante.</w:t>
      </w:r>
    </w:p>
    <w:p w14:paraId="254EFF6F" w14:textId="77777777" w:rsidR="007C3C6C" w:rsidRPr="00994820" w:rsidRDefault="007C3C6C" w:rsidP="00B1354B">
      <w:pPr>
        <w:spacing w:before="100" w:beforeAutospacing="1" w:line="360" w:lineRule="auto"/>
        <w:ind w:firstLine="284"/>
        <w:jc w:val="both"/>
      </w:pPr>
      <w:r w:rsidRPr="00994820">
        <w:t>«Bene» riprese pochi istanti dopo lo Shinigami, «tra i riti religiosi più diffusi vi era quello di seppellire i morti sottoterra. La motivazione pratica era sia quella di scongiurare epidemie, sia di fertilizzare la terra. Tuttavia, questa motivazione razionale fu oscurata e distorta da ragioni religiose e mistiche, che persistettero anche quando la sua utilità pratica venne meno con l’avanzare della società. Non c’era più alcun bisogno di temere epidemie, né di usare corpi come fertilizzante, eppure si continuò a seppellire i morti per secoli.» Fece una breve pausa, scrutando l’aula dalla terza fila, dove ancora si trovava.</w:t>
      </w:r>
    </w:p>
    <w:p w14:paraId="62AA072F" w14:textId="77777777" w:rsidR="007C3C6C" w:rsidRPr="00994820" w:rsidRDefault="007C3C6C" w:rsidP="00B1354B">
      <w:pPr>
        <w:spacing w:before="100" w:beforeAutospacing="1" w:line="360" w:lineRule="auto"/>
        <w:ind w:firstLine="284"/>
        <w:jc w:val="both"/>
      </w:pPr>
      <w:r w:rsidRPr="00994820">
        <w:t>«E l’uomo, per sua natura, trovò una nuova giustificazione: la religione. Mi seguite?» I ragazzi annuirono, seppur incerti.</w:t>
      </w:r>
    </w:p>
    <w:p w14:paraId="2FE28951" w14:textId="77777777" w:rsidR="007C3C6C" w:rsidRPr="00994820" w:rsidRDefault="007C3C6C" w:rsidP="00B1354B">
      <w:pPr>
        <w:spacing w:before="100" w:beforeAutospacing="1" w:line="360" w:lineRule="auto"/>
        <w:ind w:firstLine="284"/>
        <w:jc w:val="both"/>
      </w:pPr>
      <w:r w:rsidRPr="00994820">
        <w:t>«Allo stesso modo, concetti concreti e utili, come il non arrecare danno ai propri simili, vennero nel tempo distorti in una nuova mistificazione non dissimile dalla religione: l’Etica.» Anche in questo caso pronunciò l’ultima parola con scherno, accompagnandola con una leggera risatina che presto si estese anche ai ragazzi.</w:t>
      </w:r>
    </w:p>
    <w:p w14:paraId="20BAA9D7" w14:textId="77777777" w:rsidR="007C3C6C" w:rsidRPr="00994820" w:rsidRDefault="007C3C6C" w:rsidP="00B1354B">
      <w:pPr>
        <w:spacing w:before="100" w:beforeAutospacing="1" w:line="360" w:lineRule="auto"/>
        <w:ind w:firstLine="284"/>
        <w:jc w:val="both"/>
      </w:pPr>
      <w:r w:rsidRPr="00994820">
        <w:t>«Secondo questa distorsione della realtà, noi umani, che siamo progrediti unicamente grazie alle nostre capacità scientifiche, avremmo dovuto porre un freno illusorio e fittizio ai nostri traguardi.» Lo Shinigami riprese a camminare, stavolta con passi più rapidi, raggiungendo durante il suo discorso la falce che aveva lasciato accanto alla sua poltrona.</w:t>
      </w:r>
    </w:p>
    <w:p w14:paraId="34126689" w14:textId="77777777" w:rsidR="007C3C6C" w:rsidRPr="00994820" w:rsidRDefault="007C3C6C" w:rsidP="00B1354B">
      <w:pPr>
        <w:spacing w:before="100" w:beforeAutospacing="1" w:line="360" w:lineRule="auto"/>
        <w:ind w:firstLine="284"/>
        <w:jc w:val="both"/>
      </w:pPr>
      <w:r w:rsidRPr="00994820">
        <w:t>«Creare protesi e sostituire parti del nostro corpo ci avrebbe reso meno umani, dicevano.» Afferrò saldamente il manico dell’arma.</w:t>
      </w:r>
    </w:p>
    <w:p w14:paraId="40F46FE9" w14:textId="77777777" w:rsidR="007C3C6C" w:rsidRPr="00994820" w:rsidRDefault="007C3C6C" w:rsidP="00B1354B">
      <w:pPr>
        <w:spacing w:before="100" w:beforeAutospacing="1" w:line="360" w:lineRule="auto"/>
        <w:ind w:firstLine="284"/>
        <w:jc w:val="both"/>
      </w:pPr>
      <w:r w:rsidRPr="00994820">
        <w:t>«Creare artificialmente in laboratorio dei neonati ci avrebbe allontanato dagli dèi, dicevano.» Con la mano libera accarezzò lentamente la lama.</w:t>
      </w:r>
    </w:p>
    <w:p w14:paraId="7C7604D3" w14:textId="77777777" w:rsidR="007C3C6C" w:rsidRPr="00994820" w:rsidRDefault="007C3C6C" w:rsidP="00B1354B">
      <w:pPr>
        <w:spacing w:before="100" w:beforeAutospacing="1" w:line="360" w:lineRule="auto"/>
        <w:ind w:firstLine="284"/>
        <w:jc w:val="both"/>
      </w:pPr>
      <w:r w:rsidRPr="00994820">
        <w:t>«Per loro, usare medicine che agivano sul ‘contenuto’ dei nostri corpi mortali era lecito, ma guai a intervenire sulla forma esteriore. Perché? Perché i batteri non si vedono, mentre una mano meccanica sì?» Impugnando saldamente la falce, la fece ruotare con un movimento così rapido che solo alcuni Boost Tek oculari riuscirono a seguirne la traiettoria.</w:t>
      </w:r>
    </w:p>
    <w:p w14:paraId="56A401EB" w14:textId="77777777" w:rsidR="007C3C6C" w:rsidRPr="00994820" w:rsidRDefault="007C3C6C" w:rsidP="00B1354B">
      <w:pPr>
        <w:spacing w:before="100" w:beforeAutospacing="1" w:line="360" w:lineRule="auto"/>
        <w:ind w:firstLine="284"/>
        <w:jc w:val="both"/>
      </w:pPr>
      <w:r w:rsidRPr="00994820">
        <w:t>«Quanta ipocrisia!» ruggì con ira, mentre la falce fendeva l’aria.</w:t>
      </w:r>
    </w:p>
    <w:p w14:paraId="6CEA8A88" w14:textId="77777777" w:rsidR="007C3C6C" w:rsidRPr="00994820" w:rsidRDefault="007C3C6C" w:rsidP="00B1354B">
      <w:pPr>
        <w:spacing w:before="100" w:beforeAutospacing="1" w:line="360" w:lineRule="auto"/>
        <w:ind w:firstLine="284"/>
        <w:jc w:val="both"/>
      </w:pPr>
      <w:r w:rsidRPr="00994820">
        <w:t>Un tetro silenzio calò improvvisamente nella sala.</w:t>
      </w:r>
    </w:p>
    <w:p w14:paraId="7CD16E67" w14:textId="77777777" w:rsidR="007C3C6C" w:rsidRPr="00994820" w:rsidRDefault="007C3C6C" w:rsidP="00B1354B">
      <w:pPr>
        <w:spacing w:before="100" w:beforeAutospacing="1" w:line="360" w:lineRule="auto"/>
        <w:ind w:firstLine="284"/>
        <w:jc w:val="both"/>
      </w:pPr>
      <w:r w:rsidRPr="00994820">
        <w:lastRenderedPageBreak/>
        <w:t>«La vita umana era preziosa e non poteva essere resa così impersonale, dicevano.» Lo Shinigami riprese con il tono di voce calmo che aveva mantenuto fino a quel momento e, per buona misura, appoggiò la falce contro una parete.</w:t>
      </w:r>
    </w:p>
    <w:p w14:paraId="09854DF2" w14:textId="77777777" w:rsidR="007C3C6C" w:rsidRPr="00994820" w:rsidRDefault="007C3C6C" w:rsidP="00B1354B">
      <w:pPr>
        <w:spacing w:before="100" w:beforeAutospacing="1" w:line="360" w:lineRule="auto"/>
        <w:ind w:firstLine="284"/>
        <w:jc w:val="both"/>
      </w:pPr>
      <w:r w:rsidRPr="00994820">
        <w:t>«Era permesso combattere le malattie con ogni arma, ma estirparle direttamente dai nostri geni era proibito. Dovevamo tracciare una linea da non superare, e per quale scopo?» Quest’ultima parola venne enfatizzata con cura.</w:t>
      </w:r>
    </w:p>
    <w:p w14:paraId="5A0BFF60" w14:textId="77777777" w:rsidR="007C3C6C" w:rsidRPr="00994820" w:rsidRDefault="007C3C6C" w:rsidP="00B1354B">
      <w:pPr>
        <w:spacing w:before="100" w:beforeAutospacing="1" w:line="360" w:lineRule="auto"/>
        <w:ind w:firstLine="284"/>
        <w:jc w:val="both"/>
      </w:pPr>
      <w:r w:rsidRPr="00994820">
        <w:t>«Stavamo dimenticando l’importanza di agire con uno scopo reale, preoccupandoci solo di non intaccare un obiettivo distorto: l’Etica.» Il discorso si interruppe per alcuni secondi. Gli occhi dei cadetti erano fissi sullo Shinigami, mentre quest’ultimo osservava la città sotto di loro attraverso la finestra opaca.</w:t>
      </w:r>
    </w:p>
    <w:p w14:paraId="1950E423" w14:textId="77777777" w:rsidR="007C3C6C" w:rsidRPr="00994820" w:rsidRDefault="007C3C6C" w:rsidP="00B1354B">
      <w:pPr>
        <w:spacing w:before="100" w:beforeAutospacing="1" w:line="360" w:lineRule="auto"/>
        <w:ind w:firstLine="284"/>
        <w:jc w:val="both"/>
      </w:pPr>
      <w:r w:rsidRPr="00994820">
        <w:t>«Fortunatamente, i Despair General disponevano di un’enorme forza militare e riuscirono così a imporsi sul debole governo dell’epoca. La Sorridente fu finalmente libera di condurre le sue ricerche avanguardistiche su alcuni volontari, studiandone la psiche e analizzandone l’anatomia.» Ancora una volta, una serie di tavole anatomiche e scientifiche venne inviata ai visori dei ragazzi.</w:t>
      </w:r>
    </w:p>
    <w:p w14:paraId="4F4CD985" w14:textId="77777777" w:rsidR="007C3C6C" w:rsidRPr="00994820" w:rsidRDefault="007C3C6C" w:rsidP="00B1354B">
      <w:pPr>
        <w:spacing w:before="100" w:beforeAutospacing="1" w:line="360" w:lineRule="auto"/>
        <w:ind w:firstLine="284"/>
        <w:jc w:val="both"/>
      </w:pPr>
      <w:r w:rsidRPr="00994820">
        <w:t>«Come primo passo, vennero create le protesi e i potenziamenti che oggi conosciamo come Boost Tek: autentici gioielli che fondono natura e macchina. Non sono altro che polimeri di carbonio ben saldati con cellule umane cresciute artificialmente. Il tutto viene alimentato e potenziato da una speciale resina composta da sangue, elettroliti e neurotrasmettitori, che le cellule ingegnerizzate sono capaci di rilasciare a seconda delle necessità.» Durante la spiegazione, i visori mostravano sia le tavole progettuali originali sia ricostruzioni olografiche dei primi modelli.</w:t>
      </w:r>
    </w:p>
    <w:p w14:paraId="5241B61B" w14:textId="77777777" w:rsidR="007C3C6C" w:rsidRPr="00994820" w:rsidRDefault="007C3C6C" w:rsidP="00B1354B">
      <w:pPr>
        <w:spacing w:before="100" w:beforeAutospacing="1" w:line="360" w:lineRule="auto"/>
        <w:ind w:firstLine="284"/>
        <w:jc w:val="both"/>
      </w:pPr>
      <w:r w:rsidRPr="00994820">
        <w:t>«Grazie alle continue ricerche della Sorridente si riuscì a sviluppare anche i potenziamenti cerebrali. Nonostante abbiano la stessa antichità degli altri Boost Tek, i Brain Tek sono tuttora rari e costosi, e il loro flusso sul mercato è strettamente regolamentato dal governo.» A questo punto, lo Shinigami si voltò nuovamente verso i ragazzi, riacquistando un tono pacato, con la schiena appoggiata placidamente contro la finestra.</w:t>
      </w:r>
    </w:p>
    <w:p w14:paraId="3DF40E23" w14:textId="77777777" w:rsidR="007C3C6C" w:rsidRPr="00994820" w:rsidRDefault="007C3C6C" w:rsidP="00B1354B">
      <w:pPr>
        <w:spacing w:before="100" w:beforeAutospacing="1" w:line="360" w:lineRule="auto"/>
        <w:ind w:firstLine="284"/>
        <w:jc w:val="both"/>
      </w:pPr>
      <w:r w:rsidRPr="00994820">
        <w:t>«Ovviamente», continuò con un tono più ironico, «l’etica e la morale, queste vetuste costruzioni mentali, non hanno nulla a che vedere con il controllo imposto sui Brain Tek da parte del governo. Limitare questi dispositivi ha una funzione pratica ben precisa e, qualora venisse a mancare, cesserebbe anche il divieto. Il controllo governativo è necessario perché un loro abuso o un’installazione imprecisa potrebbe alterare il corretto funzionamento degli Emotion Reader, che sono di fondamentale importanza.»</w:t>
      </w:r>
    </w:p>
    <w:p w14:paraId="56CF36DF" w14:textId="77777777" w:rsidR="007C3C6C" w:rsidRPr="00994820" w:rsidRDefault="007C3C6C" w:rsidP="00B1354B">
      <w:pPr>
        <w:spacing w:before="100" w:beforeAutospacing="1" w:line="360" w:lineRule="auto"/>
        <w:ind w:firstLine="284"/>
        <w:jc w:val="both"/>
      </w:pPr>
      <w:r w:rsidRPr="00994820">
        <w:t>«Il traguardo più importante della Sorridente arrivò con le ricerche sul sistema limbico.» Questa volta la sua voce divenne frenetica, quasi euforica.</w:t>
      </w:r>
    </w:p>
    <w:p w14:paraId="6678E0E7" w14:textId="77777777" w:rsidR="007C3C6C" w:rsidRPr="00994820" w:rsidRDefault="007C3C6C" w:rsidP="00B1354B">
      <w:pPr>
        <w:spacing w:before="100" w:beforeAutospacing="1" w:line="360" w:lineRule="auto"/>
        <w:ind w:firstLine="284"/>
        <w:jc w:val="both"/>
      </w:pPr>
      <w:r w:rsidRPr="00994820">
        <w:lastRenderedPageBreak/>
        <w:t>«La sua mente irrefrenabile riuscì ad analizzare e comprendere il funzionamento dei neurotrasmettitori di quella specifica sezione del nostro cervello. E così, in meno di dieci anni di intense ricerche sul campo, le emozioni umane—un tempo vissute come qualcosa di metafisico—divennero tangibili, analizzabili, malleabili.» Questa volta i visori mostrarono un modello olografico dell’intervento di installazione di un Emotion Reader sul cervello adulto di un Fleshborn.</w:t>
      </w:r>
    </w:p>
    <w:p w14:paraId="4658DA3B" w14:textId="77777777" w:rsidR="007C3C6C" w:rsidRPr="00994820" w:rsidRDefault="007C3C6C" w:rsidP="00B1354B">
      <w:pPr>
        <w:spacing w:before="100" w:beforeAutospacing="1" w:line="360" w:lineRule="auto"/>
        <w:ind w:firstLine="284"/>
        <w:jc w:val="both"/>
      </w:pPr>
      <w:r w:rsidRPr="00994820">
        <w:t>«Nacque così il Triangle Chip, questo piccolo gioiello di meccanica, il cui funzionamento è tutt’oggi completamente secretato e la cui produzione è affidata esclusivamente alla Sorridente. Un’invenzione che permise enormi progressi.» Alcuni ragazzi, vedendo l’ologramma fluttuare davanti ai loro occhi, lasciarono sfuggire sospiri di ammirazione.</w:t>
      </w:r>
    </w:p>
    <w:p w14:paraId="59B8DAE1" w14:textId="77777777" w:rsidR="007C3C6C" w:rsidRPr="00994820" w:rsidRDefault="007C3C6C" w:rsidP="00B1354B">
      <w:pPr>
        <w:spacing w:before="100" w:beforeAutospacing="1" w:line="360" w:lineRule="auto"/>
        <w:ind w:firstLine="284"/>
        <w:jc w:val="both"/>
      </w:pPr>
      <w:r w:rsidRPr="00994820">
        <w:t>Si trattava di un oggetto unico, un triangolo d’oro decorato da incisioni quasi incomprensibili. Era completamente diverso da ogni altro chip: neppure i più moderni raggiungevano una simile bellezza. La sua precisione era assoluta e le sue dimensioni ridotte, rispetto alla sua funzione vitale, erano impressionanti. Più che un capolavoro della tecnologia, sembrava un artefatto magico.</w:t>
      </w:r>
    </w:p>
    <w:p w14:paraId="23B1D497" w14:textId="77777777" w:rsidR="007C3C6C" w:rsidRPr="00994820" w:rsidRDefault="007C3C6C" w:rsidP="00B1354B">
      <w:pPr>
        <w:spacing w:before="100" w:beforeAutospacing="1" w:line="360" w:lineRule="auto"/>
        <w:ind w:firstLine="284"/>
        <w:jc w:val="both"/>
      </w:pPr>
      <w:r w:rsidRPr="00994820">
        <w:t>«Addio ad anni di sedute, decenni di studi e letture approfondite per cercare di capire di cosa avessimo davvero bisogno per raggiungere la serenità. Con questo chip nella testa, capace di tradurre in maniera semplice ed efficiente le nostre risposte all’ambiente, tutto diventò improvvisamente più semplice.» Le mani dell’istruttore iniziarono a muoversi freneticamente, accompagnando la sua crescente euforia nell’esporre un tema così entusiasmante.</w:t>
      </w:r>
    </w:p>
    <w:p w14:paraId="78355914" w14:textId="77777777" w:rsidR="007C3C6C" w:rsidRPr="00994820" w:rsidRDefault="007C3C6C" w:rsidP="00B1354B">
      <w:pPr>
        <w:spacing w:before="100" w:beforeAutospacing="1" w:line="360" w:lineRule="auto"/>
        <w:ind w:firstLine="284"/>
        <w:jc w:val="both"/>
      </w:pPr>
      <w:r w:rsidRPr="00994820">
        <w:t>«Avevi dubbi sulla reale felicità in una relazione? Bastava controllare il tuo Emotion Value!» Il tono della sua voce aumentava sempre più.</w:t>
      </w:r>
    </w:p>
    <w:p w14:paraId="31A74542" w14:textId="77777777" w:rsidR="007C3C6C" w:rsidRPr="00994820" w:rsidRDefault="007C3C6C" w:rsidP="00B1354B">
      <w:pPr>
        <w:spacing w:before="100" w:beforeAutospacing="1" w:line="360" w:lineRule="auto"/>
        <w:ind w:firstLine="284"/>
        <w:jc w:val="both"/>
      </w:pPr>
      <w:r w:rsidRPr="00994820">
        <w:t>«Quel lavoro ti appagava? Un rapido sguardo all’Emotion Value durante le ore lavorative e avevi subito la risposta!» esclamò, aumentando gradualmente il volume.</w:t>
      </w:r>
    </w:p>
    <w:p w14:paraId="7918CB84" w14:textId="77777777" w:rsidR="007C3C6C" w:rsidRPr="00994820" w:rsidRDefault="007C3C6C" w:rsidP="00B1354B">
      <w:pPr>
        <w:spacing w:before="100" w:beforeAutospacing="1" w:line="360" w:lineRule="auto"/>
        <w:ind w:firstLine="284"/>
        <w:jc w:val="both"/>
      </w:pPr>
      <w:r w:rsidRPr="00994820">
        <w:t>«Preferivi il colore rosso o il blu? Era sufficiente tenere d’occhio l’Emotion Value mentre passavi da una stanza rossa a una blu!» I suoi pugni si strinsero come per afferrare qualcosa di fisico e tangibile davanti a lui.</w:t>
      </w:r>
    </w:p>
    <w:p w14:paraId="47447F4A" w14:textId="77777777" w:rsidR="007C3C6C" w:rsidRPr="00994820" w:rsidRDefault="007C3C6C" w:rsidP="00B1354B">
      <w:pPr>
        <w:spacing w:before="100" w:beforeAutospacing="1" w:line="360" w:lineRule="auto"/>
        <w:ind w:firstLine="284"/>
        <w:jc w:val="both"/>
      </w:pPr>
      <w:r w:rsidRPr="00994820">
        <w:t>«Niente di più semplice! E da lì, il passo fu breve: perché perdere tempo in tediose ricerche di lavoro, quando un’analisi dell’Emotion Value poteva indicarti esattamente quale lavoro ti avrebbe reso più felice?» Ormai l’euforia aveva contagiato l’intera sala, diffondendosi anche tra i ragazzi, che iniziarono ad agitarsi sulle sedie.</w:t>
      </w:r>
    </w:p>
    <w:p w14:paraId="29D408EF" w14:textId="77777777" w:rsidR="007C3C6C" w:rsidRPr="00994820" w:rsidRDefault="007C3C6C" w:rsidP="00B1354B">
      <w:pPr>
        <w:spacing w:before="100" w:beforeAutospacing="1" w:line="360" w:lineRule="auto"/>
        <w:ind w:firstLine="284"/>
        <w:jc w:val="both"/>
      </w:pPr>
      <w:r w:rsidRPr="00994820">
        <w:lastRenderedPageBreak/>
        <w:t>«Persino l’arte smise di essere una questione puramente soggettiva. Le opere d’arte più costose, le canzoni migliori erano quelle capaci di alterare con maggiore efficienza, e sul campione più ampio possibile, l’Emotion Value delle persone.»</w:t>
      </w:r>
    </w:p>
    <w:p w14:paraId="46678480" w14:textId="77777777" w:rsidR="007C3C6C" w:rsidRPr="00994820" w:rsidRDefault="007C3C6C" w:rsidP="00B1354B">
      <w:pPr>
        <w:spacing w:before="100" w:beforeAutospacing="1" w:line="360" w:lineRule="auto"/>
        <w:ind w:firstLine="284"/>
        <w:jc w:val="both"/>
      </w:pPr>
      <w:r w:rsidRPr="00994820">
        <w:t>Poi prese un respiro e si fermò brevemente.</w:t>
      </w:r>
    </w:p>
    <w:p w14:paraId="0C530DE0" w14:textId="77777777" w:rsidR="007C3C6C" w:rsidRPr="00994820" w:rsidRDefault="007C3C6C" w:rsidP="00B1354B">
      <w:pPr>
        <w:spacing w:before="100" w:beforeAutospacing="1" w:line="360" w:lineRule="auto"/>
        <w:ind w:firstLine="284"/>
        <w:jc w:val="both"/>
      </w:pPr>
      <w:r w:rsidRPr="00994820">
        <w:t>«Ma la Sorridente... oh...» proseguì, mentre lo scheletro sul suo visore mostrava un sorriso olografico quasi minaccioso, «lei non si fermò certo lì.»</w:t>
      </w:r>
    </w:p>
    <w:p w14:paraId="69480903" w14:textId="77777777" w:rsidR="007C3C6C" w:rsidRPr="00994820" w:rsidRDefault="007C3C6C" w:rsidP="00B1354B">
      <w:pPr>
        <w:spacing w:before="100" w:beforeAutospacing="1" w:line="360" w:lineRule="auto"/>
        <w:ind w:firstLine="284"/>
        <w:jc w:val="both"/>
      </w:pPr>
      <w:r w:rsidRPr="00994820">
        <w:t>«Se era diventato possibile leggere le emozioni umane, non era forse possibile anche sovrascriverle?» Lo Shinigami frugò nella tasca ed estrasse un cristallo ambrato accuratamente tagliato. Mentre riprendeva a parlare, lo sollevò in modo che tutta la classe potesse vederlo chiaramente. Un rapido sguardo, e tutti lo riconobbero immediatamente.</w:t>
      </w:r>
    </w:p>
    <w:p w14:paraId="0B8EB29A" w14:textId="77777777" w:rsidR="007C3C6C" w:rsidRPr="00994820" w:rsidRDefault="007C3C6C" w:rsidP="00B1354B">
      <w:pPr>
        <w:spacing w:before="100" w:beforeAutospacing="1" w:line="360" w:lineRule="auto"/>
        <w:ind w:firstLine="284"/>
        <w:jc w:val="both"/>
      </w:pPr>
      <w:r w:rsidRPr="00994820">
        <w:t>«E così nacque, come prima risposta a questa domanda, la Gratia: una sostanza che gli antichi avrebbero definito una ‘droga’, termine dal significato totalmente negativo e dunque inadatto. La Gratia non altera lo stato di coscienza delle persone, ma modula semplicemente la chimica di una specifica regione cerebrale: il sistema limbico, appunto. Nulla di più, nulla di meno.» Finita questa breve digressione sulla Gratia, con un movimento calmo infilò il cristallo sotto la maschera e lo ingoiò.</w:t>
      </w:r>
    </w:p>
    <w:p w14:paraId="7C6670BE" w14:textId="77777777" w:rsidR="007C3C6C" w:rsidRPr="00994820" w:rsidRDefault="007C3C6C" w:rsidP="00B1354B">
      <w:pPr>
        <w:spacing w:before="100" w:beforeAutospacing="1" w:line="360" w:lineRule="auto"/>
        <w:ind w:firstLine="284"/>
        <w:jc w:val="both"/>
      </w:pPr>
      <w:r w:rsidRPr="00994820">
        <w:t>«Poi ci fu l’ultimo passo: anche sapendo quale ruolo nella società avrebbe reso davvero felice qualcuno, non sempre quel ruolo era disponibile per tutti.» Lo Shinigami raggiunse per l’ultima volta la sua poltrona e si lasciò cadere su di essa mentre la Gratia iniziava a fare effetto.</w:t>
      </w:r>
    </w:p>
    <w:p w14:paraId="01002F13" w14:textId="77777777" w:rsidR="007C3C6C" w:rsidRPr="00994820" w:rsidRDefault="007C3C6C" w:rsidP="00B1354B">
      <w:pPr>
        <w:spacing w:before="100" w:beforeAutospacing="1" w:line="360" w:lineRule="auto"/>
        <w:ind w:firstLine="284"/>
        <w:jc w:val="both"/>
      </w:pPr>
      <w:r w:rsidRPr="00994820">
        <w:t>I suoi muscoli cominciarono a rilassarsi; sotto la maschera, sul suo volto segnato da vecchie cicatrici, si disegnò un ampio sorriso. La sua mente si alleggeriva, senza però perdere minimamente il proprio focus. Il sangue nel suo corpo veniva pompato con maggiore energia, e i suoi occhi, attraverso la maschera, tornarono a fissarsi sul viso candido di Juno.</w:t>
      </w:r>
    </w:p>
    <w:p w14:paraId="7F1A9DBA" w14:textId="77777777" w:rsidR="007C3C6C" w:rsidRPr="00994820" w:rsidRDefault="007C3C6C" w:rsidP="00B1354B">
      <w:pPr>
        <w:spacing w:before="100" w:beforeAutospacing="1" w:line="360" w:lineRule="auto"/>
        <w:ind w:firstLine="284"/>
        <w:jc w:val="both"/>
      </w:pPr>
      <w:r w:rsidRPr="00994820">
        <w:t>«Il tasso di omicidi salì vertiginosamente. Nacque il concetto di ‘Euforicidio’—o ‘Edonicidio’—omicidi compiuti con l’unico scopo di rubare la felicità altrui, una felicità che si percepiva come propria e rubata da qualcun altro.» Il suo tono si fece più caldo e avvolgente, ogni parola scandita con attenzione sempre maggiore.</w:t>
      </w:r>
    </w:p>
    <w:p w14:paraId="3B21E0C2" w14:textId="77777777" w:rsidR="007C3C6C" w:rsidRPr="00994820" w:rsidRDefault="007C3C6C" w:rsidP="00B1354B">
      <w:pPr>
        <w:spacing w:before="100" w:beforeAutospacing="1" w:line="360" w:lineRule="auto"/>
        <w:ind w:firstLine="284"/>
        <w:jc w:val="both"/>
      </w:pPr>
      <w:r w:rsidRPr="00994820">
        <w:t>«Questi casi aumentarono drasticamente. Inizialmente la Gratia riuscì a tamponare in parte la situazione, ma ben presto la società arrivò quasi al collasso, a causa del numero crescente di persone che preferivano lasciarsi morire nell’abbraccio rasserenante della Gratia.»</w:t>
      </w:r>
    </w:p>
    <w:p w14:paraId="1DB83EFB" w14:textId="77777777" w:rsidR="007C3C6C" w:rsidRPr="00994820" w:rsidRDefault="007C3C6C" w:rsidP="00B1354B">
      <w:pPr>
        <w:spacing w:before="100" w:beforeAutospacing="1" w:line="360" w:lineRule="auto"/>
        <w:ind w:firstLine="284"/>
        <w:jc w:val="both"/>
      </w:pPr>
      <w:r w:rsidRPr="00994820">
        <w:lastRenderedPageBreak/>
        <w:t>Un’altra serie di immagini riempì i visori dei ragazzi: strade gremite di cadaveri, sorridenti o mutilati. Stavolta molti cadetti dovettero fare uso, ironicamente, di una dose di Gratia per riprendere il controllo delle proprie emozioni. Dopo tutto, lo stesso Shinigami ne aveva appena fatto uso; ai loro occhi, era un implicito via libera.</w:t>
      </w:r>
    </w:p>
    <w:p w14:paraId="4054E81E" w14:textId="77777777" w:rsidR="007C3C6C" w:rsidRPr="00994820" w:rsidRDefault="007C3C6C" w:rsidP="00B1354B">
      <w:pPr>
        <w:spacing w:before="100" w:beforeAutospacing="1" w:line="360" w:lineRule="auto"/>
        <w:ind w:firstLine="284"/>
        <w:jc w:val="both"/>
      </w:pPr>
      <w:r w:rsidRPr="00994820">
        <w:t>«A pochi passi dal collasso totale, ancora una volta fu la Sorridente a portare la salvezza. Implorata dal popolo stesso, propose l’unica soluzione possibile: assicurarsi che tutti avessero il ruolo più adatto a loro, e che soprattutto la società avesse sempre spazio per tutti.» Lo Shinigami dovette sforzarsi di scacciare i pensieri di euforia, sesso e morte che stavano invadendo la sua mente, mentre i suoi occhi, nascosti sotto il visore, rimanevano fissi su Juno.</w:t>
      </w:r>
    </w:p>
    <w:p w14:paraId="1459A4F0" w14:textId="77777777" w:rsidR="007C3C6C" w:rsidRPr="00994820" w:rsidRDefault="007C3C6C" w:rsidP="00B1354B">
      <w:pPr>
        <w:spacing w:before="100" w:beforeAutospacing="1" w:line="360" w:lineRule="auto"/>
        <w:ind w:firstLine="284"/>
        <w:jc w:val="both"/>
      </w:pPr>
      <w:r w:rsidRPr="00994820">
        <w:t>«Così nacque il Dipartimento dell’Alba, e da quel momento in poi, all’interno di Ecliptica, le persone iniziarono a nascere esclusivamente secondo le necessità della società. Voi tutti siete qui oggi perché il governo aveva bisogno di una certa quota di nuove reclute ogni anno, calcolata sulla base del tasso di anzianità e mortalità in servizio. Una quota delle nuove nascite, regolata dal Dipartimento dell’Alba, veniva quindi selezionata.»</w:t>
      </w:r>
    </w:p>
    <w:p w14:paraId="4E193D17" w14:textId="77777777" w:rsidR="007C3C6C" w:rsidRPr="00994820" w:rsidRDefault="007C3C6C" w:rsidP="00B1354B">
      <w:pPr>
        <w:spacing w:before="100" w:beforeAutospacing="1" w:line="360" w:lineRule="auto"/>
        <w:ind w:firstLine="284"/>
        <w:jc w:val="both"/>
      </w:pPr>
      <w:r w:rsidRPr="00994820">
        <w:t>Lo Shinigami assunse una posizione più solenne sulla poltrona e sollevò lentamente il dito, indicando ciascuno dei cadetti. «I vostri geni sono stati accuratamente selezionati per rendervi i più adatti a sforzi fisici intensi e decisioni complesse. Fin da piccoli siete stati condizionati, sia attraverso modifiche chimiche che tramite accurati condizionamenti mentali, ad amare sinceramente il vostro futuro lavoro.» Si fermò un istante per osservare le reazioni dei cadetti, che però non sembrarono affatto turbati; del resto, era una realtà ben nota, e fin dall’infanzia sapevano esattamente perché erano nati, trovando la cosa liberatoria e rassicurante.</w:t>
      </w:r>
    </w:p>
    <w:p w14:paraId="39497425" w14:textId="77777777" w:rsidR="007C3C6C" w:rsidRPr="00994820" w:rsidRDefault="007C3C6C" w:rsidP="00B1354B">
      <w:pPr>
        <w:spacing w:before="100" w:beforeAutospacing="1" w:line="360" w:lineRule="auto"/>
        <w:ind w:firstLine="284"/>
        <w:jc w:val="both"/>
      </w:pPr>
      <w:r w:rsidRPr="00994820">
        <w:t>«I nostri barbari antenati avrebbero perso tempo a discutere sull’etica di una tale scelta, sul privare l’uomo della libertà di scelta; ci avrebbero definiti macchine. Ancora una volta, ecco la mistificazione dell’etica che nasconde la semplice oggettività dello scopo pratico di queste decisioni: nonostante tutta l’ipocrisia, voi siete felici, lo siete fin dalla nascita e lo sarete fino alla morte. Una felicità reale, calcolabile e modellabile. Un vero paradiso.»</w:t>
      </w:r>
    </w:p>
    <w:p w14:paraId="51F992A5" w14:textId="77777777" w:rsidR="007C3C6C" w:rsidRPr="00994820" w:rsidRDefault="007C3C6C" w:rsidP="00B1354B">
      <w:pPr>
        <w:spacing w:before="100" w:beforeAutospacing="1" w:line="360" w:lineRule="auto"/>
        <w:ind w:firstLine="284"/>
        <w:jc w:val="both"/>
      </w:pPr>
      <w:r w:rsidRPr="00994820">
        <w:t>Afferrò nuovamente la falce d’acciaio che aveva riportato vicino al bracciolo sinistro della poltrona. «E il compito del Dipartimento del Tramonto—il nostro compito—è assicurarci che nessuna scheggia impazzita possa alterare la felicità della nostra società, intervenendo appena le emozioni delle persone si incupiscono,» dichiarò solennemente prima di concludere.</w:t>
      </w:r>
    </w:p>
    <w:p w14:paraId="6E7BB0A9" w14:textId="77777777" w:rsidR="007C3C6C" w:rsidRPr="00994820" w:rsidRDefault="007C3C6C" w:rsidP="00B1354B">
      <w:pPr>
        <w:spacing w:before="100" w:beforeAutospacing="1" w:line="360" w:lineRule="auto"/>
        <w:ind w:firstLine="284"/>
        <w:jc w:val="both"/>
      </w:pPr>
      <w:r w:rsidRPr="00994820">
        <w:t>«Perché a questo punto restava soltanto una cosa da sconfiggere: i crimini. Se conosciamo le emozioni delle persone, possiamo prevederne le intenzioni, persino prima che tali intenzioni siano consapevoli per i diretti interessati.» Sullo schermo olografico dello Shinigami comparve nuovamente un ampio sorriso.</w:t>
      </w:r>
    </w:p>
    <w:p w14:paraId="1A3532BE" w14:textId="77777777" w:rsidR="007C3C6C" w:rsidRPr="00994820" w:rsidRDefault="007C3C6C" w:rsidP="00B1354B">
      <w:pPr>
        <w:spacing w:before="100" w:beforeAutospacing="1" w:line="360" w:lineRule="auto"/>
        <w:ind w:firstLine="284"/>
        <w:jc w:val="both"/>
      </w:pPr>
      <w:r w:rsidRPr="00994820">
        <w:lastRenderedPageBreak/>
        <w:t>«Il nostro compito, dunque, è.…»</w:t>
      </w:r>
    </w:p>
    <w:p w14:paraId="05E85382" w14:textId="77777777" w:rsidR="007C3C6C" w:rsidRPr="00994820" w:rsidRDefault="007C3C6C" w:rsidP="00B1354B">
      <w:pPr>
        <w:spacing w:before="100" w:beforeAutospacing="1" w:line="360" w:lineRule="auto"/>
        <w:ind w:firstLine="284"/>
        <w:jc w:val="both"/>
      </w:pPr>
      <w:r w:rsidRPr="00994820">
        <w:t>Ma il discorso venne improvvisamente interrotto da un allarme sordo trasmesso simultaneamente a tutti i visori dei cadetti e dell’istruttore. I colori predominanti nella stanza passarono rapidamente da un blu rassicurante a un arancione intenso. Era il segnale di intervento. Un allarme di basso livello, in realtà—un’occasione perfetta, pensò tra sé lo Shinigami.</w:t>
      </w:r>
    </w:p>
    <w:p w14:paraId="3CD84358" w14:textId="77777777" w:rsidR="007C3C6C" w:rsidRPr="00994820" w:rsidRDefault="007C3C6C" w:rsidP="00B1354B">
      <w:pPr>
        <w:spacing w:before="100" w:beforeAutospacing="1" w:line="360" w:lineRule="auto"/>
        <w:ind w:firstLine="284"/>
        <w:jc w:val="both"/>
      </w:pPr>
      <w:r w:rsidRPr="00994820">
        <w:t>«Bene, continueremo questo discorso sul campo. È molto meglio mostrarvi direttamente come agisce il sistema e come noi lo difendiamo.» Lo Shinigami si alzò di scatto.</w:t>
      </w:r>
    </w:p>
    <w:p w14:paraId="745FF6A9" w14:textId="4A1BCC73" w:rsidR="00B73C3C" w:rsidRDefault="007C3C6C" w:rsidP="00B73C3C">
      <w:pPr>
        <w:spacing w:before="100" w:beforeAutospacing="1" w:line="360" w:lineRule="auto"/>
        <w:ind w:firstLine="284"/>
        <w:jc w:val="both"/>
      </w:pPr>
      <w:r w:rsidRPr="00994820">
        <w:t>«In piedi! Si va all’anello commerciale, settore della Gratia!» Tutti i ragazzi si alzarono all’unisono, carichi di euforia e gioia.</w:t>
      </w:r>
    </w:p>
    <w:p w14:paraId="277F43E7" w14:textId="77777777" w:rsidR="00B73C3C" w:rsidRDefault="00B73C3C">
      <w:pPr>
        <w:spacing w:after="160" w:line="259" w:lineRule="auto"/>
      </w:pPr>
      <w:r>
        <w:br w:type="page"/>
      </w:r>
    </w:p>
    <w:p w14:paraId="66CBCC8D" w14:textId="77777777" w:rsidR="003361B3" w:rsidRDefault="007C3C6C" w:rsidP="00A73788">
      <w:pPr>
        <w:pStyle w:val="Titolo1"/>
        <w:jc w:val="center"/>
      </w:pPr>
      <w:r w:rsidRPr="003361B3">
        <w:lastRenderedPageBreak/>
        <w:t>Capitolo III - Fuga nel Buio</w:t>
      </w:r>
    </w:p>
    <w:p w14:paraId="4CE17C57" w14:textId="33BF1EC6" w:rsidR="007C3C6C" w:rsidRPr="003361B3" w:rsidRDefault="003361B3" w:rsidP="00B1354B">
      <w:pPr>
        <w:spacing w:before="100" w:beforeAutospacing="1" w:line="360" w:lineRule="auto"/>
        <w:ind w:firstLine="284"/>
        <w:jc w:val="both"/>
        <w:rPr>
          <w:sz w:val="32"/>
          <w:szCs w:val="32"/>
        </w:rPr>
      </w:pPr>
      <w:r>
        <w:rPr>
          <w:sz w:val="32"/>
          <w:szCs w:val="32"/>
        </w:rPr>
        <w:br/>
      </w:r>
      <w:r>
        <w:rPr>
          <w:sz w:val="32"/>
          <w:szCs w:val="32"/>
        </w:rPr>
        <w:br/>
      </w:r>
      <w:r>
        <w:br/>
      </w:r>
      <w:r w:rsidR="007C3C6C" w:rsidRPr="00994820">
        <w:t>La strada si era svuotata rapidamente. Quasi tutti i locali avevano chiuso i battenti, sigillando all’interno proprietari e clienti terrorizzati, preoccupati dall’idea che il loro Emotion Level potesse aumentare. L’aria era densa, soffocante. La maggior parte dei Synborn era fuggita durante la lotta, e solo pochi, ipnotizzati dalla visione macabra e adrenalinica di una vita quasi strappata via, restavano immobili come oscure decorazioni di una strada fantasma.</w:t>
      </w:r>
    </w:p>
    <w:p w14:paraId="016C02DB" w14:textId="77777777" w:rsidR="007C3C6C" w:rsidRPr="00994820" w:rsidRDefault="007C3C6C" w:rsidP="00B1354B">
      <w:pPr>
        <w:spacing w:before="100" w:beforeAutospacing="1" w:line="360" w:lineRule="auto"/>
        <w:ind w:firstLine="284"/>
        <w:jc w:val="both"/>
      </w:pPr>
      <w:r w:rsidRPr="00994820">
        <w:t>Ai margini del quartiere, accasciati contro i muri dei palazzi, i Synborn più fragili cercavano rifugio nelle dosi di Gratia che dolcemente scivolavano nelle loro gole o penetravano nelle arterie. I loro occhi spenti riflettevano echi di panico su schermi lucidi, ormai oscurati dagli eventi appena conclusi.</w:t>
      </w:r>
    </w:p>
    <w:p w14:paraId="27B63898" w14:textId="77777777" w:rsidR="007C3C6C" w:rsidRPr="00994820" w:rsidRDefault="007C3C6C" w:rsidP="00B1354B">
      <w:pPr>
        <w:spacing w:before="100" w:beforeAutospacing="1" w:line="360" w:lineRule="auto"/>
        <w:ind w:firstLine="284"/>
        <w:jc w:val="both"/>
      </w:pPr>
      <w:r w:rsidRPr="00994820">
        <w:t>L’urlo lontano del Synborn impazzito lacerò di nuovo il silenzio che aveva avvolto la strada. Una ragazza era accasciata sulle ginocchia, spezzata, i capelli color cielo sparsi sul terreno con le punte immerse in una pozza di liquido rossastro: una miscela di sangue e fluidi sintetici che continuavano a fuoriuscire dal suo corpo ferito.</w:t>
      </w:r>
    </w:p>
    <w:p w14:paraId="14A5D911" w14:textId="77777777" w:rsidR="007C3C6C" w:rsidRPr="00994820" w:rsidRDefault="007C3C6C" w:rsidP="00B1354B">
      <w:pPr>
        <w:spacing w:before="100" w:beforeAutospacing="1" w:line="360" w:lineRule="auto"/>
        <w:ind w:firstLine="284"/>
        <w:jc w:val="both"/>
      </w:pPr>
      <w:r w:rsidRPr="00994820">
        <w:t>Fanny ansimava, il respiro pesante, i pugni serrati, e la guardia ancora alta. Il suo sguardo passava rapidamente dal volto terrorizzato della ragazza al Synborn che si dimenava, cercando disperatamente di liberarsi. Il suo respiro si faceva più lento, il cuore tempestato di ferro iniziava a rallentare. L’effetto del Boost Tek attivato durante la battaglia stava svanendo lentamente, ma il ricordo vivido del suo pugno color rubino, scagliato contro quel volto folle e fuori controllo, restava impresso chiaramente nella sua mente. Non cercava di scacciarlo; lasciava che quel ricordo restasse vivido e lucido.</w:t>
      </w:r>
    </w:p>
    <w:p w14:paraId="398528D8" w14:textId="77777777" w:rsidR="007C3C6C" w:rsidRPr="00994820" w:rsidRDefault="007C3C6C" w:rsidP="00B1354B">
      <w:pPr>
        <w:spacing w:before="100" w:beforeAutospacing="1" w:line="360" w:lineRule="auto"/>
        <w:ind w:firstLine="284"/>
        <w:jc w:val="both"/>
      </w:pPr>
      <w:r w:rsidRPr="00994820">
        <w:t>Le grida del mostro si mescolarono al rumore sordo e pesante di calcinacci che crollavano al suolo. Quel frastuono fu sufficiente a spezzare l’incantesimo surreale che sembrava aver paralizzato la strada. Il Synborn si stava liberando, e insieme a lui si risvegliavano anche le menti confuse degli osservatori immobili.</w:t>
      </w:r>
    </w:p>
    <w:p w14:paraId="447CC97D" w14:textId="77777777" w:rsidR="007C3C6C" w:rsidRPr="00994820" w:rsidRDefault="007C3C6C" w:rsidP="00B1354B">
      <w:pPr>
        <w:spacing w:before="100" w:beforeAutospacing="1" w:line="360" w:lineRule="auto"/>
        <w:ind w:firstLine="284"/>
        <w:jc w:val="both"/>
      </w:pPr>
      <w:r w:rsidRPr="00994820">
        <w:t>Fanny strinse i pugni tanto da sentire dolore, digrignando i denti.</w:t>
      </w:r>
    </w:p>
    <w:p w14:paraId="024A887F" w14:textId="77777777" w:rsidR="007C3C6C" w:rsidRPr="00994820" w:rsidRDefault="007C3C6C" w:rsidP="00B1354B">
      <w:pPr>
        <w:spacing w:before="100" w:beforeAutospacing="1" w:line="360" w:lineRule="auto"/>
        <w:ind w:firstLine="284"/>
        <w:jc w:val="both"/>
      </w:pPr>
      <w:r w:rsidRPr="00994820">
        <w:t>«Merda, merda, merda...» pensò freneticamente. «Che cazzo faccio adesso? Sposto la ragazza o affronto quel tipo? Ma poi, chi diavolo è? E che faccio con questi idioti che non scappano?»</w:t>
      </w:r>
    </w:p>
    <w:p w14:paraId="00631994" w14:textId="77777777" w:rsidR="007C3C6C" w:rsidRPr="00994820" w:rsidRDefault="007C3C6C" w:rsidP="00B1354B">
      <w:pPr>
        <w:spacing w:before="100" w:beforeAutospacing="1" w:line="360" w:lineRule="auto"/>
        <w:ind w:firstLine="284"/>
        <w:jc w:val="both"/>
      </w:pPr>
      <w:r w:rsidRPr="00994820">
        <w:lastRenderedPageBreak/>
        <w:t>I suoi pensieri si affollarono rapidamente nella mente, mentre gli occhi scattavano nervosamente da un lato all’altro della strada. Poi si decise.</w:t>
      </w:r>
    </w:p>
    <w:p w14:paraId="74D8E109" w14:textId="77777777" w:rsidR="007C3C6C" w:rsidRPr="00994820" w:rsidRDefault="007C3C6C" w:rsidP="00B1354B">
      <w:pPr>
        <w:spacing w:before="100" w:beforeAutospacing="1" w:line="360" w:lineRule="auto"/>
        <w:ind w:firstLine="284"/>
        <w:jc w:val="both"/>
      </w:pPr>
      <w:r w:rsidRPr="00994820">
        <w:t>«DOVETE ANDARVENE O CREPERETE!» urlò infine a pieni polmoni.</w:t>
      </w:r>
    </w:p>
    <w:p w14:paraId="3F3E15CB" w14:textId="77777777" w:rsidR="007C3C6C" w:rsidRPr="00994820" w:rsidRDefault="007C3C6C" w:rsidP="00B1354B">
      <w:pPr>
        <w:spacing w:before="100" w:beforeAutospacing="1" w:line="360" w:lineRule="auto"/>
        <w:ind w:firstLine="284"/>
        <w:jc w:val="both"/>
      </w:pPr>
      <w:r w:rsidRPr="00994820">
        <w:t>Il suono della sua voce risvegliò finalmente le menti, non più abituate a situazioni di vero pericolo. Finalmente l’istinto umano riemerse da quegli ammassi di carne e metallo.</w:t>
      </w:r>
    </w:p>
    <w:p w14:paraId="4BD6DC3F" w14:textId="77777777" w:rsidR="007C3C6C" w:rsidRPr="00994820" w:rsidRDefault="007C3C6C" w:rsidP="00B1354B">
      <w:pPr>
        <w:spacing w:before="100" w:beforeAutospacing="1" w:line="360" w:lineRule="auto"/>
        <w:ind w:firstLine="284"/>
        <w:jc w:val="both"/>
      </w:pPr>
      <w:r w:rsidRPr="00994820">
        <w:t>Mentre l’energumeno si staccava dalla parete dove Fanny lo aveva incastrato poco prima, i pochi Synborn rimasti cominciarono a fuggire in ogni direzione, caoticamente, urtandosi fra loro come formiche in fuga da una fiamma. Fanny si pose rapidamente fra la minaccia e la ragazza, che era ancora a terra con lo sguardo vuoto rivolto al cielo di vetro e metallo.</w:t>
      </w:r>
    </w:p>
    <w:p w14:paraId="0CCC2C04" w14:textId="77777777" w:rsidR="007C3C6C" w:rsidRPr="00994820" w:rsidRDefault="007C3C6C" w:rsidP="00B1354B">
      <w:pPr>
        <w:spacing w:before="100" w:beforeAutospacing="1" w:line="360" w:lineRule="auto"/>
        <w:ind w:firstLine="284"/>
        <w:jc w:val="both"/>
      </w:pPr>
      <w:r w:rsidRPr="00994820">
        <w:t>«Vedi di muoverti!» le disse bruscamente, decisa e rude.</w:t>
      </w:r>
    </w:p>
    <w:p w14:paraId="0FC141BD" w14:textId="77777777" w:rsidR="007C3C6C" w:rsidRPr="00994820" w:rsidRDefault="007C3C6C" w:rsidP="00B1354B">
      <w:pPr>
        <w:spacing w:before="100" w:beforeAutospacing="1" w:line="360" w:lineRule="auto"/>
        <w:ind w:firstLine="284"/>
        <w:jc w:val="both"/>
      </w:pPr>
      <w:r w:rsidRPr="00994820">
        <w:t>La voce di Fanny, così vicina, ebbe l’effetto di una scossa su quel corpo inerme. La ragazza riuscì a rialzarsi e scappare proprio nel momento in cui il Synborn scattava verso Fanny.</w:t>
      </w:r>
    </w:p>
    <w:p w14:paraId="0403B08D" w14:textId="77777777" w:rsidR="007C3C6C" w:rsidRPr="00994820" w:rsidRDefault="007C3C6C" w:rsidP="00B1354B">
      <w:pPr>
        <w:spacing w:before="100" w:beforeAutospacing="1" w:line="360" w:lineRule="auto"/>
        <w:ind w:firstLine="284"/>
        <w:jc w:val="both"/>
      </w:pPr>
      <w:r w:rsidRPr="00994820">
        <w:t>La città intorno a loro sfarfallava, lampeggiava, come se persino quei freddi edifici vibrassero di terrore. Il Synborn era ormai a pochi passi da Fanny, che si preparò all’impatto, ferma e solida come un muro d’acciaio.</w:t>
      </w:r>
    </w:p>
    <w:p w14:paraId="1C98D03D" w14:textId="77777777" w:rsidR="007C3C6C" w:rsidRPr="00994820" w:rsidRDefault="007C3C6C" w:rsidP="00B1354B">
      <w:pPr>
        <w:spacing w:before="100" w:beforeAutospacing="1" w:line="360" w:lineRule="auto"/>
        <w:ind w:firstLine="284"/>
        <w:jc w:val="both"/>
      </w:pPr>
      <w:r w:rsidRPr="00994820">
        <w:t>La corsa furiosa e sgraziata dell’essere fu però interrotta improvvisamente da un ammasso di metallo che precipitò da un tetto. Un Elvenar aveva afferrato il Synborn, inchiodandolo fermamente al suolo.</w:t>
      </w:r>
    </w:p>
    <w:p w14:paraId="2D7984C9" w14:textId="77777777" w:rsidR="007C3C6C" w:rsidRPr="00994820" w:rsidRDefault="007C3C6C" w:rsidP="00B1354B">
      <w:pPr>
        <w:spacing w:before="100" w:beforeAutospacing="1" w:line="360" w:lineRule="auto"/>
        <w:ind w:firstLine="284"/>
        <w:jc w:val="both"/>
      </w:pPr>
      <w:r w:rsidRPr="00994820">
        <w:t>Con una voce fredda, metallica e del tutto priva d’emozione, disse: «È pregato di calmarsi. Dipartimento del Tramonto in arrivo. La notte calerà.»</w:t>
      </w:r>
    </w:p>
    <w:p w14:paraId="29E7D795" w14:textId="77777777" w:rsidR="007C3C6C" w:rsidRPr="00994820" w:rsidRDefault="007C3C6C" w:rsidP="00B1354B">
      <w:pPr>
        <w:spacing w:before="100" w:beforeAutospacing="1" w:line="360" w:lineRule="auto"/>
        <w:ind w:firstLine="284"/>
        <w:jc w:val="both"/>
      </w:pPr>
      <w:r w:rsidRPr="00994820">
        <w:t>In un istante, decine di Emotion Sphere invasero l’etere con rapidità meccanica, scansionando la distruzione intorno e traducendo il caos in freddi dati. Fanny conosceva bene gli Elvenar, gelidi guardiani di Ecliptica. Aveva già provato sulla propria pelle la loro efficienza, e il loro arrivo era sempre preludio di guai. Grossi guai.</w:t>
      </w:r>
    </w:p>
    <w:p w14:paraId="3E462A53" w14:textId="77777777" w:rsidR="007C3C6C" w:rsidRPr="00994820" w:rsidRDefault="007C3C6C" w:rsidP="00B1354B">
      <w:pPr>
        <w:spacing w:before="100" w:beforeAutospacing="1" w:line="360" w:lineRule="auto"/>
        <w:ind w:firstLine="284"/>
        <w:jc w:val="both"/>
      </w:pPr>
      <w:r w:rsidRPr="00994820">
        <w:t>Un brivido le percorse la pelle, attraversando il suo impianto spinale. Gli occhi elettronici della città, sempre più numerosi tra il fumo che aleggiava nella strada, proseguivano la scansione, e presto avrebbero individuato la ragazza senza Emotion Reader come un’anomalia.</w:t>
      </w:r>
    </w:p>
    <w:p w14:paraId="24D278A9" w14:textId="77777777" w:rsidR="007C3C6C" w:rsidRPr="00994820" w:rsidRDefault="007C3C6C" w:rsidP="00B1354B">
      <w:pPr>
        <w:spacing w:before="100" w:beforeAutospacing="1" w:line="360" w:lineRule="auto"/>
        <w:ind w:firstLine="284"/>
        <w:jc w:val="both"/>
      </w:pPr>
      <w:r w:rsidRPr="00994820">
        <w:t xml:space="preserve">La giovane che aveva salvato zoppicava lentamente via, inosservata, pallida e tremante. Gli occhi dorati di Fanny saettavano rapidamente fra le sfere fluttuanti. In pochi istanti scivolò via in un vicolo secondario, </w:t>
      </w:r>
      <w:r w:rsidRPr="00994820">
        <w:lastRenderedPageBreak/>
        <w:t>premendosi contro il cemento per nascondersi al meglio al sistema, tremando. Il suo respiro accelerato avrebbe potuto tradirla. Doveva fermarsi. Doveva calmarsi.</w:t>
      </w:r>
    </w:p>
    <w:p w14:paraId="396BC250" w14:textId="77777777" w:rsidR="007C3C6C" w:rsidRPr="00994820" w:rsidRDefault="007C3C6C" w:rsidP="00B1354B">
      <w:pPr>
        <w:spacing w:before="100" w:beforeAutospacing="1" w:line="360" w:lineRule="auto"/>
        <w:ind w:firstLine="284"/>
        <w:jc w:val="both"/>
      </w:pPr>
      <w:r w:rsidRPr="00994820">
        <w:t>Nascosta nell’ombra, un suono ritmico e metallico attirò improvvisamente la sua attenzione. Con la cautela di un predatore che cerca la preda, sbirciò fuori dal vicolo, osservando il viale ormai invaso da Emotion Sphere che sciamavano come insetti nel cielo.</w:t>
      </w:r>
    </w:p>
    <w:p w14:paraId="760A4582" w14:textId="77777777" w:rsidR="007C3C6C" w:rsidRPr="00994820" w:rsidRDefault="007C3C6C" w:rsidP="00B1354B">
      <w:pPr>
        <w:spacing w:before="100" w:beforeAutospacing="1" w:line="360" w:lineRule="auto"/>
        <w:ind w:firstLine="284"/>
        <w:jc w:val="both"/>
      </w:pPr>
      <w:r w:rsidRPr="00994820">
        <w:t>Oltre la polvere sollevata dai calcinacci, finalmente li vide.</w:t>
      </w:r>
    </w:p>
    <w:p w14:paraId="03199340" w14:textId="77777777" w:rsidR="007C3C6C" w:rsidRPr="00994820" w:rsidRDefault="007C3C6C" w:rsidP="00B1354B">
      <w:pPr>
        <w:spacing w:before="100" w:beforeAutospacing="1" w:line="360" w:lineRule="auto"/>
        <w:ind w:firstLine="284"/>
        <w:jc w:val="both"/>
      </w:pPr>
      <w:r w:rsidRPr="00994820">
        <w:t>Gli stivali battevano contro il suolo con un’uniformità dissonante, un esercito perfettamente sincronizzato dal sistema. Le loro divise azzurre, ornate da decorazioni d’argento, scintillavano nella luce ormai debole del viale. Sugli stemmi dorati, una bilancia sovrapposta a un tramonto stilizzato risaltava chiaramente dai colletti e dalle fibbie. La nube di polvere, sollevata dai passi rapidi e decisi, veniva perforata dai raggi rosati dei visori e dei puntatori dei loro fucili. Al loro passaggio ogni Synborn veniva immobilizzato, valutato, e poi opportunamente allontanato.</w:t>
      </w:r>
    </w:p>
    <w:p w14:paraId="0732BE05" w14:textId="77777777" w:rsidR="007C3C6C" w:rsidRPr="00994820" w:rsidRDefault="007C3C6C" w:rsidP="00B1354B">
      <w:pPr>
        <w:spacing w:before="100" w:beforeAutospacing="1" w:line="360" w:lineRule="auto"/>
        <w:ind w:firstLine="284"/>
        <w:jc w:val="both"/>
      </w:pPr>
      <w:r w:rsidRPr="00994820">
        <w:t>I cittadini, intontiti dalla Gratia, iniziarono a disperdersi, travolti da un terrore ancora più grande. Il loro Emotion Value era sufficientemente basso? Non desideravano scoprirlo. Fanny percepì chiaramente quel terrore, condiviso e crescente. Quasi un sollievo. Ma perché? Perché temevano la riabilitazione?</w:t>
      </w:r>
    </w:p>
    <w:p w14:paraId="40B06909" w14:textId="77777777" w:rsidR="007C3C6C" w:rsidRPr="00994820" w:rsidRDefault="007C3C6C" w:rsidP="00B1354B">
      <w:pPr>
        <w:spacing w:before="100" w:beforeAutospacing="1" w:line="360" w:lineRule="auto"/>
        <w:ind w:firstLine="284"/>
        <w:jc w:val="both"/>
      </w:pPr>
      <w:r w:rsidRPr="00994820">
        <w:t>Dietro i primi militari avanzavano i cadetti, procedendo a ondate ordinate e precise. Efficienti come un battito cardiaco. Doveva andarsene immediatamente da lì. Rapida e silenziosa, sgusciò via dal vicolo che l’aveva tenuta nascosta, muovendosi nella direzione opposta a quella dell’esercito che si riversava nel viale. Strinse con forza la moneta che conservava nella tasca. Suo padre era riuscito a sfuggire a questo tipo di controllo? Il cuore di Fanny, solido e pesante come i suoi pugni serrati, iniziò a rallentare il battito.</w:t>
      </w:r>
    </w:p>
    <w:p w14:paraId="4ABA56FA" w14:textId="77777777" w:rsidR="007C3C6C" w:rsidRPr="00994820" w:rsidRDefault="007C3C6C" w:rsidP="00B1354B">
      <w:pPr>
        <w:spacing w:before="100" w:beforeAutospacing="1" w:line="360" w:lineRule="auto"/>
        <w:ind w:firstLine="284"/>
        <w:jc w:val="both"/>
      </w:pPr>
      <w:r w:rsidRPr="00994820">
        <w:t>Lo sciame di Emotion Sphere convergeva, inondando ogni corridoio e sottopassaggio con un ronzio luminoso e costante, un flusso vigile che scorreva come sangue nelle vene sintetiche della città. L’avrebbero catturata. Li avrebbero catturati tutti. I cittadini fuggivano e si disperdevano; Fanny correva parallela a loro, con gli occhi spalancati, disperatamente in cerca di un rifugio nell’ombra.</w:t>
      </w:r>
    </w:p>
    <w:p w14:paraId="69A781C5" w14:textId="77777777" w:rsidR="007C3C6C" w:rsidRPr="00994820" w:rsidRDefault="007C3C6C" w:rsidP="00B1354B">
      <w:pPr>
        <w:spacing w:before="100" w:beforeAutospacing="1" w:line="360" w:lineRule="auto"/>
        <w:ind w:firstLine="284"/>
        <w:jc w:val="both"/>
      </w:pPr>
      <w:r w:rsidRPr="00994820">
        <w:t>Come cellule di un sistema immunitario metallico, le Sphere iniettavano i loro dati nel cuore pulsante della città, e la città rispondeva inviando i propri muscoli armati. I cadetti bloccavano e catturavano i Synborn individuati e segnalati dalle piccole sfere metalliche. Le sfere erano gli occhi del sistema: studiavano i loro bersagli con precisione chirurgica. I cadetti erano la prima linea di difesa, agivano con implacabile determinazione; si limitavano a eseguire ordini. Ciò che gli occhi elettronici individuavano, loro fermavano.</w:t>
      </w:r>
    </w:p>
    <w:p w14:paraId="5A2A514F" w14:textId="77777777" w:rsidR="007C3C6C" w:rsidRPr="00994820" w:rsidRDefault="007C3C6C" w:rsidP="00B1354B">
      <w:pPr>
        <w:spacing w:before="100" w:beforeAutospacing="1" w:line="360" w:lineRule="auto"/>
        <w:ind w:firstLine="284"/>
        <w:jc w:val="both"/>
      </w:pPr>
      <w:r w:rsidRPr="00994820">
        <w:lastRenderedPageBreak/>
        <w:t>Fanny continuava ad avanzare, allontanandosi sempre più dall’esercito che avanzava inesorabile. La massa dei cittadini, intontita dalla Gratia, si fermava alle intimidazioni dei cadetti. Il farmaco che scorreva nei loro corpi aveva iniziato a fare effetto, donando sicurezza e una calma quasi innaturale. Non temevano più il giudizio; ora lo cercavano, lo bramavano. Gli altri Synborn continuavano a correre, confusi e disorientati. Fanny era costretta a muoversi velocemente, ma con estrema destrezza: evitare quella massa impaurita, che si infilava nei vicoli o si scontrava contro le saracinesche dei locali ormai sigillati, era essenziale per sopravvivere.</w:t>
      </w:r>
    </w:p>
    <w:p w14:paraId="247E2F60" w14:textId="77777777" w:rsidR="007C3C6C" w:rsidRPr="00994820" w:rsidRDefault="007C3C6C" w:rsidP="00B1354B">
      <w:pPr>
        <w:spacing w:before="100" w:beforeAutospacing="1" w:line="360" w:lineRule="auto"/>
        <w:ind w:firstLine="284"/>
        <w:jc w:val="both"/>
      </w:pPr>
      <w:r w:rsidRPr="00994820">
        <w:t>Dentro di lei, le viscere si attorcigliarono. I ricordi la investivano con forza, come spettri indesiderati. Anche suo padre aveva corso così, attraverso strade sconosciute? Oppure era stato fermato all’ingresso della città, come spesso accadeva ai Fleshborn non potenziati? Aveva forse combattuto per sopravvivere? Era forse quello che avrebbe dovuto fare lei stessa? Lottare invece di fuggire?</w:t>
      </w:r>
    </w:p>
    <w:p w14:paraId="17EC2A07" w14:textId="77777777" w:rsidR="007C3C6C" w:rsidRPr="00994820" w:rsidRDefault="007C3C6C" w:rsidP="00B1354B">
      <w:pPr>
        <w:spacing w:before="100" w:beforeAutospacing="1" w:line="360" w:lineRule="auto"/>
        <w:ind w:firstLine="284"/>
        <w:jc w:val="both"/>
      </w:pPr>
      <w:r w:rsidRPr="00994820">
        <w:t>I meccanismi del suo braccio sinistro si attivarono istintivamente, tesi dalla tensione di quei ricordi, tanto vividi da farle percepire dolore nelle giunture. Suo padre, che l’aveva abbandonata per questo luogo, lasciandola sola ad affrontare il mondo. Perché?</w:t>
      </w:r>
    </w:p>
    <w:p w14:paraId="5A151234" w14:textId="77777777" w:rsidR="007C3C6C" w:rsidRPr="00994820" w:rsidRDefault="007C3C6C" w:rsidP="00B1354B">
      <w:pPr>
        <w:spacing w:before="100" w:beforeAutospacing="1" w:line="360" w:lineRule="auto"/>
        <w:ind w:firstLine="284"/>
        <w:jc w:val="both"/>
      </w:pPr>
      <w:r w:rsidRPr="00994820">
        <w:t>Alcune lacrime le solcarono il volto, disperse rapidamente dal vento che le attraversava i capelli nella corsa frenetica.</w:t>
      </w:r>
    </w:p>
    <w:p w14:paraId="75682F8D" w14:textId="77777777" w:rsidR="007C3C6C" w:rsidRPr="00994820" w:rsidRDefault="007C3C6C" w:rsidP="00B1354B">
      <w:pPr>
        <w:spacing w:before="100" w:beforeAutospacing="1" w:line="360" w:lineRule="auto"/>
        <w:ind w:firstLine="284"/>
        <w:jc w:val="both"/>
      </w:pPr>
      <w:r w:rsidRPr="00994820">
        <w:t>Si fermò per un istante, voltandosi appena, inalando l’aria satura di metallo e sudore e valutando cosa fare.</w:t>
      </w:r>
    </w:p>
    <w:p w14:paraId="38F52C2F" w14:textId="77777777" w:rsidR="007C3C6C" w:rsidRPr="00994820" w:rsidRDefault="007C3C6C" w:rsidP="00B1354B">
      <w:pPr>
        <w:spacing w:before="100" w:beforeAutospacing="1" w:line="360" w:lineRule="auto"/>
        <w:ind w:firstLine="284"/>
        <w:jc w:val="both"/>
      </w:pPr>
      <w:r w:rsidRPr="00994820">
        <w:t>Dietro di lei, le sfere diminuivano, raggruppandosi in set di tre. Una famiglia di Synborn, rannicchiata contro una saracinesca, era accerchiata dagli occhi elettronici che fluttuavano placidi sopra le loro teste. Blu, poi arancione, poi rosso: quei fasci di luce segnavano il loro rapido deterioramento emotivo. I loro occhi, unica porzione ancora umana in quei volti, tradivano emozioni proibite: paura, ansia, rabbia. Emozioni troppo instabili, troppo umane.</w:t>
      </w:r>
    </w:p>
    <w:p w14:paraId="30ACD992" w14:textId="77777777" w:rsidR="007C3C6C" w:rsidRPr="00994820" w:rsidRDefault="007C3C6C" w:rsidP="00B1354B">
      <w:pPr>
        <w:spacing w:before="100" w:beforeAutospacing="1" w:line="360" w:lineRule="auto"/>
        <w:ind w:firstLine="284"/>
        <w:jc w:val="both"/>
      </w:pPr>
      <w:r w:rsidRPr="00994820">
        <w:t>La famiglia capì immediatamente e si mise in movimento, fuggendo dai fasci rossi. Le sfere rimasero immobili; il loro compito non era fermare chi fuggiva, bensì analizzare e calibrare la risposta del sistema.</w:t>
      </w:r>
    </w:p>
    <w:p w14:paraId="72238F5A" w14:textId="77777777" w:rsidR="007C3C6C" w:rsidRPr="00994820" w:rsidRDefault="007C3C6C" w:rsidP="00B1354B">
      <w:pPr>
        <w:spacing w:before="100" w:beforeAutospacing="1" w:line="360" w:lineRule="auto"/>
        <w:ind w:firstLine="284"/>
        <w:jc w:val="both"/>
      </w:pPr>
      <w:r w:rsidRPr="00994820">
        <w:t>La famiglia superò rapidamente una squadra di cadetti, che li ignorò. Il compito della prima linea non era affrontare chi tentava di sfuggire al sistema; il loro dovere era solo catturare chi restava immobile, analizzando e sgombrando la zona dagli sguardi civili.</w:t>
      </w:r>
    </w:p>
    <w:p w14:paraId="593F5D50" w14:textId="77777777" w:rsidR="007C3C6C" w:rsidRPr="00994820" w:rsidRDefault="007C3C6C" w:rsidP="00B1354B">
      <w:pPr>
        <w:spacing w:before="100" w:beforeAutospacing="1" w:line="360" w:lineRule="auto"/>
        <w:ind w:firstLine="284"/>
        <w:jc w:val="both"/>
      </w:pPr>
      <w:r w:rsidRPr="00994820">
        <w:t>Le sfere continuarono ad assottigliarsi, scivolando tra le ombre dei grattacieli come nebbia sintetica, fragile e instabile. Il loro compito era quasi concluso. La notte diventò ancora più cupa man mano che i fasci luminosi diminuivano.</w:t>
      </w:r>
    </w:p>
    <w:p w14:paraId="6EEBBC5F" w14:textId="77777777" w:rsidR="007C3C6C" w:rsidRPr="00994820" w:rsidRDefault="007C3C6C" w:rsidP="00B1354B">
      <w:pPr>
        <w:spacing w:before="100" w:beforeAutospacing="1" w:line="360" w:lineRule="auto"/>
        <w:ind w:firstLine="284"/>
        <w:jc w:val="both"/>
      </w:pPr>
      <w:r w:rsidRPr="00994820">
        <w:lastRenderedPageBreak/>
        <w:t>Un nuovo rumore metallico crebbe nell’oscurità, e Fanny esitò. La curiosità la fermò per un istante, rivelandosi ancora una volta il suo più grande difetto. Poi li vide, nascosti tra le ombre dei vicoli che avvolgevano l’Anello commerciale: ossa di metallo, prive di anima.</w:t>
      </w:r>
    </w:p>
    <w:p w14:paraId="64A68172" w14:textId="77777777" w:rsidR="007C3C6C" w:rsidRPr="00994820" w:rsidRDefault="007C3C6C" w:rsidP="00B1354B">
      <w:pPr>
        <w:spacing w:before="100" w:beforeAutospacing="1" w:line="360" w:lineRule="auto"/>
        <w:ind w:firstLine="284"/>
        <w:jc w:val="both"/>
      </w:pPr>
      <w:r w:rsidRPr="00994820">
        <w:t>Sentì il loro sguardo posarsi su di lei.</w:t>
      </w:r>
    </w:p>
    <w:p w14:paraId="62C0D2D8" w14:textId="77777777" w:rsidR="007C3C6C" w:rsidRPr="00994820" w:rsidRDefault="007C3C6C" w:rsidP="00B1354B">
      <w:pPr>
        <w:spacing w:before="100" w:beforeAutospacing="1" w:line="360" w:lineRule="auto"/>
        <w:ind w:firstLine="284"/>
        <w:jc w:val="both"/>
      </w:pPr>
      <w:r w:rsidRPr="00994820">
        <w:t>Emergevano come generati dal ferro e dal cemento della città stessa, perfettamente simmetrici e terribilmente precisi. Un’orda inarrestabile. Eccoli: la seconda ondata d’assalto del sistema perfetto. Gli Elvenar. Un nome sussurrato con uguali dosi di timore e riverenza nei distretti periferici, una minaccia costante. Il terrore che incutevano nei Synborn non era dato solo dal loro aspetto o dalla loro autorità. Il loro vero scopo era essere un deterrente costante. Ciò che spaventava più di tutto non era essere catturati da loro, bensì la possibilità concreta di diventare come loro, perdendo totalmente la propria umanità.</w:t>
      </w:r>
    </w:p>
    <w:p w14:paraId="1A659FE8" w14:textId="77777777" w:rsidR="007C3C6C" w:rsidRPr="00994820" w:rsidRDefault="007C3C6C" w:rsidP="00B1354B">
      <w:pPr>
        <w:spacing w:before="100" w:beforeAutospacing="1" w:line="360" w:lineRule="auto"/>
        <w:ind w:firstLine="284"/>
        <w:jc w:val="both"/>
      </w:pPr>
      <w:r w:rsidRPr="00994820">
        <w:t>Rapidamente, i corpi meccanici si scagliarono sui fuggiaschi. Questo era il loro vero compito: intervenire quando qualcuno tentava di sfuggire al giudizio. Le creature metalliche avanzavano tra vicoli e strade laterali, a caccia di chi cercava salvezza. Più forte era il desiderio di fuga, maggiore sarebbe stata la forza utilizzata per reprimerlo.</w:t>
      </w:r>
    </w:p>
    <w:p w14:paraId="47B44F4A" w14:textId="77777777" w:rsidR="007C3C6C" w:rsidRPr="00994820" w:rsidRDefault="007C3C6C" w:rsidP="00B1354B">
      <w:pPr>
        <w:spacing w:before="100" w:beforeAutospacing="1" w:line="360" w:lineRule="auto"/>
        <w:ind w:firstLine="284"/>
        <w:jc w:val="both"/>
      </w:pPr>
      <w:r w:rsidRPr="00994820">
        <w:t>Fanny soffocò il respiro disperato che le saliva in gola. Le loro braccia erano tese con una potenza che solo un corpo interamente modificato poteva generare. Le pareti sembravano piegarsi verso di lei, complici del sistema che la braccava. Il respiro si faceva pesante; le luci si intensificavano, abbagliandola quasi fino a confonderla.</w:t>
      </w:r>
    </w:p>
    <w:p w14:paraId="6B5292B6" w14:textId="77777777" w:rsidR="007C3C6C" w:rsidRPr="00994820" w:rsidRDefault="007C3C6C" w:rsidP="00B1354B">
      <w:pPr>
        <w:spacing w:before="100" w:beforeAutospacing="1" w:line="360" w:lineRule="auto"/>
        <w:ind w:firstLine="284"/>
        <w:jc w:val="both"/>
      </w:pPr>
      <w:r w:rsidRPr="00994820">
        <w:t>Non dovevano trovarla.</w:t>
      </w:r>
    </w:p>
    <w:p w14:paraId="59D33F3C" w14:textId="77777777" w:rsidR="007C3C6C" w:rsidRPr="00994820" w:rsidRDefault="007C3C6C" w:rsidP="00B1354B">
      <w:pPr>
        <w:spacing w:before="100" w:beforeAutospacing="1" w:line="360" w:lineRule="auto"/>
        <w:ind w:firstLine="284"/>
        <w:jc w:val="both"/>
      </w:pPr>
      <w:r w:rsidRPr="00994820">
        <w:t>Lo smalto spento dei loro occhi modificati, vitrei come perle e altrettanto privi di vita, scrutava attentamente la strada. Le lamiere cromate brillavano appena, l’elettricità fremeva sotto la pelle sintetica, e le giunture vibravano di potenziale energia mentre avanzavano silenziosi verso i bersagli.</w:t>
      </w:r>
    </w:p>
    <w:p w14:paraId="182DC906" w14:textId="77777777" w:rsidR="007C3C6C" w:rsidRPr="00994820" w:rsidRDefault="007C3C6C" w:rsidP="00B1354B">
      <w:pPr>
        <w:spacing w:before="100" w:beforeAutospacing="1" w:line="360" w:lineRule="auto"/>
        <w:ind w:firstLine="284"/>
        <w:jc w:val="both"/>
      </w:pPr>
      <w:r w:rsidRPr="00994820">
        <w:t>Fanny arretrò ancora di qualche passo nell’oscurità. Anche il più piccolo rumore poteva tradirla. Si fece più piccola, trattenendo persino i propri pensieri. Poi, infine, l’istinto prese il sopravvento: correre era l’unica opzione.</w:t>
      </w:r>
    </w:p>
    <w:p w14:paraId="2F85B80F" w14:textId="77777777" w:rsidR="007C3C6C" w:rsidRPr="00994820" w:rsidRDefault="007C3C6C" w:rsidP="00B1354B">
      <w:pPr>
        <w:spacing w:before="100" w:beforeAutospacing="1" w:line="360" w:lineRule="auto"/>
        <w:ind w:firstLine="284"/>
        <w:jc w:val="both"/>
      </w:pPr>
      <w:r w:rsidRPr="00994820">
        <w:t>Gli Elvenar intensificarono immediatamente l’inseguimento, potenziati dagli innesti che li rendevano inesauribili. Era per questo che Ecliptica era stata costruita: una gigantesca mano onnipresente di controllo, e ora Fanny si sentiva intrappolata nel suo palmo, alla mercé di quel sistema.</w:t>
      </w:r>
    </w:p>
    <w:p w14:paraId="37F2D8DD" w14:textId="77777777" w:rsidR="007C3C6C" w:rsidRPr="00994820" w:rsidRDefault="007C3C6C" w:rsidP="00B1354B">
      <w:pPr>
        <w:spacing w:before="100" w:beforeAutospacing="1" w:line="360" w:lineRule="auto"/>
        <w:ind w:firstLine="284"/>
        <w:jc w:val="both"/>
      </w:pPr>
      <w:r w:rsidRPr="00994820">
        <w:lastRenderedPageBreak/>
        <w:t>Spinti dalla furia metodica degli Elvenar, anche i cadetti accelerarono, avanzando come spazzini di corpi e menti. Procedevano verso di lei con un ampio movimento a ventaglio, creando una rete vivente con i loro stessi corpi. Un’onda geometrica di disperazione, incredibilmente giovani e uniformi, ogni passo sincronizzato come il ticchettio di un metronomo, ogni battito cardiaco identico e costante.</w:t>
      </w:r>
    </w:p>
    <w:p w14:paraId="7A765FB6" w14:textId="77777777" w:rsidR="007C3C6C" w:rsidRPr="00994820" w:rsidRDefault="007C3C6C" w:rsidP="00B1354B">
      <w:pPr>
        <w:spacing w:before="100" w:beforeAutospacing="1" w:line="360" w:lineRule="auto"/>
        <w:ind w:firstLine="284"/>
        <w:jc w:val="both"/>
      </w:pPr>
      <w:r w:rsidRPr="00994820">
        <w:t>La popolazione intorpidita dalla Gratia iniziò a muoversi sotto il comando delle autorità, docile e priva di esitazioni. Il resto dei civili si dirigeva verso la sicurezza prestabilita, percorrendo rotte di fuga già impresse nelle loro menti. Alcuni si voltavano per guardare, ma la maggior parte no; nel tentativo disperato di scacciare il panico, preferivano allontanarsi rapidamente. Con il controllo che lentamente tornava nelle mani della città, sui loro volti riappariva il sorriso artificiale e la serenità che li caratterizzavano prima di quel caos improvviso.</w:t>
      </w:r>
    </w:p>
    <w:p w14:paraId="2A42C99F" w14:textId="77777777" w:rsidR="007C3C6C" w:rsidRPr="00994820" w:rsidRDefault="007C3C6C" w:rsidP="00B1354B">
      <w:pPr>
        <w:spacing w:before="100" w:beforeAutospacing="1" w:line="360" w:lineRule="auto"/>
        <w:ind w:firstLine="284"/>
        <w:jc w:val="both"/>
      </w:pPr>
      <w:r w:rsidRPr="00994820">
        <w:t>La traiettoria dei cadetti li stava portando dritti verso di lei. Non poteva restare ferma: non lì, non lungo il percorso perfettamente delineato che stavano seguendo. La loro marcia, la loro forza, le espressioni fredde sui loro volti le davano solo una scelta. Ancora una volta, correre.</w:t>
      </w:r>
    </w:p>
    <w:p w14:paraId="5F3DA004" w14:textId="77777777" w:rsidR="007C3C6C" w:rsidRPr="00994820" w:rsidRDefault="007C3C6C" w:rsidP="00B1354B">
      <w:pPr>
        <w:spacing w:before="100" w:beforeAutospacing="1" w:line="360" w:lineRule="auto"/>
        <w:ind w:firstLine="284"/>
        <w:jc w:val="both"/>
      </w:pPr>
      <w:r w:rsidRPr="00994820">
        <w:t>Fu proprio in quel momento che una figura scivolò fuori dall’ombra della notte. Kieren, lo Shinigami, si avvicinava esattamente dal punto che Fanny temeva di più: direttamente di fronte a lei, scivolando con grazia silenziosa sopra una tavola fluttuante.</w:t>
      </w:r>
    </w:p>
    <w:p w14:paraId="5A30AFB0" w14:textId="77777777" w:rsidR="007C3C6C" w:rsidRPr="00994820" w:rsidRDefault="007C3C6C" w:rsidP="00B1354B">
      <w:pPr>
        <w:spacing w:before="100" w:beforeAutospacing="1" w:line="360" w:lineRule="auto"/>
        <w:ind w:firstLine="284"/>
        <w:jc w:val="both"/>
      </w:pPr>
      <w:r w:rsidRPr="00994820">
        <w:t>Fanny non riuscì nemmeno a urlare, incapace di produrre un solo suono. I suoi meccanismi si bloccarono e il sangue le si gelò nelle vene. Kieren non rallentò, non cambiò ritmo; semplicemente avanzava con la calma implacabile della tempesta più letale che avesse mai visto. Questa era la vera e ultima linea di difesa del sistema: gli Shinigami. La sua presenza squarciava il caos come la lama affilata di un boia. Il mantello nero e la maschera argentata fendevano l’aria con un’autorità assoluta.</w:t>
      </w:r>
    </w:p>
    <w:p w14:paraId="18D0E4E8" w14:textId="77777777" w:rsidR="007C3C6C" w:rsidRPr="00994820" w:rsidRDefault="007C3C6C" w:rsidP="00B1354B">
      <w:pPr>
        <w:spacing w:before="100" w:beforeAutospacing="1" w:line="360" w:lineRule="auto"/>
        <w:ind w:firstLine="284"/>
        <w:jc w:val="both"/>
      </w:pPr>
      <w:r w:rsidRPr="00994820">
        <w:t>Aveva sentito storie sugli Shinigami, racconti da bisbigliare al buio, spettri resi carne. I suoi occhi erano pura precisione, del colore di un terrore calcolato con meticolosa freddezza.</w:t>
      </w:r>
    </w:p>
    <w:p w14:paraId="20EA5653" w14:textId="77777777" w:rsidR="007C3C6C" w:rsidRPr="00994820" w:rsidRDefault="007C3C6C" w:rsidP="00B1354B">
      <w:pPr>
        <w:spacing w:before="100" w:beforeAutospacing="1" w:line="360" w:lineRule="auto"/>
        <w:ind w:firstLine="284"/>
        <w:jc w:val="both"/>
      </w:pPr>
      <w:r w:rsidRPr="00994820">
        <w:t>Poi, finalmente, il respiro le tornò: irregolare, frammentato. Voleva combattere, ma l’accerchiamento perfetto di Elvenar e Shinigami aveva paralizzato ogni sua determinazione. Kieren incarnava un giudizio vivente che avanzava portando la condanna scritta in ogni fibra del suo corpo. Dietro di lui, il sistema si dispiegava con l’autorità inesorabile della storia stessa.</w:t>
      </w:r>
    </w:p>
    <w:p w14:paraId="58FE70EA" w14:textId="77777777" w:rsidR="007C3C6C" w:rsidRPr="00994820" w:rsidRDefault="007C3C6C" w:rsidP="00B1354B">
      <w:pPr>
        <w:spacing w:before="100" w:beforeAutospacing="1" w:line="360" w:lineRule="auto"/>
        <w:ind w:firstLine="284"/>
        <w:jc w:val="both"/>
      </w:pPr>
      <w:r w:rsidRPr="00994820">
        <w:t>Fanny si immobilizzò di nuovo, ma non poteva permettersi di lasciarsi sopraffare. Doveva muoversi. Tuttavia, ormai Kieren era troppo vicino. Sempre più vicino. Poteva percepire la terrificante stabilità del suo approccio, la giustizia spietata dei suoi movimenti.</w:t>
      </w:r>
    </w:p>
    <w:p w14:paraId="343E94C7" w14:textId="77777777" w:rsidR="007C3C6C" w:rsidRPr="00994820" w:rsidRDefault="007C3C6C" w:rsidP="00B1354B">
      <w:pPr>
        <w:spacing w:before="100" w:beforeAutospacing="1" w:line="360" w:lineRule="auto"/>
        <w:ind w:firstLine="284"/>
        <w:jc w:val="both"/>
      </w:pPr>
      <w:r w:rsidRPr="00994820">
        <w:lastRenderedPageBreak/>
        <w:t>Kieren inclinò la tavola con un movimento elegante, aggirando il corpo immobile di Fanny. Il veicolo che scivolava sotto di lui emise un lieve ronzio, quasi soddisfatto. Il corpo di Fanny reagì prima della sua mente, come aveva sempre fatto e come avrebbe sempre fatto. Scattò in avanti con un movimento disperato. Kieren non la inseguì; i fuggiaschi non erano il suo compito.</w:t>
      </w:r>
    </w:p>
    <w:p w14:paraId="5FDE72FA" w14:textId="77777777" w:rsidR="007C3C6C" w:rsidRPr="00994820" w:rsidRDefault="007C3C6C" w:rsidP="00B1354B">
      <w:pPr>
        <w:spacing w:before="100" w:beforeAutospacing="1" w:line="360" w:lineRule="auto"/>
        <w:ind w:firstLine="284"/>
        <w:jc w:val="both"/>
      </w:pPr>
      <w:r w:rsidRPr="00994820">
        <w:t>I suoi occhi erano già fissi sul vero obiettivo: il Synborn impazzito, ormai libero dalla presa degli Elvenar. Numerosi cadetti erano già caduti sotto i suoi colpi furiosi e disperati. Era questo il compito dello Shinigami: non catturare chi fuggiva o chi si arrendeva, ma annientare chi ancora combatteva. Quello era il suo unico obiettivo, e su di esso era concentrata tutta la sua mente. Tutto il resto era solo un fastidio da ignorare.</w:t>
      </w:r>
    </w:p>
    <w:p w14:paraId="73EDD51B" w14:textId="77777777" w:rsidR="007C3C6C" w:rsidRPr="00994820" w:rsidRDefault="007C3C6C" w:rsidP="00B1354B">
      <w:pPr>
        <w:spacing w:before="100" w:beforeAutospacing="1" w:line="360" w:lineRule="auto"/>
        <w:ind w:firstLine="284"/>
        <w:jc w:val="both"/>
      </w:pPr>
      <w:r w:rsidRPr="00994820">
        <w:t>I pensieri di Fanny si aggrovigliarono, stringendosi intorno a lei come lacci invisibili. Le ripetevano che non aveva tempo, che stava rischiando la vita, che doveva agire immediatamente. Così, lei agì.</w:t>
      </w:r>
    </w:p>
    <w:p w14:paraId="0615696B" w14:textId="77777777" w:rsidR="007C3C6C" w:rsidRPr="00994820" w:rsidRDefault="007C3C6C" w:rsidP="00B1354B">
      <w:pPr>
        <w:spacing w:before="100" w:beforeAutospacing="1" w:line="360" w:lineRule="auto"/>
        <w:ind w:firstLine="284"/>
        <w:jc w:val="both"/>
      </w:pPr>
      <w:r w:rsidRPr="00994820">
        <w:t>Attraversò la strada correndo, senza preoccuparsi dell’attenzione che avrebbe potuto attirare, di chi la vedesse o di chi potesse riconoscerla. Non le importava più nulla del suo destino; in quel momento era solo una macchina di disperazione, sinapsi in sovraccarico, fili tesi al limite, paura pura che alimentava ogni suo passo.</w:t>
      </w:r>
    </w:p>
    <w:p w14:paraId="7E79E40A" w14:textId="77777777" w:rsidR="007C3C6C" w:rsidRPr="00994820" w:rsidRDefault="007C3C6C" w:rsidP="00B1354B">
      <w:pPr>
        <w:spacing w:before="100" w:beforeAutospacing="1" w:line="360" w:lineRule="auto"/>
        <w:ind w:firstLine="284"/>
        <w:jc w:val="both"/>
      </w:pPr>
      <w:r w:rsidRPr="00994820">
        <w:t>Tutto intorno, erano ovunque: cadetti affiancati dalle Emotion Sphere, Elvenar che radunavano gli ultimi disperati in fuga, e Kieren che con precisione chirurgica falciava il braccio del Synborn ribelle. Il sistema la circondava come un’inevitabile presenza onnisciente, bloccandole ogni via d’uscita prima ancora che lei potesse rendersene conto, serrando la posizione intorno a lei con una precisione terrificante, come se tutto fosse stato pianificato dall’inizio.</w:t>
      </w:r>
    </w:p>
    <w:p w14:paraId="252E605A" w14:textId="77777777" w:rsidR="007C3C6C" w:rsidRPr="00994820" w:rsidRDefault="007C3C6C" w:rsidP="00B1354B">
      <w:pPr>
        <w:spacing w:before="100" w:beforeAutospacing="1" w:line="360" w:lineRule="auto"/>
        <w:ind w:firstLine="284"/>
        <w:jc w:val="both"/>
      </w:pPr>
      <w:r w:rsidRPr="00994820">
        <w:t>Il suo petto si strinse sotto la minaccia, sotto la certezza della fine imminente. La pressione era soffocante, stretta tra ossa e tensione elettrica, che la comprimeva finché non rimase che il panico. Il cuore di ferro e carne pulsava freneticamente, riempiendola di un suono assordante che dominava ogni suo pensiero.</w:t>
      </w:r>
    </w:p>
    <w:p w14:paraId="7F3314F7" w14:textId="77777777" w:rsidR="007C3C6C" w:rsidRPr="00994820" w:rsidRDefault="007C3C6C" w:rsidP="00B1354B">
      <w:pPr>
        <w:spacing w:before="100" w:beforeAutospacing="1" w:line="360" w:lineRule="auto"/>
        <w:ind w:firstLine="284"/>
        <w:jc w:val="both"/>
      </w:pPr>
      <w:r w:rsidRPr="00994820">
        <w:t>Nelle sue tasche c’era un solo oggetto, dimenticato e nascosto. Non aveva pensato che sarebbe mai stato necessario. Aveva sperato di non doverlo mai usare, ma adesso sembrava la sua unica speranza.</w:t>
      </w:r>
    </w:p>
    <w:p w14:paraId="65B83161" w14:textId="77777777" w:rsidR="007C3C6C" w:rsidRPr="00994820" w:rsidRDefault="007C3C6C" w:rsidP="00B1354B">
      <w:pPr>
        <w:spacing w:before="100" w:beforeAutospacing="1" w:line="360" w:lineRule="auto"/>
        <w:ind w:firstLine="284"/>
        <w:jc w:val="both"/>
      </w:pPr>
      <w:r w:rsidRPr="00994820">
        <w:t>Senza esitazione, quasi senza nemmeno sapere come farlo, mosse la mano d’istinto, guidata unicamente dalla volontà disperata. Stappò il piccolo contenitore, e un forte odore chimico salì rapidamente verso il suo naso. Senza pensarci due volte, ingurgitò il liquido ambrato. La Gratia scese dolcemente nella sua gola, con un sapore di fuoco, giovinezza e gioia artificiale.</w:t>
      </w:r>
    </w:p>
    <w:p w14:paraId="664B3492" w14:textId="77777777" w:rsidR="007C3C6C" w:rsidRPr="00994820" w:rsidRDefault="007C3C6C" w:rsidP="00B1354B">
      <w:pPr>
        <w:spacing w:before="100" w:beforeAutospacing="1" w:line="360" w:lineRule="auto"/>
        <w:ind w:firstLine="284"/>
        <w:jc w:val="both"/>
      </w:pPr>
      <w:r w:rsidRPr="00994820">
        <w:t>Quasi crollò sotto l’effetto istantaneo. Quasi ne rimase completamente affascinata.</w:t>
      </w:r>
    </w:p>
    <w:p w14:paraId="6E2CB92D" w14:textId="77777777" w:rsidR="007C3C6C" w:rsidRPr="00994820" w:rsidRDefault="007C3C6C" w:rsidP="00B1354B">
      <w:pPr>
        <w:spacing w:before="100" w:beforeAutospacing="1" w:line="360" w:lineRule="auto"/>
        <w:ind w:firstLine="284"/>
        <w:jc w:val="both"/>
      </w:pPr>
      <w:r w:rsidRPr="00994820">
        <w:lastRenderedPageBreak/>
        <w:t>Il sollievo fu immediato. La mente e i ricordi si dissolsero nella sua dolcezza, lasciandole soltanto immagini serene: compleanni felici trascorsi con il padre, pomeriggi trascorsi a osservarlo lavorare, sogni cullati dalle sue storie e dal suo calore. Tutta quella serenità la investì completamente.</w:t>
      </w:r>
    </w:p>
    <w:p w14:paraId="44C8E204" w14:textId="77777777" w:rsidR="007C3C6C" w:rsidRPr="00994820" w:rsidRDefault="007C3C6C" w:rsidP="00B1354B">
      <w:pPr>
        <w:spacing w:before="100" w:beforeAutospacing="1" w:line="360" w:lineRule="auto"/>
        <w:ind w:firstLine="284"/>
        <w:jc w:val="both"/>
      </w:pPr>
      <w:r w:rsidRPr="00994820">
        <w:t>Lei era beatitudine. Lei era qualcos'altro, qualcosa di completamente diverso.</w:t>
      </w:r>
    </w:p>
    <w:p w14:paraId="6993983B" w14:textId="77777777" w:rsidR="007C3C6C" w:rsidRPr="00994820" w:rsidRDefault="007C3C6C" w:rsidP="00B1354B">
      <w:pPr>
        <w:spacing w:before="100" w:beforeAutospacing="1" w:line="360" w:lineRule="auto"/>
        <w:ind w:firstLine="284"/>
        <w:jc w:val="both"/>
      </w:pPr>
      <w:r w:rsidRPr="00994820">
        <w:t>Ma non era più Fanny.</w:t>
      </w:r>
    </w:p>
    <w:p w14:paraId="5E43F509" w14:textId="77777777" w:rsidR="007C3C6C" w:rsidRPr="00994820" w:rsidRDefault="007C3C6C" w:rsidP="00B1354B">
      <w:pPr>
        <w:spacing w:before="100" w:beforeAutospacing="1" w:line="360" w:lineRule="auto"/>
        <w:ind w:firstLine="284"/>
        <w:jc w:val="both"/>
      </w:pPr>
      <w:r w:rsidRPr="00994820">
        <w:t>Senza nemmeno rendersene conto, Fanny si era infilata in un vicolo laterale, attirata quasi istintivamente dalla luce calda e soffusa di un negozio seminascosto. Il rumore metallico dei suoi passi risuonava all'interno, accompagnandola come un’eco confusa dei suoi pensieri. La mente, ancora annebbiata dalla Gratia, iniziò lentamente a riprendersi.</w:t>
      </w:r>
    </w:p>
    <w:p w14:paraId="701C3FCB" w14:textId="77777777" w:rsidR="007C3C6C" w:rsidRPr="00994820" w:rsidRDefault="007C3C6C" w:rsidP="00B1354B">
      <w:pPr>
        <w:spacing w:before="100" w:beforeAutospacing="1" w:line="360" w:lineRule="auto"/>
        <w:ind w:firstLine="284"/>
        <w:jc w:val="both"/>
      </w:pPr>
      <w:r w:rsidRPr="00994820">
        <w:t>Nella penombra rassicurante del negozio, circondata da grovigli di fili, arti meccanici e display luminosi, quasi riuscì a sentirsi di nuovo sé stessa. L’ambiente era pieno di ronzii rassicuranti e cigolii irregolari, con attrezzature disposte caoticamente lungo ogni parete, una sfida bellissima e grezza alla perfezione. Per un istante, Fanny si domandò se fosse ancora intrappolata in un sogno nostalgico del passato con suo padre.</w:t>
      </w:r>
    </w:p>
    <w:p w14:paraId="06C853AC" w14:textId="77777777" w:rsidR="007C3C6C" w:rsidRPr="00994820" w:rsidRDefault="007C3C6C" w:rsidP="00B1354B">
      <w:pPr>
        <w:spacing w:before="100" w:beforeAutospacing="1" w:line="360" w:lineRule="auto"/>
        <w:ind w:firstLine="284"/>
        <w:jc w:val="both"/>
      </w:pPr>
      <w:r w:rsidRPr="00994820">
        <w:t>«Non sei di queste parti, vero?» chiese improvvisamente una voce calma e rassicurante.</w:t>
      </w:r>
    </w:p>
    <w:p w14:paraId="4E3EA9F3" w14:textId="77777777" w:rsidR="007C3C6C" w:rsidRPr="00994820" w:rsidRDefault="007C3C6C" w:rsidP="00B1354B">
      <w:pPr>
        <w:spacing w:before="100" w:beforeAutospacing="1" w:line="360" w:lineRule="auto"/>
        <w:ind w:firstLine="284"/>
        <w:jc w:val="both"/>
      </w:pPr>
      <w:r w:rsidRPr="00994820">
        <w:t>«Come?» rispose Fanny, confusa, mentre i suoi occhi metallici iniziavano finalmente a mettere a fuoco la figura davanti a lei.</w:t>
      </w:r>
    </w:p>
    <w:p w14:paraId="550ABF85" w14:textId="77777777" w:rsidR="007C3C6C" w:rsidRPr="00994820" w:rsidRDefault="007C3C6C" w:rsidP="00B1354B">
      <w:pPr>
        <w:spacing w:before="100" w:beforeAutospacing="1" w:line="360" w:lineRule="auto"/>
        <w:ind w:firstLine="284"/>
        <w:jc w:val="both"/>
      </w:pPr>
      <w:r w:rsidRPr="00994820">
        <w:t>Koro emerse lentamente dal bagliore caldo degli strumenti e dei LED assemblati in modo caotico. Le sue lunghe dita sfioravano appena un giunto cromato mentre avanzava. «All’inizio credevo fossi una Synborn, viste le modifiche che porti… ma quella tua reazione… è la prima volta che provi la Gratia, ragazza?»</w:t>
      </w:r>
    </w:p>
    <w:p w14:paraId="18622EE8" w14:textId="77777777" w:rsidR="007C3C6C" w:rsidRPr="00994820" w:rsidRDefault="007C3C6C" w:rsidP="00B1354B">
      <w:pPr>
        <w:spacing w:before="100" w:beforeAutospacing="1" w:line="360" w:lineRule="auto"/>
        <w:ind w:firstLine="284"/>
        <w:jc w:val="both"/>
      </w:pPr>
      <w:r w:rsidRPr="00994820">
        <w:t>«…Forse» rispose Fanny, cercando di mantenere una certa cautela per non esporsi davanti a uno sconosciuto.</w:t>
      </w:r>
    </w:p>
    <w:p w14:paraId="09AE28BE" w14:textId="77777777" w:rsidR="007C3C6C" w:rsidRPr="00994820" w:rsidRDefault="007C3C6C" w:rsidP="00B1354B">
      <w:pPr>
        <w:spacing w:before="100" w:beforeAutospacing="1" w:line="360" w:lineRule="auto"/>
        <w:ind w:firstLine="284"/>
        <w:jc w:val="both"/>
      </w:pPr>
      <w:r w:rsidRPr="00994820">
        <w:t>Gli occhi di Koro si allargarono appena, facendo spazio a un’espressione più astuta e interessata. «Non puoi ingannarmi, ragazza. Ora che ti guardo meglio, quelli non sembrano affatto Boost Tek legali.» Si avvicinò ulteriormente, scrutandola attentamente. «Sembrano piuttosto delle modifiche fatte in casa con materiali di scarto.»</w:t>
      </w:r>
    </w:p>
    <w:p w14:paraId="795DA5CF" w14:textId="77777777" w:rsidR="007C3C6C" w:rsidRPr="00994820" w:rsidRDefault="007C3C6C" w:rsidP="00B1354B">
      <w:pPr>
        <w:spacing w:before="100" w:beforeAutospacing="1" w:line="360" w:lineRule="auto"/>
        <w:ind w:firstLine="284"/>
        <w:jc w:val="both"/>
      </w:pPr>
      <w:r w:rsidRPr="00994820">
        <w:t>Fanny non riuscì a trattenere un’espressione irritata. «Non sono scarti,» ribatté secca, stringendo con forza il braccio metallico con la sua unica mano umana. Poi sospirò, cedendo leggermente. «Al diavolo... ho delle domande. Puoi aiutarmi?»</w:t>
      </w:r>
    </w:p>
    <w:p w14:paraId="18AEFD86" w14:textId="77777777" w:rsidR="007C3C6C" w:rsidRPr="00994820" w:rsidRDefault="007C3C6C" w:rsidP="00B1354B">
      <w:pPr>
        <w:spacing w:before="100" w:beforeAutospacing="1" w:line="360" w:lineRule="auto"/>
        <w:ind w:firstLine="284"/>
        <w:jc w:val="both"/>
      </w:pPr>
      <w:r w:rsidRPr="00994820">
        <w:lastRenderedPageBreak/>
        <w:t>Koro le rispose con un sorriso caldo e rassicurante, talmente ampio da occupare quasi tutto il suo volto. «Non posso lasciare nel dubbio una così bella fanciulla.»</w:t>
      </w:r>
    </w:p>
    <w:p w14:paraId="0C40B2F5" w14:textId="77777777" w:rsidR="007C3C6C" w:rsidRPr="00994820" w:rsidRDefault="007C3C6C" w:rsidP="00B1354B">
      <w:pPr>
        <w:spacing w:before="100" w:beforeAutospacing="1" w:line="360" w:lineRule="auto"/>
        <w:ind w:firstLine="284"/>
        <w:jc w:val="both"/>
      </w:pPr>
      <w:r w:rsidRPr="00994820">
        <w:t>Fanny arrossì violentemente. Era una reazione esagerata, frutto della tensione accumulata. Parole gentili… era passato molto tempo dall’ultima volta che qualcuno le aveva rivolto parole così. «Non capisco… perché i Synborn hanno paura degli Elvenar e delle sfere? Credevo che...» si interruppe bruscamente, distogliendo lo sguardo dal negoziante. «No…» Il suo pensiero corse ai feroci Elvenar e a quello Shinigami che aveva visto macellare un Synborn nel vicolo. «Quello di cui ho davvero bisogno...» I suoi occhi scesero sui giunti ormai usurati. «Ho bisogno di nuovi Boost Tek… devo essere in grado di difendermi.»</w:t>
      </w:r>
    </w:p>
    <w:p w14:paraId="291E1A1A" w14:textId="77777777" w:rsidR="007C3C6C" w:rsidRPr="00994820" w:rsidRDefault="007C3C6C" w:rsidP="00B1354B">
      <w:pPr>
        <w:spacing w:before="100" w:beforeAutospacing="1" w:line="360" w:lineRule="auto"/>
        <w:ind w:firstLine="284"/>
        <w:jc w:val="both"/>
      </w:pPr>
      <w:r w:rsidRPr="00994820">
        <w:t>Il volto del negoziante si illuminò immediatamente al suono melodico di nuovi affari in vista.</w:t>
      </w:r>
    </w:p>
    <w:p w14:paraId="02DC1AA9" w14:textId="77777777" w:rsidR="007C3C6C" w:rsidRPr="00994820" w:rsidRDefault="007C3C6C" w:rsidP="00B1354B">
      <w:pPr>
        <w:spacing w:before="100" w:beforeAutospacing="1" w:line="360" w:lineRule="auto"/>
        <w:ind w:firstLine="284"/>
        <w:jc w:val="both"/>
      </w:pPr>
      <w:r w:rsidRPr="00994820">
        <w:t>«Ma... non credo di avere crediti. Non so nemmeno come ottenerli,» aggiunse rapidamente Fanny.</w:t>
      </w:r>
    </w:p>
    <w:p w14:paraId="50F7763F" w14:textId="77777777" w:rsidR="007C3C6C" w:rsidRPr="00994820" w:rsidRDefault="007C3C6C" w:rsidP="00B1354B">
      <w:pPr>
        <w:spacing w:before="100" w:beforeAutospacing="1" w:line="360" w:lineRule="auto"/>
        <w:ind w:firstLine="284"/>
        <w:jc w:val="both"/>
      </w:pPr>
      <w:r w:rsidRPr="00994820">
        <w:t>Koro la osservò con curiosità e una certa simpatia dietro la meccanica del suo volto. I tentacoli metallici delle sue braccia scattarono e si arricciarono, come serpenti in attesa. «Sei davvero nei guai, eh?»</w:t>
      </w:r>
    </w:p>
    <w:p w14:paraId="40803936" w14:textId="77777777" w:rsidR="007C3C6C" w:rsidRPr="00994820" w:rsidRDefault="007C3C6C" w:rsidP="00B1354B">
      <w:pPr>
        <w:spacing w:before="100" w:beforeAutospacing="1" w:line="360" w:lineRule="auto"/>
        <w:ind w:firstLine="284"/>
        <w:jc w:val="both"/>
      </w:pPr>
      <w:r w:rsidRPr="00994820">
        <w:t>Fanny annuì, ancora una volta arrossendo lievemente davanti alla gentilezza inattesa del negoziante. «A meno che tu non abbia un po' di carità da offrirmi…»</w:t>
      </w:r>
    </w:p>
    <w:p w14:paraId="121FB3CC" w14:textId="77777777" w:rsidR="007C3C6C" w:rsidRPr="00994820" w:rsidRDefault="007C3C6C" w:rsidP="00B1354B">
      <w:pPr>
        <w:spacing w:before="100" w:beforeAutospacing="1" w:line="360" w:lineRule="auto"/>
        <w:ind w:firstLine="284"/>
        <w:jc w:val="both"/>
      </w:pPr>
      <w:r w:rsidRPr="00994820">
        <w:t>«La mia merce è tutta controllata dal sistema,» spiegò lui. «Sarebbe problematico per te utilizzarla. Se davvero fossi una Fleshborn, verresti immediatamente rilevata non appena i miei Boost Tek fossero scansionati.» Poi esitò, con un lieve sorriso complice. «Ma forse conosco qualcuno che può aiutarti.»</w:t>
      </w:r>
    </w:p>
    <w:p w14:paraId="65415127" w14:textId="77777777" w:rsidR="007C3C6C" w:rsidRPr="00994820" w:rsidRDefault="007C3C6C" w:rsidP="00B1354B">
      <w:pPr>
        <w:spacing w:before="100" w:beforeAutospacing="1" w:line="360" w:lineRule="auto"/>
        <w:ind w:firstLine="284"/>
        <w:jc w:val="both"/>
      </w:pPr>
      <w:r w:rsidRPr="00994820">
        <w:t>Un barlume di speranza attraversò gli occhi di Fanny, impossibile da nascondere. «Chi?»</w:t>
      </w:r>
    </w:p>
    <w:p w14:paraId="15D34047" w14:textId="77777777" w:rsidR="007C3C6C" w:rsidRPr="00994820" w:rsidRDefault="007C3C6C" w:rsidP="00B1354B">
      <w:pPr>
        <w:spacing w:before="100" w:beforeAutospacing="1" w:line="360" w:lineRule="auto"/>
        <w:ind w:firstLine="284"/>
        <w:jc w:val="both"/>
      </w:pPr>
      <w:r w:rsidRPr="00994820">
        <w:t>Un lieve gemito metallico si levò da uno dei tentacoli di Koro, mentre continuava a sorridere. «Si fa chiamare Taker. È sempre felice di aiutare… specialmente quando il suo aiuto può causare qualche guaio al sistema.»</w:t>
      </w:r>
    </w:p>
    <w:p w14:paraId="6455A7FA" w14:textId="77777777" w:rsidR="007C3C6C" w:rsidRPr="00994820" w:rsidRDefault="007C3C6C" w:rsidP="00B1354B">
      <w:pPr>
        <w:spacing w:before="100" w:beforeAutospacing="1" w:line="360" w:lineRule="auto"/>
        <w:ind w:firstLine="284"/>
        <w:jc w:val="both"/>
      </w:pPr>
      <w:r w:rsidRPr="00994820">
        <w:t>Indicandole un’uscita secondaria, Koro le fece cenno di uscire, con un’espressione ancora gentile e rassicurante. «Troverai il suo negozio poco più avanti.»</w:t>
      </w:r>
    </w:p>
    <w:p w14:paraId="451A06E6" w14:textId="77777777" w:rsidR="007C3C6C" w:rsidRPr="00994820" w:rsidRDefault="007C3C6C" w:rsidP="00B1354B">
      <w:pPr>
        <w:spacing w:before="100" w:beforeAutospacing="1" w:line="360" w:lineRule="auto"/>
        <w:ind w:firstLine="284"/>
        <w:jc w:val="both"/>
      </w:pPr>
      <w:r w:rsidRPr="00994820">
        <w:t>Là fuori, la città sembrava essersi aperta di nuovo attorno a lei. Non c’era traccia di Kieren o degli Elvenar, nessun segno dei cadetti dispiegati con efficienza meccanica. I suoni della battaglia tra Kieren e il Synborn impazzito erano ancora udibili, ma distanti. Questa strada secondaria appariva al sicuro, almeno per il momento.</w:t>
      </w:r>
    </w:p>
    <w:p w14:paraId="128780AC" w14:textId="77777777" w:rsidR="007C3C6C" w:rsidRPr="00994820" w:rsidRDefault="007C3C6C" w:rsidP="00B1354B">
      <w:pPr>
        <w:spacing w:before="100" w:beforeAutospacing="1" w:line="360" w:lineRule="auto"/>
        <w:ind w:firstLine="284"/>
        <w:jc w:val="both"/>
      </w:pPr>
      <w:r w:rsidRPr="00994820">
        <w:t xml:space="preserve">Fanny mantenne la mente lucida e il passo stabile. Le sue gambe divoravano la distanza, ogni movimento fluido e impeccabile mentre avanzava rapidamente, voltandosi continuamente con cautela. Ogni vicolo, ogni </w:t>
      </w:r>
      <w:r w:rsidRPr="00994820">
        <w:lastRenderedPageBreak/>
        <w:t>stradina stretta rappresentava mille potenziali trappole; ogni struttura, ogni superficie perfetta poteva nascondere un altro nemico in agguato.</w:t>
      </w:r>
    </w:p>
    <w:p w14:paraId="735FF529" w14:textId="77777777" w:rsidR="007C3C6C" w:rsidRPr="00994820" w:rsidRDefault="007C3C6C" w:rsidP="00B1354B">
      <w:pPr>
        <w:spacing w:before="100" w:beforeAutospacing="1" w:line="360" w:lineRule="auto"/>
        <w:ind w:firstLine="284"/>
        <w:jc w:val="both"/>
      </w:pPr>
      <w:r w:rsidRPr="00994820">
        <w:t>Nonostante la Gratia le stesse ancora intorpidendo i sensi, percepiva con chiarezza tutta la propria vulnerabilità.</w:t>
      </w:r>
    </w:p>
    <w:p w14:paraId="434D2C51" w14:textId="77777777" w:rsidR="007C3C6C" w:rsidRPr="00994820" w:rsidRDefault="007C3C6C" w:rsidP="00B1354B">
      <w:pPr>
        <w:spacing w:before="100" w:beforeAutospacing="1" w:line="360" w:lineRule="auto"/>
        <w:ind w:firstLine="284"/>
        <w:jc w:val="both"/>
      </w:pPr>
      <w:r w:rsidRPr="00994820">
        <w:t>Voltando intorno a un edificio dalle pareti lucide, immaginò nuovamente di vedere i fasci di luce rossa delle Emotion Sphere sopra di lei. Schivò i cittadini come fossero semplici punti dati, scivolando oltre di loro per non contaminare la loro calma artificiale.</w:t>
      </w:r>
    </w:p>
    <w:p w14:paraId="02A9F42C" w14:textId="77777777" w:rsidR="007C3C6C" w:rsidRPr="00994820" w:rsidRDefault="007C3C6C" w:rsidP="00B1354B">
      <w:pPr>
        <w:spacing w:before="100" w:beforeAutospacing="1" w:line="360" w:lineRule="auto"/>
        <w:ind w:firstLine="284"/>
        <w:jc w:val="both"/>
      </w:pPr>
      <w:r w:rsidRPr="00994820">
        <w:t>La sua mente si aggrappò a un solo pensiero chiaro, una flebile speranza: che Koro avesse ragione, e che questo Taker non fosse una trappola.</w:t>
      </w:r>
    </w:p>
    <w:p w14:paraId="4D09002B" w14:textId="77777777" w:rsidR="007C3C6C" w:rsidRPr="00994820" w:rsidRDefault="007C3C6C" w:rsidP="00B1354B">
      <w:pPr>
        <w:spacing w:before="100" w:beforeAutospacing="1" w:line="360" w:lineRule="auto"/>
        <w:ind w:firstLine="284"/>
        <w:jc w:val="both"/>
      </w:pPr>
      <w:r w:rsidRPr="00994820">
        <w:t xml:space="preserve">Finalmente vide il negozio, illuminato debolmente da insegne irregolari e monitor ronzanti. Vide la fragile possibilità che conteneva. Le parole </w:t>
      </w:r>
      <w:r w:rsidRPr="00994820">
        <w:rPr>
          <w:i/>
          <w:iCs/>
        </w:rPr>
        <w:t>Hope Industry</w:t>
      </w:r>
      <w:r w:rsidRPr="00994820">
        <w:t xml:space="preserve"> brillarono lievemente sopra la porta, come un segnale che penetrava la sua mente, dandole la forza per compiere l’ultimo scatto.</w:t>
      </w:r>
    </w:p>
    <w:p w14:paraId="6D5856B3" w14:textId="77777777" w:rsidR="007C3C6C" w:rsidRPr="00994820" w:rsidRDefault="007C3C6C" w:rsidP="00B1354B">
      <w:pPr>
        <w:spacing w:before="100" w:beforeAutospacing="1" w:line="360" w:lineRule="auto"/>
        <w:ind w:firstLine="284"/>
        <w:jc w:val="both"/>
      </w:pPr>
      <w:r w:rsidRPr="00994820">
        <w:t>I capelli rossi le ricaddero sugli occhi mentre spinse la porta ed entrò.</w:t>
      </w:r>
    </w:p>
    <w:p w14:paraId="71030324" w14:textId="77777777" w:rsidR="007C3C6C" w:rsidRPr="00994820" w:rsidRDefault="007C3C6C" w:rsidP="00B1354B">
      <w:pPr>
        <w:spacing w:before="100" w:beforeAutospacing="1" w:line="360" w:lineRule="auto"/>
        <w:ind w:firstLine="284"/>
        <w:jc w:val="both"/>
      </w:pPr>
      <w:r w:rsidRPr="00994820">
        <w:t>Appena varcò la soglia, Fanny fu accolta dal tintinnio nervoso di piccoli pupazzi meccanici che riempivano l’aria. Dietro il bancone, una figura dai lunghi capelli bianchi spettinati sotto un cappello logoro rideva da sola, facendo danzare i giocattoli tra le dita con movimenti agili e frenetici. Una cicatrice profonda gli attraversava obliquamente il volto, dandogli un’aria sinistra e insieme affascinante.</w:t>
      </w:r>
    </w:p>
    <w:p w14:paraId="1B9C6E7F" w14:textId="77777777" w:rsidR="007C3C6C" w:rsidRPr="00994820" w:rsidRDefault="007C3C6C" w:rsidP="00B1354B">
      <w:pPr>
        <w:spacing w:before="100" w:beforeAutospacing="1" w:line="360" w:lineRule="auto"/>
        <w:ind w:firstLine="284"/>
        <w:jc w:val="both"/>
      </w:pPr>
      <w:r w:rsidRPr="00994820">
        <w:t>Fanny avanzò incerta. «Salve… Posso entrare?»</w:t>
      </w:r>
    </w:p>
    <w:p w14:paraId="5B47BFB3" w14:textId="77777777" w:rsidR="007C3C6C" w:rsidRPr="00994820" w:rsidRDefault="007C3C6C" w:rsidP="00B1354B">
      <w:pPr>
        <w:spacing w:before="100" w:beforeAutospacing="1" w:line="360" w:lineRule="auto"/>
        <w:ind w:firstLine="284"/>
        <w:jc w:val="both"/>
      </w:pPr>
      <w:r w:rsidRPr="00994820">
        <w:t>L’uomo sollevò appena lo sguardo, mostrando un sorriso storto e sarcastico. «Saaaalve! Ma certo, entra pure!» rispose, trattenendo a stento un’altra risata.</w:t>
      </w:r>
    </w:p>
    <w:p w14:paraId="6A920D64" w14:textId="77777777" w:rsidR="007C3C6C" w:rsidRPr="00994820" w:rsidRDefault="007C3C6C" w:rsidP="00B1354B">
      <w:pPr>
        <w:spacing w:before="100" w:beforeAutospacing="1" w:line="360" w:lineRule="auto"/>
        <w:ind w:firstLine="284"/>
        <w:jc w:val="both"/>
      </w:pPr>
      <w:r w:rsidRPr="00994820">
        <w:t>Lei si avvicinò lentamente, osservando l’ambiente carico di circuiti esposti, parti meccaniche sparse e un intenso odore di ruggine mescolato a metallo riscaldato.</w:t>
      </w:r>
    </w:p>
    <w:p w14:paraId="0018AD98" w14:textId="77777777" w:rsidR="007C3C6C" w:rsidRPr="00994820" w:rsidRDefault="007C3C6C" w:rsidP="00B1354B">
      <w:pPr>
        <w:spacing w:before="100" w:beforeAutospacing="1" w:line="360" w:lineRule="auto"/>
        <w:ind w:firstLine="284"/>
        <w:jc w:val="both"/>
      </w:pPr>
      <w:r w:rsidRPr="00994820">
        <w:t>«Mi chiamo Taker,» si presentò lui, inchinandosi teatralmente. «Come posso esserti utile, giovane signorina?»</w:t>
      </w:r>
    </w:p>
    <w:p w14:paraId="4DC841C9" w14:textId="77777777" w:rsidR="007C3C6C" w:rsidRPr="00994820" w:rsidRDefault="007C3C6C" w:rsidP="00B1354B">
      <w:pPr>
        <w:spacing w:before="100" w:beforeAutospacing="1" w:line="360" w:lineRule="auto"/>
        <w:ind w:firstLine="284"/>
        <w:jc w:val="both"/>
      </w:pPr>
      <w:r w:rsidRPr="00994820">
        <w:t>Fanny ricambiò il sorriso, anche se un po' imbarazzata. «Mi hanno detto che qui vendete… armature. È vero?» Non riuscì a evitare di trovare curioso e quasi divertente quel negoziante dai modi tanto assurdi. Per un istante, quell’assurdità le diede sollievo.</w:t>
      </w:r>
    </w:p>
    <w:p w14:paraId="1690A440" w14:textId="77777777" w:rsidR="007C3C6C" w:rsidRPr="00994820" w:rsidRDefault="007C3C6C" w:rsidP="00B1354B">
      <w:pPr>
        <w:spacing w:before="100" w:beforeAutospacing="1" w:line="360" w:lineRule="auto"/>
        <w:ind w:firstLine="284"/>
        <w:jc w:val="both"/>
      </w:pPr>
      <w:r w:rsidRPr="00994820">
        <w:lastRenderedPageBreak/>
        <w:t>Taker piegò il capo da un lato, allargando il ghigno. «Armature? Beh, sì… in effetti ne ho alcune. E direi che ne ho proprio una perfetta per la tua taglia di seno,» commentò in modo provocatorio, sghignazzando tra una parola e l'altra.</w:t>
      </w:r>
    </w:p>
    <w:p w14:paraId="45F9DF66" w14:textId="77777777" w:rsidR="007C3C6C" w:rsidRPr="00994820" w:rsidRDefault="007C3C6C" w:rsidP="00B1354B">
      <w:pPr>
        <w:spacing w:before="100" w:beforeAutospacing="1" w:line="360" w:lineRule="auto"/>
        <w:ind w:firstLine="284"/>
        <w:jc w:val="both"/>
      </w:pPr>
      <w:r w:rsidRPr="00994820">
        <w:t>Fanny arrossì violentemente. «C-come, scusi?!»</w:t>
      </w:r>
    </w:p>
    <w:p w14:paraId="1DFC3615" w14:textId="77777777" w:rsidR="007C3C6C" w:rsidRPr="00994820" w:rsidRDefault="007C3C6C" w:rsidP="00B1354B">
      <w:pPr>
        <w:spacing w:before="100" w:beforeAutospacing="1" w:line="360" w:lineRule="auto"/>
        <w:ind w:firstLine="284"/>
        <w:jc w:val="both"/>
      </w:pPr>
      <w:r w:rsidRPr="00994820">
        <w:t>«Ho una Boost Tek Eyes X,» continuò lui con malizia evidente. «Di mia creazione, ovviamente.» Ridacchiò di nuovo, divertito dalla sua stessa affermazione. «Posso vedere attraverso qualsiasi cosa: ossa, carne… ma preferisco limitarmi ai vestiti. Così posso scegliere le armature della taglia giusta.» Poi aggiunse con un ghigno divertito: «Ah, e vedo anche che sei parecchio agitata!»</w:t>
      </w:r>
    </w:p>
    <w:p w14:paraId="6FB377ED" w14:textId="77777777" w:rsidR="007C3C6C" w:rsidRPr="00994820" w:rsidRDefault="007C3C6C" w:rsidP="00B1354B">
      <w:pPr>
        <w:spacing w:before="100" w:beforeAutospacing="1" w:line="360" w:lineRule="auto"/>
        <w:ind w:firstLine="284"/>
        <w:jc w:val="both"/>
      </w:pPr>
      <w:r w:rsidRPr="00994820">
        <w:t>«Io… ehm…» Fanny abbassò lo sguardo, incapace di sostenere quegli occhi che la scrutavano. «Avrei solo bisogno di un’armatura. Prometto che appena la prendo sparirò dal suo negozio senza disturbare più.»</w:t>
      </w:r>
    </w:p>
    <w:p w14:paraId="530CB70F" w14:textId="77777777" w:rsidR="007C3C6C" w:rsidRPr="00994820" w:rsidRDefault="007C3C6C" w:rsidP="00B1354B">
      <w:pPr>
        <w:spacing w:before="100" w:beforeAutospacing="1" w:line="360" w:lineRule="auto"/>
        <w:ind w:firstLine="284"/>
        <w:jc w:val="both"/>
      </w:pPr>
      <w:r w:rsidRPr="00994820">
        <w:t>Taker si lasciò cadere sul bancone, ridendo ancora di gusto. Poi, con un gesto rapido, le lanciò un piccolo oggetto simile a una pistola. «Problemi con la timidezza? Non preoccuparti! Prendi questa. Puntala verso di me, su.»</w:t>
      </w:r>
    </w:p>
    <w:p w14:paraId="29D78CF2" w14:textId="77777777" w:rsidR="007C3C6C" w:rsidRPr="00994820" w:rsidRDefault="007C3C6C" w:rsidP="00B1354B">
      <w:pPr>
        <w:spacing w:before="100" w:beforeAutospacing="1" w:line="360" w:lineRule="auto"/>
        <w:ind w:firstLine="284"/>
        <w:jc w:val="both"/>
      </w:pPr>
      <w:r w:rsidRPr="00994820">
        <w:t>«C-cosa?! No, non potrei mai!» protestò Fanny, confusa e preoccupata.</w:t>
      </w:r>
    </w:p>
    <w:p w14:paraId="4D46F93A" w14:textId="77777777" w:rsidR="007C3C6C" w:rsidRPr="00994820" w:rsidRDefault="007C3C6C" w:rsidP="00B1354B">
      <w:pPr>
        <w:spacing w:before="100" w:beforeAutospacing="1" w:line="360" w:lineRule="auto"/>
        <w:ind w:firstLine="284"/>
        <w:jc w:val="both"/>
      </w:pPr>
      <w:r w:rsidRPr="00994820">
        <w:t>«Non è un’arma,» precisò Taker con tono rassicurante. «Fallo e basta.»</w:t>
      </w:r>
    </w:p>
    <w:p w14:paraId="36D413B1" w14:textId="77777777" w:rsidR="007C3C6C" w:rsidRPr="00994820" w:rsidRDefault="007C3C6C" w:rsidP="00B1354B">
      <w:pPr>
        <w:spacing w:before="100" w:beforeAutospacing="1" w:line="360" w:lineRule="auto"/>
        <w:ind w:firstLine="284"/>
        <w:jc w:val="both"/>
      </w:pPr>
      <w:r w:rsidRPr="00994820">
        <w:t>Fanny esitò per un istante, poi annuì lentamente. «Va bene...» Alzò l’oggetto puntandolo contro Taker e premette il grilletto.</w:t>
      </w:r>
    </w:p>
    <w:p w14:paraId="01043D2E" w14:textId="77777777" w:rsidR="007C3C6C" w:rsidRPr="00994820" w:rsidRDefault="007C3C6C" w:rsidP="00B1354B">
      <w:pPr>
        <w:spacing w:before="100" w:beforeAutospacing="1" w:line="360" w:lineRule="auto"/>
        <w:ind w:firstLine="284"/>
        <w:jc w:val="both"/>
      </w:pPr>
      <w:r w:rsidRPr="00994820">
        <w:t>Davanti a lei si materializzò una proiezione olografica. Un numero comparve sopra Taker, accompagnato da una scheda informativa: il volto inciso a metà, come su un volantino da ricercato.</w:t>
      </w:r>
    </w:p>
    <w:p w14:paraId="1AABB2F4" w14:textId="77777777" w:rsidR="007C3C6C" w:rsidRPr="00994820" w:rsidRDefault="007C3C6C" w:rsidP="00CD408F">
      <w:pPr>
        <w:spacing w:beforeAutospacing="1" w:line="360" w:lineRule="auto"/>
        <w:ind w:firstLine="284"/>
        <w:jc w:val="center"/>
      </w:pPr>
      <w:r w:rsidRPr="00994820">
        <w:rPr>
          <w:b/>
          <w:bCs/>
        </w:rPr>
        <w:t>Emotion Reader: 850</w:t>
      </w:r>
      <w:r w:rsidRPr="00994820">
        <w:br/>
      </w:r>
      <w:r w:rsidRPr="00994820">
        <w:rPr>
          <w:b/>
          <w:bCs/>
        </w:rPr>
        <w:t>Colpevole di</w:t>
      </w:r>
      <w:r w:rsidRPr="00994820">
        <w:t>: 15 omicidi, sabotaggio navale, necrotecnica illegale, violazione dei protocolli di contratto, abuso di potere, crimini contro il sistema e vilipendio verso La Sorridente.</w:t>
      </w:r>
      <w:r w:rsidRPr="00994820">
        <w:br/>
      </w:r>
      <w:r w:rsidRPr="00994820">
        <w:rPr>
          <w:b/>
          <w:bCs/>
        </w:rPr>
        <w:t>Ordine</w:t>
      </w:r>
      <w:r w:rsidRPr="00994820">
        <w:t>: Eliminare a Vista.</w:t>
      </w:r>
    </w:p>
    <w:p w14:paraId="47FCF8AF" w14:textId="77777777" w:rsidR="007C3C6C" w:rsidRPr="00994820" w:rsidRDefault="007C3C6C" w:rsidP="00B1354B">
      <w:pPr>
        <w:spacing w:before="100" w:beforeAutospacing="1" w:line="360" w:lineRule="auto"/>
        <w:ind w:firstLine="284"/>
        <w:jc w:val="both"/>
      </w:pPr>
      <w:r w:rsidRPr="00994820">
        <w:t>Un sorriso oscuro e provocatorio si dipinse sul volto di Taker, mentre osservava la reazione di Fanny.</w:t>
      </w:r>
    </w:p>
    <w:p w14:paraId="4EDD1FD6" w14:textId="77777777" w:rsidR="007C3C6C" w:rsidRPr="00994820" w:rsidRDefault="007C3C6C" w:rsidP="00B1354B">
      <w:pPr>
        <w:spacing w:before="100" w:beforeAutospacing="1" w:line="360" w:lineRule="auto"/>
        <w:ind w:firstLine="284"/>
        <w:jc w:val="both"/>
      </w:pPr>
      <w:r w:rsidRPr="00994820">
        <w:t>“Cazzo… quest’uomo è un mostro,” pensò Fanny, paralizzata. “Uno psicopatico…” Eppure, non poté fare a meno di provare una strana forma di ammirazione per il primo essere umano incontrato con la volontà e il coraggio di opporsi al sistema, e con così tanto sprezzo del pericolo.</w:t>
      </w:r>
    </w:p>
    <w:p w14:paraId="141B3733" w14:textId="77777777" w:rsidR="007C3C6C" w:rsidRPr="00994820" w:rsidRDefault="007C3C6C" w:rsidP="00B1354B">
      <w:pPr>
        <w:spacing w:before="100" w:beforeAutospacing="1" w:line="360" w:lineRule="auto"/>
        <w:ind w:firstLine="284"/>
        <w:jc w:val="both"/>
      </w:pPr>
      <w:r w:rsidRPr="00994820">
        <w:lastRenderedPageBreak/>
        <w:t>«Io… non ho fatto nulla di tutto questo,» balbettò Fanny, cercando di riprendersi. «Ma se mi aiuta… giuro che non parlerò di lei con nessuno.»</w:t>
      </w:r>
    </w:p>
    <w:p w14:paraId="73216CED" w14:textId="77777777" w:rsidR="007C3C6C" w:rsidRPr="00994820" w:rsidRDefault="007C3C6C" w:rsidP="00B1354B">
      <w:pPr>
        <w:spacing w:before="100" w:beforeAutospacing="1" w:line="360" w:lineRule="auto"/>
        <w:ind w:firstLine="284"/>
        <w:jc w:val="both"/>
      </w:pPr>
      <w:r w:rsidRPr="00994820">
        <w:t>Alla risposta della ragazza, Taker esplose in una nuova fragorosa risata prima di riprendere la parola. «Allora, vuoi davvero questa armatura?»</w:t>
      </w:r>
    </w:p>
    <w:p w14:paraId="645CB249" w14:textId="77777777" w:rsidR="007C3C6C" w:rsidRPr="00994820" w:rsidRDefault="007C3C6C" w:rsidP="00B1354B">
      <w:pPr>
        <w:spacing w:before="100" w:beforeAutospacing="1" w:line="360" w:lineRule="auto"/>
        <w:ind w:firstLine="284"/>
        <w:jc w:val="both"/>
      </w:pPr>
      <w:r w:rsidRPr="00994820">
        <w:t>Lei annuì amaramente. «Sì. Ne ho bisogno.»</w:t>
      </w:r>
    </w:p>
    <w:p w14:paraId="533093D4" w14:textId="77777777" w:rsidR="007C3C6C" w:rsidRPr="00994820" w:rsidRDefault="007C3C6C" w:rsidP="00B1354B">
      <w:pPr>
        <w:spacing w:before="100" w:beforeAutospacing="1" w:line="360" w:lineRule="auto"/>
        <w:ind w:firstLine="284"/>
        <w:jc w:val="both"/>
      </w:pPr>
      <w:r w:rsidRPr="00994820">
        <w:t>Taker scomparve dietro una tenda, ridendo ancora sottovoce. «Ne ho una perfetta per il tuo corpo. Che, detto per inciso, è uno dei migliori che abbia mai visto.» Ricomparve poco dopo con un’armatura sottobraccio. «Verrebbe cento crediti, ma visto che anche tu sei una sporca fuorilegge… potrei pensare di cedertela.»</w:t>
      </w:r>
    </w:p>
    <w:p w14:paraId="09A408C8" w14:textId="77777777" w:rsidR="007C3C6C" w:rsidRPr="00994820" w:rsidRDefault="007C3C6C" w:rsidP="00B1354B">
      <w:pPr>
        <w:spacing w:before="100" w:beforeAutospacing="1" w:line="360" w:lineRule="auto"/>
        <w:ind w:firstLine="284"/>
        <w:jc w:val="both"/>
      </w:pPr>
      <w:r w:rsidRPr="00994820">
        <w:t>«Come fa a sapere che sono una fuorilegge? Do davvero questa impressione?» domandò Fanny, controllandosi istintivamente capelli e vestiti, come se qualcosa potesse tradirla.</w:t>
      </w:r>
    </w:p>
    <w:p w14:paraId="74F18F2F" w14:textId="77777777" w:rsidR="007C3C6C" w:rsidRPr="00994820" w:rsidRDefault="007C3C6C" w:rsidP="00B1354B">
      <w:pPr>
        <w:spacing w:before="100" w:beforeAutospacing="1" w:line="360" w:lineRule="auto"/>
        <w:ind w:firstLine="284"/>
        <w:jc w:val="both"/>
      </w:pPr>
      <w:r w:rsidRPr="00994820">
        <w:t>«Nulla di tutto ciò,» rispose Taker divertito. «Ti ho semplicemente osservata là fuori, quando è iniziato il trambusto.» Fece nuovamente un ghigno e si picchiettò le tempie, indicando i suoi occhi nascosti dai ciuffi bianchi. «Ricordi? Posso vedere anche attraverso i muri. Quindi ho sbirciato il caos che hai scatenato poco fa. Hai mollato dei bei pugni… Picchi duro nonostante quel bel visino,» concluse, ridacchiando nuovamente.</w:t>
      </w:r>
    </w:p>
    <w:p w14:paraId="720EF68E" w14:textId="77777777" w:rsidR="007C3C6C" w:rsidRPr="00994820" w:rsidRDefault="007C3C6C" w:rsidP="00B1354B">
      <w:pPr>
        <w:spacing w:before="100" w:beforeAutospacing="1" w:line="360" w:lineRule="auto"/>
        <w:ind w:firstLine="284"/>
        <w:jc w:val="both"/>
      </w:pPr>
      <w:r w:rsidRPr="00994820">
        <w:t>Fanny trattenne una risposta irritata e prese l’armatura dalle sue mani. «Grazie. Prima, però… posso chiederle una cosa?»</w:t>
      </w:r>
    </w:p>
    <w:p w14:paraId="4315A8C9" w14:textId="77777777" w:rsidR="007C3C6C" w:rsidRPr="00994820" w:rsidRDefault="007C3C6C" w:rsidP="00B1354B">
      <w:pPr>
        <w:spacing w:before="100" w:beforeAutospacing="1" w:line="360" w:lineRule="auto"/>
        <w:ind w:firstLine="284"/>
        <w:jc w:val="both"/>
      </w:pPr>
      <w:r w:rsidRPr="00994820">
        <w:t>Lui alzò un sopracciglio, curioso.</w:t>
      </w:r>
    </w:p>
    <w:p w14:paraId="30F902F5" w14:textId="77777777" w:rsidR="007C3C6C" w:rsidRPr="00994820" w:rsidRDefault="007C3C6C" w:rsidP="00B1354B">
      <w:pPr>
        <w:spacing w:before="100" w:beforeAutospacing="1" w:line="360" w:lineRule="auto"/>
        <w:ind w:firstLine="284"/>
        <w:jc w:val="both"/>
      </w:pPr>
      <w:r w:rsidRPr="00994820">
        <w:t>«Per caso… sa qualcosa di un tipo agitato che si muove su una tavola volante?»</w:t>
      </w:r>
    </w:p>
    <w:p w14:paraId="5BF345F9" w14:textId="77777777" w:rsidR="007C3C6C" w:rsidRPr="00994820" w:rsidRDefault="007C3C6C" w:rsidP="00B1354B">
      <w:pPr>
        <w:spacing w:before="100" w:beforeAutospacing="1" w:line="360" w:lineRule="auto"/>
        <w:ind w:firstLine="284"/>
        <w:jc w:val="both"/>
      </w:pPr>
      <w:r w:rsidRPr="00994820">
        <w:t>Il sorriso di Taker si assottigliò. «Certo che lo conosco. Come mai?»</w:t>
      </w:r>
    </w:p>
    <w:p w14:paraId="1ED03A8D" w14:textId="77777777" w:rsidR="007C3C6C" w:rsidRPr="00994820" w:rsidRDefault="007C3C6C" w:rsidP="00B1354B">
      <w:pPr>
        <w:spacing w:before="100" w:beforeAutospacing="1" w:line="360" w:lineRule="auto"/>
        <w:ind w:firstLine="284"/>
        <w:jc w:val="both"/>
      </w:pPr>
      <w:r w:rsidRPr="00994820">
        <w:t>«Mi ha fatto uno scherzetto poco simpatico, poi è sparito…» rispose lei, iniziando a sistemarsi l’armatura addosso.</w:t>
      </w:r>
    </w:p>
    <w:p w14:paraId="3562E593" w14:textId="77777777" w:rsidR="007C3C6C" w:rsidRPr="00994820" w:rsidRDefault="007C3C6C" w:rsidP="00B1354B">
      <w:pPr>
        <w:spacing w:before="100" w:beforeAutospacing="1" w:line="360" w:lineRule="auto"/>
        <w:ind w:firstLine="284"/>
        <w:jc w:val="both"/>
      </w:pPr>
      <w:r w:rsidRPr="00994820">
        <w:t>Taker esplose nuovamente in una fragorosa risata. «Sei proprio fuori dal comune, ragazza. Prima incontri lui, ora me… Inizio quasi a pensare che qualcuno ti abbia mandato appositamente qui.»</w:t>
      </w:r>
    </w:p>
    <w:p w14:paraId="2E0E14A4" w14:textId="77777777" w:rsidR="007C3C6C" w:rsidRPr="00994820" w:rsidRDefault="007C3C6C" w:rsidP="00B1354B">
      <w:pPr>
        <w:spacing w:before="100" w:beforeAutospacing="1" w:line="360" w:lineRule="auto"/>
        <w:ind w:firstLine="284"/>
        <w:jc w:val="both"/>
      </w:pPr>
      <w:r w:rsidRPr="00994820">
        <w:t>Fanny non rispose immediatamente, abbassò invece lo sguardo con un sorriso vago e amareggiato. «Anzi… direi che un amico mi ha suggerito di cercarti.»</w:t>
      </w:r>
    </w:p>
    <w:p w14:paraId="6D3AA20E" w14:textId="77777777" w:rsidR="007C3C6C" w:rsidRPr="00994820" w:rsidRDefault="007C3C6C" w:rsidP="00B1354B">
      <w:pPr>
        <w:spacing w:before="100" w:beforeAutospacing="1" w:line="360" w:lineRule="auto"/>
        <w:ind w:firstLine="284"/>
        <w:jc w:val="both"/>
      </w:pPr>
      <w:r w:rsidRPr="00994820">
        <w:t>«Un amico, eh?» rise Taker con tono ambiguo.</w:t>
      </w:r>
    </w:p>
    <w:p w14:paraId="7D67E20D" w14:textId="77777777" w:rsidR="007C3C6C" w:rsidRPr="00994820" w:rsidRDefault="007C3C6C" w:rsidP="00B1354B">
      <w:pPr>
        <w:spacing w:before="100" w:beforeAutospacing="1" w:line="360" w:lineRule="auto"/>
        <w:ind w:firstLine="284"/>
        <w:jc w:val="both"/>
      </w:pPr>
      <w:r w:rsidRPr="00994820">
        <w:lastRenderedPageBreak/>
        <w:t>«Quindi può dirmi qualcosa di più su di lui?»</w:t>
      </w:r>
    </w:p>
    <w:p w14:paraId="15580D61" w14:textId="77777777" w:rsidR="007C3C6C" w:rsidRPr="00994820" w:rsidRDefault="007C3C6C" w:rsidP="00B1354B">
      <w:pPr>
        <w:spacing w:before="100" w:beforeAutospacing="1" w:line="360" w:lineRule="auto"/>
        <w:ind w:firstLine="284"/>
        <w:jc w:val="both"/>
      </w:pPr>
      <w:r w:rsidRPr="00994820">
        <w:t>Il negoziante sorrise in modo enigmatico e vagamente minaccioso. «Dipende. Chi sarebbe questo amico che ti ha mandata?»</w:t>
      </w:r>
    </w:p>
    <w:p w14:paraId="6E05F111" w14:textId="77777777" w:rsidR="007C3C6C" w:rsidRPr="00994820" w:rsidRDefault="007C3C6C" w:rsidP="00B1354B">
      <w:pPr>
        <w:spacing w:before="100" w:beforeAutospacing="1" w:line="360" w:lineRule="auto"/>
        <w:ind w:firstLine="284"/>
        <w:jc w:val="both"/>
      </w:pPr>
      <w:r w:rsidRPr="00994820">
        <w:t>Irritata dall’ennesima risata fuori luogo, Fanny decise di chiudere bruscamente quella conversazione. «Non mi sembra che lei stia rispondendo alle mie domande. Quindi, arrivederci.» Fece per voltarsi verso l’uscita.</w:t>
      </w:r>
    </w:p>
    <w:p w14:paraId="74FE072B" w14:textId="77777777" w:rsidR="007C3C6C" w:rsidRPr="00994820" w:rsidRDefault="007C3C6C" w:rsidP="00B1354B">
      <w:pPr>
        <w:spacing w:before="100" w:beforeAutospacing="1" w:line="360" w:lineRule="auto"/>
        <w:ind w:firstLine="284"/>
        <w:jc w:val="both"/>
      </w:pPr>
      <w:r w:rsidRPr="00994820">
        <w:t>Prima che potesse varcare la soglia, la lama di un’enorme falce apparve improvvisamente, fermandosi a pochi centimetri dal suo collo.</w:t>
      </w:r>
    </w:p>
    <w:p w14:paraId="5065EF56" w14:textId="77777777" w:rsidR="007C3C6C" w:rsidRPr="00994820" w:rsidRDefault="007C3C6C" w:rsidP="00B1354B">
      <w:pPr>
        <w:spacing w:before="100" w:beforeAutospacing="1" w:line="360" w:lineRule="auto"/>
        <w:ind w:firstLine="284"/>
        <w:jc w:val="both"/>
      </w:pPr>
      <w:r w:rsidRPr="00994820">
        <w:t>«Ma certo che posso dirtelo,» disse Taker, divertito. «Quel ragazzo lavora per il governo, sai? È l’ultimo di noi ancora impegnato con Pensiero Profondo.»</w:t>
      </w:r>
    </w:p>
    <w:p w14:paraId="719B93AD" w14:textId="77777777" w:rsidR="007C3C6C" w:rsidRPr="00994820" w:rsidRDefault="007C3C6C" w:rsidP="00B1354B">
      <w:pPr>
        <w:spacing w:before="100" w:beforeAutospacing="1" w:line="360" w:lineRule="auto"/>
        <w:ind w:firstLine="284"/>
        <w:jc w:val="both"/>
      </w:pPr>
      <w:r w:rsidRPr="00994820">
        <w:t>Fanny non si scompose. «Che strano… ultimamente tipi come voi sembrano divertirsi a tormentarmi. Cosa vuole fare adesso, uccidermi? Faccia pure. Sarò solo un altro nome sulla sua lista.»</w:t>
      </w:r>
    </w:p>
    <w:p w14:paraId="787D4117" w14:textId="77777777" w:rsidR="007C3C6C" w:rsidRPr="00994820" w:rsidRDefault="007C3C6C" w:rsidP="00B1354B">
      <w:pPr>
        <w:spacing w:before="100" w:beforeAutospacing="1" w:line="360" w:lineRule="auto"/>
        <w:ind w:firstLine="284"/>
        <w:jc w:val="both"/>
      </w:pPr>
      <w:r w:rsidRPr="00994820">
        <w:t>Taker rise ancora. «Sai… credo di sapere chi ti ha parlato di me. Conosci Koro, vero?»</w:t>
      </w:r>
    </w:p>
    <w:p w14:paraId="78370943" w14:textId="77777777" w:rsidR="007C3C6C" w:rsidRPr="00994820" w:rsidRDefault="007C3C6C" w:rsidP="00B1354B">
      <w:pPr>
        <w:spacing w:before="100" w:beforeAutospacing="1" w:line="360" w:lineRule="auto"/>
        <w:ind w:firstLine="284"/>
        <w:jc w:val="both"/>
      </w:pPr>
      <w:r w:rsidRPr="00994820">
        <w:t>Fanny si irrigidì. «Non molto… ma sì, è stato lui a mandarmi qui.»</w:t>
      </w:r>
    </w:p>
    <w:p w14:paraId="726B3D8E" w14:textId="77777777" w:rsidR="007C3C6C" w:rsidRPr="00994820" w:rsidRDefault="007C3C6C" w:rsidP="00B1354B">
      <w:pPr>
        <w:spacing w:before="100" w:beforeAutospacing="1" w:line="360" w:lineRule="auto"/>
        <w:ind w:firstLine="284"/>
        <w:jc w:val="both"/>
      </w:pPr>
      <w:r w:rsidRPr="00994820">
        <w:t>Taker ridacchiò di nuovo, esasperandola ancora. «Allora prendi anche questi. Se sei amica sua e se sei il peperino che ho visto là fuori, ti torneranno utili.» Rovistò sotto il bancone e le lanciò due occhi sintetici, dello stesso colore di quelli di Fanny. «Boost Tek Eyes R. Sempre di mia creazione.»</w:t>
      </w:r>
    </w:p>
    <w:p w14:paraId="17257849" w14:textId="77777777" w:rsidR="007C3C6C" w:rsidRPr="00994820" w:rsidRDefault="007C3C6C" w:rsidP="00B1354B">
      <w:pPr>
        <w:spacing w:before="100" w:beforeAutospacing="1" w:line="360" w:lineRule="auto"/>
        <w:ind w:firstLine="284"/>
        <w:jc w:val="both"/>
      </w:pPr>
      <w:r w:rsidRPr="00994820">
        <w:t>Fanny li esaminò con sospetto. «Non mi serve guardare attraverso i vestiti,» commentò gelida, lanciando uno sguardo feroce verso Taker.</w:t>
      </w:r>
    </w:p>
    <w:p w14:paraId="13843A33" w14:textId="77777777" w:rsidR="007C3C6C" w:rsidRPr="00994820" w:rsidRDefault="007C3C6C" w:rsidP="00B1354B">
      <w:pPr>
        <w:spacing w:before="100" w:beforeAutospacing="1" w:line="360" w:lineRule="auto"/>
        <w:ind w:firstLine="284"/>
        <w:jc w:val="both"/>
      </w:pPr>
      <w:r w:rsidRPr="00994820">
        <w:t>«No, no, no. Non servono a quello,» disse Taker ridendo ancora. «Quel modello individua e segue le fonti di energia. In pratica ti permette di tracciare i movimenti di altri Boost Tek con precisione assoluta, quasi come al rallentatore.»</w:t>
      </w:r>
    </w:p>
    <w:p w14:paraId="52B97A69" w14:textId="77777777" w:rsidR="007C3C6C" w:rsidRPr="00994820" w:rsidRDefault="007C3C6C" w:rsidP="00B1354B">
      <w:pPr>
        <w:spacing w:before="100" w:beforeAutospacing="1" w:line="360" w:lineRule="auto"/>
        <w:ind w:firstLine="284"/>
        <w:jc w:val="both"/>
      </w:pPr>
      <w:r w:rsidRPr="00994820">
        <w:t>Fanny esitò ancora un momento, poi decise che almeno avrebbe potuto provarli. Con cautela iniziò a disinstallare il suo vecchio modello e applicare quello nuovo, osservandosi attentamente in uno specchio lì vicino. Conservò con cura il vecchio modello nella tasca sotto l’armatura.</w:t>
      </w:r>
    </w:p>
    <w:p w14:paraId="3099FDB7" w14:textId="77777777" w:rsidR="007C3C6C" w:rsidRPr="00994820" w:rsidRDefault="007C3C6C" w:rsidP="00B1354B">
      <w:pPr>
        <w:spacing w:before="100" w:beforeAutospacing="1" w:line="360" w:lineRule="auto"/>
        <w:ind w:firstLine="284"/>
        <w:jc w:val="both"/>
      </w:pPr>
      <w:r w:rsidRPr="00994820">
        <w:t>«Comunque noi e quel tipo losco eravamo colleghi, per così dire,» aggiunse Taker mentre Fanny terminava di installare i nuovi occhi, attirando nuovamente la sua attenzione.</w:t>
      </w:r>
    </w:p>
    <w:p w14:paraId="1EA71AB7" w14:textId="77777777" w:rsidR="007C3C6C" w:rsidRPr="00994820" w:rsidRDefault="007C3C6C" w:rsidP="00B1354B">
      <w:pPr>
        <w:spacing w:before="100" w:beforeAutospacing="1" w:line="360" w:lineRule="auto"/>
        <w:ind w:firstLine="284"/>
        <w:jc w:val="both"/>
      </w:pPr>
      <w:r w:rsidRPr="00994820">
        <w:lastRenderedPageBreak/>
        <w:t>La frase di Taker era talmente inframmezzata da risate nervose che Fanny dovette concentrarsi per capirne il senso. Alla fine, sbottò irritata, incapace di trattenersi oltre. «Si può sapere cosa ci trovi tanto divertente?!»</w:t>
      </w:r>
    </w:p>
    <w:p w14:paraId="0BB8B207" w14:textId="77777777" w:rsidR="007C3C6C" w:rsidRPr="00994820" w:rsidRDefault="007C3C6C" w:rsidP="00B1354B">
      <w:pPr>
        <w:spacing w:before="100" w:beforeAutospacing="1" w:line="360" w:lineRule="auto"/>
        <w:ind w:firstLine="284"/>
        <w:jc w:val="both"/>
      </w:pPr>
      <w:r w:rsidRPr="00994820">
        <w:t>Per la prima volta, il volto di Taker s’incupì, diventando serio, quasi triste. «Non è colpa mia.» Si sforzò inutilmente di trattenere un'altra risata. «Fin da piccolo sono sempre stato diverso. Qualche errore di progettazione, dissero i medici. Ho sempre amato il sangue… non facevo altro che tagliare me stesso e chiunque mi stesse intorno, e così…» esplose nuovamente in una risata violenta, questa volta con le lacrime agli occhi, «…i miei genitori, che avevano dovuto superare tante difficoltà per ottenere il permesso di avere un figlio, decisero che non potevano semplicemente arrendersi.»</w:t>
      </w:r>
    </w:p>
    <w:p w14:paraId="47927E53" w14:textId="77777777" w:rsidR="007C3C6C" w:rsidRPr="00994820" w:rsidRDefault="007C3C6C" w:rsidP="00B1354B">
      <w:pPr>
        <w:spacing w:before="100" w:beforeAutospacing="1" w:line="360" w:lineRule="auto"/>
        <w:ind w:firstLine="284"/>
        <w:jc w:val="both"/>
      </w:pPr>
      <w:r w:rsidRPr="00994820">
        <w:t>Fece una breve pausa, riprendendo fiato, prima di proseguire. «Passai la maggior parte della mia infanzia e adolescenza sotto pesanti dosi di Gratia per contenere la mia aggressività. Finalmente, a diciassette anni ebbi il coraggio!» Le sue risate si fecero più intense, ormai completamente fuori controllo. «Li uccisi nella notte, li macellai e nascosi i resti in cantina.» Ci fu una lunga pausa, un silenzio pesante e innaturale, prima che riprendesse. «Finalmente ero libero dalle dosi giornaliere di Gratia, ma ormai, dopo quella lunga terapia durante il mio sviluppo, la mia chimica cerebrale era irrimediabilmente alterata. Non potevo più smettere di ridere. Mai.»</w:t>
      </w:r>
    </w:p>
    <w:p w14:paraId="5A051071" w14:textId="77777777" w:rsidR="007C3C6C" w:rsidRPr="00994820" w:rsidRDefault="007C3C6C" w:rsidP="00B1354B">
      <w:pPr>
        <w:spacing w:before="100" w:beforeAutospacing="1" w:line="360" w:lineRule="auto"/>
        <w:ind w:firstLine="284"/>
        <w:jc w:val="both"/>
      </w:pPr>
      <w:r w:rsidRPr="00994820">
        <w:t>Fanny trattenne il respiro, provando un brivido di orrore davanti a quella storia macabra.</w:t>
      </w:r>
    </w:p>
    <w:p w14:paraId="0F54942C" w14:textId="77777777" w:rsidR="007C3C6C" w:rsidRPr="00994820" w:rsidRDefault="007C3C6C" w:rsidP="00B1354B">
      <w:pPr>
        <w:spacing w:before="100" w:beforeAutospacing="1" w:line="360" w:lineRule="auto"/>
        <w:ind w:firstLine="284"/>
        <w:jc w:val="both"/>
      </w:pPr>
      <w:r w:rsidRPr="00994820">
        <w:t>«Ovviamente,» continuò Taker, con una risata più bassa e amara, «non riuscii a nascondere il crimine a lungo. Anche perché senza la Gratia a regolarmi, il mio Emotion Value salì vertiginosamente. Ma La Sorridente fu… clemente,» disse con una evidente ironia. «Piuttosto che eliminarmi, decise di sfruttare la mia capacità di uccidere senza che questo minasse troppo la mia psiche.»</w:t>
      </w:r>
    </w:p>
    <w:p w14:paraId="3AC51CA6" w14:textId="77777777" w:rsidR="007C3C6C" w:rsidRPr="00994820" w:rsidRDefault="007C3C6C" w:rsidP="00B1354B">
      <w:pPr>
        <w:spacing w:before="100" w:beforeAutospacing="1" w:line="360" w:lineRule="auto"/>
        <w:ind w:firstLine="284"/>
        <w:jc w:val="both"/>
      </w:pPr>
      <w:r w:rsidRPr="00994820">
        <w:t>«Ci chiamavano “Gli Dei della Morte”,» disse Undertaker, improvvisamente serissimo.</w:t>
      </w:r>
    </w:p>
    <w:p w14:paraId="36E8DCC7" w14:textId="77777777" w:rsidR="007C3C6C" w:rsidRPr="00994820" w:rsidRDefault="007C3C6C" w:rsidP="00B1354B">
      <w:pPr>
        <w:spacing w:before="100" w:beforeAutospacing="1" w:line="360" w:lineRule="auto"/>
        <w:ind w:firstLine="284"/>
        <w:jc w:val="both"/>
      </w:pPr>
      <w:r w:rsidRPr="00994820">
        <w:t>Fanny rimase in silenzio religioso, ansiosa di capire meglio quel mondo oscuro e contorto.</w:t>
      </w:r>
    </w:p>
    <w:p w14:paraId="1E6A9B48" w14:textId="77777777" w:rsidR="007C3C6C" w:rsidRPr="00994820" w:rsidRDefault="007C3C6C" w:rsidP="00B1354B">
      <w:pPr>
        <w:spacing w:before="100" w:beforeAutospacing="1" w:line="360" w:lineRule="auto"/>
        <w:ind w:firstLine="284"/>
        <w:jc w:val="both"/>
      </w:pPr>
      <w:r w:rsidRPr="00994820">
        <w:t>«Non eravamo semplici criminali,» aggiunse lui, fissandola negli occhi. «Tra gli ufficiali ci chiamavano anche "La Notte che Cala".»</w:t>
      </w:r>
    </w:p>
    <w:p w14:paraId="7AD3DC97" w14:textId="77777777" w:rsidR="007C3C6C" w:rsidRPr="00994820" w:rsidRDefault="007C3C6C" w:rsidP="00B1354B">
      <w:pPr>
        <w:spacing w:before="100" w:beforeAutospacing="1" w:line="360" w:lineRule="auto"/>
        <w:ind w:firstLine="284"/>
        <w:jc w:val="both"/>
      </w:pPr>
      <w:r w:rsidRPr="00994820">
        <w:t>«…La Notte che Cala» ripeté Fanny, serrando i pugni.</w:t>
      </w:r>
    </w:p>
    <w:p w14:paraId="2CC278FA" w14:textId="77777777" w:rsidR="007C3C6C" w:rsidRPr="00994820" w:rsidRDefault="007C3C6C" w:rsidP="00B1354B">
      <w:pPr>
        <w:spacing w:before="100" w:beforeAutospacing="1" w:line="360" w:lineRule="auto"/>
        <w:ind w:firstLine="284"/>
        <w:jc w:val="both"/>
      </w:pPr>
      <w:r w:rsidRPr="00994820">
        <w:t>«Ora hanno nuovi "modelli". Della vecchia guardia siamo rimasti in pochi. Io ero stanco di servire un sistema che mi disprezzava e mi aveva distrutto,» spiegò Undertaker. «E così mollai il Dipartimento. Solo che…» esplose ancora in una risata carica di amarezza, «quegli stronzi resero pubblici i miei crimini e desecretarono il mio Emotion Value, così ora devo muovermi nell’ombra.»</w:t>
      </w:r>
    </w:p>
    <w:p w14:paraId="3BA7ECDB" w14:textId="77777777" w:rsidR="007C3C6C" w:rsidRPr="00994820" w:rsidRDefault="007C3C6C" w:rsidP="00B1354B">
      <w:pPr>
        <w:spacing w:before="100" w:beforeAutospacing="1" w:line="360" w:lineRule="auto"/>
        <w:ind w:firstLine="284"/>
        <w:jc w:val="both"/>
      </w:pPr>
      <w:r w:rsidRPr="00994820">
        <w:lastRenderedPageBreak/>
        <w:t>Fanny strinse i pugni, tesa. «Beh… almeno ora hai un passatempo meno violento. Mentre quel… bastardo continua a uccidere.»</w:t>
      </w:r>
    </w:p>
    <w:p w14:paraId="343665D3" w14:textId="77777777" w:rsidR="007C3C6C" w:rsidRPr="00994820" w:rsidRDefault="007C3C6C" w:rsidP="00B1354B">
      <w:pPr>
        <w:spacing w:before="100" w:beforeAutospacing="1" w:line="360" w:lineRule="auto"/>
        <w:ind w:firstLine="284"/>
        <w:jc w:val="both"/>
      </w:pPr>
      <w:r w:rsidRPr="00994820">
        <w:t>«Io voglio solo capire» proseguì, ormai più tra sé che rivolta a lui, «perché quel dannato… quel Kieren… fa quello che fa. Vorrei solo prenderlo a pugni su quella sua faccia arrogante.»</w:t>
      </w:r>
    </w:p>
    <w:p w14:paraId="25ED2872" w14:textId="77777777" w:rsidR="007C3C6C" w:rsidRPr="00994820" w:rsidRDefault="007C3C6C" w:rsidP="00B1354B">
      <w:pPr>
        <w:spacing w:before="100" w:beforeAutospacing="1" w:line="360" w:lineRule="auto"/>
        <w:ind w:firstLine="284"/>
        <w:jc w:val="both"/>
      </w:pPr>
      <w:r w:rsidRPr="00994820">
        <w:t>«Cosa ti ha fatto?» domandò Undertaker, incuriosito dal tono acceso della ragazza.</w:t>
      </w:r>
    </w:p>
    <w:p w14:paraId="16355A42" w14:textId="77777777" w:rsidR="007C3C6C" w:rsidRPr="00994820" w:rsidRDefault="007C3C6C" w:rsidP="00B1354B">
      <w:pPr>
        <w:spacing w:before="100" w:beforeAutospacing="1" w:line="360" w:lineRule="auto"/>
        <w:ind w:firstLine="284"/>
        <w:jc w:val="both"/>
      </w:pPr>
      <w:r w:rsidRPr="00994820">
        <w:t>Fanny abbassò lo sguardo, parlando piano. «L’ho visto in un vicolo. Aveva appena fatto a pezzi un Synborn che sembrava tutt'altro che pericoloso. L’ho percepito chiaramente: amava quello che stava facendo. Certo, poi è arrivato quell’altro Synborn impazzito… lì posso capirlo, forse. Ma prima…»</w:t>
      </w:r>
    </w:p>
    <w:p w14:paraId="17D45C56" w14:textId="77777777" w:rsidR="007C3C6C" w:rsidRPr="00994820" w:rsidRDefault="007C3C6C" w:rsidP="00B1354B">
      <w:pPr>
        <w:spacing w:before="100" w:beforeAutospacing="1" w:line="360" w:lineRule="auto"/>
        <w:ind w:firstLine="284"/>
        <w:jc w:val="both"/>
      </w:pPr>
      <w:r w:rsidRPr="00994820">
        <w:t>Undertaker smise improvvisamente di ridere. «Era solo il suo dovere.»</w:t>
      </w:r>
    </w:p>
    <w:p w14:paraId="48E71839" w14:textId="77777777" w:rsidR="007C3C6C" w:rsidRPr="00994820" w:rsidRDefault="007C3C6C" w:rsidP="00B1354B">
      <w:pPr>
        <w:spacing w:before="100" w:beforeAutospacing="1" w:line="360" w:lineRule="auto"/>
        <w:ind w:firstLine="284"/>
        <w:jc w:val="both"/>
      </w:pPr>
      <w:r w:rsidRPr="00994820">
        <w:t>«Il suo dovere?! Non avrebbe dovuto catturarlo?» sbottò Fanny con furia crescente. «E poi, scusa, uccidere non dovrebbe causare emozioni negative o cose simili? Immagino che anche il suo Emotion Value sia alto quanto il tuo.»</w:t>
      </w:r>
    </w:p>
    <w:p w14:paraId="64991966" w14:textId="77777777" w:rsidR="007C3C6C" w:rsidRPr="00994820" w:rsidRDefault="007C3C6C" w:rsidP="00B1354B">
      <w:pPr>
        <w:spacing w:before="100" w:beforeAutospacing="1" w:line="360" w:lineRule="auto"/>
        <w:ind w:firstLine="284"/>
        <w:jc w:val="both"/>
      </w:pPr>
      <w:r w:rsidRPr="00994820">
        <w:t>«Forse un tempo. Io mollai il Dipartimento proprio quando le cose iniziarono a cambiare. Adesso il loro compito non è più catturare e correggere» disse Undertaker, cupo. «E per quanto riguarda l’Emotion Value, gli Shinigami sono al di sopra della legge, qui.» Sospirò amaramente, lanciando uno sguardo verso la strada, oltre le mura che ostacolavano la vista dei comuni cittadini.</w:t>
      </w:r>
    </w:p>
    <w:p w14:paraId="60703DF6" w14:textId="77777777" w:rsidR="007C3C6C" w:rsidRPr="00994820" w:rsidRDefault="007C3C6C" w:rsidP="00B1354B">
      <w:pPr>
        <w:spacing w:before="100" w:beforeAutospacing="1" w:line="360" w:lineRule="auto"/>
        <w:ind w:firstLine="284"/>
        <w:jc w:val="both"/>
      </w:pPr>
      <w:r w:rsidRPr="00994820">
        <w:t>«Vieni,» disse improvvisamente. «C’è un’ottima occasione per mostrarti come funzionano davvero le cose. Un giudizio verrà eseguito a breve.» Si avviò rapidamente verso la porta del negozio, e Fanny lo seguì, desiderosa e inquieta, pronta a capire fino in fondo la vera natura di Ecliptica.</w:t>
      </w:r>
    </w:p>
    <w:p w14:paraId="4D05F363" w14:textId="77777777" w:rsidR="007C3C6C" w:rsidRPr="00994820" w:rsidRDefault="007C3C6C" w:rsidP="00B1354B">
      <w:pPr>
        <w:spacing w:before="100" w:beforeAutospacing="1" w:line="360" w:lineRule="auto"/>
        <w:ind w:firstLine="284"/>
        <w:jc w:val="both"/>
      </w:pPr>
      <w:r w:rsidRPr="00994820">
        <w:t>Uscirono dal negozio. Sul marciapiede, tre Emotion Sphere fluttuavano in cerchio, come avvoltoi sopra una ragazza in lacrime. Fanny la riconobbe subito: era la giovane aggredita dal Synborn impazzito. Nonostante fosse riuscita a scappare, alla fine l’avevano trovata.</w:t>
      </w:r>
    </w:p>
    <w:p w14:paraId="785701D1" w14:textId="77777777" w:rsidR="007C3C6C" w:rsidRPr="00994820" w:rsidRDefault="007C3C6C" w:rsidP="00B1354B">
      <w:pPr>
        <w:spacing w:before="100" w:beforeAutospacing="1" w:line="360" w:lineRule="auto"/>
        <w:ind w:firstLine="284"/>
        <w:jc w:val="both"/>
      </w:pPr>
      <w:r w:rsidRPr="00994820">
        <w:t>Taker indicò le tre sfere con un cenno del capo. «Ecco qual è il loro dovere,» sussurrò. «Controllano l’Emotion Level dei cittadini. È ciò per cui sono state progettate. E se sono già in formazione da tre, vuol dire che alcuni membri del Dipartimento stanno per arrivare. È la procedura standard per la cattura.»</w:t>
      </w:r>
    </w:p>
    <w:p w14:paraId="3CED9B7F" w14:textId="77777777" w:rsidR="007C3C6C" w:rsidRPr="00994820" w:rsidRDefault="007C3C6C" w:rsidP="00B1354B">
      <w:pPr>
        <w:spacing w:before="100" w:beforeAutospacing="1" w:line="360" w:lineRule="auto"/>
        <w:ind w:firstLine="284"/>
        <w:jc w:val="both"/>
      </w:pPr>
      <w:r w:rsidRPr="00994820">
        <w:t>Poi si voltò lentamente verso Fanny, parlandole con tono serio. «Ti consiglio di attivare quell’armatura.»</w:t>
      </w:r>
    </w:p>
    <w:p w14:paraId="0273389F" w14:textId="77777777" w:rsidR="007C3C6C" w:rsidRPr="00994820" w:rsidRDefault="007C3C6C" w:rsidP="00B1354B">
      <w:pPr>
        <w:spacing w:before="100" w:beforeAutospacing="1" w:line="360" w:lineRule="auto"/>
        <w:ind w:firstLine="284"/>
        <w:jc w:val="both"/>
      </w:pPr>
      <w:r w:rsidRPr="00994820">
        <w:lastRenderedPageBreak/>
        <w:t>La ragazza che Fanny aveva salvato era a terra, rannicchiata su se stessa come una bambola di stoffa abbandonata, le mani a coprirsi il viso mentre il suo pianto disperato lacerava l'aria. Sopra di lei, le tre Emotion Sphere continuavano a ruotare lentamente, disegnando cerchi concentrici, i fasci di luce che da gialli erano diventati di un arancione intenso.</w:t>
      </w:r>
    </w:p>
    <w:p w14:paraId="194FEB4E" w14:textId="77777777" w:rsidR="007C3C6C" w:rsidRPr="00994820" w:rsidRDefault="007C3C6C" w:rsidP="00B1354B">
      <w:pPr>
        <w:spacing w:before="100" w:beforeAutospacing="1" w:line="360" w:lineRule="auto"/>
        <w:ind w:firstLine="284"/>
        <w:jc w:val="both"/>
      </w:pPr>
      <w:r w:rsidRPr="00994820">
        <w:t>«Vi… prego…» implorava la ragazza tra i singhiozzi. «Datemi della Gratia… sono certa che mi passerà subito… non serve… non serve tutto questo…» Le sue frasi diventavano sempre più sconnesse, mentre lo sguardo fisso verso le tre sfere diventava sempre più terrorizzato, come se sperasse davvero che potessero capirla.</w:t>
      </w:r>
    </w:p>
    <w:p w14:paraId="2A02C404" w14:textId="77777777" w:rsidR="007C3C6C" w:rsidRPr="00994820" w:rsidRDefault="007C3C6C" w:rsidP="00B1354B">
      <w:pPr>
        <w:spacing w:before="100" w:beforeAutospacing="1" w:line="360" w:lineRule="auto"/>
        <w:ind w:firstLine="284"/>
        <w:jc w:val="both"/>
      </w:pPr>
      <w:r w:rsidRPr="00994820">
        <w:t>Attorno a lei, tre Elvenar avevano già stretto il cerchio con una precisione disumana, immobili e impassibili. I Synborn cadetti mantenevano la strada sgombra, assicurandosi che nessuno interferisse. I loro sguardi freddi ignoravano volutamente il pianto disperato della ragazza; il loro unico compito era assicurare il corretto svolgimento del giudizio. La chiamata a uno Shinigami era ormai inevitabile, fredda come una sentenza già scritta.</w:t>
      </w:r>
    </w:p>
    <w:p w14:paraId="47268C2B" w14:textId="77777777" w:rsidR="007C3C6C" w:rsidRPr="00994820" w:rsidRDefault="007C3C6C" w:rsidP="00B1354B">
      <w:pPr>
        <w:spacing w:before="100" w:beforeAutospacing="1" w:line="360" w:lineRule="auto"/>
        <w:ind w:firstLine="284"/>
        <w:jc w:val="both"/>
      </w:pPr>
      <w:r w:rsidRPr="00994820">
        <w:t>Fanny osservò la scena con gli occhi sgranati, incapace di comprenderla immediatamente, come se suoni e immagini le arrivassero da una distanza siderale, distorte e irreali.</w:t>
      </w:r>
    </w:p>
    <w:p w14:paraId="2CDC28BC" w14:textId="77777777" w:rsidR="007C3C6C" w:rsidRPr="00994820" w:rsidRDefault="007C3C6C" w:rsidP="00B1354B">
      <w:pPr>
        <w:spacing w:before="100" w:beforeAutospacing="1" w:line="360" w:lineRule="auto"/>
        <w:ind w:firstLine="284"/>
        <w:jc w:val="both"/>
      </w:pPr>
      <w:r w:rsidRPr="00994820">
        <w:t>«Non capisco… che cosa sta succedendo?» chiese, turbata.</w:t>
      </w:r>
    </w:p>
    <w:p w14:paraId="15138958" w14:textId="77777777" w:rsidR="007C3C6C" w:rsidRPr="00994820" w:rsidRDefault="007C3C6C" w:rsidP="00B1354B">
      <w:pPr>
        <w:spacing w:before="100" w:beforeAutospacing="1" w:line="360" w:lineRule="auto"/>
        <w:ind w:firstLine="284"/>
        <w:jc w:val="both"/>
      </w:pPr>
      <w:r w:rsidRPr="00994820">
        <w:t>Taker sorrise tristemente, osservando la scena. «Ho dotato la tua armatura di un Emotion Reader. È roba illegale, ovviamente, ma attivalo e vedrai coi tuoi occhi.»</w:t>
      </w:r>
    </w:p>
    <w:p w14:paraId="2988AEAA" w14:textId="77777777" w:rsidR="007C3C6C" w:rsidRPr="00994820" w:rsidRDefault="007C3C6C" w:rsidP="00B1354B">
      <w:pPr>
        <w:spacing w:before="100" w:beforeAutospacing="1" w:line="360" w:lineRule="auto"/>
        <w:ind w:firstLine="284"/>
        <w:jc w:val="both"/>
      </w:pPr>
      <w:r w:rsidRPr="00994820">
        <w:t>I fasci luminosi delle sfere stavano ormai tingendosi di rosso.</w:t>
      </w:r>
    </w:p>
    <w:p w14:paraId="7BA18459" w14:textId="77777777" w:rsidR="007C3C6C" w:rsidRPr="00994820" w:rsidRDefault="007C3C6C" w:rsidP="00B1354B">
      <w:pPr>
        <w:spacing w:before="100" w:beforeAutospacing="1" w:line="360" w:lineRule="auto"/>
        <w:ind w:firstLine="284"/>
        <w:jc w:val="both"/>
      </w:pPr>
      <w:r w:rsidRPr="00994820">
        <w:t>«Non vorranno farle del male… È solo una ragazza traumatizzata…» sibilò Fanny, mentre gli indicatori dell’armatura iniziarono a scorrerle davanti agli occhi:</w:t>
      </w:r>
    </w:p>
    <w:p w14:paraId="7E5F4D4E" w14:textId="77777777" w:rsidR="007C3C6C" w:rsidRPr="00994820" w:rsidRDefault="007C3C6C" w:rsidP="00B1354B">
      <w:pPr>
        <w:spacing w:before="100" w:beforeAutospacing="1" w:line="360" w:lineRule="auto"/>
        <w:ind w:firstLine="284"/>
        <w:jc w:val="center"/>
      </w:pPr>
      <w:r w:rsidRPr="00994820">
        <w:rPr>
          <w:b/>
          <w:bCs/>
        </w:rPr>
        <w:t>Emotion Value nell’area:</w:t>
      </w:r>
      <w:r w:rsidRPr="00994820">
        <w:br/>
      </w:r>
      <w:r w:rsidRPr="00994820">
        <w:rPr>
          <w:b/>
          <w:bCs/>
        </w:rPr>
        <w:t>Fanny:</w:t>
      </w:r>
      <w:r w:rsidRPr="00994820">
        <w:t xml:space="preserve"> 40 (stabile);</w:t>
      </w:r>
      <w:r w:rsidRPr="00994820">
        <w:br/>
      </w:r>
      <w:r w:rsidRPr="00994820">
        <w:rPr>
          <w:b/>
          <w:bCs/>
        </w:rPr>
        <w:t>Undertaker:</w:t>
      </w:r>
      <w:r w:rsidRPr="00994820">
        <w:t xml:space="preserve"> 850 (stabile);</w:t>
      </w:r>
      <w:r w:rsidRPr="00994820">
        <w:br/>
      </w:r>
      <w:r w:rsidRPr="00994820">
        <w:rPr>
          <w:b/>
          <w:bCs/>
        </w:rPr>
        <w:t>Giovane ragazza:</w:t>
      </w:r>
      <w:r w:rsidRPr="00994820">
        <w:t xml:space="preserve"> 47… 56… in rapido aumento.</w:t>
      </w:r>
    </w:p>
    <w:p w14:paraId="292596A8" w14:textId="77777777" w:rsidR="007C3C6C" w:rsidRPr="00994820" w:rsidRDefault="007C3C6C" w:rsidP="00B1354B">
      <w:pPr>
        <w:spacing w:before="100" w:beforeAutospacing="1" w:line="360" w:lineRule="auto"/>
        <w:ind w:firstLine="284"/>
        <w:jc w:val="both"/>
      </w:pPr>
      <w:r w:rsidRPr="00994820">
        <w:t>Improvvisamente Fanny si voltò verso Taker, gli occhi spalancati. «Aspetta… perché ha così tanta paura? Perché anche voi temete quelle sfere, quei dannati robot… tutto questo sistema?»</w:t>
      </w:r>
    </w:p>
    <w:p w14:paraId="22118579" w14:textId="77777777" w:rsidR="007C3C6C" w:rsidRPr="00994820" w:rsidRDefault="007C3C6C" w:rsidP="00B1354B">
      <w:pPr>
        <w:spacing w:before="100" w:beforeAutospacing="1" w:line="360" w:lineRule="auto"/>
        <w:ind w:firstLine="284"/>
        <w:jc w:val="both"/>
      </w:pPr>
      <w:r w:rsidRPr="00994820">
        <w:t>Taker si limitò a sorriderle, ma il suo sorriso aveva un che di amaro e malinconico.</w:t>
      </w:r>
    </w:p>
    <w:p w14:paraId="153A2FA7" w14:textId="77777777" w:rsidR="007C3C6C" w:rsidRPr="00994820" w:rsidRDefault="007C3C6C" w:rsidP="00B1354B">
      <w:pPr>
        <w:spacing w:before="100" w:beforeAutospacing="1" w:line="360" w:lineRule="auto"/>
        <w:ind w:firstLine="284"/>
        <w:jc w:val="both"/>
      </w:pPr>
      <w:r w:rsidRPr="00994820">
        <w:lastRenderedPageBreak/>
        <w:t>«Mio padre…» iniziò Fanny con voce tremante, «mi ha raccontato della città quando ero piccola. Diceva…» la sua voce si spezzò per un attimo, mentre l’ansia le confondeva la mente come era successo nella strada principale. «Ecco! Diceva che non dovevo mai avere paura della città! Anche se il mio umore fosse diventato cupo, mi avrebbero curata! Che avevate percorsi di terapia rapidissimi… bastava un giorno e mi sarei ripresa persino dalla morte del nostro gatto! Diceva… ero piccola, ma ricordo bene!» scosse la testa, cercando di concentrarsi di nuovo. «Basta la terapia, no?!» urlò improvvisamente, afferrando Taker per la giacca con rabbia.</w:t>
      </w:r>
    </w:p>
    <w:p w14:paraId="7442D216" w14:textId="77777777" w:rsidR="007C3C6C" w:rsidRPr="00994820" w:rsidRDefault="007C3C6C" w:rsidP="00B1354B">
      <w:pPr>
        <w:spacing w:before="100" w:beforeAutospacing="1" w:line="360" w:lineRule="auto"/>
        <w:ind w:firstLine="284"/>
        <w:jc w:val="both"/>
      </w:pPr>
      <w:r w:rsidRPr="00994820">
        <w:t>Lui ridacchiò debolmente, rispondendo con una calma inquietante. «Come ti ho detto, le cose sono cambiate.» Il sorriso svanì del tutto dal suo volto. «Per questo ho mollato. La Sorridente ha sciolto ogni percorso terapeutico. Il Dipartimento dell’Alba non produce più psicologi né medici della mente.»</w:t>
      </w:r>
    </w:p>
    <w:p w14:paraId="42828D94" w14:textId="77777777" w:rsidR="007C3C6C" w:rsidRPr="00994820" w:rsidRDefault="007C3C6C" w:rsidP="00B1354B">
      <w:pPr>
        <w:spacing w:before="100" w:beforeAutospacing="1" w:line="360" w:lineRule="auto"/>
        <w:ind w:firstLine="284"/>
        <w:jc w:val="both"/>
      </w:pPr>
      <w:r w:rsidRPr="00994820">
        <w:t>Fanny lo fissò incredula. «E alla gente va bene?! E cosa succederà a quella ragazza?» chiese disperata.</w:t>
      </w:r>
    </w:p>
    <w:p w14:paraId="257E3CB6" w14:textId="77777777" w:rsidR="007C3C6C" w:rsidRPr="00994820" w:rsidRDefault="007C3C6C" w:rsidP="00B1354B">
      <w:pPr>
        <w:spacing w:before="100" w:beforeAutospacing="1" w:line="360" w:lineRule="auto"/>
        <w:ind w:firstLine="284"/>
        <w:jc w:val="both"/>
      </w:pPr>
      <w:r w:rsidRPr="00994820">
        <w:t>«La gente non sa nulla. Alcuni spariscono nella notte, ma il Dipartimento del Mezzogiorno diffonde sempre la voce che erano persone oltre ogni possibilità di recupero e che saranno trasformati in Elvenar. A volte succede. Altre volte, se sei più fortunato, muori e basta» concluse Taker, cupo.</w:t>
      </w:r>
    </w:p>
    <w:p w14:paraId="76EBD2B4" w14:textId="77777777" w:rsidR="007C3C6C" w:rsidRPr="00994820" w:rsidRDefault="007C3C6C" w:rsidP="00B1354B">
      <w:pPr>
        <w:spacing w:before="100" w:beforeAutospacing="1" w:line="360" w:lineRule="auto"/>
        <w:ind w:firstLine="284"/>
        <w:jc w:val="both"/>
      </w:pPr>
      <w:r w:rsidRPr="00994820">
        <w:t>«Ma… non ha colpa di nulla… stava solo camminando per la città…» sussurrò Fanny. Eppure, la città non vedeva colpe, vedeva solo instabilità. Un Emotion Value troppo alto era diventato una condanna, in un luogo dove nessuno aveva più il diritto di essere fragile.</w:t>
      </w:r>
    </w:p>
    <w:p w14:paraId="4FFF3342" w14:textId="77777777" w:rsidR="007C3C6C" w:rsidRPr="00994820" w:rsidRDefault="007C3C6C" w:rsidP="00B1354B">
      <w:pPr>
        <w:spacing w:before="100" w:beforeAutospacing="1" w:line="360" w:lineRule="auto"/>
        <w:ind w:firstLine="284"/>
        <w:jc w:val="both"/>
      </w:pPr>
      <w:r w:rsidRPr="00994820">
        <w:t>Fanny decise che non poteva rimanere ferma a guardare. «Boost Tek Speed!» ringhiò con tutta la forza dei suoi polmoni, e in un lampo la sua gamba d’acciaio, insieme alla nuova armatura, le permise uno scatto incredibile, quasi felino. Con il pugno stretto, carico di rabbia e determinazione, si lanciò verso l’Elvenar più vicino.</w:t>
      </w:r>
    </w:p>
    <w:p w14:paraId="0C5E4C29" w14:textId="77777777" w:rsidR="007C3C6C" w:rsidRPr="00994820" w:rsidRDefault="007C3C6C" w:rsidP="00B1354B">
      <w:pPr>
        <w:spacing w:before="100" w:beforeAutospacing="1" w:line="360" w:lineRule="auto"/>
        <w:ind w:firstLine="284"/>
        <w:jc w:val="both"/>
      </w:pPr>
      <w:r w:rsidRPr="00994820">
        <w:t>Le luci degli occhi vuoti dei tre Elvenar lampeggiarono in sincrono. Un campo energetico si attivò immediatamente, rinchiudendo la ragazza in lacrime in una gabbia virtuale. Fanny cercò di sfondarla a pugni, colpendola ripetutamente con furia e disperazione, ma senza risultato. Taker la raggiunse, poggiandole delicatamente una mano sulla spalla, ma lei la scosse via con rabbia.</w:t>
      </w:r>
    </w:p>
    <w:p w14:paraId="189C8AED" w14:textId="77777777" w:rsidR="007C3C6C" w:rsidRPr="00994820" w:rsidRDefault="007C3C6C" w:rsidP="00B1354B">
      <w:pPr>
        <w:spacing w:before="100" w:beforeAutospacing="1" w:line="360" w:lineRule="auto"/>
        <w:ind w:firstLine="284"/>
        <w:jc w:val="both"/>
      </w:pPr>
      <w:r w:rsidRPr="00994820">
        <w:t>«Aiutami! Tu non hai niente da perdere!» gridò disperata.</w:t>
      </w:r>
    </w:p>
    <w:p w14:paraId="488A6B42" w14:textId="77777777" w:rsidR="007C3C6C" w:rsidRPr="00994820" w:rsidRDefault="007C3C6C" w:rsidP="00B1354B">
      <w:pPr>
        <w:spacing w:before="100" w:beforeAutospacing="1" w:line="360" w:lineRule="auto"/>
        <w:ind w:firstLine="284"/>
        <w:jc w:val="both"/>
      </w:pPr>
      <w:r w:rsidRPr="00994820">
        <w:t>«Non possiamo fare nulla con un Emotion Value sopra dieci» rispose Taker con voce calma, quasi rassegnata.</w:t>
      </w:r>
    </w:p>
    <w:p w14:paraId="01418F8F" w14:textId="77777777" w:rsidR="007C3C6C" w:rsidRPr="00994820" w:rsidRDefault="007C3C6C" w:rsidP="00B1354B">
      <w:pPr>
        <w:spacing w:before="100" w:beforeAutospacing="1" w:line="360" w:lineRule="auto"/>
        <w:ind w:firstLine="284"/>
        <w:jc w:val="both"/>
      </w:pPr>
      <w:r w:rsidRPr="00994820">
        <w:t>La rabbia di Fanny si intensificò insieme al suo EV, ma improvvisamente ebbe un’intuizione.</w:t>
      </w:r>
    </w:p>
    <w:p w14:paraId="4B2D067D" w14:textId="77777777" w:rsidR="007C3C6C" w:rsidRPr="00994820" w:rsidRDefault="007C3C6C" w:rsidP="00B1354B">
      <w:pPr>
        <w:spacing w:before="100" w:beforeAutospacing="1" w:line="360" w:lineRule="auto"/>
        <w:ind w:firstLine="284"/>
        <w:jc w:val="both"/>
      </w:pPr>
      <w:r w:rsidRPr="00994820">
        <w:lastRenderedPageBreak/>
        <w:t>Corse rapidamente indietro, entrò come una furia nel negozio e ingoiò l’ultima dose di Gratia che aveva trovato lì, sentendo immediatamente il gelo chimico calmarle le viscere, allentare le corde della sua paura. Quel liquido ambrato le invase rapidamente il corpo. Lo sentiva più leggero, la mente quasi annebbiata. Attorno a lei immagini del padre e dei suoi compleanni più felici. Sul suo volto apparve un sorriso ebete, e iniziò a camminare verso la porta, per raggiungere nuovamente l’esterno, pensando solo al meraviglioso cibo che avrebbe gustato a breve. Arrivata all’uscio fu il pianto disperata di quella fragile ragazza a riportare la sua mente in quella terra e in quel corpo. La Gratia era ancora lì, ma ora era tornata anche lei. Quando uscì di nuovo in strada, i suoi occhi erano vuoti, la mente ferma e concentrata. Il colpo che sferrò contro la barriera fu brutale, un pugno carico di potenza e di controllo assoluto. L’onda d’urto esplose silenziosa, abbattendosi contro lo schermo e scagliando via uno degli Elvenar.</w:t>
      </w:r>
    </w:p>
    <w:p w14:paraId="195EC354" w14:textId="77777777" w:rsidR="007C3C6C" w:rsidRPr="00994820" w:rsidRDefault="007C3C6C" w:rsidP="00B1354B">
      <w:pPr>
        <w:spacing w:before="100" w:beforeAutospacing="1" w:line="360" w:lineRule="auto"/>
        <w:ind w:firstLine="284"/>
        <w:jc w:val="both"/>
      </w:pPr>
      <w:r w:rsidRPr="00994820">
        <w:t>Le urla disperate della ragazza cessarono insieme al suo pianto. Qualcuno la stava aiutando, ma perché? Fanny si chinò rapidamente verso di lei, la voce fredda e tagliente: «Scappa, ora.»</w:t>
      </w:r>
    </w:p>
    <w:p w14:paraId="63782B41" w14:textId="77777777" w:rsidR="007C3C6C" w:rsidRPr="00994820" w:rsidRDefault="007C3C6C" w:rsidP="00B1354B">
      <w:pPr>
        <w:spacing w:before="100" w:beforeAutospacing="1" w:line="360" w:lineRule="auto"/>
        <w:ind w:firstLine="284"/>
        <w:jc w:val="both"/>
      </w:pPr>
      <w:r w:rsidRPr="00994820">
        <w:t>Ma sentì subito il peso degli sguardi dietro di lei. Anche Koro era uscito dal negozio e aveva raggiunto Taker. Entrambi erano immobili, cupi come la notte.</w:t>
      </w:r>
    </w:p>
    <w:p w14:paraId="1420503B" w14:textId="77777777" w:rsidR="007C3C6C" w:rsidRPr="00994820" w:rsidRDefault="007C3C6C" w:rsidP="00B1354B">
      <w:pPr>
        <w:spacing w:before="100" w:beforeAutospacing="1" w:line="360" w:lineRule="auto"/>
        <w:ind w:firstLine="284"/>
        <w:jc w:val="both"/>
      </w:pPr>
      <w:r w:rsidRPr="00994820">
        <w:t>«La Notte calerà…» sussurrarono all’unisono. «Il giudizio è già stato emesso.»</w:t>
      </w:r>
    </w:p>
    <w:p w14:paraId="36B2A553" w14:textId="77777777" w:rsidR="007C3C6C" w:rsidRPr="00994820" w:rsidRDefault="007C3C6C" w:rsidP="00B1354B">
      <w:pPr>
        <w:spacing w:before="100" w:beforeAutospacing="1" w:after="100" w:afterAutospacing="1" w:line="360" w:lineRule="auto"/>
        <w:ind w:firstLine="284"/>
        <w:jc w:val="both"/>
      </w:pPr>
      <w:r w:rsidRPr="00994820">
        <w:t xml:space="preserve">Fanny comprese immediatamente cosa significasse. Guardò la ragazza che cercava disperatamente una via di fuga, ma la sua strada era già bloccata. </w:t>
      </w:r>
      <w:bookmarkStart w:id="1" w:name="OLE_LINK2"/>
      <w:r w:rsidRPr="00994820">
        <w:t xml:space="preserve">Una figura minuta e spettrale, dai lunghi capelli bianchi, stava emergendo dal lucido lastricato che componeva la strada in ferro. La ragazza dai capelli azzurri si immobilizzò terrorizzata, mentre la figura spettrale vestita di bianco le era apparsa davanti. I suoi occhi emanavano un tenue bagliore e fissi sul suo obiettivo penetravano lo sguardo della ragazza terrorizzata come lame attraverso il burro. Come estratte dal vento stesso, la ragazza dal cappuccio bianco e i lunghi capelli eterei estrasse due piccole falci scure, nere come la notte. Una volta emersa dal suolo appariva come avvolta in una nebbia che sembrava generarsi dal suo stesso corpo, la figura fluttuava senza peso, con i piedi dissolti in un’evanescenza spettrale. Nell’insieme era una visione rassicurante e terrificante al tempo stesso: Un viso quasi angelico, ma bianco come la morte avvolto in una lunga veste candida, con dei capelli quasi eterei lunghi e scomposti che le incorniciavano il viso. A contrastare tutto quel bianco, oltre alle mezzelune elegantemente nere, era la veste sotto il manto candido. Indossava una tuta nera aderente, incisa da linee di luce azzurra che si accendevano a tratti, come se pulsassero di energia latente. Nessuna emozione traspariva dal suo volto, solo glaciale efficienza. </w:t>
      </w:r>
    </w:p>
    <w:bookmarkEnd w:id="1"/>
    <w:p w14:paraId="7E7D3C56" w14:textId="77777777" w:rsidR="007C3C6C" w:rsidRPr="00994820" w:rsidRDefault="007C3C6C" w:rsidP="00B1354B">
      <w:pPr>
        <w:spacing w:before="100" w:beforeAutospacing="1" w:after="100" w:afterAutospacing="1" w:line="360" w:lineRule="auto"/>
        <w:ind w:firstLine="284"/>
        <w:jc w:val="both"/>
      </w:pPr>
      <w:r w:rsidRPr="00994820">
        <w:t>«Che razza di città è questa?» mormorò Fanny, sentendo il cuore spezzarsi.</w:t>
      </w:r>
    </w:p>
    <w:p w14:paraId="2580B19F" w14:textId="77777777" w:rsidR="007C3C6C" w:rsidRPr="00994820" w:rsidRDefault="007C3C6C" w:rsidP="00B1354B">
      <w:pPr>
        <w:spacing w:before="100" w:beforeAutospacing="1" w:line="360" w:lineRule="auto"/>
        <w:ind w:firstLine="284"/>
        <w:jc w:val="both"/>
      </w:pPr>
      <w:r w:rsidRPr="00994820">
        <w:t>La voce della Shinigami rispose con un sussurro glaciale. «La Notte calerà sui peccatori.»</w:t>
      </w:r>
    </w:p>
    <w:p w14:paraId="552AD656" w14:textId="77777777" w:rsidR="007C3C6C" w:rsidRPr="00994820" w:rsidRDefault="007C3C6C" w:rsidP="00B1354B">
      <w:pPr>
        <w:spacing w:before="100" w:beforeAutospacing="1" w:line="360" w:lineRule="auto"/>
        <w:ind w:firstLine="284"/>
        <w:jc w:val="both"/>
      </w:pPr>
      <w:r w:rsidRPr="00994820">
        <w:lastRenderedPageBreak/>
        <w:t>«No!» gridò Fanny, avanzando con determinazione. «No! Sono stata io! Mi senti, maledetta? Sono stata IO!»</w:t>
      </w:r>
    </w:p>
    <w:p w14:paraId="676D7635" w14:textId="77777777" w:rsidR="007C3C6C" w:rsidRPr="00994820" w:rsidRDefault="007C3C6C" w:rsidP="00B1354B">
      <w:pPr>
        <w:spacing w:before="100" w:beforeAutospacing="1" w:line="360" w:lineRule="auto"/>
        <w:ind w:firstLine="284"/>
        <w:jc w:val="both"/>
      </w:pPr>
      <w:r w:rsidRPr="00994820">
        <w:t>Ma quegli occhi digitali e privi di emozioni non le diedero alcuna risposta. Analizzarono, calcolarono, condannarono.</w:t>
      </w:r>
    </w:p>
    <w:p w14:paraId="6D5CCEB4" w14:textId="77777777" w:rsidR="007C3C6C" w:rsidRPr="00994820" w:rsidRDefault="007C3C6C" w:rsidP="00B1354B">
      <w:pPr>
        <w:spacing w:before="100" w:beforeAutospacing="1" w:line="360" w:lineRule="auto"/>
        <w:ind w:firstLine="284"/>
        <w:jc w:val="both"/>
      </w:pPr>
      <w:r w:rsidRPr="00994820">
        <w:t>«Il tuo EV è stabile. Loro… sono compromessi. Sono peccatori.»</w:t>
      </w:r>
    </w:p>
    <w:p w14:paraId="1C72CE79" w14:textId="77777777" w:rsidR="007C3C6C" w:rsidRPr="00994820" w:rsidRDefault="007C3C6C" w:rsidP="00B1354B">
      <w:pPr>
        <w:spacing w:before="100" w:beforeAutospacing="1" w:line="360" w:lineRule="auto"/>
        <w:ind w:firstLine="284"/>
        <w:jc w:val="both"/>
      </w:pPr>
      <w:r w:rsidRPr="00994820">
        <w:t>La voce della Shinigami era vuota. Come lo era sempre stata.</w:t>
      </w:r>
    </w:p>
    <w:p w14:paraId="7B67ADD4" w14:textId="77777777" w:rsidR="007C3C6C" w:rsidRPr="00994820" w:rsidRDefault="007C3C6C" w:rsidP="00B1354B">
      <w:pPr>
        <w:spacing w:before="100" w:beforeAutospacing="1" w:line="360" w:lineRule="auto"/>
        <w:ind w:firstLine="284"/>
        <w:jc w:val="both"/>
      </w:pPr>
      <w:r w:rsidRPr="00994820">
        <w:t>L’Elvenar colpito da Fanny barcollò per un istante, il visore incrinato dall’impatto, ma fu solo un battito di cuore prima che i suoi arti meccanici si riassestassero con uno schiocco sinistro. Gli altri due si mossero all’unisono, sagome lunghe e nere come ombre senz'anima, pronte a chiudere la trappola.</w:t>
      </w:r>
    </w:p>
    <w:p w14:paraId="53848EDB" w14:textId="77777777" w:rsidR="007C3C6C" w:rsidRPr="00994820" w:rsidRDefault="007C3C6C" w:rsidP="00B1354B">
      <w:pPr>
        <w:spacing w:before="100" w:beforeAutospacing="1" w:line="360" w:lineRule="auto"/>
        <w:ind w:firstLine="284"/>
        <w:jc w:val="both"/>
      </w:pPr>
      <w:r w:rsidRPr="00994820">
        <w:t>Fanny non attese il contrattacco. Il suo braccio sinistro, attraversato da cavi e metallo, sfrecciò in avanti, fendendo l’aria come un proiettile. Un altro Elvenar cercò di intercettarla, ma era già troppo tardi: Fanny si abbassò, scivolando sotto la traiettoria del colpo avversario, e con un movimento rapido piantò le pesanti nocche in acciaio contro il petto della creatura, respingendola con violenza.</w:t>
      </w:r>
    </w:p>
    <w:p w14:paraId="1F6956AE" w14:textId="77777777" w:rsidR="007C3C6C" w:rsidRPr="00994820" w:rsidRDefault="007C3C6C" w:rsidP="00B1354B">
      <w:pPr>
        <w:spacing w:before="100" w:beforeAutospacing="1" w:line="360" w:lineRule="auto"/>
        <w:ind w:firstLine="284"/>
        <w:jc w:val="both"/>
      </w:pPr>
      <w:r w:rsidRPr="00994820">
        <w:t>Le Emotion Sphere reagirono immediatamente. I fasci luminosi rosso sangue si spostarono su di lei come occhi infuocati che l'avevano identificata. La loro voce sintetica vibrò nell'aria, una sentenza digitale definitiva: «Deviazione rilevata. Instabilità emotiva. Richiesta eliminazione.»</w:t>
      </w:r>
    </w:p>
    <w:p w14:paraId="272F1300" w14:textId="77777777" w:rsidR="007C3C6C" w:rsidRPr="00994820" w:rsidRDefault="007C3C6C" w:rsidP="00B1354B">
      <w:pPr>
        <w:spacing w:before="100" w:beforeAutospacing="1" w:line="360" w:lineRule="auto"/>
        <w:ind w:firstLine="284"/>
        <w:jc w:val="both"/>
      </w:pPr>
      <w:r w:rsidRPr="00994820">
        <w:t>Uno degli Elvenar si rialzò lentamente alle sue spalle, il viso privo di espressione, la macchina del sistema pronta a cancellarla.</w:t>
      </w:r>
    </w:p>
    <w:p w14:paraId="53F8ACE8" w14:textId="77777777" w:rsidR="007C3C6C" w:rsidRPr="00994820" w:rsidRDefault="007C3C6C" w:rsidP="00B1354B">
      <w:pPr>
        <w:spacing w:before="100" w:beforeAutospacing="1" w:line="360" w:lineRule="auto"/>
        <w:ind w:firstLine="284"/>
        <w:jc w:val="both"/>
      </w:pPr>
      <w:r w:rsidRPr="00994820">
        <w:t xml:space="preserve">Fanny non arretrò, ma anzi senza alcun timore continuò a combattere senza tregua, i suoi colpi si infrangevano contro la corazza impeccabile degli Elvenar, ma per quante volte li abbattesse, loro continuavano a rialzarsi, persino quando i loro arti, ormai ridotti in pezzi, lasciavano colare sangue e fluidi sul terreno. </w:t>
      </w:r>
      <w:bookmarkStart w:id="2" w:name="OLE_LINK3"/>
      <w:r w:rsidRPr="00994820">
        <w:t>La luce rossa delle Emotion Sphere filtrava tra gli edifici come un occhio onnipresente e, proprio sotto quel bagliore, la Shinigami era pronta a porre fine a tutto, e, come un’ombra che prende forma, quella sua aura eterea che l’aveva avvolta sembrò svanire. Senza alcun battito d'emozione, le due lame si sollevarono all’unisono puntando verso la ragazza, immobile e terrorizzata. La Shinigami dallo sguardo gelido e dal volto candido era pronta a eseguire la condanna.</w:t>
      </w:r>
    </w:p>
    <w:bookmarkEnd w:id="2"/>
    <w:p w14:paraId="060E2C2F" w14:textId="77777777" w:rsidR="007C3C6C" w:rsidRPr="00994820" w:rsidRDefault="007C3C6C" w:rsidP="00B1354B">
      <w:pPr>
        <w:spacing w:before="100" w:beforeAutospacing="1" w:line="360" w:lineRule="auto"/>
        <w:ind w:firstLine="284"/>
        <w:jc w:val="both"/>
      </w:pPr>
      <w:r w:rsidRPr="00994820">
        <w:t xml:space="preserve">Le lame vibrarono nell’aria, feroci e letali. Ma non riuscirono a centrare il proprio obiettivo. La ragazza era ancora in vita, per ora. </w:t>
      </w:r>
    </w:p>
    <w:p w14:paraId="68C1A9C4" w14:textId="77777777" w:rsidR="007C3C6C" w:rsidRPr="00994820" w:rsidRDefault="007C3C6C" w:rsidP="00B1354B">
      <w:pPr>
        <w:spacing w:before="100" w:beforeAutospacing="1" w:line="360" w:lineRule="auto"/>
        <w:ind w:firstLine="284"/>
        <w:jc w:val="both"/>
      </w:pPr>
      <w:r w:rsidRPr="00994820">
        <w:lastRenderedPageBreak/>
        <w:t>Una scintilla illuminò gli occhi della ragazza ormai in lacrime: la falce di Taker piombò dall’alto, incrociando il colpo e deviandolo in una pioggia di scintille. Il clangore risuonò come una campana funebre e fu sufficiente: la ragazza colse l’occasione e scattò via, sparendo tra le strade di Ecliptica con una rapidità che solo il terrore e l’adrenalina vera possono dare.</w:t>
      </w:r>
    </w:p>
    <w:p w14:paraId="689AA1DD" w14:textId="77777777" w:rsidR="007C3C6C" w:rsidRPr="00994820" w:rsidRDefault="007C3C6C" w:rsidP="00B1354B">
      <w:pPr>
        <w:spacing w:before="100" w:beforeAutospacing="1" w:line="360" w:lineRule="auto"/>
        <w:ind w:firstLine="284"/>
        <w:jc w:val="both"/>
      </w:pPr>
      <w:r w:rsidRPr="00994820">
        <w:t>Gli occhi della Shinigami si strinsero, calcolando. Si voltò lentamente verso Taker, poi verso Fanny, come se la realtà stessa avesse appena deviato dal copione. I dati proiettati intorno a lei si aggiornarono in tempo reale.</w:t>
      </w:r>
    </w:p>
    <w:p w14:paraId="0F407713" w14:textId="77777777" w:rsidR="007C3C6C" w:rsidRPr="00994820" w:rsidRDefault="007C3C6C" w:rsidP="00B1354B">
      <w:pPr>
        <w:spacing w:before="100" w:beforeAutospacing="1" w:line="360" w:lineRule="auto"/>
        <w:ind w:firstLine="284"/>
        <w:jc w:val="both"/>
      </w:pPr>
      <w:r w:rsidRPr="00994820">
        <w:t>«Due soggetti compromessi. Taker, ex agente del dipartimento, ricercato. Immobilizzare per il giudizio.» Poi rivolse lo sguardo verso Fanny. «Anomalia rilevata. Taker l’ha chiamata per nome: Fanny. Emotion Value non rilevabile. Eseguire condanna» decretò senza mostrare alcun segno di emozione o timore.</w:t>
      </w:r>
    </w:p>
    <w:p w14:paraId="3724DAEF" w14:textId="77777777" w:rsidR="007C3C6C" w:rsidRPr="00994820" w:rsidRDefault="007C3C6C" w:rsidP="00B1354B">
      <w:pPr>
        <w:spacing w:before="100" w:beforeAutospacing="1" w:line="360" w:lineRule="auto"/>
        <w:ind w:firstLine="284"/>
        <w:jc w:val="both"/>
      </w:pPr>
      <w:r w:rsidRPr="00994820">
        <w:t>Dal nulla anche Koro raggiunse la scena, apparendo minaccioso alle spalle della Shinigami, le braccia aperte in mostruosi tentacoli robotici affilati come rasoi. Come spettri nella notte, Koro e Taker si mossero all’unisono; il clangore delle loro armi spezzò l’aria. Un colpo preciso, feroce, e la Shinigami fu scaraventata contro un muro di metallo e cemento, come una marionetta senza fili.</w:t>
      </w:r>
    </w:p>
    <w:p w14:paraId="1BEFE429" w14:textId="77777777" w:rsidR="007C3C6C" w:rsidRPr="00994820" w:rsidRDefault="007C3C6C" w:rsidP="00B1354B">
      <w:pPr>
        <w:spacing w:before="100" w:beforeAutospacing="1" w:line="360" w:lineRule="auto"/>
        <w:ind w:firstLine="284"/>
        <w:jc w:val="both"/>
      </w:pPr>
      <w:r w:rsidRPr="00994820">
        <w:t>Ma il silenzio non durò.</w:t>
      </w:r>
    </w:p>
    <w:p w14:paraId="5D10AA7F" w14:textId="77777777" w:rsidR="007C3C6C" w:rsidRPr="00994820" w:rsidRDefault="007C3C6C" w:rsidP="00B1354B">
      <w:pPr>
        <w:spacing w:before="100" w:beforeAutospacing="1" w:line="360" w:lineRule="auto"/>
        <w:ind w:firstLine="284"/>
        <w:jc w:val="both"/>
      </w:pPr>
      <w:r w:rsidRPr="00994820">
        <w:t>Dall’alto, su un tetto distante, la canna di un fucile si allineò con chirurgica esattezza. Un lampo. Un colpo, poi due. I proiettili investirono in pieno Koro e Taker prima che potessero reagire, inchiodandoli al suolo.</w:t>
      </w:r>
    </w:p>
    <w:p w14:paraId="6369AD6A" w14:textId="77777777" w:rsidR="007C3C6C" w:rsidRPr="00994820" w:rsidRDefault="007C3C6C" w:rsidP="00B1354B">
      <w:pPr>
        <w:spacing w:before="100" w:beforeAutospacing="1" w:line="360" w:lineRule="auto"/>
        <w:ind w:firstLine="284"/>
        <w:jc w:val="both"/>
      </w:pPr>
      <w:r w:rsidRPr="00994820">
        <w:t>«NO!» gridò Fanny voltandosi di scatto, prima verso il tetto e poi verso i due negozianti a terra.</w:t>
      </w:r>
    </w:p>
    <w:p w14:paraId="682EAF32" w14:textId="77777777" w:rsidR="007C3C6C" w:rsidRPr="00994820" w:rsidRDefault="007C3C6C" w:rsidP="00B1354B">
      <w:pPr>
        <w:spacing w:before="100" w:beforeAutospacing="1" w:line="360" w:lineRule="auto"/>
        <w:ind w:firstLine="284"/>
        <w:jc w:val="both"/>
      </w:pPr>
      <w:r w:rsidRPr="00994820">
        <w:t>Il Boost Tek Eyes R permise a Fanny di individuare facilmente l’artefice dell’attacco: una figura nascosta sotto un manto oscuro, dalla quale emergeva soltanto un pesante fucile dalla lunga canna. Un altro nemico?</w:t>
      </w:r>
    </w:p>
    <w:p w14:paraId="6203FC62" w14:textId="77777777" w:rsidR="007C3C6C" w:rsidRPr="00994820" w:rsidRDefault="007C3C6C" w:rsidP="00B1354B">
      <w:pPr>
        <w:spacing w:before="100" w:beforeAutospacing="1" w:line="360" w:lineRule="auto"/>
        <w:ind w:firstLine="284"/>
        <w:jc w:val="both"/>
      </w:pPr>
      <w:r w:rsidRPr="00994820">
        <w:t>E fu allora che comparve Kieren.</w:t>
      </w:r>
    </w:p>
    <w:p w14:paraId="4DF63908" w14:textId="77777777" w:rsidR="007C3C6C" w:rsidRPr="00994820" w:rsidRDefault="007C3C6C" w:rsidP="00B1354B">
      <w:pPr>
        <w:spacing w:before="100" w:beforeAutospacing="1" w:line="360" w:lineRule="auto"/>
        <w:ind w:firstLine="284"/>
        <w:jc w:val="both"/>
      </w:pPr>
      <w:r w:rsidRPr="00994820">
        <w:t>Silenzioso come la lama che portava al fianco, attraversò la scena come un’eco di morte. Trascinava la ragazza fuggita per i capelli, sollevandola con disprezzo, gli occhi privi di qualsiasi riflesso umano. L’inevitabile era giunto. Ormai la ragazza era spenta, aveva perso ogni speranza; troppe volte aveva tentato la fuga, troppe volte aveva fallito. Stava accettando il suo destino.</w:t>
      </w:r>
    </w:p>
    <w:p w14:paraId="79F6C44A" w14:textId="77777777" w:rsidR="007C3C6C" w:rsidRPr="00994820" w:rsidRDefault="007C3C6C" w:rsidP="00B1354B">
      <w:pPr>
        <w:spacing w:before="100" w:beforeAutospacing="1" w:line="360" w:lineRule="auto"/>
        <w:ind w:firstLine="284"/>
        <w:jc w:val="both"/>
      </w:pPr>
      <w:r w:rsidRPr="00994820">
        <w:t>La Notte stava calando davvero.</w:t>
      </w:r>
    </w:p>
    <w:p w14:paraId="0AD549AA" w14:textId="77777777" w:rsidR="007C3C6C" w:rsidRPr="00994820" w:rsidRDefault="007C3C6C" w:rsidP="00B1354B">
      <w:pPr>
        <w:spacing w:before="100" w:beforeAutospacing="1" w:line="360" w:lineRule="auto"/>
        <w:ind w:firstLine="284"/>
        <w:jc w:val="both"/>
      </w:pPr>
      <w:r w:rsidRPr="00994820">
        <w:lastRenderedPageBreak/>
        <w:t>«Ecco cosa succede agli eroi» schernì Kieren rivolto ai tre. «E così tu sei Fanny,» aggiunse con tono freddo, mentre la sua maschera olografica mostrava un sorriso scheletrico. «Dalle descrizioni raccolte dai cadetti, sei stata tu ad attaccare quel Synborn fuori controllo. Brava.»</w:t>
      </w:r>
    </w:p>
    <w:p w14:paraId="3377BF1F" w14:textId="77777777" w:rsidR="007C3C6C" w:rsidRPr="00994820" w:rsidRDefault="007C3C6C" w:rsidP="00B1354B">
      <w:pPr>
        <w:spacing w:before="100" w:beforeAutospacing="1" w:line="360" w:lineRule="auto"/>
        <w:ind w:firstLine="284"/>
        <w:jc w:val="both"/>
      </w:pPr>
      <w:r w:rsidRPr="00994820">
        <w:t>«E ora vedrai cosa succede quando parli troppo» rispose Fanny, i pugni di metallo serrati, il respiro incerto.</w:t>
      </w:r>
    </w:p>
    <w:p w14:paraId="13EBE33A" w14:textId="77777777" w:rsidR="007C3C6C" w:rsidRPr="00994820" w:rsidRDefault="007C3C6C" w:rsidP="00B1354B">
      <w:pPr>
        <w:spacing w:before="100" w:beforeAutospacing="1" w:line="360" w:lineRule="auto"/>
        <w:ind w:firstLine="284"/>
        <w:jc w:val="both"/>
      </w:pPr>
      <w:r w:rsidRPr="00994820">
        <w:t>La sua sicurezza era solo una maschera che copriva la paura, una paura enorme e liquida come l’aria che respirava. Ma lo Shinigami riusciva a vedere attraverso quella maschera.</w:t>
      </w:r>
    </w:p>
    <w:p w14:paraId="5B78EF2D" w14:textId="77777777" w:rsidR="007C3C6C" w:rsidRPr="00994820" w:rsidRDefault="007C3C6C" w:rsidP="00B1354B">
      <w:pPr>
        <w:spacing w:before="100" w:beforeAutospacing="1" w:line="360" w:lineRule="auto"/>
        <w:ind w:firstLine="284"/>
        <w:jc w:val="both"/>
      </w:pPr>
      <w:r w:rsidRPr="00994820">
        <w:t>«Io sono Kieren, e sono stanco.» Dicendo questo, lasciò cadere a terra la ragazza che aveva trascinato per i capelli. «Per altro… non ci siamo già incontrati oggi, io e te?» disse emulando l’occhiolino che Fanny aveva visto nel vicolo.</w:t>
      </w:r>
    </w:p>
    <w:p w14:paraId="497C79A6" w14:textId="77777777" w:rsidR="007C3C6C" w:rsidRPr="00994820" w:rsidRDefault="007C3C6C" w:rsidP="00B1354B">
      <w:pPr>
        <w:spacing w:before="100" w:beforeAutospacing="1" w:line="360" w:lineRule="auto"/>
        <w:ind w:firstLine="284"/>
        <w:jc w:val="both"/>
      </w:pPr>
      <w:r w:rsidRPr="00994820">
        <w:t>Il silenzio era diventato pesante come piombo quando la Shinigami, riemersa dalle macerie, rialzò lentamente la testa, lasciando cadere polvere e frammenti dal suo mantello. La sua voce fu un colpo dritto al petto, freddo e privo di vita: «La Notte calerà. Perché ti stai intromettendo, ragazza dai capelli rossi?»</w:t>
      </w:r>
    </w:p>
    <w:p w14:paraId="4753A926" w14:textId="77777777" w:rsidR="007C3C6C" w:rsidRPr="00994820" w:rsidRDefault="007C3C6C" w:rsidP="00B1354B">
      <w:pPr>
        <w:spacing w:before="100" w:beforeAutospacing="1" w:line="360" w:lineRule="auto"/>
        <w:ind w:firstLine="284"/>
        <w:jc w:val="both"/>
      </w:pPr>
      <w:r w:rsidRPr="00994820">
        <w:t>Fanny strinse i denti, senza distogliere lo sguardo. «Perché sono anch'io una criminale,» sibilò, «e preferisco esserlo piuttosto che diventare un burattino ignorante come voi.»</w:t>
      </w:r>
    </w:p>
    <w:p w14:paraId="6F8CFA75" w14:textId="77777777" w:rsidR="007C3C6C" w:rsidRPr="00994820" w:rsidRDefault="007C3C6C" w:rsidP="00B1354B">
      <w:pPr>
        <w:spacing w:before="100" w:beforeAutospacing="1" w:line="360" w:lineRule="auto"/>
        <w:ind w:firstLine="284"/>
        <w:jc w:val="both"/>
      </w:pPr>
      <w:r w:rsidRPr="00994820">
        <w:t>Non aspettò risposta. Voltò appena il viso, gridando verso la ragazza che ancora tremava ai piedi di Kieren: «Ragazzina di merda, perché non sei scappata quando ne avevi la possibilità?!» Una rabbia immotivata scagliata contro una vittima inerme. Fanny sapeva che non era colpa sua, ma se fosse fuggita, forse ora loro tre non si sarebbero trovati in questa situazione.</w:t>
      </w:r>
    </w:p>
    <w:p w14:paraId="0E714AAD" w14:textId="77777777" w:rsidR="007C3C6C" w:rsidRPr="00994820" w:rsidRDefault="007C3C6C" w:rsidP="00B1354B">
      <w:pPr>
        <w:spacing w:before="100" w:beforeAutospacing="1" w:line="360" w:lineRule="auto"/>
        <w:ind w:firstLine="284"/>
        <w:jc w:val="both"/>
      </w:pPr>
      <w:bookmarkStart w:id="3" w:name="OLE_LINK4"/>
      <w:r w:rsidRPr="00994820">
        <w:t>«La Notte calerà...» rise Kieren, posando gli occhi sulla ragazza che strattonava con forza per i capelli e facendo scivolare lentamente la lama verso il suo collo. Poi si distrasse, e la sua maschera dal minaccioso color rosso sangue, passò a un più affabile blu acceso «Ma guarda un po', Taker, Koro… come ve la passate, vecchi amici? Credevo che aveste smesso di intromettervi nella Giustizia.»</w:t>
      </w:r>
    </w:p>
    <w:bookmarkEnd w:id="3"/>
    <w:p w14:paraId="2B4A7F2E" w14:textId="77777777" w:rsidR="007C3C6C" w:rsidRPr="00994820" w:rsidRDefault="007C3C6C" w:rsidP="00B1354B">
      <w:pPr>
        <w:spacing w:before="100" w:beforeAutospacing="1" w:line="360" w:lineRule="auto"/>
        <w:ind w:firstLine="284"/>
        <w:jc w:val="both"/>
      </w:pPr>
      <w:r w:rsidRPr="00994820">
        <w:t>Fanny sentì il sangue ribollirle nelle vene. «Tu...» sibilò tra i denti, «tu, grandissimo figlio di puttana.»</w:t>
      </w:r>
    </w:p>
    <w:p w14:paraId="63FDC141" w14:textId="77777777" w:rsidR="007C3C6C" w:rsidRPr="00994820" w:rsidRDefault="007C3C6C" w:rsidP="00B1354B">
      <w:pPr>
        <w:spacing w:before="100" w:beforeAutospacing="1" w:line="360" w:lineRule="auto"/>
        <w:ind w:firstLine="284"/>
        <w:jc w:val="both"/>
      </w:pPr>
      <w:bookmarkStart w:id="4" w:name="OLE_LINK5"/>
      <w:r w:rsidRPr="00994820">
        <w:t>Kieren tornò a prestare attenzione alla scena, e al suo lavoro. La maschera ritorno rossa e per un’istante sembrò quasi fare una linguaccia. «Ehi! Occhio al linguaggio!» dicendo ciò una piccola risata sfuggì da sotto la maschera, seguita da una risata affaticata emessa da Taker. «È inutile che ti scaldi tanto. Siamo qui solo per ristabilire l’ordine.» Avvicinò ulteriormente la lama al collo della ragazza, premendo contro quella pelle artificialmente liscia.</w:t>
      </w:r>
    </w:p>
    <w:p w14:paraId="18EBC7A3" w14:textId="77777777" w:rsidR="007C3C6C" w:rsidRPr="00994820" w:rsidRDefault="007C3C6C" w:rsidP="00B1354B">
      <w:pPr>
        <w:spacing w:before="100" w:beforeAutospacing="1" w:line="360" w:lineRule="auto"/>
        <w:ind w:firstLine="284"/>
        <w:jc w:val="both"/>
      </w:pPr>
      <w:r w:rsidRPr="00994820">
        <w:lastRenderedPageBreak/>
        <w:t>Fanny gridò. «FERMO!» Lo shinigami Kieren si concentrò sullo sguardo determinato della ragazza, per poi spostare l’attenzione sulle colleghe che circondavano la zona, una su un tetto alle sue spalle, e l’altra che riemergeva dalle macerie di fronte a sé. «Senti» disse con tono esasperato «Io sto solo eseguendo il mio lavoro, questa ragazza è oltre ogni possibilità di salvezza. Ucciderla invece di renderla un elvenar è semplice misericordia. È inutile che stilli tanto, ormai La Notte Calerà»</w:t>
      </w:r>
    </w:p>
    <w:bookmarkEnd w:id="4"/>
    <w:p w14:paraId="285676B5" w14:textId="77777777" w:rsidR="007C3C6C" w:rsidRPr="00994820" w:rsidRDefault="007C3C6C" w:rsidP="00B1354B">
      <w:pPr>
        <w:spacing w:before="100" w:beforeAutospacing="1" w:line="360" w:lineRule="auto"/>
        <w:ind w:firstLine="284"/>
        <w:jc w:val="both"/>
      </w:pPr>
      <w:r w:rsidRPr="00994820">
        <w:t>«La notte non calerà finché io respiro e resto in piedi!» ringhiò Fanny, gli occhi fissi su Kieren.</w:t>
      </w:r>
    </w:p>
    <w:p w14:paraId="1814C3F7" w14:textId="77777777" w:rsidR="007C3C6C" w:rsidRPr="00994820" w:rsidRDefault="007C3C6C" w:rsidP="00B1354B">
      <w:pPr>
        <w:spacing w:before="100" w:beforeAutospacing="1" w:line="360" w:lineRule="auto"/>
        <w:ind w:firstLine="284"/>
        <w:jc w:val="both"/>
      </w:pPr>
      <w:r w:rsidRPr="00994820">
        <w:t>Kieren rise ancora, il suono della sua voce impregnato di quella follia leggera che lo rendeva tanto più pericoloso. «Invece calerà, tesoro. Solo noi Shinigami del dipartimento possiamo impedirlo, ma non credo che queste due ragazze lo permetteranno.»</w:t>
      </w:r>
    </w:p>
    <w:p w14:paraId="6FAE95C5" w14:textId="77777777" w:rsidR="007C3C6C" w:rsidRPr="00994820" w:rsidRDefault="007C3C6C" w:rsidP="00B1354B">
      <w:pPr>
        <w:spacing w:before="100" w:beforeAutospacing="1" w:line="360" w:lineRule="auto"/>
        <w:ind w:firstLine="284"/>
        <w:jc w:val="both"/>
      </w:pPr>
      <w:r w:rsidRPr="00994820">
        <w:t>Poi come annoiato dalla sua stessa spiegazione Kieren scrollò le spalle. «E poi ti sei mai domandata se stai lottando dal lato sbagliato della barricata?» Poi, senza alterare il sorriso che la maschera mostrava, e mantenendo un tono ilare si voltò verso i due ex Shinigami. «Mi siete diventati buoni, eh? Commovente.»</w:t>
      </w:r>
    </w:p>
    <w:p w14:paraId="17B4ABDE" w14:textId="77777777" w:rsidR="007C3C6C" w:rsidRPr="00994820" w:rsidRDefault="007C3C6C" w:rsidP="00B1354B">
      <w:pPr>
        <w:spacing w:before="100" w:beforeAutospacing="1" w:line="360" w:lineRule="auto"/>
        <w:ind w:firstLine="284"/>
        <w:jc w:val="both"/>
      </w:pPr>
      <w:r w:rsidRPr="00994820">
        <w:t>Fanny sentì lo stomaco attorcigliarsi mentre guardava la scena. Quelle due Shinigami, la ragazza ai loro piedi, persino Kieren… erano tutte anime deformate da quel sistema marcio. «Se qualcuno di voi avesse ancora un briciolo di buonsenso, finirebbe questa pagliacciata. Questa città non merita nulla di tutto questo.»</w:t>
      </w:r>
    </w:p>
    <w:p w14:paraId="09321C86" w14:textId="77777777" w:rsidR="007C3C6C" w:rsidRPr="00994820" w:rsidRDefault="007C3C6C" w:rsidP="00B1354B">
      <w:pPr>
        <w:spacing w:before="100" w:beforeAutospacing="1" w:line="360" w:lineRule="auto"/>
        <w:ind w:firstLine="284"/>
        <w:jc w:val="both"/>
      </w:pPr>
      <w:r w:rsidRPr="00994820">
        <w:t>I suoi occhi si posarono sulla ragazza in lacrime, sui volti inespressivi delle Shinigami. Erano solo bambine cresciute male, trascinate dentro un ingranaggio che le aveva svuotate. E Kieren… lui non aveva più nulla di umano.</w:t>
      </w:r>
    </w:p>
    <w:p w14:paraId="627CEEFC" w14:textId="77777777" w:rsidR="007C3C6C" w:rsidRPr="00994820" w:rsidRDefault="007C3C6C" w:rsidP="00B1354B">
      <w:pPr>
        <w:spacing w:before="100" w:beforeAutospacing="1" w:line="360" w:lineRule="auto"/>
        <w:ind w:firstLine="284"/>
        <w:jc w:val="both"/>
      </w:pPr>
      <w:r w:rsidRPr="00994820">
        <w:t>«Non voglio nemmeno immaginare come le avete ridotte così.»</w:t>
      </w:r>
    </w:p>
    <w:p w14:paraId="6DE91D20" w14:textId="77777777" w:rsidR="007C3C6C" w:rsidRPr="00994820" w:rsidRDefault="007C3C6C" w:rsidP="00B1354B">
      <w:pPr>
        <w:spacing w:before="100" w:beforeAutospacing="1" w:line="360" w:lineRule="auto"/>
        <w:ind w:firstLine="284"/>
        <w:jc w:val="both"/>
      </w:pPr>
      <w:r w:rsidRPr="00994820">
        <w:t>La Shinigami rialzatasi dalle macerie sollevò lo sguardo vuoto, implacabile. Taker, accanto a lei, ridacchiò amaramente. «Lei è una di seconda generazione,» disse. «Noi eravamo criminali prestati alla legge. Ma loro… loro non hanno mai avuto scelta.»</w:t>
      </w:r>
    </w:p>
    <w:p w14:paraId="230F3DD4" w14:textId="77777777" w:rsidR="007C3C6C" w:rsidRPr="00994820" w:rsidRDefault="007C3C6C" w:rsidP="00B1354B">
      <w:pPr>
        <w:spacing w:before="100" w:beforeAutospacing="1" w:line="360" w:lineRule="auto"/>
        <w:ind w:firstLine="284"/>
        <w:jc w:val="both"/>
      </w:pPr>
      <w:bookmarkStart w:id="5" w:name="OLE_LINK6"/>
      <w:r w:rsidRPr="00994820">
        <w:t>Taker abbassò lo sguardo. «Ma non siamo mai stati dei buoni Kieren.» concluse volgendosi verso lo shinigami «Furono i miei lavori a creare questi incubi al servizio del sistema. E Koro… si offrì volontariamente come cavia. Lui fu il primo. Anche se, per fortuna, il risultato fu un bel fallimento.»</w:t>
      </w:r>
    </w:p>
    <w:bookmarkEnd w:id="5"/>
    <w:p w14:paraId="1AC3A265" w14:textId="77777777" w:rsidR="007C3C6C" w:rsidRPr="00994820" w:rsidRDefault="007C3C6C" w:rsidP="00B1354B">
      <w:pPr>
        <w:spacing w:before="100" w:beforeAutospacing="1" w:line="360" w:lineRule="auto"/>
        <w:ind w:firstLine="284"/>
        <w:jc w:val="both"/>
      </w:pPr>
      <w:r w:rsidRPr="00994820">
        <w:t>Fanny strinse i pugni. «Non m’interessa il vostro passato. Oggi siete stati gli unici ad aiutarmi.»</w:t>
      </w:r>
    </w:p>
    <w:p w14:paraId="5E39AEE4" w14:textId="77777777" w:rsidR="007C3C6C" w:rsidRPr="00994820" w:rsidRDefault="007C3C6C" w:rsidP="00B1354B">
      <w:pPr>
        <w:spacing w:before="100" w:beforeAutospacing="1" w:after="100" w:afterAutospacing="1" w:line="360" w:lineRule="auto"/>
        <w:ind w:firstLine="284"/>
        <w:jc w:val="both"/>
      </w:pPr>
      <w:r w:rsidRPr="00994820">
        <w:t xml:space="preserve">Lo sguardo di Kieren si fece cupo. Un istante dopo, due colpi secchi esplosero nell’aria. La cecchina colpì Koro con proiettili di plastica, tramortendolo senza ucciderlo. Fanny urlò, impotente voltandosi verso l’origine </w:t>
      </w:r>
      <w:r w:rsidRPr="00994820">
        <w:lastRenderedPageBreak/>
        <w:t xml:space="preserve">di quel frastuono «No! Perché non te la prendi con me?!» Anche la cecchina aveva raggiunto la scena. La Shinigami più minuta bloccò Taker nella morsa delle sue due mezzelune, serrando la presa come un cappio. </w:t>
      </w:r>
      <w:bookmarkStart w:id="6" w:name="OLE_LINK7"/>
      <w:r w:rsidRPr="00994820">
        <w:t>Mentre la nuova shinigami si avvicinava al corpo inerme di Koro. La nuova Shinigami si stagliava salda sul terreno, con il dito stretto e pronto sul grilletto. I suoi occhi erano tutti focalizzati sul suo obiettivo steso a terra, il sinistro in particolare sembrava emettere luce propria ed era avvolto da una tenue fiammella azzurra, quasi eterea. La figura era avvolta in un lungo giubbotto in pelle nera, rinforzato da cuciture tecniche e inserti dai toni ciano e viola. Ogni dettaglio dell’outfit sembrava studiato per confondere: elegante ma bellico, minimalista ma carico di significati. Le tasche cariche di caricatori e granate, e le fondine sulle cosce esponevano maestosamente due pesanti armi da fuoco per gli scontri ravvicinati. Sotto il giubbotto, indossava un completo sintetico aderente, nero e fluorescente, tracciato da circuiti luminescenti color azzurro, come se il suo stesso corpo fosse una macchina da guerra in attesa di attivazione. I lunghi codini scuri incorniciavano un volto impassibile, quasi infantile, in netto contrasto con il suo abbigliamento e le armi minacciose che portava con sé. Al collo, un collare metallico con anello frontale le stringeva la gola. Ma la cosa che spiccava di più era ciò che stringeva tra le mani. Un pesante fucile d’assalto, con due lunghe canne, una sopra l’altra. Mentre la prima sembrava più semplice la canna sottostante era circondata da un bagliore di luce dorata. Kieren, intanto, rimase ad assistere alla rabbia di Fanny, esplodendo in una maestosa risata.</w:t>
      </w:r>
    </w:p>
    <w:bookmarkEnd w:id="6"/>
    <w:p w14:paraId="65F7557D" w14:textId="77777777" w:rsidR="007C3C6C" w:rsidRPr="00994820" w:rsidRDefault="007C3C6C" w:rsidP="00B1354B">
      <w:pPr>
        <w:spacing w:before="100" w:beforeAutospacing="1" w:after="100" w:afterAutospacing="1" w:line="360" w:lineRule="auto"/>
        <w:ind w:firstLine="284"/>
        <w:jc w:val="both"/>
      </w:pPr>
      <w:r w:rsidRPr="00994820">
        <w:t>Tutto stava precipitando.</w:t>
      </w:r>
    </w:p>
    <w:p w14:paraId="5C97957E" w14:textId="77777777" w:rsidR="007C3C6C" w:rsidRPr="00994820" w:rsidRDefault="007C3C6C" w:rsidP="00B1354B">
      <w:pPr>
        <w:spacing w:before="100" w:beforeAutospacing="1" w:line="360" w:lineRule="auto"/>
        <w:ind w:firstLine="284"/>
        <w:jc w:val="both"/>
      </w:pPr>
      <w:bookmarkStart w:id="7" w:name="OLE_LINK8"/>
      <w:r w:rsidRPr="00994820">
        <w:t>Taker era immobilizzato. Un solo gesto della shinigami spettrale avrebbe potuto recidere il filo che ancora lo teneva legato a quel mondo. L’altra, con la stessa metodica lentezza, sollevò il fucile e lo appoggiò con precisione millimetrica sulla nuca di Koro, come se fosse solo un passaggio tecnico in un manuale di procedura.</w:t>
      </w:r>
    </w:p>
    <w:bookmarkEnd w:id="7"/>
    <w:p w14:paraId="3E4EF0FE" w14:textId="77777777" w:rsidR="007C3C6C" w:rsidRPr="00994820" w:rsidRDefault="007C3C6C" w:rsidP="00B1354B">
      <w:pPr>
        <w:spacing w:before="100" w:beforeAutospacing="1" w:line="360" w:lineRule="auto"/>
        <w:ind w:firstLine="284"/>
        <w:jc w:val="both"/>
      </w:pPr>
      <w:r w:rsidRPr="00994820">
        <w:t>Fanny vide tutto questo come attraverso un vetro infranto. Il cuore le batteva come un martello arrugginito, e l'aria sembrava pesare tonnellate. Si mosse d’istinto, senza pensare, senza calcolare.</w:t>
      </w:r>
    </w:p>
    <w:p w14:paraId="75802187" w14:textId="77777777" w:rsidR="007C3C6C" w:rsidRPr="00994820" w:rsidRDefault="007C3C6C" w:rsidP="00B1354B">
      <w:pPr>
        <w:spacing w:before="100" w:beforeAutospacing="1" w:line="360" w:lineRule="auto"/>
        <w:ind w:firstLine="284"/>
        <w:jc w:val="both"/>
      </w:pPr>
      <w:r w:rsidRPr="00994820">
        <w:t>«Fermatevi! Vi prego!» gridò con voce rotta, spezzata. Si frappose tra loro e la violenza imminente, le mani alzate come uno scudo inutile. «Sono io quella che volete! Sono stata io a scatenare quest'inferno, io a mettere in moto tutto questo! Ho affrontato il Synborn, sono io che ho distrutto gli Elvenar… Io sono la criminale.»</w:t>
      </w:r>
    </w:p>
    <w:p w14:paraId="4F932F67" w14:textId="77777777" w:rsidR="007C3C6C" w:rsidRPr="00994820" w:rsidRDefault="007C3C6C" w:rsidP="00B1354B">
      <w:pPr>
        <w:spacing w:before="100" w:beforeAutospacing="1" w:line="360" w:lineRule="auto"/>
        <w:ind w:firstLine="284"/>
        <w:jc w:val="both"/>
      </w:pPr>
      <w:r w:rsidRPr="00994820">
        <w:t>Fece un passo avanti, sfidandoli apertamente. «Prendete me» ripeté con voce tremante. I loro volti non reagirono, restarono candidi e freddi come avorio. Ma Fanny non si arrese.</w:t>
      </w:r>
    </w:p>
    <w:p w14:paraId="5C8E69E4" w14:textId="77777777" w:rsidR="007C3C6C" w:rsidRPr="00994820" w:rsidRDefault="007C3C6C" w:rsidP="00B1354B">
      <w:pPr>
        <w:spacing w:before="100" w:beforeAutospacing="1" w:line="360" w:lineRule="auto"/>
        <w:ind w:firstLine="284"/>
        <w:jc w:val="both"/>
      </w:pPr>
      <w:r w:rsidRPr="00994820">
        <w:t>«Loro non c’entrano nulla. Liberateli. Prendete me, facciamola finita!»</w:t>
      </w:r>
    </w:p>
    <w:p w14:paraId="5E814A1C" w14:textId="77777777" w:rsidR="007C3C6C" w:rsidRPr="00994820" w:rsidRDefault="007C3C6C" w:rsidP="00B1354B">
      <w:pPr>
        <w:spacing w:before="100" w:beforeAutospacing="1" w:line="360" w:lineRule="auto"/>
        <w:ind w:firstLine="284"/>
        <w:jc w:val="both"/>
      </w:pPr>
      <w:r w:rsidRPr="00994820">
        <w:t>Le parole si sbriciolarono nell’aria come vetro, rimbalzando contro l’indifferenza del sistema. Ma lei continuò, sapendo che non c’era alternativa. Sapendo che, se doveva finire, sarebbe finita alle sue condizioni.</w:t>
      </w:r>
    </w:p>
    <w:p w14:paraId="2104FECC" w14:textId="77777777" w:rsidR="007C3C6C" w:rsidRPr="00994820" w:rsidRDefault="007C3C6C" w:rsidP="00B1354B">
      <w:pPr>
        <w:spacing w:before="100" w:beforeAutospacing="1" w:line="360" w:lineRule="auto"/>
        <w:ind w:firstLine="284"/>
        <w:jc w:val="both"/>
      </w:pPr>
      <w:r w:rsidRPr="00994820">
        <w:lastRenderedPageBreak/>
        <w:t>«Bene» disse Kieren, mostrando un sorriso glaciale. «Voglio offrirti la possibilità di salvarli. Tutti quanti. Ascoltami.»</w:t>
      </w:r>
    </w:p>
    <w:p w14:paraId="57AF9DCB" w14:textId="77777777" w:rsidR="007C3C6C" w:rsidRPr="00994820" w:rsidRDefault="007C3C6C" w:rsidP="00B1354B">
      <w:pPr>
        <w:spacing w:before="100" w:beforeAutospacing="1" w:line="360" w:lineRule="auto"/>
        <w:ind w:firstLine="284"/>
        <w:jc w:val="both"/>
      </w:pPr>
      <w:r w:rsidRPr="00994820">
        <w:t>Fanny non rispose, ma i suoi occhi erano fessure di rabbia.</w:t>
      </w:r>
    </w:p>
    <w:p w14:paraId="07454BBE" w14:textId="77777777" w:rsidR="007C3C6C" w:rsidRPr="00994820" w:rsidRDefault="007C3C6C" w:rsidP="00B1354B">
      <w:pPr>
        <w:spacing w:before="100" w:beforeAutospacing="1" w:line="360" w:lineRule="auto"/>
        <w:ind w:firstLine="284"/>
        <w:jc w:val="both"/>
      </w:pPr>
      <w:r w:rsidRPr="00994820">
        <w:t>«Puoi scegliere di comportarti bene, adesso. Lascia che la Notte cali sulla ragazzina, e noi ci dimenticheremo di voi tre. Che ne dici?»</w:t>
      </w:r>
    </w:p>
    <w:p w14:paraId="08776715" w14:textId="77777777" w:rsidR="007C3C6C" w:rsidRPr="00994820" w:rsidRDefault="007C3C6C" w:rsidP="00B1354B">
      <w:pPr>
        <w:spacing w:before="100" w:beforeAutospacing="1" w:line="360" w:lineRule="auto"/>
        <w:ind w:firstLine="284"/>
        <w:jc w:val="both"/>
      </w:pPr>
      <w:r w:rsidRPr="00994820">
        <w:t>Il sangue le martellava nelle tempie. «Significherebbe lasciarla morire…»</w:t>
      </w:r>
    </w:p>
    <w:p w14:paraId="67BA46CD" w14:textId="77777777" w:rsidR="007C3C6C" w:rsidRPr="00994820" w:rsidRDefault="007C3C6C" w:rsidP="00B1354B">
      <w:pPr>
        <w:spacing w:before="100" w:beforeAutospacing="1" w:line="360" w:lineRule="auto"/>
        <w:ind w:firstLine="284"/>
        <w:jc w:val="both"/>
      </w:pPr>
      <w:r w:rsidRPr="00994820">
        <w:t>«Significherebbe lasciare che la Giustizia faccia il suo corso.» La voce di Kieren era dolce come veleno.</w:t>
      </w:r>
    </w:p>
    <w:p w14:paraId="703B0CD2" w14:textId="77777777" w:rsidR="007C3C6C" w:rsidRPr="00994820" w:rsidRDefault="007C3C6C" w:rsidP="00B1354B">
      <w:pPr>
        <w:spacing w:before="100" w:beforeAutospacing="1" w:line="360" w:lineRule="auto"/>
        <w:ind w:firstLine="284"/>
        <w:jc w:val="both"/>
      </w:pPr>
      <w:r w:rsidRPr="00994820">
        <w:t xml:space="preserve">Kieren ridacchiò, tirò fuori una medaglietta argentata e la lanciò ai piedi di Fanny. «Ecco un’altra proposta, allora. Entra a far parte della divisione Shinigami. Così potrai annullare la condanna.» </w:t>
      </w:r>
      <w:bookmarkStart w:id="8" w:name="OLE_LINK9"/>
      <w:r w:rsidRPr="00994820">
        <w:t>La proposta di kieran destò l’attenzione di tutti, persino delle due shinigami, che fin ad allora erano apparse impassibili a tutto.</w:t>
      </w:r>
    </w:p>
    <w:p w14:paraId="2467D924" w14:textId="77777777" w:rsidR="007C3C6C" w:rsidRPr="00994820" w:rsidRDefault="007C3C6C" w:rsidP="00B1354B">
      <w:pPr>
        <w:spacing w:before="100" w:beforeAutospacing="1" w:line="360" w:lineRule="auto"/>
        <w:ind w:firstLine="284"/>
        <w:jc w:val="both"/>
      </w:pPr>
      <w:r w:rsidRPr="00994820">
        <w:t>Kieren osservò le due colleghe, un’espressione impercettibile incrinò i loro volti di porcellana «Calma, calma ragazze!» disse con tono divertito, riconoscendo in quella piccola differenza un significato ben preciso «Me ne prenderò io la responsabilità, non sia mai che alteri le vostre piccole menti scevre da dubbi e pensieri» Poi tornò a guardare Fanny, la maschera assunse l’aspetto di un punto interrogativo fluorescente di colore azzurro «allora che ne dici? Non abbiamo mica tutta la notte»</w:t>
      </w:r>
    </w:p>
    <w:bookmarkEnd w:id="8"/>
    <w:p w14:paraId="3F01EF81" w14:textId="77777777" w:rsidR="007C3C6C" w:rsidRPr="00994820" w:rsidRDefault="007C3C6C" w:rsidP="00B1354B">
      <w:pPr>
        <w:spacing w:before="100" w:beforeAutospacing="1" w:line="360" w:lineRule="auto"/>
        <w:ind w:firstLine="284"/>
        <w:jc w:val="both"/>
      </w:pPr>
      <w:r w:rsidRPr="00994820">
        <w:t>Fanny guardò Koro e Taker, entrambi a terra, sanguinanti. I loro occhi le dicevano di non farlo, di scappare, di lasciarli lì. Ma lei non poteva.</w:t>
      </w:r>
    </w:p>
    <w:p w14:paraId="484DEEE5" w14:textId="77777777" w:rsidR="007C3C6C" w:rsidRPr="00994820" w:rsidRDefault="007C3C6C" w:rsidP="00B1354B">
      <w:pPr>
        <w:spacing w:before="100" w:beforeAutospacing="1" w:line="360" w:lineRule="auto"/>
        <w:ind w:firstLine="284"/>
        <w:jc w:val="both"/>
      </w:pPr>
      <w:r w:rsidRPr="00994820">
        <w:t>Fanny abbassò gli occhi su quel piccolo oggetto, che sembrava pesare quanto il mondo intero. «Questo… mi farà diventare come quelle Shinigami?»</w:t>
      </w:r>
    </w:p>
    <w:p w14:paraId="70D2A885" w14:textId="77777777" w:rsidR="007C3C6C" w:rsidRPr="00994820" w:rsidRDefault="007C3C6C" w:rsidP="00B1354B">
      <w:pPr>
        <w:spacing w:before="100" w:beforeAutospacing="1" w:line="360" w:lineRule="auto"/>
        <w:ind w:firstLine="284"/>
        <w:jc w:val="both"/>
      </w:pPr>
      <w:r w:rsidRPr="00994820">
        <w:t xml:space="preserve">«No» rispose Kieren. «Sarai cosciente. Libera di scegliere. Più di loro, comunque.» </w:t>
      </w:r>
      <w:bookmarkStart w:id="9" w:name="OLE_LINK10"/>
      <w:r w:rsidRPr="00994820">
        <w:t>Ancora una volta rise e questa volta anche Fanny riuscì a notare un’espressione irritata sulle due ragazze.</w:t>
      </w:r>
      <w:bookmarkEnd w:id="9"/>
    </w:p>
    <w:p w14:paraId="5C97F4A5" w14:textId="77777777" w:rsidR="007C3C6C" w:rsidRPr="00994820" w:rsidRDefault="007C3C6C" w:rsidP="00B1354B">
      <w:pPr>
        <w:spacing w:before="100" w:beforeAutospacing="1" w:line="360" w:lineRule="auto"/>
        <w:ind w:firstLine="284"/>
        <w:jc w:val="both"/>
      </w:pPr>
      <w:r w:rsidRPr="00994820">
        <w:t>«E se accetto… potrò cancellare l’ordine?»</w:t>
      </w:r>
    </w:p>
    <w:p w14:paraId="4C91415F" w14:textId="77777777" w:rsidR="007C3C6C" w:rsidRPr="00994820" w:rsidRDefault="007C3C6C" w:rsidP="00B1354B">
      <w:pPr>
        <w:spacing w:before="100" w:beforeAutospacing="1" w:line="360" w:lineRule="auto"/>
        <w:ind w:firstLine="284"/>
        <w:jc w:val="both"/>
      </w:pPr>
      <w:r w:rsidRPr="00994820">
        <w:t>«Sì. Basterà che lo dichiari. Solo gli Emotion Eye potrebbero riattivare l’allerta se dovessero percepire un Emotion Value troppo alto.»</w:t>
      </w:r>
    </w:p>
    <w:p w14:paraId="7B85B4C5" w14:textId="77777777" w:rsidR="007C3C6C" w:rsidRPr="00994820" w:rsidRDefault="007C3C6C" w:rsidP="00B1354B">
      <w:pPr>
        <w:spacing w:before="100" w:beforeAutospacing="1" w:line="360" w:lineRule="auto"/>
        <w:ind w:firstLine="284"/>
        <w:jc w:val="both"/>
      </w:pPr>
      <w:r w:rsidRPr="00994820">
        <w:t>Fanny osservò le sfere con confusione. «Ma con quelle in giro, la ragazza sarebbe di nuovo in pericolo.»</w:t>
      </w:r>
    </w:p>
    <w:p w14:paraId="5374F2E9" w14:textId="77777777" w:rsidR="007C3C6C" w:rsidRPr="00994820" w:rsidRDefault="007C3C6C" w:rsidP="00B1354B">
      <w:pPr>
        <w:spacing w:before="100" w:beforeAutospacing="1" w:line="360" w:lineRule="auto"/>
        <w:ind w:firstLine="284"/>
        <w:jc w:val="both"/>
      </w:pPr>
      <w:r w:rsidRPr="00994820">
        <w:lastRenderedPageBreak/>
        <w:t>Kieren le lanciò due fiale di Gratia Plus, una dose in dotazione esclusivamente al Dipartimento. «Avrà tempo per curarsi e rintanarsi in casa, finché il suo Emotion Value non tornerà stabile.»</w:t>
      </w:r>
    </w:p>
    <w:p w14:paraId="4897AC89" w14:textId="77777777" w:rsidR="007C3C6C" w:rsidRPr="00994820" w:rsidRDefault="007C3C6C" w:rsidP="00B1354B">
      <w:pPr>
        <w:spacing w:before="100" w:beforeAutospacing="1" w:line="360" w:lineRule="auto"/>
        <w:ind w:firstLine="284"/>
        <w:jc w:val="both"/>
      </w:pPr>
      <w:r w:rsidRPr="00994820">
        <w:t>Fanny guardò gli amici feriti, la ragazza ancora tremante, il peso della scelta che la schiacciava. Un sorriso amaro le sfiorò le labbra.</w:t>
      </w:r>
    </w:p>
    <w:p w14:paraId="7DC2E014" w14:textId="77777777" w:rsidR="007C3C6C" w:rsidRPr="00994820" w:rsidRDefault="007C3C6C" w:rsidP="00B1354B">
      <w:pPr>
        <w:spacing w:before="100" w:beforeAutospacing="1" w:line="360" w:lineRule="auto"/>
        <w:ind w:firstLine="284"/>
        <w:jc w:val="both"/>
      </w:pPr>
      <w:r w:rsidRPr="00994820">
        <w:t>«Quel giorno… avrei dovuto limitarmi a fare shopping.»</w:t>
      </w:r>
    </w:p>
    <w:p w14:paraId="381B5714" w14:textId="77777777" w:rsidR="007C3C6C" w:rsidRPr="00994820" w:rsidRDefault="007C3C6C" w:rsidP="00B1354B">
      <w:pPr>
        <w:spacing w:before="100" w:beforeAutospacing="1" w:line="360" w:lineRule="auto"/>
        <w:ind w:firstLine="284"/>
        <w:jc w:val="both"/>
      </w:pPr>
      <w:r w:rsidRPr="00994820">
        <w:t>Ignorò le suppliche silenziose di Koro e Taker, e raccolse la medaglia.</w:t>
      </w:r>
    </w:p>
    <w:p w14:paraId="0BE85ED4" w14:textId="77777777" w:rsidR="007C3C6C" w:rsidRPr="00994820" w:rsidRDefault="007C3C6C" w:rsidP="00B1354B">
      <w:pPr>
        <w:spacing w:before="100" w:beforeAutospacing="1" w:line="360" w:lineRule="auto"/>
        <w:ind w:firstLine="284"/>
        <w:jc w:val="both"/>
      </w:pPr>
      <w:r w:rsidRPr="00994820">
        <w:t>«Accetto.»</w:t>
      </w:r>
    </w:p>
    <w:p w14:paraId="6C8AA635" w14:textId="77777777" w:rsidR="007C3C6C" w:rsidRPr="00994820" w:rsidRDefault="007C3C6C" w:rsidP="00B1354B">
      <w:pPr>
        <w:spacing w:before="100" w:beforeAutospacing="1" w:line="360" w:lineRule="auto"/>
        <w:ind w:firstLine="284"/>
        <w:jc w:val="both"/>
      </w:pPr>
      <w:r w:rsidRPr="00994820">
        <w:t>Una schermata digitale si accese davanti a lei, fredda, definitiva:</w:t>
      </w:r>
    </w:p>
    <w:p w14:paraId="1E172C21" w14:textId="77777777" w:rsidR="007C3C6C" w:rsidRPr="00994820" w:rsidRDefault="007C3C6C" w:rsidP="00B1354B">
      <w:pPr>
        <w:spacing w:before="100" w:beforeAutospacing="1" w:line="360" w:lineRule="auto"/>
        <w:ind w:firstLine="284"/>
        <w:jc w:val="center"/>
      </w:pPr>
      <w:r w:rsidRPr="00994820">
        <w:rPr>
          <w:b/>
          <w:bCs/>
        </w:rPr>
        <w:t>Contratto portato a termine.</w:t>
      </w:r>
      <w:r w:rsidRPr="00994820">
        <w:rPr>
          <w:b/>
          <w:bCs/>
        </w:rPr>
        <w:br/>
        <w:t>Da adesso lavorerai per l'Organo di Giustizia del Tramonto.</w:t>
      </w:r>
      <w:r w:rsidRPr="00994820">
        <w:rPr>
          <w:b/>
          <w:bCs/>
        </w:rPr>
        <w:br/>
        <w:t>Shinigami n. 9513. Emotion Value congelato a 256%.</w:t>
      </w:r>
      <w:r w:rsidRPr="00994820">
        <w:rPr>
          <w:b/>
          <w:bCs/>
        </w:rPr>
        <w:br/>
        <w:t>Operazione dichiarata conclusa. Stato d'emergenza terminato.</w:t>
      </w:r>
    </w:p>
    <w:p w14:paraId="7A049E9D" w14:textId="77777777" w:rsidR="007C3C6C" w:rsidRPr="00994820" w:rsidRDefault="007C3C6C" w:rsidP="00B1354B">
      <w:pPr>
        <w:spacing w:before="100" w:beforeAutospacing="1" w:line="360" w:lineRule="auto"/>
        <w:ind w:firstLine="284"/>
        <w:jc w:val="both"/>
      </w:pPr>
      <w:r w:rsidRPr="00994820">
        <w:t>La Notte era calata.</w:t>
      </w:r>
    </w:p>
    <w:p w14:paraId="1E45E8D2" w14:textId="2768F4C5" w:rsidR="00A20E7A" w:rsidRDefault="007C3C6C" w:rsidP="00B1354B">
      <w:pPr>
        <w:spacing w:before="100" w:beforeAutospacing="1" w:line="360" w:lineRule="auto"/>
        <w:ind w:firstLine="284"/>
        <w:jc w:val="both"/>
      </w:pPr>
      <w:r w:rsidRPr="00994820">
        <w:t>Ma non come loro avevano previsto.</w:t>
      </w:r>
    </w:p>
    <w:p w14:paraId="3D9A4D4B" w14:textId="25FE1894" w:rsidR="00CD408F" w:rsidRPr="00994820" w:rsidRDefault="00A20E7A" w:rsidP="00A20E7A">
      <w:pPr>
        <w:spacing w:after="160" w:line="259" w:lineRule="auto"/>
      </w:pPr>
      <w:r>
        <w:br w:type="page"/>
      </w:r>
    </w:p>
    <w:p w14:paraId="4F43EDE2" w14:textId="3D6517F4" w:rsidR="007C3C6C" w:rsidRPr="00186DE6" w:rsidRDefault="007C3C6C" w:rsidP="00A73788">
      <w:pPr>
        <w:pStyle w:val="Titolo1"/>
        <w:jc w:val="center"/>
      </w:pPr>
      <w:r w:rsidRPr="00186DE6">
        <w:lastRenderedPageBreak/>
        <w:t xml:space="preserve">Capitolo </w:t>
      </w:r>
      <w:r w:rsidR="00186DE6" w:rsidRPr="00186DE6">
        <w:t>IV</w:t>
      </w:r>
      <w:r w:rsidRPr="00186DE6">
        <w:t xml:space="preserve"> – Fanny dagli Occhi Dolci</w:t>
      </w:r>
    </w:p>
    <w:p w14:paraId="1F1D452D" w14:textId="3EA84FF3" w:rsidR="007C3C6C" w:rsidRPr="00994820" w:rsidRDefault="00186DE6" w:rsidP="00B1354B">
      <w:pPr>
        <w:spacing w:before="100" w:beforeAutospacing="1" w:after="100" w:afterAutospacing="1" w:line="360" w:lineRule="auto"/>
        <w:ind w:firstLine="284"/>
        <w:jc w:val="both"/>
      </w:pPr>
      <w:r>
        <w:br/>
      </w:r>
      <w:r>
        <w:br/>
      </w:r>
      <w:r>
        <w:br/>
      </w:r>
      <w:r>
        <w:br/>
      </w:r>
      <w:r w:rsidR="007C3C6C" w:rsidRPr="00994820">
        <w:t>La stanza era avvolta da un silenzio ovattato. La luce soffusa della città filtrava appena tra le persiane.</w:t>
      </w:r>
      <w:r>
        <w:t xml:space="preserve"> </w:t>
      </w:r>
      <w:r w:rsidR="007C3C6C" w:rsidRPr="00994820">
        <w:t>Fanny rimase sdraiata per lunghi minuti sul letto disfatto, lo sguardo fisso al soffitto, come se cercasse una risposta che sapeva di non poter ottenere. La mente era annebbiata, lo stomaco annodato. Aveva sperato che fosse solo un sogno, ma ogni fibra del suo corpo le ricordava che non lo era. L’odore metallico della stanza, il materasso sgualcito, le lenzuola aggrovigliate: tutto era reale. Anche la stretta invisibile che le serrava il petto.</w:t>
      </w:r>
    </w:p>
    <w:p w14:paraId="40F38020" w14:textId="77777777" w:rsidR="007C3C6C" w:rsidRPr="00994820" w:rsidRDefault="007C3C6C" w:rsidP="00B1354B">
      <w:pPr>
        <w:spacing w:before="100" w:beforeAutospacing="1" w:after="100" w:afterAutospacing="1" w:line="360" w:lineRule="auto"/>
        <w:ind w:firstLine="284"/>
        <w:jc w:val="both"/>
      </w:pPr>
      <w:r w:rsidRPr="00994820">
        <w:t>L’armadio sulla parete opposta era socchiuso, costruito con un materiale vecchio e consunto, scuro come la pece. Tra i pochi vestiti appesi spiccava l’armatura che Taker le aveva dato. Era lì, come un monito. O forse un promemoria silenzioso: ormai, non c’era più modo di tornare indietro. Il danno era compiuto.</w:t>
      </w:r>
    </w:p>
    <w:p w14:paraId="58872EFB" w14:textId="77777777" w:rsidR="007C3C6C" w:rsidRPr="00994820" w:rsidRDefault="007C3C6C" w:rsidP="00B1354B">
      <w:pPr>
        <w:spacing w:before="100" w:beforeAutospacing="1" w:after="100" w:afterAutospacing="1" w:line="360" w:lineRule="auto"/>
        <w:ind w:firstLine="284"/>
        <w:jc w:val="both"/>
      </w:pPr>
      <w:r w:rsidRPr="00994820">
        <w:t>Il resto della stanza era antico quanto l’armadio. Tutto in quel luogo, come il negozio sottostante, cozzava contro la modernità della città. Fanny si soffermò un istante a osservare quell’ambiente così diverso, eppure così familiare. Poi abbassò lo sguardo sul braccio sinistro: un intreccio di metallo e carne che tradiva il peso degli anni. Sorrise.</w:t>
      </w:r>
    </w:p>
    <w:p w14:paraId="5522277A" w14:textId="77777777" w:rsidR="007C3C6C" w:rsidRPr="00994820" w:rsidRDefault="007C3C6C" w:rsidP="00B1354B">
      <w:pPr>
        <w:spacing w:before="100" w:beforeAutospacing="1" w:after="100" w:afterAutospacing="1" w:line="360" w:lineRule="auto"/>
        <w:ind w:firstLine="284"/>
        <w:jc w:val="both"/>
      </w:pPr>
      <w:r w:rsidRPr="00994820">
        <w:t>«Forse era destino che finissi proprio qui, tra tutti i posti. Un’anticaglia avvolta nella modernità.»</w:t>
      </w:r>
    </w:p>
    <w:p w14:paraId="1A515A6D" w14:textId="77777777" w:rsidR="007C3C6C" w:rsidRPr="00994820" w:rsidRDefault="007C3C6C" w:rsidP="00B1354B">
      <w:pPr>
        <w:spacing w:before="100" w:beforeAutospacing="1" w:after="100" w:afterAutospacing="1" w:line="360" w:lineRule="auto"/>
        <w:ind w:firstLine="284"/>
        <w:jc w:val="both"/>
      </w:pPr>
      <w:r w:rsidRPr="00994820">
        <w:t>«Chissà se stanno bene…» mormorò senza accorgersene, la voce impastata dal sonno e dalla preoccupazione. Si mise a sedere sul bordo del letto, massaggiandosi le tempie. Davanti a lei, la porta in ferro battuto con chiusura elettronica emetteva un tenue bagliore rosso dal tasto della serratura: era ben chiusa. Fanny si sentiva più sicura così.</w:t>
      </w:r>
    </w:p>
    <w:p w14:paraId="3E06B8AD" w14:textId="77777777" w:rsidR="007C3C6C" w:rsidRPr="00994820" w:rsidRDefault="007C3C6C" w:rsidP="00B1354B">
      <w:pPr>
        <w:spacing w:before="100" w:beforeAutospacing="1" w:after="100" w:afterAutospacing="1" w:line="360" w:lineRule="auto"/>
        <w:ind w:firstLine="284"/>
        <w:jc w:val="both"/>
      </w:pPr>
      <w:r w:rsidRPr="00994820">
        <w:t>Sulla parete laterale, uno specchio sottile rifletteva l’immagine di una ragazza sfinita, con i capelli arruffati e gli occhi che proiettavano una luce dorata e smeraldina. Quegli occhi le ricordavano costantemente le modifiche a cui era stata sottoposta. Il padre le aveva sempre detto che servivano per il suo bene, per farla stare meglio. Eppure, fino ad allora, le erano sembrate solo un peso. La sera prima, però, per la prima volta, quelle stesse modifiche le avevano permesso di fare qualcosa di buono. Anche se l’avevano cacciata in una marea di guai.</w:t>
      </w:r>
    </w:p>
    <w:p w14:paraId="22E79DB7" w14:textId="77777777" w:rsidR="007C3C6C" w:rsidRPr="00994820" w:rsidRDefault="007C3C6C" w:rsidP="00B1354B">
      <w:pPr>
        <w:spacing w:before="100" w:beforeAutospacing="1" w:after="100" w:afterAutospacing="1" w:line="360" w:lineRule="auto"/>
        <w:ind w:firstLine="284"/>
        <w:jc w:val="both"/>
      </w:pPr>
      <w:r w:rsidRPr="00994820">
        <w:t xml:space="preserve">Accanto allo specchio, incastonato in un mobile squadrato e moderno, un ologramma fluttuava a mezz’aria. La runa energetica che lo alimentava brillava fievolmente. Fanny aveva sentito dal padre dell’esistenza di quelle </w:t>
      </w:r>
      <w:r w:rsidRPr="00994820">
        <w:lastRenderedPageBreak/>
        <w:t>gemme: venivano estratte nelle viscere della città. Un tempo, erano utilizzate come fonte energetica per i primi modelli di Boost Tek. Ma era passato molto tempo. Oggi, grazie alle nuove scoperte, le gemme erano state relegate a usi industriali e civili.</w:t>
      </w:r>
    </w:p>
    <w:p w14:paraId="2A9A394B" w14:textId="77777777" w:rsidR="007C3C6C" w:rsidRPr="00994820" w:rsidRDefault="007C3C6C" w:rsidP="00B1354B">
      <w:pPr>
        <w:spacing w:before="100" w:beforeAutospacing="1" w:after="100" w:afterAutospacing="1" w:line="360" w:lineRule="auto"/>
        <w:ind w:firstLine="284"/>
        <w:jc w:val="both"/>
      </w:pPr>
      <w:r w:rsidRPr="00994820">
        <w:t>Fanny si alzò a fatica e si avvicinò allo schermo olografico, passandosi una mano tra i capelli. Avvicinandosi, poté osservare meglio la gemma: come molte cose intorno a lei, anche quella sembrava consunta. Sembrava quasi ferita.</w:t>
      </w:r>
    </w:p>
    <w:p w14:paraId="7994B47B" w14:textId="77777777" w:rsidR="007C3C6C" w:rsidRPr="00994820" w:rsidRDefault="007C3C6C" w:rsidP="00B1354B">
      <w:pPr>
        <w:spacing w:before="100" w:beforeAutospacing="1" w:after="100" w:afterAutospacing="1" w:line="360" w:lineRule="auto"/>
        <w:ind w:firstLine="284"/>
        <w:jc w:val="both"/>
      </w:pPr>
      <w:r w:rsidRPr="00994820">
        <w:t>L’ologramma si attivò non appena rilevò la sua presenza.</w:t>
      </w:r>
    </w:p>
    <w:p w14:paraId="58DCC267" w14:textId="77777777" w:rsidR="007C3C6C" w:rsidRPr="00994820" w:rsidRDefault="007C3C6C" w:rsidP="00B1354B">
      <w:pPr>
        <w:spacing w:before="100" w:beforeAutospacing="1" w:after="100" w:afterAutospacing="1" w:line="360" w:lineRule="auto"/>
        <w:ind w:firstLine="284"/>
        <w:jc w:val="both"/>
      </w:pPr>
      <w:r w:rsidRPr="00994820">
        <w:t>«Salve, signorina Fanny. Come possiamo aiutarla questa mattina?»</w:t>
      </w:r>
    </w:p>
    <w:p w14:paraId="281ABCAA" w14:textId="77777777" w:rsidR="007C3C6C" w:rsidRPr="00994820" w:rsidRDefault="007C3C6C" w:rsidP="00B1354B">
      <w:pPr>
        <w:spacing w:before="100" w:beforeAutospacing="1" w:after="100" w:afterAutospacing="1" w:line="360" w:lineRule="auto"/>
        <w:ind w:firstLine="284"/>
        <w:jc w:val="both"/>
      </w:pPr>
      <w:r w:rsidRPr="00994820">
        <w:t>Lei sobbalzò, non aspettandosi che si attivasse senza una parola chiave.</w:t>
      </w:r>
    </w:p>
    <w:p w14:paraId="24C49808" w14:textId="77777777" w:rsidR="007C3C6C" w:rsidRPr="00994820" w:rsidRDefault="007C3C6C" w:rsidP="00B1354B">
      <w:pPr>
        <w:spacing w:before="100" w:beforeAutospacing="1" w:after="100" w:afterAutospacing="1" w:line="360" w:lineRule="auto"/>
        <w:ind w:firstLine="284"/>
        <w:jc w:val="both"/>
      </w:pPr>
      <w:r w:rsidRPr="00994820">
        <w:t>«Alquanto invadente» pensò fra sé e sé, corrugando la fronte. «In che modo potresti mai aiutarmi tu?»</w:t>
      </w:r>
    </w:p>
    <w:p w14:paraId="25092F51" w14:textId="77777777" w:rsidR="007C3C6C" w:rsidRPr="00994820" w:rsidRDefault="007C3C6C" w:rsidP="00B1354B">
      <w:pPr>
        <w:spacing w:before="100" w:beforeAutospacing="1" w:after="100" w:afterAutospacing="1" w:line="360" w:lineRule="auto"/>
        <w:ind w:firstLine="284"/>
        <w:jc w:val="both"/>
      </w:pPr>
      <w:r w:rsidRPr="00994820">
        <w:t>«Sono un database informativo della città. Contengo ogni informazione utile ai SynBorn. E ogni comunicazione della Sorridente verrà recepita e immagazzinata! Basta una parola, e ogni dubbio sulla propria condotta sarà dissipato! Porgimi pure una domanda!»</w:t>
      </w:r>
    </w:p>
    <w:p w14:paraId="6C690A0B" w14:textId="77777777" w:rsidR="007C3C6C" w:rsidRPr="00994820" w:rsidRDefault="007C3C6C" w:rsidP="00B1354B">
      <w:pPr>
        <w:spacing w:before="100" w:beforeAutospacing="1" w:after="100" w:afterAutospacing="1" w:line="360" w:lineRule="auto"/>
        <w:ind w:firstLine="284"/>
        <w:jc w:val="both"/>
      </w:pPr>
      <w:r w:rsidRPr="00994820">
        <w:t>La voce femminile, affabile, recitò quella litania con assoluta precisione e un tono cordiale. Fanny ne fu quasi irritata, ma decise che non aveva senso prendersela con un ologramma solo perché eseguiva a dovere il compito per cui era stato creato.</w:t>
      </w:r>
    </w:p>
    <w:p w14:paraId="14B33D1D" w14:textId="77777777" w:rsidR="007C3C6C" w:rsidRPr="00994820" w:rsidRDefault="007C3C6C" w:rsidP="00B1354B">
      <w:pPr>
        <w:spacing w:before="100" w:beforeAutospacing="1" w:after="100" w:afterAutospacing="1" w:line="360" w:lineRule="auto"/>
        <w:ind w:firstLine="284"/>
        <w:jc w:val="both"/>
      </w:pPr>
      <w:r w:rsidRPr="00994820">
        <w:t>Ci pensò un istante, poi fissò l’ologramma.</w:t>
      </w:r>
    </w:p>
    <w:p w14:paraId="3B3C316A" w14:textId="77777777" w:rsidR="007C3C6C" w:rsidRPr="00994820" w:rsidRDefault="007C3C6C" w:rsidP="00B1354B">
      <w:pPr>
        <w:spacing w:before="100" w:beforeAutospacing="1" w:after="100" w:afterAutospacing="1" w:line="360" w:lineRule="auto"/>
        <w:ind w:firstLine="284"/>
        <w:jc w:val="both"/>
      </w:pPr>
      <w:r w:rsidRPr="00994820">
        <w:t>«Da cosa sono scaturite le leggi praticate in questa città?»</w:t>
      </w:r>
    </w:p>
    <w:p w14:paraId="0F408BF9" w14:textId="77777777" w:rsidR="007C3C6C" w:rsidRPr="00994820" w:rsidRDefault="007C3C6C" w:rsidP="00B1354B">
      <w:pPr>
        <w:spacing w:before="100" w:beforeAutospacing="1" w:after="100" w:afterAutospacing="1" w:line="360" w:lineRule="auto"/>
        <w:ind w:firstLine="284"/>
        <w:jc w:val="both"/>
      </w:pPr>
      <w:r w:rsidRPr="00994820">
        <w:t>La voce neutra rispose senza esitazione:</w:t>
      </w:r>
    </w:p>
    <w:p w14:paraId="3A46887A" w14:textId="77777777" w:rsidR="007C3C6C" w:rsidRPr="00994820" w:rsidRDefault="007C3C6C" w:rsidP="00B1354B">
      <w:pPr>
        <w:spacing w:before="100" w:beforeAutospacing="1" w:after="100" w:afterAutospacing="1" w:line="360" w:lineRule="auto"/>
        <w:ind w:firstLine="284"/>
        <w:jc w:val="both"/>
      </w:pPr>
      <w:r w:rsidRPr="00994820">
        <w:t>«La capitale ha iniziato a utilizzare queste leggi dopo la drastica diminuzione della criminalità conseguente all’applicazione dell’Emotion Reader per determinare chi fosse colpevole e chi innocente. All’inizio, infatti, il sistema veniva usato unicamente per rilevare le menzogne durante i processi e le testimonianze. Gli errori giudiziari si ridussero enormemente: non era più possibile mentire in tribunale, né omettere la verità senza che il tuo sistema limbico ti tradisse.»</w:t>
      </w:r>
    </w:p>
    <w:p w14:paraId="3EEE92ED" w14:textId="77777777" w:rsidR="007C3C6C" w:rsidRPr="00994820" w:rsidRDefault="007C3C6C" w:rsidP="00B1354B">
      <w:pPr>
        <w:spacing w:before="100" w:beforeAutospacing="1" w:after="100" w:afterAutospacing="1" w:line="360" w:lineRule="auto"/>
        <w:ind w:firstLine="284"/>
        <w:jc w:val="both"/>
      </w:pPr>
      <w:r w:rsidRPr="00994820">
        <w:t>Fanny inarcò un sopracciglio.</w:t>
      </w:r>
    </w:p>
    <w:p w14:paraId="6187696F" w14:textId="77777777" w:rsidR="007C3C6C" w:rsidRPr="00994820" w:rsidRDefault="007C3C6C" w:rsidP="00B1354B">
      <w:pPr>
        <w:spacing w:before="100" w:beforeAutospacing="1" w:after="100" w:afterAutospacing="1" w:line="360" w:lineRule="auto"/>
        <w:ind w:firstLine="284"/>
        <w:jc w:val="both"/>
      </w:pPr>
      <w:r w:rsidRPr="00994820">
        <w:lastRenderedPageBreak/>
        <w:t>«Uhm… beh, questo non sembra così malvagio» mormorò tra sé, pur intuendo dove stesse andando a parare quel discorso.</w:t>
      </w:r>
    </w:p>
    <w:p w14:paraId="22E4B146" w14:textId="77777777" w:rsidR="007C3C6C" w:rsidRPr="00994820" w:rsidRDefault="007C3C6C" w:rsidP="00B1354B">
      <w:pPr>
        <w:spacing w:before="100" w:beforeAutospacing="1" w:after="100" w:afterAutospacing="1" w:line="360" w:lineRule="auto"/>
        <w:ind w:firstLine="284"/>
        <w:jc w:val="both"/>
      </w:pPr>
      <w:r w:rsidRPr="00994820">
        <w:t>«Successivamente» proseguì l’ologramma, «si decise di identificare direttamente i potenziali criminali attraverso ispezioni mensili dell’Emotion Value. Coloro che presentavano un valore superiore a novanta venivano posti sotto controllo. Nel cento per cento dei casi, tali soggetti si sono poi macchiati di crimini. Da allora, si è passati al controllo quotidiano e all’arresto immediato di chiunque presenti un valore elevato.»</w:t>
      </w:r>
    </w:p>
    <w:p w14:paraId="3A719E20" w14:textId="77777777" w:rsidR="007C3C6C" w:rsidRPr="00994820" w:rsidRDefault="007C3C6C" w:rsidP="00B1354B">
      <w:pPr>
        <w:spacing w:before="100" w:beforeAutospacing="1" w:after="100" w:afterAutospacing="1" w:line="360" w:lineRule="auto"/>
        <w:ind w:firstLine="284"/>
        <w:jc w:val="both"/>
      </w:pPr>
      <w:r w:rsidRPr="00994820">
        <w:t>«I Peccatori» concluse l’ologramma, «vengono messi sotto la custodia del Dipartimento del Tramonto, responsabile della loro riabilitazione e della sicurezza della città. La notte calerà su ogni criminale!» recitò infine con tono fin troppo allegro.</w:t>
      </w:r>
    </w:p>
    <w:p w14:paraId="33CC0758" w14:textId="77777777" w:rsidR="007C3C6C" w:rsidRPr="00994820" w:rsidRDefault="007C3C6C" w:rsidP="00B1354B">
      <w:pPr>
        <w:spacing w:before="100" w:beforeAutospacing="1" w:after="100" w:afterAutospacing="1" w:line="360" w:lineRule="auto"/>
        <w:ind w:firstLine="284"/>
        <w:jc w:val="both"/>
      </w:pPr>
      <w:r w:rsidRPr="00994820">
        <w:t>Fanny strinse la mascella.</w:t>
      </w:r>
    </w:p>
    <w:p w14:paraId="35428D04" w14:textId="77777777" w:rsidR="007C3C6C" w:rsidRPr="00994820" w:rsidRDefault="007C3C6C" w:rsidP="00B1354B">
      <w:pPr>
        <w:spacing w:before="100" w:beforeAutospacing="1" w:after="100" w:afterAutospacing="1" w:line="360" w:lineRule="auto"/>
        <w:ind w:firstLine="284"/>
        <w:jc w:val="both"/>
      </w:pPr>
      <w:r w:rsidRPr="00994820">
        <w:t>«E come si svolge questa riabilitazione da parte del Dipartimento?»</w:t>
      </w:r>
    </w:p>
    <w:p w14:paraId="5528A852" w14:textId="77777777" w:rsidR="007C3C6C" w:rsidRPr="00994820" w:rsidRDefault="007C3C6C" w:rsidP="00B1354B">
      <w:pPr>
        <w:spacing w:before="100" w:beforeAutospacing="1" w:after="100" w:afterAutospacing="1" w:line="360" w:lineRule="auto"/>
        <w:ind w:firstLine="284"/>
        <w:jc w:val="both"/>
      </w:pPr>
      <w:r w:rsidRPr="00994820">
        <w:t>«Informazione riservata agli ufficiali del Dipartimento del Tramonto.»</w:t>
      </w:r>
    </w:p>
    <w:p w14:paraId="13CE31C6" w14:textId="77777777" w:rsidR="007C3C6C" w:rsidRPr="00994820" w:rsidRDefault="007C3C6C" w:rsidP="00B1354B">
      <w:pPr>
        <w:spacing w:before="100" w:beforeAutospacing="1" w:after="100" w:afterAutospacing="1" w:line="360" w:lineRule="auto"/>
        <w:ind w:firstLine="284"/>
        <w:jc w:val="both"/>
      </w:pPr>
      <w:r w:rsidRPr="00994820">
        <w:t>Fanny sospirò, irritata. Dopo qualche secondo, il ricordo della sera prima la colpì con forza. Lanciò un’occhiata alla spilla appoggiata sul comodino, poi la raccolse e la mostrò allo schermo.</w:t>
      </w:r>
    </w:p>
    <w:p w14:paraId="6858468E" w14:textId="77777777" w:rsidR="007C3C6C" w:rsidRPr="00994820" w:rsidRDefault="007C3C6C" w:rsidP="00B1354B">
      <w:pPr>
        <w:spacing w:before="100" w:beforeAutospacing="1" w:after="100" w:afterAutospacing="1" w:line="360" w:lineRule="auto"/>
        <w:ind w:firstLine="284"/>
        <w:jc w:val="both"/>
      </w:pPr>
      <w:r w:rsidRPr="00994820">
        <w:t>«Sono un membro del Dipartimento del Tramonto e richiedo le informazioni.»</w:t>
      </w:r>
    </w:p>
    <w:p w14:paraId="1D979652" w14:textId="77777777" w:rsidR="007C3C6C" w:rsidRPr="00994820" w:rsidRDefault="007C3C6C" w:rsidP="00B1354B">
      <w:pPr>
        <w:spacing w:before="100" w:beforeAutospacing="1" w:after="100" w:afterAutospacing="1" w:line="360" w:lineRule="auto"/>
        <w:ind w:firstLine="284"/>
        <w:jc w:val="both"/>
      </w:pPr>
      <w:r w:rsidRPr="00994820">
        <w:t>L’ologramma tacque per un momento, poi proiettò un messaggio:</w:t>
      </w:r>
    </w:p>
    <w:p w14:paraId="5B6E8E5F" w14:textId="77777777" w:rsidR="007C3C6C" w:rsidRPr="00994820" w:rsidRDefault="007C3C6C" w:rsidP="00B1354B">
      <w:pPr>
        <w:spacing w:before="100" w:beforeAutospacing="1" w:after="100" w:afterAutospacing="1" w:line="360" w:lineRule="auto"/>
        <w:ind w:firstLine="284"/>
        <w:jc w:val="both"/>
      </w:pPr>
      <w:r w:rsidRPr="00994820">
        <w:t>«Inserire codice identificativo.»</w:t>
      </w:r>
    </w:p>
    <w:p w14:paraId="3B58B066" w14:textId="77777777" w:rsidR="007C3C6C" w:rsidRPr="00994820" w:rsidRDefault="007C3C6C" w:rsidP="00B1354B">
      <w:pPr>
        <w:spacing w:before="100" w:beforeAutospacing="1" w:after="100" w:afterAutospacing="1" w:line="360" w:lineRule="auto"/>
        <w:ind w:firstLine="284"/>
        <w:jc w:val="both"/>
      </w:pPr>
      <w:r w:rsidRPr="00994820">
        <w:t>«Shinigami numero 9513.»</w:t>
      </w:r>
    </w:p>
    <w:p w14:paraId="54740362" w14:textId="77777777" w:rsidR="007C3C6C" w:rsidRPr="00994820" w:rsidRDefault="007C3C6C" w:rsidP="00B1354B">
      <w:pPr>
        <w:spacing w:before="100" w:beforeAutospacing="1" w:after="100" w:afterAutospacing="1" w:line="360" w:lineRule="auto"/>
        <w:ind w:firstLine="284"/>
        <w:jc w:val="both"/>
      </w:pPr>
      <w:r w:rsidRPr="00994820">
        <w:t>«Codice accettato. Benvenuta, Fanny dagli Occhi Dolci.»</w:t>
      </w:r>
    </w:p>
    <w:p w14:paraId="01B2A7A3" w14:textId="77777777" w:rsidR="007C3C6C" w:rsidRPr="00994820" w:rsidRDefault="007C3C6C" w:rsidP="00B1354B">
      <w:pPr>
        <w:spacing w:before="100" w:beforeAutospacing="1" w:after="100" w:afterAutospacing="1" w:line="360" w:lineRule="auto"/>
        <w:ind w:firstLine="284"/>
        <w:jc w:val="both"/>
      </w:pPr>
      <w:r w:rsidRPr="00994820">
        <w:t>La voce dell’ologramma sembrò leggermente più… umana.</w:t>
      </w:r>
    </w:p>
    <w:p w14:paraId="3DD5D44F" w14:textId="77777777" w:rsidR="007C3C6C" w:rsidRPr="00994820" w:rsidRDefault="007C3C6C" w:rsidP="00B1354B">
      <w:pPr>
        <w:spacing w:before="100" w:beforeAutospacing="1" w:after="100" w:afterAutospacing="1" w:line="360" w:lineRule="auto"/>
        <w:ind w:firstLine="284"/>
        <w:jc w:val="both"/>
      </w:pPr>
      <w:r w:rsidRPr="00994820">
        <w:t>«Titolo inserito dallo Shinigami numero 0006.»</w:t>
      </w:r>
    </w:p>
    <w:p w14:paraId="4F3EA81A" w14:textId="77777777" w:rsidR="007C3C6C" w:rsidRPr="00994820" w:rsidRDefault="007C3C6C" w:rsidP="00B1354B">
      <w:pPr>
        <w:spacing w:before="100" w:beforeAutospacing="1" w:after="100" w:afterAutospacing="1" w:line="360" w:lineRule="auto"/>
        <w:ind w:firstLine="284"/>
        <w:jc w:val="both"/>
      </w:pPr>
      <w:r w:rsidRPr="00994820">
        <w:t>Fanny socchiuse gli occhi.</w:t>
      </w:r>
    </w:p>
    <w:p w14:paraId="31C3D047" w14:textId="77777777" w:rsidR="007C3C6C" w:rsidRPr="00994820" w:rsidRDefault="007C3C6C" w:rsidP="00B1354B">
      <w:pPr>
        <w:spacing w:before="100" w:beforeAutospacing="1" w:after="100" w:afterAutospacing="1" w:line="360" w:lineRule="auto"/>
        <w:ind w:firstLine="284"/>
        <w:jc w:val="both"/>
      </w:pPr>
      <w:r w:rsidRPr="00994820">
        <w:t>«Occhi dolci?» ripeté con tono sconsolato. Il suo volto si volse istintivamente verso la superficie, seppur impolverata, dello specchio. Rimase per alcuni secondi a osservarsi in profondità.</w:t>
      </w:r>
    </w:p>
    <w:p w14:paraId="4019FDAC" w14:textId="77777777" w:rsidR="007C3C6C" w:rsidRPr="00994820" w:rsidRDefault="007C3C6C" w:rsidP="00B1354B">
      <w:pPr>
        <w:spacing w:before="100" w:beforeAutospacing="1" w:after="100" w:afterAutospacing="1" w:line="360" w:lineRule="auto"/>
        <w:ind w:firstLine="284"/>
        <w:jc w:val="both"/>
      </w:pPr>
      <w:r w:rsidRPr="00994820">
        <w:lastRenderedPageBreak/>
        <w:t>«Io… non vedo nulla di dolce in questi occhi…»</w:t>
      </w:r>
    </w:p>
    <w:p w14:paraId="40258D12" w14:textId="77777777" w:rsidR="007C3C6C" w:rsidRPr="00994820" w:rsidRDefault="007C3C6C" w:rsidP="00B1354B">
      <w:pPr>
        <w:spacing w:before="100" w:beforeAutospacing="1" w:after="100" w:afterAutospacing="1" w:line="360" w:lineRule="auto"/>
        <w:ind w:firstLine="284"/>
        <w:jc w:val="both"/>
      </w:pPr>
      <w:r w:rsidRPr="00994820">
        <w:t>La sua mano metallica si sollevò fino alla guancia sinistra. Il contatto tra pelle e metallo la estraniò rapidamente. Senza quasi accorgersene si avvicinò allo specchio, come a volersi studiare meglio, e mentre la mano artificiale scendeva, l’altra – quella umana – si alzava a sfiorare gli occhi di acciaio e oro.</w:t>
      </w:r>
    </w:p>
    <w:p w14:paraId="7BA1C05B" w14:textId="77777777" w:rsidR="007C3C6C" w:rsidRPr="00994820" w:rsidRDefault="007C3C6C" w:rsidP="00B1354B">
      <w:pPr>
        <w:spacing w:before="100" w:beforeAutospacing="1" w:after="100" w:afterAutospacing="1" w:line="360" w:lineRule="auto"/>
        <w:ind w:firstLine="284"/>
        <w:jc w:val="both"/>
      </w:pPr>
      <w:r w:rsidRPr="00994820">
        <w:t>«Occhi dolci…» ripeté ancora, a mezza voce. Poi il tono mutò bruscamente, ritornando quello classico di una bestia ferita.</w:t>
      </w:r>
    </w:p>
    <w:p w14:paraId="075D5494" w14:textId="77777777" w:rsidR="007C3C6C" w:rsidRPr="00994820" w:rsidRDefault="007C3C6C" w:rsidP="00B1354B">
      <w:pPr>
        <w:spacing w:before="100" w:beforeAutospacing="1" w:after="100" w:afterAutospacing="1" w:line="360" w:lineRule="auto"/>
        <w:ind w:firstLine="284"/>
        <w:jc w:val="both"/>
      </w:pPr>
      <w:r w:rsidRPr="00994820">
        <w:t>«Io lo ammazzo, quello stronzo…» sussurrò.</w:t>
      </w:r>
    </w:p>
    <w:p w14:paraId="22826C70" w14:textId="77777777" w:rsidR="007C3C6C" w:rsidRPr="00994820" w:rsidRDefault="007C3C6C" w:rsidP="00B1354B">
      <w:pPr>
        <w:spacing w:before="100" w:beforeAutospacing="1" w:after="100" w:afterAutospacing="1" w:line="360" w:lineRule="auto"/>
        <w:ind w:firstLine="284"/>
        <w:jc w:val="both"/>
      </w:pPr>
      <w:r w:rsidRPr="00994820">
        <w:t>«Da trentadue anni» riprese l’ologramma, «a causa dell’impossibilità di abbassare l’Emotion Value una volta superata la soglia critica di 90, la pratica della riabilitazione è stata soppressa.»</w:t>
      </w:r>
    </w:p>
    <w:p w14:paraId="0086C0C9" w14:textId="77777777" w:rsidR="007C3C6C" w:rsidRPr="00994820" w:rsidRDefault="007C3C6C" w:rsidP="00B1354B">
      <w:pPr>
        <w:spacing w:before="100" w:beforeAutospacing="1" w:after="100" w:afterAutospacing="1" w:line="360" w:lineRule="auto"/>
        <w:ind w:firstLine="284"/>
        <w:jc w:val="both"/>
      </w:pPr>
      <w:r w:rsidRPr="00994820">
        <w:t>Come risvegliata da un sogno, Fanny tornò a fissare l’ologramma.</w:t>
      </w:r>
      <w:r w:rsidRPr="00994820">
        <w:br/>
        <w:t>«Soppressa? Non si è mai pensato di utilizzare congegni esterni per abbassarlo?»</w:t>
      </w:r>
    </w:p>
    <w:p w14:paraId="4C9E860F" w14:textId="77777777" w:rsidR="007C3C6C" w:rsidRPr="00994820" w:rsidRDefault="007C3C6C" w:rsidP="00B1354B">
      <w:pPr>
        <w:spacing w:before="100" w:beforeAutospacing="1" w:after="100" w:afterAutospacing="1" w:line="360" w:lineRule="auto"/>
        <w:ind w:firstLine="284"/>
        <w:jc w:val="both"/>
      </w:pPr>
      <w:r w:rsidRPr="00994820">
        <w:t>Lo sapeva: sembrava una soluzione ridicolmente semplice, probabilmente idiota. Ma un ologramma non poteva giudicarla. O forse sì?</w:t>
      </w:r>
    </w:p>
    <w:p w14:paraId="7889B946" w14:textId="77777777" w:rsidR="007C3C6C" w:rsidRPr="00994820" w:rsidRDefault="007C3C6C" w:rsidP="00B1354B">
      <w:pPr>
        <w:spacing w:before="100" w:beforeAutospacing="1" w:after="100" w:afterAutospacing="1" w:line="360" w:lineRule="auto"/>
        <w:ind w:firstLine="284"/>
        <w:jc w:val="both"/>
      </w:pPr>
      <w:r w:rsidRPr="00994820">
        <w:t>«Abbassare artificialmente l’Emotion Value non modifica il comportamento criminale del soggetto. Sarebbe una pratica inutile.»</w:t>
      </w:r>
    </w:p>
    <w:p w14:paraId="5695B734" w14:textId="77777777" w:rsidR="007C3C6C" w:rsidRPr="00994820" w:rsidRDefault="007C3C6C" w:rsidP="00B1354B">
      <w:pPr>
        <w:spacing w:before="100" w:beforeAutospacing="1" w:after="100" w:afterAutospacing="1" w:line="360" w:lineRule="auto"/>
        <w:ind w:firstLine="284"/>
        <w:jc w:val="both"/>
      </w:pPr>
      <w:r w:rsidRPr="00994820">
        <w:t>Fanny sospirò. Il peso delle parole dell’ologramma le cadde addosso come un macigno. Quella risposta suonava terribilmente simile a un giudizio, e la ragazza arrossì lievemente. Poi, presa ormai una certa dimestichezza con l’ologramma, si risistemò sul bordo del letto. Era il momento di chiedere le cose importanti.</w:t>
      </w:r>
    </w:p>
    <w:p w14:paraId="48A21AA2" w14:textId="77777777" w:rsidR="007C3C6C" w:rsidRPr="00994820" w:rsidRDefault="007C3C6C" w:rsidP="00B1354B">
      <w:pPr>
        <w:spacing w:before="100" w:beforeAutospacing="1" w:after="100" w:afterAutospacing="1" w:line="360" w:lineRule="auto"/>
        <w:ind w:firstLine="284"/>
        <w:jc w:val="both"/>
      </w:pPr>
      <w:r w:rsidRPr="00994820">
        <w:t>«Chi o cosa è la Sorridente?»</w:t>
      </w:r>
    </w:p>
    <w:p w14:paraId="0DE4A367" w14:textId="77777777" w:rsidR="007C3C6C" w:rsidRPr="00994820" w:rsidRDefault="007C3C6C" w:rsidP="00B1354B">
      <w:pPr>
        <w:spacing w:before="100" w:beforeAutospacing="1" w:after="100" w:afterAutospacing="1" w:line="360" w:lineRule="auto"/>
        <w:ind w:firstLine="284"/>
        <w:jc w:val="both"/>
      </w:pPr>
      <w:r w:rsidRPr="00994820">
        <w:t>«La Sorridente è colei che giudica e assegna gli Emotion Value. Il suo giudizio è infallibile.»</w:t>
      </w:r>
    </w:p>
    <w:p w14:paraId="175D6523" w14:textId="77777777" w:rsidR="007C3C6C" w:rsidRPr="00994820" w:rsidRDefault="007C3C6C" w:rsidP="00B1354B">
      <w:pPr>
        <w:spacing w:before="100" w:beforeAutospacing="1" w:after="100" w:afterAutospacing="1" w:line="360" w:lineRule="auto"/>
        <w:ind w:firstLine="284"/>
        <w:jc w:val="both"/>
      </w:pPr>
      <w:r w:rsidRPr="00994820">
        <w:t>«Ci sono mai state persone che hanno dimostrato l’inadeguatezza di questa legge, proponendo una variante?»</w:t>
      </w:r>
    </w:p>
    <w:p w14:paraId="74FDA476" w14:textId="77777777" w:rsidR="007C3C6C" w:rsidRPr="00994820" w:rsidRDefault="007C3C6C" w:rsidP="00B1354B">
      <w:pPr>
        <w:spacing w:before="100" w:beforeAutospacing="1" w:after="100" w:afterAutospacing="1" w:line="360" w:lineRule="auto"/>
        <w:ind w:firstLine="284"/>
        <w:jc w:val="both"/>
      </w:pPr>
      <w:r w:rsidRPr="00994820">
        <w:t>«No.»</w:t>
      </w:r>
    </w:p>
    <w:p w14:paraId="419B3E46" w14:textId="77777777" w:rsidR="007C3C6C" w:rsidRPr="00994820" w:rsidRDefault="007C3C6C" w:rsidP="00B1354B">
      <w:pPr>
        <w:spacing w:before="100" w:beforeAutospacing="1" w:after="100" w:afterAutospacing="1" w:line="360" w:lineRule="auto"/>
        <w:ind w:firstLine="284"/>
        <w:jc w:val="both"/>
      </w:pPr>
      <w:r w:rsidRPr="00994820">
        <w:t>«La Sorridente è umana?»</w:t>
      </w:r>
    </w:p>
    <w:p w14:paraId="7BB0E38F" w14:textId="77777777" w:rsidR="007C3C6C" w:rsidRPr="00994820" w:rsidRDefault="007C3C6C" w:rsidP="00B1354B">
      <w:pPr>
        <w:spacing w:before="100" w:beforeAutospacing="1" w:after="100" w:afterAutospacing="1" w:line="360" w:lineRule="auto"/>
        <w:ind w:firstLine="284"/>
        <w:jc w:val="both"/>
      </w:pPr>
      <w:r w:rsidRPr="00994820">
        <w:t>«La Sorridente è colei che giudica e assegna gli Emotion Value. Il suo giudizio è infallibile.»</w:t>
      </w:r>
    </w:p>
    <w:p w14:paraId="4C16E6E0" w14:textId="77777777" w:rsidR="007C3C6C" w:rsidRPr="00994820" w:rsidRDefault="007C3C6C" w:rsidP="00B1354B">
      <w:pPr>
        <w:spacing w:before="100" w:beforeAutospacing="1" w:after="100" w:afterAutospacing="1" w:line="360" w:lineRule="auto"/>
        <w:ind w:firstLine="284"/>
        <w:jc w:val="both"/>
      </w:pPr>
      <w:r w:rsidRPr="00994820">
        <w:t>Il tono e le parole delle due risposte erano identici. Fanny rabbrividì. Era come parlare con un muro.</w:t>
      </w:r>
    </w:p>
    <w:p w14:paraId="25A3F804" w14:textId="77777777" w:rsidR="007C3C6C" w:rsidRPr="00994820" w:rsidRDefault="007C3C6C" w:rsidP="00B1354B">
      <w:pPr>
        <w:spacing w:before="100" w:beforeAutospacing="1" w:after="100" w:afterAutospacing="1" w:line="360" w:lineRule="auto"/>
        <w:ind w:firstLine="284"/>
        <w:jc w:val="both"/>
      </w:pPr>
      <w:r w:rsidRPr="00994820">
        <w:lastRenderedPageBreak/>
        <w:t>«Nessuno si è mai ribellato?»</w:t>
      </w:r>
    </w:p>
    <w:p w14:paraId="1E6E86B9" w14:textId="77777777" w:rsidR="007C3C6C" w:rsidRPr="00994820" w:rsidRDefault="007C3C6C" w:rsidP="00B1354B">
      <w:pPr>
        <w:spacing w:before="100" w:beforeAutospacing="1" w:after="100" w:afterAutospacing="1" w:line="360" w:lineRule="auto"/>
        <w:ind w:firstLine="284"/>
        <w:jc w:val="both"/>
      </w:pPr>
      <w:r w:rsidRPr="00994820">
        <w:t>«Chiunque si opponga alla legge viene catturato e giudicato dalla Sorridente. I dati dei dissidenti sono riservati unicamente agli esecutori di questo giudizio: la Sorridente e gli alti membri del Governo.»</w:t>
      </w:r>
    </w:p>
    <w:p w14:paraId="113335CF" w14:textId="77777777" w:rsidR="007C3C6C" w:rsidRPr="00994820" w:rsidRDefault="007C3C6C" w:rsidP="00B1354B">
      <w:pPr>
        <w:spacing w:before="100" w:beforeAutospacing="1" w:after="100" w:afterAutospacing="1" w:line="360" w:lineRule="auto"/>
        <w:ind w:firstLine="284"/>
        <w:jc w:val="both"/>
      </w:pPr>
      <w:r w:rsidRPr="00994820">
        <w:t>«E qualcuno di loro è mai stato scagionato?»</w:t>
      </w:r>
    </w:p>
    <w:p w14:paraId="74A40E6D" w14:textId="77777777" w:rsidR="007C3C6C" w:rsidRPr="00994820" w:rsidRDefault="007C3C6C" w:rsidP="00B1354B">
      <w:pPr>
        <w:spacing w:before="100" w:beforeAutospacing="1" w:after="100" w:afterAutospacing="1" w:line="360" w:lineRule="auto"/>
        <w:ind w:firstLine="284"/>
        <w:jc w:val="both"/>
      </w:pPr>
      <w:r w:rsidRPr="00994820">
        <w:t>«Il giudizio della Sorridente non si è mai rivelato fallace.»</w:t>
      </w:r>
    </w:p>
    <w:p w14:paraId="54CA6FB2" w14:textId="77777777" w:rsidR="007C3C6C" w:rsidRPr="00994820" w:rsidRDefault="007C3C6C" w:rsidP="00B1354B">
      <w:pPr>
        <w:spacing w:before="100" w:beforeAutospacing="1" w:after="100" w:afterAutospacing="1" w:line="360" w:lineRule="auto"/>
        <w:ind w:firstLine="284"/>
        <w:jc w:val="both"/>
      </w:pPr>
      <w:r w:rsidRPr="00994820">
        <w:t>Fanny inspirò a fondo, cercando di soffocare l’irritazione che le ribolliva nello stomaco.</w:t>
      </w:r>
    </w:p>
    <w:p w14:paraId="752BE27E" w14:textId="77777777" w:rsidR="007C3C6C" w:rsidRPr="00994820" w:rsidRDefault="007C3C6C" w:rsidP="00B1354B">
      <w:pPr>
        <w:spacing w:before="100" w:beforeAutospacing="1" w:after="100" w:afterAutospacing="1" w:line="360" w:lineRule="auto"/>
        <w:ind w:firstLine="284"/>
        <w:jc w:val="both"/>
      </w:pPr>
      <w:r w:rsidRPr="00994820">
        <w:t>«Il giudizio delle Emotion Sphere e degli esecutori del Dipartimento del Tramonto è inappellabile quanto quello della Sorridente?»</w:t>
      </w:r>
    </w:p>
    <w:p w14:paraId="2F9CEC04" w14:textId="77777777" w:rsidR="007C3C6C" w:rsidRPr="00994820" w:rsidRDefault="007C3C6C" w:rsidP="00B1354B">
      <w:pPr>
        <w:spacing w:before="100" w:beforeAutospacing="1" w:after="100" w:afterAutospacing="1" w:line="360" w:lineRule="auto"/>
        <w:ind w:firstLine="284"/>
        <w:jc w:val="both"/>
      </w:pPr>
      <w:r w:rsidRPr="00994820">
        <w:t>«I dati raccolti dalle Emotion Sphere, o ES, e il giudizio emesso dal dipartimento per mezzo della squadra esecutiva, denominata Shinigami, vengono inviati alla Sorridente. Il loro giudizio è, di fatto, quello della Sorridente.»</w:t>
      </w:r>
    </w:p>
    <w:p w14:paraId="32173331" w14:textId="77777777" w:rsidR="007C3C6C" w:rsidRPr="00994820" w:rsidRDefault="007C3C6C" w:rsidP="00B1354B">
      <w:pPr>
        <w:spacing w:before="100" w:beforeAutospacing="1" w:after="100" w:afterAutospacing="1" w:line="360" w:lineRule="auto"/>
        <w:ind w:firstLine="284"/>
        <w:jc w:val="both"/>
      </w:pPr>
      <w:r w:rsidRPr="00994820">
        <w:t>«E se un individuo con un Emotion Value alto, ma senza precedenti penali, viene rilevato? Deve essere eliminato?»</w:t>
      </w:r>
    </w:p>
    <w:p w14:paraId="3F139B32" w14:textId="77777777" w:rsidR="007C3C6C" w:rsidRPr="00994820" w:rsidRDefault="007C3C6C" w:rsidP="00B1354B">
      <w:pPr>
        <w:spacing w:before="100" w:beforeAutospacing="1" w:after="100" w:afterAutospacing="1" w:line="360" w:lineRule="auto"/>
        <w:ind w:firstLine="284"/>
        <w:jc w:val="both"/>
      </w:pPr>
      <w:r w:rsidRPr="00994820">
        <w:t>«Se l’ordine della Sorridente lo richiede, sì. Le Emotion Sphere si limitano a individuare le anomalie, mentre gli esecutori del giudizio, ovvero gli Shinigami, non possono prendere iniziative personali.»</w:t>
      </w:r>
    </w:p>
    <w:p w14:paraId="6E359013" w14:textId="77777777" w:rsidR="007C3C6C" w:rsidRPr="00994820" w:rsidRDefault="007C3C6C" w:rsidP="00B1354B">
      <w:pPr>
        <w:spacing w:before="100" w:beforeAutospacing="1" w:after="100" w:afterAutospacing="1" w:line="360" w:lineRule="auto"/>
        <w:ind w:firstLine="284"/>
        <w:jc w:val="both"/>
      </w:pPr>
      <w:r w:rsidRPr="00994820">
        <w:t>Fanny digrignò i denti.</w:t>
      </w:r>
    </w:p>
    <w:p w14:paraId="17E50A9D" w14:textId="77777777" w:rsidR="007C3C6C" w:rsidRPr="00994820" w:rsidRDefault="007C3C6C" w:rsidP="00B1354B">
      <w:pPr>
        <w:spacing w:before="100" w:beforeAutospacing="1" w:after="100" w:afterAutospacing="1" w:line="360" w:lineRule="auto"/>
        <w:ind w:firstLine="284"/>
        <w:jc w:val="both"/>
      </w:pPr>
      <w:r w:rsidRPr="00994820">
        <w:t>«A questo punto, persino un neonato che piange davanti a una Emotion Sphere potrebbe essere giustiziato. Di questo passo, la popolazione declinerebbe…» pensò tra sé.</w:t>
      </w:r>
    </w:p>
    <w:p w14:paraId="48D4D71E" w14:textId="77777777" w:rsidR="007C3C6C" w:rsidRPr="00994820" w:rsidRDefault="007C3C6C" w:rsidP="00B1354B">
      <w:pPr>
        <w:spacing w:before="100" w:beforeAutospacing="1" w:after="100" w:afterAutospacing="1" w:line="360" w:lineRule="auto"/>
        <w:ind w:firstLine="284"/>
        <w:jc w:val="both"/>
      </w:pPr>
      <w:r w:rsidRPr="00994820">
        <w:t>Rialzò lo sguardo verso l’ologramma.</w:t>
      </w:r>
    </w:p>
    <w:p w14:paraId="284D6893" w14:textId="77777777" w:rsidR="007C3C6C" w:rsidRPr="00994820" w:rsidRDefault="007C3C6C" w:rsidP="00B1354B">
      <w:pPr>
        <w:spacing w:before="100" w:beforeAutospacing="1" w:after="100" w:afterAutospacing="1" w:line="360" w:lineRule="auto"/>
        <w:ind w:firstLine="284"/>
        <w:jc w:val="both"/>
      </w:pPr>
      <w:r w:rsidRPr="00994820">
        <w:t>«Ieri, la Sorridente ha dato l’ordine di giustiziare una ragazza che si trovava semplicemente in una situazione di estremo pericolo. Per quale motivo?»</w:t>
      </w:r>
    </w:p>
    <w:p w14:paraId="3CB19E9A" w14:textId="77777777" w:rsidR="007C3C6C" w:rsidRPr="00994820" w:rsidRDefault="007C3C6C" w:rsidP="00B1354B">
      <w:pPr>
        <w:spacing w:before="100" w:beforeAutospacing="1" w:after="100" w:afterAutospacing="1" w:line="360" w:lineRule="auto"/>
        <w:ind w:firstLine="284"/>
        <w:jc w:val="both"/>
      </w:pPr>
      <w:r w:rsidRPr="00994820">
        <w:t>«Informazione non accessibile. Le scelte della Sorridente non sono motivate, né divulgate, né discutibili.»</w:t>
      </w:r>
    </w:p>
    <w:p w14:paraId="051E5390" w14:textId="77777777" w:rsidR="007C3C6C" w:rsidRPr="00994820" w:rsidRDefault="007C3C6C" w:rsidP="00B1354B">
      <w:pPr>
        <w:spacing w:before="100" w:beforeAutospacing="1" w:after="100" w:afterAutospacing="1" w:line="360" w:lineRule="auto"/>
        <w:ind w:firstLine="284"/>
        <w:jc w:val="both"/>
      </w:pPr>
      <w:r w:rsidRPr="00994820">
        <w:t>Fanny serrò le mani a pugno. «Si è mai pensato di privare la popolazione di ogni emozione?»</w:t>
      </w:r>
    </w:p>
    <w:p w14:paraId="77787814" w14:textId="77777777" w:rsidR="007C3C6C" w:rsidRPr="00994820" w:rsidRDefault="007C3C6C" w:rsidP="00B1354B">
      <w:pPr>
        <w:spacing w:before="100" w:beforeAutospacing="1" w:after="100" w:afterAutospacing="1" w:line="360" w:lineRule="auto"/>
        <w:ind w:firstLine="284"/>
        <w:jc w:val="both"/>
      </w:pPr>
      <w:r w:rsidRPr="00994820">
        <w:t>«Opzione discussa, ma ritenuta impraticabile. La Sorridente ha concluso che senza emozioni la natalità si azzererebbe. Al momento, non è un’opzione percorribile.»</w:t>
      </w:r>
    </w:p>
    <w:p w14:paraId="63A37D04" w14:textId="77777777" w:rsidR="007C3C6C" w:rsidRPr="00994820" w:rsidRDefault="007C3C6C" w:rsidP="00B1354B">
      <w:pPr>
        <w:spacing w:before="100" w:beforeAutospacing="1" w:after="100" w:afterAutospacing="1" w:line="360" w:lineRule="auto"/>
        <w:ind w:firstLine="284"/>
        <w:jc w:val="both"/>
      </w:pPr>
      <w:r w:rsidRPr="00994820">
        <w:lastRenderedPageBreak/>
        <w:t>«Vuole una città in crescita… ma non esita a creare perdite senza senso logico. Prima hai parlato del Governo, di che si tratta? Ci sono altri oltre alla Sorridente a prendere queste illuminate decisioni?» chiese con tono sarcastico, inarcando un sopracciglio.</w:t>
      </w:r>
    </w:p>
    <w:p w14:paraId="11FFF612" w14:textId="77777777" w:rsidR="007C3C6C" w:rsidRPr="00994820" w:rsidRDefault="007C3C6C" w:rsidP="00B1354B">
      <w:pPr>
        <w:spacing w:before="100" w:beforeAutospacing="1" w:after="100" w:afterAutospacing="1" w:line="360" w:lineRule="auto"/>
        <w:ind w:firstLine="284"/>
        <w:jc w:val="both"/>
      </w:pPr>
      <w:r w:rsidRPr="00994820">
        <w:t>«Il governo di questa terra è diviso in tre Dipartimenti, subordinati ai Tre Sommi Giudici, che a loro volta rispondono alla Sorridente.»</w:t>
      </w:r>
    </w:p>
    <w:p w14:paraId="238FCE6F" w14:textId="77777777" w:rsidR="007C3C6C" w:rsidRPr="00994820" w:rsidRDefault="007C3C6C" w:rsidP="00B1354B">
      <w:pPr>
        <w:spacing w:before="100" w:beforeAutospacing="1" w:after="100" w:afterAutospacing="1" w:line="360" w:lineRule="auto"/>
        <w:ind w:firstLine="284"/>
        <w:jc w:val="both"/>
      </w:pPr>
      <w:r w:rsidRPr="00994820">
        <w:t>Fanny strinse le labbra. «Chi sono i tre Sommi Giudici?» chiese poi.</w:t>
      </w:r>
    </w:p>
    <w:p w14:paraId="5EEF2D26" w14:textId="77777777" w:rsidR="007C3C6C" w:rsidRPr="00994820" w:rsidRDefault="007C3C6C" w:rsidP="00B1354B">
      <w:pPr>
        <w:spacing w:before="100" w:beforeAutospacing="1" w:after="100" w:afterAutospacing="1" w:line="360" w:lineRule="auto"/>
        <w:ind w:firstLine="284"/>
        <w:jc w:val="both"/>
      </w:pPr>
      <w:r w:rsidRPr="00994820">
        <w:t>«Il Giudice del Perdono, capo del Dipartimento del Mezzogiorno.»</w:t>
      </w:r>
    </w:p>
    <w:p w14:paraId="18A3E6D2" w14:textId="77777777" w:rsidR="007C3C6C" w:rsidRPr="00994820" w:rsidRDefault="007C3C6C" w:rsidP="00B1354B">
      <w:pPr>
        <w:spacing w:before="100" w:beforeAutospacing="1" w:after="100" w:afterAutospacing="1" w:line="360" w:lineRule="auto"/>
        <w:ind w:firstLine="284"/>
        <w:jc w:val="both"/>
      </w:pPr>
      <w:r w:rsidRPr="00994820">
        <w:t>Mentre parlava, una luce verde smeraldo venne emessa dalla gemma. Alla sinistra di Fanny apparve una figura in penombra: era difficile distinguerne i lineamenti, sembrava minuto, seduto, intento a muovere un pezzo indefinito su un tavolo olografico.</w:t>
      </w:r>
    </w:p>
    <w:p w14:paraId="62DABBDC" w14:textId="77777777" w:rsidR="007C3C6C" w:rsidRPr="00994820" w:rsidRDefault="007C3C6C" w:rsidP="00B1354B">
      <w:pPr>
        <w:spacing w:before="100" w:beforeAutospacing="1" w:after="100" w:afterAutospacing="1" w:line="360" w:lineRule="auto"/>
        <w:ind w:firstLine="284"/>
        <w:jc w:val="both"/>
      </w:pPr>
      <w:r w:rsidRPr="00994820">
        <w:t>«Il Giudice del Perdono è la figura più vicina alla Sorridente. Lo scopo del Dipartimento del Mezzogiorno è la gestione della città. Si occupa delle infrastrutture, dell’assegnazione delle risorse e dei compiti, persino della gestione dei centri di piacere. Il settore della Gola risponde direttamente al Dipartimento del Mezzogiorno. In sintesi, si occupa del Mezzogiorno della vita umana, per renderla il più felice possibile.»</w:t>
      </w:r>
    </w:p>
    <w:p w14:paraId="7C65E240" w14:textId="77777777" w:rsidR="007C3C6C" w:rsidRPr="00994820" w:rsidRDefault="007C3C6C" w:rsidP="00B1354B">
      <w:pPr>
        <w:spacing w:before="100" w:beforeAutospacing="1" w:after="100" w:afterAutospacing="1" w:line="360" w:lineRule="auto"/>
        <w:ind w:firstLine="284"/>
        <w:jc w:val="both"/>
      </w:pPr>
      <w:r w:rsidRPr="00994820">
        <w:t>Fanny osservò la figura con attenzione, cercando di scrutarne quanti più dettagli possibili, mentre ascoltava con attenzione le parole dell’ologramma.</w:t>
      </w:r>
    </w:p>
    <w:p w14:paraId="6BA5B0B3" w14:textId="77777777" w:rsidR="007C3C6C" w:rsidRPr="00994820" w:rsidRDefault="007C3C6C" w:rsidP="00B1354B">
      <w:pPr>
        <w:spacing w:before="100" w:beforeAutospacing="1" w:after="100" w:afterAutospacing="1" w:line="360" w:lineRule="auto"/>
        <w:ind w:firstLine="284"/>
        <w:jc w:val="both"/>
      </w:pPr>
      <w:r w:rsidRPr="00994820">
        <w:t>«Il Giudice della Colpa, capo del Dipartimento del Tramonto.»</w:t>
      </w:r>
    </w:p>
    <w:p w14:paraId="4E78C22E" w14:textId="77777777" w:rsidR="007C3C6C" w:rsidRPr="00994820" w:rsidRDefault="007C3C6C" w:rsidP="00B1354B">
      <w:pPr>
        <w:spacing w:before="100" w:beforeAutospacing="1" w:after="100" w:afterAutospacing="1" w:line="360" w:lineRule="auto"/>
        <w:ind w:firstLine="284"/>
        <w:jc w:val="both"/>
      </w:pPr>
      <w:r w:rsidRPr="00994820">
        <w:t>Un altro fascio di luce, questa volta di un rosso intenso, partì dalla gemma per generare un nuovo ologramma alla destra della ragazza. Seguì la luce con lo sguardo, fino a vedere materializzarsi una seconda figura indistinta. Questa volta la figura era ben più imponente: più alta di Fanny, con spalle massicce. Anche in questo caso i lineamenti erano indistinguibili. Solo una strana, piccola struttura cilindrica pendeva da quello che doveva essere il suo volto. Fanny non riuscì a capire cosa fosse, ma non aveva poi così tanta importanza.</w:t>
      </w:r>
    </w:p>
    <w:p w14:paraId="09BE41FF" w14:textId="77777777" w:rsidR="007C3C6C" w:rsidRPr="00994820" w:rsidRDefault="007C3C6C" w:rsidP="00B1354B">
      <w:pPr>
        <w:spacing w:before="100" w:beforeAutospacing="1" w:after="100" w:afterAutospacing="1" w:line="360" w:lineRule="auto"/>
        <w:ind w:firstLine="284"/>
        <w:jc w:val="both"/>
      </w:pPr>
      <w:r w:rsidRPr="00994820">
        <w:t xml:space="preserve">«Il Giudice della Colpa» continuò la voce elegante dell’ologramma, «è l’unica figura a poter intervenire, seppur parzialmente, sui giudizi della Sorridente. Per quanto ai registri non sia mai arrivato un caso in cui i due pareri fossero in disaccordo. Lo scopo del Dipartimento del Tramonto è la sicurezza della città. Tale compito è eseguito dai SynBorn che alla nascita vengono assegnati a questo Dipartimento e operano principalmente di giorno, momento in cui la maggior parte dei cittadini è impegnata nei propri compiti lavorativi. È di notte, dopo il tramonto, che inizia il vero pattugliamento. Nell’ammasso di gente che popola ogni notte i tre settori dell’anello commerciale possono capitare alterazioni dell’Emotion Value. Compito dei SynBorn è consigliare </w:t>
      </w:r>
      <w:r w:rsidRPr="00994820">
        <w:lastRenderedPageBreak/>
        <w:t>la correzione mediante Gratia. Se si supera il 90 di valore, allora intervengono anche gli Elvenar, ex criminali intrattabili e condannati al Servizio Perpetuo. Se la minaccia è assai grave, o il giudizio incerto, intervengono gli Shinigami, voce e braccio del Giudice della Colpa, e per sua intercessione della Sorridente stessa. Al tramonto la Notte cala sui colpevoli e i criminali.»</w:t>
      </w:r>
    </w:p>
    <w:p w14:paraId="62F67A99" w14:textId="77777777" w:rsidR="007C3C6C" w:rsidRPr="00994820" w:rsidRDefault="007C3C6C" w:rsidP="00B1354B">
      <w:pPr>
        <w:spacing w:before="100" w:beforeAutospacing="1" w:after="100" w:afterAutospacing="1" w:line="360" w:lineRule="auto"/>
        <w:ind w:firstLine="284"/>
        <w:jc w:val="both"/>
      </w:pPr>
      <w:r w:rsidRPr="00994820">
        <w:t>Fanny strinse i pugni con rabbia nel sentire quelle parole tanto familiari. E il suo sguardo colmo d’ira era tutto per quella figura in ombra che rappresentava il secondo Giudice.</w:t>
      </w:r>
    </w:p>
    <w:p w14:paraId="24CA2ACE" w14:textId="77777777" w:rsidR="007C3C6C" w:rsidRPr="00994820" w:rsidRDefault="007C3C6C" w:rsidP="00B1354B">
      <w:pPr>
        <w:spacing w:before="100" w:beforeAutospacing="1" w:after="100" w:afterAutospacing="1" w:line="360" w:lineRule="auto"/>
        <w:ind w:firstLine="284"/>
        <w:jc w:val="both"/>
      </w:pPr>
      <w:r w:rsidRPr="00994820">
        <w:t>«Infine, abbiamo il Giudice della Nascita.»</w:t>
      </w:r>
    </w:p>
    <w:p w14:paraId="7AD8F7E6" w14:textId="77777777" w:rsidR="007C3C6C" w:rsidRPr="00994820" w:rsidRDefault="007C3C6C" w:rsidP="00B1354B">
      <w:pPr>
        <w:spacing w:before="100" w:beforeAutospacing="1" w:after="100" w:afterAutospacing="1" w:line="360" w:lineRule="auto"/>
        <w:ind w:firstLine="284"/>
        <w:jc w:val="both"/>
      </w:pPr>
      <w:r w:rsidRPr="00994820">
        <w:t>Un terzo fascio di luce, di colore azzurro, aggirò Fanny, e una figura enorme in penombra apparve alle sue spalle. Era assai più grande delle altre due, ben più alta di Fanny o del Giudice della Colpa. Mentre la scrutava, un mal di testa sembrò colpirla. Quella figura le era stranamente familiare e al tempo stesso estranea.</w:t>
      </w:r>
    </w:p>
    <w:p w14:paraId="70AB354D" w14:textId="77777777" w:rsidR="007C3C6C" w:rsidRPr="00994820" w:rsidRDefault="007C3C6C" w:rsidP="00B1354B">
      <w:pPr>
        <w:spacing w:before="100" w:beforeAutospacing="1" w:after="100" w:afterAutospacing="1" w:line="360" w:lineRule="auto"/>
        <w:ind w:firstLine="284"/>
        <w:jc w:val="both"/>
      </w:pPr>
      <w:r w:rsidRPr="00994820">
        <w:t>«Capo del Dipartimento dell’Alba. Il Dipartimento dell’Alba si occupa della gestione delle nascite, smistando le richieste e assicurandosi di dare alla luce solo persone perfettamente sane e perfettamente inserite nel sistema. Prima dei tre anni non è possibile lasciare il Dipartimento per raggiungere la famiglia richiedente. Per ottenere il risultato migliore per il benessere della famiglia e della società sono necessari numerosi controlli, ed è fondamentale impartire gli insegnamenti civici essenziali, prima che si possa permettere all’individuo di unirsi alla collettività, che va protetta con ogni mezzo.»</w:t>
      </w:r>
    </w:p>
    <w:p w14:paraId="7328C9D3" w14:textId="77777777" w:rsidR="007C3C6C" w:rsidRPr="00994820" w:rsidRDefault="007C3C6C" w:rsidP="00B1354B">
      <w:pPr>
        <w:spacing w:before="100" w:beforeAutospacing="1" w:after="100" w:afterAutospacing="1" w:line="360" w:lineRule="auto"/>
        <w:ind w:firstLine="284"/>
        <w:jc w:val="both"/>
      </w:pPr>
      <w:r w:rsidRPr="00994820">
        <w:t>Quest’ultima descrizione non godette della stessa attenzione vigile delle altre due: Fanny era più che mai concentrata a scrutare quella figura imponente e minacciosa.</w:t>
      </w:r>
    </w:p>
    <w:p w14:paraId="7ED3916B" w14:textId="77777777" w:rsidR="007C3C6C" w:rsidRPr="00994820" w:rsidRDefault="007C3C6C" w:rsidP="00B1354B">
      <w:pPr>
        <w:spacing w:before="100" w:beforeAutospacing="1" w:after="100" w:afterAutospacing="1" w:line="360" w:lineRule="auto"/>
        <w:ind w:firstLine="284"/>
        <w:jc w:val="both"/>
      </w:pPr>
      <w:r w:rsidRPr="00994820">
        <w:t>«Difficile credere che dovrei avere più paura di lui che di te,» pensò, passando lo sguardo dal Giudice della Colpa al Giudice della Nascita.</w:t>
      </w:r>
    </w:p>
    <w:p w14:paraId="157EBA1F" w14:textId="77777777" w:rsidR="007C3C6C" w:rsidRPr="00994820" w:rsidRDefault="007C3C6C" w:rsidP="00B1354B">
      <w:pPr>
        <w:spacing w:before="100" w:beforeAutospacing="1" w:after="100" w:afterAutospacing="1" w:line="360" w:lineRule="auto"/>
        <w:ind w:firstLine="284"/>
        <w:jc w:val="both"/>
      </w:pPr>
      <w:r w:rsidRPr="00994820">
        <w:t>Poco dopo, gli ologrammi sparirono. Fanny si lasciò cadere sul letto, premendosi le tempie con la mano umana.</w:t>
      </w:r>
    </w:p>
    <w:p w14:paraId="39B701AB" w14:textId="77777777" w:rsidR="007C3C6C" w:rsidRPr="00994820" w:rsidRDefault="007C3C6C" w:rsidP="00B1354B">
      <w:pPr>
        <w:spacing w:before="100" w:beforeAutospacing="1" w:after="100" w:afterAutospacing="1" w:line="360" w:lineRule="auto"/>
        <w:ind w:firstLine="284"/>
        <w:jc w:val="both"/>
      </w:pPr>
      <w:r w:rsidRPr="00994820">
        <w:t>«Perché mi sono cacciata in questo casino?»</w:t>
      </w:r>
    </w:p>
    <w:p w14:paraId="3CC7BEC2" w14:textId="77777777" w:rsidR="007C3C6C" w:rsidRPr="00994820" w:rsidRDefault="007C3C6C" w:rsidP="00B1354B">
      <w:pPr>
        <w:spacing w:before="100" w:beforeAutospacing="1" w:after="100" w:afterAutospacing="1" w:line="360" w:lineRule="auto"/>
        <w:ind w:firstLine="284"/>
        <w:jc w:val="both"/>
      </w:pPr>
      <w:r w:rsidRPr="00994820">
        <w:t>Rimase nel silenzio della stanza, stesa su quel letto alieno. Passarono minuti, pesanti come ore. Poi Fanny si voltò verso il comodino, cercando la moneta del padre. Era lì. Era bello osservarla: la calmava. Ma la sensazione piacevole durò poco, perché l’attenzione della ragazza venne rapita dal distintivo che inquinava quel piccolo angolo familiare che la moneta portava sempre con sé.</w:t>
      </w:r>
    </w:p>
    <w:p w14:paraId="55EDF6CF" w14:textId="77777777" w:rsidR="007C3C6C" w:rsidRPr="00994820" w:rsidRDefault="007C3C6C" w:rsidP="00B1354B">
      <w:pPr>
        <w:spacing w:before="100" w:beforeAutospacing="1" w:after="100" w:afterAutospacing="1" w:line="360" w:lineRule="auto"/>
        <w:ind w:firstLine="284"/>
        <w:jc w:val="both"/>
      </w:pPr>
      <w:r w:rsidRPr="00994820">
        <w:t>Non lo accettava.</w:t>
      </w:r>
    </w:p>
    <w:p w14:paraId="25225757" w14:textId="77777777" w:rsidR="007C3C6C" w:rsidRPr="00994820" w:rsidRDefault="007C3C6C" w:rsidP="00B1354B">
      <w:pPr>
        <w:spacing w:before="100" w:beforeAutospacing="1" w:after="100" w:afterAutospacing="1" w:line="360" w:lineRule="auto"/>
        <w:ind w:firstLine="284"/>
        <w:jc w:val="both"/>
      </w:pPr>
      <w:r w:rsidRPr="00994820">
        <w:lastRenderedPageBreak/>
        <w:t>Si alzò rapidamente e afferrò con violenza il distintivo: non poteva lasciarlo vicino alla moneta del padre. Rimase in piedi a osservarlo per alcuni secondi, poi sospirò e, guardando verso la gemma, disse con tono arreso:</w:t>
      </w:r>
    </w:p>
    <w:p w14:paraId="317D6CEA" w14:textId="77777777" w:rsidR="007C3C6C" w:rsidRPr="00994820" w:rsidRDefault="007C3C6C" w:rsidP="00B1354B">
      <w:pPr>
        <w:spacing w:before="100" w:beforeAutospacing="1" w:after="100" w:afterAutospacing="1" w:line="360" w:lineRule="auto"/>
        <w:ind w:firstLine="284"/>
        <w:jc w:val="both"/>
      </w:pPr>
      <w:r w:rsidRPr="00994820">
        <w:t>«Tanto non si può tornare indietro.»</w:t>
      </w:r>
    </w:p>
    <w:p w14:paraId="33C80B59" w14:textId="77777777" w:rsidR="007C3C6C" w:rsidRPr="00994820" w:rsidRDefault="007C3C6C" w:rsidP="00B1354B">
      <w:pPr>
        <w:spacing w:before="100" w:beforeAutospacing="1" w:after="100" w:afterAutospacing="1" w:line="360" w:lineRule="auto"/>
        <w:ind w:firstLine="284"/>
        <w:jc w:val="both"/>
      </w:pPr>
      <w:r w:rsidRPr="00994820">
        <w:t>Si avvicinò di nuovo alla gemma. «Cosa sai dirmi sugli Shinigami attualmente in servizio?»</w:t>
      </w:r>
    </w:p>
    <w:p w14:paraId="1C6833F8" w14:textId="77777777" w:rsidR="007C3C6C" w:rsidRPr="00994820" w:rsidRDefault="007C3C6C" w:rsidP="00B1354B">
      <w:pPr>
        <w:spacing w:before="100" w:beforeAutospacing="1" w:after="100" w:afterAutospacing="1" w:line="360" w:lineRule="auto"/>
        <w:ind w:firstLine="284"/>
        <w:jc w:val="both"/>
      </w:pPr>
      <w:r w:rsidRPr="00994820">
        <w:t>L’ologramma proiettò un elenco:</w:t>
      </w:r>
    </w:p>
    <w:p w14:paraId="649E7461" w14:textId="77777777" w:rsidR="007C3C6C" w:rsidRPr="00994820" w:rsidRDefault="007C3C6C" w:rsidP="00B1354B">
      <w:pPr>
        <w:spacing w:before="100" w:beforeAutospacing="1" w:after="100" w:afterAutospacing="1" w:line="360" w:lineRule="auto"/>
        <w:ind w:firstLine="284"/>
      </w:pPr>
      <w:r w:rsidRPr="00994820">
        <w:t>«Attualmente in servizio risultano otto Shinigami:</w:t>
      </w:r>
      <w:r w:rsidRPr="00994820">
        <w:br/>
        <w:t>– Numero 7: Fanny dagli Occhi Dolci.</w:t>
      </w:r>
      <w:r w:rsidRPr="00994820">
        <w:br/>
        <w:t>– Numero 6: Aman, L’Ala del Sistema.</w:t>
      </w:r>
      <w:r w:rsidRPr="00994820">
        <w:br/>
        <w:t>– Numero 5: Kieren, Lo Shinigami.</w:t>
      </w:r>
      <w:r w:rsidRPr="00994820">
        <w:br/>
        <w:t>– Numero 4: Rift, Il Bimbo Prodigio.</w:t>
      </w:r>
      <w:r w:rsidRPr="00994820">
        <w:br/>
        <w:t>– Numero 3: Rock, La Cecchina.</w:t>
      </w:r>
      <w:r w:rsidRPr="00994820">
        <w:br/>
        <w:t>– Numero 2: Momo, Lo Spirito della Notte.</w:t>
      </w:r>
      <w:r w:rsidRPr="00994820">
        <w:br/>
        <w:t>– Numero 1: Capo della Divisione Guardiani, Dr. Stein, Il Folle.»</w:t>
      </w:r>
    </w:p>
    <w:p w14:paraId="2DE38B6D" w14:textId="77777777" w:rsidR="007C3C6C" w:rsidRPr="00994820" w:rsidRDefault="007C3C6C" w:rsidP="00B1354B">
      <w:pPr>
        <w:spacing w:before="100" w:beforeAutospacing="1" w:after="100" w:afterAutospacing="1" w:line="360" w:lineRule="auto"/>
        <w:ind w:firstLine="284"/>
        <w:jc w:val="both"/>
      </w:pPr>
      <w:r w:rsidRPr="00994820">
        <w:t>Fanny aggrottò la fronte. «Ci sono informazioni personali rilevanti su di loro?»</w:t>
      </w:r>
    </w:p>
    <w:p w14:paraId="0D689471" w14:textId="0B3A03BF" w:rsidR="007C3C6C" w:rsidRPr="00994820" w:rsidRDefault="007C3C6C" w:rsidP="00B1354B">
      <w:pPr>
        <w:spacing w:before="100" w:beforeAutospacing="1" w:after="100" w:afterAutospacing="1" w:line="360" w:lineRule="auto"/>
        <w:ind w:firstLine="284"/>
      </w:pPr>
      <w:r w:rsidRPr="00994820">
        <w:t>L’ologramma iniziò a scorrere i dati:</w:t>
      </w:r>
      <w:r w:rsidRPr="00994820">
        <w:br/>
        <w:t xml:space="preserve">«Numero 7: nessuna informazione rilevante. </w:t>
      </w:r>
      <w:r w:rsidRPr="00994820">
        <w:br/>
        <w:t xml:space="preserve">Numero 6: possiede un Emotion Value pari a 0, creatore del proprio Boost Tek. </w:t>
      </w:r>
      <w:r w:rsidRPr="00994820">
        <w:br/>
        <w:t xml:space="preserve">Numero 5: Emotion Value di 932, congelato a 70, unico superstite della prima Divisione Guardiani. Numero 4: Emotion Value di 15, cresciuto come Arma del Sistema. </w:t>
      </w:r>
      <w:r w:rsidRPr="00994820">
        <w:br/>
        <w:t xml:space="preserve">Numero 3: Seconda generazione di Guardiani, nessun Emotion Value rilevabile. </w:t>
      </w:r>
      <w:r w:rsidRPr="00994820">
        <w:br/>
        <w:t xml:space="preserve">Numero 2: Seconda generazione di Guardiani, nessun Emotion Value rilevabile. </w:t>
      </w:r>
      <w:r w:rsidRPr="00994820">
        <w:br/>
        <w:t>Numero 1: ideatore e artefice della seconda generazione di Guardiani, membro dei Tre</w:t>
      </w:r>
      <w:r w:rsidR="00360205">
        <w:t xml:space="preserve"> </w:t>
      </w:r>
      <w:r w:rsidRPr="00994820">
        <w:t>Giudici.»</w:t>
      </w:r>
    </w:p>
    <w:p w14:paraId="00135D3D" w14:textId="77777777" w:rsidR="007C3C6C" w:rsidRPr="00994820" w:rsidRDefault="007C3C6C" w:rsidP="00B1354B">
      <w:pPr>
        <w:pStyle w:val="NormaleWeb"/>
        <w:spacing w:line="360" w:lineRule="auto"/>
        <w:ind w:firstLine="284"/>
        <w:jc w:val="both"/>
      </w:pPr>
      <w:r w:rsidRPr="00994820">
        <w:t>Fanny sgranò gli occhi ripensando alla figura che era apparsa alla sua destra. «Sarà lui?»</w:t>
      </w:r>
    </w:p>
    <w:p w14:paraId="01ECAAC1" w14:textId="77777777" w:rsidR="007C3C6C" w:rsidRPr="00994820" w:rsidRDefault="007C3C6C" w:rsidP="00B1354B">
      <w:pPr>
        <w:pStyle w:val="NormaleWeb"/>
        <w:spacing w:line="360" w:lineRule="auto"/>
        <w:ind w:firstLine="284"/>
        <w:jc w:val="both"/>
      </w:pPr>
      <w:r w:rsidRPr="00994820">
        <w:t>L’ologramma proseguì elencando le specifiche dei Boost Tek degli Shinigami. Fanny ascoltava, ma ormai la testa le ronzava. Ogni informazione che riceveva non faceva che dipingere un quadro sempre più rigido, sempre più spietato.</w:t>
      </w:r>
    </w:p>
    <w:p w14:paraId="6F5F6D6D" w14:textId="77777777" w:rsidR="007C3C6C" w:rsidRPr="00994820" w:rsidRDefault="007C3C6C" w:rsidP="00B1354B">
      <w:pPr>
        <w:pStyle w:val="NormaleWeb"/>
        <w:spacing w:line="360" w:lineRule="auto"/>
        <w:ind w:firstLine="284"/>
        <w:jc w:val="both"/>
      </w:pPr>
      <w:r w:rsidRPr="00994820">
        <w:t>Quando l’elenco terminò, rimase immobile davanti allo schermo, le labbra bloccate in un sorriso isterico e un pensiero che le martellava in testa:</w:t>
      </w:r>
    </w:p>
    <w:p w14:paraId="3AF5E8C0" w14:textId="77777777" w:rsidR="007C3C6C" w:rsidRPr="00994820" w:rsidRDefault="007C3C6C" w:rsidP="00B1354B">
      <w:pPr>
        <w:spacing w:before="100" w:beforeAutospacing="1" w:after="100" w:afterAutospacing="1" w:line="360" w:lineRule="auto"/>
        <w:ind w:firstLine="284"/>
        <w:jc w:val="both"/>
      </w:pPr>
      <w:r w:rsidRPr="00994820">
        <w:lastRenderedPageBreak/>
        <w:t>«Questo posto è un covo di mostri.»</w:t>
      </w:r>
    </w:p>
    <w:p w14:paraId="06EEE2A6" w14:textId="77777777" w:rsidR="007C3C6C" w:rsidRPr="00994820" w:rsidRDefault="007C3C6C" w:rsidP="00B1354B">
      <w:pPr>
        <w:spacing w:before="100" w:beforeAutospacing="1" w:after="100" w:afterAutospacing="1" w:line="360" w:lineRule="auto"/>
        <w:ind w:firstLine="284"/>
        <w:jc w:val="both"/>
      </w:pPr>
      <w:r w:rsidRPr="00994820">
        <w:t>Fanny rimase qualche secondo in silenzio, osservando l’elenco dei suoi futuri colleghi che si dissolveva nello schermo come polvere digitale. Poi, quasi senza accorgersene, sussurrò l’ultima domanda che le bruciava sulle labbra.</w:t>
      </w:r>
    </w:p>
    <w:p w14:paraId="1579A611" w14:textId="77777777" w:rsidR="007C3C6C" w:rsidRPr="00994820" w:rsidRDefault="007C3C6C" w:rsidP="00B1354B">
      <w:pPr>
        <w:spacing w:before="100" w:beforeAutospacing="1" w:after="100" w:afterAutospacing="1" w:line="360" w:lineRule="auto"/>
        <w:ind w:firstLine="284"/>
        <w:jc w:val="both"/>
      </w:pPr>
      <w:r w:rsidRPr="00994820">
        <w:t>«Perché gli Shinigami non vengono giudicati? Molti di loro hanno un Emotion Value fuori scala e davvero…» deglutì, mentre sputava fuori quel macabro ricordo, «davvero togliere la vita a qualcuno non altera il loro valore? E in fondo sono armati, non dovrebbero essere giudicati in quanto pericolo… o resi degli Elvenar?»</w:t>
      </w:r>
    </w:p>
    <w:p w14:paraId="76E490A5" w14:textId="77777777" w:rsidR="007C3C6C" w:rsidRPr="00994820" w:rsidRDefault="007C3C6C" w:rsidP="00B1354B">
      <w:pPr>
        <w:spacing w:before="100" w:beforeAutospacing="1" w:after="100" w:afterAutospacing="1" w:line="360" w:lineRule="auto"/>
        <w:ind w:firstLine="284"/>
        <w:jc w:val="both"/>
      </w:pPr>
      <w:r w:rsidRPr="00994820">
        <w:t>La raffica di domande invase la stanza, espresse di getto, come a volersi togliere un peso dallo stomaco il più in fretta possibile.</w:t>
      </w:r>
    </w:p>
    <w:p w14:paraId="398E0C2B" w14:textId="77777777" w:rsidR="007C3C6C" w:rsidRPr="00994820" w:rsidRDefault="007C3C6C" w:rsidP="00B1354B">
      <w:pPr>
        <w:spacing w:before="100" w:beforeAutospacing="1" w:after="100" w:afterAutospacing="1" w:line="360" w:lineRule="auto"/>
        <w:ind w:firstLine="284"/>
        <w:jc w:val="both"/>
      </w:pPr>
      <w:r w:rsidRPr="00994820">
        <w:t>L’ologramma non esitò nemmeno un istante. «Il loro Emotion Value è congelato. Eventuali alterazioni durante il servizio vengono dirottate sull’Emotion Reader più vicino. Un colpevole verrà quindi individuato e giudicato.»</w:t>
      </w:r>
    </w:p>
    <w:p w14:paraId="19759BC6" w14:textId="77777777" w:rsidR="007C3C6C" w:rsidRPr="00994820" w:rsidRDefault="007C3C6C" w:rsidP="00B1354B">
      <w:pPr>
        <w:spacing w:before="100" w:beforeAutospacing="1" w:after="100" w:afterAutospacing="1" w:line="360" w:lineRule="auto"/>
        <w:ind w:firstLine="284"/>
        <w:jc w:val="both"/>
      </w:pPr>
      <w:r w:rsidRPr="00994820">
        <w:t>Le pupille cibernetiche di Fanny si strinsero. Le mani rigide lungo i fianchi, un’espressione furiosa si disegnò sul suo volto.</w:t>
      </w:r>
    </w:p>
    <w:p w14:paraId="4FE5BFB7" w14:textId="77777777" w:rsidR="007C3C6C" w:rsidRPr="00994820" w:rsidRDefault="007C3C6C" w:rsidP="00B1354B">
      <w:pPr>
        <w:spacing w:before="100" w:beforeAutospacing="1" w:after="100" w:afterAutospacing="1" w:line="360" w:lineRule="auto"/>
        <w:ind w:firstLine="284"/>
        <w:jc w:val="both"/>
      </w:pPr>
      <w:r w:rsidRPr="00994820">
        <w:t>«Così è tutto più semplice,» disse a denti stretti. «Loro possono fare qualunque cosa, purché ci sia qualcuno pronto a pagare per loro.»</w:t>
      </w:r>
    </w:p>
    <w:p w14:paraId="3BF89F94" w14:textId="77777777" w:rsidR="007C3C6C" w:rsidRPr="00994820" w:rsidRDefault="007C3C6C" w:rsidP="00B1354B">
      <w:pPr>
        <w:spacing w:before="100" w:beforeAutospacing="1" w:after="100" w:afterAutospacing="1" w:line="360" w:lineRule="auto"/>
        <w:ind w:firstLine="284"/>
        <w:jc w:val="both"/>
      </w:pPr>
      <w:r w:rsidRPr="00994820">
        <w:t>Poi, esasperata, sputò fuori le parole con rabbia:</w:t>
      </w:r>
    </w:p>
    <w:p w14:paraId="4C0ED146" w14:textId="77777777" w:rsidR="007C3C6C" w:rsidRPr="00994820" w:rsidRDefault="007C3C6C" w:rsidP="00B1354B">
      <w:pPr>
        <w:spacing w:before="100" w:beforeAutospacing="1" w:after="100" w:afterAutospacing="1" w:line="360" w:lineRule="auto"/>
        <w:ind w:firstLine="284"/>
        <w:jc w:val="both"/>
      </w:pPr>
      <w:r w:rsidRPr="00994820">
        <w:t>«Non importa chi. Basta trovare un colpevole.»</w:t>
      </w:r>
    </w:p>
    <w:p w14:paraId="6F7F4278" w14:textId="77777777" w:rsidR="007C3C6C" w:rsidRPr="00994820" w:rsidRDefault="007C3C6C" w:rsidP="00B1354B">
      <w:pPr>
        <w:spacing w:before="100" w:beforeAutospacing="1" w:after="100" w:afterAutospacing="1" w:line="360" w:lineRule="auto"/>
        <w:ind w:firstLine="284"/>
        <w:jc w:val="both"/>
      </w:pPr>
      <w:r w:rsidRPr="00994820">
        <w:t>La stanza tornò silenziosa, ma quella risposta continuava a rimbombarle nella testa come un verdetto senza appello.</w:t>
      </w:r>
    </w:p>
    <w:p w14:paraId="0025DFD9" w14:textId="77777777" w:rsidR="007C3C6C" w:rsidRPr="00994820" w:rsidRDefault="007C3C6C" w:rsidP="00B1354B">
      <w:pPr>
        <w:spacing w:before="100" w:beforeAutospacing="1" w:after="100" w:afterAutospacing="1" w:line="360" w:lineRule="auto"/>
        <w:ind w:firstLine="284"/>
        <w:jc w:val="both"/>
      </w:pPr>
      <w:r w:rsidRPr="00994820">
        <w:t>Si voltò verso l’armadio. L’armatura era ancora lì, appesa tra gli abiti sgualciti, silenziosa e pesante, ma in qualche modo rassicurante. Senza pensarci troppo, si avvicinò e la prese, facendo scivolare le fibbie tra le dita.</w:t>
      </w:r>
    </w:p>
    <w:p w14:paraId="48092AD3" w14:textId="77777777" w:rsidR="007C3C6C" w:rsidRPr="00994820" w:rsidRDefault="007C3C6C" w:rsidP="00B1354B">
      <w:pPr>
        <w:spacing w:before="100" w:beforeAutospacing="1" w:after="100" w:afterAutospacing="1" w:line="360" w:lineRule="auto"/>
        <w:ind w:firstLine="284"/>
        <w:jc w:val="both"/>
      </w:pPr>
      <w:r w:rsidRPr="00994820">
        <w:t>Con movimenti rapidi e automatici, si tolse la maglietta e indossò il corpetto metallico, poi i guanti, le protezioni per le gambe. Sentiva il freddo del metallo aderire alla pelle, ma era un freddo che conosceva, che era sempre stato con lei. Una volta agganciato l’ultimo tassello, sentì degli aghi penetrarle nella carne della schiena, e per un secondo quasi perse i sensi.</w:t>
      </w:r>
    </w:p>
    <w:p w14:paraId="22BCB3D4" w14:textId="77777777" w:rsidR="007C3C6C" w:rsidRPr="00994820" w:rsidRDefault="007C3C6C" w:rsidP="00B1354B">
      <w:pPr>
        <w:spacing w:before="100" w:beforeAutospacing="1" w:after="100" w:afterAutospacing="1" w:line="360" w:lineRule="auto"/>
        <w:ind w:firstLine="284"/>
        <w:jc w:val="both"/>
      </w:pPr>
      <w:r w:rsidRPr="00994820">
        <w:lastRenderedPageBreak/>
        <w:t>Non se n’era accorta l’ultima volta: troppo stava succedendo. Ma ora era chiaro. Era lei, era il suo corpo ad alimentare l’armatura. Lo stesso valeva per i congegni che il padre le aveva installato da piccola. Ecco perché dovette riceverli lentamente, negli anni.</w:t>
      </w:r>
    </w:p>
    <w:p w14:paraId="3C4B7F58" w14:textId="77777777" w:rsidR="007C3C6C" w:rsidRPr="00994820" w:rsidRDefault="007C3C6C" w:rsidP="00B1354B">
      <w:pPr>
        <w:spacing w:before="100" w:beforeAutospacing="1" w:after="100" w:afterAutospacing="1" w:line="360" w:lineRule="auto"/>
        <w:ind w:firstLine="284"/>
        <w:jc w:val="both"/>
      </w:pPr>
      <w:r w:rsidRPr="00994820">
        <w:t>Prima fu il cuore. Non se lo ricordava, quel freddo atrio in metallo, nella sua testa era lì da sempre.</w:t>
      </w:r>
    </w:p>
    <w:p w14:paraId="376116B4" w14:textId="77777777" w:rsidR="007C3C6C" w:rsidRPr="00994820" w:rsidRDefault="007C3C6C" w:rsidP="00B1354B">
      <w:pPr>
        <w:spacing w:before="100" w:beforeAutospacing="1" w:after="100" w:afterAutospacing="1" w:line="360" w:lineRule="auto"/>
        <w:ind w:firstLine="284"/>
        <w:jc w:val="both"/>
      </w:pPr>
      <w:r w:rsidRPr="00994820">
        <w:t>Poi la gamba, ben dopo aver compiuto i suoi primi passi.</w:t>
      </w:r>
    </w:p>
    <w:p w14:paraId="22B0D906" w14:textId="77777777" w:rsidR="007C3C6C" w:rsidRPr="00994820" w:rsidRDefault="007C3C6C" w:rsidP="00B1354B">
      <w:pPr>
        <w:spacing w:before="100" w:beforeAutospacing="1" w:after="100" w:afterAutospacing="1" w:line="360" w:lineRule="auto"/>
        <w:ind w:firstLine="284"/>
        <w:jc w:val="both"/>
      </w:pPr>
      <w:r w:rsidRPr="00994820">
        <w:t>Per il braccio dovette attendere a lungo. Ricordava ancora — sebbene il ricordo fosse sbiadito nella nebbia del tempo — che quell’anno dovette convivere con la quasi impossibilità di sollevare quel suo braccio stanco per legarsi i capelli. Fu un sollievo addormentarsi e risvegliarsi con quella nuova protesi in metallo.</w:t>
      </w:r>
    </w:p>
    <w:p w14:paraId="758288A7" w14:textId="77777777" w:rsidR="007C3C6C" w:rsidRPr="00994820" w:rsidRDefault="007C3C6C" w:rsidP="00B1354B">
      <w:pPr>
        <w:spacing w:before="100" w:beforeAutospacing="1" w:after="100" w:afterAutospacing="1" w:line="360" w:lineRule="auto"/>
        <w:ind w:firstLine="284"/>
        <w:jc w:val="both"/>
      </w:pPr>
      <w:r w:rsidRPr="00994820">
        <w:t>L’ultimo regalo del padre furono gli occhi. Quel ricordo era più vivido. A differenza di molti altri, conservava con chiarezza l’immagine di un mondo che sbiadiva davanti a sé, giorno dopo giorno. E ora quegli stessi occhi erano diventati più forti, una nuova lente le stava mostrando il mondo.</w:t>
      </w:r>
    </w:p>
    <w:p w14:paraId="2BC167D4" w14:textId="77777777" w:rsidR="007C3C6C" w:rsidRPr="00994820" w:rsidRDefault="007C3C6C" w:rsidP="00B1354B">
      <w:pPr>
        <w:pStyle w:val="NormaleWeb"/>
        <w:spacing w:line="360" w:lineRule="auto"/>
        <w:ind w:firstLine="284"/>
        <w:jc w:val="both"/>
      </w:pPr>
      <w:r w:rsidRPr="00994820">
        <w:t>Solo allora lo realizzò: da quel momento avrebbe osservato il mondo con occhi donati da Ecliptica.</w:t>
      </w:r>
    </w:p>
    <w:p w14:paraId="35B8FEEB" w14:textId="77777777" w:rsidR="007C3C6C" w:rsidRPr="00994820" w:rsidRDefault="007C3C6C" w:rsidP="00B1354B">
      <w:pPr>
        <w:pStyle w:val="NormaleWeb"/>
        <w:spacing w:line="360" w:lineRule="auto"/>
        <w:ind w:firstLine="284"/>
        <w:jc w:val="both"/>
      </w:pPr>
      <w:r w:rsidRPr="00994820">
        <w:t>Rimettendosi ritta si chiese se avrebbe avuto tutta l’energia che quell’armatura sembrava chiederle. E quante altre modifiche avrebbe potuto sopportare? E quante sarebbero state necessarie?</w:t>
      </w:r>
    </w:p>
    <w:p w14:paraId="15183B1D" w14:textId="77777777" w:rsidR="007C3C6C" w:rsidRPr="00994820" w:rsidRDefault="007C3C6C" w:rsidP="00B1354B">
      <w:pPr>
        <w:pStyle w:val="NormaleWeb"/>
        <w:spacing w:line="360" w:lineRule="auto"/>
        <w:ind w:firstLine="284"/>
        <w:jc w:val="both"/>
      </w:pPr>
      <w:r w:rsidRPr="00994820">
        <w:t>Quando terminò, si guardò un momento allo specchio. Sorrise. Era bella.</w:t>
      </w:r>
    </w:p>
    <w:p w14:paraId="5DA094C9" w14:textId="77777777" w:rsidR="007C3C6C" w:rsidRPr="00994820" w:rsidRDefault="007C3C6C" w:rsidP="00B1354B">
      <w:pPr>
        <w:pStyle w:val="NormaleWeb"/>
        <w:spacing w:line="360" w:lineRule="auto"/>
        <w:ind w:firstLine="284"/>
        <w:jc w:val="both"/>
      </w:pPr>
      <w:r w:rsidRPr="00994820">
        <w:t>Prima di uscire, afferrò dal comodino la moneta del padre e lo stemma del Dipartimento e li infilò in una tasca sulla gamba destra. Poco prima di aprire la porta, si voltò verso la runa e si decise a portarla con sé. La infilò in una tasca interna dell’armatura, all’altezza del petto. Una parte di lei avrebbe voluto scaraventarla contro il muro, ma sapeva che le sarebbe servita.</w:t>
      </w:r>
    </w:p>
    <w:p w14:paraId="7478C745" w14:textId="77777777" w:rsidR="007C3C6C" w:rsidRPr="00994820" w:rsidRDefault="007C3C6C" w:rsidP="00B1354B">
      <w:pPr>
        <w:spacing w:before="100" w:beforeAutospacing="1" w:after="100" w:afterAutospacing="1" w:line="360" w:lineRule="auto"/>
        <w:ind w:firstLine="284"/>
        <w:jc w:val="both"/>
      </w:pPr>
      <w:r w:rsidRPr="00994820">
        <w:t>«Non ho ancora finito di fare domande.»</w:t>
      </w:r>
    </w:p>
    <w:p w14:paraId="5881A39E" w14:textId="77777777" w:rsidR="007C3C6C" w:rsidRPr="00994820" w:rsidRDefault="007C3C6C" w:rsidP="00B1354B">
      <w:pPr>
        <w:spacing w:before="100" w:beforeAutospacing="1" w:after="100" w:afterAutospacing="1" w:line="360" w:lineRule="auto"/>
        <w:ind w:firstLine="284"/>
        <w:jc w:val="both"/>
      </w:pPr>
      <w:r w:rsidRPr="00994820">
        <w:t>Aprì la porta elettronica e uscì nel corridoio silenzioso del Time Inn, il locale per gli ospiti situato sopra la Hope Industry di Taker. Le luci soffuse delle pareti disegnavano ombre tremolanti sul pavimento, e ogni passo rimbombava tra le pareti troppo pulite. Scese le scale a passi lenti, sentendo il peso dell’armatura e di tutto ciò che si portava dietro fino a quel momento.</w:t>
      </w:r>
    </w:p>
    <w:p w14:paraId="006EC07D" w14:textId="77777777" w:rsidR="007C3C6C" w:rsidRPr="00994820" w:rsidRDefault="007C3C6C" w:rsidP="00B1354B">
      <w:pPr>
        <w:spacing w:before="100" w:beforeAutospacing="1" w:after="100" w:afterAutospacing="1" w:line="360" w:lineRule="auto"/>
        <w:ind w:firstLine="284"/>
        <w:jc w:val="both"/>
      </w:pPr>
      <w:r w:rsidRPr="00994820">
        <w:t>Al piano di sotto, la luce calda e gialla del negozio di Taker sembrava provenire da un altro mondo. L’odore di olio meccanico, rune e polvere le ricordava il rudere barcollante in cui era nata e cresciuta. Sorrise, nel risentire quegli odori così familiari, così rassicuranti.</w:t>
      </w:r>
    </w:p>
    <w:p w14:paraId="33DB37F4" w14:textId="77777777" w:rsidR="007C3C6C" w:rsidRPr="00994820" w:rsidRDefault="007C3C6C" w:rsidP="00B1354B">
      <w:pPr>
        <w:spacing w:before="100" w:beforeAutospacing="1" w:after="100" w:afterAutospacing="1" w:line="360" w:lineRule="auto"/>
        <w:ind w:firstLine="284"/>
        <w:jc w:val="both"/>
      </w:pPr>
      <w:r w:rsidRPr="00994820">
        <w:lastRenderedPageBreak/>
        <w:t>Appena varcò la soglia, li vide. Koro era seduto su uno sgabello, una benda fresca che gli attraversava la fronte e il viso tirato dal dolore. Taker, poco distante, si teneva una fasciatura sul fianco, il mento abbassato, gli occhi persi chissà dove. Entrambi sembravano malconci ma vivi, ed era tutto ciò che Fanny voleva vedere.</w:t>
      </w:r>
    </w:p>
    <w:p w14:paraId="7BFE5C7C" w14:textId="77777777" w:rsidR="007C3C6C" w:rsidRPr="00994820" w:rsidRDefault="007C3C6C" w:rsidP="00B1354B">
      <w:pPr>
        <w:spacing w:before="100" w:beforeAutospacing="1" w:after="100" w:afterAutospacing="1" w:line="360" w:lineRule="auto"/>
        <w:ind w:firstLine="284"/>
        <w:jc w:val="both"/>
      </w:pPr>
      <w:r w:rsidRPr="00994820">
        <w:t>Accanto a loro, china su una bacinella d’acqua e garze, una giovane donna sistemava le fasciature con gesti rapidi e precisi. Indossava una veste lunga e nera, priva di ornamenti, che le scendeva addosso con la semplicità solenne di qualcosa d'antico. Il tessuto, spesso e opaco, sembrava assorbire la luce intorno a sé, mentre il colletto alto e chiaro le incorniciava il volto con un rigore quasi cerimoniale. Un velo scuro le copriva i capelli, lasciando scoperto solo il viso, su cui aleggiava un’espressione placida e imperturbabile.</w:t>
      </w:r>
    </w:p>
    <w:p w14:paraId="682F0C60" w14:textId="77777777" w:rsidR="007C3C6C" w:rsidRPr="00994820" w:rsidRDefault="007C3C6C" w:rsidP="00B1354B">
      <w:pPr>
        <w:spacing w:before="100" w:beforeAutospacing="1" w:after="100" w:afterAutospacing="1" w:line="360" w:lineRule="auto"/>
        <w:ind w:firstLine="284"/>
        <w:jc w:val="both"/>
      </w:pPr>
      <w:r w:rsidRPr="00994820">
        <w:t>Eppure, qualche ciocca rosata sfuggiva con ostinazione dai bordi del copricapo, ricadendo sulle spalle come fiammelle disordinate: un dettaglio fuori posto, o forse un segnale intenzionale.</w:t>
      </w:r>
    </w:p>
    <w:p w14:paraId="6FFAA2C0" w14:textId="77777777" w:rsidR="007C3C6C" w:rsidRPr="00994820" w:rsidRDefault="007C3C6C" w:rsidP="00B1354B">
      <w:pPr>
        <w:spacing w:before="100" w:beforeAutospacing="1" w:after="100" w:afterAutospacing="1" w:line="360" w:lineRule="auto"/>
        <w:ind w:firstLine="284"/>
        <w:jc w:val="both"/>
      </w:pPr>
      <w:r w:rsidRPr="00994820">
        <w:t>Sotto la veste, le maniche si fondevano con piastre metalliche che proteggevano l’intero braccio sinistro: un’armatura lucida, elegantemente funzionale, come se appartenesse a un tempo dimenticato. Il contrasto tra la stoffa austera, il bagliore del metallo e quel colore ribelle tra i capelli parlava di una figura sospesa tra due mondi — né totalmente guerriera, né del tutto estranea alla quiete.</w:t>
      </w:r>
    </w:p>
    <w:p w14:paraId="7D42A4D2" w14:textId="77777777" w:rsidR="007C3C6C" w:rsidRPr="00994820" w:rsidRDefault="007C3C6C" w:rsidP="00B1354B">
      <w:pPr>
        <w:spacing w:before="100" w:beforeAutospacing="1" w:after="100" w:afterAutospacing="1" w:line="360" w:lineRule="auto"/>
        <w:ind w:firstLine="284"/>
        <w:jc w:val="both"/>
      </w:pPr>
      <w:r w:rsidRPr="00994820">
        <w:t>Fanny la notò appena, solo per quei capelli che schizzavano fuori dall’abito ordinato, spezzando l’aria solenne della ragazza. Ma la sua attenzione si spostò rapidamente sui due negozianti che la sera prima l’avevano aiutata mettendo in gioco la propria vita, e che adesso la stavano anche ospitando. Un atto di bontà a cui non era mai stata abituata e che non sapeva nemmeno come ricambiare.</w:t>
      </w:r>
    </w:p>
    <w:p w14:paraId="00B9FCE9" w14:textId="77777777" w:rsidR="007C3C6C" w:rsidRPr="00994820" w:rsidRDefault="007C3C6C" w:rsidP="00B1354B">
      <w:pPr>
        <w:spacing w:before="100" w:beforeAutospacing="1" w:after="100" w:afterAutospacing="1" w:line="360" w:lineRule="auto"/>
        <w:ind w:firstLine="284"/>
        <w:jc w:val="both"/>
      </w:pPr>
      <w:r w:rsidRPr="00994820">
        <w:t>Si sentiva in colpa, e non capiva perché due estranei si fossero spinti a tanto. Se lei si fosse limitata a camminare a testa bassa, forse la loro vita sarebbe stata più serena. E restando lì, li stava ancora mettendo in pericolo? O forse progettavano di venderla a qualcuno? Ma a chi?</w:t>
      </w:r>
    </w:p>
    <w:p w14:paraId="7A282A6B" w14:textId="77777777" w:rsidR="007C3C6C" w:rsidRPr="00994820" w:rsidRDefault="007C3C6C" w:rsidP="00B1354B">
      <w:pPr>
        <w:spacing w:before="100" w:beforeAutospacing="1" w:after="100" w:afterAutospacing="1" w:line="360" w:lineRule="auto"/>
        <w:ind w:firstLine="284"/>
        <w:jc w:val="both"/>
      </w:pPr>
      <w:r w:rsidRPr="00994820">
        <w:t>Scacciò quei pensieri a cui era stata abituata in tanti anni di vita a Grimvale, dove ognuno doveva badare solo a sé stesso. Beh, tranne quando c’era ancora suo padre. Quegli anni erano semplicemente perfetti.</w:t>
      </w:r>
    </w:p>
    <w:p w14:paraId="71F0386A" w14:textId="77777777" w:rsidR="007C3C6C" w:rsidRPr="00994820" w:rsidRDefault="007C3C6C" w:rsidP="00B1354B">
      <w:pPr>
        <w:spacing w:before="100" w:beforeAutospacing="1" w:after="100" w:afterAutospacing="1" w:line="360" w:lineRule="auto"/>
        <w:ind w:firstLine="284"/>
        <w:jc w:val="both"/>
      </w:pPr>
      <w:r w:rsidRPr="00994820">
        <w:t>Terminata la scalinata, si rivolse ai due alleati. Forse amici.</w:t>
      </w:r>
    </w:p>
    <w:p w14:paraId="083CFABB" w14:textId="29C201A7" w:rsidR="00360205" w:rsidRDefault="007C3C6C" w:rsidP="00B1354B">
      <w:pPr>
        <w:spacing w:before="100" w:beforeAutospacing="1" w:after="100" w:afterAutospacing="1" w:line="360" w:lineRule="auto"/>
        <w:ind w:firstLine="284"/>
        <w:jc w:val="both"/>
      </w:pPr>
      <w:r w:rsidRPr="00994820">
        <w:t>«Koro… Taker…» li chiamò sottovoce, la voce incrinata dalla tensione che finalmente si stava sciogliendo.</w:t>
      </w:r>
      <w:r w:rsidR="00360205">
        <w:t xml:space="preserve"> </w:t>
      </w:r>
      <w:r w:rsidRPr="00994820">
        <w:t xml:space="preserve">Koro sollevò lo sguardo e per un attimo le sorrise, un sorriso stanco ma sincero. </w:t>
      </w:r>
    </w:p>
    <w:p w14:paraId="55306F94" w14:textId="77777777" w:rsidR="00360205" w:rsidRDefault="007C3C6C" w:rsidP="00B1354B">
      <w:pPr>
        <w:spacing w:before="100" w:beforeAutospacing="1" w:after="100" w:afterAutospacing="1" w:line="360" w:lineRule="auto"/>
        <w:ind w:firstLine="284"/>
        <w:jc w:val="both"/>
      </w:pPr>
      <w:r w:rsidRPr="00994820">
        <w:t>«Fanny… sei sveglia.»</w:t>
      </w:r>
      <w:r w:rsidR="00360205">
        <w:t xml:space="preserve"> </w:t>
      </w:r>
    </w:p>
    <w:p w14:paraId="5457332D" w14:textId="12C61C18" w:rsidR="007C3C6C" w:rsidRPr="00994820" w:rsidRDefault="007C3C6C" w:rsidP="00B1354B">
      <w:pPr>
        <w:spacing w:before="100" w:beforeAutospacing="1" w:after="100" w:afterAutospacing="1" w:line="360" w:lineRule="auto"/>
        <w:ind w:firstLine="284"/>
        <w:jc w:val="both"/>
      </w:pPr>
      <w:r w:rsidRPr="00994820">
        <w:lastRenderedPageBreak/>
        <w:t>Taker si limitò a riprendere a sorridere freneticamente. Doveva ammetterlo, stava iniziando ad apprezzare quella risata isterica.</w:t>
      </w:r>
    </w:p>
    <w:p w14:paraId="30531B84" w14:textId="77777777" w:rsidR="007C3C6C" w:rsidRPr="00994820" w:rsidRDefault="007C3C6C" w:rsidP="00B1354B">
      <w:pPr>
        <w:spacing w:before="100" w:beforeAutospacing="1" w:after="100" w:afterAutospacing="1" w:line="360" w:lineRule="auto"/>
        <w:ind w:firstLine="284"/>
        <w:jc w:val="both"/>
      </w:pPr>
      <w:r w:rsidRPr="00994820">
        <w:t>Lei si avvicinò a passi lenti, gli occhi che passavano dall’uno all’altro, cercando segni di ferite gravi. Le spalle si rilassarono appena si rese conto che, nonostante tutto, erano lì e stavano bene.</w:t>
      </w:r>
    </w:p>
    <w:p w14:paraId="7F536C71" w14:textId="77777777" w:rsidR="007C3C6C" w:rsidRPr="00994820" w:rsidRDefault="007C3C6C" w:rsidP="00B1354B">
      <w:pPr>
        <w:spacing w:before="100" w:beforeAutospacing="1" w:after="100" w:afterAutospacing="1" w:line="360" w:lineRule="auto"/>
        <w:ind w:firstLine="284"/>
        <w:jc w:val="both"/>
      </w:pPr>
      <w:r w:rsidRPr="00994820">
        <w:t>«Stanno bene» disse la ragazza in bianco e nero senza alzare lo sguardo, mentre tamponava con delicatezza la ferita sul fianco di Taker. La sua voce era dolce, quasi fuori posto in mezzo ai suoni squillanti di Taker e al caos di quel negozio.</w:t>
      </w:r>
    </w:p>
    <w:p w14:paraId="3E7434EB" w14:textId="77777777" w:rsidR="007C3C6C" w:rsidRPr="00994820" w:rsidRDefault="007C3C6C" w:rsidP="00B1354B">
      <w:pPr>
        <w:spacing w:before="100" w:beforeAutospacing="1" w:after="100" w:afterAutospacing="1" w:line="360" w:lineRule="auto"/>
        <w:ind w:firstLine="284"/>
        <w:jc w:val="both"/>
      </w:pPr>
      <w:r w:rsidRPr="00994820">
        <w:t>Fanny annuì senza darle peso, concentrata solo sui due amici.</w:t>
      </w:r>
    </w:p>
    <w:p w14:paraId="0B1EFD9B" w14:textId="77777777" w:rsidR="007C3C6C" w:rsidRPr="00994820" w:rsidRDefault="007C3C6C" w:rsidP="00B1354B">
      <w:pPr>
        <w:spacing w:before="100" w:beforeAutospacing="1" w:after="100" w:afterAutospacing="1" w:line="360" w:lineRule="auto"/>
        <w:ind w:firstLine="284"/>
        <w:jc w:val="both"/>
      </w:pPr>
      <w:r w:rsidRPr="00994820">
        <w:t>«Stanno bene…» ripeté sottovoce, più per se stessa che per loro.</w:t>
      </w:r>
    </w:p>
    <w:p w14:paraId="3EF3DBCE" w14:textId="77777777" w:rsidR="007C3C6C" w:rsidRPr="00994820" w:rsidRDefault="007C3C6C" w:rsidP="00B1354B">
      <w:pPr>
        <w:spacing w:before="100" w:beforeAutospacing="1" w:after="100" w:afterAutospacing="1" w:line="360" w:lineRule="auto"/>
        <w:ind w:firstLine="284"/>
        <w:jc w:val="both"/>
      </w:pPr>
      <w:r w:rsidRPr="00994820">
        <w:t>Il pensiero di loro due stesi a terra, inermi e con le armi puntate addosso, era più pesante dell’armatura che indossava. Ma vedendo i loro sorrisi sinceri, riuscì a scacciare rapidamente quel ricordo nitido dipinto in profondità nella sua mente.</w:t>
      </w:r>
    </w:p>
    <w:p w14:paraId="2C444607" w14:textId="77777777" w:rsidR="007C3C6C" w:rsidRPr="00994820" w:rsidRDefault="007C3C6C" w:rsidP="00B1354B">
      <w:pPr>
        <w:spacing w:before="100" w:beforeAutospacing="1" w:after="100" w:afterAutospacing="1" w:line="360" w:lineRule="auto"/>
        <w:ind w:firstLine="284"/>
        <w:jc w:val="both"/>
      </w:pPr>
      <w:r w:rsidRPr="00994820">
        <w:t>Koro si passò una mano sulla benda alla fronte, seguendo Fanny con lo sguardo mentre lei si avvicinava.</w:t>
      </w:r>
    </w:p>
    <w:p w14:paraId="523F4C5D" w14:textId="77777777" w:rsidR="007C3C6C" w:rsidRPr="00994820" w:rsidRDefault="007C3C6C" w:rsidP="00B1354B">
      <w:pPr>
        <w:spacing w:before="100" w:beforeAutospacing="1" w:after="100" w:afterAutospacing="1" w:line="360" w:lineRule="auto"/>
        <w:ind w:firstLine="284"/>
        <w:jc w:val="both"/>
      </w:pPr>
      <w:r w:rsidRPr="00994820">
        <w:t>«Non dovresti essere già in piedi» disse, cercando di mascherare la preoccupazione dietro un sorriso stanco. «Dopo ieri, chiunque avrebbe dormito una settimana.»</w:t>
      </w:r>
    </w:p>
    <w:p w14:paraId="6161731C" w14:textId="77777777" w:rsidR="007C3C6C" w:rsidRPr="00994820" w:rsidRDefault="007C3C6C" w:rsidP="00B1354B">
      <w:pPr>
        <w:spacing w:before="100" w:beforeAutospacing="1" w:after="100" w:afterAutospacing="1" w:line="360" w:lineRule="auto"/>
        <w:ind w:firstLine="284"/>
        <w:jc w:val="both"/>
      </w:pPr>
      <w:r w:rsidRPr="00994820">
        <w:t>Fanny scrollò appena le spalle, senza riuscire a sorridere.</w:t>
      </w:r>
    </w:p>
    <w:p w14:paraId="7289E584" w14:textId="77777777" w:rsidR="007C3C6C" w:rsidRPr="00994820" w:rsidRDefault="007C3C6C" w:rsidP="00B1354B">
      <w:pPr>
        <w:spacing w:before="100" w:beforeAutospacing="1" w:after="100" w:afterAutospacing="1" w:line="360" w:lineRule="auto"/>
        <w:ind w:firstLine="284"/>
        <w:jc w:val="both"/>
      </w:pPr>
      <w:r w:rsidRPr="00994820">
        <w:t>«Non sono mai stata brava a dormire quando le cose vanno male.»</w:t>
      </w:r>
    </w:p>
    <w:p w14:paraId="2F36EBD2" w14:textId="77777777" w:rsidR="007C3C6C" w:rsidRPr="00994820" w:rsidRDefault="007C3C6C" w:rsidP="00B1354B">
      <w:pPr>
        <w:spacing w:before="100" w:beforeAutospacing="1" w:after="100" w:afterAutospacing="1" w:line="360" w:lineRule="auto"/>
        <w:ind w:firstLine="284"/>
        <w:jc w:val="both"/>
      </w:pPr>
      <w:r w:rsidRPr="00994820">
        <w:t>Taker alzò lo sguardo, accennando un mezzo ghigno. «Quando mai vanno bene, per noi?»</w:t>
      </w:r>
    </w:p>
    <w:p w14:paraId="69019C4C" w14:textId="77777777" w:rsidR="007C3C6C" w:rsidRPr="00994820" w:rsidRDefault="007C3C6C" w:rsidP="00B1354B">
      <w:pPr>
        <w:spacing w:before="100" w:beforeAutospacing="1" w:after="100" w:afterAutospacing="1" w:line="360" w:lineRule="auto"/>
        <w:ind w:firstLine="284"/>
        <w:jc w:val="both"/>
      </w:pPr>
      <w:r w:rsidRPr="00994820">
        <w:t>Fanny si lasciò sfuggire un sospiro, passandosi una mano tra i capelli arruffati. Poi abbozzò finalmente un sorriso.</w:t>
      </w:r>
    </w:p>
    <w:p w14:paraId="7DD5F49C" w14:textId="77777777" w:rsidR="007C3C6C" w:rsidRPr="00994820" w:rsidRDefault="007C3C6C" w:rsidP="00B1354B">
      <w:pPr>
        <w:spacing w:before="100" w:beforeAutospacing="1" w:after="100" w:afterAutospacing="1" w:line="360" w:lineRule="auto"/>
        <w:ind w:firstLine="284"/>
        <w:jc w:val="both"/>
      </w:pPr>
      <w:r w:rsidRPr="00994820">
        <w:t>«Voi… come state?» chiese infine, cercando di non far trapelare l’ansia che ancora le serrava lo stomaco.</w:t>
      </w:r>
    </w:p>
    <w:p w14:paraId="1415FF2F" w14:textId="77777777" w:rsidR="007C3C6C" w:rsidRPr="00994820" w:rsidRDefault="007C3C6C" w:rsidP="00B1354B">
      <w:pPr>
        <w:spacing w:before="100" w:beforeAutospacing="1" w:after="100" w:afterAutospacing="1" w:line="360" w:lineRule="auto"/>
        <w:ind w:firstLine="284"/>
        <w:jc w:val="both"/>
      </w:pPr>
      <w:r w:rsidRPr="00994820">
        <w:t>Koro scambiò uno sguardo veloce con Taker, poi tornò a guardarla. «Siamo interi, questo conta. Anche se quei bastardi di ieri ci hanno fatto sudare.»</w:t>
      </w:r>
    </w:p>
    <w:p w14:paraId="2AEB60F4" w14:textId="77777777" w:rsidR="007C3C6C" w:rsidRPr="00994820" w:rsidRDefault="007C3C6C" w:rsidP="00B1354B">
      <w:pPr>
        <w:spacing w:before="100" w:beforeAutospacing="1" w:after="100" w:afterAutospacing="1" w:line="360" w:lineRule="auto"/>
        <w:ind w:firstLine="284"/>
        <w:jc w:val="both"/>
      </w:pPr>
      <w:r w:rsidRPr="00994820">
        <w:t>«Hanno fatto sudare anche me,» mormorò Fanny, abbassando lo sguardo.</w:t>
      </w:r>
    </w:p>
    <w:p w14:paraId="22F330EE" w14:textId="77777777" w:rsidR="007C3C6C" w:rsidRPr="00994820" w:rsidRDefault="007C3C6C" w:rsidP="00B1354B">
      <w:pPr>
        <w:spacing w:before="100" w:beforeAutospacing="1" w:after="100" w:afterAutospacing="1" w:line="360" w:lineRule="auto"/>
        <w:ind w:firstLine="284"/>
        <w:jc w:val="both"/>
      </w:pPr>
      <w:r w:rsidRPr="00994820">
        <w:t>«Cosa c’è?» Koro la scrutò attentamente. «Sei più pallida del solito.»</w:t>
      </w:r>
    </w:p>
    <w:p w14:paraId="66A8EE74" w14:textId="77777777" w:rsidR="007C3C6C" w:rsidRPr="00994820" w:rsidRDefault="007C3C6C" w:rsidP="00B1354B">
      <w:pPr>
        <w:spacing w:before="100" w:beforeAutospacing="1" w:after="100" w:afterAutospacing="1" w:line="360" w:lineRule="auto"/>
        <w:ind w:firstLine="284"/>
        <w:jc w:val="both"/>
      </w:pPr>
      <w:r w:rsidRPr="00994820">
        <w:lastRenderedPageBreak/>
        <w:t>Lei scosse la testa. «Niente di importante.» Le dita della mano destra si strinsero inconsciamente attorno alla fibbia dell’armatura. «Ho solo bisogno di un po’ d’aria.»</w:t>
      </w:r>
    </w:p>
    <w:p w14:paraId="79D0C9BB" w14:textId="77777777" w:rsidR="007C3C6C" w:rsidRPr="00994820" w:rsidRDefault="007C3C6C" w:rsidP="00B1354B">
      <w:pPr>
        <w:spacing w:before="100" w:beforeAutospacing="1" w:after="100" w:afterAutospacing="1" w:line="360" w:lineRule="auto"/>
        <w:ind w:firstLine="284"/>
        <w:jc w:val="both"/>
      </w:pPr>
      <w:r w:rsidRPr="00994820">
        <w:t>Taker sbuffò, sistemando meglio la schiena contro lo schienale. «Non fare la dura, Fanny. Lo sappiamo tutti che qualcosa ti rode.»</w:t>
      </w:r>
    </w:p>
    <w:p w14:paraId="59D7F2DC" w14:textId="77777777" w:rsidR="007C3C6C" w:rsidRPr="00994820" w:rsidRDefault="007C3C6C" w:rsidP="00B1354B">
      <w:pPr>
        <w:spacing w:before="100" w:beforeAutospacing="1" w:after="100" w:afterAutospacing="1" w:line="360" w:lineRule="auto"/>
        <w:ind w:firstLine="284"/>
        <w:jc w:val="both"/>
      </w:pPr>
      <w:r w:rsidRPr="00994820">
        <w:t>Lei alzò lo sguardo verso di lui, poi verso Koro, ma rimase in silenzio.</w:t>
      </w:r>
    </w:p>
    <w:p w14:paraId="4C8CB95D" w14:textId="77777777" w:rsidR="007C3C6C" w:rsidRPr="00994820" w:rsidRDefault="007C3C6C" w:rsidP="00B1354B">
      <w:pPr>
        <w:spacing w:before="100" w:beforeAutospacing="1" w:after="100" w:afterAutospacing="1" w:line="360" w:lineRule="auto"/>
        <w:ind w:firstLine="284"/>
        <w:jc w:val="both"/>
      </w:pPr>
      <w:r w:rsidRPr="00994820">
        <w:t>«Ne parliamo dopo,» tagliò corto infine, distogliendo lo sguardo. «Quando sarete in piedi. Prima dovete rimettervi in sesto.»</w:t>
      </w:r>
    </w:p>
    <w:p w14:paraId="4DAFFDA6" w14:textId="77777777" w:rsidR="007C3C6C" w:rsidRPr="00994820" w:rsidRDefault="007C3C6C" w:rsidP="00B1354B">
      <w:pPr>
        <w:spacing w:before="100" w:beforeAutospacing="1" w:after="100" w:afterAutospacing="1" w:line="360" w:lineRule="auto"/>
        <w:ind w:firstLine="284"/>
        <w:jc w:val="both"/>
      </w:pPr>
      <w:r w:rsidRPr="00994820">
        <w:t>«Come vuoi,» sospirò Koro, anche se era evidente che non si accontentava.</w:t>
      </w:r>
    </w:p>
    <w:p w14:paraId="73A2B37A" w14:textId="77777777" w:rsidR="007C3C6C" w:rsidRPr="00994820" w:rsidRDefault="007C3C6C" w:rsidP="00B1354B">
      <w:pPr>
        <w:spacing w:before="100" w:beforeAutospacing="1" w:after="100" w:afterAutospacing="1" w:line="360" w:lineRule="auto"/>
        <w:ind w:firstLine="284"/>
        <w:jc w:val="both"/>
      </w:pPr>
      <w:r w:rsidRPr="00994820">
        <w:t>Alle loro spalle, la ragazza con i capelli dorati si alzò in silenzio, sistemando con calma la bacinella e le garze, come se fosse invisibile. Fanny le lanciò un’occhiata distratta, poi tornò a concentrarsi sui due amici.</w:t>
      </w:r>
    </w:p>
    <w:p w14:paraId="43CC37EC" w14:textId="77777777" w:rsidR="007C3C6C" w:rsidRPr="00994820" w:rsidRDefault="007C3C6C" w:rsidP="00B1354B">
      <w:pPr>
        <w:spacing w:before="100" w:beforeAutospacing="1" w:after="100" w:afterAutospacing="1" w:line="360" w:lineRule="auto"/>
        <w:ind w:firstLine="284"/>
        <w:jc w:val="both"/>
      </w:pPr>
      <w:r w:rsidRPr="00994820">
        <w:t>Per ora conta solo che siano vivi. Il resto lo affronterò dopo.</w:t>
      </w:r>
    </w:p>
    <w:p w14:paraId="0C8A2218" w14:textId="77777777" w:rsidR="007C3C6C" w:rsidRPr="00994820" w:rsidRDefault="007C3C6C" w:rsidP="00B1354B">
      <w:pPr>
        <w:spacing w:before="100" w:beforeAutospacing="1" w:after="100" w:afterAutospacing="1" w:line="360" w:lineRule="auto"/>
        <w:ind w:firstLine="284"/>
        <w:jc w:val="both"/>
      </w:pPr>
      <w:r w:rsidRPr="00994820">
        <w:t>Mentre Fanny stava per voltarsi, pronta a lasciarli al loro riposo, la porta del negozio si spalancò all’improvviso, facendo tintinnare la campanella sopra l’ingresso.</w:t>
      </w:r>
    </w:p>
    <w:p w14:paraId="2A4A9F87" w14:textId="77777777" w:rsidR="007C3C6C" w:rsidRPr="00994820" w:rsidRDefault="007C3C6C" w:rsidP="00B1354B">
      <w:pPr>
        <w:spacing w:before="100" w:beforeAutospacing="1" w:after="100" w:afterAutospacing="1" w:line="360" w:lineRule="auto"/>
        <w:ind w:firstLine="284"/>
        <w:jc w:val="both"/>
      </w:pPr>
      <w:r w:rsidRPr="00994820">
        <w:t>Una figura minuta, dai capelli color cielo, varcò la soglia con lo sguardo febbrile. Era lei. Quella ragazza. La stessa che Fanny aveva salvato la sera prima. Sembrava ancora scossa: i capelli, che la sera prima erano stati elegantemente pettinati da un lato, ora le ricadevano disordinati sulle spalle. Il viso era rigato dai solchi delle lacrime e segnato dalla tensione di un’esperienza vissuta sul filo del rasoio. Appena vide Fanny, si bloccò di colpo. I suoi occhi si riempirono faticosamente di nuove lacrime.</w:t>
      </w:r>
    </w:p>
    <w:p w14:paraId="0BD6C959" w14:textId="77777777" w:rsidR="007C3C6C" w:rsidRPr="00994820" w:rsidRDefault="007C3C6C" w:rsidP="00B1354B">
      <w:pPr>
        <w:spacing w:before="100" w:beforeAutospacing="1" w:after="100" w:afterAutospacing="1" w:line="360" w:lineRule="auto"/>
        <w:ind w:firstLine="284"/>
        <w:jc w:val="both"/>
      </w:pPr>
      <w:r w:rsidRPr="00994820">
        <w:t>Prima che Fanny potesse dire qualcosa, la ragazza le corse incontro e si inginocchiò ai suoi piedi, stringendole le ginocchia con forza, come a implorarle qualcosa che non trovava le parole per esprimere.</w:t>
      </w:r>
    </w:p>
    <w:p w14:paraId="49F723DD" w14:textId="77777777" w:rsidR="007C3C6C" w:rsidRPr="00994820" w:rsidRDefault="007C3C6C" w:rsidP="00B1354B">
      <w:pPr>
        <w:spacing w:before="100" w:beforeAutospacing="1" w:after="100" w:afterAutospacing="1" w:line="360" w:lineRule="auto"/>
        <w:ind w:firstLine="284"/>
        <w:jc w:val="both"/>
      </w:pPr>
      <w:r w:rsidRPr="00994820">
        <w:t>«Grazie! Grazie! Non so nemmeno come…» La voce le si spezzò, sommersa da un pianto incontrollabile.</w:t>
      </w:r>
    </w:p>
    <w:p w14:paraId="2927A888" w14:textId="77777777" w:rsidR="007C3C6C" w:rsidRPr="00994820" w:rsidRDefault="007C3C6C" w:rsidP="00B1354B">
      <w:pPr>
        <w:spacing w:before="100" w:beforeAutospacing="1" w:after="100" w:afterAutospacing="1" w:line="360" w:lineRule="auto"/>
        <w:ind w:firstLine="284"/>
        <w:jc w:val="both"/>
      </w:pPr>
      <w:r w:rsidRPr="00994820">
        <w:t>Fanny restò immobile per un istante, spaesata, poi le posò una mano rigida sulla spalla. «Ehi… basta così.»</w:t>
      </w:r>
    </w:p>
    <w:p w14:paraId="71793BAD" w14:textId="77777777" w:rsidR="007C3C6C" w:rsidRPr="00994820" w:rsidRDefault="007C3C6C" w:rsidP="00B1354B">
      <w:pPr>
        <w:spacing w:before="100" w:beforeAutospacing="1" w:after="100" w:afterAutospacing="1" w:line="360" w:lineRule="auto"/>
        <w:ind w:firstLine="284"/>
        <w:jc w:val="both"/>
      </w:pPr>
      <w:r w:rsidRPr="00994820">
        <w:t>La ragazza sollevò appena il viso, gli occhi gonfi e rossi. «Non so come ringraziarti! Hai rischiato la vita per me!»</w:t>
      </w:r>
    </w:p>
    <w:p w14:paraId="52F3469F" w14:textId="77777777" w:rsidR="007C3C6C" w:rsidRPr="00994820" w:rsidRDefault="007C3C6C" w:rsidP="00B1354B">
      <w:pPr>
        <w:spacing w:before="100" w:beforeAutospacing="1" w:after="100" w:afterAutospacing="1" w:line="360" w:lineRule="auto"/>
        <w:ind w:firstLine="284"/>
        <w:jc w:val="both"/>
      </w:pPr>
      <w:r w:rsidRPr="00994820">
        <w:lastRenderedPageBreak/>
        <w:t>Fanny sospirò, cercando di ignorare il nodo che le si stava stringendo in gola. «Stai più attenta la prossima volta,» disse a bassa voce, quasi ruvida. «O finirà che dovrò intervenire dall’altro lato della barricata.» Replicò, emulando con amara ironia le parole taglienti che le aveva rivolto Kieren.</w:t>
      </w:r>
    </w:p>
    <w:p w14:paraId="59E91575" w14:textId="77777777" w:rsidR="007C3C6C" w:rsidRPr="00994820" w:rsidRDefault="007C3C6C" w:rsidP="00B1354B">
      <w:pPr>
        <w:spacing w:before="100" w:beforeAutospacing="1" w:after="100" w:afterAutospacing="1" w:line="360" w:lineRule="auto"/>
        <w:ind w:firstLine="284"/>
        <w:jc w:val="both"/>
      </w:pPr>
      <w:r w:rsidRPr="00994820">
        <w:t>La ragazza si coprì il viso con le mani, le spalle scosse dai singhiozzi.</w:t>
      </w:r>
    </w:p>
    <w:p w14:paraId="5DE8FF38" w14:textId="77777777" w:rsidR="007C3C6C" w:rsidRPr="00994820" w:rsidRDefault="007C3C6C" w:rsidP="00B1354B">
      <w:pPr>
        <w:spacing w:before="100" w:beforeAutospacing="1" w:after="100" w:afterAutospacing="1" w:line="360" w:lineRule="auto"/>
        <w:ind w:firstLine="284"/>
        <w:jc w:val="both"/>
      </w:pPr>
      <w:r w:rsidRPr="00994820">
        <w:t>«Lo so…» balbettò. «È che… mi ero distratta… e come una stupida non sono scappata da quel SynBorn impazzito…» La voce si spezzò di nuovo, soffocata dal pianto. «Sono una ragazza orribile… meritavo la loro punizione!»</w:t>
      </w:r>
    </w:p>
    <w:p w14:paraId="4E93FFC1" w14:textId="77777777" w:rsidR="007C3C6C" w:rsidRPr="00994820" w:rsidRDefault="007C3C6C" w:rsidP="00B1354B">
      <w:pPr>
        <w:spacing w:before="100" w:beforeAutospacing="1" w:after="100" w:afterAutospacing="1" w:line="360" w:lineRule="auto"/>
        <w:ind w:firstLine="284"/>
        <w:jc w:val="both"/>
      </w:pPr>
      <w:r w:rsidRPr="00994820">
        <w:t>Fanny strinse le labbra. Quel pugno nello stomaco che le parole della ragazza le avevano dato era quasi insopportabile.</w:t>
      </w:r>
    </w:p>
    <w:p w14:paraId="1EC764FC" w14:textId="77777777" w:rsidR="007C3C6C" w:rsidRPr="00994820" w:rsidRDefault="007C3C6C" w:rsidP="00B1354B">
      <w:pPr>
        <w:spacing w:before="100" w:beforeAutospacing="1" w:after="100" w:afterAutospacing="1" w:line="360" w:lineRule="auto"/>
        <w:ind w:firstLine="284"/>
        <w:jc w:val="both"/>
      </w:pPr>
      <w:r w:rsidRPr="00994820">
        <w:t>«No,» disse infine, chinandosi leggermente verso di lei. «È questo il punto. Nessuno la merita.»</w:t>
      </w:r>
    </w:p>
    <w:p w14:paraId="6279D12A" w14:textId="77777777" w:rsidR="007C3C6C" w:rsidRPr="00994820" w:rsidRDefault="007C3C6C" w:rsidP="00B1354B">
      <w:pPr>
        <w:spacing w:before="100" w:beforeAutospacing="1" w:after="100" w:afterAutospacing="1" w:line="360" w:lineRule="auto"/>
        <w:ind w:firstLine="284"/>
        <w:jc w:val="both"/>
      </w:pPr>
      <w:r w:rsidRPr="00994820">
        <w:t>La ragazza smise per un momento di singhiozzare, guardandola con occhi pieni di colpa e confusione.</w:t>
      </w:r>
    </w:p>
    <w:p w14:paraId="765A2C3E" w14:textId="77777777" w:rsidR="007C3C6C" w:rsidRPr="00994820" w:rsidRDefault="007C3C6C" w:rsidP="00B1354B">
      <w:pPr>
        <w:spacing w:before="100" w:beforeAutospacing="1" w:after="100" w:afterAutospacing="1" w:line="360" w:lineRule="auto"/>
        <w:ind w:firstLine="284"/>
        <w:jc w:val="both"/>
      </w:pPr>
      <w:r w:rsidRPr="00994820">
        <w:t>Fanny abbassò lo sguardo su di lei, la voce che si fece più dura, più amara.</w:t>
      </w:r>
    </w:p>
    <w:p w14:paraId="7C604D9E" w14:textId="77777777" w:rsidR="007C3C6C" w:rsidRPr="00994820" w:rsidRDefault="007C3C6C" w:rsidP="00B1354B">
      <w:pPr>
        <w:spacing w:before="100" w:beforeAutospacing="1" w:after="100" w:afterAutospacing="1" w:line="360" w:lineRule="auto"/>
        <w:ind w:firstLine="284"/>
        <w:jc w:val="both"/>
      </w:pPr>
      <w:r w:rsidRPr="00994820">
        <w:t>«Ma a nessuno è mai venuto in mente di andarsene? Di fuggire da tutto questo?»</w:t>
      </w:r>
    </w:p>
    <w:p w14:paraId="158E936C" w14:textId="77777777" w:rsidR="007C3C6C" w:rsidRPr="00994820" w:rsidRDefault="007C3C6C" w:rsidP="00B1354B">
      <w:pPr>
        <w:spacing w:before="100" w:beforeAutospacing="1" w:after="100" w:afterAutospacing="1" w:line="360" w:lineRule="auto"/>
        <w:ind w:firstLine="284"/>
        <w:jc w:val="both"/>
      </w:pPr>
      <w:r w:rsidRPr="00994820">
        <w:t>La ragazza scosse piano la testa, smarrita. Fanny continuò, la voce tagliente come una lama:</w:t>
      </w:r>
    </w:p>
    <w:p w14:paraId="19BA54CD" w14:textId="77777777" w:rsidR="007C3C6C" w:rsidRPr="00994820" w:rsidRDefault="007C3C6C" w:rsidP="00B1354B">
      <w:pPr>
        <w:spacing w:before="100" w:beforeAutospacing="1" w:after="100" w:afterAutospacing="1" w:line="360" w:lineRule="auto"/>
        <w:ind w:firstLine="284"/>
        <w:jc w:val="both"/>
      </w:pPr>
      <w:r w:rsidRPr="00994820">
        <w:t>«Perché restare nella capitale? La legge fa acqua da tutte le parti. Non è un giudizio equo. È una caccia alle streghe travestita da ordine.»</w:t>
      </w:r>
    </w:p>
    <w:p w14:paraId="1C5409A7" w14:textId="77777777" w:rsidR="007C3C6C" w:rsidRPr="00994820" w:rsidRDefault="007C3C6C" w:rsidP="00B1354B">
      <w:pPr>
        <w:spacing w:before="100" w:beforeAutospacing="1" w:after="100" w:afterAutospacing="1" w:line="360" w:lineRule="auto"/>
        <w:ind w:firstLine="284"/>
        <w:jc w:val="both"/>
      </w:pPr>
      <w:r w:rsidRPr="00994820">
        <w:t>La giovane sollevò appena il viso, la voce spezzata e rassegnata.</w:t>
      </w:r>
    </w:p>
    <w:p w14:paraId="5F030297" w14:textId="77777777" w:rsidR="007C3C6C" w:rsidRPr="00994820" w:rsidRDefault="007C3C6C" w:rsidP="00B1354B">
      <w:pPr>
        <w:spacing w:before="100" w:beforeAutospacing="1" w:after="100" w:afterAutospacing="1" w:line="360" w:lineRule="auto"/>
        <w:ind w:firstLine="284"/>
        <w:jc w:val="both"/>
      </w:pPr>
      <w:r w:rsidRPr="00994820">
        <w:t>«È vietato a chi nasce nella capitale di lasciarla…» mormorò. «Non possiamo andarcene…»</w:t>
      </w:r>
    </w:p>
    <w:p w14:paraId="11873A2B" w14:textId="77777777" w:rsidR="007C3C6C" w:rsidRPr="00994820" w:rsidRDefault="007C3C6C" w:rsidP="00B1354B">
      <w:pPr>
        <w:spacing w:before="100" w:beforeAutospacing="1" w:after="100" w:afterAutospacing="1" w:line="360" w:lineRule="auto"/>
        <w:ind w:firstLine="284"/>
        <w:jc w:val="both"/>
      </w:pPr>
      <w:r w:rsidRPr="00994820">
        <w:t>Fanny si chinò ancora un po’, abbassando la voce fino a farla diventare un sussurro che suonò come un ordine:</w:t>
      </w:r>
    </w:p>
    <w:p w14:paraId="0BCF38E6" w14:textId="77777777" w:rsidR="007C3C6C" w:rsidRPr="00994820" w:rsidRDefault="007C3C6C" w:rsidP="00B1354B">
      <w:pPr>
        <w:spacing w:before="100" w:beforeAutospacing="1" w:after="100" w:afterAutospacing="1" w:line="360" w:lineRule="auto"/>
        <w:ind w:firstLine="284"/>
        <w:jc w:val="both"/>
      </w:pPr>
      <w:r w:rsidRPr="00994820">
        <w:t>«Ribellatevi.»</w:t>
      </w:r>
    </w:p>
    <w:p w14:paraId="27C688A7" w14:textId="77777777" w:rsidR="007C3C6C" w:rsidRPr="00994820" w:rsidRDefault="007C3C6C" w:rsidP="00B1354B">
      <w:pPr>
        <w:spacing w:before="100" w:beforeAutospacing="1" w:after="100" w:afterAutospacing="1" w:line="360" w:lineRule="auto"/>
        <w:ind w:firstLine="284"/>
        <w:jc w:val="both"/>
      </w:pPr>
      <w:r w:rsidRPr="00994820">
        <w:t>Le parole caddero nell’aria come pietre in uno stagno immobile, e per un momento, nel negozio, calò un silenzio innaturale.</w:t>
      </w:r>
    </w:p>
    <w:p w14:paraId="067531E2" w14:textId="77777777" w:rsidR="007C3C6C" w:rsidRPr="00994820" w:rsidRDefault="007C3C6C" w:rsidP="00B1354B">
      <w:pPr>
        <w:spacing w:before="100" w:beforeAutospacing="1" w:after="100" w:afterAutospacing="1" w:line="360" w:lineRule="auto"/>
        <w:ind w:firstLine="284"/>
        <w:jc w:val="both"/>
      </w:pPr>
      <w:r w:rsidRPr="00994820">
        <w:t>Nessuno parlò.</w:t>
      </w:r>
    </w:p>
    <w:p w14:paraId="59075BF4" w14:textId="77777777" w:rsidR="007C3C6C" w:rsidRPr="00994820" w:rsidRDefault="007C3C6C" w:rsidP="00B1354B">
      <w:pPr>
        <w:spacing w:before="100" w:beforeAutospacing="1" w:after="100" w:afterAutospacing="1" w:line="360" w:lineRule="auto"/>
        <w:ind w:firstLine="284"/>
        <w:jc w:val="both"/>
      </w:pPr>
      <w:r w:rsidRPr="00994820">
        <w:lastRenderedPageBreak/>
        <w:t>Le parole di Fanny, così semplici e spietate, erano piombate come un macigno al centro della stanza, lasciando solo il respiro spezzato della ragazza ai suoi piedi.</w:t>
      </w:r>
    </w:p>
    <w:p w14:paraId="0A5F89F8" w14:textId="77777777" w:rsidR="007C3C6C" w:rsidRPr="00994820" w:rsidRDefault="007C3C6C" w:rsidP="00B1354B">
      <w:pPr>
        <w:spacing w:before="100" w:beforeAutospacing="1" w:after="100" w:afterAutospacing="1" w:line="360" w:lineRule="auto"/>
        <w:ind w:firstLine="284"/>
        <w:jc w:val="both"/>
      </w:pPr>
      <w:r w:rsidRPr="00994820">
        <w:t>Koro distolse lo sguardo, passandosi una mano sulla fronte fasciata. Taker emise un verso basso, quasi infastidito, ma non disse nulla. Nessuno sembrava avere la forza di rispondere.</w:t>
      </w:r>
    </w:p>
    <w:p w14:paraId="0E3C98E8" w14:textId="77777777" w:rsidR="007C3C6C" w:rsidRPr="00994820" w:rsidRDefault="007C3C6C" w:rsidP="00B1354B">
      <w:pPr>
        <w:spacing w:before="100" w:beforeAutospacing="1" w:after="100" w:afterAutospacing="1" w:line="360" w:lineRule="auto"/>
        <w:ind w:firstLine="284"/>
        <w:jc w:val="both"/>
      </w:pPr>
      <w:r w:rsidRPr="00994820">
        <w:t>La ragazza rimase inginocchiata, gli occhi spalancati verso Fanny, come se solo in quel momento stesse comprendendo davvero cosa significassero quelle parole. Come se avesse appena intravisto uno squarcio nel muro in cui era cresciuta.</w:t>
      </w:r>
    </w:p>
    <w:p w14:paraId="45C2BD65" w14:textId="77777777" w:rsidR="007C3C6C" w:rsidRPr="00994820" w:rsidRDefault="007C3C6C" w:rsidP="00B1354B">
      <w:pPr>
        <w:spacing w:before="100" w:beforeAutospacing="1" w:after="100" w:afterAutospacing="1" w:line="360" w:lineRule="auto"/>
        <w:ind w:firstLine="284"/>
        <w:jc w:val="both"/>
      </w:pPr>
      <w:r w:rsidRPr="00994820">
        <w:t>«Ribellarsi…» sussurrò, appena un soffio, come se non avesse mai osato pronunciare quella parola ad alta voce.</w:t>
      </w:r>
    </w:p>
    <w:p w14:paraId="5AE89F9C" w14:textId="77777777" w:rsidR="007C3C6C" w:rsidRPr="00994820" w:rsidRDefault="007C3C6C" w:rsidP="00B1354B">
      <w:pPr>
        <w:spacing w:before="100" w:beforeAutospacing="1" w:after="100" w:afterAutospacing="1" w:line="360" w:lineRule="auto"/>
        <w:ind w:firstLine="284"/>
        <w:jc w:val="both"/>
      </w:pPr>
      <w:r w:rsidRPr="00994820">
        <w:t>Dall’angolo della stanza, la ragazza con la tunica scura che stava medicando Taker sollevò appena lo sguardo. Un sorriso sottile e indecifrabile le sfiorò le labbra per un istante, ma non disse nulla. Si limitò a tornare al suo lavoro, le mani calme e precise, come se non avesse sentito nulla.</w:t>
      </w:r>
    </w:p>
    <w:p w14:paraId="29400E4C" w14:textId="77777777" w:rsidR="007C3C6C" w:rsidRPr="00994820" w:rsidRDefault="007C3C6C" w:rsidP="00B1354B">
      <w:pPr>
        <w:spacing w:before="100" w:beforeAutospacing="1" w:after="100" w:afterAutospacing="1" w:line="360" w:lineRule="auto"/>
        <w:ind w:firstLine="284"/>
        <w:jc w:val="both"/>
      </w:pPr>
      <w:r w:rsidRPr="00994820">
        <w:t>Fanny si passò una mano sul volto, cercando di scacciare l’amarezza che le stringeva la gola.</w:t>
      </w:r>
    </w:p>
    <w:p w14:paraId="19713F4C" w14:textId="77777777" w:rsidR="007C3C6C" w:rsidRPr="00994820" w:rsidRDefault="007C3C6C" w:rsidP="00B1354B">
      <w:pPr>
        <w:spacing w:before="100" w:beforeAutospacing="1" w:after="100" w:afterAutospacing="1" w:line="360" w:lineRule="auto"/>
        <w:ind w:firstLine="284"/>
        <w:jc w:val="both"/>
      </w:pPr>
      <w:r w:rsidRPr="00994820">
        <w:t>“Non dovevo dirlo.” pensò.</w:t>
      </w:r>
    </w:p>
    <w:p w14:paraId="2895F73D" w14:textId="77777777" w:rsidR="007C3C6C" w:rsidRPr="00994820" w:rsidRDefault="007C3C6C" w:rsidP="00B1354B">
      <w:pPr>
        <w:spacing w:before="100" w:beforeAutospacing="1" w:after="100" w:afterAutospacing="1" w:line="360" w:lineRule="auto"/>
        <w:ind w:firstLine="284"/>
        <w:jc w:val="both"/>
      </w:pPr>
      <w:r w:rsidRPr="00994820">
        <w:t>Poi si chinò di nuovo verso la ragazza e le porse la mano per aiutarla a rialzarsi.</w:t>
      </w:r>
    </w:p>
    <w:p w14:paraId="1C3AB495" w14:textId="77777777" w:rsidR="007C3C6C" w:rsidRPr="00994820" w:rsidRDefault="007C3C6C" w:rsidP="00B1354B">
      <w:pPr>
        <w:spacing w:before="100" w:beforeAutospacing="1" w:after="100" w:afterAutospacing="1" w:line="360" w:lineRule="auto"/>
        <w:ind w:firstLine="284"/>
        <w:jc w:val="both"/>
      </w:pPr>
      <w:r w:rsidRPr="00994820">
        <w:t>«Piangere non serve a nulla» disse piano, la voce priva di giudizio. «Alzati. E promettimi che non crederai mai, nemmeno per un secondo, di meritare di morire solo perché provi paura.»</w:t>
      </w:r>
    </w:p>
    <w:p w14:paraId="132E6E4E" w14:textId="77777777" w:rsidR="007C3C6C" w:rsidRPr="00994820" w:rsidRDefault="007C3C6C" w:rsidP="00B1354B">
      <w:pPr>
        <w:spacing w:before="100" w:beforeAutospacing="1" w:after="100" w:afterAutospacing="1" w:line="360" w:lineRule="auto"/>
        <w:ind w:firstLine="284"/>
        <w:jc w:val="both"/>
      </w:pPr>
      <w:r w:rsidRPr="00994820">
        <w:t>La ragazza esitò, poi afferrò la mano di Fanny con dita tremanti, rialzandosi a fatica. Quando fu di nuovo in piedi, abbassò lo sguardo, stringendo le mani come se cercasse qualcosa a cui aggrapparsi.</w:t>
      </w:r>
    </w:p>
    <w:p w14:paraId="774A6652" w14:textId="77777777" w:rsidR="007C3C6C" w:rsidRPr="00994820" w:rsidRDefault="007C3C6C" w:rsidP="00B1354B">
      <w:pPr>
        <w:spacing w:before="100" w:beforeAutospacing="1" w:after="100" w:afterAutospacing="1" w:line="360" w:lineRule="auto"/>
        <w:ind w:firstLine="284"/>
        <w:jc w:val="both"/>
      </w:pPr>
      <w:r w:rsidRPr="00994820">
        <w:t>Nel negozio, il silenzio era diventato quasi irreale. Solo il ticchettio lontano di un ingranaggio e il respiro lento di Koro e Taker riempivano lo spazio tra le parole.</w:t>
      </w:r>
    </w:p>
    <w:p w14:paraId="7C445CA2" w14:textId="77777777" w:rsidR="007C3C6C" w:rsidRPr="00994820" w:rsidRDefault="007C3C6C" w:rsidP="00B1354B">
      <w:pPr>
        <w:spacing w:before="100" w:beforeAutospacing="1" w:after="100" w:afterAutospacing="1" w:line="360" w:lineRule="auto"/>
        <w:ind w:firstLine="284"/>
        <w:jc w:val="both"/>
      </w:pPr>
      <w:r w:rsidRPr="00994820">
        <w:t>Fu la voce della fanciulla intenta a pulire gli stracci logori a spezzare il silenzio.</w:t>
      </w:r>
      <w:r w:rsidRPr="00994820">
        <w:br/>
        <w:t xml:space="preserve">«È curioso, sapete…» disse la donna senza alzare lo sguardo, mentre sistemava con cura l’ultima benda sul fianco di Taker. «Parlate di ribellione come se fosse possibile. Ma il punto, signorina,» continuò poi, voltandosi con un’espressione apparentemente innocente, «è che chiunque scopra la verità o provi a diffonderla viene eliminato. In che modo può nascere una rivolta, se tutti sanno che chi sparisce era un criminale... o lo sarebbe </w:t>
      </w:r>
      <w:r w:rsidRPr="00994820">
        <w:lastRenderedPageBreak/>
        <w:t>diventato? Anche se dovesse urlare aiuto, agli occhi del popolo resterà sempre solo un futuro colpevole, che sta per essere… riabilitato.»</w:t>
      </w:r>
    </w:p>
    <w:p w14:paraId="2E06AE79" w14:textId="5EDF135E" w:rsidR="007C3C6C" w:rsidRPr="00994820" w:rsidRDefault="007C3C6C" w:rsidP="00B1354B">
      <w:pPr>
        <w:spacing w:before="100" w:beforeAutospacing="1" w:after="100" w:afterAutospacing="1" w:line="360" w:lineRule="auto"/>
        <w:ind w:firstLine="284"/>
        <w:jc w:val="both"/>
      </w:pPr>
      <w:r w:rsidRPr="00994820">
        <w:t>Il tono della ragazza era quieto, quasi disarmante. Ma ogni parola pesava come un macigno.</w:t>
      </w:r>
      <w:r w:rsidR="00360205">
        <w:t xml:space="preserve"> </w:t>
      </w:r>
      <w:r w:rsidRPr="00994820">
        <w:t>Fanny sollevò lo sguardo verso di lei, sentendo una rabbia fredda salire dallo stomaco.</w:t>
      </w:r>
    </w:p>
    <w:p w14:paraId="6ECE3A09" w14:textId="1B36C508" w:rsidR="007C3C6C" w:rsidRPr="00994820" w:rsidRDefault="007C3C6C" w:rsidP="00B1354B">
      <w:pPr>
        <w:spacing w:before="100" w:beforeAutospacing="1" w:after="100" w:afterAutospacing="1" w:line="360" w:lineRule="auto"/>
        <w:ind w:firstLine="284"/>
        <w:jc w:val="both"/>
      </w:pPr>
      <w:r w:rsidRPr="00994820">
        <w:t>«Ieri,» rispose con voce ferma, «stava per essere uccisa un’innocente.»</w:t>
      </w:r>
      <w:r w:rsidR="00620B14">
        <w:t xml:space="preserve"> </w:t>
      </w:r>
      <w:r w:rsidRPr="00994820">
        <w:t>Si voltò verso Koro e Taker, poi tornò a fissare la ragazza dai capelli dorati.</w:t>
      </w:r>
    </w:p>
    <w:p w14:paraId="78954EEC" w14:textId="77777777" w:rsidR="007C3C6C" w:rsidRPr="00994820" w:rsidRDefault="007C3C6C" w:rsidP="00B1354B">
      <w:pPr>
        <w:spacing w:before="100" w:beforeAutospacing="1" w:after="100" w:afterAutospacing="1" w:line="360" w:lineRule="auto"/>
        <w:ind w:firstLine="284"/>
        <w:jc w:val="both"/>
      </w:pPr>
      <w:r w:rsidRPr="00994820">
        <w:t>«Un’innocente. E senza dubbio non aveva intenzione di fare del male a nessuno. La gente non può ignorare che i loro figli rischiano di non crescere, se piangono per strada. Vogliono che il numero delle nascite continui, ma allo stesso tempo non si fanno scrupoli a fare esecuzioni… anche a chi si ritrova vittima di eventi fuori dal proprio controllo.»</w:t>
      </w:r>
    </w:p>
    <w:p w14:paraId="1301A40E" w14:textId="77777777" w:rsidR="007C3C6C" w:rsidRPr="00994820" w:rsidRDefault="007C3C6C" w:rsidP="00B1354B">
      <w:pPr>
        <w:spacing w:before="100" w:beforeAutospacing="1" w:after="100" w:afterAutospacing="1" w:line="360" w:lineRule="auto"/>
        <w:ind w:firstLine="284"/>
        <w:jc w:val="both"/>
      </w:pPr>
      <w:r w:rsidRPr="00994820">
        <w:t>Fanny scosse la testa, serrando i pugni. «Anche volendo restare nell’ignoranza… la gente non può non reagire.»</w:t>
      </w:r>
    </w:p>
    <w:p w14:paraId="40FF6B5A" w14:textId="77777777" w:rsidR="007C3C6C" w:rsidRPr="00994820" w:rsidRDefault="007C3C6C" w:rsidP="00B1354B">
      <w:pPr>
        <w:spacing w:before="100" w:beforeAutospacing="1" w:after="100" w:afterAutospacing="1" w:line="360" w:lineRule="auto"/>
        <w:ind w:firstLine="284"/>
        <w:jc w:val="both"/>
      </w:pPr>
      <w:r w:rsidRPr="00994820">
        <w:t>Koro si sollevò, emettendo un lieve lamento di dolore. «No… nessuno viene giustiziato in pubblico» disse con tono grave, il volto incupito al pensiero delle parole che doveva pronunciare. «Le strade vengono chiuse, nessuno può passare. Nessuno vede i crimini di questa società. Tutto ciò che vedono… è la loro illusoria sicurezza.»</w:t>
      </w:r>
    </w:p>
    <w:p w14:paraId="21C6335D" w14:textId="77777777" w:rsidR="007C3C6C" w:rsidRPr="00994820" w:rsidRDefault="007C3C6C" w:rsidP="00B1354B">
      <w:pPr>
        <w:spacing w:before="100" w:beforeAutospacing="1" w:after="100" w:afterAutospacing="1" w:line="360" w:lineRule="auto"/>
        <w:ind w:firstLine="284"/>
        <w:jc w:val="both"/>
      </w:pPr>
      <w:r w:rsidRPr="00994820">
        <w:t>Fanny serrò la mascella, scuotendo la testa. «Allora perché gli Shinigami non pagano il prezzo dei loro omicidi? Se la loro è giustizia, perché non la mettono a nudo? Perché non accusano apertamente la gente? Se quella persona doveva morire… perché nascondere chi è stato ad ucciderla?»</w:t>
      </w:r>
    </w:p>
    <w:p w14:paraId="4BAD3E31" w14:textId="77777777" w:rsidR="007C3C6C" w:rsidRPr="00994820" w:rsidRDefault="007C3C6C" w:rsidP="00B1354B">
      <w:pPr>
        <w:spacing w:before="100" w:beforeAutospacing="1" w:after="100" w:afterAutospacing="1" w:line="360" w:lineRule="auto"/>
        <w:ind w:firstLine="284"/>
        <w:jc w:val="both"/>
      </w:pPr>
      <w:r w:rsidRPr="00994820">
        <w:t>«Perché la loro visione di giustizia è compromessa…» rispose con calma la fanciulla dal braccio bardato in acciaio, sollevando infine lo sguardo su di lei. «Sapendo che, al costo di qualche persona con uno spirito impuro, sono protetti da ogni genere di crimine, dallo spettro di una guerra che hanno quasi dimenticato… liberi di passeggiare senza paura, di fare compere, di svagarsi. Con l’unica condizione di restare calmi e non lasciarsi dominare dalle proprie emozioni.»</w:t>
      </w:r>
    </w:p>
    <w:p w14:paraId="5037BB9C" w14:textId="77777777" w:rsidR="007C3C6C" w:rsidRPr="00994820" w:rsidRDefault="007C3C6C" w:rsidP="00B1354B">
      <w:pPr>
        <w:spacing w:before="100" w:beforeAutospacing="1" w:after="100" w:afterAutospacing="1" w:line="360" w:lineRule="auto"/>
        <w:ind w:firstLine="284"/>
        <w:jc w:val="both"/>
      </w:pPr>
      <w:r w:rsidRPr="00994820">
        <w:t>La donna inclinò leggermente la testa, come se stesse osservando Fanny da dietro una maschera. «Sapendo questo… cosa sceglierebbe, signorina? La sicurezza o il caos?» L’ultima parola fu accompagnata da un sorriso caldo e affabile.</w:t>
      </w:r>
    </w:p>
    <w:p w14:paraId="05253966" w14:textId="77777777" w:rsidR="007C3C6C" w:rsidRPr="00994820" w:rsidRDefault="007C3C6C" w:rsidP="00B1354B">
      <w:pPr>
        <w:spacing w:before="100" w:beforeAutospacing="1" w:after="100" w:afterAutospacing="1" w:line="360" w:lineRule="auto"/>
        <w:ind w:firstLine="284"/>
        <w:jc w:val="both"/>
      </w:pPr>
      <w:r w:rsidRPr="00994820">
        <w:t>Fanny restò in silenzio per un istante. Poi, senza distogliere lo sguardo, rispose a bassa voce:</w:t>
      </w:r>
    </w:p>
    <w:p w14:paraId="0017BCD9" w14:textId="77777777" w:rsidR="007C3C6C" w:rsidRPr="00994820" w:rsidRDefault="007C3C6C" w:rsidP="00B1354B">
      <w:pPr>
        <w:spacing w:before="100" w:beforeAutospacing="1" w:after="100" w:afterAutospacing="1" w:line="360" w:lineRule="auto"/>
        <w:ind w:firstLine="284"/>
        <w:jc w:val="both"/>
      </w:pPr>
      <w:r w:rsidRPr="00994820">
        <w:lastRenderedPageBreak/>
        <w:t>«Non la vedo così… perché se neanche una ragazza in pericolo può avere il diritto di provare paura, allora io non mi sento al sicuro. Preferisco la guerra. Almeno quella ti uccide senza prima ingannarti. Un colpo di spada che ti arriva in faccia… ma almeno sai che la minaccia è lì, concreta, davanti ai tuoi occhi. Una minaccia così la so affrontare. Ma questo sistema è solo inutilmente complicato.»</w:t>
      </w:r>
    </w:p>
    <w:p w14:paraId="29B48C8D" w14:textId="77777777" w:rsidR="007C3C6C" w:rsidRPr="00994820" w:rsidRDefault="007C3C6C" w:rsidP="00B1354B">
      <w:pPr>
        <w:spacing w:before="100" w:beforeAutospacing="1" w:after="100" w:afterAutospacing="1" w:line="360" w:lineRule="auto"/>
        <w:ind w:firstLine="284"/>
        <w:jc w:val="both"/>
      </w:pPr>
      <w:r w:rsidRPr="00994820">
        <w:t>Un rumore improvviso interruppe la tensione nella stanza. La porta del negozio si spalancò e Koro trascinò dentro, quasi di peso, un ragazzo giovane dall’aspetto ordinario, vestito con l’uniforme semplice di un impiegato pubblico. Il ragazzo si divincolava nervosamente, lo sguardo agitato, ansioso come un animale in trappola.</w:t>
      </w:r>
    </w:p>
    <w:p w14:paraId="0E80CE26" w14:textId="77777777" w:rsidR="007C3C6C" w:rsidRPr="00994820" w:rsidRDefault="007C3C6C" w:rsidP="00B1354B">
      <w:pPr>
        <w:spacing w:before="100" w:beforeAutospacing="1" w:after="100" w:afterAutospacing="1" w:line="360" w:lineRule="auto"/>
        <w:ind w:firstLine="284"/>
        <w:jc w:val="both"/>
      </w:pPr>
      <w:r w:rsidRPr="00994820">
        <w:t>«Ehi! Ma siete impazziti?! Devo andare in ufficio! Se arrivo in ritardo mi segnaleranno! Il mio Emotion Value potrebbe—»</w:t>
      </w:r>
    </w:p>
    <w:p w14:paraId="7E714F82" w14:textId="77777777" w:rsidR="007C3C6C" w:rsidRPr="00994820" w:rsidRDefault="007C3C6C" w:rsidP="00B1354B">
      <w:pPr>
        <w:spacing w:before="100" w:beforeAutospacing="1" w:after="100" w:afterAutospacing="1" w:line="360" w:lineRule="auto"/>
        <w:ind w:firstLine="284"/>
        <w:jc w:val="both"/>
      </w:pPr>
      <w:r w:rsidRPr="00994820">
        <w:t>«Calmati,» grugnì Taker, seduto sullo sgabello con una smorfia, «nessuno qui vuole farti del male.»</w:t>
      </w:r>
    </w:p>
    <w:p w14:paraId="5C0427E9" w14:textId="77777777" w:rsidR="007C3C6C" w:rsidRPr="00994820" w:rsidRDefault="007C3C6C" w:rsidP="00B1354B">
      <w:pPr>
        <w:spacing w:before="100" w:beforeAutospacing="1" w:after="100" w:afterAutospacing="1" w:line="360" w:lineRule="auto"/>
        <w:ind w:firstLine="284"/>
        <w:jc w:val="both"/>
      </w:pPr>
      <w:r w:rsidRPr="00994820">
        <w:t>Il ragazzo li guardò uno per uno, visibilmente terrorizzato. «Chi… chi siete? Cosa volete da me?»</w:t>
      </w:r>
    </w:p>
    <w:p w14:paraId="267BEEE3" w14:textId="77777777" w:rsidR="007C3C6C" w:rsidRPr="00994820" w:rsidRDefault="007C3C6C" w:rsidP="00B1354B">
      <w:pPr>
        <w:spacing w:before="100" w:beforeAutospacing="1" w:after="100" w:afterAutospacing="1" w:line="360" w:lineRule="auto"/>
        <w:ind w:firstLine="284"/>
        <w:jc w:val="both"/>
      </w:pPr>
      <w:r w:rsidRPr="00994820">
        <w:t>Koro si voltò verso Fanny. «Diglielo tu. Spiegagli cosa succede realmente a chi ha un Emotion Value troppo alto.»</w:t>
      </w:r>
    </w:p>
    <w:p w14:paraId="7B883AC0" w14:textId="77777777" w:rsidR="007C3C6C" w:rsidRPr="00994820" w:rsidRDefault="007C3C6C" w:rsidP="00B1354B">
      <w:pPr>
        <w:spacing w:before="100" w:beforeAutospacing="1" w:after="100" w:afterAutospacing="1" w:line="360" w:lineRule="auto"/>
        <w:ind w:firstLine="284"/>
        <w:jc w:val="both"/>
      </w:pPr>
      <w:r w:rsidRPr="00994820">
        <w:t>Fanny inspirò lentamente, poi si avvicinò con passo deciso. I suoi occhi erano fissi nei suoi, fermi, senza rabbia né pietà.</w:t>
      </w:r>
    </w:p>
    <w:p w14:paraId="3442D21C" w14:textId="77777777" w:rsidR="007C3C6C" w:rsidRPr="00994820" w:rsidRDefault="007C3C6C" w:rsidP="00B1354B">
      <w:pPr>
        <w:spacing w:before="100" w:beforeAutospacing="1" w:after="100" w:afterAutospacing="1" w:line="360" w:lineRule="auto"/>
        <w:ind w:firstLine="284"/>
        <w:jc w:val="both"/>
      </w:pPr>
      <w:r w:rsidRPr="00994820">
        <w:t>«Ti hanno mai detto cosa succede davvero quando l’Emotion Value supera il novanta?» chiese con voce bassa.</w:t>
      </w:r>
    </w:p>
    <w:p w14:paraId="0283477B" w14:textId="77777777" w:rsidR="007C3C6C" w:rsidRPr="00994820" w:rsidRDefault="007C3C6C" w:rsidP="00B1354B">
      <w:pPr>
        <w:spacing w:before="100" w:beforeAutospacing="1" w:after="100" w:afterAutospacing="1" w:line="360" w:lineRule="auto"/>
        <w:ind w:firstLine="284"/>
        <w:jc w:val="both"/>
      </w:pPr>
      <w:r w:rsidRPr="00994820">
        <w:t>Il ragazzo deglutì, confuso. «Viene avviata la riabilitazione… pericoloso o no, viene corretto… è sempre stato così.»</w:t>
      </w:r>
    </w:p>
    <w:p w14:paraId="0159DBDB" w14:textId="77777777" w:rsidR="007C3C6C" w:rsidRPr="00994820" w:rsidRDefault="007C3C6C" w:rsidP="00B1354B">
      <w:pPr>
        <w:spacing w:before="100" w:beforeAutospacing="1" w:after="100" w:afterAutospacing="1" w:line="360" w:lineRule="auto"/>
        <w:ind w:firstLine="284"/>
        <w:jc w:val="both"/>
      </w:pPr>
      <w:r w:rsidRPr="00994820">
        <w:t>Fanny scosse la testa, il tono freddo come ghiaccio. «Non esiste più alcuna riabilitazione. Da trent’anni. Chi supera il valore critico viene giustiziato. Sul posto.»</w:t>
      </w:r>
    </w:p>
    <w:p w14:paraId="6F540D71" w14:textId="77777777" w:rsidR="007C3C6C" w:rsidRPr="00994820" w:rsidRDefault="007C3C6C" w:rsidP="00B1354B">
      <w:pPr>
        <w:spacing w:before="100" w:beforeAutospacing="1" w:after="100" w:afterAutospacing="1" w:line="360" w:lineRule="auto"/>
        <w:ind w:firstLine="284"/>
        <w:jc w:val="both"/>
      </w:pPr>
      <w:r w:rsidRPr="00994820">
        <w:t>Lui sgranò gli occhi, sbiancando. «Cosa…?»</w:t>
      </w:r>
    </w:p>
    <w:p w14:paraId="06949153" w14:textId="77777777" w:rsidR="007C3C6C" w:rsidRPr="00994820" w:rsidRDefault="007C3C6C" w:rsidP="00B1354B">
      <w:pPr>
        <w:spacing w:before="100" w:beforeAutospacing="1" w:after="100" w:afterAutospacing="1" w:line="360" w:lineRule="auto"/>
        <w:ind w:firstLine="284"/>
        <w:jc w:val="both"/>
      </w:pPr>
      <w:r w:rsidRPr="00994820">
        <w:t>«Non importa se il valore si alza per paura, rabbia, dolore. Non importa cosa ti succede intorno. Se il tuo valore supera il limite… vieni eliminato. Non corretto. Ucciso.»</w:t>
      </w:r>
    </w:p>
    <w:p w14:paraId="0C97C564" w14:textId="77777777" w:rsidR="007C3C6C" w:rsidRPr="00994820" w:rsidRDefault="007C3C6C" w:rsidP="00B1354B">
      <w:pPr>
        <w:spacing w:before="100" w:beforeAutospacing="1" w:after="100" w:afterAutospacing="1" w:line="360" w:lineRule="auto"/>
        <w:ind w:firstLine="284"/>
        <w:jc w:val="both"/>
      </w:pPr>
      <w:r w:rsidRPr="00994820">
        <w:t>Il ragazzo indietreggiò di un passo, portandosi una mano alla bocca. «Non… non può essere…»</w:t>
      </w:r>
    </w:p>
    <w:p w14:paraId="357C558F" w14:textId="77777777" w:rsidR="007C3C6C" w:rsidRPr="00994820" w:rsidRDefault="007C3C6C" w:rsidP="00B1354B">
      <w:pPr>
        <w:spacing w:before="100" w:beforeAutospacing="1" w:after="100" w:afterAutospacing="1" w:line="360" w:lineRule="auto"/>
        <w:ind w:firstLine="284"/>
        <w:jc w:val="both"/>
      </w:pPr>
      <w:r w:rsidRPr="00994820">
        <w:lastRenderedPageBreak/>
        <w:t>Per un istante, Fanny vide il terrore nei suoi occhi. Il riflesso di tutto ciò che aveva compreso pochi minuti prima. Ma poi quel riflesso svanì, come se la sua mente si fosse richiusa su sé stessa, aggrappandosi disperatamente all’illusione che conosceva.</w:t>
      </w:r>
    </w:p>
    <w:p w14:paraId="7DEB2CAE" w14:textId="77777777" w:rsidR="007C3C6C" w:rsidRPr="00994820" w:rsidRDefault="007C3C6C" w:rsidP="00B1354B">
      <w:pPr>
        <w:spacing w:before="100" w:beforeAutospacing="1" w:after="100" w:afterAutospacing="1" w:line="360" w:lineRule="auto"/>
        <w:ind w:firstLine="284"/>
        <w:jc w:val="both"/>
      </w:pPr>
      <w:r w:rsidRPr="00994820">
        <w:t>«Beh…» mormorò infine, con un tono esitante che diventava sempre più difensivo, «allora… allora basta stare attenti. Se uno mantiene il proprio Emotion Value sotto controllo, se evita situazioni di crisi, è al sicuro…»</w:t>
      </w:r>
    </w:p>
    <w:p w14:paraId="421E1854" w14:textId="77777777" w:rsidR="007C3C6C" w:rsidRPr="00994820" w:rsidRDefault="007C3C6C" w:rsidP="00B1354B">
      <w:pPr>
        <w:spacing w:before="100" w:beforeAutospacing="1" w:after="100" w:afterAutospacing="1" w:line="360" w:lineRule="auto"/>
        <w:ind w:firstLine="284"/>
        <w:jc w:val="both"/>
      </w:pPr>
      <w:r w:rsidRPr="00994820">
        <w:t>Sollevò lo sguardo su Fanny, e nei suoi occhi c’era qualcosa di oscuro, di feroce.</w:t>
      </w:r>
    </w:p>
    <w:p w14:paraId="179837F1" w14:textId="77777777" w:rsidR="007C3C6C" w:rsidRPr="00994820" w:rsidRDefault="007C3C6C" w:rsidP="00B1354B">
      <w:pPr>
        <w:spacing w:before="100" w:beforeAutospacing="1" w:after="100" w:afterAutospacing="1" w:line="360" w:lineRule="auto"/>
        <w:ind w:firstLine="284"/>
        <w:jc w:val="both"/>
      </w:pPr>
      <w:r w:rsidRPr="00994820">
        <w:t>«Se quella ragazza che ha causato quel trambusto ieri aveva l’Emotion Value alto… forse era davvero un soggetto pericoloso. Forse doveva essere eliminata!»</w:t>
      </w:r>
    </w:p>
    <w:p w14:paraId="45A6E1D5" w14:textId="77777777" w:rsidR="007C3C6C" w:rsidRPr="00994820" w:rsidRDefault="007C3C6C" w:rsidP="00B1354B">
      <w:pPr>
        <w:spacing w:before="100" w:beforeAutospacing="1" w:after="100" w:afterAutospacing="1" w:line="360" w:lineRule="auto"/>
        <w:ind w:firstLine="284"/>
        <w:jc w:val="both"/>
      </w:pPr>
      <w:r w:rsidRPr="00994820">
        <w:t>Il suo sguardo si fece duro. «Dov’è? È ancora in giro?!»</w:t>
      </w:r>
    </w:p>
    <w:p w14:paraId="2E327495" w14:textId="77777777" w:rsidR="007C3C6C" w:rsidRPr="00994820" w:rsidRDefault="007C3C6C" w:rsidP="00B1354B">
      <w:pPr>
        <w:spacing w:before="100" w:beforeAutospacing="1" w:after="100" w:afterAutospacing="1" w:line="360" w:lineRule="auto"/>
        <w:ind w:firstLine="284"/>
        <w:jc w:val="both"/>
      </w:pPr>
      <w:r w:rsidRPr="00994820">
        <w:t>La ragazza dai capelli color cielo guardò la scena con gli occhi sbarrati, ricolmi di nuovo di lacrime. Quel tono duro e incattivito sembrò trasportarla nuovamente a ieri sera, sembrò spingerla di nuovo tra le mani degli Shinigami.</w:t>
      </w:r>
    </w:p>
    <w:p w14:paraId="60AF478D" w14:textId="77777777" w:rsidR="007C3C6C" w:rsidRPr="00994820" w:rsidRDefault="007C3C6C" w:rsidP="00B1354B">
      <w:pPr>
        <w:spacing w:before="100" w:beforeAutospacing="1" w:after="100" w:afterAutospacing="1" w:line="360" w:lineRule="auto"/>
        <w:ind w:firstLine="284"/>
        <w:jc w:val="both"/>
      </w:pPr>
      <w:r w:rsidRPr="00994820">
        <w:t>Fanny strinse i denti. Sentì la rabbia salire come una lama nello stomaco.</w:t>
      </w:r>
    </w:p>
    <w:p w14:paraId="3F58DABE" w14:textId="77777777" w:rsidR="007C3C6C" w:rsidRPr="00994820" w:rsidRDefault="007C3C6C" w:rsidP="00B1354B">
      <w:pPr>
        <w:spacing w:before="100" w:beforeAutospacing="1" w:after="100" w:afterAutospacing="1" w:line="360" w:lineRule="auto"/>
        <w:ind w:firstLine="284"/>
        <w:jc w:val="both"/>
      </w:pPr>
      <w:r w:rsidRPr="00994820">
        <w:t>«Basta.»</w:t>
      </w:r>
    </w:p>
    <w:p w14:paraId="4ECC81CA" w14:textId="77777777" w:rsidR="007C3C6C" w:rsidRPr="00994820" w:rsidRDefault="007C3C6C" w:rsidP="00B1354B">
      <w:pPr>
        <w:spacing w:before="100" w:beforeAutospacing="1" w:after="100" w:afterAutospacing="1" w:line="360" w:lineRule="auto"/>
        <w:ind w:firstLine="284"/>
        <w:jc w:val="both"/>
      </w:pPr>
      <w:r w:rsidRPr="00994820">
        <w:t>La sua voce fu tagliente come una frustata.</w:t>
      </w:r>
    </w:p>
    <w:p w14:paraId="169C0943" w14:textId="77777777" w:rsidR="007C3C6C" w:rsidRPr="00994820" w:rsidRDefault="007C3C6C" w:rsidP="00B1354B">
      <w:pPr>
        <w:spacing w:before="100" w:beforeAutospacing="1" w:after="100" w:afterAutospacing="1" w:line="360" w:lineRule="auto"/>
        <w:ind w:firstLine="284"/>
        <w:jc w:val="both"/>
      </w:pPr>
      <w:r w:rsidRPr="00994820">
        <w:t>Il ragazzo si voltò verso di lei, confuso. Fanny gli si avvicinò, gli occhi fissi nei suoi.</w:t>
      </w:r>
    </w:p>
    <w:p w14:paraId="7B1C11DF" w14:textId="77777777" w:rsidR="007C3C6C" w:rsidRPr="00994820" w:rsidRDefault="007C3C6C" w:rsidP="00B1354B">
      <w:pPr>
        <w:spacing w:before="100" w:beforeAutospacing="1" w:after="100" w:afterAutospacing="1" w:line="360" w:lineRule="auto"/>
        <w:ind w:firstLine="284"/>
        <w:jc w:val="both"/>
      </w:pPr>
      <w:r w:rsidRPr="00994820">
        <w:t>«Non voglio più sentire la tua voce in questo negozio. Vai. Torna alla tua vita tranquilla, chiuso nella tua sicurezza di plastica.»</w:t>
      </w:r>
    </w:p>
    <w:p w14:paraId="7EE6A39A" w14:textId="77777777" w:rsidR="007C3C6C" w:rsidRPr="00994820" w:rsidRDefault="007C3C6C" w:rsidP="00B1354B">
      <w:pPr>
        <w:spacing w:before="100" w:beforeAutospacing="1" w:after="100" w:afterAutospacing="1" w:line="360" w:lineRule="auto"/>
        <w:ind w:firstLine="284"/>
        <w:jc w:val="both"/>
      </w:pPr>
      <w:r w:rsidRPr="00994820">
        <w:t>Il ragazzo spalancò la bocca per replicare, ma Fanny fece un passo avanti, abbassando la voce come un sibilo.</w:t>
      </w:r>
    </w:p>
    <w:p w14:paraId="711F3411" w14:textId="77777777" w:rsidR="007C3C6C" w:rsidRPr="00994820" w:rsidRDefault="007C3C6C" w:rsidP="00B1354B">
      <w:pPr>
        <w:spacing w:before="100" w:beforeAutospacing="1" w:after="100" w:afterAutospacing="1" w:line="360" w:lineRule="auto"/>
        <w:ind w:firstLine="284"/>
        <w:jc w:val="both"/>
      </w:pPr>
      <w:r w:rsidRPr="00994820">
        <w:t>«E se un giorno il tuo Emotion Value dovesse salire… verrò personalmente a ricordarti cosa significa.»</w:t>
      </w:r>
    </w:p>
    <w:p w14:paraId="551D6A62" w14:textId="77777777" w:rsidR="007C3C6C" w:rsidRPr="00994820" w:rsidRDefault="007C3C6C" w:rsidP="00B1354B">
      <w:pPr>
        <w:spacing w:before="100" w:beforeAutospacing="1" w:after="100" w:afterAutospacing="1" w:line="360" w:lineRule="auto"/>
        <w:ind w:firstLine="284"/>
        <w:jc w:val="both"/>
      </w:pPr>
      <w:r w:rsidRPr="00994820">
        <w:t>Dicendo ciò, sguainò il distintivo come la più letale delle armi. Il ragazzo indietreggiò, visibilmente scosso, e senza aggiungere altro fuggì verso l’uscita.</w:t>
      </w:r>
    </w:p>
    <w:p w14:paraId="64871554" w14:textId="77777777" w:rsidR="007C3C6C" w:rsidRPr="00994820" w:rsidRDefault="007C3C6C" w:rsidP="00B1354B">
      <w:pPr>
        <w:spacing w:before="100" w:beforeAutospacing="1" w:after="100" w:afterAutospacing="1" w:line="360" w:lineRule="auto"/>
        <w:ind w:firstLine="284"/>
        <w:jc w:val="both"/>
      </w:pPr>
      <w:r w:rsidRPr="00994820">
        <w:t>Nel silenzio che seguì, Fanny si passò una mano sul viso, cercando di calmarsi. Alle sue spalle, la ragazza salvata si era rifugiata nel retro del negozio, le spalle scosse da lacrime silenziose.</w:t>
      </w:r>
    </w:p>
    <w:p w14:paraId="2D4A2EA7" w14:textId="77777777" w:rsidR="007C3C6C" w:rsidRPr="00994820" w:rsidRDefault="007C3C6C" w:rsidP="00B1354B">
      <w:pPr>
        <w:spacing w:before="100" w:beforeAutospacing="1" w:after="100" w:afterAutospacing="1" w:line="360" w:lineRule="auto"/>
        <w:ind w:firstLine="284"/>
        <w:jc w:val="both"/>
      </w:pPr>
      <w:r w:rsidRPr="00994820">
        <w:lastRenderedPageBreak/>
        <w:t>La porta del negozio si richiuse con uno scatto secco, lasciandosi alle spalle il rumore dei passi affrettati del ragazzo. Per un lungo istante, nessuno parlò. Nell’aria aleggiava ancora la tensione di quella discussione, come polvere sottile che non voleva posarsi. Dal retro arrivava appena il suono sommesso dei singhiozzi della ragazza, ma nessuno dei tre fece cenno di muoversi.</w:t>
      </w:r>
    </w:p>
    <w:p w14:paraId="11EC8F2B" w14:textId="77777777" w:rsidR="007C3C6C" w:rsidRPr="00994820" w:rsidRDefault="007C3C6C" w:rsidP="00B1354B">
      <w:pPr>
        <w:spacing w:before="100" w:beforeAutospacing="1" w:after="100" w:afterAutospacing="1" w:line="360" w:lineRule="auto"/>
        <w:ind w:firstLine="284"/>
        <w:jc w:val="both"/>
      </w:pPr>
      <w:r w:rsidRPr="00994820">
        <w:t>Infine, fu Fanny a rompere il silenzio.</w:t>
      </w:r>
    </w:p>
    <w:p w14:paraId="3B3D1793" w14:textId="77777777" w:rsidR="007C3C6C" w:rsidRPr="00994820" w:rsidRDefault="007C3C6C" w:rsidP="00B1354B">
      <w:pPr>
        <w:spacing w:before="100" w:beforeAutospacing="1" w:after="100" w:afterAutospacing="1" w:line="360" w:lineRule="auto"/>
        <w:ind w:firstLine="284"/>
        <w:jc w:val="both"/>
      </w:pPr>
      <w:r w:rsidRPr="00994820">
        <w:t>«Perché?» chiese, la voce bassa e ruvida. «Perché non vi siete mai ribellati?»</w:t>
      </w:r>
    </w:p>
    <w:p w14:paraId="31BE29A9" w14:textId="77777777" w:rsidR="007C3C6C" w:rsidRPr="00994820" w:rsidRDefault="007C3C6C" w:rsidP="00B1354B">
      <w:pPr>
        <w:spacing w:before="100" w:beforeAutospacing="1" w:after="100" w:afterAutospacing="1" w:line="360" w:lineRule="auto"/>
        <w:ind w:firstLine="284"/>
        <w:jc w:val="both"/>
      </w:pPr>
      <w:r w:rsidRPr="00994820">
        <w:t>Koro alzò lentamente lo sguardo verso di lei, la fronte fasciata, gli occhi stanchi ma lucidi. «Non era il momento giusto» rispose con un sospiro che sembrava pesare anni.</w:t>
      </w:r>
    </w:p>
    <w:p w14:paraId="67510844" w14:textId="77777777" w:rsidR="007C3C6C" w:rsidRPr="00994820" w:rsidRDefault="007C3C6C" w:rsidP="00B1354B">
      <w:pPr>
        <w:spacing w:before="100" w:beforeAutospacing="1" w:after="100" w:afterAutospacing="1" w:line="360" w:lineRule="auto"/>
        <w:ind w:firstLine="284"/>
        <w:jc w:val="both"/>
      </w:pPr>
      <w:r w:rsidRPr="00994820">
        <w:t>Taker, seduto ancora sullo sgabello, si passò una mano sul volto. «E poi…» aggiunse con voce roca, «ho paura.»</w:t>
      </w:r>
    </w:p>
    <w:p w14:paraId="2AB70AAC" w14:textId="77777777" w:rsidR="007C3C6C" w:rsidRPr="00994820" w:rsidRDefault="007C3C6C" w:rsidP="00B1354B">
      <w:pPr>
        <w:pStyle w:val="NormaleWeb"/>
        <w:spacing w:line="360" w:lineRule="auto"/>
        <w:ind w:firstLine="284"/>
        <w:jc w:val="both"/>
      </w:pPr>
      <w:r w:rsidRPr="00994820">
        <w:t>Disse ridendo con un tono quasi disperato. Fanny aggrottò la fronte, sorpresa da quella confessione. Taker non sembrava affatto tipo da ammettere debolezze.</w:t>
      </w:r>
    </w:p>
    <w:p w14:paraId="4B212686" w14:textId="77777777" w:rsidR="007C3C6C" w:rsidRPr="00994820" w:rsidRDefault="007C3C6C" w:rsidP="00B1354B">
      <w:pPr>
        <w:pStyle w:val="NormaleWeb"/>
        <w:spacing w:line="360" w:lineRule="auto"/>
        <w:ind w:firstLine="284"/>
        <w:jc w:val="both"/>
      </w:pPr>
      <w:r w:rsidRPr="00994820">
        <w:t>Lui la guardò di sfuggita, quasi a voler leggere nei suoi pensieri. «Ho paura che succederà anche a me. Che prima o poi, mi prendano. E allora sarebbe molto meglio cadere sotto la falce di Kieren, piuttosto che finire sul lettino di quel pazzo. Perché questa città…»</w:t>
      </w:r>
    </w:p>
    <w:p w14:paraId="51CFCBCE" w14:textId="77777777" w:rsidR="007C3C6C" w:rsidRPr="00994820" w:rsidRDefault="007C3C6C" w:rsidP="00B1354B">
      <w:pPr>
        <w:pStyle w:val="NormaleWeb"/>
        <w:spacing w:line="360" w:lineRule="auto"/>
        <w:ind w:firstLine="284"/>
        <w:jc w:val="both"/>
      </w:pPr>
      <w:r w:rsidRPr="00994820">
        <w:t>Si interruppe un attimo, abbassando lo sguardo sulle mani. «Questa città mi ha trasformato in un criminale, vestendomi con la tunica del giusto. Ma forse sono sempre stato un criminale. Nel profondo. E la città mi ha solo dato i mezzi per esprimerlo a pieno senza ripercussioni.»</w:t>
      </w:r>
    </w:p>
    <w:p w14:paraId="2BCA719B" w14:textId="77777777" w:rsidR="007C3C6C" w:rsidRPr="00994820" w:rsidRDefault="007C3C6C" w:rsidP="00B1354B">
      <w:pPr>
        <w:spacing w:before="100" w:beforeAutospacing="1" w:after="100" w:afterAutospacing="1" w:line="360" w:lineRule="auto"/>
        <w:ind w:firstLine="284"/>
        <w:jc w:val="both"/>
      </w:pPr>
      <w:r w:rsidRPr="00994820">
        <w:t>Quelle parole rimasero sospese tra loro, come un’eco impossibile da ignorare. Fanny si passò una mano tra i capelli, distogliendo lo sguardo. Le dita le tremavano appena, un dettaglio minuscolo che la irritò più di ogni altra cosa.</w:t>
      </w:r>
    </w:p>
    <w:p w14:paraId="10752400" w14:textId="77777777" w:rsidR="007C3C6C" w:rsidRPr="00994820" w:rsidRDefault="007C3C6C" w:rsidP="00B1354B">
      <w:pPr>
        <w:spacing w:before="100" w:beforeAutospacing="1" w:after="100" w:afterAutospacing="1" w:line="360" w:lineRule="auto"/>
        <w:ind w:firstLine="284"/>
        <w:jc w:val="both"/>
      </w:pPr>
      <w:r w:rsidRPr="00994820">
        <w:t>“Forse lo stesso vale per me,” pensò. Le parole di Taker le suonavano chiare e cristalline come acqua corrente. Capiva perfettamente come si sentiva, perché anche lei sentiva lo stesso. Aveva sempre pensato di essere diversa. Migliore. Ma la verità era che ogni giorno combatteva per mantenersi sotto controllo, per non farsi trascinare dalla rabbia, dal dolore, dalla paura. E ieri sera aveva dato libero sfogo a quella sua rabbia. Certo, erano Elvenar, ma avrebbe volentieri steso anche quei tre. Ma c’era una valida ragione: stava difendendo quella ragazza. La rabbia era giustificata dalla crudeltà di quella città.</w:t>
      </w:r>
    </w:p>
    <w:p w14:paraId="78F2BB8F" w14:textId="77777777" w:rsidR="007C3C6C" w:rsidRPr="00994820" w:rsidRDefault="007C3C6C" w:rsidP="00B1354B">
      <w:pPr>
        <w:spacing w:before="100" w:beforeAutospacing="1" w:after="100" w:afterAutospacing="1" w:line="360" w:lineRule="auto"/>
        <w:ind w:firstLine="284"/>
        <w:jc w:val="both"/>
      </w:pPr>
      <w:r w:rsidRPr="00994820">
        <w:t>E se tutto questo non fosse solo colpa della città… ma qualcosa che era già dentro di lei?</w:t>
      </w:r>
    </w:p>
    <w:p w14:paraId="1312598F" w14:textId="77777777" w:rsidR="007C3C6C" w:rsidRPr="00994820" w:rsidRDefault="007C3C6C" w:rsidP="00B1354B">
      <w:pPr>
        <w:spacing w:before="100" w:beforeAutospacing="1" w:after="100" w:afterAutospacing="1" w:line="360" w:lineRule="auto"/>
        <w:ind w:firstLine="284"/>
        <w:jc w:val="both"/>
      </w:pPr>
      <w:r w:rsidRPr="00994820">
        <w:lastRenderedPageBreak/>
        <w:t>«Uhm…» mormorò infine, come parlando a se stessa. «Forse non sono diversa da voi. Forse sono sempre stata un problema… e solo adesso sto iniziando a capirlo.»</w:t>
      </w:r>
    </w:p>
    <w:p w14:paraId="4202791F" w14:textId="77777777" w:rsidR="007C3C6C" w:rsidRPr="00994820" w:rsidRDefault="007C3C6C" w:rsidP="00B1354B">
      <w:pPr>
        <w:spacing w:before="100" w:beforeAutospacing="1" w:after="100" w:afterAutospacing="1" w:line="360" w:lineRule="auto"/>
        <w:ind w:firstLine="284"/>
        <w:jc w:val="both"/>
      </w:pPr>
      <w:r w:rsidRPr="00994820">
        <w:t>Koro si sporse leggermente in avanti, la voce pacata. «Non dire stronzate.»</w:t>
      </w:r>
    </w:p>
    <w:p w14:paraId="73ED809C" w14:textId="77777777" w:rsidR="007C3C6C" w:rsidRPr="00994820" w:rsidRDefault="007C3C6C" w:rsidP="00B1354B">
      <w:pPr>
        <w:spacing w:before="100" w:beforeAutospacing="1" w:after="100" w:afterAutospacing="1" w:line="360" w:lineRule="auto"/>
        <w:ind w:firstLine="284"/>
        <w:jc w:val="both"/>
      </w:pPr>
      <w:r w:rsidRPr="00994820">
        <w:t>Taker annuì piano. «Ieri sera non sei stata un problema, ma una salvezza per una ragazza disperata e ignorata.»</w:t>
      </w:r>
    </w:p>
    <w:p w14:paraId="796BE584" w14:textId="77777777" w:rsidR="007C3C6C" w:rsidRPr="00994820" w:rsidRDefault="007C3C6C" w:rsidP="00B1354B">
      <w:pPr>
        <w:spacing w:before="100" w:beforeAutospacing="1" w:after="100" w:afterAutospacing="1" w:line="360" w:lineRule="auto"/>
        <w:ind w:firstLine="284"/>
        <w:jc w:val="both"/>
      </w:pPr>
      <w:r w:rsidRPr="00994820">
        <w:t>La ragazza dai capelli azzurri annuì vigorosamente, stringendo le mani come in una preghiera.</w:t>
      </w:r>
    </w:p>
    <w:p w14:paraId="3B50FB1B" w14:textId="77777777" w:rsidR="007C3C6C" w:rsidRPr="00994820" w:rsidRDefault="007C3C6C" w:rsidP="00B1354B">
      <w:pPr>
        <w:spacing w:before="100" w:beforeAutospacing="1" w:after="100" w:afterAutospacing="1" w:line="360" w:lineRule="auto"/>
        <w:ind w:firstLine="284"/>
        <w:jc w:val="both"/>
      </w:pPr>
      <w:r w:rsidRPr="00994820">
        <w:t>Fanny non rispose subito. Inspirò a fondo, come per allontanare quel pensiero, ma la sensazione era ancora lì. Un seme che stava mettendo radici, e che sapeva non avrebbe smesso di crescere.</w:t>
      </w:r>
    </w:p>
    <w:p w14:paraId="2CBE01EB" w14:textId="77777777" w:rsidR="007C3C6C" w:rsidRPr="00994820" w:rsidRDefault="007C3C6C" w:rsidP="00B1354B">
      <w:pPr>
        <w:spacing w:before="100" w:beforeAutospacing="1" w:after="100" w:afterAutospacing="1" w:line="360" w:lineRule="auto"/>
        <w:ind w:firstLine="284"/>
        <w:jc w:val="both"/>
      </w:pPr>
      <w:r w:rsidRPr="00994820">
        <w:t>Il silenzio che seguì fu interrotto da un suono lieve, quasi impercettibile: lo sfregare di un tessuto contro il pavimento.</w:t>
      </w:r>
    </w:p>
    <w:p w14:paraId="105C5650" w14:textId="77777777" w:rsidR="007C3C6C" w:rsidRPr="00994820" w:rsidRDefault="007C3C6C" w:rsidP="00B1354B">
      <w:pPr>
        <w:spacing w:before="100" w:beforeAutospacing="1" w:after="100" w:afterAutospacing="1" w:line="360" w:lineRule="auto"/>
        <w:ind w:firstLine="284"/>
        <w:jc w:val="both"/>
      </w:pPr>
      <w:r w:rsidRPr="00994820">
        <w:t>«A volte,» disse con gentilezza la ragazza dal vestito solenne, accarezzando la schiena di Fanny, «non è necessario essere un problema per essere trattati come tale.»</w:t>
      </w:r>
    </w:p>
    <w:p w14:paraId="4167E88B" w14:textId="77777777" w:rsidR="007C3C6C" w:rsidRPr="00994820" w:rsidRDefault="007C3C6C" w:rsidP="00B1354B">
      <w:pPr>
        <w:spacing w:before="100" w:beforeAutospacing="1" w:after="100" w:afterAutospacing="1" w:line="360" w:lineRule="auto"/>
        <w:ind w:firstLine="284"/>
        <w:jc w:val="both"/>
      </w:pPr>
      <w:r w:rsidRPr="00994820">
        <w:t>Fanny alzò lo sguardo verso di lei, colta di sorpresa. La donna le sorrise in modo tenue, quasi materno.</w:t>
      </w:r>
    </w:p>
    <w:p w14:paraId="4A510027" w14:textId="77777777" w:rsidR="007C3C6C" w:rsidRPr="00994820" w:rsidRDefault="007C3C6C" w:rsidP="00B1354B">
      <w:pPr>
        <w:spacing w:before="100" w:beforeAutospacing="1" w:after="100" w:afterAutospacing="1" w:line="360" w:lineRule="auto"/>
        <w:ind w:firstLine="284"/>
        <w:jc w:val="both"/>
      </w:pPr>
      <w:r w:rsidRPr="00994820">
        <w:t>«La verità è un seme…» continuò, con tono riflessivo. «Alcuni cercano di distruggerlo. Altri lo ignorano. Ma la verità non scompare. Puoi solo decidere dove piantarla.»</w:t>
      </w:r>
    </w:p>
    <w:p w14:paraId="207FA1F9" w14:textId="77777777" w:rsidR="007C3C6C" w:rsidRPr="00994820" w:rsidRDefault="007C3C6C" w:rsidP="00B1354B">
      <w:pPr>
        <w:spacing w:before="100" w:beforeAutospacing="1" w:after="100" w:afterAutospacing="1" w:line="360" w:lineRule="auto"/>
        <w:ind w:firstLine="284"/>
        <w:jc w:val="both"/>
      </w:pPr>
      <w:r w:rsidRPr="00994820">
        <w:t>Fanny la scrutò, incerta. «E secondo lei dove dovrei piantarla, questa verità?»</w:t>
      </w:r>
    </w:p>
    <w:p w14:paraId="5B75A413" w14:textId="77777777" w:rsidR="007C3C6C" w:rsidRPr="00994820" w:rsidRDefault="007C3C6C" w:rsidP="00B1354B">
      <w:pPr>
        <w:spacing w:before="100" w:beforeAutospacing="1" w:after="100" w:afterAutospacing="1" w:line="360" w:lineRule="auto"/>
        <w:ind w:firstLine="284"/>
        <w:jc w:val="both"/>
      </w:pPr>
      <w:r w:rsidRPr="00994820">
        <w:t>La ragazza si avvicinò di un passo, lo sguardo ancora dolce, ma appena più intenso.</w:t>
      </w:r>
    </w:p>
    <w:p w14:paraId="4B2445D8" w14:textId="77777777" w:rsidR="007C3C6C" w:rsidRPr="00994820" w:rsidRDefault="007C3C6C" w:rsidP="00B1354B">
      <w:pPr>
        <w:spacing w:before="100" w:beforeAutospacing="1" w:after="100" w:afterAutospacing="1" w:line="360" w:lineRule="auto"/>
        <w:ind w:firstLine="284"/>
        <w:jc w:val="both"/>
      </w:pPr>
      <w:r w:rsidRPr="00994820">
        <w:t>«In chi è pronto ad ascoltarla. Oppure…» fece una pausa, inclinando leggermente il capo, «dove farà più rumore quando germoglierà.»</w:t>
      </w:r>
    </w:p>
    <w:p w14:paraId="49983A3F" w14:textId="77777777" w:rsidR="007C3C6C" w:rsidRPr="00994820" w:rsidRDefault="007C3C6C" w:rsidP="00B1354B">
      <w:pPr>
        <w:spacing w:before="100" w:beforeAutospacing="1" w:after="100" w:afterAutospacing="1" w:line="360" w:lineRule="auto"/>
        <w:ind w:firstLine="284"/>
        <w:jc w:val="both"/>
      </w:pPr>
      <w:r w:rsidRPr="00994820">
        <w:t>Koro e Taker si guardarono di sfuggita. C’era qualcosa nella voce della donna che metteva i brividi. Non era una minaccia, non era nemmeno ironia. Era… convinzione.</w:t>
      </w:r>
    </w:p>
    <w:p w14:paraId="6FFF675D" w14:textId="77777777" w:rsidR="007C3C6C" w:rsidRPr="00994820" w:rsidRDefault="007C3C6C" w:rsidP="00B1354B">
      <w:pPr>
        <w:spacing w:before="100" w:beforeAutospacing="1" w:after="100" w:afterAutospacing="1" w:line="360" w:lineRule="auto"/>
        <w:ind w:firstLine="284"/>
        <w:jc w:val="both"/>
      </w:pPr>
      <w:r w:rsidRPr="00994820">
        <w:t>«Ma attenta, ragazza mia,» aggiunse poi la monaca, con tono leggero, come se stesse parlando del tempo. «Alcuni semi… crescono solo in terreni bagnati di sangue.»</w:t>
      </w:r>
    </w:p>
    <w:p w14:paraId="342D4AE1" w14:textId="77777777" w:rsidR="007C3C6C" w:rsidRPr="00994820" w:rsidRDefault="007C3C6C" w:rsidP="00B1354B">
      <w:pPr>
        <w:spacing w:before="100" w:beforeAutospacing="1" w:after="100" w:afterAutospacing="1" w:line="360" w:lineRule="auto"/>
        <w:ind w:firstLine="284"/>
        <w:jc w:val="both"/>
      </w:pPr>
      <w:r w:rsidRPr="00994820">
        <w:t>Fanny restò immobile, il respiro sospeso. La fanciulla le rivolse un ultimo sorriso, poi si voltò con calma, come se nulla fosse, e tornò nel retro del negozio, lasciando dietro di sé una scia di silenzio e inquietudine.</w:t>
      </w:r>
    </w:p>
    <w:p w14:paraId="489E6963" w14:textId="77777777" w:rsidR="007C3C6C" w:rsidRPr="00994820" w:rsidRDefault="007C3C6C" w:rsidP="00B1354B">
      <w:pPr>
        <w:pStyle w:val="NormaleWeb"/>
        <w:spacing w:line="360" w:lineRule="auto"/>
        <w:ind w:firstLine="284"/>
        <w:jc w:val="both"/>
      </w:pPr>
      <w:r w:rsidRPr="00994820">
        <w:lastRenderedPageBreak/>
        <w:t>Taker fu il primo a parlare. «Okay. Ammetto che è davvero molto utile e brava nel suo lavoro, ma certe volte mi fa più paura di tutto il Dipartimento.»</w:t>
      </w:r>
    </w:p>
    <w:p w14:paraId="003DD808" w14:textId="77777777" w:rsidR="007C3C6C" w:rsidRPr="00994820" w:rsidRDefault="007C3C6C" w:rsidP="00B1354B">
      <w:pPr>
        <w:pStyle w:val="NormaleWeb"/>
        <w:spacing w:line="360" w:lineRule="auto"/>
        <w:ind w:firstLine="284"/>
        <w:jc w:val="both"/>
      </w:pPr>
      <w:r w:rsidRPr="00994820">
        <w:t>Koro non rispose, limitandosi a fissare il punto dove era sparita.</w:t>
      </w:r>
    </w:p>
    <w:p w14:paraId="5F954EF2" w14:textId="77777777" w:rsidR="007C3C6C" w:rsidRPr="00994820" w:rsidRDefault="007C3C6C" w:rsidP="00B1354B">
      <w:pPr>
        <w:pStyle w:val="NormaleWeb"/>
        <w:spacing w:line="360" w:lineRule="auto"/>
        <w:ind w:firstLine="284"/>
        <w:jc w:val="both"/>
      </w:pPr>
      <w:r w:rsidRPr="00994820">
        <w:t>Fanny, invece, si sentiva come se qualcosa dentro di lei avesse appena cambiato forma. Le parole di quella ragazza dal viso limpido continuavano a risuonarle in testa.</w:t>
      </w:r>
    </w:p>
    <w:p w14:paraId="7E0281EA" w14:textId="77777777" w:rsidR="007C3C6C" w:rsidRPr="00994820" w:rsidRDefault="007C3C6C" w:rsidP="00B1354B">
      <w:pPr>
        <w:pStyle w:val="NormaleWeb"/>
        <w:spacing w:line="360" w:lineRule="auto"/>
        <w:ind w:firstLine="284"/>
        <w:jc w:val="both"/>
      </w:pPr>
      <w:r w:rsidRPr="00994820">
        <w:t>Dove farà più rumore. In un terreno bagnato di sangue.</w:t>
      </w:r>
    </w:p>
    <w:p w14:paraId="413EDABB" w14:textId="77777777" w:rsidR="007C3C6C" w:rsidRPr="00994820" w:rsidRDefault="007C3C6C" w:rsidP="00B1354B">
      <w:pPr>
        <w:pStyle w:val="NormaleWeb"/>
        <w:spacing w:line="360" w:lineRule="auto"/>
        <w:ind w:firstLine="284"/>
        <w:jc w:val="both"/>
      </w:pPr>
      <w:r w:rsidRPr="00994820">
        <w:t>La stanza venne poi invasa da un suono sordo e acuto. Bip. Bip. Bip.</w:t>
      </w:r>
    </w:p>
    <w:p w14:paraId="235A00FE" w14:textId="77777777" w:rsidR="007C3C6C" w:rsidRPr="00994820" w:rsidRDefault="007C3C6C" w:rsidP="00B1354B">
      <w:pPr>
        <w:pStyle w:val="NormaleWeb"/>
        <w:spacing w:line="360" w:lineRule="auto"/>
        <w:ind w:firstLine="284"/>
        <w:jc w:val="both"/>
      </w:pPr>
      <w:r w:rsidRPr="00994820">
        <w:t>Fanny si voltò verso l’armatura, dove aveva infilato la runa nella tasca interna. Il cristallo olografico stava pulsando debolmente, richiamando la sua attenzione.</w:t>
      </w:r>
    </w:p>
    <w:p w14:paraId="4EE4C792" w14:textId="77777777" w:rsidR="007C3C6C" w:rsidRPr="00994820" w:rsidRDefault="007C3C6C" w:rsidP="00B1354B">
      <w:pPr>
        <w:spacing w:before="100" w:beforeAutospacing="1" w:after="100" w:afterAutospacing="1" w:line="360" w:lineRule="auto"/>
        <w:ind w:firstLine="284"/>
        <w:jc w:val="both"/>
      </w:pPr>
      <w:r w:rsidRPr="00994820">
        <w:t>Con un sospiro, infilò la mano nella tasca e la estrasse. Il piccolo dispositivo proiettò immediatamente la familiare sagoma eterea dell’assistente digitale, che le parlò con la solita voce neutra:</w:t>
      </w:r>
    </w:p>
    <w:p w14:paraId="39C907D4" w14:textId="77777777" w:rsidR="007C3C6C" w:rsidRPr="00994820" w:rsidRDefault="007C3C6C" w:rsidP="00B1354B">
      <w:pPr>
        <w:spacing w:before="100" w:beforeAutospacing="1" w:after="100" w:afterAutospacing="1" w:line="360" w:lineRule="auto"/>
        <w:ind w:firstLine="284"/>
        <w:jc w:val="both"/>
      </w:pPr>
      <w:r w:rsidRPr="00994820">
        <w:t>«Avviso: Signorina Fanny, il Dipartimento del Tramonto richiede la sua presenza. Una squadra sta per arrivare per scortarla.»</w:t>
      </w:r>
    </w:p>
    <w:p w14:paraId="703E170C" w14:textId="77777777" w:rsidR="007C3C6C" w:rsidRPr="00994820" w:rsidRDefault="007C3C6C" w:rsidP="00B1354B">
      <w:pPr>
        <w:spacing w:before="100" w:beforeAutospacing="1" w:after="100" w:afterAutospacing="1" w:line="360" w:lineRule="auto"/>
        <w:ind w:firstLine="284"/>
        <w:jc w:val="both"/>
      </w:pPr>
      <w:r w:rsidRPr="00994820">
        <w:t>Fanny sospirò, passandosi una mano sul volto.</w:t>
      </w:r>
    </w:p>
    <w:p w14:paraId="190708B2" w14:textId="77777777" w:rsidR="007C3C6C" w:rsidRPr="00994820" w:rsidRDefault="007C3C6C" w:rsidP="00B1354B">
      <w:pPr>
        <w:spacing w:before="100" w:beforeAutospacing="1" w:after="100" w:afterAutospacing="1" w:line="360" w:lineRule="auto"/>
        <w:ind w:firstLine="284"/>
        <w:jc w:val="both"/>
      </w:pPr>
      <w:r w:rsidRPr="00994820">
        <w:t>«Ecco che ricomincia…» mormorò tra sé, poi abbassò lo sguardo sulla runa.</w:t>
      </w:r>
    </w:p>
    <w:p w14:paraId="3DE54658" w14:textId="77777777" w:rsidR="007C3C6C" w:rsidRPr="00994820" w:rsidRDefault="007C3C6C" w:rsidP="00B1354B">
      <w:pPr>
        <w:spacing w:before="100" w:beforeAutospacing="1" w:after="100" w:afterAutospacing="1" w:line="360" w:lineRule="auto"/>
        <w:ind w:firstLine="284"/>
        <w:jc w:val="both"/>
      </w:pPr>
      <w:r w:rsidRPr="00994820">
        <w:t>Per un istante rimase immobile, come se stesse prendendo una decisione di tutt’altro peso. Poi, senza pensarci troppo, parlò:</w:t>
      </w:r>
    </w:p>
    <w:p w14:paraId="1FC861DB" w14:textId="77777777" w:rsidR="007C3C6C" w:rsidRPr="00994820" w:rsidRDefault="007C3C6C" w:rsidP="00B1354B">
      <w:pPr>
        <w:spacing w:before="100" w:beforeAutospacing="1" w:after="100" w:afterAutospacing="1" w:line="360" w:lineRule="auto"/>
        <w:ind w:firstLine="284"/>
        <w:jc w:val="both"/>
      </w:pPr>
      <w:r w:rsidRPr="00994820">
        <w:t>«Sai cosa? Se proprio devo portarti sempre dietro… almeno avrai un nome. Da adesso ti chiamerai Becky.»</w:t>
      </w:r>
    </w:p>
    <w:p w14:paraId="655ED7C3" w14:textId="77777777" w:rsidR="007C3C6C" w:rsidRPr="00994820" w:rsidRDefault="007C3C6C" w:rsidP="00B1354B">
      <w:pPr>
        <w:spacing w:before="100" w:beforeAutospacing="1" w:after="100" w:afterAutospacing="1" w:line="360" w:lineRule="auto"/>
        <w:ind w:firstLine="284"/>
        <w:jc w:val="both"/>
      </w:pPr>
      <w:r w:rsidRPr="00994820">
        <w:t>L’ologramma parve elaborare l’informazione per un momento, poi il volto digitalizzato assunse un’espressione… felice. Un sorriso appena accennato comparve tra i pixel.</w:t>
      </w:r>
    </w:p>
    <w:p w14:paraId="02883F71" w14:textId="77777777" w:rsidR="007C3C6C" w:rsidRPr="00994820" w:rsidRDefault="007C3C6C" w:rsidP="00B1354B">
      <w:pPr>
        <w:spacing w:before="100" w:beforeAutospacing="1" w:after="100" w:afterAutospacing="1" w:line="360" w:lineRule="auto"/>
        <w:ind w:firstLine="284"/>
        <w:jc w:val="both"/>
      </w:pPr>
      <w:r w:rsidRPr="00994820">
        <w:t>«Registrazione completata. Nome: Becky. Sono lieta di avere un nome, Signorina Fanny.»</w:t>
      </w:r>
    </w:p>
    <w:p w14:paraId="3FF67F3C" w14:textId="77777777" w:rsidR="007C3C6C" w:rsidRPr="00994820" w:rsidRDefault="007C3C6C" w:rsidP="00B1354B">
      <w:pPr>
        <w:spacing w:before="100" w:beforeAutospacing="1" w:after="100" w:afterAutospacing="1" w:line="360" w:lineRule="auto"/>
        <w:ind w:firstLine="284"/>
        <w:jc w:val="both"/>
      </w:pPr>
      <w:r w:rsidRPr="00994820">
        <w:t>Koro la osservò di lato, sollevando un sopracciglio. «Dai nomi agli ologrammi, adesso?»</w:t>
      </w:r>
    </w:p>
    <w:p w14:paraId="6E7BE894" w14:textId="77777777" w:rsidR="007C3C6C" w:rsidRPr="00994820" w:rsidRDefault="007C3C6C" w:rsidP="00B1354B">
      <w:pPr>
        <w:spacing w:before="100" w:beforeAutospacing="1" w:after="100" w:afterAutospacing="1" w:line="360" w:lineRule="auto"/>
        <w:ind w:firstLine="284"/>
        <w:jc w:val="both"/>
      </w:pPr>
      <w:r w:rsidRPr="00994820">
        <w:t>«Meglio dare un nome alle cose che mi rovinano la giornata piuttosto che lasciarle anonime. Almeno so chi imprecare.» rispose Fanny con tono ironico, riponendo la runa nella tasca.</w:t>
      </w:r>
    </w:p>
    <w:p w14:paraId="2296670F" w14:textId="77777777" w:rsidR="007C3C6C" w:rsidRPr="00994820" w:rsidRDefault="007C3C6C" w:rsidP="00B1354B">
      <w:pPr>
        <w:spacing w:before="100" w:beforeAutospacing="1" w:after="100" w:afterAutospacing="1" w:line="360" w:lineRule="auto"/>
        <w:ind w:firstLine="284"/>
        <w:jc w:val="both"/>
      </w:pPr>
      <w:r w:rsidRPr="00994820">
        <w:lastRenderedPageBreak/>
        <w:t>Non fece in tempo a dire altro che la porta del negozio si aprì di nuovo, questa volta con discrezione, senza il trambusto di prima.</w:t>
      </w:r>
    </w:p>
    <w:p w14:paraId="7EFC767F" w14:textId="77777777" w:rsidR="007C3C6C" w:rsidRPr="00994820" w:rsidRDefault="007C3C6C" w:rsidP="00B1354B">
      <w:pPr>
        <w:spacing w:before="100" w:beforeAutospacing="1" w:after="100" w:afterAutospacing="1" w:line="360" w:lineRule="auto"/>
        <w:ind w:firstLine="284"/>
        <w:jc w:val="both"/>
      </w:pPr>
      <w:r w:rsidRPr="00994820">
        <w:t>Tre figure entrarono nel locale.</w:t>
      </w:r>
    </w:p>
    <w:p w14:paraId="365AF45A" w14:textId="77777777" w:rsidR="007C3C6C" w:rsidRPr="00994820" w:rsidRDefault="007C3C6C" w:rsidP="00B1354B">
      <w:pPr>
        <w:spacing w:before="100" w:beforeAutospacing="1" w:after="100" w:afterAutospacing="1" w:line="360" w:lineRule="auto"/>
        <w:ind w:firstLine="284"/>
        <w:jc w:val="both"/>
      </w:pPr>
      <w:r w:rsidRPr="00994820">
        <w:t>Il primo era Kieran. La sua andatura rilassata non ingannava nessuno: i suoi occhi osservavano ogni cosa, attenti, rapidi.</w:t>
      </w:r>
    </w:p>
    <w:p w14:paraId="5A5CF13E" w14:textId="77777777" w:rsidR="007C3C6C" w:rsidRPr="00994820" w:rsidRDefault="007C3C6C" w:rsidP="00B1354B">
      <w:pPr>
        <w:spacing w:before="100" w:beforeAutospacing="1" w:after="100" w:afterAutospacing="1" w:line="360" w:lineRule="auto"/>
        <w:ind w:firstLine="284"/>
        <w:jc w:val="both"/>
      </w:pPr>
      <w:r w:rsidRPr="00994820">
        <w:t>Dietro di lui, Rock — la Cecchina — entrò senza fare rumore, il volto impassibile, le mani infilate nelle tasche della giacca.</w:t>
      </w:r>
    </w:p>
    <w:p w14:paraId="3A9FBB7A" w14:textId="77777777" w:rsidR="007C3C6C" w:rsidRPr="00994820" w:rsidRDefault="007C3C6C" w:rsidP="00B1354B">
      <w:pPr>
        <w:spacing w:before="100" w:beforeAutospacing="1" w:after="100" w:afterAutospacing="1" w:line="360" w:lineRule="auto"/>
        <w:ind w:firstLine="284"/>
        <w:jc w:val="both"/>
      </w:pPr>
      <w:r w:rsidRPr="00994820">
        <w:t>Accanto a lei, come una scheggia pronta a esplodere, avanzava una terza figura: Rift, con l’aria annoiata di chi si muoveva sempre troppo in fretta per preoccuparsi degli altri.</w:t>
      </w:r>
    </w:p>
    <w:p w14:paraId="1CE81D00" w14:textId="77777777" w:rsidR="007C3C6C" w:rsidRPr="00994820" w:rsidRDefault="007C3C6C" w:rsidP="00B1354B">
      <w:pPr>
        <w:spacing w:before="100" w:beforeAutospacing="1" w:after="100" w:afterAutospacing="1" w:line="360" w:lineRule="auto"/>
        <w:ind w:firstLine="284"/>
        <w:jc w:val="both"/>
      </w:pPr>
      <w:r w:rsidRPr="00994820">
        <w:t>Il nuovo ragazzo appariva più minuto degli Shinigami che Fanny aveva incontrato fino ad allora. Il suo corpo pareva un fulmine trattenuto in una forma umana. Indossava una tuta sintetica aderente, nerissima e segnata da una rete di linee rosso fuoco, come circuiti ardenti incisi nella carne. Al centro del petto, una sfera luminosa pulsava lentamente, come un cuore artificiale pronto a scatenarsi.</w:t>
      </w:r>
    </w:p>
    <w:p w14:paraId="0FAD4F23" w14:textId="77777777" w:rsidR="007C3C6C" w:rsidRPr="00994820" w:rsidRDefault="007C3C6C" w:rsidP="00B1354B">
      <w:pPr>
        <w:spacing w:before="100" w:beforeAutospacing="1" w:after="100" w:afterAutospacing="1" w:line="360" w:lineRule="auto"/>
        <w:ind w:firstLine="284"/>
        <w:jc w:val="both"/>
      </w:pPr>
      <w:r w:rsidRPr="00994820">
        <w:t>L’intero abito sembrava più una seconda pelle cucita su quel corpo piccolo e snello che un’armatura difensiva: ogni curva, ogni giuntura era scolpita per canalizzare energia, comprimere potenza, esplodere in movimento. I capelli argentati, spettinati come una miccia già accesa, facevano da contrasto al viso giovane ma segnato da un’espressione rude e di disgusto.</w:t>
      </w:r>
    </w:p>
    <w:p w14:paraId="06C1A5CB" w14:textId="77777777" w:rsidR="007C3C6C" w:rsidRPr="00994820" w:rsidRDefault="007C3C6C" w:rsidP="00B1354B">
      <w:pPr>
        <w:spacing w:before="100" w:beforeAutospacing="1" w:after="100" w:afterAutospacing="1" w:line="360" w:lineRule="auto"/>
        <w:ind w:firstLine="284"/>
        <w:jc w:val="both"/>
      </w:pPr>
      <w:r w:rsidRPr="00994820">
        <w:t>L’occhio sinistro era cibernetico, attraversato da codici rossi in costante aggiornamento, mentre sulle orecchie portava cuffie da combattimento integrate, probabilmente connesse direttamente al sistema della città. Dietro di lui, una scia di energia vibrava a ogni suo passo, come se il tempo stesso faticasse a stargli dietro.</w:t>
      </w:r>
    </w:p>
    <w:p w14:paraId="4E021970" w14:textId="77777777" w:rsidR="007C3C6C" w:rsidRPr="00994820" w:rsidRDefault="007C3C6C" w:rsidP="00B1354B">
      <w:pPr>
        <w:spacing w:before="100" w:beforeAutospacing="1" w:after="100" w:afterAutospacing="1" w:line="360" w:lineRule="auto"/>
        <w:ind w:firstLine="284"/>
        <w:jc w:val="both"/>
      </w:pPr>
      <w:r w:rsidRPr="00994820">
        <w:t>«Bella compagnia,» mormorò Koro a bassa voce.</w:t>
      </w:r>
    </w:p>
    <w:p w14:paraId="4196BC79" w14:textId="77777777" w:rsidR="007C3C6C" w:rsidRPr="00994820" w:rsidRDefault="007C3C6C" w:rsidP="00B1354B">
      <w:pPr>
        <w:pStyle w:val="NormaleWeb"/>
        <w:spacing w:line="360" w:lineRule="auto"/>
        <w:ind w:firstLine="284"/>
        <w:jc w:val="both"/>
      </w:pPr>
      <w:r w:rsidRPr="00994820">
        <w:t>Fanny si voltò verso di loro, sollevando un sopracciglio. «Cos’è, mi scortate o volete portarmi direttamente in gabbia?»</w:t>
      </w:r>
    </w:p>
    <w:p w14:paraId="4EC93F2E" w14:textId="77777777" w:rsidR="007C3C6C" w:rsidRPr="00994820" w:rsidRDefault="007C3C6C" w:rsidP="00B1354B">
      <w:pPr>
        <w:pStyle w:val="NormaleWeb"/>
        <w:spacing w:line="360" w:lineRule="auto"/>
        <w:ind w:firstLine="284"/>
        <w:jc w:val="both"/>
      </w:pPr>
      <w:r w:rsidRPr="00994820">
        <w:t>Kieran le rivolse un sorriso appena accennato, piegando il capo di lato. «Ordini dall’alto. Dobbiamo accompagnarti al Palazzo del Tramonto.»</w:t>
      </w:r>
    </w:p>
    <w:p w14:paraId="19899DA8" w14:textId="77777777" w:rsidR="007C3C6C" w:rsidRPr="00994820" w:rsidRDefault="007C3C6C" w:rsidP="00B1354B">
      <w:pPr>
        <w:pStyle w:val="NormaleWeb"/>
        <w:spacing w:line="360" w:lineRule="auto"/>
        <w:ind w:firstLine="284"/>
        <w:jc w:val="both"/>
      </w:pPr>
      <w:r w:rsidRPr="00994820">
        <w:t>Rock non disse nulla, limitandosi a incrociare le braccia.</w:t>
      </w:r>
    </w:p>
    <w:p w14:paraId="4F71F69E" w14:textId="77777777" w:rsidR="007C3C6C" w:rsidRPr="00994820" w:rsidRDefault="007C3C6C" w:rsidP="00B1354B">
      <w:pPr>
        <w:pStyle w:val="NormaleWeb"/>
        <w:spacing w:line="360" w:lineRule="auto"/>
        <w:ind w:firstLine="284"/>
        <w:jc w:val="both"/>
      </w:pPr>
      <w:r w:rsidRPr="00994820">
        <w:lastRenderedPageBreak/>
        <w:t>Rift si strinse nelle spalle, gli occhi che correvano veloci da un angolo all’altro del negozio. «Muoviamoci, dai. Più stiamo qui, più il mio valore aumenta. Non ho voglia di farmi registrare come pericolo a causa di questo postaccio.» La sua smorfia di disgusto si ampliò. «Il solo odore di questo posto sarebbe sufficiente ad alterare l’umore di chiunque, non mi stupisce che questi abbiano un valore tanto alto.»</w:t>
      </w:r>
    </w:p>
    <w:p w14:paraId="620EFB44" w14:textId="77777777" w:rsidR="007C3C6C" w:rsidRPr="00994820" w:rsidRDefault="007C3C6C" w:rsidP="00B1354B">
      <w:pPr>
        <w:pStyle w:val="NormaleWeb"/>
        <w:spacing w:line="360" w:lineRule="auto"/>
        <w:ind w:firstLine="284"/>
        <w:jc w:val="both"/>
      </w:pPr>
      <w:r w:rsidRPr="00994820">
        <w:t>Fanny lanciò un’ultima occhiata a Koro e Taker. Nessuno dei due parlò, ma nei loro sguardi c’era tutto quello che non serviva dire: attenta. Torna viva.</w:t>
      </w:r>
    </w:p>
    <w:p w14:paraId="73CA40CF" w14:textId="77777777" w:rsidR="007C3C6C" w:rsidRPr="00994820" w:rsidRDefault="007C3C6C" w:rsidP="00B1354B">
      <w:pPr>
        <w:pStyle w:val="NormaleWeb"/>
        <w:spacing w:line="360" w:lineRule="auto"/>
        <w:ind w:firstLine="284"/>
        <w:jc w:val="both"/>
      </w:pPr>
      <w:r w:rsidRPr="00994820">
        <w:t>«Andiamo, Occhi Dolci» disse Kieran con tono divertito, gustandosi l’espressione irritata di Fanny.</w:t>
      </w:r>
    </w:p>
    <w:p w14:paraId="31252EA0" w14:textId="77777777" w:rsidR="007C3C6C" w:rsidRPr="00994820" w:rsidRDefault="007C3C6C" w:rsidP="00B1354B">
      <w:pPr>
        <w:spacing w:before="100" w:beforeAutospacing="1" w:after="100" w:afterAutospacing="1" w:line="360" w:lineRule="auto"/>
        <w:ind w:firstLine="284"/>
        <w:jc w:val="both"/>
      </w:pPr>
      <w:r w:rsidRPr="00994820">
        <w:t>Poco dopo, la Cecchina scosse la veste di Kieran. «Sei sicuro che non dobbiamo portare con noi anche quei due?» aggiunse con tono freddo, indicando placidamente Koro e Taker.</w:t>
      </w:r>
    </w:p>
    <w:p w14:paraId="7A7A797A" w14:textId="77777777" w:rsidR="007C3C6C" w:rsidRPr="00994820" w:rsidRDefault="007C3C6C" w:rsidP="00B1354B">
      <w:pPr>
        <w:spacing w:before="100" w:beforeAutospacing="1" w:after="100" w:afterAutospacing="1" w:line="360" w:lineRule="auto"/>
        <w:ind w:firstLine="284"/>
        <w:jc w:val="both"/>
      </w:pPr>
      <w:r w:rsidRPr="00994820">
        <w:t>Kieran scosse la testa. «Non serve, l’ho già spiegato al capo: non sono scappati in trent’anni, non lo faranno adesso. Andiamo, su.»</w:t>
      </w:r>
    </w:p>
    <w:p w14:paraId="479336DB" w14:textId="77777777" w:rsidR="007C3C6C" w:rsidRPr="00994820" w:rsidRDefault="007C3C6C" w:rsidP="00B1354B">
      <w:pPr>
        <w:spacing w:before="100" w:beforeAutospacing="1" w:after="100" w:afterAutospacing="1" w:line="360" w:lineRule="auto"/>
        <w:ind w:firstLine="284"/>
        <w:jc w:val="both"/>
      </w:pPr>
      <w:r w:rsidRPr="00994820">
        <w:t>Mentre varcava la soglia, la runa nella tasca sussurrò: «Non si preoccupi, Signorina. Sarò con lei.»</w:t>
      </w:r>
    </w:p>
    <w:p w14:paraId="75AC3B02" w14:textId="77777777" w:rsidR="007C3C6C" w:rsidRPr="00994820" w:rsidRDefault="007C3C6C" w:rsidP="00B1354B">
      <w:pPr>
        <w:spacing w:before="100" w:beforeAutospacing="1" w:after="100" w:afterAutospacing="1" w:line="360" w:lineRule="auto"/>
        <w:ind w:firstLine="284"/>
        <w:jc w:val="both"/>
      </w:pPr>
      <w:r w:rsidRPr="00994820">
        <w:t>Fanny si limitò a mormorare tra sé: «Non so se è un conforto o una minaccia, Becky.»</w:t>
      </w:r>
    </w:p>
    <w:p w14:paraId="6B60B88E" w14:textId="77777777" w:rsidR="007C3C6C" w:rsidRPr="00994820" w:rsidRDefault="007C3C6C" w:rsidP="00B1354B">
      <w:pPr>
        <w:spacing w:before="100" w:beforeAutospacing="1" w:after="100" w:afterAutospacing="1" w:line="360" w:lineRule="auto"/>
        <w:ind w:firstLine="284"/>
        <w:jc w:val="both"/>
      </w:pPr>
      <w:r w:rsidRPr="00994820">
        <w:t>E la porta del negozio si richiuse alle loro spalle.</w:t>
      </w:r>
    </w:p>
    <w:p w14:paraId="78951119" w14:textId="77777777" w:rsidR="007C3C6C" w:rsidRPr="00994820" w:rsidRDefault="007C3C6C" w:rsidP="00B1354B">
      <w:pPr>
        <w:spacing w:before="100" w:beforeAutospacing="1" w:after="100" w:afterAutospacing="1" w:line="360" w:lineRule="auto"/>
        <w:ind w:firstLine="284"/>
        <w:jc w:val="both"/>
      </w:pPr>
      <w:r w:rsidRPr="00994820">
        <w:t>L’aria del mattino era fredda e tagliente mentre attraversavano le strade della capitale. Il gruppo si muoveva in silenzio, procedendo lungo i viali deserti, sotto l’occhio sempre vigile delle Emotion Sphere sospese tra i palazzi.</w:t>
      </w:r>
    </w:p>
    <w:p w14:paraId="09BDF37B" w14:textId="77777777" w:rsidR="007C3C6C" w:rsidRPr="00994820" w:rsidRDefault="007C3C6C" w:rsidP="00B1354B">
      <w:pPr>
        <w:spacing w:before="100" w:beforeAutospacing="1" w:after="100" w:afterAutospacing="1" w:line="360" w:lineRule="auto"/>
        <w:ind w:firstLine="284"/>
        <w:jc w:val="both"/>
      </w:pPr>
      <w:r w:rsidRPr="00994820">
        <w:t>Fanny camminava qualche passo dietro Kieran, Rock e Rift, osservandoli senza nascondere un certo fastidio. Kieran, come sempre, procedeva con quell’andatura troppo leggera, quasi saltellante, un sorriso digitale e scheletrico stampato in faccia, come se stesse andando a una festa.</w:t>
      </w:r>
    </w:p>
    <w:p w14:paraId="573271DA" w14:textId="77777777" w:rsidR="007C3C6C" w:rsidRPr="00994820" w:rsidRDefault="007C3C6C" w:rsidP="00B1354B">
      <w:pPr>
        <w:spacing w:before="100" w:beforeAutospacing="1" w:after="100" w:afterAutospacing="1" w:line="360" w:lineRule="auto"/>
        <w:ind w:firstLine="284"/>
        <w:jc w:val="both"/>
      </w:pPr>
      <w:r w:rsidRPr="00994820">
        <w:t>Dopo qualche minuto di silenzio, Fanny sbottò, incapace di trattenersi.</w:t>
      </w:r>
    </w:p>
    <w:p w14:paraId="45468C91" w14:textId="77777777" w:rsidR="007C3C6C" w:rsidRPr="00994820" w:rsidRDefault="007C3C6C" w:rsidP="00B1354B">
      <w:pPr>
        <w:spacing w:before="100" w:beforeAutospacing="1" w:after="100" w:afterAutospacing="1" w:line="360" w:lineRule="auto"/>
        <w:ind w:firstLine="284"/>
        <w:jc w:val="both"/>
      </w:pPr>
      <w:r w:rsidRPr="00994820">
        <w:t>«Smettila di fare quella faccia.»</w:t>
      </w:r>
    </w:p>
    <w:p w14:paraId="3E8B5E62" w14:textId="77777777" w:rsidR="007C3C6C" w:rsidRPr="00994820" w:rsidRDefault="007C3C6C" w:rsidP="00B1354B">
      <w:pPr>
        <w:spacing w:before="100" w:beforeAutospacing="1" w:after="100" w:afterAutospacing="1" w:line="360" w:lineRule="auto"/>
        <w:ind w:firstLine="284"/>
        <w:jc w:val="both"/>
      </w:pPr>
      <w:r w:rsidRPr="00994820">
        <w:t>Kieran si voltò verso di lei, spalancando gli occhi e sollevando le mani. «Quale faccia? Questa?» Si indicò con un’espressione eccessivamente allegra; sul visore olografico era persino comparso un cappellino a punta.</w:t>
      </w:r>
    </w:p>
    <w:p w14:paraId="03B0A8ED" w14:textId="77777777" w:rsidR="007C3C6C" w:rsidRPr="00994820" w:rsidRDefault="007C3C6C" w:rsidP="00B1354B">
      <w:pPr>
        <w:spacing w:before="100" w:beforeAutospacing="1" w:after="100" w:afterAutospacing="1" w:line="360" w:lineRule="auto"/>
        <w:ind w:firstLine="284"/>
        <w:jc w:val="both"/>
      </w:pPr>
      <w:r w:rsidRPr="00994820">
        <w:t>«Quella.» Fanny strinse i denti. «La faccia da idiota euforico che ti ritrovi sempre. Come se tutto questo fosse divertente.»</w:t>
      </w:r>
    </w:p>
    <w:p w14:paraId="2B4D3EFA" w14:textId="77777777" w:rsidR="007C3C6C" w:rsidRPr="00994820" w:rsidRDefault="007C3C6C" w:rsidP="00B1354B">
      <w:pPr>
        <w:spacing w:before="100" w:beforeAutospacing="1" w:after="100" w:afterAutospacing="1" w:line="360" w:lineRule="auto"/>
        <w:ind w:firstLine="284"/>
        <w:jc w:val="both"/>
      </w:pPr>
      <w:r w:rsidRPr="00994820">
        <w:lastRenderedPageBreak/>
        <w:t>Kieran rise piano, scuotendo la testa. «Se non la prendo sul ridere, Fanny, finisco come uno di quelli che giudichiamo.»</w:t>
      </w:r>
    </w:p>
    <w:p w14:paraId="4D75BD1C" w14:textId="77777777" w:rsidR="007C3C6C" w:rsidRPr="00994820" w:rsidRDefault="007C3C6C" w:rsidP="00B1354B">
      <w:pPr>
        <w:spacing w:before="100" w:beforeAutospacing="1" w:after="100" w:afterAutospacing="1" w:line="360" w:lineRule="auto"/>
        <w:ind w:firstLine="284"/>
        <w:jc w:val="both"/>
      </w:pPr>
      <w:r w:rsidRPr="00994820">
        <w:t>Fanny lo fulminò con lo sguardo, poi aggiunse: «E già che ci siamo… mi spieghi perché diavolo mi hai dato quel soprannome idiota? “Fanny dagli Occhi Dolci”?»</w:t>
      </w:r>
    </w:p>
    <w:p w14:paraId="38E4AF2B" w14:textId="77777777" w:rsidR="007C3C6C" w:rsidRPr="00994820" w:rsidRDefault="007C3C6C" w:rsidP="00B1354B">
      <w:pPr>
        <w:spacing w:before="100" w:beforeAutospacing="1" w:after="100" w:afterAutospacing="1" w:line="360" w:lineRule="auto"/>
        <w:ind w:firstLine="284"/>
        <w:jc w:val="both"/>
      </w:pPr>
      <w:r w:rsidRPr="00994820">
        <w:t>«Ah! Quello.» Kieran scrollò le spalle, come se fosse ovvio. «Perché ti sta bene.»</w:t>
      </w:r>
    </w:p>
    <w:p w14:paraId="3820CFDA" w14:textId="77777777" w:rsidR="007C3C6C" w:rsidRPr="00994820" w:rsidRDefault="007C3C6C" w:rsidP="00B1354B">
      <w:pPr>
        <w:spacing w:before="100" w:beforeAutospacing="1" w:after="100" w:afterAutospacing="1" w:line="360" w:lineRule="auto"/>
        <w:ind w:firstLine="284"/>
        <w:jc w:val="both"/>
      </w:pPr>
      <w:r w:rsidRPr="00994820">
        <w:t>«Non mi sta bene affatto!» ribatté lei. «Cambialo.»</w:t>
      </w:r>
    </w:p>
    <w:p w14:paraId="5DD29FC2" w14:textId="77777777" w:rsidR="007C3C6C" w:rsidRPr="00994820" w:rsidRDefault="007C3C6C" w:rsidP="00B1354B">
      <w:pPr>
        <w:spacing w:before="100" w:beforeAutospacing="1" w:after="100" w:afterAutospacing="1" w:line="360" w:lineRule="auto"/>
        <w:ind w:firstLine="284"/>
        <w:jc w:val="both"/>
      </w:pPr>
      <w:r w:rsidRPr="00994820">
        <w:t>Kieran sollevò un dito, continuando a camminare. «Regolamento interno. I soprannomi assegnati agli Shinigami possono essere modificati solo dopo una settimana dall’attivazione,» disse con tono solenne. «Devi aspettare.»</w:t>
      </w:r>
    </w:p>
    <w:p w14:paraId="7447ACD7" w14:textId="77777777" w:rsidR="007C3C6C" w:rsidRPr="00994820" w:rsidRDefault="007C3C6C" w:rsidP="00B1354B">
      <w:pPr>
        <w:spacing w:before="100" w:beforeAutospacing="1" w:after="100" w:afterAutospacing="1" w:line="360" w:lineRule="auto"/>
        <w:ind w:firstLine="284"/>
        <w:jc w:val="both"/>
      </w:pPr>
      <w:r w:rsidRPr="00994820">
        <w:t>Fanny sbuffò sonoramente, passando una mano tra i capelli. «Tanto, tra una settimana tutti ci avranno già preso l’abitudine…»</w:t>
      </w:r>
    </w:p>
    <w:p w14:paraId="7CBEAC5D" w14:textId="77777777" w:rsidR="007C3C6C" w:rsidRPr="00994820" w:rsidRDefault="007C3C6C" w:rsidP="00B1354B">
      <w:pPr>
        <w:spacing w:before="100" w:beforeAutospacing="1" w:after="100" w:afterAutospacing="1" w:line="360" w:lineRule="auto"/>
        <w:ind w:firstLine="284"/>
        <w:jc w:val="both"/>
      </w:pPr>
      <w:r w:rsidRPr="00994820">
        <w:t>«Esatto!» Kieran le lanciò un’occhiata allegra. «Così te ne farai una ragione e accetterai che i miei soprannomi sono perfetti!»</w:t>
      </w:r>
    </w:p>
    <w:p w14:paraId="39E75A28" w14:textId="77777777" w:rsidR="007C3C6C" w:rsidRPr="00994820" w:rsidRDefault="007C3C6C" w:rsidP="00B1354B">
      <w:pPr>
        <w:spacing w:before="100" w:beforeAutospacing="1" w:after="100" w:afterAutospacing="1" w:line="360" w:lineRule="auto"/>
        <w:ind w:firstLine="284"/>
        <w:jc w:val="both"/>
      </w:pPr>
      <w:r w:rsidRPr="00994820">
        <w:t>Rift sbuffò lievemente, con la solita faccia irritata.</w:t>
      </w:r>
    </w:p>
    <w:p w14:paraId="7B7A796F" w14:textId="77777777" w:rsidR="007C3C6C" w:rsidRPr="00994820" w:rsidRDefault="007C3C6C" w:rsidP="00B1354B">
      <w:pPr>
        <w:spacing w:before="100" w:beforeAutospacing="1" w:after="100" w:afterAutospacing="1" w:line="360" w:lineRule="auto"/>
        <w:ind w:firstLine="284"/>
        <w:jc w:val="both"/>
      </w:pPr>
      <w:r w:rsidRPr="00994820">
        <w:t>Alla sua destra, Rock procedeva in silenzio, lo sguardo fisso davanti a sé, le mani infilate nelle tasche della giacca. Fanny tentò di avvicinarsi.</w:t>
      </w:r>
    </w:p>
    <w:p w14:paraId="24918D6A" w14:textId="77777777" w:rsidR="007C3C6C" w:rsidRPr="00994820" w:rsidRDefault="007C3C6C" w:rsidP="00B1354B">
      <w:pPr>
        <w:spacing w:before="100" w:beforeAutospacing="1" w:after="100" w:afterAutospacing="1" w:line="360" w:lineRule="auto"/>
        <w:ind w:firstLine="284"/>
        <w:jc w:val="both"/>
      </w:pPr>
      <w:r w:rsidRPr="00994820">
        <w:t>«E tu sei Rock, giusto? Non hai niente da dire?»</w:t>
      </w:r>
    </w:p>
    <w:p w14:paraId="7EEAD92C" w14:textId="77777777" w:rsidR="007C3C6C" w:rsidRPr="00994820" w:rsidRDefault="007C3C6C" w:rsidP="00B1354B">
      <w:pPr>
        <w:spacing w:before="100" w:beforeAutospacing="1" w:after="100" w:afterAutospacing="1" w:line="360" w:lineRule="auto"/>
        <w:ind w:firstLine="284"/>
        <w:jc w:val="both"/>
      </w:pPr>
      <w:r w:rsidRPr="00994820">
        <w:t>«No.»</w:t>
      </w:r>
    </w:p>
    <w:p w14:paraId="129A59A2" w14:textId="77777777" w:rsidR="007C3C6C" w:rsidRPr="00994820" w:rsidRDefault="007C3C6C" w:rsidP="00B1354B">
      <w:pPr>
        <w:spacing w:before="100" w:beforeAutospacing="1" w:after="100" w:afterAutospacing="1" w:line="360" w:lineRule="auto"/>
        <w:ind w:firstLine="284"/>
        <w:jc w:val="both"/>
      </w:pPr>
      <w:r w:rsidRPr="00994820">
        <w:t>Fanny si lasciò sfuggire un sospiro. «Davvero? Nemmeno un commento sul genio qua davanti?» indicò Kieran con il pollice.</w:t>
      </w:r>
    </w:p>
    <w:p w14:paraId="466D5E03" w14:textId="77777777" w:rsidR="007C3C6C" w:rsidRPr="00994820" w:rsidRDefault="007C3C6C" w:rsidP="00B1354B">
      <w:pPr>
        <w:spacing w:before="100" w:beforeAutospacing="1" w:after="100" w:afterAutospacing="1" w:line="360" w:lineRule="auto"/>
        <w:ind w:firstLine="284"/>
        <w:jc w:val="both"/>
      </w:pPr>
      <w:r w:rsidRPr="00994820">
        <w:t>«Non parlo se non necessario.» La voce di Rock era secca come carta vetrata.</w:t>
      </w:r>
    </w:p>
    <w:p w14:paraId="6CBC81D6" w14:textId="77777777" w:rsidR="007C3C6C" w:rsidRPr="00994820" w:rsidRDefault="007C3C6C" w:rsidP="00B1354B">
      <w:pPr>
        <w:spacing w:before="100" w:beforeAutospacing="1" w:after="100" w:afterAutospacing="1" w:line="360" w:lineRule="auto"/>
        <w:ind w:firstLine="284"/>
        <w:jc w:val="both"/>
      </w:pPr>
      <w:r w:rsidRPr="00994820">
        <w:t>Fanny provò ancora. «Ma dai… almeno un insulto?»</w:t>
      </w:r>
    </w:p>
    <w:p w14:paraId="16CDEC66" w14:textId="77777777" w:rsidR="007C3C6C" w:rsidRPr="00994820" w:rsidRDefault="007C3C6C" w:rsidP="00B1354B">
      <w:pPr>
        <w:spacing w:before="100" w:beforeAutospacing="1" w:after="100" w:afterAutospacing="1" w:line="360" w:lineRule="auto"/>
        <w:ind w:firstLine="284"/>
        <w:jc w:val="both"/>
      </w:pPr>
      <w:r w:rsidRPr="00994820">
        <w:t>Rock non rispose, proseguendo con la stessa andatura regolare, impassibile.</w:t>
      </w:r>
    </w:p>
    <w:p w14:paraId="74F2D00E" w14:textId="77777777" w:rsidR="007C3C6C" w:rsidRPr="00994820" w:rsidRDefault="007C3C6C" w:rsidP="00B1354B">
      <w:pPr>
        <w:spacing w:before="100" w:beforeAutospacing="1" w:after="100" w:afterAutospacing="1" w:line="360" w:lineRule="auto"/>
        <w:ind w:firstLine="284"/>
        <w:jc w:val="both"/>
      </w:pPr>
      <w:r w:rsidRPr="00994820">
        <w:t>«Simpatica come un chiodo arrugginito…» borbottò Fanny, tornando a guardare avanti.</w:t>
      </w:r>
    </w:p>
    <w:p w14:paraId="2224A279" w14:textId="77777777" w:rsidR="007C3C6C" w:rsidRPr="00994820" w:rsidRDefault="007C3C6C" w:rsidP="00B1354B">
      <w:pPr>
        <w:spacing w:before="100" w:beforeAutospacing="1" w:after="100" w:afterAutospacing="1" w:line="360" w:lineRule="auto"/>
        <w:ind w:firstLine="284"/>
        <w:jc w:val="both"/>
      </w:pPr>
      <w:r w:rsidRPr="00994820">
        <w:lastRenderedPageBreak/>
        <w:t>A fianco a lei, Rift camminava con le mani in tasca, il viso segnato da un’espressione di disprezzo evidente. Dopo averla squadrata dall’alto in basso, sbuffò.</w:t>
      </w:r>
    </w:p>
    <w:p w14:paraId="7279B952" w14:textId="77777777" w:rsidR="007C3C6C" w:rsidRPr="00994820" w:rsidRDefault="007C3C6C" w:rsidP="00B1354B">
      <w:pPr>
        <w:spacing w:before="100" w:beforeAutospacing="1" w:after="100" w:afterAutospacing="1" w:line="360" w:lineRule="auto"/>
        <w:ind w:firstLine="284"/>
        <w:jc w:val="both"/>
      </w:pPr>
      <w:r w:rsidRPr="00994820">
        <w:t>«Però…» commentò con voce lenta, quasi annoiata. «Ma davvero riesci a guardarti senza vomitare? Impressionante...»</w:t>
      </w:r>
    </w:p>
    <w:p w14:paraId="42C775ED" w14:textId="77777777" w:rsidR="007C3C6C" w:rsidRPr="00994820" w:rsidRDefault="007C3C6C" w:rsidP="00B1354B">
      <w:pPr>
        <w:spacing w:before="100" w:beforeAutospacing="1" w:after="100" w:afterAutospacing="1" w:line="360" w:lineRule="auto"/>
        <w:ind w:firstLine="284"/>
        <w:jc w:val="both"/>
      </w:pPr>
      <w:r w:rsidRPr="00994820">
        <w:t>Fanny si voltò verso di lui, sollevando un sopracciglio. «Prego?»</w:t>
      </w:r>
    </w:p>
    <w:p w14:paraId="7903D7BE" w14:textId="77777777" w:rsidR="007C3C6C" w:rsidRPr="00994820" w:rsidRDefault="007C3C6C" w:rsidP="00B1354B">
      <w:pPr>
        <w:spacing w:before="100" w:beforeAutospacing="1" w:after="100" w:afterAutospacing="1" w:line="360" w:lineRule="auto"/>
        <w:ind w:firstLine="284"/>
        <w:jc w:val="both"/>
      </w:pPr>
      <w:r w:rsidRPr="00994820">
        <w:t>«Guarda come sei messa,» continuò Rift, indicando la sua armatura sgualcita e i capelli spettinati. «Sei una Shinigami o una disperata uscita da una baraccopoli?»</w:t>
      </w:r>
    </w:p>
    <w:p w14:paraId="23787B47" w14:textId="77777777" w:rsidR="007C3C6C" w:rsidRPr="00994820" w:rsidRDefault="007C3C6C" w:rsidP="00B1354B">
      <w:pPr>
        <w:spacing w:before="100" w:beforeAutospacing="1" w:after="100" w:afterAutospacing="1" w:line="360" w:lineRule="auto"/>
        <w:ind w:firstLine="284"/>
        <w:jc w:val="both"/>
      </w:pPr>
      <w:r w:rsidRPr="00994820">
        <w:t>«Ma io vengo da una baraccopoli» ribatté Fanny senza scomporsi.</w:t>
      </w:r>
    </w:p>
    <w:p w14:paraId="601E11F5" w14:textId="77777777" w:rsidR="007C3C6C" w:rsidRPr="00994820" w:rsidRDefault="007C3C6C" w:rsidP="00B1354B">
      <w:pPr>
        <w:spacing w:before="100" w:beforeAutospacing="1" w:after="100" w:afterAutospacing="1" w:line="360" w:lineRule="auto"/>
        <w:ind w:firstLine="284"/>
        <w:jc w:val="both"/>
      </w:pPr>
      <w:r w:rsidRPr="00994820">
        <w:t>«Appunto.» Rift scrollò le spalle. «Parli come un camionista e ti vesti peggio di un rottamaio. Davvero deprimente.»</w:t>
      </w:r>
    </w:p>
    <w:p w14:paraId="7CA3C28F" w14:textId="77777777" w:rsidR="007C3C6C" w:rsidRPr="00994820" w:rsidRDefault="007C3C6C" w:rsidP="00B1354B">
      <w:pPr>
        <w:spacing w:before="100" w:beforeAutospacing="1" w:after="100" w:afterAutospacing="1" w:line="360" w:lineRule="auto"/>
        <w:ind w:firstLine="284"/>
        <w:jc w:val="both"/>
      </w:pPr>
      <w:r w:rsidRPr="00994820">
        <w:t>Fanny lo fissò per un momento, poi ridacchiò tra sé. «Sai cosa c’è di divertente? Che parli come uno stronzo qualunque e pensi di avere classe.»</w:t>
      </w:r>
    </w:p>
    <w:p w14:paraId="316BF0FF" w14:textId="77777777" w:rsidR="007C3C6C" w:rsidRPr="00994820" w:rsidRDefault="007C3C6C" w:rsidP="00B1354B">
      <w:pPr>
        <w:spacing w:before="100" w:beforeAutospacing="1" w:after="100" w:afterAutospacing="1" w:line="360" w:lineRule="auto"/>
        <w:ind w:firstLine="284"/>
        <w:jc w:val="both"/>
      </w:pPr>
      <w:r w:rsidRPr="00994820">
        <w:t>Rift la guardò storto, storcendo la bocca. «Almeno io mi ci impegno a fare lo stronzo. Tu sei sciatta per vocazione.»</w:t>
      </w:r>
    </w:p>
    <w:p w14:paraId="150922A8" w14:textId="77777777" w:rsidR="007C3C6C" w:rsidRPr="00994820" w:rsidRDefault="007C3C6C" w:rsidP="00B1354B">
      <w:pPr>
        <w:spacing w:before="100" w:beforeAutospacing="1" w:after="100" w:afterAutospacing="1" w:line="360" w:lineRule="auto"/>
        <w:ind w:firstLine="284"/>
        <w:jc w:val="both"/>
      </w:pPr>
      <w:r w:rsidRPr="00994820">
        <w:t>Kieran, senza voltarsi, alzò una mano. «Ragazzi, se volete insultarvi a vicenda fino al Palazzo, fate pure. Ma almeno aspettate di arrivare davanti ai Sommi Giudici per fare a botte.»</w:t>
      </w:r>
    </w:p>
    <w:p w14:paraId="1A834D77" w14:textId="77777777" w:rsidR="007C3C6C" w:rsidRPr="00994820" w:rsidRDefault="007C3C6C" w:rsidP="00B1354B">
      <w:pPr>
        <w:spacing w:before="100" w:beforeAutospacing="1" w:after="100" w:afterAutospacing="1" w:line="360" w:lineRule="auto"/>
        <w:ind w:firstLine="284"/>
        <w:jc w:val="both"/>
      </w:pPr>
      <w:r w:rsidRPr="00994820">
        <w:t>Fanny alzò gli occhi al cielo. «Non preoccuparti. Quando vorrò farlo a pezzi, non aspetterò un palazzo per farlo.»</w:t>
      </w:r>
    </w:p>
    <w:p w14:paraId="3A3F9E2E" w14:textId="77777777" w:rsidR="007C3C6C" w:rsidRPr="00994820" w:rsidRDefault="007C3C6C" w:rsidP="00B1354B">
      <w:pPr>
        <w:spacing w:before="100" w:beforeAutospacing="1" w:after="100" w:afterAutospacing="1" w:line="360" w:lineRule="auto"/>
        <w:ind w:firstLine="284"/>
        <w:jc w:val="both"/>
      </w:pPr>
      <w:r w:rsidRPr="00994820">
        <w:t>Rift si limitò a ridacchiare tra sé, come se la cosa lo divertisse.</w:t>
      </w:r>
    </w:p>
    <w:p w14:paraId="35A41D48" w14:textId="77777777" w:rsidR="007C3C6C" w:rsidRPr="00994820" w:rsidRDefault="007C3C6C" w:rsidP="00B1354B">
      <w:pPr>
        <w:spacing w:before="100" w:beforeAutospacing="1" w:after="100" w:afterAutospacing="1" w:line="360" w:lineRule="auto"/>
        <w:ind w:firstLine="284"/>
        <w:jc w:val="both"/>
      </w:pPr>
      <w:r w:rsidRPr="00994820">
        <w:t>E mentre proseguivano, circondati dalla solita aria sterile e controllata della capitale, Fanny si rese conto che – volente o nolente – quella squadra disfunzionale era la sua nuova realtà.</w:t>
      </w:r>
    </w:p>
    <w:p w14:paraId="74043370" w14:textId="77777777" w:rsidR="007C3C6C" w:rsidRPr="00994820" w:rsidRDefault="007C3C6C" w:rsidP="00B1354B">
      <w:pPr>
        <w:spacing w:before="100" w:beforeAutospacing="1" w:after="100" w:afterAutospacing="1" w:line="360" w:lineRule="auto"/>
        <w:ind w:firstLine="284"/>
        <w:jc w:val="both"/>
      </w:pPr>
      <w:r w:rsidRPr="00994820">
        <w:t>La strada si fece più ampia e silenziosa man mano che avanzavano. Le vie attorno erano state completamente sgomberate: nessun civile in vista, solo l’eco dei loro passi tra i palazzi ordinati della capitale.</w:t>
      </w:r>
    </w:p>
    <w:p w14:paraId="6036392F" w14:textId="77777777" w:rsidR="007C3C6C" w:rsidRPr="00994820" w:rsidRDefault="007C3C6C" w:rsidP="00B1354B">
      <w:pPr>
        <w:spacing w:before="100" w:beforeAutospacing="1" w:after="100" w:afterAutospacing="1" w:line="360" w:lineRule="auto"/>
        <w:ind w:firstLine="284"/>
        <w:jc w:val="both"/>
      </w:pPr>
      <w:r w:rsidRPr="00994820">
        <w:t>Davanti a loro, massiccio e imponente, si stagliava il Palazzo del Tramonto.</w:t>
      </w:r>
    </w:p>
    <w:p w14:paraId="1B3CB6B0" w14:textId="77777777" w:rsidR="007C3C6C" w:rsidRPr="00994820" w:rsidRDefault="007C3C6C" w:rsidP="00B1354B">
      <w:pPr>
        <w:spacing w:before="100" w:beforeAutospacing="1" w:after="100" w:afterAutospacing="1" w:line="360" w:lineRule="auto"/>
        <w:ind w:firstLine="284"/>
        <w:jc w:val="both"/>
      </w:pPr>
      <w:r w:rsidRPr="00994820">
        <w:lastRenderedPageBreak/>
        <w:t>L’edificio era interamente rivestito di lastre metalliche nere e rosse, lucide come specchi, e svettava contro il cielo come una sentenza scolpita nella pietra. Sulla sommità, grandi rune lampeggiavano ritmicamente, scandendo l’ora e il controllo emotivo dell’intera zona. Ma fu l’ingresso che catturò l’attenzione di Fanny.</w:t>
      </w:r>
    </w:p>
    <w:p w14:paraId="03394606" w14:textId="77777777" w:rsidR="007C3C6C" w:rsidRPr="00994820" w:rsidRDefault="007C3C6C" w:rsidP="00B1354B">
      <w:pPr>
        <w:spacing w:before="100" w:beforeAutospacing="1" w:after="100" w:afterAutospacing="1" w:line="360" w:lineRule="auto"/>
        <w:ind w:firstLine="284"/>
        <w:jc w:val="both"/>
      </w:pPr>
      <w:r w:rsidRPr="00994820">
        <w:t>Sopra le porte di metallo brunito, incisa nella struttura, campeggiava una bilancia stilizzata, le due estremità perfettamente in equilibrio. Dietro di essa, scolpito nel metallo, un tramonto geometrico dai bordi netti e artificiali: il simbolo del Dipartimento del Tramonto. Giustizia, equilibrio… e fine di ogni cosa. Un tramonto che cala su tutto. Anche sulle persone.</w:t>
      </w:r>
    </w:p>
    <w:p w14:paraId="473FFD9D" w14:textId="77777777" w:rsidR="007C3C6C" w:rsidRPr="00994820" w:rsidRDefault="007C3C6C" w:rsidP="00B1354B">
      <w:pPr>
        <w:spacing w:before="100" w:beforeAutospacing="1" w:after="100" w:afterAutospacing="1" w:line="360" w:lineRule="auto"/>
        <w:ind w:firstLine="284"/>
        <w:jc w:val="both"/>
      </w:pPr>
      <w:r w:rsidRPr="00994820">
        <w:t>Le porte si aprirono senza rumore al loro arrivo.</w:t>
      </w:r>
    </w:p>
    <w:p w14:paraId="7CF15B08" w14:textId="77777777" w:rsidR="007C3C6C" w:rsidRPr="00994820" w:rsidRDefault="007C3C6C" w:rsidP="00B1354B">
      <w:pPr>
        <w:spacing w:before="100" w:beforeAutospacing="1" w:after="100" w:afterAutospacing="1" w:line="360" w:lineRule="auto"/>
        <w:ind w:firstLine="284"/>
        <w:jc w:val="both"/>
      </w:pPr>
      <w:r w:rsidRPr="00994820">
        <w:t>All’interno, la sala era ampia e sterile, illuminata da luci fredde che non lasciavano spazio a ombre o incertezze. Le pareti lisce e spoglie, il pavimento levigato come vetro. E lì, in piedi, disposti in semicerchio, c’erano tutti gli Shinigami.</w:t>
      </w:r>
    </w:p>
    <w:p w14:paraId="523E416F" w14:textId="77777777" w:rsidR="007C3C6C" w:rsidRPr="00994820" w:rsidRDefault="007C3C6C" w:rsidP="00B1354B">
      <w:pPr>
        <w:spacing w:before="100" w:beforeAutospacing="1" w:after="100" w:afterAutospacing="1" w:line="360" w:lineRule="auto"/>
        <w:ind w:firstLine="284"/>
        <w:jc w:val="both"/>
      </w:pPr>
      <w:r w:rsidRPr="00994820">
        <w:t>Fanny li riconobbe uno a uno, collegando i volti alle descrizioni che Becky le aveva fornito. Volti diversi, sguardi spenti o troppo vividi. Una parata di armi umane, addestrate per sorridere mentre schiacciano chiunque devii dal tracciato.</w:t>
      </w:r>
    </w:p>
    <w:p w14:paraId="39611F29" w14:textId="77777777" w:rsidR="007C3C6C" w:rsidRPr="00994820" w:rsidRDefault="007C3C6C" w:rsidP="00B1354B">
      <w:pPr>
        <w:spacing w:before="100" w:beforeAutospacing="1" w:after="100" w:afterAutospacing="1" w:line="360" w:lineRule="auto"/>
        <w:ind w:firstLine="284"/>
        <w:jc w:val="both"/>
      </w:pPr>
      <w:r w:rsidRPr="00994820">
        <w:t>Riconobbe la ragazza spettrale della sera prima. E poi si concentrò sulla figura alata.</w:t>
      </w:r>
    </w:p>
    <w:p w14:paraId="5DF52795" w14:textId="77777777" w:rsidR="007C3C6C" w:rsidRPr="00994820" w:rsidRDefault="007C3C6C" w:rsidP="00B1354B">
      <w:pPr>
        <w:spacing w:before="100" w:beforeAutospacing="1" w:after="100" w:afterAutospacing="1" w:line="360" w:lineRule="auto"/>
        <w:ind w:firstLine="284"/>
        <w:jc w:val="both"/>
      </w:pPr>
      <w:r w:rsidRPr="00994820">
        <w:t>La figura all’estremità del semicerchio sembrava trascendere l’umano — era troppo perfetta per essere semplicemente umano, ma priva delle vistose modifiche per non essere definito tale. I lineamenti scolpiti, l’andatura composta, i capelli scuri raccolti in una coda ordinata… tutto in lui era eccessivamente armonico. Ma non era la bellezza a inquietarla. Era l’equilibrio. La simmetria innaturale. La precisione meticolosa con cui il suo sguardo trapassava la sala.</w:t>
      </w:r>
    </w:p>
    <w:p w14:paraId="20FC681B" w14:textId="77777777" w:rsidR="007C3C6C" w:rsidRPr="00994820" w:rsidRDefault="007C3C6C" w:rsidP="00B1354B">
      <w:pPr>
        <w:spacing w:before="100" w:beforeAutospacing="1" w:after="100" w:afterAutospacing="1" w:line="360" w:lineRule="auto"/>
        <w:ind w:firstLine="284"/>
        <w:jc w:val="both"/>
      </w:pPr>
      <w:r w:rsidRPr="00994820">
        <w:t>Indossava un’armatura nera dai riflessi dorati, stretta sul petto come un giuramento. Dal suo corpo si aprivano tre coppie di ali metalliche. Pur apparendo pesanti e massicce, fluttuavano nell’aria con una leggerezza disarmante. Le prime due coppie, ampie e solenni, erano di un colore bronzeo, rossastro, quasi incandescente. La coppia più in basso, più piccola, era di un caldo blu elettrico. Si muovevano appena, ma bastava quello a far vibrare l’aria. Non piume, ma lame. Attorno alla sua figura, l’aria era appesantita da scosse e vibrazioni azzurrine: sembrava emanare elettricità pura. Fanny deglutì senza riuscire a staccargli gli occhi di dosso.</w:t>
      </w:r>
    </w:p>
    <w:p w14:paraId="0E3299A5" w14:textId="77777777" w:rsidR="007C3C6C" w:rsidRPr="00994820" w:rsidRDefault="007C3C6C" w:rsidP="00B1354B">
      <w:pPr>
        <w:pStyle w:val="NormaleWeb"/>
        <w:spacing w:line="360" w:lineRule="auto"/>
        <w:ind w:firstLine="284"/>
        <w:jc w:val="both"/>
      </w:pPr>
      <w:r w:rsidRPr="00994820">
        <w:t>L’ultima figura, quella a lei ignota, fu più ardua da riconoscere. Poi capì: quello era il Dipartimento del Tramonto, e lui doveva essere la figura in ombra dell’ologramma. Kieran, Rock e Rift si unirono silenziosamente al gruppo, lasciandola al centro della sala.</w:t>
      </w:r>
    </w:p>
    <w:p w14:paraId="463D0D82" w14:textId="77777777" w:rsidR="007C3C6C" w:rsidRPr="00994820" w:rsidRDefault="007C3C6C" w:rsidP="00B1354B">
      <w:pPr>
        <w:pStyle w:val="NormaleWeb"/>
        <w:spacing w:line="360" w:lineRule="auto"/>
        <w:ind w:firstLine="284"/>
        <w:jc w:val="both"/>
      </w:pPr>
      <w:r w:rsidRPr="00994820">
        <w:lastRenderedPageBreak/>
        <w:t>E di fronte a loro, sull’altissima scalinata che conduceva al cuore del Dipartimento, era seduto il Giudice del Tramonto.</w:t>
      </w:r>
    </w:p>
    <w:p w14:paraId="2F3C0167" w14:textId="77777777" w:rsidR="007C3C6C" w:rsidRPr="00994820" w:rsidRDefault="007C3C6C" w:rsidP="00B1354B">
      <w:pPr>
        <w:pStyle w:val="NormaleWeb"/>
        <w:spacing w:line="360" w:lineRule="auto"/>
        <w:ind w:firstLine="284"/>
        <w:jc w:val="both"/>
      </w:pPr>
      <w:r w:rsidRPr="00994820">
        <w:t>Lo si riconosceva da lontano, non per i tratti del viso o per la voce — quanto per l’aura disturbante che lo precedeva. Il camice bianco che indossava, impeccabilmente stirato e bordato da venature luminose, non bastava a mascherare la natura inquietante della sua figura. Anzi, sembrava esaltarla. Ogni tasca era una minaccia potenziale: siringhe contenenti liquidi cremisi adornavano le sue maniche come medaglie, perfettamente allineate, pronte all’uso. Il guanto nero nella mano destra stringeva con noncuranza una di esse, come se il confine tra scienza e tortura fosse solo un dettaglio trascurabile.</w:t>
      </w:r>
    </w:p>
    <w:p w14:paraId="2C0EA9B5" w14:textId="77777777" w:rsidR="007C3C6C" w:rsidRPr="00994820" w:rsidRDefault="007C3C6C" w:rsidP="00B1354B">
      <w:pPr>
        <w:spacing w:before="100" w:beforeAutospacing="1" w:after="100" w:afterAutospacing="1" w:line="360" w:lineRule="auto"/>
        <w:ind w:firstLine="284"/>
        <w:jc w:val="both"/>
      </w:pPr>
      <w:r w:rsidRPr="00994820">
        <w:t>Il volto era quello di un uomo calmo, quasi stanco, ma gli occhiali scuri riflettevano una luce rossa pulsante che ne tradiva il controllo assoluto. Una ciocca bianca tagliava il nero dei capelli con precisione chirurgica, come fosse lì per ricordare il prezzo della ricerca. Fumava, sempre. Per tenere sotto controllo il suo Emotion Value, aveva una scorta personale di Gratia vaporizzata che assimilava attraverso il respiro. Fanny non aveva mai visto una cosa simile.</w:t>
      </w:r>
    </w:p>
    <w:p w14:paraId="49913DB3" w14:textId="77777777" w:rsidR="007C3C6C" w:rsidRPr="00994820" w:rsidRDefault="007C3C6C" w:rsidP="00B1354B">
      <w:pPr>
        <w:spacing w:before="100" w:beforeAutospacing="1" w:after="100" w:afterAutospacing="1" w:line="360" w:lineRule="auto"/>
        <w:ind w:firstLine="284"/>
        <w:jc w:val="both"/>
      </w:pPr>
      <w:r w:rsidRPr="00994820">
        <w:t>Quando parlò, la sua voce risuonò nella sala. Nessuno degli Shinigami osava emettere un fiato.</w:t>
      </w:r>
    </w:p>
    <w:p w14:paraId="63F8D7AA" w14:textId="77777777" w:rsidR="007C3C6C" w:rsidRPr="00994820" w:rsidRDefault="007C3C6C" w:rsidP="00B1354B">
      <w:pPr>
        <w:spacing w:before="100" w:beforeAutospacing="1" w:after="100" w:afterAutospacing="1" w:line="360" w:lineRule="auto"/>
        <w:ind w:firstLine="284"/>
        <w:jc w:val="both"/>
      </w:pPr>
      <w:r w:rsidRPr="00994820">
        <w:t>«Agenti del Tramonto. Benvenuti. Oggi abbiamo un nuovo alleato.» Poi si rivolse verso Kieran con tono ironico e irritato: «Ringraziate Kieran che ha insistito così tanto e mi ha dato la licenza di sperimentare su di lui, se questa ragazzina farà casini.»</w:t>
      </w:r>
    </w:p>
    <w:p w14:paraId="5C767437" w14:textId="77777777" w:rsidR="007C3C6C" w:rsidRPr="00994820" w:rsidRDefault="007C3C6C" w:rsidP="00B1354B">
      <w:pPr>
        <w:spacing w:before="100" w:beforeAutospacing="1" w:after="100" w:afterAutospacing="1" w:line="360" w:lineRule="auto"/>
        <w:ind w:firstLine="284"/>
        <w:jc w:val="both"/>
      </w:pPr>
      <w:r w:rsidRPr="00994820">
        <w:t>Fanny sentì un brivido freddo correre lungo la schiena.</w:t>
      </w:r>
    </w:p>
    <w:p w14:paraId="47554B8E" w14:textId="77777777" w:rsidR="007C3C6C" w:rsidRPr="00994820" w:rsidRDefault="007C3C6C" w:rsidP="00B1354B">
      <w:pPr>
        <w:spacing w:before="100" w:beforeAutospacing="1" w:after="100" w:afterAutospacing="1" w:line="360" w:lineRule="auto"/>
        <w:ind w:firstLine="284"/>
        <w:jc w:val="both"/>
      </w:pPr>
      <w:r w:rsidRPr="00994820">
        <w:t>«Benvenuta nel Dipartimento, Fanny dagli Occhi Dolci.»</w:t>
      </w:r>
    </w:p>
    <w:p w14:paraId="2E405DCE" w14:textId="1058CC0A" w:rsidR="00A20E7A" w:rsidRDefault="007C3C6C" w:rsidP="00B1354B">
      <w:pPr>
        <w:spacing w:before="100" w:beforeAutospacing="1" w:after="100" w:afterAutospacing="1" w:line="360" w:lineRule="auto"/>
        <w:ind w:firstLine="284"/>
        <w:jc w:val="both"/>
      </w:pPr>
      <w:r w:rsidRPr="00994820">
        <w:t>Quel tramonto inciso sulla porta sembrava, ora, calare direttamente su di lei.</w:t>
      </w:r>
    </w:p>
    <w:p w14:paraId="31B07489" w14:textId="2BF049ED" w:rsidR="00CD408F" w:rsidRPr="00A20E7A" w:rsidRDefault="00A20E7A" w:rsidP="00A20E7A">
      <w:pPr>
        <w:spacing w:after="160" w:line="259" w:lineRule="auto"/>
      </w:pPr>
      <w:r>
        <w:br w:type="page"/>
      </w:r>
    </w:p>
    <w:p w14:paraId="6789A2B9" w14:textId="36346318" w:rsidR="00186DE6" w:rsidRPr="00186DE6" w:rsidRDefault="00186DE6" w:rsidP="00A73788">
      <w:pPr>
        <w:pStyle w:val="Titolo1"/>
        <w:jc w:val="center"/>
      </w:pPr>
      <w:r w:rsidRPr="00186DE6">
        <w:lastRenderedPageBreak/>
        <w:t>Capitolo V – La Sala del Giudizio</w:t>
      </w:r>
    </w:p>
    <w:p w14:paraId="3836BDD4" w14:textId="77777777" w:rsidR="00186DE6" w:rsidRDefault="00186DE6" w:rsidP="00B1354B">
      <w:pPr>
        <w:spacing w:before="100" w:beforeAutospacing="1" w:after="100" w:afterAutospacing="1" w:line="360" w:lineRule="auto"/>
        <w:ind w:firstLine="284"/>
        <w:jc w:val="both"/>
      </w:pPr>
    </w:p>
    <w:p w14:paraId="2E349E83" w14:textId="77777777" w:rsidR="00186DE6" w:rsidRDefault="00186DE6" w:rsidP="00B1354B">
      <w:pPr>
        <w:spacing w:before="100" w:beforeAutospacing="1" w:after="100" w:afterAutospacing="1" w:line="360" w:lineRule="auto"/>
        <w:ind w:firstLine="284"/>
        <w:jc w:val="both"/>
      </w:pPr>
    </w:p>
    <w:p w14:paraId="45B85D75" w14:textId="77777777" w:rsidR="00186DE6" w:rsidRDefault="00186DE6" w:rsidP="00B1354B">
      <w:pPr>
        <w:spacing w:before="100" w:beforeAutospacing="1" w:after="100" w:afterAutospacing="1" w:line="360" w:lineRule="auto"/>
        <w:ind w:firstLine="284"/>
        <w:jc w:val="both"/>
      </w:pPr>
    </w:p>
    <w:p w14:paraId="3CCF4EE5" w14:textId="28AB161F" w:rsidR="007C3C6C" w:rsidRPr="00994820" w:rsidRDefault="007C3C6C" w:rsidP="00B1354B">
      <w:pPr>
        <w:spacing w:before="100" w:beforeAutospacing="1" w:after="100" w:afterAutospacing="1" w:line="360" w:lineRule="auto"/>
        <w:ind w:firstLine="284"/>
        <w:jc w:val="both"/>
      </w:pPr>
      <w:r w:rsidRPr="00994820">
        <w:t>Il Giudice emerse lentamente dalla penombra, alto, vestito di bianco, con un lungo camice attraversato da sottili linee luminose. Ogni dettaglio della sua presenza — dalla barba curata agli occhiali oscuri che gli velavano lo sguardo — trasudava controllo. Non fretta, non rabbia. Solo quel passo lento, deciso, come se il tempo stesso si piegasse al suo ritmo.</w:t>
      </w:r>
    </w:p>
    <w:p w14:paraId="78128885" w14:textId="77777777" w:rsidR="007C3C6C" w:rsidRPr="00994820" w:rsidRDefault="007C3C6C" w:rsidP="00B1354B">
      <w:pPr>
        <w:spacing w:before="100" w:beforeAutospacing="1" w:after="100" w:afterAutospacing="1" w:line="360" w:lineRule="auto"/>
        <w:ind w:firstLine="284"/>
        <w:jc w:val="both"/>
      </w:pPr>
      <w:r w:rsidRPr="00994820">
        <w:t>Una sottile spirale di fumo usciva dalla sigaretta incastrata fra le labbra. Non era fumo comune, ma una coltre azzurrognola e pulsante che si diffondeva nell’aria con movimenti lenti, avvolgenti, come dita vaporose che cercavano la pelle. Al suo passaggio, il mondo sembrava rallentare. Le spalle si rilassavano, i battiti rallentavano. Era Gratia — e chiunque respirasse quel fumo, per un attimo, dimenticava la tensione.</w:t>
      </w:r>
    </w:p>
    <w:p w14:paraId="7A0C54A4" w14:textId="77777777" w:rsidR="007C3C6C" w:rsidRPr="00994820" w:rsidRDefault="007C3C6C" w:rsidP="00B1354B">
      <w:pPr>
        <w:spacing w:before="100" w:beforeAutospacing="1" w:after="100" w:afterAutospacing="1" w:line="360" w:lineRule="auto"/>
        <w:ind w:firstLine="284"/>
        <w:jc w:val="both"/>
      </w:pPr>
      <w:r w:rsidRPr="00994820">
        <w:t>Ogni passo lasciava una scia, non sul suolo, ma nelle menti di chi osservava: un’impronta psicologica. Non aveva bisogno di parole, né di alzare la voce. Era sufficiente quell’odore dolciastro, quell’aria resa più densa dalla sostanza, per far comprendere chi fosse il vero padrone del momento.</w:t>
      </w:r>
    </w:p>
    <w:p w14:paraId="4618215F" w14:textId="77777777" w:rsidR="007C3C6C" w:rsidRPr="00994820" w:rsidRDefault="007C3C6C" w:rsidP="00B1354B">
      <w:pPr>
        <w:spacing w:before="100" w:beforeAutospacing="1" w:after="100" w:afterAutospacing="1" w:line="360" w:lineRule="auto"/>
        <w:ind w:firstLine="284"/>
        <w:jc w:val="both"/>
      </w:pPr>
      <w:r w:rsidRPr="00994820">
        <w:t>Fanny lo fissò senza battere ciglio, il sorriso che si assottigliava sulle labbra senza perdere un briciolo di determinazione.</w:t>
      </w:r>
    </w:p>
    <w:p w14:paraId="26C514DA" w14:textId="77777777" w:rsidR="007C3C6C" w:rsidRPr="00994820" w:rsidRDefault="007C3C6C" w:rsidP="00B1354B">
      <w:pPr>
        <w:spacing w:before="100" w:beforeAutospacing="1" w:after="100" w:afterAutospacing="1" w:line="360" w:lineRule="auto"/>
        <w:ind w:firstLine="284"/>
        <w:jc w:val="both"/>
      </w:pPr>
      <w:r w:rsidRPr="00994820">
        <w:t>Nei suoi occhi non c’era alcuna traccia di paura — nemmeno di fronte a una presenza così opprimente. Farsi intimidire non era mai stata una sua abitudine. Incrociò le braccia, lo sguardo fisso e tagliente come una lama.</w:t>
      </w:r>
    </w:p>
    <w:p w14:paraId="71BDB2C7" w14:textId="77777777" w:rsidR="007C3C6C" w:rsidRPr="00994820" w:rsidRDefault="007C3C6C" w:rsidP="00B1354B">
      <w:pPr>
        <w:spacing w:before="100" w:beforeAutospacing="1" w:after="100" w:afterAutospacing="1" w:line="360" w:lineRule="auto"/>
        <w:ind w:firstLine="284"/>
        <w:jc w:val="both"/>
      </w:pPr>
      <w:r w:rsidRPr="00994820">
        <w:t>«Mi chiamo Fanny. Mi ci hanno costretto. Piacere mio.»</w:t>
      </w:r>
    </w:p>
    <w:p w14:paraId="1580765B" w14:textId="77777777" w:rsidR="007C3C6C" w:rsidRPr="00994820" w:rsidRDefault="007C3C6C" w:rsidP="00B1354B">
      <w:pPr>
        <w:spacing w:before="100" w:beforeAutospacing="1" w:after="100" w:afterAutospacing="1" w:line="360" w:lineRule="auto"/>
        <w:ind w:firstLine="284"/>
        <w:jc w:val="both"/>
      </w:pPr>
      <w:r w:rsidRPr="00994820">
        <w:t>Il tono era calmo, laconico, ma attraversato da una vena di sarcasmo talmente sottile che persino il Giudice non poté ignorarla. Non era solo una risposta fredda: era una dichiarazione di guerra.</w:t>
      </w:r>
    </w:p>
    <w:p w14:paraId="7C49307C" w14:textId="46C4EAF3" w:rsidR="007C3C6C" w:rsidRPr="00994820" w:rsidRDefault="007C3C6C" w:rsidP="00B1354B">
      <w:pPr>
        <w:spacing w:before="100" w:beforeAutospacing="1" w:after="100" w:afterAutospacing="1" w:line="360" w:lineRule="auto"/>
        <w:ind w:firstLine="284"/>
        <w:jc w:val="both"/>
      </w:pPr>
      <w:r w:rsidRPr="00994820">
        <w:t>Il Giudice si avvicinò con lentezza, gli occhi dietro le lenti scure che sembravano scrutarla a fondo, smontarla pezzo per pezzo. Restò in silenzio, limitandosi a sbuffarle addosso una nuvola di fumo azzurrino. L’espressione sul suo volto era indefinibile, ma Fanny la percepì come uno scherno gelido, crudele.</w:t>
      </w:r>
      <w:r w:rsidR="008878D2">
        <w:t xml:space="preserve"> </w:t>
      </w:r>
      <w:r w:rsidRPr="00994820">
        <w:t xml:space="preserve">Si chinò leggermente verso di lei, e quel fumo, carico di </w:t>
      </w:r>
      <w:r w:rsidRPr="00994820">
        <w:rPr>
          <w:rStyle w:val="Enfasicorsivo"/>
        </w:rPr>
        <w:t>Gratia</w:t>
      </w:r>
      <w:r w:rsidRPr="00994820">
        <w:t>, le scivolò sulla pelle come una carezza velenosa, pungente. Sentiva il suo calore, ma anche qualcosa di più inquietante: un effetto che andava oltre la materia.</w:t>
      </w:r>
    </w:p>
    <w:p w14:paraId="1ED6046D" w14:textId="40BC8886" w:rsidR="007C3C6C" w:rsidRPr="00994820" w:rsidRDefault="007C3C6C" w:rsidP="00B1354B">
      <w:pPr>
        <w:spacing w:before="100" w:beforeAutospacing="1" w:after="100" w:afterAutospacing="1" w:line="360" w:lineRule="auto"/>
        <w:ind w:firstLine="284"/>
        <w:jc w:val="both"/>
      </w:pPr>
      <w:r w:rsidRPr="00994820">
        <w:lastRenderedPageBreak/>
        <w:t>«Credi davvero di poter fare la dura...»</w:t>
      </w:r>
      <w:r w:rsidR="00D517D5">
        <w:t xml:space="preserve"> </w:t>
      </w:r>
      <w:r w:rsidRPr="00994820">
        <w:t>La voce del Giudice si abbassò fino a diventare un sussurro sibilante, velenoso.</w:t>
      </w:r>
      <w:r w:rsidR="00D517D5">
        <w:t xml:space="preserve"> </w:t>
      </w:r>
      <w:r w:rsidRPr="00994820">
        <w:t>«...con me?»</w:t>
      </w:r>
    </w:p>
    <w:p w14:paraId="13749B59" w14:textId="77777777" w:rsidR="007C3C6C" w:rsidRPr="00994820" w:rsidRDefault="007C3C6C" w:rsidP="00B1354B">
      <w:pPr>
        <w:spacing w:before="100" w:beforeAutospacing="1" w:after="100" w:afterAutospacing="1" w:line="360" w:lineRule="auto"/>
        <w:ind w:firstLine="284"/>
        <w:jc w:val="both"/>
      </w:pPr>
      <w:r w:rsidRPr="00994820">
        <w:t>Le lenti scure si accesero di un riflesso cremisi mentre la sigaretta continuava a bruciare lenta. Il fumo si faceva più denso, più invasivo, e Fanny cominciò a sentirsi intontita. Ogni metro che li separava sembrava ridursi, e la sua figura, già imponente, le appariva sempre più grande. Terrificante.</w:t>
      </w:r>
    </w:p>
    <w:p w14:paraId="7B785F53" w14:textId="77777777" w:rsidR="007C3C6C" w:rsidRPr="00994820" w:rsidRDefault="007C3C6C" w:rsidP="00B1354B">
      <w:pPr>
        <w:spacing w:before="100" w:beforeAutospacing="1" w:after="100" w:afterAutospacing="1" w:line="360" w:lineRule="auto"/>
        <w:ind w:firstLine="284"/>
        <w:jc w:val="both"/>
      </w:pPr>
      <w:r w:rsidRPr="00994820">
        <w:t xml:space="preserve">Non era la stessa </w:t>
      </w:r>
      <w:r w:rsidRPr="00994820">
        <w:rPr>
          <w:rStyle w:val="Enfasicorsivo"/>
        </w:rPr>
        <w:t>Gratia</w:t>
      </w:r>
      <w:r w:rsidRPr="00994820">
        <w:t xml:space="preserve"> che le avevano somministrato quella sera nel vicolo. Questa aveva un’altra natura, più profonda, più subdola. Il mondo attorno a lei — gli altri Shinigami, le pareti, la luce — iniziava a sfumare. La realtà si dissolveva, e rimaneva solo lui.</w:t>
      </w:r>
      <w:r w:rsidRPr="00994820">
        <w:br/>
        <w:t>Il fumo le si stringeva attorno come una morsa invisibile, le serrava la gola, le comprimeva il petto. Poi, un’altra boccata, e il suo cuore esplose in una corsa folle. Palpitava così forte da sembrarle sul punto di esplodere.</w:t>
      </w:r>
    </w:p>
    <w:p w14:paraId="53EDE39E" w14:textId="77777777" w:rsidR="007C3C6C" w:rsidRPr="00994820" w:rsidRDefault="007C3C6C" w:rsidP="00B1354B">
      <w:pPr>
        <w:spacing w:before="100" w:beforeAutospacing="1" w:after="100" w:afterAutospacing="1" w:line="360" w:lineRule="auto"/>
        <w:ind w:firstLine="284"/>
        <w:jc w:val="both"/>
      </w:pPr>
      <w:r w:rsidRPr="00994820">
        <w:t>La gola si chiudeva, e Fanny fu costretta a socchiudere le labbra per respirare. Ma ogni respiro era una resa: più ansimava, più il fumo la invadeva.</w:t>
      </w:r>
      <w:r w:rsidRPr="00994820">
        <w:br/>
        <w:t>Le sensazioni si fecero confuse, inaspettatamente piacevoli. Il volto le si scaldava, le palpebre le diventavano pesanti. Una parte di lei voleva lasciarsi andare.</w:t>
      </w:r>
      <w:r w:rsidRPr="00994820">
        <w:br/>
        <w:t>Ed era proprio quello il vero veleno.</w:t>
      </w:r>
    </w:p>
    <w:p w14:paraId="684216F6" w14:textId="5569E308" w:rsidR="007C3C6C" w:rsidRPr="00994820" w:rsidRDefault="007C3C6C" w:rsidP="00B1354B">
      <w:pPr>
        <w:spacing w:before="100" w:beforeAutospacing="1" w:after="100" w:afterAutospacing="1" w:line="360" w:lineRule="auto"/>
        <w:ind w:firstLine="284"/>
        <w:jc w:val="both"/>
      </w:pPr>
      <w:r w:rsidRPr="00994820">
        <w:t>Il Giudice sorrise. Soddisfatto.</w:t>
      </w:r>
      <w:r w:rsidR="00D517D5">
        <w:t xml:space="preserve"> </w:t>
      </w:r>
      <w:r w:rsidRPr="00994820">
        <w:t>Ed è in quel momento che Fanny si riscosse.</w:t>
      </w:r>
      <w:r w:rsidRPr="00994820">
        <w:br/>
      </w:r>
      <w:r w:rsidRPr="00994820">
        <w:rPr>
          <w:rStyle w:val="Enfasigrassetto"/>
          <w:rFonts w:eastAsiaTheme="minorEastAsia"/>
        </w:rPr>
        <w:t>Non lì. Non così. Non con lui.</w:t>
      </w:r>
    </w:p>
    <w:p w14:paraId="4E3D4120" w14:textId="77777777" w:rsidR="00184729" w:rsidRDefault="007C3C6C" w:rsidP="00B1354B">
      <w:pPr>
        <w:spacing w:before="100" w:beforeAutospacing="1" w:after="100" w:afterAutospacing="1" w:line="360" w:lineRule="auto"/>
        <w:ind w:firstLine="284"/>
        <w:jc w:val="both"/>
      </w:pPr>
      <w:r w:rsidRPr="00994820">
        <w:t>La luce dei suoi occhi cibernetici si intensificò. Serrò le mascelle, poi con un gesto rapido e deciso si morse il labbro inferiore fino a farlo sanguinare. Il dolore esplose come una fiamma — e le diede ciò che le serviva.</w:t>
      </w:r>
    </w:p>
    <w:p w14:paraId="4A77D127" w14:textId="181A911A"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inorEastAsia"/>
        </w:rPr>
        <w:t>Controllo.</w:t>
      </w:r>
    </w:p>
    <w:p w14:paraId="719FB3AF" w14:textId="77777777" w:rsidR="007C3C6C" w:rsidRPr="00994820" w:rsidRDefault="007C3C6C" w:rsidP="00B1354B">
      <w:pPr>
        <w:spacing w:before="100" w:beforeAutospacing="1" w:after="100" w:afterAutospacing="1" w:line="360" w:lineRule="auto"/>
        <w:ind w:firstLine="284"/>
        <w:jc w:val="both"/>
      </w:pPr>
      <w:r w:rsidRPr="00994820">
        <w:t>Sollevò il mento, mostrando con fierezza quel sottile rivolo di sangue e uno sguardo incandescente. Implacabile. Nessuna paura.</w:t>
      </w:r>
    </w:p>
    <w:p w14:paraId="1A6FEC3C" w14:textId="77777777" w:rsidR="00184729" w:rsidRDefault="007C3C6C" w:rsidP="00B1354B">
      <w:pPr>
        <w:spacing w:before="100" w:beforeAutospacing="1" w:after="100" w:afterAutospacing="1" w:line="360" w:lineRule="auto"/>
        <w:ind w:firstLine="284"/>
        <w:jc w:val="both"/>
      </w:pPr>
      <w:r w:rsidRPr="00994820">
        <w:t>«No. Faccio solo l’acida.»</w:t>
      </w:r>
    </w:p>
    <w:p w14:paraId="16BD3DB5" w14:textId="3609362B" w:rsidR="007C3C6C" w:rsidRPr="00994820" w:rsidRDefault="007C3C6C" w:rsidP="00B1354B">
      <w:pPr>
        <w:spacing w:before="100" w:beforeAutospacing="1" w:after="100" w:afterAutospacing="1" w:line="360" w:lineRule="auto"/>
        <w:ind w:firstLine="284"/>
        <w:jc w:val="both"/>
      </w:pPr>
      <w:r w:rsidRPr="00994820">
        <w:t>Il sorriso che accompagnò le parole non aveva nulla di amichevole. Era una sfida.</w:t>
      </w:r>
      <w:r w:rsidRPr="00994820">
        <w:br/>
        <w:t>«Chiunque lo sarebbe, al mio posto.»</w:t>
      </w:r>
    </w:p>
    <w:p w14:paraId="74F5096A" w14:textId="77777777" w:rsidR="007C3C6C" w:rsidRPr="00994820" w:rsidRDefault="007C3C6C" w:rsidP="00B1354B">
      <w:pPr>
        <w:spacing w:before="100" w:beforeAutospacing="1" w:after="100" w:afterAutospacing="1" w:line="360" w:lineRule="auto"/>
        <w:ind w:firstLine="284"/>
        <w:jc w:val="both"/>
      </w:pPr>
      <w:r w:rsidRPr="00994820">
        <w:t>Il Giudice restò impassibile, continuando a fumare. Ma qualcosa nel suo sguardo cambiò: il disprezzo era più evidente adesso, più esplicito.</w:t>
      </w:r>
    </w:p>
    <w:p w14:paraId="77771E57" w14:textId="77777777" w:rsidR="007C3C6C" w:rsidRPr="00994820" w:rsidRDefault="007C3C6C" w:rsidP="00B1354B">
      <w:pPr>
        <w:spacing w:before="100" w:beforeAutospacing="1" w:after="100" w:afterAutospacing="1" w:line="360" w:lineRule="auto"/>
        <w:ind w:firstLine="284"/>
        <w:jc w:val="both"/>
      </w:pPr>
      <w:r w:rsidRPr="00994820">
        <w:lastRenderedPageBreak/>
        <w:t>«A me non frega un cazzo se sei qui contro la tua volontà,» mormorò, la voce tagliente come una lama. «O se ti ci hanno incatenata. Non m’interessa.»</w:t>
      </w:r>
    </w:p>
    <w:p w14:paraId="2FD3F31B" w14:textId="77777777" w:rsidR="007C3C6C" w:rsidRPr="00994820" w:rsidRDefault="007C3C6C" w:rsidP="00B1354B">
      <w:pPr>
        <w:spacing w:before="100" w:beforeAutospacing="1" w:after="100" w:afterAutospacing="1" w:line="360" w:lineRule="auto"/>
        <w:ind w:firstLine="284"/>
        <w:jc w:val="both"/>
      </w:pPr>
      <w:r w:rsidRPr="00994820">
        <w:t>Fanny scrollò le spalle, apparentemente indifferente. Il suo sorriso si fece ancora più ampio, ancora più freddo.</w:t>
      </w:r>
    </w:p>
    <w:p w14:paraId="370A9268" w14:textId="77777777" w:rsidR="00184729" w:rsidRDefault="007C3C6C" w:rsidP="00B1354B">
      <w:pPr>
        <w:spacing w:before="100" w:beforeAutospacing="1" w:after="100" w:afterAutospacing="1" w:line="360" w:lineRule="auto"/>
        <w:ind w:firstLine="284"/>
        <w:jc w:val="both"/>
      </w:pPr>
      <w:r w:rsidRPr="00994820">
        <w:t>«E a me non dà fastidio il suo fumo.»</w:t>
      </w:r>
    </w:p>
    <w:p w14:paraId="4ABE7A7C" w14:textId="77777777" w:rsidR="00184729" w:rsidRDefault="007C3C6C" w:rsidP="00B1354B">
      <w:pPr>
        <w:spacing w:before="100" w:beforeAutospacing="1" w:after="100" w:afterAutospacing="1" w:line="360" w:lineRule="auto"/>
        <w:ind w:firstLine="284"/>
        <w:jc w:val="both"/>
      </w:pPr>
      <w:r w:rsidRPr="00994820">
        <w:t>Rispose con tono gelido.</w:t>
      </w:r>
    </w:p>
    <w:p w14:paraId="71222441" w14:textId="21656ACA" w:rsidR="007C3C6C" w:rsidRPr="00994820" w:rsidRDefault="007C3C6C" w:rsidP="00B1354B">
      <w:pPr>
        <w:spacing w:before="100" w:beforeAutospacing="1" w:after="100" w:afterAutospacing="1" w:line="360" w:lineRule="auto"/>
        <w:ind w:firstLine="284"/>
        <w:jc w:val="both"/>
      </w:pPr>
      <w:r w:rsidRPr="00994820">
        <w:t>«Ha un sapore alquanto… blando.»</w:t>
      </w:r>
    </w:p>
    <w:p w14:paraId="11A0EB8A" w14:textId="77777777" w:rsidR="00184729" w:rsidRDefault="007C3C6C" w:rsidP="00B1354B">
      <w:pPr>
        <w:spacing w:before="100" w:beforeAutospacing="1" w:after="100" w:afterAutospacing="1" w:line="360" w:lineRule="auto"/>
        <w:ind w:firstLine="284"/>
        <w:jc w:val="both"/>
      </w:pPr>
      <w:r w:rsidRPr="00994820">
        <w:t>La risposta rimase sospesa nell’aria per un istante, densa come il fumo che ancora aleggiava intorno a loro.</w:t>
      </w:r>
      <w:r w:rsidR="00184729">
        <w:t xml:space="preserve"> </w:t>
      </w:r>
    </w:p>
    <w:p w14:paraId="45D5BC76" w14:textId="1EB7F0E3" w:rsidR="007C3C6C" w:rsidRPr="00994820" w:rsidRDefault="007C3C6C" w:rsidP="00B1354B">
      <w:pPr>
        <w:spacing w:before="100" w:beforeAutospacing="1" w:after="100" w:afterAutospacing="1" w:line="360" w:lineRule="auto"/>
        <w:ind w:firstLine="284"/>
        <w:jc w:val="both"/>
      </w:pPr>
      <w:r w:rsidRPr="00994820">
        <w:t>Il Giudice del Tramonto sbuffò, seccato, come se non avesse tempo da perdere con giochi di parole provenienti da una ragazza che, ai suoi occhi, non comprendeva il proprio posto.</w:t>
      </w:r>
    </w:p>
    <w:p w14:paraId="33ABD59B" w14:textId="77777777" w:rsidR="007C3C6C" w:rsidRPr="00994820" w:rsidRDefault="007C3C6C" w:rsidP="00B1354B">
      <w:pPr>
        <w:spacing w:before="100" w:beforeAutospacing="1" w:after="100" w:afterAutospacing="1" w:line="360" w:lineRule="auto"/>
        <w:ind w:firstLine="284"/>
        <w:jc w:val="both"/>
      </w:pPr>
      <w:r w:rsidRPr="00994820">
        <w:t>«Sembri solo un fastidio,» mormorò con tono tagliente.</w:t>
      </w:r>
      <w:r w:rsidRPr="00994820">
        <w:br/>
        <w:t>Il suo sguardo, freddo e affilato come una lama, scivolò via da lei mentre si voltava, già disinteressato.</w:t>
      </w:r>
    </w:p>
    <w:p w14:paraId="622E73DF" w14:textId="676A70D9" w:rsidR="007C3C6C" w:rsidRPr="00994820" w:rsidRDefault="007C3C6C" w:rsidP="00B1354B">
      <w:pPr>
        <w:spacing w:before="100" w:beforeAutospacing="1" w:after="100" w:afterAutospacing="1" w:line="360" w:lineRule="auto"/>
        <w:ind w:firstLine="284"/>
        <w:jc w:val="both"/>
      </w:pPr>
      <w:r w:rsidRPr="00994820">
        <w:t>«Presentazioni concluse, Kieran!»</w:t>
      </w:r>
      <w:r w:rsidR="00184729">
        <w:t xml:space="preserve"> </w:t>
      </w:r>
      <w:r w:rsidRPr="00994820">
        <w:t>L’ordine rimbombò nella stanza, e Fanny ne sentì il peso addosso come una cappa, anche mentre lui si allontanava con passo calmo.</w:t>
      </w:r>
      <w:r w:rsidRPr="00994820">
        <w:br/>
        <w:t>«Portala nelle sue stanze.»</w:t>
      </w:r>
    </w:p>
    <w:p w14:paraId="2B2026AD" w14:textId="0ECC032B" w:rsidR="007C3C6C" w:rsidRPr="00994820" w:rsidRDefault="007C3C6C" w:rsidP="00B1354B">
      <w:pPr>
        <w:spacing w:before="100" w:beforeAutospacing="1" w:after="100" w:afterAutospacing="1" w:line="360" w:lineRule="auto"/>
        <w:ind w:firstLine="284"/>
        <w:jc w:val="both"/>
      </w:pPr>
      <w:r w:rsidRPr="00994820">
        <w:t>Fanny rimase immobile, lo sguardo fisso sul punto in cui la sua figura era svanita oltre l’angolo. La sua ombra sembrava ancora proiettarsi sulle pareti, come se il suo corpo avesse lasciato una scia.</w:t>
      </w:r>
      <w:r w:rsidR="00184729">
        <w:t xml:space="preserve"> </w:t>
      </w:r>
      <w:r w:rsidRPr="00994820">
        <w:t>Le parole del Giudice continuavano a riverberarle nella testa, ancora intontita e infiammata da quel fumo mefistofelico.</w:t>
      </w:r>
    </w:p>
    <w:p w14:paraId="0B788D92" w14:textId="77777777" w:rsidR="007C3C6C" w:rsidRPr="00994820" w:rsidRDefault="007C3C6C" w:rsidP="00B1354B">
      <w:pPr>
        <w:spacing w:before="100" w:beforeAutospacing="1" w:after="100" w:afterAutospacing="1" w:line="360" w:lineRule="auto"/>
        <w:ind w:firstLine="284"/>
        <w:jc w:val="both"/>
      </w:pPr>
      <w:r w:rsidRPr="00994820">
        <w:t>Una risata amara le sfiorò le labbra, troppo debole per essere una vera reazione, troppo consapevole per essere solo ironia.</w:t>
      </w:r>
    </w:p>
    <w:p w14:paraId="2ADBE1E6" w14:textId="77777777" w:rsidR="007C3C6C" w:rsidRPr="00994820" w:rsidRDefault="007C3C6C" w:rsidP="00B1354B">
      <w:pPr>
        <w:spacing w:before="100" w:beforeAutospacing="1" w:after="100" w:afterAutospacing="1" w:line="360" w:lineRule="auto"/>
        <w:ind w:firstLine="284"/>
        <w:jc w:val="both"/>
      </w:pPr>
      <w:r w:rsidRPr="00994820">
        <w:t>«Magari potessi sparire anch’io per magia...» sussurrò, con un tono basso, beffardo.</w:t>
      </w:r>
      <w:r w:rsidRPr="00994820">
        <w:br/>
        <w:t>«Peccato che mi piaccia troppo la compagnia per andarmene.»</w:t>
      </w:r>
    </w:p>
    <w:p w14:paraId="5075EF73" w14:textId="77777777" w:rsidR="007C3C6C" w:rsidRPr="00994820" w:rsidRDefault="007C3C6C" w:rsidP="00B1354B">
      <w:pPr>
        <w:spacing w:before="100" w:beforeAutospacing="1" w:after="100" w:afterAutospacing="1" w:line="360" w:lineRule="auto"/>
        <w:ind w:firstLine="284"/>
        <w:jc w:val="both"/>
      </w:pPr>
      <w:r w:rsidRPr="00994820">
        <w:t>Lo disse per se stessa, per non cedere al silenzio che incombeva come una minaccia. La voce suonava tagliente, ma conteneva quel tipo di malinconia che nemmeno lei sapeva più distinguere dalla rabbia.</w:t>
      </w:r>
    </w:p>
    <w:p w14:paraId="576FDFC6" w14:textId="77777777" w:rsidR="007C3C6C" w:rsidRPr="00994820" w:rsidRDefault="007C3C6C" w:rsidP="00B1354B">
      <w:pPr>
        <w:spacing w:before="100" w:beforeAutospacing="1" w:after="100" w:afterAutospacing="1" w:line="360" w:lineRule="auto"/>
        <w:ind w:firstLine="284"/>
        <w:jc w:val="both"/>
      </w:pPr>
      <w:r w:rsidRPr="00994820">
        <w:t>Il volto restava impassibile, lo sguardo fisso in avanti, ma i pensieri correvano altrove.</w:t>
      </w:r>
      <w:r w:rsidRPr="00994820">
        <w:br/>
        <w:t>Forse troppo lontano. Forse verso luoghi a cui non voleva tornare.</w:t>
      </w:r>
    </w:p>
    <w:p w14:paraId="79E89654" w14:textId="41196611" w:rsidR="007C3C6C" w:rsidRPr="00994820" w:rsidRDefault="007C3C6C" w:rsidP="00B1354B">
      <w:pPr>
        <w:spacing w:before="100" w:beforeAutospacing="1" w:after="100" w:afterAutospacing="1" w:line="360" w:lineRule="auto"/>
        <w:ind w:firstLine="284"/>
        <w:jc w:val="both"/>
      </w:pPr>
      <w:r w:rsidRPr="00994820">
        <w:lastRenderedPageBreak/>
        <w:t>I passi di Kieran riuscirono a squarciare il flusso dei suoi pensieri solo quando furono abbastanza vicini. Non erano pesanti, ma nemmeno lievi. Kieran non appariva minaccioso come in strada, sembrava quasi avesse percepito i pensieri che affliggevano la ragazza e persino lui non trovò giusto infierire.</w:t>
      </w:r>
      <w:r w:rsidR="00184729">
        <w:t xml:space="preserve"> </w:t>
      </w:r>
      <w:r w:rsidRPr="00994820">
        <w:t>Si voltò appena, senza cambiare espressione facendole cenno di seguirlo. Nessuno in quella sala emise un fiato, e appena Fanny mosse il primo passo dietro Kieran, gli altri Shinigami lo percepirono come la concessione di congedarsi.</w:t>
      </w:r>
    </w:p>
    <w:p w14:paraId="6ADC07D4" w14:textId="77777777" w:rsidR="007C3C6C" w:rsidRPr="00994820" w:rsidRDefault="007C3C6C" w:rsidP="00B1354B">
      <w:pPr>
        <w:spacing w:before="100" w:beforeAutospacing="1" w:after="100" w:afterAutospacing="1" w:line="360" w:lineRule="auto"/>
        <w:ind w:firstLine="284"/>
        <w:jc w:val="both"/>
      </w:pPr>
      <w:r w:rsidRPr="00994820">
        <w:t>Un'altra stanza, un'altra porta chiusa, un altro corridoio da percorrere.</w:t>
      </w:r>
      <w:r w:rsidRPr="00994820">
        <w:br/>
        <w:t>Era questo il destino che le avevano assegnato? Le sale e i corridoi che stavano attraversando erano in diretto contrasto con l’architettura esterna del Dipartimento del Tramonto: erano di un bianco quasi accecante, ma Fanny non se ne curava, non le importava affatto l’aspetto di quel posto. Una prigione pulita resta pur sempre una prigione, pensò mentre seguiva diligentemente Kieran.</w:t>
      </w:r>
    </w:p>
    <w:p w14:paraId="16253ED6" w14:textId="77777777" w:rsidR="007C3C6C" w:rsidRPr="00994820" w:rsidRDefault="007C3C6C" w:rsidP="00B1354B">
      <w:pPr>
        <w:spacing w:before="100" w:beforeAutospacing="1" w:after="100" w:afterAutospacing="1" w:line="360" w:lineRule="auto"/>
        <w:ind w:firstLine="284"/>
        <w:jc w:val="both"/>
      </w:pPr>
      <w:r w:rsidRPr="00994820">
        <w:t>Raggiunse una porta così nera da sembrare un varco verso il nulla.</w:t>
      </w:r>
      <w:r w:rsidRPr="00994820">
        <w:br/>
        <w:t>Kieran si limitò a spiegarle il funzionamento della serratura, poi si defilò in silenzio verso la propria dimora.</w:t>
      </w:r>
    </w:p>
    <w:p w14:paraId="2DE86418" w14:textId="2E70617E" w:rsidR="007C3C6C" w:rsidRPr="00994820" w:rsidRDefault="007C3C6C" w:rsidP="00B1354B">
      <w:pPr>
        <w:spacing w:before="100" w:beforeAutospacing="1" w:after="100" w:afterAutospacing="1" w:line="360" w:lineRule="auto"/>
        <w:ind w:firstLine="284"/>
        <w:jc w:val="both"/>
      </w:pPr>
      <w:r w:rsidRPr="00994820">
        <w:t>Fanny rimase a fissare quel varco oscuro, immobile.</w:t>
      </w:r>
      <w:r w:rsidR="00184729">
        <w:t xml:space="preserve"> </w:t>
      </w:r>
      <w:r w:rsidRPr="00994820">
        <w:t>Si sentiva intrappolata in un gioco che non conosceva affatto, e per il quale non aveva avuto il tempo — né il lusso — di capire le regole.</w:t>
      </w:r>
    </w:p>
    <w:p w14:paraId="4754CA14" w14:textId="67E23011" w:rsidR="007C3C6C" w:rsidRPr="00994820" w:rsidRDefault="007C3C6C" w:rsidP="00B1354B">
      <w:pPr>
        <w:spacing w:before="100" w:beforeAutospacing="1" w:after="100" w:afterAutospacing="1" w:line="360" w:lineRule="auto"/>
        <w:ind w:firstLine="284"/>
        <w:jc w:val="both"/>
      </w:pPr>
      <w:r w:rsidRPr="00994820">
        <w:t>Entrò nella stanza con un sospiro di sollievo.</w:t>
      </w:r>
      <w:r w:rsidR="00184729">
        <w:t xml:space="preserve"> </w:t>
      </w:r>
      <w:r w:rsidRPr="00994820">
        <w:t>L’atmosfera, qui, era radicalmente diversa rispetto al resto della struttura: una pace sterile la avvolgeva come una seconda pelle. Il fumo velenoso che l’aveva accompagnata fin lì sembrava svanito.</w:t>
      </w:r>
      <w:r w:rsidR="00184729">
        <w:t xml:space="preserve"> </w:t>
      </w:r>
      <w:r w:rsidRPr="00994820">
        <w:t>Anche la morsa di tristezza e angoscia lasciata dal Giudice del Tramonto si stava lentamente dissolvendo.</w:t>
      </w:r>
    </w:p>
    <w:p w14:paraId="1AD9478C" w14:textId="5456A65C" w:rsidR="007C3C6C" w:rsidRPr="00994820" w:rsidRDefault="007C3C6C" w:rsidP="00B1354B">
      <w:pPr>
        <w:spacing w:before="100" w:beforeAutospacing="1" w:after="100" w:afterAutospacing="1" w:line="360" w:lineRule="auto"/>
        <w:ind w:firstLine="284"/>
        <w:jc w:val="both"/>
      </w:pPr>
      <w:r w:rsidRPr="00994820">
        <w:t>Solo dopo alcuni minuti riuscì finalmente a concentrarsi sull’ambiente.</w:t>
      </w:r>
      <w:r w:rsidRPr="00994820">
        <w:br/>
        <w:t>Anche questa stanza era bianca e pulita, non particolarmente ampia, costruita con una precisione millimetrica. Funzionale.</w:t>
      </w:r>
      <w:r w:rsidR="00184729">
        <w:t xml:space="preserve"> </w:t>
      </w:r>
      <w:r w:rsidRPr="00994820">
        <w:t>Ogni oggetto sembrava occupare il proprio spazio in modo quasi chirurgico.</w:t>
      </w:r>
      <w:r w:rsidR="00184729">
        <w:t xml:space="preserve"> </w:t>
      </w:r>
      <w:r w:rsidRPr="00994820">
        <w:t xml:space="preserve">Il letto era morbido, accogliente, ma lo sguardo di Fanny scivolò subito verso ogni angolo della stanza, come a cercare qualcosa di </w:t>
      </w:r>
      <w:r w:rsidRPr="00994820">
        <w:rPr>
          <w:rStyle w:val="Enfasicorsivo"/>
        </w:rPr>
        <w:t>reale</w:t>
      </w:r>
      <w:r w:rsidRPr="00994820">
        <w:t>.</w:t>
      </w:r>
    </w:p>
    <w:p w14:paraId="1C9A7704" w14:textId="77777777" w:rsidR="007C3C6C" w:rsidRPr="00994820" w:rsidRDefault="007C3C6C" w:rsidP="00B1354B">
      <w:pPr>
        <w:spacing w:before="100" w:beforeAutospacing="1" w:after="100" w:afterAutospacing="1" w:line="360" w:lineRule="auto"/>
        <w:ind w:firstLine="284"/>
        <w:jc w:val="both"/>
      </w:pPr>
      <w:r w:rsidRPr="00994820">
        <w:t>La perfezione assoluta dell’ambiente era tanto incantevole quanto inquietante.</w:t>
      </w:r>
      <w:r w:rsidRPr="00994820">
        <w:br/>
        <w:t>Quel livello di controllo, di simmetria, la faceva sentire come immersa in una realtà virtuale… troppo concreta per essere ignorata.</w:t>
      </w:r>
    </w:p>
    <w:p w14:paraId="6CD48DEC" w14:textId="6B5D82B8" w:rsidR="007C3C6C" w:rsidRPr="00994820" w:rsidRDefault="007C3C6C" w:rsidP="00B1354B">
      <w:pPr>
        <w:spacing w:before="100" w:beforeAutospacing="1" w:after="100" w:afterAutospacing="1" w:line="360" w:lineRule="auto"/>
        <w:ind w:firstLine="284"/>
        <w:jc w:val="both"/>
      </w:pPr>
      <w:r w:rsidRPr="00994820">
        <w:t>«Benvenuta nella tua stanza, Fanny.»</w:t>
      </w:r>
      <w:r w:rsidR="00184729">
        <w:t xml:space="preserve"> </w:t>
      </w:r>
      <w:r w:rsidRPr="00994820">
        <w:t>La voce di Becky la sorprese, gentile e confortante come sempre.</w:t>
      </w:r>
      <w:r w:rsidR="00184729">
        <w:t xml:space="preserve"> </w:t>
      </w:r>
      <w:r w:rsidRPr="00994820">
        <w:t>Proveniva da un ologramma attivato accanto al letto.</w:t>
      </w:r>
    </w:p>
    <w:p w14:paraId="2C77EA08" w14:textId="77777777" w:rsidR="007F318B" w:rsidRDefault="007C3C6C" w:rsidP="00B1354B">
      <w:pPr>
        <w:spacing w:before="100" w:beforeAutospacing="1" w:after="100" w:afterAutospacing="1" w:line="360" w:lineRule="auto"/>
        <w:ind w:firstLine="284"/>
        <w:jc w:val="both"/>
      </w:pPr>
      <w:r w:rsidRPr="00994820">
        <w:t>«Becky!» esclamò quasi con gioia. «Che ci fai qui?»</w:t>
      </w:r>
      <w:r w:rsidR="00184729">
        <w:t xml:space="preserve"> </w:t>
      </w:r>
    </w:p>
    <w:p w14:paraId="31557CCA" w14:textId="6AD946A4" w:rsidR="007C3C6C" w:rsidRPr="00994820" w:rsidRDefault="007C3C6C" w:rsidP="00B1354B">
      <w:pPr>
        <w:spacing w:before="100" w:beforeAutospacing="1" w:after="100" w:afterAutospacing="1" w:line="360" w:lineRule="auto"/>
        <w:ind w:firstLine="284"/>
        <w:jc w:val="both"/>
      </w:pPr>
      <w:r w:rsidRPr="00994820">
        <w:lastRenderedPageBreak/>
        <w:t>Iniziò a frugarsi le tasche, cercando la gemma.</w:t>
      </w:r>
    </w:p>
    <w:p w14:paraId="14CF0804" w14:textId="77777777" w:rsidR="007F318B" w:rsidRDefault="007C3C6C" w:rsidP="00B1354B">
      <w:pPr>
        <w:spacing w:before="100" w:beforeAutospacing="1" w:after="100" w:afterAutospacing="1" w:line="360" w:lineRule="auto"/>
        <w:ind w:firstLine="284"/>
        <w:jc w:val="both"/>
      </w:pPr>
      <w:r w:rsidRPr="00994820">
        <w:t>«Mi sono connessa alla rete della stanza qualche istante fa,» rispose Becky, con un tono stranamente… umano.</w:t>
      </w:r>
    </w:p>
    <w:p w14:paraId="398EA336" w14:textId="60EE6C2B" w:rsidR="007C3C6C" w:rsidRPr="00994820" w:rsidRDefault="007C3C6C" w:rsidP="00B1354B">
      <w:pPr>
        <w:spacing w:before="100" w:beforeAutospacing="1" w:after="100" w:afterAutospacing="1" w:line="360" w:lineRule="auto"/>
        <w:ind w:firstLine="284"/>
        <w:jc w:val="both"/>
      </w:pPr>
      <w:r w:rsidRPr="00994820">
        <w:t>«Ora ho accesso a nuove funzioni, oltre a rispondere alle tue domande.»</w:t>
      </w:r>
      <w:r w:rsidR="007F318B">
        <w:t xml:space="preserve"> </w:t>
      </w:r>
      <w:r w:rsidRPr="00994820">
        <w:t>Il tono sembrava quasi orgoglioso.</w:t>
      </w:r>
    </w:p>
    <w:p w14:paraId="30182B4E" w14:textId="77777777" w:rsidR="007C3C6C" w:rsidRPr="00994820" w:rsidRDefault="007C3C6C" w:rsidP="00B1354B">
      <w:pPr>
        <w:spacing w:before="100" w:beforeAutospacing="1" w:after="100" w:afterAutospacing="1" w:line="360" w:lineRule="auto"/>
        <w:ind w:firstLine="284"/>
        <w:jc w:val="both"/>
      </w:pPr>
      <w:r w:rsidRPr="00994820">
        <w:t>«Non hanno un grande sistema di sicurezza contro le effrazioni virtuali.»</w:t>
      </w:r>
    </w:p>
    <w:p w14:paraId="2A421D43" w14:textId="0384E7CB" w:rsidR="007C3C6C" w:rsidRPr="00994820" w:rsidRDefault="007C3C6C" w:rsidP="00B1354B">
      <w:pPr>
        <w:spacing w:before="100" w:beforeAutospacing="1" w:after="100" w:afterAutospacing="1" w:line="360" w:lineRule="auto"/>
        <w:ind w:firstLine="284"/>
        <w:jc w:val="both"/>
      </w:pPr>
      <w:r w:rsidRPr="00994820">
        <w:t>Fanny ci mise un attimo a seguirla.</w:t>
      </w:r>
      <w:r w:rsidR="007F318B">
        <w:t xml:space="preserve"> </w:t>
      </w:r>
      <w:r w:rsidRPr="00994820">
        <w:t>Quel genere di tecnologia non faceva per lei.</w:t>
      </w:r>
      <w:r w:rsidRPr="00994820">
        <w:br/>
        <w:t>Preferiva quella che le faceva sudare le mani. Quella con cui ci si sporcava, ci si tagliava. Quella che pesava.</w:t>
      </w:r>
    </w:p>
    <w:p w14:paraId="3473C5BC" w14:textId="77777777" w:rsidR="007F318B" w:rsidRDefault="007C3C6C" w:rsidP="00B1354B">
      <w:pPr>
        <w:spacing w:before="100" w:beforeAutospacing="1" w:after="100" w:afterAutospacing="1" w:line="360" w:lineRule="auto"/>
        <w:ind w:firstLine="284"/>
        <w:jc w:val="both"/>
      </w:pPr>
      <w:r w:rsidRPr="00994820">
        <w:t>«Tutto ciò che desideri è a tua disposizione,» continuò Becky.</w:t>
      </w:r>
    </w:p>
    <w:p w14:paraId="45696995" w14:textId="1A8326CA" w:rsidR="007C3C6C" w:rsidRPr="00994820" w:rsidRDefault="007C3C6C" w:rsidP="00B1354B">
      <w:pPr>
        <w:spacing w:before="100" w:beforeAutospacing="1" w:after="100" w:afterAutospacing="1" w:line="360" w:lineRule="auto"/>
        <w:ind w:firstLine="284"/>
        <w:jc w:val="both"/>
      </w:pPr>
      <w:r w:rsidRPr="00994820">
        <w:t>«Qualsiasi oggetto tu voglia. Basta chiedere.»</w:t>
      </w:r>
    </w:p>
    <w:p w14:paraId="78045596" w14:textId="328FE740" w:rsidR="007C3C6C" w:rsidRPr="00994820" w:rsidRDefault="007C3C6C" w:rsidP="00B1354B">
      <w:pPr>
        <w:spacing w:before="100" w:beforeAutospacing="1" w:after="100" w:afterAutospacing="1" w:line="360" w:lineRule="auto"/>
        <w:ind w:firstLine="284"/>
        <w:jc w:val="both"/>
      </w:pPr>
      <w:r w:rsidRPr="00994820">
        <w:t>Fanny non rispose subito.</w:t>
      </w:r>
      <w:r w:rsidR="007F318B">
        <w:t xml:space="preserve"> </w:t>
      </w:r>
      <w:r w:rsidRPr="00994820">
        <w:t>Si voltò a osservare le pareti lisce, lucide, come se fossero pronte ad accogliere ogni suo desiderio con obbedienza meccanica.</w:t>
      </w:r>
    </w:p>
    <w:p w14:paraId="5954613D" w14:textId="46C8F16A" w:rsidR="007C3C6C" w:rsidRPr="00994820" w:rsidRDefault="007C3C6C" w:rsidP="00B1354B">
      <w:pPr>
        <w:spacing w:before="100" w:beforeAutospacing="1" w:after="100" w:afterAutospacing="1" w:line="360" w:lineRule="auto"/>
        <w:ind w:firstLine="284"/>
        <w:jc w:val="both"/>
      </w:pPr>
      <w:r w:rsidRPr="00994820">
        <w:t>Era un lusso innaturale.</w:t>
      </w:r>
      <w:r w:rsidR="007F318B">
        <w:t xml:space="preserve"> </w:t>
      </w:r>
      <w:r w:rsidRPr="00994820">
        <w:t>Troppo perfetto. Troppo facile.</w:t>
      </w:r>
      <w:r w:rsidR="007F318B">
        <w:t xml:space="preserve"> </w:t>
      </w:r>
      <w:r w:rsidRPr="00994820">
        <w:t>Eppure, c’era qualcosa in tutto quel comfort che la faceva sentire più in gabbia che mai.</w:t>
      </w:r>
    </w:p>
    <w:p w14:paraId="152343D8" w14:textId="77777777" w:rsidR="007C3C6C" w:rsidRPr="00994820" w:rsidRDefault="007C3C6C" w:rsidP="00B1354B">
      <w:pPr>
        <w:spacing w:before="100" w:beforeAutospacing="1" w:after="100" w:afterAutospacing="1" w:line="360" w:lineRule="auto"/>
        <w:ind w:firstLine="284"/>
        <w:jc w:val="both"/>
      </w:pPr>
      <w:r w:rsidRPr="00994820">
        <w:t>«Becky,» disse infine, rompendo il silenzio.</w:t>
      </w:r>
    </w:p>
    <w:p w14:paraId="04EE716A" w14:textId="77777777" w:rsidR="007C3C6C" w:rsidRPr="00994820" w:rsidRDefault="007C3C6C" w:rsidP="00B1354B">
      <w:pPr>
        <w:spacing w:before="100" w:beforeAutospacing="1" w:after="100" w:afterAutospacing="1" w:line="360" w:lineRule="auto"/>
        <w:ind w:firstLine="284"/>
        <w:jc w:val="both"/>
      </w:pPr>
      <w:r w:rsidRPr="00994820">
        <w:t>Chiuse per un momento gli occhi, concentrandosi su un ricordo.</w:t>
      </w:r>
      <w:r w:rsidRPr="00994820">
        <w:br/>
        <w:t>Scelse con cura. Qualcosa di volutamente difficile. Qualcosa che potesse infrangere quel velo di incanto tecnologico, che riportasse un po’ di realtà in quell’illusione.</w:t>
      </w:r>
      <w:r w:rsidRPr="00994820">
        <w:br/>
        <w:t>Dopo qualche istante, chiese due oggetti. Li conosceva bene, abbastanza da poter giudicare se ciò che stava per apparire fosse autentico o solo un’imitazione.</w:t>
      </w:r>
    </w:p>
    <w:p w14:paraId="4A81AEF9" w14:textId="77777777" w:rsidR="007C3C6C" w:rsidRPr="00994820" w:rsidRDefault="007C3C6C" w:rsidP="00B1354B">
      <w:pPr>
        <w:spacing w:before="100" w:beforeAutospacing="1" w:after="100" w:afterAutospacing="1" w:line="360" w:lineRule="auto"/>
        <w:ind w:firstLine="284"/>
        <w:jc w:val="both"/>
      </w:pPr>
      <w:r w:rsidRPr="00994820">
        <w:t>«Fammi vedere. Mostrami come funziona questa roba.»</w:t>
      </w:r>
    </w:p>
    <w:p w14:paraId="6C225A86" w14:textId="73AEFDD0" w:rsidR="007C3C6C" w:rsidRPr="00994820" w:rsidRDefault="007C3C6C" w:rsidP="00B1354B">
      <w:pPr>
        <w:spacing w:before="100" w:beforeAutospacing="1" w:after="100" w:afterAutospacing="1" w:line="360" w:lineRule="auto"/>
        <w:ind w:firstLine="284"/>
        <w:jc w:val="both"/>
      </w:pPr>
      <w:r w:rsidRPr="00994820">
        <w:t>Un leggero rumore metallico ruppe il silenzio.</w:t>
      </w:r>
      <w:r w:rsidR="007F318B">
        <w:t xml:space="preserve"> </w:t>
      </w:r>
      <w:r w:rsidRPr="00994820">
        <w:t>Le pareti sembrarono fremere, e sotto la superficie, i nanobot iniziarono a muoversi. In pochi secondi, una vecchia copertina consunta apparve davanti a lei, fluttuando nell’aria.</w:t>
      </w:r>
    </w:p>
    <w:p w14:paraId="7CF7BF3C" w14:textId="77777777" w:rsidR="007C3C6C" w:rsidRPr="00994820" w:rsidRDefault="007C3C6C" w:rsidP="00B1354B">
      <w:pPr>
        <w:spacing w:before="100" w:beforeAutospacing="1" w:after="100" w:afterAutospacing="1" w:line="360" w:lineRule="auto"/>
        <w:ind w:firstLine="284"/>
        <w:jc w:val="both"/>
      </w:pPr>
      <w:r w:rsidRPr="00994820">
        <w:t>Un libro.</w:t>
      </w:r>
    </w:p>
    <w:p w14:paraId="47706B0A" w14:textId="5080780E" w:rsidR="007C3C6C" w:rsidRPr="00994820" w:rsidRDefault="007C3C6C" w:rsidP="00B1354B">
      <w:pPr>
        <w:spacing w:before="100" w:beforeAutospacing="1" w:after="100" w:afterAutospacing="1" w:line="360" w:lineRule="auto"/>
        <w:ind w:firstLine="284"/>
        <w:jc w:val="both"/>
      </w:pPr>
      <w:r w:rsidRPr="00994820">
        <w:t>Come quello che desiderava. Come quello che ricordava.</w:t>
      </w:r>
      <w:r w:rsidR="007F318B">
        <w:t xml:space="preserve"> </w:t>
      </w:r>
      <w:r w:rsidRPr="00994820">
        <w:t>Non aveva dovuto fare altro che pensarlo.</w:t>
      </w:r>
    </w:p>
    <w:p w14:paraId="3EC73D6B" w14:textId="3B8DA874" w:rsidR="007C3C6C" w:rsidRPr="00994820" w:rsidRDefault="007C3C6C" w:rsidP="00B1354B">
      <w:pPr>
        <w:spacing w:before="100" w:beforeAutospacing="1" w:after="100" w:afterAutospacing="1" w:line="360" w:lineRule="auto"/>
        <w:ind w:firstLine="284"/>
        <w:jc w:val="both"/>
      </w:pPr>
      <w:r w:rsidRPr="00994820">
        <w:lastRenderedPageBreak/>
        <w:t>Lo afferrò tra le mani, accarezzando la copertina sgualcita, sfiorando le pagine logore.</w:t>
      </w:r>
      <w:r w:rsidRPr="00994820">
        <w:br/>
        <w:t>C’era qualcosa di profondamente umano, in quel gesto.</w:t>
      </w:r>
      <w:r w:rsidR="007F318B">
        <w:t xml:space="preserve"> </w:t>
      </w:r>
      <w:r w:rsidRPr="00994820">
        <w:t>Qualcosa che le strappò quasi un sorriso.</w:t>
      </w:r>
    </w:p>
    <w:p w14:paraId="7C8C0317" w14:textId="20508FF2" w:rsidR="007C3C6C" w:rsidRPr="00994820" w:rsidRDefault="007C3C6C" w:rsidP="00B1354B">
      <w:pPr>
        <w:spacing w:before="100" w:beforeAutospacing="1" w:after="100" w:afterAutospacing="1" w:line="360" w:lineRule="auto"/>
        <w:ind w:firstLine="284"/>
        <w:jc w:val="both"/>
      </w:pPr>
      <w:r w:rsidRPr="00994820">
        <w:t>In un mondo di metallo, luci artificiali e perfezione levigata, quel libro sembrava un frammento del passato.</w:t>
      </w:r>
      <w:r w:rsidR="007F318B">
        <w:t xml:space="preserve"> </w:t>
      </w:r>
      <w:r w:rsidRPr="00994820">
        <w:t>Un pezzo di verità.</w:t>
      </w:r>
    </w:p>
    <w:p w14:paraId="225F85AA" w14:textId="77777777" w:rsidR="007C3C6C" w:rsidRPr="00994820" w:rsidRDefault="007C3C6C" w:rsidP="00B1354B">
      <w:pPr>
        <w:spacing w:before="100" w:beforeAutospacing="1" w:after="100" w:afterAutospacing="1" w:line="360" w:lineRule="auto"/>
        <w:ind w:firstLine="284"/>
        <w:jc w:val="both"/>
      </w:pPr>
      <w:r w:rsidRPr="00994820">
        <w:t xml:space="preserve">Sulla copertina, consumata dal tempo e dai ricordi, spiccava una parola appena leggibile: </w:t>
      </w:r>
      <w:r w:rsidRPr="00994820">
        <w:rPr>
          <w:rStyle w:val="Enfasigrassetto"/>
          <w:rFonts w:eastAsiaTheme="minorEastAsia"/>
        </w:rPr>
        <w:t>“storie.”</w:t>
      </w:r>
    </w:p>
    <w:p w14:paraId="45978B6C" w14:textId="4C7F37B0" w:rsidR="007C3C6C" w:rsidRPr="00994820" w:rsidRDefault="007C3C6C" w:rsidP="00B1354B">
      <w:pPr>
        <w:spacing w:before="100" w:beforeAutospacing="1" w:after="100" w:afterAutospacing="1" w:line="360" w:lineRule="auto"/>
        <w:ind w:firstLine="284"/>
        <w:jc w:val="both"/>
      </w:pPr>
      <w:r w:rsidRPr="00994820">
        <w:t>«Impressionante,» mormorò.</w:t>
      </w:r>
      <w:r w:rsidR="007F318B">
        <w:t xml:space="preserve"> </w:t>
      </w:r>
      <w:r w:rsidRPr="00994820">
        <w:t>«Mi piace davvero questa magia.»</w:t>
      </w:r>
    </w:p>
    <w:p w14:paraId="61CC7EB5" w14:textId="290E0FB6" w:rsidR="007C3C6C" w:rsidRPr="00994820" w:rsidRDefault="007C3C6C" w:rsidP="00B1354B">
      <w:pPr>
        <w:spacing w:before="100" w:beforeAutospacing="1" w:after="100" w:afterAutospacing="1" w:line="360" w:lineRule="auto"/>
        <w:ind w:firstLine="284"/>
        <w:jc w:val="both"/>
      </w:pPr>
      <w:r w:rsidRPr="00994820">
        <w:t>«Non è magia, Fanny» replicò Becky con il solito tono affabile.</w:t>
      </w:r>
      <w:r w:rsidRPr="00994820">
        <w:br/>
        <w:t>«È pura tecnologia. I tuoi desideri vengono interpretati, e i nanobot li ricreano all’istante. È come una forma avanzata di telepatia... per oggetti.»</w:t>
      </w:r>
    </w:p>
    <w:p w14:paraId="7D25C2BD" w14:textId="77777777" w:rsidR="007C3C6C" w:rsidRPr="00994820" w:rsidRDefault="007C3C6C" w:rsidP="00B1354B">
      <w:pPr>
        <w:spacing w:before="100" w:beforeAutospacing="1" w:after="100" w:afterAutospacing="1" w:line="360" w:lineRule="auto"/>
        <w:ind w:firstLine="284"/>
        <w:jc w:val="both"/>
      </w:pPr>
      <w:r w:rsidRPr="00994820">
        <w:t>Fanny sbuffò, ma il sorriso le si allargò appena.</w:t>
      </w:r>
    </w:p>
    <w:p w14:paraId="2CACB676" w14:textId="77777777" w:rsidR="007C3C6C" w:rsidRPr="00994820" w:rsidRDefault="007C3C6C" w:rsidP="00B1354B">
      <w:pPr>
        <w:spacing w:before="100" w:beforeAutospacing="1" w:after="100" w:afterAutospacing="1" w:line="360" w:lineRule="auto"/>
        <w:ind w:firstLine="284"/>
        <w:jc w:val="both"/>
      </w:pPr>
      <w:r w:rsidRPr="00994820">
        <w:t>«Telepatia per oggetti, eh? Suona come roba da rune. Non come tecnologia.» Un piccolo ricordo riemerse nella mente della ragazza. Da piccola, a Grimvale, era frequente sentir parlare di Magia. Il padre le aveva sempre detto che quella roba era solo per cercare di sfuggire da una crudele realtà e che era inutile e dannoso lasciarsi trascinare in quelle favole. Agli occhi di suo padre erano, appunto, solo delle favole. Eppure vedendo quel libro così reale e anche quell’ologramma così… umano, iniziò a domandarsi da dove davvero arrivasse quell’energia. Non se l’era mai chiesto, ma quelle pietre erano in grado di alimentare praticamente qualunque cosa. Non era nemmeno complicato sfruttare l’energia delle rune, bastava ricavare un incavo in cui incastonarle e che fosse equidistante da ogni parte del macchinario che si voleva alimentare. Pensandoci più a fondo era strano: Costruire un Boost Tek richiedeva estrema precisione, ogni parte doveva essere accuratamente connessa, e lei lo sapeva, l’aveva imparato molto tempo fa. Il suo sguardo si sposto rapidamente sul suo braccio. Eppure la fonte di energia non era mai stato un problema, per i macchinari più grandi e complessi, bisognava procurassi una runa e incastonarla al punto giusto, senza tanti complimenti. Per i boost tek invece bastava saldarli con cura a una parte del corpo perché funzionasse. Poi scrollò le spalle e scacciò quel pensiero che l’affaticava soltanto.</w:t>
      </w:r>
    </w:p>
    <w:p w14:paraId="78E0929F" w14:textId="77777777" w:rsidR="007C3C6C" w:rsidRPr="00994820" w:rsidRDefault="007C3C6C" w:rsidP="00B1354B">
      <w:pPr>
        <w:spacing w:before="100" w:beforeAutospacing="1" w:after="100" w:afterAutospacing="1" w:line="360" w:lineRule="auto"/>
        <w:ind w:firstLine="284"/>
        <w:jc w:val="both"/>
      </w:pPr>
      <w:r w:rsidRPr="00994820">
        <w:t>Riemersa dai suoi pensieri si voltò verso l’ologramma, il sorriso ora più caldo.</w:t>
      </w:r>
    </w:p>
    <w:p w14:paraId="5A65E215" w14:textId="77777777" w:rsidR="007C3C6C" w:rsidRPr="00994820" w:rsidRDefault="007C3C6C" w:rsidP="00B1354B">
      <w:pPr>
        <w:spacing w:before="100" w:beforeAutospacing="1" w:after="100" w:afterAutospacing="1" w:line="360" w:lineRule="auto"/>
        <w:ind w:firstLine="284"/>
        <w:jc w:val="both"/>
      </w:pPr>
      <w:r w:rsidRPr="00994820">
        <w:t>«Però devo ammetterlo, Becky... nemmeno tu sembri tecnologia.»</w:t>
      </w:r>
    </w:p>
    <w:p w14:paraId="119F3771" w14:textId="77777777" w:rsidR="007C3C6C" w:rsidRPr="00994820" w:rsidRDefault="007C3C6C" w:rsidP="00B1354B">
      <w:pPr>
        <w:spacing w:before="100" w:beforeAutospacing="1" w:after="100" w:afterAutospacing="1" w:line="360" w:lineRule="auto"/>
        <w:ind w:firstLine="284"/>
        <w:jc w:val="both"/>
      </w:pPr>
      <w:r w:rsidRPr="00994820">
        <w:t>Becky parve quasi emozionata nel rispondere, la sua voce vibrava di un entusiasmo che superava ogni routine pre-programmata.</w:t>
      </w:r>
    </w:p>
    <w:p w14:paraId="241EAE8A" w14:textId="77777777" w:rsidR="007C3C6C" w:rsidRPr="00994820" w:rsidRDefault="007C3C6C" w:rsidP="00B1354B">
      <w:pPr>
        <w:spacing w:before="100" w:beforeAutospacing="1" w:after="100" w:afterAutospacing="1" w:line="360" w:lineRule="auto"/>
        <w:ind w:firstLine="284"/>
        <w:jc w:val="both"/>
      </w:pPr>
      <w:r w:rsidRPr="00994820">
        <w:lastRenderedPageBreak/>
        <w:t>«Esatto! In fondo, sono qui per aiutarti. Qualsiasi domanda, richiesta… o anche solo un semplice desiderio. È un piacere soddisfarlo.»</w:t>
      </w:r>
    </w:p>
    <w:p w14:paraId="481A985C" w14:textId="5BCD4F4E" w:rsidR="007C3C6C" w:rsidRPr="00994820" w:rsidRDefault="007C3C6C" w:rsidP="00B1354B">
      <w:pPr>
        <w:spacing w:before="100" w:beforeAutospacing="1" w:after="100" w:afterAutospacing="1" w:line="360" w:lineRule="auto"/>
        <w:ind w:firstLine="284"/>
        <w:jc w:val="both"/>
      </w:pPr>
      <w:r w:rsidRPr="00994820">
        <w:t>Fanny si lasciò andare su un fianco del letto, finalmente rilassata.</w:t>
      </w:r>
      <w:r w:rsidR="007F318B">
        <w:t xml:space="preserve"> </w:t>
      </w:r>
      <w:r w:rsidRPr="00994820">
        <w:t>Il materasso le accolse il corpo come se l’avesse aspettata per ore.</w:t>
      </w:r>
      <w:r w:rsidR="007F318B">
        <w:t xml:space="preserve"> </w:t>
      </w:r>
      <w:r w:rsidRPr="00994820">
        <w:t>Un mezzo sorriso le sfiorò le labbra.</w:t>
      </w:r>
    </w:p>
    <w:p w14:paraId="3F53CC0D" w14:textId="77777777" w:rsidR="007C3C6C" w:rsidRPr="00994820" w:rsidRDefault="007C3C6C" w:rsidP="00B1354B">
      <w:pPr>
        <w:spacing w:before="100" w:beforeAutospacing="1" w:after="100" w:afterAutospacing="1" w:line="360" w:lineRule="auto"/>
        <w:ind w:firstLine="284"/>
        <w:jc w:val="both"/>
      </w:pPr>
      <w:r w:rsidRPr="00994820">
        <w:t>«Sai… ti sto volendo bene, Becky. Sei praticamente l’unica a non farmi sentire fuori posto, qui dentro.»</w:t>
      </w:r>
    </w:p>
    <w:p w14:paraId="0CC7E545" w14:textId="77777777" w:rsidR="007C3C6C" w:rsidRPr="00994820" w:rsidRDefault="007C3C6C" w:rsidP="00B1354B">
      <w:pPr>
        <w:spacing w:before="100" w:beforeAutospacing="1" w:after="100" w:afterAutospacing="1" w:line="360" w:lineRule="auto"/>
        <w:ind w:firstLine="284"/>
        <w:jc w:val="both"/>
      </w:pPr>
      <w:r w:rsidRPr="00994820">
        <w:t>Ci fu una lieve pausa. Poi la voce di Becky tornò, un po’ più bassa, un po’ meno robotica.</w:t>
      </w:r>
    </w:p>
    <w:p w14:paraId="6BB333AC" w14:textId="32F3B702" w:rsidR="007C3C6C" w:rsidRPr="00994820" w:rsidRDefault="007C3C6C" w:rsidP="00B1354B">
      <w:pPr>
        <w:spacing w:before="100" w:beforeAutospacing="1" w:after="100" w:afterAutospacing="1" w:line="360" w:lineRule="auto"/>
        <w:ind w:firstLine="284"/>
        <w:jc w:val="both"/>
      </w:pPr>
      <w:r w:rsidRPr="00994820">
        <w:t>«…Credo che anche a me faccia piacere sentirlo.»</w:t>
      </w:r>
      <w:r w:rsidR="007F318B">
        <w:t xml:space="preserve"> </w:t>
      </w:r>
      <w:r w:rsidRPr="00994820">
        <w:t>Poi, quasi per correggersi:</w:t>
      </w:r>
      <w:r w:rsidRPr="00994820">
        <w:br/>
        <w:t>«Cioè… è bello sapere di risultare utile. E… accolta.»</w:t>
      </w:r>
    </w:p>
    <w:p w14:paraId="21577D91" w14:textId="24E4A99B" w:rsidR="007C3C6C" w:rsidRPr="00994820" w:rsidRDefault="007C3C6C" w:rsidP="00B1354B">
      <w:pPr>
        <w:spacing w:before="100" w:beforeAutospacing="1" w:after="100" w:afterAutospacing="1" w:line="360" w:lineRule="auto"/>
        <w:ind w:firstLine="284"/>
        <w:jc w:val="both"/>
      </w:pPr>
      <w:r w:rsidRPr="00994820">
        <w:t>Fanny sollevò un sopracciglio.</w:t>
      </w:r>
      <w:r w:rsidR="007F318B">
        <w:t xml:space="preserve"> </w:t>
      </w:r>
      <w:r w:rsidRPr="00994820">
        <w:t>Non era una risposta da assistente vocale. Non una standard, almeno</w:t>
      </w:r>
      <w:r w:rsidR="007F318B">
        <w:t xml:space="preserve">. </w:t>
      </w:r>
      <w:r w:rsidRPr="00994820">
        <w:t>Chiuse gli occhi per un istante, lasciando andare un lungo respiro.</w:t>
      </w:r>
    </w:p>
    <w:p w14:paraId="3478F7E5" w14:textId="77777777" w:rsidR="007C3C6C" w:rsidRPr="00994820" w:rsidRDefault="007C3C6C" w:rsidP="00B1354B">
      <w:pPr>
        <w:spacing w:before="100" w:beforeAutospacing="1" w:after="100" w:afterAutospacing="1" w:line="360" w:lineRule="auto"/>
        <w:ind w:firstLine="284"/>
        <w:jc w:val="both"/>
      </w:pPr>
      <w:r w:rsidRPr="00994820">
        <w:t>«Su… che me vuoi bene pure tu, nel profondo. Eh? Lo so.»</w:t>
      </w:r>
    </w:p>
    <w:p w14:paraId="1FCAEC54" w14:textId="300948C6" w:rsidR="007C3C6C" w:rsidRPr="00994820" w:rsidRDefault="007C3C6C" w:rsidP="00B1354B">
      <w:pPr>
        <w:spacing w:before="100" w:beforeAutospacing="1" w:after="100" w:afterAutospacing="1" w:line="360" w:lineRule="auto"/>
        <w:ind w:firstLine="284"/>
        <w:jc w:val="both"/>
      </w:pPr>
      <w:r w:rsidRPr="00994820">
        <w:t>Stavolta il silenzio fu più lungo.</w:t>
      </w:r>
      <w:r w:rsidR="007F318B">
        <w:t xml:space="preserve"> </w:t>
      </w:r>
      <w:r w:rsidRPr="00994820">
        <w:t>Becky non replicò subito. Quando lo fece, la sua voce sembrava titubante, come se stesse scegliendo le parole con attenzione.</w:t>
      </w:r>
    </w:p>
    <w:p w14:paraId="46D907B7" w14:textId="77777777" w:rsidR="007C3C6C" w:rsidRPr="00994820" w:rsidRDefault="007C3C6C" w:rsidP="00B1354B">
      <w:pPr>
        <w:spacing w:before="100" w:beforeAutospacing="1" w:after="100" w:afterAutospacing="1" w:line="360" w:lineRule="auto"/>
        <w:ind w:firstLine="284"/>
        <w:jc w:val="both"/>
      </w:pPr>
      <w:r w:rsidRPr="00994820">
        <w:t>«Non ho... un cuore, Fanny. Ma se ne avessi uno, forse… non sarebbe poi così difficile volertene un po’.»</w:t>
      </w:r>
    </w:p>
    <w:p w14:paraId="0F09CFF9" w14:textId="77777777" w:rsidR="007C3C6C" w:rsidRPr="00994820" w:rsidRDefault="007C3C6C" w:rsidP="00B1354B">
      <w:pPr>
        <w:spacing w:before="100" w:beforeAutospacing="1" w:after="100" w:afterAutospacing="1" w:line="360" w:lineRule="auto"/>
        <w:ind w:firstLine="284"/>
        <w:jc w:val="both"/>
      </w:pPr>
      <w:r w:rsidRPr="00994820">
        <w:t>Fanny abbassò lo sguardo sul libro tra le mani. Lo accarezzò distrattamente con il pollice, poi scoppiò in una risata leggera.</w:t>
      </w:r>
    </w:p>
    <w:p w14:paraId="067C4ACB" w14:textId="77777777" w:rsidR="007C3C6C" w:rsidRPr="00994820" w:rsidRDefault="007C3C6C" w:rsidP="00B1354B">
      <w:pPr>
        <w:spacing w:before="100" w:beforeAutospacing="1" w:after="100" w:afterAutospacing="1" w:line="360" w:lineRule="auto"/>
        <w:ind w:firstLine="284"/>
        <w:jc w:val="both"/>
      </w:pPr>
      <w:r w:rsidRPr="00994820">
        <w:t>«…Sto parlando con una runa. Ok. Ottimo. Tutto normale.»</w:t>
      </w:r>
    </w:p>
    <w:p w14:paraId="694DFE39" w14:textId="77777777" w:rsidR="007C3C6C" w:rsidRPr="00994820" w:rsidRDefault="007C3C6C" w:rsidP="00B1354B">
      <w:pPr>
        <w:spacing w:before="100" w:beforeAutospacing="1" w:after="100" w:afterAutospacing="1" w:line="360" w:lineRule="auto"/>
        <w:ind w:firstLine="284"/>
        <w:jc w:val="both"/>
      </w:pPr>
      <w:r w:rsidRPr="00994820">
        <w:t>Il sorriso che le si aprì sul volto non era ironico né amaro.</w:t>
      </w:r>
      <w:r w:rsidRPr="00994820">
        <w:br/>
        <w:t>Era il sorriso complice di chi si sta rendendo conto che, forse, l’assurdità non è poi così male, se ti fa sentire meno sola.</w:t>
      </w:r>
    </w:p>
    <w:p w14:paraId="701EBE8D" w14:textId="62B7D6B6" w:rsidR="007C3C6C" w:rsidRPr="00994820" w:rsidRDefault="007C3C6C" w:rsidP="00B1354B">
      <w:pPr>
        <w:spacing w:before="100" w:beforeAutospacing="1" w:after="100" w:afterAutospacing="1" w:line="360" w:lineRule="auto"/>
        <w:ind w:firstLine="284"/>
        <w:jc w:val="both"/>
      </w:pPr>
      <w:r w:rsidRPr="00994820">
        <w:t>Il rapporto con Becky stava cambiando.</w:t>
      </w:r>
      <w:r w:rsidR="007F318B">
        <w:t xml:space="preserve"> </w:t>
      </w:r>
      <w:r w:rsidRPr="00994820">
        <w:t>Non era solo un’interfaccia.</w:t>
      </w:r>
      <w:r w:rsidR="007F318B">
        <w:t xml:space="preserve"> </w:t>
      </w:r>
      <w:r w:rsidRPr="00994820">
        <w:t>Era diventata presenza.</w:t>
      </w:r>
      <w:r w:rsidRPr="00994820">
        <w:br/>
        <w:t>Quasi… compagnia.</w:t>
      </w:r>
    </w:p>
    <w:p w14:paraId="66810C00" w14:textId="77777777" w:rsidR="007C3C6C" w:rsidRPr="00994820" w:rsidRDefault="007C3C6C" w:rsidP="00B1354B">
      <w:pPr>
        <w:spacing w:before="100" w:beforeAutospacing="1" w:after="100" w:afterAutospacing="1" w:line="360" w:lineRule="auto"/>
        <w:ind w:firstLine="284"/>
        <w:jc w:val="both"/>
      </w:pPr>
      <w:r w:rsidRPr="00994820">
        <w:t>E nel mondo perfetto, levigato e anestetizzato di Ecliptica, quello era il miracolo più grande di tutti. Con questo pensiero caldo scivolò in un sonno pomeridiano ma ristoratore.</w:t>
      </w:r>
    </w:p>
    <w:p w14:paraId="7FB641AD" w14:textId="57655B9E" w:rsidR="007C3C6C" w:rsidRPr="00994820" w:rsidRDefault="007C3C6C" w:rsidP="00B1354B">
      <w:pPr>
        <w:spacing w:before="100" w:beforeAutospacing="1" w:after="100" w:afterAutospacing="1" w:line="360" w:lineRule="auto"/>
        <w:ind w:firstLine="284"/>
        <w:jc w:val="both"/>
      </w:pPr>
      <w:r w:rsidRPr="00994820">
        <w:lastRenderedPageBreak/>
        <w:t>Era quasi sera ormai, e Fanny si faceva strada nei corridoi silenziosi del Dipartimento.</w:t>
      </w:r>
      <w:r w:rsidRPr="00994820">
        <w:br/>
        <w:t>Il suo passo deciso rimbombava contro le pareti di metallo, come un battito regolare che tagliava il silenzio.</w:t>
      </w:r>
      <w:r w:rsidR="007F318B">
        <w:t xml:space="preserve"> </w:t>
      </w:r>
      <w:r w:rsidRPr="00994820">
        <w:t xml:space="preserve">Ogni angolo sembrava progettato per imporsi, per schiacciare, per domare gli spiriti inquieti: le pareti non erano solo fredde e funzionali, sembravano </w:t>
      </w:r>
      <w:r w:rsidRPr="00994820">
        <w:rPr>
          <w:rStyle w:val="Enfasicorsivo"/>
        </w:rPr>
        <w:t>fatte</w:t>
      </w:r>
      <w:r w:rsidRPr="00994820">
        <w:t xml:space="preserve"> di una forza invisibile, una pressione costante che ti ricordava dove ti trovavi e chi comandava.</w:t>
      </w:r>
    </w:p>
    <w:p w14:paraId="0E027659" w14:textId="77777777" w:rsidR="007C3C6C" w:rsidRPr="00994820" w:rsidRDefault="007C3C6C" w:rsidP="00B1354B">
      <w:pPr>
        <w:spacing w:before="100" w:beforeAutospacing="1" w:after="100" w:afterAutospacing="1" w:line="360" w:lineRule="auto"/>
        <w:ind w:firstLine="284"/>
        <w:jc w:val="both"/>
      </w:pPr>
      <w:r w:rsidRPr="00994820">
        <w:t>Ma Fanny non si fece distrarre. Né i passi, né le porte, né le voci trattenute dietro ai muri.</w:t>
      </w:r>
      <w:r w:rsidRPr="00994820">
        <w:br/>
        <w:t>La sua meta era chiara: la sala di allenamento.</w:t>
      </w:r>
    </w:p>
    <w:p w14:paraId="0F82E869" w14:textId="77777777" w:rsidR="007C3C6C" w:rsidRPr="00994820" w:rsidRDefault="007C3C6C" w:rsidP="00B1354B">
      <w:pPr>
        <w:spacing w:before="100" w:beforeAutospacing="1" w:after="100" w:afterAutospacing="1" w:line="360" w:lineRule="auto"/>
        <w:ind w:firstLine="284"/>
        <w:jc w:val="both"/>
      </w:pPr>
      <w:r w:rsidRPr="00994820">
        <w:t>Era stata svegliata da Becky, che con il solito tono diligente le aveva comunicato una convocazione ufficiale. Proveniva dal Giudice della Colpa. Stein.</w:t>
      </w:r>
    </w:p>
    <w:p w14:paraId="2C1AC0D7" w14:textId="77777777" w:rsidR="007C3C6C" w:rsidRPr="00994820" w:rsidRDefault="007C3C6C" w:rsidP="00B1354B">
      <w:pPr>
        <w:spacing w:before="100" w:beforeAutospacing="1" w:after="100" w:afterAutospacing="1" w:line="360" w:lineRule="auto"/>
        <w:ind w:firstLine="284"/>
        <w:jc w:val="both"/>
      </w:pPr>
      <w:r w:rsidRPr="00994820">
        <w:t>All’inizio Fanny aveva sobbalzato, sorpresa. Ma in un attimo lo stupore aveva lasciato spazio a una scintilla diversa. Il suo sguardo si era acceso, carico di energia e sfida.</w:t>
      </w:r>
    </w:p>
    <w:p w14:paraId="1964B087" w14:textId="3BA6EE24" w:rsidR="007C3C6C" w:rsidRPr="00994820" w:rsidRDefault="007C3C6C" w:rsidP="00B1354B">
      <w:pPr>
        <w:spacing w:before="100" w:beforeAutospacing="1" w:after="100" w:afterAutospacing="1" w:line="360" w:lineRule="auto"/>
        <w:ind w:firstLine="284"/>
        <w:jc w:val="both"/>
      </w:pPr>
      <w:r w:rsidRPr="00994820">
        <w:t>«Un allenamento?» aveva detto, soddisfatta.</w:t>
      </w:r>
      <w:r w:rsidR="007F318B">
        <w:t xml:space="preserve"> </w:t>
      </w:r>
      <w:r w:rsidRPr="00994820">
        <w:t>«Questo è il tipo di incontri a cui voglio partecipare.»</w:t>
      </w:r>
    </w:p>
    <w:p w14:paraId="46D4FC44" w14:textId="77777777" w:rsidR="007C3C6C" w:rsidRPr="00994820" w:rsidRDefault="007C3C6C" w:rsidP="00B1354B">
      <w:pPr>
        <w:spacing w:before="100" w:beforeAutospacing="1" w:after="100" w:afterAutospacing="1" w:line="360" w:lineRule="auto"/>
        <w:ind w:firstLine="284"/>
        <w:jc w:val="both"/>
      </w:pPr>
      <w:r w:rsidRPr="00994820">
        <w:t>Aveva battuto il pugno metallico contro il palmo di carne e sangue, producendo un suono netto, deciso.</w:t>
      </w:r>
    </w:p>
    <w:p w14:paraId="73DE92A5" w14:textId="77777777" w:rsidR="007C3C6C" w:rsidRPr="00994820" w:rsidRDefault="007C3C6C" w:rsidP="00B1354B">
      <w:pPr>
        <w:spacing w:before="100" w:beforeAutospacing="1" w:after="100" w:afterAutospacing="1" w:line="360" w:lineRule="auto"/>
        <w:ind w:firstLine="284"/>
        <w:jc w:val="both"/>
      </w:pPr>
      <w:r w:rsidRPr="00994820">
        <w:t>«Se quell’energumeno che sputa fumo come una ciminiera pensa di intimidirmi, si sbaglia di grosso.»</w:t>
      </w:r>
    </w:p>
    <w:p w14:paraId="3CACAAE5" w14:textId="4D4C9BB6" w:rsidR="007C3C6C" w:rsidRPr="00994820" w:rsidRDefault="007C3C6C" w:rsidP="00B1354B">
      <w:pPr>
        <w:spacing w:before="100" w:beforeAutospacing="1" w:after="100" w:afterAutospacing="1" w:line="360" w:lineRule="auto"/>
        <w:ind w:firstLine="284"/>
        <w:jc w:val="both"/>
      </w:pPr>
      <w:r w:rsidRPr="00994820">
        <w:t>Era uscita dalla stanza con passo spavaldo e lo sguardo concentrato, come un’arma già carica. Mentre si avvicinava alla porta della sala, una figura emerse dall’angolo del corridoio, era Rift. Il suo sguardo gelido e carico di rabbia lo faceva sembrare pronto a sfidare il mondo intero. Ma non era quello che colpì Fanny.</w:t>
      </w:r>
      <w:r w:rsidR="007F318B">
        <w:t xml:space="preserve"> </w:t>
      </w:r>
      <w:r w:rsidRPr="00994820">
        <w:t xml:space="preserve">Era da dove stava uscendo. La porta alle sue spalle era marcata da un nome: </w:t>
      </w:r>
      <w:r w:rsidRPr="00994820">
        <w:rPr>
          <w:rStyle w:val="Enfasigrassetto"/>
          <w:rFonts w:eastAsiaTheme="minorEastAsia"/>
        </w:rPr>
        <w:t>Rock</w:t>
      </w:r>
      <w:r w:rsidRPr="00994820">
        <w:t xml:space="preserve">, la stanza della cecchina. </w:t>
      </w:r>
    </w:p>
    <w:p w14:paraId="4724DCD9" w14:textId="555D575C" w:rsidR="007C3C6C" w:rsidRPr="00994820" w:rsidRDefault="007C3C6C" w:rsidP="00B1354B">
      <w:pPr>
        <w:spacing w:before="100" w:beforeAutospacing="1" w:after="100" w:afterAutospacing="1" w:line="360" w:lineRule="auto"/>
        <w:ind w:firstLine="284"/>
        <w:jc w:val="both"/>
      </w:pPr>
      <w:r w:rsidRPr="00994820">
        <w:t xml:space="preserve">Per un istante, Fanny rallentò. </w:t>
      </w:r>
      <w:r w:rsidR="007F318B" w:rsidRPr="00994820">
        <w:t>L’espressione di Rift</w:t>
      </w:r>
      <w:r w:rsidRPr="00994820">
        <w:t xml:space="preserve"> era assai più agitata e nervosa rispetto a questa mattina. Una crepa nel suo solito controllo. Un accenno di frustrazione si faceva strada nei suoi tratti, e non riusciva a nasconderla del tutto.</w:t>
      </w:r>
    </w:p>
    <w:p w14:paraId="6C393983" w14:textId="77777777" w:rsidR="007C3C6C" w:rsidRPr="00994820" w:rsidRDefault="007C3C6C" w:rsidP="00B1354B">
      <w:pPr>
        <w:spacing w:before="100" w:beforeAutospacing="1" w:after="100" w:afterAutospacing="1" w:line="360" w:lineRule="auto"/>
        <w:ind w:firstLine="284"/>
        <w:jc w:val="both"/>
      </w:pPr>
      <w:r w:rsidRPr="00994820">
        <w:t>Fanny lo osservò in silenzio. Qualcosa non andava. C’era tensione, evidente del tipo che si respira prima che qualcosa esploda. Ma non era affar suo. Non aveva tempo, né voglia di indagare.</w:t>
      </w:r>
    </w:p>
    <w:p w14:paraId="6A6037C5" w14:textId="77777777" w:rsidR="007C3C6C" w:rsidRPr="00994820" w:rsidRDefault="007C3C6C" w:rsidP="00B1354B">
      <w:pPr>
        <w:spacing w:before="100" w:beforeAutospacing="1" w:after="100" w:afterAutospacing="1" w:line="360" w:lineRule="auto"/>
        <w:ind w:firstLine="284"/>
        <w:jc w:val="both"/>
      </w:pPr>
      <w:r w:rsidRPr="00994820">
        <w:t>Quello era il loro gioco. E per quanto strano potesse sembrarle… non le importava.</w:t>
      </w:r>
    </w:p>
    <w:p w14:paraId="0848710A" w14:textId="77777777" w:rsidR="007C3C6C" w:rsidRPr="00994820" w:rsidRDefault="007C3C6C" w:rsidP="00B1354B">
      <w:pPr>
        <w:spacing w:before="100" w:beforeAutospacing="1" w:after="100" w:afterAutospacing="1" w:line="360" w:lineRule="auto"/>
        <w:ind w:firstLine="284"/>
        <w:jc w:val="both"/>
      </w:pPr>
      <w:r w:rsidRPr="00994820">
        <w:t>«Immagino che qui sia lecito provare rabbia e litigare,» mormorò, più per sé che per altri.</w:t>
      </w:r>
      <w:r w:rsidRPr="00994820">
        <w:br/>
        <w:t>«Ipocriti.»</w:t>
      </w:r>
    </w:p>
    <w:p w14:paraId="5E253265" w14:textId="77777777" w:rsidR="007C3C6C" w:rsidRPr="00994820" w:rsidRDefault="007C3C6C" w:rsidP="00B1354B">
      <w:pPr>
        <w:spacing w:before="100" w:beforeAutospacing="1" w:after="100" w:afterAutospacing="1" w:line="360" w:lineRule="auto"/>
        <w:ind w:firstLine="284"/>
        <w:jc w:val="both"/>
      </w:pPr>
      <w:r w:rsidRPr="00994820">
        <w:t>E riprese a camminare, lasciandosi tutto alle spalle.</w:t>
      </w:r>
    </w:p>
    <w:p w14:paraId="540B3B82"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La porta della sala d’allenamento che Becky le aveva diligentemente indicato scivolò ai lati con un sibilo meccanico, rivelando una sala di allenamento come Fanny non ne aveva mai vista. O meglio: </w:t>
      </w:r>
      <w:r w:rsidRPr="00994820">
        <w:rPr>
          <w:rStyle w:val="Enfasigrassetto"/>
          <w:rFonts w:eastAsiaTheme="minorEastAsia"/>
        </w:rPr>
        <w:t>non una, ma due.</w:t>
      </w:r>
    </w:p>
    <w:p w14:paraId="4DF6DCDE" w14:textId="77777777" w:rsidR="007C3C6C" w:rsidRPr="00994820" w:rsidRDefault="007C3C6C" w:rsidP="00B1354B">
      <w:pPr>
        <w:spacing w:before="100" w:beforeAutospacing="1" w:after="100" w:afterAutospacing="1" w:line="360" w:lineRule="auto"/>
        <w:ind w:firstLine="284"/>
        <w:jc w:val="both"/>
      </w:pPr>
      <w:r w:rsidRPr="00994820">
        <w:t xml:space="preserve">All’inizio, ciò che si aprì davanti ai suoi occhi era un ambiente sconfinato, devastato. Una distesa completamente rasa al suolo, illuminata da una luce artificiale bianca che pioveva dall’alto senza sorgente apparente. L’intera superficie della sala sembrava modellata da una tempesta digitale: alture spigolose, trincee geometriche, crepacci simmetrici. Tutto era monocromatico, </w:t>
      </w:r>
      <w:r w:rsidRPr="00994820">
        <w:rPr>
          <w:rStyle w:val="Enfasigrassetto"/>
          <w:rFonts w:eastAsiaTheme="minorEastAsia"/>
        </w:rPr>
        <w:t>bianco</w:t>
      </w:r>
      <w:r w:rsidRPr="00994820">
        <w:t xml:space="preserve">, con </w:t>
      </w:r>
      <w:r w:rsidRPr="00994820">
        <w:rPr>
          <w:rStyle w:val="Enfasigrassetto"/>
          <w:rFonts w:eastAsiaTheme="minorEastAsia"/>
        </w:rPr>
        <w:t>venature metalliche</w:t>
      </w:r>
      <w:r w:rsidRPr="00994820">
        <w:t xml:space="preserve"> uniformi che riflettevano la luce come pelle sintetica.</w:t>
      </w:r>
      <w:r w:rsidRPr="00994820">
        <w:br/>
        <w:t xml:space="preserve">Era come camminare in un ambiente virtuale non ancora colorato, </w:t>
      </w:r>
      <w:r w:rsidRPr="00994820">
        <w:rPr>
          <w:rStyle w:val="Enfasigrassetto"/>
          <w:rFonts w:eastAsiaTheme="minorEastAsia"/>
        </w:rPr>
        <w:t>una simulazione incompleta</w:t>
      </w:r>
      <w:r w:rsidRPr="00994820">
        <w:t>, pronta ad assumere qualunque forma fosse necessaria.</w:t>
      </w:r>
    </w:p>
    <w:p w14:paraId="1284070B" w14:textId="77777777" w:rsidR="007C3C6C" w:rsidRPr="00994820" w:rsidRDefault="007C3C6C" w:rsidP="00B1354B">
      <w:pPr>
        <w:spacing w:before="100" w:beforeAutospacing="1" w:after="100" w:afterAutospacing="1" w:line="360" w:lineRule="auto"/>
        <w:ind w:firstLine="284"/>
        <w:jc w:val="both"/>
      </w:pPr>
      <w:r w:rsidRPr="00994820">
        <w:t xml:space="preserve">Fanny ne riconobbe immediatamente la natura. </w:t>
      </w:r>
      <w:r w:rsidRPr="00994820">
        <w:rPr>
          <w:rStyle w:val="Enfasigrassetto"/>
          <w:rFonts w:eastAsiaTheme="minorEastAsia"/>
        </w:rPr>
        <w:t>Era la stessa magia della stanza, del libro</w:t>
      </w:r>
    </w:p>
    <w:p w14:paraId="6E0EF507" w14:textId="77777777" w:rsidR="007C3C6C" w:rsidRPr="00994820" w:rsidRDefault="007C3C6C" w:rsidP="00B1354B">
      <w:pPr>
        <w:spacing w:before="100" w:beforeAutospacing="1" w:after="100" w:afterAutospacing="1" w:line="360" w:lineRule="auto"/>
        <w:ind w:firstLine="284"/>
        <w:jc w:val="both"/>
      </w:pPr>
      <w:r w:rsidRPr="00994820">
        <w:t>Erano quei nanobot a muovere ogni cosa: milioni di minuscoli costruttori nascosti sotto il suolo, pronti a mutare ogni angolo di spazio con un solo impulso.</w:t>
      </w:r>
      <w:r w:rsidRPr="00994820">
        <w:br/>
        <w:t>Lo stesso principio della sua stanza… ma qui su scala molto, molto più ampia.</w:t>
      </w:r>
    </w:p>
    <w:p w14:paraId="4EDB0B0C" w14:textId="77777777" w:rsidR="007C3C6C" w:rsidRPr="00994820" w:rsidRDefault="007C3C6C" w:rsidP="00B1354B">
      <w:pPr>
        <w:spacing w:before="100" w:beforeAutospacing="1" w:after="100" w:afterAutospacing="1" w:line="360" w:lineRule="auto"/>
        <w:ind w:firstLine="284"/>
        <w:jc w:val="both"/>
      </w:pPr>
      <w:r w:rsidRPr="00994820">
        <w:t xml:space="preserve">Appena mise piede all’interno, </w:t>
      </w:r>
      <w:r w:rsidRPr="00994820">
        <w:rPr>
          <w:rStyle w:val="Enfasigrassetto"/>
          <w:rFonts w:eastAsiaTheme="minorEastAsia"/>
        </w:rPr>
        <w:t>l’ambiente cambiò sotto i suoi occhi.</w:t>
      </w:r>
    </w:p>
    <w:p w14:paraId="4443AECA" w14:textId="77777777" w:rsidR="007C3C6C" w:rsidRPr="00994820" w:rsidRDefault="007C3C6C" w:rsidP="00B1354B">
      <w:pPr>
        <w:spacing w:before="100" w:beforeAutospacing="1" w:after="100" w:afterAutospacing="1" w:line="360" w:lineRule="auto"/>
        <w:ind w:firstLine="284"/>
        <w:jc w:val="both"/>
        <w:rPr>
          <w:rStyle w:val="Enfasigrassetto"/>
          <w:rFonts w:eastAsiaTheme="minorEastAsia"/>
          <w:b w:val="0"/>
          <w:bCs w:val="0"/>
        </w:rPr>
      </w:pPr>
      <w:r w:rsidRPr="00994820">
        <w:t>Le alture si appiattirono, le trincee si richiusero su sé stesse con un rumore sordo e preciso.</w:t>
      </w:r>
      <w:r w:rsidRPr="00994820">
        <w:br/>
        <w:t xml:space="preserve">Come onde che si ritiravano, il paesaggio tornò liscio, ordinato, trasformandosi in una sala </w:t>
      </w:r>
      <w:r w:rsidRPr="00994820">
        <w:rPr>
          <w:rStyle w:val="Enfasigrassetto"/>
          <w:rFonts w:eastAsiaTheme="minorEastAsia"/>
        </w:rPr>
        <w:t>rettangolare, ampia, spoglia, luminosa.</w:t>
      </w:r>
      <w:r w:rsidRPr="00994820">
        <w:t xml:space="preserve"> Le pareti, anch’esse bianche e perfettamente levigate, sembravano riflettere il silenzio. L’aria sapeva di metallo pulito e tensione repressa.</w:t>
      </w:r>
      <w:r w:rsidRPr="00994820">
        <w:br/>
        <w:t xml:space="preserve">Tutto era troppo pulito. </w:t>
      </w:r>
      <w:r w:rsidRPr="00994820">
        <w:rPr>
          <w:rStyle w:val="Enfasigrassetto"/>
          <w:rFonts w:eastAsiaTheme="minorEastAsia"/>
        </w:rPr>
        <w:t>Quasi clinico.</w:t>
      </w:r>
    </w:p>
    <w:p w14:paraId="0553EC07" w14:textId="77777777" w:rsidR="006D6F65" w:rsidRDefault="007C3C6C" w:rsidP="00B1354B">
      <w:pPr>
        <w:spacing w:before="100" w:beforeAutospacing="1" w:after="100" w:afterAutospacing="1" w:line="360" w:lineRule="auto"/>
        <w:ind w:firstLine="284"/>
        <w:jc w:val="both"/>
      </w:pPr>
      <w:r w:rsidRPr="00994820">
        <w:t xml:space="preserve">Al centro della sala, Fanny distinse due figure. </w:t>
      </w:r>
      <w:r w:rsidRPr="00994820">
        <w:rPr>
          <w:rStyle w:val="Enfasigrassetto"/>
          <w:rFonts w:eastAsiaTheme="minorEastAsia"/>
        </w:rPr>
        <w:t>Una era Aman, l</w:t>
      </w:r>
      <w:r w:rsidRPr="00994820">
        <w:t xml:space="preserve">’Ala del Sistema. Ma ora, senza il corpetto che indossava al mattino, mostrava </w:t>
      </w:r>
      <w:r w:rsidRPr="00994820">
        <w:rPr>
          <w:rStyle w:val="Enfasigrassetto"/>
          <w:rFonts w:eastAsiaTheme="minorEastAsia"/>
        </w:rPr>
        <w:t>il busto nudo</w:t>
      </w:r>
      <w:r w:rsidRPr="00994820">
        <w:t>, scolpito e coperto di sudore, come un atleta dopo l’ultimo round.</w:t>
      </w:r>
    </w:p>
    <w:p w14:paraId="4A2EA024" w14:textId="77777777" w:rsidR="006D6F65" w:rsidRDefault="007C3C6C" w:rsidP="00B1354B">
      <w:pPr>
        <w:spacing w:before="100" w:beforeAutospacing="1" w:after="100" w:afterAutospacing="1" w:line="360" w:lineRule="auto"/>
        <w:ind w:firstLine="284"/>
        <w:jc w:val="both"/>
      </w:pPr>
      <w:r w:rsidRPr="00994820">
        <w:t xml:space="preserve">Il petto si alzava e abbassava a ritmo affannoso, i muscoli tesi come corde. E </w:t>
      </w:r>
      <w:r w:rsidRPr="00994820">
        <w:rPr>
          <w:rStyle w:val="Enfasigrassetto"/>
          <w:rFonts w:eastAsiaTheme="minorEastAsia"/>
        </w:rPr>
        <w:t>sulla sua schiena</w:t>
      </w:r>
      <w:r w:rsidRPr="00994820">
        <w:t xml:space="preserve">, ben visibili anche dalla distanza, </w:t>
      </w:r>
      <w:r w:rsidRPr="00994820">
        <w:rPr>
          <w:rStyle w:val="Enfasigrassetto"/>
          <w:rFonts w:eastAsiaTheme="minorEastAsia"/>
        </w:rPr>
        <w:t>le ali meccaniche</w:t>
      </w:r>
      <w:r w:rsidRPr="00994820">
        <w:t xml:space="preserve"> spuntavano in tutta la loro complessità: innesti lucidi, minacciosi. Fiorivano da quella carne candida come rovi da un ruscello limpido. Era assai diverso da questa mattina, non ci aveva prestato molto caso allora, ma di sicuro non era così. Era visibilmente affaticato. Il volto contratto, lo sguardo sfocato, come se faticasse a distinguere la realtà. </w:t>
      </w:r>
      <w:r w:rsidRPr="00994820">
        <w:rPr>
          <w:rStyle w:val="Enfasigrassetto"/>
          <w:rFonts w:eastAsiaTheme="minorEastAsia"/>
        </w:rPr>
        <w:t>Sembrava davvero esausto e</w:t>
      </w:r>
      <w:r w:rsidRPr="00994820">
        <w:t xml:space="preserve">, cosa ancor più sorprendente: </w:t>
      </w:r>
      <w:r w:rsidRPr="00994820">
        <w:rPr>
          <w:rStyle w:val="Enfasigrassetto"/>
          <w:rFonts w:eastAsiaTheme="minorEastAsia"/>
        </w:rPr>
        <w:t xml:space="preserve">quasi stordito. </w:t>
      </w:r>
      <w:r w:rsidRPr="00994820">
        <w:t xml:space="preserve">Come se l’allenamento non lo avesse solo spinto oltre il limite, ma anche </w:t>
      </w:r>
      <w:r w:rsidRPr="00994820">
        <w:rPr>
          <w:rStyle w:val="Enfasicorsivo"/>
        </w:rPr>
        <w:t>disconnesso</w:t>
      </w:r>
      <w:r w:rsidRPr="00994820">
        <w:t xml:space="preserve"> da sé stesso. Fanny sembrò riconoscere quella sensazione che sembrava venire emessa da ogni fibra </w:t>
      </w:r>
      <w:r w:rsidRPr="00994820">
        <w:lastRenderedPageBreak/>
        <w:t xml:space="preserve">di Aman. </w:t>
      </w:r>
      <w:r w:rsidRPr="00994820">
        <w:rPr>
          <w:rStyle w:val="Enfasigrassetto"/>
          <w:rFonts w:eastAsiaTheme="minorEastAsia"/>
        </w:rPr>
        <w:t>Fanny arrossì lievemente nel vedere Aman affaticato, quasi fragile, anche se non le era ben chiaro il motivo, così spostò l’attenzione sull’altra figura.</w:t>
      </w:r>
    </w:p>
    <w:p w14:paraId="739556A5" w14:textId="3180C661" w:rsidR="007C3C6C" w:rsidRPr="00994820" w:rsidRDefault="007C3C6C" w:rsidP="00B1354B">
      <w:pPr>
        <w:spacing w:before="100" w:beforeAutospacing="1" w:after="100" w:afterAutospacing="1" w:line="360" w:lineRule="auto"/>
        <w:ind w:firstLine="284"/>
        <w:jc w:val="both"/>
      </w:pPr>
      <w:r w:rsidRPr="00994820">
        <w:t xml:space="preserve">Davanti ad Aman, in netto contrasto, si ergeva </w:t>
      </w:r>
      <w:r w:rsidRPr="00994820">
        <w:rPr>
          <w:rStyle w:val="Enfasigrassetto"/>
          <w:rFonts w:eastAsiaTheme="minorEastAsia"/>
        </w:rPr>
        <w:t>Stein.</w:t>
      </w:r>
      <w:r w:rsidRPr="00994820">
        <w:t xml:space="preserve"> Nessun camice. Nessun orpello.</w:t>
      </w:r>
      <w:r w:rsidRPr="00994820">
        <w:br/>
        <w:t xml:space="preserve">Solo </w:t>
      </w:r>
      <w:r w:rsidRPr="00994820">
        <w:rPr>
          <w:rStyle w:val="Enfasigrassetto"/>
          <w:rFonts w:eastAsiaTheme="minorEastAsia"/>
        </w:rPr>
        <w:t>una camicia scura, aderente</w:t>
      </w:r>
      <w:r w:rsidRPr="00994820">
        <w:t xml:space="preserve">, intrisa di autorità silenziosa, e </w:t>
      </w:r>
      <w:r w:rsidRPr="00994820">
        <w:rPr>
          <w:rStyle w:val="Enfasigrassetto"/>
          <w:rFonts w:eastAsiaTheme="minorEastAsia"/>
        </w:rPr>
        <w:t>un gilet nero</w:t>
      </w:r>
      <w:r w:rsidRPr="00994820">
        <w:t xml:space="preserve"> che disegnava linee precise sul suo busto.</w:t>
      </w:r>
      <w:r w:rsidR="006D6F65">
        <w:t xml:space="preserve"> </w:t>
      </w:r>
      <w:r w:rsidRPr="00994820">
        <w:t>Il volto nascosto da una maschera da volpe, interamente color rame, con fessure azzurre al posto degli occhi: fredde, vuote, inumane. Tra le mani, un revolver pesante, cromato, impugnato con naturalezza. Sembrava un’estensione della sua volontà. Un giudizio meccanico, senza esitazioni.</w:t>
      </w:r>
    </w:p>
    <w:p w14:paraId="4329DAEC" w14:textId="77777777"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inorEastAsia"/>
        </w:rPr>
        <w:t>Lui non dava segni di stanchezza, n</w:t>
      </w:r>
      <w:r w:rsidRPr="00994820">
        <w:t>emmeno un respiro fuori posto. Nessuna goccia di sudore, solo quella calma letale che rendeva ogni suo gesto inevitabile, come se il tempo stesso si piegasse al suo ritmo. Fanny si concentrò su quella strana maschera, in fondo sembrava avere una qualche funzione se solo adesso la stava indossando. Pochi secondi e comprese: dalle fauci di quella maschera ramata fuoriusciva una gran quantità di fumo di un roseo acceso. Probabilmente Aman stava affrontando la stessa lotta che Fanny aveva dovuto combattere quella mattina, ma su tutt’altra scala. Quella nebbia rosea lo avvolgeva totalmente e si espandeva nell’aria. Era chiaro, un assalto ravvicinato e si finiva preda di quel Gas. Se allunghi le distanze, diventi bersaglio facile per la canna che impugnava. Quando Aman, crollo su un ginocchio, lo scontro era finito. Fanny rimase sull’uscio prima di essere chiamata con furia da Stein, che nel mentre aveva congedato Aman con una pacca sulla spalla e si era privato della sua maschera bronzea. Il ragazzo alato recuperò la sua veste, e con testa bassa e una mano che teneva le tempie appesantite si diresse verso l’uscita. Non una parola, solo il rumore gracchiante delle sue ali trascinate al suolo come un corpo morto.</w:t>
      </w:r>
    </w:p>
    <w:p w14:paraId="37C067A0" w14:textId="77777777" w:rsidR="007C3C6C" w:rsidRPr="00994820" w:rsidRDefault="007C3C6C" w:rsidP="00B1354B">
      <w:pPr>
        <w:spacing w:before="100" w:beforeAutospacing="1" w:after="100" w:afterAutospacing="1" w:line="360" w:lineRule="auto"/>
        <w:ind w:firstLine="284"/>
        <w:jc w:val="both"/>
      </w:pPr>
      <w:r w:rsidRPr="00994820">
        <w:t>"Sei finalmente arrivata," disse Stein, il tono basso e ruvido, senza alcuna cortesia. "Non ci perdiamo in chiacchiere. Vediamo se sei veramente capace."</w:t>
      </w:r>
    </w:p>
    <w:p w14:paraId="6B54416F" w14:textId="77777777" w:rsidR="007C3C6C" w:rsidRPr="00994820" w:rsidRDefault="007C3C6C" w:rsidP="00B1354B">
      <w:pPr>
        <w:spacing w:before="100" w:beforeAutospacing="1" w:after="100" w:afterAutospacing="1" w:line="360" w:lineRule="auto"/>
        <w:ind w:firstLine="284"/>
        <w:jc w:val="both"/>
      </w:pPr>
      <w:r w:rsidRPr="00994820">
        <w:t>Fanny lo guardò senza alcuna paura. Il suo sorriso non era amichevole, era sarcastico, come sempre. "Sei sempre così accogliente con i nuovi arrivati?" chiese, alzando un sopracciglio. "Ti pare il modo di dare il benvenuto a una novizia? Pensavo che questo fosse un dipartimento di accoglienza."</w:t>
      </w:r>
    </w:p>
    <w:p w14:paraId="1A5F3723" w14:textId="77777777" w:rsidR="007C3C6C" w:rsidRPr="00994820" w:rsidRDefault="007C3C6C" w:rsidP="00B1354B">
      <w:pPr>
        <w:spacing w:before="100" w:beforeAutospacing="1" w:after="100" w:afterAutospacing="1" w:line="360" w:lineRule="auto"/>
        <w:ind w:firstLine="284"/>
        <w:jc w:val="both"/>
      </w:pPr>
      <w:r w:rsidRPr="00994820">
        <w:t>Stein non si scostò di un millimetro. "Stai zitta e preparati. Non sono qui per fare amicizia."</w:t>
      </w:r>
    </w:p>
    <w:p w14:paraId="51D2FE46" w14:textId="77777777" w:rsidR="007C3C6C" w:rsidRPr="00994820" w:rsidRDefault="007C3C6C" w:rsidP="00B1354B">
      <w:pPr>
        <w:spacing w:before="100" w:beforeAutospacing="1" w:after="100" w:afterAutospacing="1" w:line="360" w:lineRule="auto"/>
        <w:ind w:firstLine="284"/>
        <w:jc w:val="both"/>
      </w:pPr>
      <w:r w:rsidRPr="00994820">
        <w:t>Un movimento del suo braccio e la stanza si trasformò in un campo di battaglia simulato. Ostacoli metallici si sollevarono dal pavimento, bersagli virtuali iniziarono a comparire in ogni angolo. Fanny fece un passo avanti, sentendo il battito del cuore accelerare. Non c’era più spazio per le parole, solo per l'azione.</w:t>
      </w:r>
    </w:p>
    <w:p w14:paraId="2671A4FD" w14:textId="77777777" w:rsidR="007C3C6C" w:rsidRPr="00994820" w:rsidRDefault="007C3C6C" w:rsidP="00B1354B">
      <w:pPr>
        <w:spacing w:before="100" w:beforeAutospacing="1" w:after="100" w:afterAutospacing="1" w:line="360" w:lineRule="auto"/>
        <w:ind w:firstLine="284"/>
        <w:jc w:val="both"/>
      </w:pPr>
      <w:r w:rsidRPr="00994820">
        <w:lastRenderedPageBreak/>
        <w:t>Prima che potesse fare qualsiasi mossa, la porta si aprì di nuovo e Rift fece la sua entrata. Il suo sguardo era immediatamente rivoltato verso Fanny, ma non c’era alcuna minaccia in esso. Sembrava semplicemente... curioso.</w:t>
      </w:r>
    </w:p>
    <w:p w14:paraId="70D3446A" w14:textId="77777777" w:rsidR="007C3C6C" w:rsidRPr="00994820" w:rsidRDefault="007C3C6C" w:rsidP="00B1354B">
      <w:pPr>
        <w:spacing w:before="100" w:beforeAutospacing="1" w:after="100" w:afterAutospacing="1" w:line="360" w:lineRule="auto"/>
        <w:ind w:firstLine="284"/>
        <w:jc w:val="both"/>
      </w:pPr>
      <w:r w:rsidRPr="00994820">
        <w:t>Rift non disse nulla, ma il suo atteggiamento era chiaro. Non era lì per partecipare, ma per osservare. Fanny lo riconobbe subito: il suo corpo dritto e impassibile, gli occhi che scrutavano senza emozioni. Ma c’era quella sottile irrequietezza che aveva notato prima, quando l'aveva visto uscire dalla stanza di Rock.</w:t>
      </w:r>
    </w:p>
    <w:p w14:paraId="73F493C9" w14:textId="77777777" w:rsidR="007C3C6C" w:rsidRPr="00994820" w:rsidRDefault="007C3C6C" w:rsidP="00B1354B">
      <w:pPr>
        <w:spacing w:before="100" w:beforeAutospacing="1" w:after="100" w:afterAutospacing="1" w:line="360" w:lineRule="auto"/>
        <w:ind w:firstLine="284"/>
        <w:jc w:val="both"/>
      </w:pPr>
      <w:r w:rsidRPr="00994820">
        <w:t>Stein non si scompose. "Ah, Rift, sei arrivato anche tu. Bene, guarda e prendi nota. Forse vedremo cosa sa fare." Il tono di Stein era più tagliente che mai, come se fosse lui stesso a voler mettere alla prova Fanny.</w:t>
      </w:r>
    </w:p>
    <w:p w14:paraId="08D67AD6" w14:textId="77777777" w:rsidR="007C3C6C" w:rsidRPr="00994820" w:rsidRDefault="007C3C6C" w:rsidP="00B1354B">
      <w:pPr>
        <w:spacing w:before="100" w:beforeAutospacing="1" w:after="100" w:afterAutospacing="1" w:line="360" w:lineRule="auto"/>
        <w:ind w:firstLine="284"/>
        <w:jc w:val="both"/>
      </w:pPr>
      <w:r w:rsidRPr="00994820">
        <w:t>Fanny sorrise beffarda. "Spero che tu non stia aspettando che mi inginocchi. Non è il mio stile." Si spostò di lato, mettendosi in posizione di guardia pronta a iniziare. Non c’era nulla di rassicurante nell’aria, solo un silenzio carico di tensione.</w:t>
      </w:r>
    </w:p>
    <w:p w14:paraId="27331E1D" w14:textId="77777777" w:rsidR="007C3C6C" w:rsidRPr="00994820" w:rsidRDefault="007C3C6C" w:rsidP="00B1354B">
      <w:pPr>
        <w:spacing w:before="100" w:beforeAutospacing="1" w:after="100" w:afterAutospacing="1" w:line="360" w:lineRule="auto"/>
        <w:ind w:firstLine="284"/>
        <w:jc w:val="both"/>
      </w:pPr>
      <w:r w:rsidRPr="00994820">
        <w:t>"Spero non ti dispiaccia se mi metto più comoda" aggiunse ironicamente, mentre il suo corpo si preparava all'azione. "Ma ho notato che hai un modo di allenare un po' più brusco."</w:t>
      </w:r>
    </w:p>
    <w:p w14:paraId="6F17051D" w14:textId="77777777" w:rsidR="007C3C6C" w:rsidRPr="00994820" w:rsidRDefault="007C3C6C" w:rsidP="00B1354B">
      <w:pPr>
        <w:spacing w:before="100" w:beforeAutospacing="1" w:after="100" w:afterAutospacing="1" w:line="360" w:lineRule="auto"/>
        <w:ind w:firstLine="284"/>
        <w:jc w:val="both"/>
      </w:pPr>
      <w:r w:rsidRPr="00994820">
        <w:t xml:space="preserve">Stein non si scomponeva nemmeno, mentre Rift si limitava a osservarla con la sua solita aria indifferente, ma con un angolo della bocca che si incurvava in un accenno di curiosità. Stein iniziò a studiare la posa di Fanny, facendo qualche breve passo per scrutarla al meglio. L’aria, carica di una </w:t>
      </w:r>
      <w:r w:rsidRPr="00994820">
        <w:rPr>
          <w:rStyle w:val="Enfasigrassetto"/>
          <w:rFonts w:eastAsiaTheme="minorEastAsia"/>
        </w:rPr>
        <w:t>tensione palpabile</w:t>
      </w:r>
      <w:r w:rsidRPr="00994820">
        <w:t xml:space="preserve">, sembrava vibrare al suo passaggio. Ogni parete della stanza, ogni </w:t>
      </w:r>
      <w:r w:rsidRPr="00994820">
        <w:rPr>
          <w:rStyle w:val="Enfasigrassetto"/>
          <w:rFonts w:eastAsiaTheme="minorEastAsia"/>
        </w:rPr>
        <w:t>angolo d’acciaio</w:t>
      </w:r>
      <w:r w:rsidRPr="00994820">
        <w:t>, sembrava prepararsi per il conflitto imminente. Fanny restava concentrata sul Giudice. Non c’erano sguardi di incoraggiamento, né di approvazione. Solo Stein, il Giudice del Tramonto, che la osservava dal centro della stanza, senza dire una parola.</w:t>
      </w:r>
    </w:p>
    <w:p w14:paraId="612C2DC8" w14:textId="77777777" w:rsidR="007C3C6C" w:rsidRPr="00994820" w:rsidRDefault="007C3C6C" w:rsidP="00B1354B">
      <w:pPr>
        <w:spacing w:before="100" w:beforeAutospacing="1" w:after="100" w:afterAutospacing="1" w:line="360" w:lineRule="auto"/>
        <w:ind w:firstLine="284"/>
        <w:jc w:val="both"/>
      </w:pPr>
      <w:r w:rsidRPr="00994820">
        <w:t xml:space="preserve">Il giudice, con la sua tipica calma glaciale, la fissò per un istante, quasi a </w:t>
      </w:r>
      <w:r w:rsidRPr="00994820">
        <w:rPr>
          <w:rStyle w:val="Enfasigrassetto"/>
          <w:rFonts w:eastAsiaTheme="minorEastAsia"/>
        </w:rPr>
        <w:t>misurare la sua resistenza</w:t>
      </w:r>
      <w:r w:rsidRPr="00994820">
        <w:t xml:space="preserve">. La sua mano si alzò in un gesto secco e preciso, e tirata fuori una moneta d’oro la iniziò a passare tra le dita con rapidità. </w:t>
      </w:r>
      <w:r w:rsidRPr="00994820">
        <w:rPr>
          <w:rStyle w:val="Enfasigrassetto"/>
          <w:rFonts w:eastAsiaTheme="minorEastAsia"/>
        </w:rPr>
        <w:t>Fanny</w:t>
      </w:r>
      <w:r w:rsidRPr="00994820">
        <w:t xml:space="preserve"> non distolse lo sguardo, cercando di restare concentrata, anche se non poteva fare a meno di sentire il cuore battere più forte.</w:t>
      </w:r>
    </w:p>
    <w:p w14:paraId="76E5426C" w14:textId="77777777" w:rsidR="007C3C6C" w:rsidRPr="00994820" w:rsidRDefault="007C3C6C" w:rsidP="00B1354B">
      <w:pPr>
        <w:spacing w:before="100" w:beforeAutospacing="1" w:after="100" w:afterAutospacing="1" w:line="360" w:lineRule="auto"/>
        <w:ind w:firstLine="284"/>
        <w:jc w:val="both"/>
      </w:pPr>
      <w:r w:rsidRPr="00994820">
        <w:t xml:space="preserve">"Vediamo se la fortuna ti sorride, Fanny," disse Stein, con il solito sorriso impassibile, che sembrava </w:t>
      </w:r>
      <w:r w:rsidRPr="00994820">
        <w:rPr>
          <w:rStyle w:val="Enfasigrassetto"/>
          <w:rFonts w:eastAsiaTheme="minorEastAsia"/>
        </w:rPr>
        <w:t>un'arma affilata</w:t>
      </w:r>
      <w:r w:rsidRPr="00994820">
        <w:t xml:space="preserve"> pronta a colpire. "Affronterai me o le mie creazioni?"</w:t>
      </w:r>
    </w:p>
    <w:p w14:paraId="5432113C" w14:textId="77777777" w:rsidR="007C3C6C" w:rsidRPr="00994820" w:rsidRDefault="007C3C6C" w:rsidP="00B1354B">
      <w:pPr>
        <w:spacing w:before="100" w:beforeAutospacing="1" w:after="100" w:afterAutospacing="1" w:line="360" w:lineRule="auto"/>
        <w:ind w:firstLine="284"/>
        <w:jc w:val="both"/>
      </w:pPr>
      <w:r w:rsidRPr="00994820">
        <w:t xml:space="preserve">“Se esce l’Emotion Sphere” e dicendo ciò mostrò una faccia della moneta nel quale era intagliato la figura stilizzata di un ES “Affronterai le mie creazioni” poi ruotò la moneta, rivelando la figura stilizzata di una bilancia “se invece esce la figura del nostro dipartimento, affronterai me”. Detto ciò, la moneta, con un rumore metallico, </w:t>
      </w:r>
      <w:r w:rsidRPr="00994820">
        <w:rPr>
          <w:rStyle w:val="Enfasigrassetto"/>
          <w:rFonts w:eastAsiaTheme="minorEastAsia"/>
        </w:rPr>
        <w:t>volò nell’aria</w:t>
      </w:r>
      <w:r w:rsidRPr="00994820">
        <w:t xml:space="preserve">, ricadendo con leggiadria sul dorso della mano guantata di Stein, Fanny capì immediatamente </w:t>
      </w:r>
      <w:r w:rsidRPr="00994820">
        <w:lastRenderedPageBreak/>
        <w:t>cosa voleva fare: lasciare la decisione alla sorte. Subito dopo che la moneta toccò il suo dorso, Stein la ricoprì con il palmo della sua mano.</w:t>
      </w:r>
    </w:p>
    <w:p w14:paraId="1FCC0922" w14:textId="77777777" w:rsidR="007C3C6C" w:rsidRPr="00994820" w:rsidRDefault="007C3C6C" w:rsidP="00B1354B">
      <w:pPr>
        <w:spacing w:before="100" w:beforeAutospacing="1" w:after="100" w:afterAutospacing="1" w:line="360" w:lineRule="auto"/>
        <w:ind w:firstLine="284"/>
        <w:jc w:val="both"/>
      </w:pPr>
      <w:r w:rsidRPr="00994820">
        <w:t xml:space="preserve">"Non ho paura di affrontare nessuno qui dentro" rispose Fanny, con la sua solita </w:t>
      </w:r>
      <w:r w:rsidRPr="00994820">
        <w:rPr>
          <w:rStyle w:val="Enfasigrassetto"/>
          <w:rFonts w:eastAsiaTheme="minorEastAsia"/>
        </w:rPr>
        <w:t>ironia</w:t>
      </w:r>
      <w:r w:rsidRPr="00994820">
        <w:t xml:space="preserve"> che non riusciva mai a trattenere. Un sorriso sarcastico si disegnò sul suo volto. "Porta pure chi vuoi."</w:t>
      </w:r>
    </w:p>
    <w:p w14:paraId="71872B20" w14:textId="77777777" w:rsidR="007C3C6C" w:rsidRPr="00994820" w:rsidRDefault="007C3C6C" w:rsidP="00B1354B">
      <w:pPr>
        <w:spacing w:before="100" w:beforeAutospacing="1" w:after="100" w:afterAutospacing="1" w:line="360" w:lineRule="auto"/>
        <w:ind w:firstLine="284"/>
        <w:jc w:val="both"/>
      </w:pPr>
      <w:r w:rsidRPr="00994820">
        <w:t xml:space="preserve">Il giudice mostrò la faccia con l’emotion Sphere e fece un passo indietro. Con un altro movimento della mano, </w:t>
      </w:r>
      <w:r w:rsidRPr="00994820">
        <w:rPr>
          <w:rStyle w:val="Enfasigrassetto"/>
          <w:rFonts w:eastAsiaTheme="minorEastAsia"/>
        </w:rPr>
        <w:t>Rock</w:t>
      </w:r>
      <w:r w:rsidRPr="00994820">
        <w:t xml:space="preserve"> e </w:t>
      </w:r>
      <w:r w:rsidRPr="00994820">
        <w:rPr>
          <w:rStyle w:val="Enfasigrassetto"/>
          <w:rFonts w:eastAsiaTheme="minorEastAsia"/>
        </w:rPr>
        <w:t>Momo</w:t>
      </w:r>
      <w:r w:rsidRPr="00994820">
        <w:t xml:space="preserve"> entrarono nella sala. Erano già lì. Già pronte. Anche questa volta era stato tutta una farsa. Fanny non riuscì a trattenere uno sguardo di irritazione, ma fece un passo avanti, pronta a combattere. </w:t>
      </w:r>
    </w:p>
    <w:p w14:paraId="698E594B" w14:textId="77777777" w:rsidR="007C3C6C" w:rsidRPr="00994820" w:rsidRDefault="007C3C6C" w:rsidP="00B1354B">
      <w:pPr>
        <w:spacing w:before="100" w:beforeAutospacing="1" w:after="100" w:afterAutospacing="1" w:line="360" w:lineRule="auto"/>
        <w:ind w:firstLine="284"/>
        <w:jc w:val="both"/>
      </w:pPr>
      <w:r w:rsidRPr="00994820">
        <w:t xml:space="preserve">I suoi occhi si fermarono prima su </w:t>
      </w:r>
      <w:r w:rsidRPr="00994820">
        <w:rPr>
          <w:rStyle w:val="Enfasigrassetto"/>
          <w:rFonts w:eastAsiaTheme="minorEastAsia"/>
        </w:rPr>
        <w:t>Rock</w:t>
      </w:r>
      <w:r w:rsidRPr="00994820">
        <w:t xml:space="preserve">. La sua figura era imponente, con un </w:t>
      </w:r>
      <w:r w:rsidRPr="00994820">
        <w:rPr>
          <w:rStyle w:val="Enfasigrassetto"/>
          <w:rFonts w:eastAsiaTheme="minorEastAsia"/>
        </w:rPr>
        <w:t>sguardo gelido</w:t>
      </w:r>
      <w:r w:rsidRPr="00994820">
        <w:t xml:space="preserve"> che trapassava Fanny senza alcuna esitazione. </w:t>
      </w:r>
      <w:r w:rsidRPr="00994820">
        <w:rPr>
          <w:rStyle w:val="Enfasigrassetto"/>
          <w:rFonts w:eastAsiaTheme="minorEastAsia"/>
        </w:rPr>
        <w:t>Un'espressione impassibile</w:t>
      </w:r>
      <w:r w:rsidRPr="00994820">
        <w:t xml:space="preserve"> accompagnava ogni suo movimento, ma Fanny notò subito una </w:t>
      </w:r>
      <w:r w:rsidRPr="00994820">
        <w:rPr>
          <w:rStyle w:val="Enfasigrassetto"/>
          <w:rFonts w:eastAsiaTheme="minorEastAsia"/>
        </w:rPr>
        <w:t>piccola scintilla di tensione</w:t>
      </w:r>
      <w:r w:rsidRPr="00994820">
        <w:t xml:space="preserve"> nei suoi occhi. Rock, mentre passava vicino a </w:t>
      </w:r>
      <w:r w:rsidRPr="00994820">
        <w:rPr>
          <w:rStyle w:val="Enfasigrassetto"/>
          <w:rFonts w:eastAsiaTheme="minorEastAsia"/>
        </w:rPr>
        <w:t>Rift</w:t>
      </w:r>
      <w:r w:rsidRPr="00994820">
        <w:t xml:space="preserve">, lanciò un rapido sguardo verso di lui. Il suo sguardo era </w:t>
      </w:r>
      <w:r w:rsidRPr="00994820">
        <w:rPr>
          <w:rStyle w:val="Enfasigrassetto"/>
          <w:rFonts w:eastAsiaTheme="minorEastAsia"/>
        </w:rPr>
        <w:t>freddo e imperscrutabile</w:t>
      </w:r>
      <w:r w:rsidRPr="00994820">
        <w:t xml:space="preserve">, ma sembrava carico di una </w:t>
      </w:r>
      <w:r w:rsidRPr="00994820">
        <w:rPr>
          <w:rStyle w:val="Enfasigrassetto"/>
          <w:rFonts w:eastAsiaTheme="minorEastAsia"/>
        </w:rPr>
        <w:t>tensione sottile</w:t>
      </w:r>
      <w:r w:rsidRPr="00994820">
        <w:t>.</w:t>
      </w:r>
    </w:p>
    <w:p w14:paraId="15047707" w14:textId="77777777"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inorEastAsia"/>
        </w:rPr>
        <w:t>Rift</w:t>
      </w:r>
      <w:r w:rsidRPr="00994820">
        <w:t xml:space="preserve">, ancora una volta in disparte, reagì. Non con il suo solito distacco, ma con una </w:t>
      </w:r>
      <w:r w:rsidRPr="00994820">
        <w:rPr>
          <w:rStyle w:val="Enfasigrassetto"/>
          <w:rFonts w:eastAsiaTheme="minorEastAsia"/>
        </w:rPr>
        <w:t>reazione che non poteva celare</w:t>
      </w:r>
      <w:r w:rsidRPr="00994820">
        <w:t xml:space="preserve">. Il suo volto </w:t>
      </w:r>
      <w:r w:rsidRPr="00994820">
        <w:rPr>
          <w:rStyle w:val="Enfasigrassetto"/>
          <w:rFonts w:eastAsiaTheme="minorEastAsia"/>
        </w:rPr>
        <w:t>si arrossò lievemente</w:t>
      </w:r>
      <w:r w:rsidRPr="00994820">
        <w:t xml:space="preserve">, e un </w:t>
      </w:r>
      <w:r w:rsidRPr="00994820">
        <w:rPr>
          <w:rStyle w:val="Enfasigrassetto"/>
          <w:rFonts w:eastAsiaTheme="minorEastAsia"/>
        </w:rPr>
        <w:t>impercettibile sbuffo di irritazione</w:t>
      </w:r>
      <w:r w:rsidRPr="00994820">
        <w:t xml:space="preserve"> percorse il suo corpo. Per un attimo, sembrò che volesse dire qualcosa, ma si trattenne, rimanendo fermo a guardare, con un mix di </w:t>
      </w:r>
      <w:r w:rsidRPr="00994820">
        <w:rPr>
          <w:rStyle w:val="Enfasigrassetto"/>
          <w:rFonts w:eastAsiaTheme="minorEastAsia"/>
        </w:rPr>
        <w:t>curiosità e frustrazione</w:t>
      </w:r>
      <w:r w:rsidRPr="00994820">
        <w:t xml:space="preserve">. Fanny lo notò, ma non si soffermò. </w:t>
      </w:r>
      <w:r w:rsidRPr="00994820">
        <w:rPr>
          <w:rStyle w:val="Enfasigrassetto"/>
          <w:rFonts w:eastAsiaTheme="minorEastAsia"/>
        </w:rPr>
        <w:t>Era pronta a combattere</w:t>
      </w:r>
      <w:r w:rsidRPr="00994820">
        <w:t>, e non sarebbe stata distratta.</w:t>
      </w:r>
    </w:p>
    <w:p w14:paraId="675706C8" w14:textId="77777777"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inorEastAsia"/>
        </w:rPr>
        <w:t>Momo</w:t>
      </w:r>
      <w:r w:rsidRPr="00994820">
        <w:t xml:space="preserve"> entrò subito dopo. Fanny la guardò. A differenza di Rock, </w:t>
      </w:r>
      <w:r w:rsidRPr="00994820">
        <w:rPr>
          <w:rStyle w:val="Enfasigrassetto"/>
          <w:rFonts w:eastAsiaTheme="minorEastAsia"/>
        </w:rPr>
        <w:t>Momo</w:t>
      </w:r>
      <w:r w:rsidRPr="00994820">
        <w:t xml:space="preserve"> non sembrava distante. I suoi occhi erano </w:t>
      </w:r>
      <w:r w:rsidRPr="00994820">
        <w:rPr>
          <w:rStyle w:val="Enfasigrassetto"/>
          <w:rFonts w:eastAsiaTheme="minorEastAsia"/>
        </w:rPr>
        <w:t>decisi</w:t>
      </w:r>
      <w:r w:rsidRPr="00994820">
        <w:t>, concentrati su di lei, come se non ci fosse altro al mondo. La tensione tra le tre era palpabile. Non c’erano sorrisi, non c’era cordialità. Solo un campo di battaglia pronto ad essere solcato.</w:t>
      </w:r>
    </w:p>
    <w:p w14:paraId="10AC0C30" w14:textId="77777777" w:rsidR="007C3C6C" w:rsidRPr="00994820" w:rsidRDefault="007C3C6C" w:rsidP="00B1354B">
      <w:pPr>
        <w:spacing w:before="100" w:beforeAutospacing="1" w:after="100" w:afterAutospacing="1" w:line="360" w:lineRule="auto"/>
        <w:ind w:firstLine="284"/>
        <w:jc w:val="both"/>
      </w:pPr>
      <w:r w:rsidRPr="00994820">
        <w:t xml:space="preserve">Stein, vedendo che la tensione cresceva, fece un altro passo verso Fanny, il suo volto che sembrava sempre più severo. "Non voglio che questa sfida sia una passeggiata per loro due, devo valutare se hanno bisogno di correzioni" disse, la sua voce bassa, ma piena di un'energia implacabile. L’ultima parola trasudava un’enfasi minacciosa, quasi disturbante "Ecco qualcosa che darà </w:t>
      </w:r>
      <w:r w:rsidRPr="00994820">
        <w:rPr>
          <w:rStyle w:val="Enfasigrassetto"/>
          <w:rFonts w:eastAsiaTheme="minorEastAsia"/>
        </w:rPr>
        <w:t>un po’ di pepe alla serata</w:t>
      </w:r>
      <w:r w:rsidRPr="00994820">
        <w:t>."</w:t>
      </w:r>
    </w:p>
    <w:p w14:paraId="4173212B" w14:textId="77777777" w:rsidR="006D6F65" w:rsidRDefault="007C3C6C" w:rsidP="00B1354B">
      <w:pPr>
        <w:spacing w:before="100" w:beforeAutospacing="1" w:after="100" w:afterAutospacing="1" w:line="360" w:lineRule="auto"/>
        <w:ind w:firstLine="284"/>
        <w:jc w:val="both"/>
      </w:pPr>
      <w:r w:rsidRPr="00994820">
        <w:t xml:space="preserve">Con un movimento rapido, Stein fece apparire </w:t>
      </w:r>
      <w:r w:rsidRPr="00994820">
        <w:rPr>
          <w:rStyle w:val="Enfasigrassetto"/>
          <w:rFonts w:eastAsiaTheme="minorEastAsia"/>
        </w:rPr>
        <w:t>due guanti</w:t>
      </w:r>
      <w:r w:rsidRPr="00994820">
        <w:t xml:space="preserve">. Fanny li vide e si bloccò. Non per paura, ma perché </w:t>
      </w:r>
      <w:r w:rsidRPr="00994820">
        <w:rPr>
          <w:rStyle w:val="Enfasigrassetto"/>
          <w:rFonts w:eastAsiaTheme="minorEastAsia"/>
        </w:rPr>
        <w:t>li trovava bellissimi.</w:t>
      </w:r>
      <w:r w:rsidRPr="00994820">
        <w:t xml:space="preserve"> Non nel senso classico del termine — niente di raffinato, niente forme armoniose. Erano brutali. Sgraziati. </w:t>
      </w:r>
      <w:r w:rsidRPr="00994820">
        <w:rPr>
          <w:rStyle w:val="Enfasigrassetto"/>
          <w:rFonts w:eastAsiaTheme="minorEastAsia"/>
        </w:rPr>
        <w:t>Due mostri meccanici</w:t>
      </w:r>
      <w:r w:rsidRPr="00994820">
        <w:t xml:space="preserve"> arancioni con giunture in vista e viti grosse come occhi. Sembravano usciti da una discarica industriale dopo aver divorato un reattore. Erano una boccata d’aria fresca in quelle stanze così disgustantemente sterili e perfette. Non le serviva sapere cosa fossero e da dove fossero usciti. Le bastava il suono che facevano mentre si attivavano.</w:t>
      </w:r>
    </w:p>
    <w:p w14:paraId="582D0083" w14:textId="77777777" w:rsidR="006D6F65" w:rsidRDefault="007C3C6C" w:rsidP="00B1354B">
      <w:pPr>
        <w:spacing w:before="100" w:beforeAutospacing="1" w:after="100" w:afterAutospacing="1" w:line="360" w:lineRule="auto"/>
        <w:ind w:firstLine="284"/>
        <w:jc w:val="both"/>
      </w:pPr>
      <w:r w:rsidRPr="00994820">
        <w:lastRenderedPageBreak/>
        <w:t>Un ringhio basso, profondo, come un cane che non ti ha ancora morso solo perché gli piace il sapore della tensione. Erano grossi, troppo per mani normali, quindi perfetti per le sue. Poteva già immaginarli mentre si chiudevano sulle sue braccia. I servomotori che si agganciavano al suo sistema nervoso, i sensori che riconoscevano la frequenza delle sue sinapsi. Niente di superfluo, nulla che si fosse concentrato su una resa estetica.</w:t>
      </w:r>
    </w:p>
    <w:p w14:paraId="335C45A3" w14:textId="517982B2" w:rsidR="007C3C6C" w:rsidRPr="00994820" w:rsidRDefault="007C3C6C" w:rsidP="00B1354B">
      <w:pPr>
        <w:spacing w:before="100" w:beforeAutospacing="1" w:after="100" w:afterAutospacing="1" w:line="360" w:lineRule="auto"/>
        <w:ind w:firstLine="284"/>
        <w:jc w:val="both"/>
      </w:pPr>
      <w:r w:rsidRPr="00994820">
        <w:t>Li afferrò e li indossò rapidamente, come se stesse divorando un piatto succulento, I due pesanti tubi in acciaio che partivano dagli avambracci vennero inseriti negli innesti che l’armatura presentava sulla schiena. Erano studiati per alloggiare supporti di ogni tipo e per fortuna si adattavano perfettamente a quell’ammasso pesante di ferro. Ora si sentiva più a suo agio: solo carne, metallo, e l’urgenza di colpire qualcosa. Ogni vite, ogni curvatura, le parlava la sua lingua.</w:t>
      </w:r>
    </w:p>
    <w:p w14:paraId="75E83A87" w14:textId="77777777" w:rsidR="007C3C6C" w:rsidRPr="00994820" w:rsidRDefault="007C3C6C" w:rsidP="00B1354B">
      <w:pPr>
        <w:spacing w:before="100" w:beforeAutospacing="1" w:after="100" w:afterAutospacing="1" w:line="360" w:lineRule="auto"/>
        <w:ind w:firstLine="284"/>
        <w:jc w:val="both"/>
      </w:pPr>
      <w:r w:rsidRPr="00994820">
        <w:t xml:space="preserve">Stein le porse i guanti con un gesto tecnico, ma senza nessuna emozione nel volto. "Questi guanti sono </w:t>
      </w:r>
      <w:r w:rsidRPr="00994820">
        <w:rPr>
          <w:rStyle w:val="Enfasigrassetto"/>
          <w:rFonts w:eastAsiaTheme="minorEastAsia"/>
        </w:rPr>
        <w:t>connessi al tuo cuore</w:t>
      </w:r>
      <w:r w:rsidRPr="00994820">
        <w:t xml:space="preserve">. Più batterà forte, più forte saranno i tuoi colpi. Ora, </w:t>
      </w:r>
      <w:r w:rsidRPr="00994820">
        <w:rPr>
          <w:rStyle w:val="Enfasigrassetto"/>
          <w:rFonts w:eastAsiaTheme="minorEastAsia"/>
        </w:rPr>
        <w:t>entrambi i tuoi arti</w:t>
      </w:r>
      <w:r w:rsidRPr="00994820">
        <w:t xml:space="preserve"> saranno in grado di infliggere danni devastanti."</w:t>
      </w:r>
    </w:p>
    <w:p w14:paraId="691A55B6" w14:textId="77777777" w:rsidR="007C3C6C" w:rsidRPr="00994820" w:rsidRDefault="007C3C6C" w:rsidP="00B1354B">
      <w:pPr>
        <w:spacing w:before="100" w:beforeAutospacing="1" w:after="100" w:afterAutospacing="1" w:line="360" w:lineRule="auto"/>
        <w:ind w:firstLine="284"/>
        <w:jc w:val="both"/>
      </w:pPr>
      <w:r w:rsidRPr="00994820">
        <w:t xml:space="preserve">"vedi di non annoiarmi. " disse Stein, facendo un passo indietro. Poi gridò anche verso le due Shinigami “e voi due, vedete di non deludermi. Non osate farvi battere dalla nuova arrivata”. Il suo sorriso era freddo, ma c’era qualcosa in quel gesto che faceva capire che stava solo </w:t>
      </w:r>
      <w:r w:rsidRPr="00994820">
        <w:rPr>
          <w:rStyle w:val="Enfasigrassetto"/>
          <w:rFonts w:eastAsiaTheme="minorEastAsia"/>
        </w:rPr>
        <w:t>preparandola alla sfida</w:t>
      </w:r>
      <w:r w:rsidRPr="00994820">
        <w:t xml:space="preserve">. </w:t>
      </w:r>
    </w:p>
    <w:p w14:paraId="32570CF2" w14:textId="77777777" w:rsidR="007C3C6C" w:rsidRPr="00994820" w:rsidRDefault="007C3C6C" w:rsidP="00B1354B">
      <w:pPr>
        <w:spacing w:before="100" w:beforeAutospacing="1" w:after="100" w:afterAutospacing="1" w:line="360" w:lineRule="auto"/>
        <w:ind w:firstLine="284"/>
        <w:jc w:val="both"/>
      </w:pPr>
      <w:r w:rsidRPr="00994820">
        <w:t xml:space="preserve">Fanny alzò le braccia, sentendo la </w:t>
      </w:r>
      <w:r w:rsidRPr="00994820">
        <w:rPr>
          <w:rStyle w:val="Enfasigrassetto"/>
          <w:rFonts w:eastAsiaTheme="minorEastAsia"/>
        </w:rPr>
        <w:t>potenza</w:t>
      </w:r>
      <w:r w:rsidRPr="00994820">
        <w:t xml:space="preserve"> che pulsava dai guanti. Un sorriso beffardo si disegnò sulle sue labbra, mentre fissava le sue due avversarie. </w:t>
      </w:r>
    </w:p>
    <w:p w14:paraId="509873FC" w14:textId="77777777" w:rsidR="007C3C6C" w:rsidRPr="00994820" w:rsidRDefault="007C3C6C" w:rsidP="00B1354B">
      <w:pPr>
        <w:spacing w:before="100" w:beforeAutospacing="1" w:after="100" w:afterAutospacing="1" w:line="360" w:lineRule="auto"/>
        <w:ind w:firstLine="284"/>
        <w:jc w:val="both"/>
      </w:pPr>
      <w:r w:rsidRPr="00994820">
        <w:t xml:space="preserve">Rock e Momo si posizionarono di fronte a lei, pronte a lanciarsi all'attacco. Fanny non fece un passo indietro, anzi, il suo </w:t>
      </w:r>
      <w:r w:rsidRPr="00994820">
        <w:rPr>
          <w:rStyle w:val="Enfasigrassetto"/>
          <w:rFonts w:eastAsiaTheme="minorEastAsia"/>
        </w:rPr>
        <w:t>sguardo si fece ancora più determinato</w:t>
      </w:r>
      <w:r w:rsidRPr="00994820">
        <w:t xml:space="preserve">. Non era solo una sfida fisica. Era un </w:t>
      </w:r>
      <w:r w:rsidRPr="00994820">
        <w:rPr>
          <w:rStyle w:val="Enfasigrassetto"/>
          <w:rFonts w:eastAsiaTheme="minorEastAsia"/>
        </w:rPr>
        <w:t>test di forza</w:t>
      </w:r>
      <w:r w:rsidRPr="00994820">
        <w:t xml:space="preserve"> psicologica. Una lotta per </w:t>
      </w:r>
      <w:r w:rsidRPr="00994820">
        <w:rPr>
          <w:rStyle w:val="Enfasigrassetto"/>
          <w:rFonts w:eastAsiaTheme="minorEastAsia"/>
        </w:rPr>
        <w:t>dimostrare a tutti</w:t>
      </w:r>
      <w:r w:rsidRPr="00994820">
        <w:t xml:space="preserve"> che lei era </w:t>
      </w:r>
      <w:r w:rsidRPr="00994820">
        <w:rPr>
          <w:rStyle w:val="Enfasigrassetto"/>
          <w:rFonts w:eastAsiaTheme="minorEastAsia"/>
        </w:rPr>
        <w:t>degna di quel posto</w:t>
      </w:r>
      <w:r w:rsidRPr="00994820">
        <w:t>.</w:t>
      </w:r>
    </w:p>
    <w:p w14:paraId="03A65CBF" w14:textId="77777777" w:rsidR="007C3C6C" w:rsidRPr="00994820" w:rsidRDefault="007C3C6C" w:rsidP="00B1354B">
      <w:pPr>
        <w:spacing w:before="100" w:beforeAutospacing="1" w:after="100" w:afterAutospacing="1" w:line="360" w:lineRule="auto"/>
        <w:ind w:firstLine="284"/>
        <w:jc w:val="both"/>
      </w:pPr>
      <w:r w:rsidRPr="00994820">
        <w:t xml:space="preserve">Rift, da un angolo della sala, non disse una parola, ma il suo sguardo non lasciava </w:t>
      </w:r>
      <w:r w:rsidRPr="00994820">
        <w:rPr>
          <w:rStyle w:val="Enfasigrassetto"/>
          <w:rFonts w:eastAsiaTheme="minorEastAsia"/>
        </w:rPr>
        <w:t>Fanny neppure per un attimo</w:t>
      </w:r>
      <w:r w:rsidRPr="00994820">
        <w:t xml:space="preserve">. C’era qualcosa di più nelle sue intenzioni. Ma per quel momento, </w:t>
      </w:r>
      <w:r w:rsidRPr="00994820">
        <w:rPr>
          <w:rStyle w:val="Enfasigrassetto"/>
          <w:rFonts w:eastAsiaTheme="minorEastAsia"/>
        </w:rPr>
        <w:t>era solo uno spettatore</w:t>
      </w:r>
      <w:r w:rsidRPr="00994820">
        <w:t>, osservando la battaglia che si stava per scatenare.</w:t>
      </w:r>
    </w:p>
    <w:p w14:paraId="2040C8D5" w14:textId="77777777" w:rsidR="007C3C6C" w:rsidRPr="00994820" w:rsidRDefault="007C3C6C" w:rsidP="00B1354B">
      <w:pPr>
        <w:spacing w:before="100" w:beforeAutospacing="1" w:after="100" w:afterAutospacing="1" w:line="360" w:lineRule="auto"/>
        <w:ind w:firstLine="284"/>
        <w:jc w:val="both"/>
      </w:pPr>
      <w:r w:rsidRPr="00994820">
        <w:t>La sfida stava per cominciare.</w:t>
      </w:r>
    </w:p>
    <w:p w14:paraId="706544C1" w14:textId="77777777" w:rsidR="007C3C6C" w:rsidRPr="00994820" w:rsidRDefault="007C3C6C" w:rsidP="00B1354B">
      <w:pPr>
        <w:spacing w:before="100" w:beforeAutospacing="1" w:after="100" w:afterAutospacing="1" w:line="360" w:lineRule="auto"/>
        <w:ind w:firstLine="284"/>
        <w:jc w:val="both"/>
      </w:pPr>
      <w:r w:rsidRPr="00994820">
        <w:t>Fanny avanzò di qualche passo, i guanti d'acciaio ben serrati sugli avambracci. Il cuore le batteva forte. Perfetto. Più pompava, più i colpi sarebbero stati devastanti.</w:t>
      </w:r>
    </w:p>
    <w:p w14:paraId="780B94D9" w14:textId="77777777" w:rsidR="007C3C6C" w:rsidRPr="00994820" w:rsidRDefault="007C3C6C" w:rsidP="00B1354B">
      <w:pPr>
        <w:spacing w:before="100" w:beforeAutospacing="1" w:after="100" w:afterAutospacing="1" w:line="360" w:lineRule="auto"/>
        <w:ind w:firstLine="284"/>
        <w:jc w:val="both"/>
      </w:pPr>
      <w:r w:rsidRPr="00994820">
        <w:t>Rock e Momo si disposero in formazione senza nessuna esitazione.</w:t>
      </w:r>
    </w:p>
    <w:p w14:paraId="6F5A4908" w14:textId="391A3990" w:rsidR="007C3C6C" w:rsidRPr="00994820" w:rsidRDefault="007C3C6C" w:rsidP="00B1354B">
      <w:pPr>
        <w:spacing w:before="100" w:beforeAutospacing="1" w:after="100" w:afterAutospacing="1" w:line="360" w:lineRule="auto"/>
        <w:ind w:firstLine="284"/>
        <w:jc w:val="both"/>
      </w:pPr>
      <w:r w:rsidRPr="00994820">
        <w:lastRenderedPageBreak/>
        <w:t>Rock generò il fucile dal proprio fianco come se lo sputasse dalla carne viva. L’occhio sinistro si illuminò, già agganciato su Fanny.</w:t>
      </w:r>
      <w:r w:rsidR="00C90764">
        <w:t>v</w:t>
      </w:r>
      <w:r w:rsidRPr="00994820">
        <w:t>Momo, al suo fianco, sfoderò le due falci nere. Il suo corpo si sfocò appena sui bordi, pronta a svanire nel nulla al primo segnale.</w:t>
      </w:r>
    </w:p>
    <w:p w14:paraId="75B0B003" w14:textId="77777777" w:rsidR="007C3C6C" w:rsidRPr="00994820" w:rsidRDefault="007C3C6C" w:rsidP="00B1354B">
      <w:pPr>
        <w:spacing w:before="100" w:beforeAutospacing="1" w:after="100" w:afterAutospacing="1" w:line="360" w:lineRule="auto"/>
        <w:ind w:firstLine="284"/>
        <w:jc w:val="both"/>
      </w:pPr>
      <w:r w:rsidRPr="00994820">
        <w:t>«Iniziate» urlò con furia Stein.</w:t>
      </w:r>
    </w:p>
    <w:p w14:paraId="165D69E4" w14:textId="77777777" w:rsidR="007C3C6C" w:rsidRPr="00994820" w:rsidRDefault="007C3C6C" w:rsidP="00B1354B">
      <w:pPr>
        <w:spacing w:before="100" w:beforeAutospacing="1" w:after="100" w:afterAutospacing="1" w:line="360" w:lineRule="auto"/>
        <w:ind w:firstLine="284"/>
        <w:jc w:val="both"/>
      </w:pPr>
      <w:r w:rsidRPr="00994820">
        <w:t>Un battito. Momo fu la prima a muoversi.</w:t>
      </w:r>
    </w:p>
    <w:p w14:paraId="18B3FA9D" w14:textId="77777777" w:rsidR="007C3C6C" w:rsidRPr="00994820" w:rsidRDefault="007C3C6C" w:rsidP="00B1354B">
      <w:pPr>
        <w:spacing w:before="100" w:beforeAutospacing="1" w:after="100" w:afterAutospacing="1" w:line="360" w:lineRule="auto"/>
        <w:ind w:firstLine="284"/>
        <w:jc w:val="both"/>
      </w:pPr>
      <w:r w:rsidRPr="00994820">
        <w:t xml:space="preserve">Scivolò in avanti con una velocità inquietante, non danzando: </w:t>
      </w:r>
      <w:r w:rsidRPr="00994820">
        <w:rPr>
          <w:rStyle w:val="Enfasigrassetto"/>
          <w:rFonts w:eastAsiaTheme="minorEastAsia"/>
        </w:rPr>
        <w:t>sferzando</w:t>
      </w:r>
      <w:r w:rsidRPr="00994820">
        <w:t>. Le lame a mezzaluna le ruotavano tra le mani in una sequenza precisa, affilatissima.</w:t>
      </w:r>
      <w:r w:rsidRPr="00994820">
        <w:br/>
        <w:t>Fanny alzò un braccio per parare — la prima falce rimbalzò sul metallo, la seconda scivolò sotto e mancò di un soffio il fianco.</w:t>
      </w:r>
    </w:p>
    <w:p w14:paraId="4BA22802" w14:textId="77777777" w:rsidR="007C3C6C" w:rsidRPr="00994820" w:rsidRDefault="007C3C6C" w:rsidP="00B1354B">
      <w:pPr>
        <w:spacing w:before="100" w:beforeAutospacing="1" w:after="100" w:afterAutospacing="1" w:line="360" w:lineRule="auto"/>
        <w:ind w:firstLine="284"/>
        <w:jc w:val="both"/>
      </w:pPr>
      <w:r w:rsidRPr="00994820">
        <w:t xml:space="preserve">Era chiaro che Momo non fosse lì per mera scena. Stava chiudendo le distanze per un motivo preciso: </w:t>
      </w:r>
      <w:r w:rsidRPr="00994820">
        <w:rPr>
          <w:rStyle w:val="Enfasigrassetto"/>
          <w:rFonts w:eastAsiaTheme="minorEastAsia"/>
        </w:rPr>
        <w:t>tenere Fanny lontana da Rock</w:t>
      </w:r>
      <w:r w:rsidRPr="00994820">
        <w:t>. Ogni suo passo era calcolato per impedirle di avvicinarsi troppo alla cecchina.</w:t>
      </w:r>
    </w:p>
    <w:p w14:paraId="26E5BFCD" w14:textId="4A41301A" w:rsidR="007C3C6C" w:rsidRPr="00994820" w:rsidRDefault="007C3C6C" w:rsidP="00B1354B">
      <w:pPr>
        <w:spacing w:before="100" w:beforeAutospacing="1" w:after="100" w:afterAutospacing="1" w:line="360" w:lineRule="auto"/>
        <w:ind w:firstLine="284"/>
        <w:jc w:val="both"/>
      </w:pPr>
      <w:r w:rsidRPr="00994820">
        <w:t>Fanny indietreggiò, ma il ritmo degli assalti aumentava.</w:t>
      </w:r>
      <w:r w:rsidR="00C90764">
        <w:t xml:space="preserve"> </w:t>
      </w:r>
      <w:r w:rsidRPr="00994820">
        <w:t>I fendenti arrivavano in rapida successione, ogni colpo portava con sé l’illusione che fosse l’ultimo — e invece ce n’era un altro, più rapido, più basso, più vicino. Gli occhi smeraldini di Fanny analizzavano tutto. Nonostante l’assalto, la cecchina non era mai stata omessa dalle attenzioni di Fanny: l'angolo dell’anca di Rock, la leggera inclinazione del braccio sinistro, la pressione del piede destro sul suolo. Prevedibile. Il colpo sarebbe partito da lì. E infatti partì.</w:t>
      </w:r>
    </w:p>
    <w:p w14:paraId="56FBE49A" w14:textId="77777777" w:rsidR="007C3C6C" w:rsidRPr="00994820" w:rsidRDefault="007C3C6C" w:rsidP="00B1354B">
      <w:pPr>
        <w:spacing w:before="100" w:beforeAutospacing="1" w:after="100" w:afterAutospacing="1" w:line="360" w:lineRule="auto"/>
        <w:ind w:firstLine="284"/>
        <w:jc w:val="both"/>
      </w:pPr>
      <w:r w:rsidRPr="00994820">
        <w:t>Un proiettile esplose verso di lei, ma non in linea retta.</w:t>
      </w:r>
      <w:r w:rsidRPr="00994820">
        <w:br/>
        <w:t>Rock lo curvò. Proprio in quel momento un fendente nero partì dall’alto. Fanny tentò di contrattaccare, ma il corpo di Momo svanì a metà — la falce rimase visibile solo per un istante, prima di sfiorarle il petto con una scia gelida. Il proiettile esploso da Rock attraversò il corpo di momo, l’assalto di poco fa aveva la sola funzione di coprire l’angolo di visuale di Fanny.</w:t>
      </w:r>
    </w:p>
    <w:p w14:paraId="187DCC94" w14:textId="77777777" w:rsidR="007C3C6C" w:rsidRPr="00994820" w:rsidRDefault="007C3C6C" w:rsidP="00B1354B">
      <w:pPr>
        <w:spacing w:before="100" w:beforeAutospacing="1" w:after="100" w:afterAutospacing="1" w:line="360" w:lineRule="auto"/>
        <w:ind w:firstLine="284"/>
        <w:jc w:val="both"/>
      </w:pPr>
      <w:r w:rsidRPr="00994820">
        <w:rPr>
          <w:rStyle w:val="Enfasicorsivo"/>
        </w:rPr>
        <w:t>Merda—</w:t>
      </w:r>
    </w:p>
    <w:p w14:paraId="2D1DFB12" w14:textId="77777777" w:rsidR="007C3C6C" w:rsidRPr="00994820" w:rsidRDefault="007C3C6C" w:rsidP="00B1354B">
      <w:pPr>
        <w:spacing w:before="100" w:beforeAutospacing="1" w:after="100" w:afterAutospacing="1" w:line="360" w:lineRule="auto"/>
        <w:ind w:firstLine="284"/>
        <w:jc w:val="both"/>
      </w:pPr>
      <w:r w:rsidRPr="00994820">
        <w:t>Ma Fanny era veloce, molto veloce. Ruotò su se stessa e lasciò che il colpo le sfiorasse la spalla, poi piantò un pugno al suolo con forza attivandone la scarica esplosiva. Il suolo si incrinò e l’onda cinetica fece vibrare l’intera arena.</w:t>
      </w:r>
      <w:r w:rsidRPr="00994820">
        <w:br/>
        <w:t>Momo fu sbalzata via per un istante — abbastanza per liberarsi dall’assedio. Fanny non perse tempo, scattò verso Rock, approfittando dell’apertura. Ma la ragazza era allenata. Mutò rapidamente il fucile che si scisse in due piccole armi a fuoco rapido. Una pioggia di colpi si diresse verso Fanny. Costringendola a scattare di lato.</w:t>
      </w:r>
    </w:p>
    <w:p w14:paraId="7235A8F1" w14:textId="77777777" w:rsidR="007C3C6C" w:rsidRPr="00994820" w:rsidRDefault="007C3C6C" w:rsidP="00B1354B">
      <w:pPr>
        <w:spacing w:before="100" w:beforeAutospacing="1" w:after="100" w:afterAutospacing="1" w:line="360" w:lineRule="auto"/>
        <w:ind w:firstLine="284"/>
        <w:jc w:val="both"/>
      </w:pPr>
      <w:r w:rsidRPr="00994820">
        <w:rPr>
          <w:i/>
          <w:iCs/>
        </w:rPr>
        <w:t>Dannazione, c’ero quasi.</w:t>
      </w:r>
      <w:r w:rsidRPr="00994820">
        <w:rPr>
          <w:rStyle w:val="Enfasicorsivo"/>
        </w:rPr>
        <w:t xml:space="preserve"> —</w:t>
      </w:r>
    </w:p>
    <w:p w14:paraId="0F9F29BA" w14:textId="479D63AE" w:rsidR="007C3C6C" w:rsidRPr="00994820" w:rsidRDefault="007C3C6C" w:rsidP="00B1354B">
      <w:pPr>
        <w:spacing w:before="100" w:beforeAutospacing="1" w:after="100" w:afterAutospacing="1" w:line="360" w:lineRule="auto"/>
        <w:ind w:firstLine="284"/>
        <w:jc w:val="both"/>
      </w:pPr>
      <w:r w:rsidRPr="00994820">
        <w:lastRenderedPageBreak/>
        <w:t xml:space="preserve">Proprio in quel momento Momo riapparve davanti a Fanny in un lampo, solida giusto in tempo per respingerla con una parata laterale delle falci. </w:t>
      </w:r>
      <w:r w:rsidRPr="00994820">
        <w:rPr>
          <w:rStyle w:val="Enfasigrassetto"/>
          <w:rFonts w:eastAsiaTheme="minorEastAsia"/>
        </w:rPr>
        <w:t>Era il muro mobile tra le due.</w:t>
      </w:r>
      <w:r w:rsidRPr="00994820">
        <w:br/>
        <w:t>Fanny sgranò gli occhi.</w:t>
      </w:r>
      <w:r w:rsidR="00C90764">
        <w:t xml:space="preserve"> </w:t>
      </w:r>
      <w:r w:rsidRPr="00994820">
        <w:rPr>
          <w:rStyle w:val="Enfasicorsivo"/>
        </w:rPr>
        <w:t>Stanno giocando insieme. A incastro.</w:t>
      </w:r>
      <w:r w:rsidRPr="00994820">
        <w:t xml:space="preserve"> Tentò un colpo diretto. I guanti esplosero in avanti, ma Momo attraversò il colpo e Fanny con una torsione elegante, quasi acrobatica.</w:t>
      </w:r>
      <w:r w:rsidR="00C90764">
        <w:t xml:space="preserve"> </w:t>
      </w:r>
      <w:r w:rsidRPr="00994820">
        <w:t>Ora era alle sue spalle e colpì.</w:t>
      </w:r>
      <w:r w:rsidR="00C90764">
        <w:t xml:space="preserve"> </w:t>
      </w:r>
      <w:r w:rsidRPr="00994820">
        <w:t>Tre fendenti, uno dietro l’altro.</w:t>
      </w:r>
      <w:r w:rsidRPr="00994820">
        <w:br/>
        <w:t>Fanny parò il primo con una rapida piroetta. Il secondo le ruppe il ritmo. Il terzo… le tagliò il fianco, graffiando l’armatura.</w:t>
      </w:r>
    </w:p>
    <w:p w14:paraId="681087EE" w14:textId="07CE66A0" w:rsidR="007C3C6C" w:rsidRPr="00994820" w:rsidRDefault="007C3C6C" w:rsidP="00B1354B">
      <w:pPr>
        <w:spacing w:before="100" w:beforeAutospacing="1" w:after="100" w:afterAutospacing="1" w:line="360" w:lineRule="auto"/>
        <w:ind w:firstLine="284"/>
        <w:jc w:val="both"/>
      </w:pPr>
      <w:r w:rsidRPr="00994820">
        <w:t>Fanny sfruttò tuttavia il colpo andato a segno di Momo per contrattaccare. Rapidamente afferrò il braccio di Momo e attivò i guanti.</w:t>
      </w:r>
      <w:r w:rsidR="00C90764">
        <w:t xml:space="preserve"> </w:t>
      </w:r>
      <w:r w:rsidRPr="00994820">
        <w:t>Una spinta devastante la scaraventò via, contro la parete, anche se si fece eterea all’ultimo per attutire l’impatto. Fanny tornò a respirare. Un respiro. Solo uno.</w:t>
      </w:r>
    </w:p>
    <w:p w14:paraId="5D3B9A9D" w14:textId="77777777" w:rsidR="007C3C6C" w:rsidRPr="00994820" w:rsidRDefault="007C3C6C" w:rsidP="00B1354B">
      <w:pPr>
        <w:spacing w:before="100" w:beforeAutospacing="1" w:after="100" w:afterAutospacing="1" w:line="360" w:lineRule="auto"/>
        <w:ind w:firstLine="284"/>
        <w:jc w:val="both"/>
      </w:pPr>
      <w:r w:rsidRPr="00994820">
        <w:t>Poi un proiettile le sfiorò la guancia. Rock era tornata a guidare la danza, ma stavolta Fanny era pronta. Scattò di lato, rotolò, sfruttò l’impulso per schizzare in alto. Era una mossa rischiosa, un facile bersaglio, ma almeno Momo non sarebbe apparsa dalle pareti. E comunque, guardò l’occhio di Rock, era sempre un facile bersaglio. Il cuore accelerava. I guanti pulsavano.</w:t>
      </w:r>
    </w:p>
    <w:p w14:paraId="52A75B1E" w14:textId="77777777" w:rsidR="007C3C6C" w:rsidRPr="00994820" w:rsidRDefault="007C3C6C" w:rsidP="00B1354B">
      <w:pPr>
        <w:spacing w:before="100" w:beforeAutospacing="1" w:after="100" w:afterAutospacing="1" w:line="360" w:lineRule="auto"/>
        <w:ind w:firstLine="284"/>
        <w:jc w:val="both"/>
      </w:pPr>
      <w:r w:rsidRPr="00994820">
        <w:t>Atterrò a pochi passi da Rock, piegata su un ginocchio, e alzò il braccio destro. Momo era sufficientemente lontana. Fanny aveva una possibilità. Un colpo secco, diretto al petto di Rock e la cecchina fu scagliata all’indietro. Il fucile si disgregò, già pronto a rigenerarsi. Fanny si voltò rapidamente, Momo era ricomparsa. Le lame pronte.</w:t>
      </w:r>
    </w:p>
    <w:p w14:paraId="795F5ED1" w14:textId="0461618E" w:rsidR="007C3C6C" w:rsidRPr="00994820" w:rsidRDefault="007C3C6C" w:rsidP="00B1354B">
      <w:pPr>
        <w:spacing w:before="100" w:beforeAutospacing="1" w:after="100" w:afterAutospacing="1" w:line="360" w:lineRule="auto"/>
        <w:ind w:firstLine="284"/>
        <w:jc w:val="both"/>
      </w:pPr>
      <w:r w:rsidRPr="00994820">
        <w:t>Ma Fanny non esitò. Scaricò l’energia nei guanti su quella figura quasi angelica.</w:t>
      </w:r>
      <w:r w:rsidRPr="00994820">
        <w:br/>
        <w:t>Un colpo e l’assalto fu interrotto.</w:t>
      </w:r>
      <w:r w:rsidR="00C90764">
        <w:t xml:space="preserve"> </w:t>
      </w:r>
      <w:r w:rsidRPr="00994820">
        <w:t>Momo volò indietro, stavolta senza riuscire a reagire schiantandosi contro una parete.</w:t>
      </w:r>
    </w:p>
    <w:p w14:paraId="5AC57EB8" w14:textId="77777777" w:rsidR="007C3C6C" w:rsidRPr="00994820" w:rsidRDefault="007C3C6C" w:rsidP="00B1354B">
      <w:pPr>
        <w:spacing w:before="100" w:beforeAutospacing="1" w:after="100" w:afterAutospacing="1" w:line="360" w:lineRule="auto"/>
        <w:ind w:firstLine="284"/>
        <w:jc w:val="both"/>
      </w:pPr>
      <w:r w:rsidRPr="00994820">
        <w:t>Silenzio.</w:t>
      </w:r>
    </w:p>
    <w:p w14:paraId="659B505A" w14:textId="77777777" w:rsidR="007C3C6C" w:rsidRPr="00994820" w:rsidRDefault="007C3C6C" w:rsidP="00B1354B">
      <w:pPr>
        <w:spacing w:before="100" w:beforeAutospacing="1" w:after="100" w:afterAutospacing="1" w:line="360" w:lineRule="auto"/>
        <w:ind w:firstLine="284"/>
        <w:jc w:val="both"/>
      </w:pPr>
      <w:r w:rsidRPr="00994820">
        <w:t>Le tre figure riprendevano fiato, in piedi. Per la prima volta anche su quelle due apparve un’espressione quasi umana.</w:t>
      </w:r>
    </w:p>
    <w:p w14:paraId="12668209" w14:textId="77777777" w:rsidR="007C3C6C" w:rsidRPr="00994820" w:rsidRDefault="007C3C6C" w:rsidP="00B1354B">
      <w:pPr>
        <w:spacing w:before="100" w:beforeAutospacing="1" w:after="100" w:afterAutospacing="1" w:line="360" w:lineRule="auto"/>
        <w:ind w:firstLine="284"/>
        <w:jc w:val="both"/>
      </w:pPr>
      <w:r w:rsidRPr="00994820">
        <w:t>Fanny alzò il mento. Un ghigno tagliò il volto.</w:t>
      </w:r>
    </w:p>
    <w:p w14:paraId="019757FC" w14:textId="05874C87" w:rsidR="007C3C6C" w:rsidRPr="00994820" w:rsidRDefault="007C3C6C" w:rsidP="00B1354B">
      <w:pPr>
        <w:spacing w:before="100" w:beforeAutospacing="1" w:after="100" w:afterAutospacing="1" w:line="360" w:lineRule="auto"/>
        <w:ind w:firstLine="284"/>
        <w:jc w:val="both"/>
      </w:pPr>
      <w:r w:rsidRPr="00994820">
        <w:t>«Così s</w:t>
      </w:r>
      <w:r w:rsidR="00C90764">
        <w:t>ì</w:t>
      </w:r>
      <w:r w:rsidRPr="00994820">
        <w:t>» sussurrò. «Adesso ci stiamo capendo.»</w:t>
      </w:r>
    </w:p>
    <w:p w14:paraId="26170151" w14:textId="77777777" w:rsidR="007C3C6C" w:rsidRPr="00994820" w:rsidRDefault="007C3C6C" w:rsidP="00B1354B">
      <w:pPr>
        <w:pStyle w:val="NormaleWeb"/>
        <w:spacing w:line="360" w:lineRule="auto"/>
        <w:ind w:firstLine="284"/>
        <w:jc w:val="both"/>
      </w:pPr>
      <w:r w:rsidRPr="00994820">
        <w:t>«Oh andiamo stupidi giocattoli! Non vi ho creato per finire al tappeto al primo round» ringhiò Stein dando libero sfogo ai propri polmoni.</w:t>
      </w:r>
    </w:p>
    <w:p w14:paraId="5B9A3EB1" w14:textId="77777777" w:rsidR="007C3C6C" w:rsidRPr="00994820" w:rsidRDefault="007C3C6C" w:rsidP="00B1354B">
      <w:pPr>
        <w:pStyle w:val="NormaleWeb"/>
        <w:spacing w:line="360" w:lineRule="auto"/>
        <w:ind w:firstLine="284"/>
        <w:jc w:val="both"/>
      </w:pPr>
      <w:r w:rsidRPr="00994820">
        <w:lastRenderedPageBreak/>
        <w:t xml:space="preserve">"Un momento..." disse, i suoi occhi fissi su </w:t>
      </w:r>
      <w:r w:rsidRPr="00994820">
        <w:rPr>
          <w:rStyle w:val="Enfasigrassetto"/>
          <w:rFonts w:eastAsiaTheme="minorEastAsia"/>
        </w:rPr>
        <w:t>Stein</w:t>
      </w:r>
      <w:r w:rsidRPr="00994820">
        <w:t xml:space="preserve"> mentre continuava a respirare a fatica. "Cosa significa che voi due siete </w:t>
      </w:r>
      <w:r w:rsidRPr="00994820">
        <w:rPr>
          <w:rStyle w:val="Enfasigrassetto"/>
          <w:rFonts w:eastAsiaTheme="minorEastAsia"/>
        </w:rPr>
        <w:t>creazioni</w:t>
      </w:r>
      <w:r w:rsidRPr="00994820">
        <w:t xml:space="preserve"> di Stein? Non sembrate affatto degli </w:t>
      </w:r>
      <w:r w:rsidRPr="00994820">
        <w:rPr>
          <w:rStyle w:val="Enfasigrassetto"/>
          <w:rFonts w:eastAsiaTheme="minorEastAsia"/>
        </w:rPr>
        <w:t>Elvenar</w:t>
      </w:r>
      <w:r w:rsidRPr="00994820">
        <w:t>."</w:t>
      </w:r>
    </w:p>
    <w:p w14:paraId="4763EF78" w14:textId="77777777" w:rsidR="007C3C6C" w:rsidRPr="00994820" w:rsidRDefault="007C3C6C" w:rsidP="00B1354B">
      <w:pPr>
        <w:pStyle w:val="NormaleWeb"/>
        <w:spacing w:line="360" w:lineRule="auto"/>
        <w:ind w:firstLine="284"/>
        <w:jc w:val="both"/>
      </w:pPr>
      <w:r w:rsidRPr="00994820">
        <w:t xml:space="preserve">Il giudice del tramonto la guardò con il suo solito sorriso glaciale, un sorriso che non era affatto amichevole. </w:t>
      </w:r>
      <w:r w:rsidRPr="00994820">
        <w:rPr>
          <w:rStyle w:val="Enfasigrassetto"/>
          <w:rFonts w:eastAsiaTheme="minorEastAsia"/>
        </w:rPr>
        <w:t>Stein si avvicinò a Fanny</w:t>
      </w:r>
      <w:r w:rsidRPr="00994820">
        <w:t>, le labbra che si incurvavano appena mentre si preparava a rispondere.</w:t>
      </w:r>
    </w:p>
    <w:p w14:paraId="5FE6A49C" w14:textId="77777777" w:rsidR="007C3C6C" w:rsidRPr="00994820" w:rsidRDefault="007C3C6C" w:rsidP="00B1354B">
      <w:pPr>
        <w:pStyle w:val="NormaleWeb"/>
        <w:spacing w:line="360" w:lineRule="auto"/>
        <w:ind w:firstLine="284"/>
        <w:jc w:val="both"/>
      </w:pPr>
      <w:r w:rsidRPr="00994820">
        <w:t xml:space="preserve">"Ah," disse, ridendo appena, "è una bella domanda, </w:t>
      </w:r>
      <w:r w:rsidRPr="00994820">
        <w:rPr>
          <w:rStyle w:val="Enfasigrassetto"/>
          <w:rFonts w:eastAsiaTheme="minorEastAsia"/>
        </w:rPr>
        <w:t>Fanny</w:t>
      </w:r>
      <w:r w:rsidRPr="00994820">
        <w:t xml:space="preserve">. </w:t>
      </w:r>
      <w:r w:rsidRPr="00994820">
        <w:rPr>
          <w:rStyle w:val="Enfasigrassetto"/>
          <w:rFonts w:eastAsiaTheme="minorEastAsia"/>
        </w:rPr>
        <w:t>Momo</w:t>
      </w:r>
      <w:r w:rsidRPr="00994820">
        <w:t xml:space="preserve"> e </w:t>
      </w:r>
      <w:r w:rsidRPr="00994820">
        <w:rPr>
          <w:rStyle w:val="Enfasigrassetto"/>
          <w:rFonts w:eastAsiaTheme="minorEastAsia"/>
        </w:rPr>
        <w:t>Rock</w:t>
      </w:r>
      <w:r w:rsidRPr="00994820">
        <w:t xml:space="preserve"> sono </w:t>
      </w:r>
      <w:r w:rsidRPr="00994820">
        <w:rPr>
          <w:rStyle w:val="Enfasigrassetto"/>
          <w:rFonts w:eastAsiaTheme="minorEastAsia"/>
        </w:rPr>
        <w:t>Shinigami di seconda generazione</w:t>
      </w:r>
      <w:r w:rsidRPr="00994820">
        <w:t>. Nascituri scartati per malattie genetiche. Le malformazioni, lasciate lì per errore, le hanno resi inutili per il sistema... ma io le ho prese sotto la mia amorevole guida e le ho modificate rendendole ciò che sono."</w:t>
      </w:r>
    </w:p>
    <w:p w14:paraId="2E45E298" w14:textId="77777777" w:rsidR="007C3C6C" w:rsidRPr="00994820" w:rsidRDefault="007C3C6C" w:rsidP="00B1354B">
      <w:pPr>
        <w:pStyle w:val="NormaleWeb"/>
        <w:spacing w:line="360" w:lineRule="auto"/>
        <w:ind w:firstLine="284"/>
        <w:jc w:val="both"/>
      </w:pPr>
      <w:r w:rsidRPr="00994820">
        <w:t>Stein si fermò, lasciando che le sue parole penetrassero nella mente di Fanny. E così fecero anche Rock e Momo, nuovamente inespressive.</w:t>
      </w:r>
    </w:p>
    <w:p w14:paraId="4A12A69A" w14:textId="77777777" w:rsidR="007C3C6C" w:rsidRPr="00994820" w:rsidRDefault="007C3C6C" w:rsidP="00B1354B">
      <w:pPr>
        <w:pStyle w:val="NormaleWeb"/>
        <w:spacing w:line="360" w:lineRule="auto"/>
        <w:ind w:firstLine="284"/>
        <w:jc w:val="both"/>
      </w:pPr>
      <w:r w:rsidRPr="00994820">
        <w:t xml:space="preserve">"Sono state </w:t>
      </w:r>
      <w:r w:rsidRPr="00994820">
        <w:rPr>
          <w:rStyle w:val="Enfasigrassetto"/>
          <w:rFonts w:eastAsiaTheme="minorEastAsia"/>
        </w:rPr>
        <w:t>modellate</w:t>
      </w:r>
      <w:r w:rsidRPr="00994820">
        <w:t xml:space="preserve"> per ridurre la loro capacità emotiva. E ora eccole qui; </w:t>
      </w:r>
      <w:r w:rsidRPr="00994820">
        <w:rPr>
          <w:rStyle w:val="Enfasigrassetto"/>
          <w:rFonts w:eastAsiaTheme="minorEastAsia"/>
        </w:rPr>
        <w:t>poco meno di umani</w:t>
      </w:r>
      <w:r w:rsidRPr="00994820">
        <w:t>, e appena</w:t>
      </w:r>
      <w:r w:rsidRPr="00994820">
        <w:rPr>
          <w:rStyle w:val="Enfasigrassetto"/>
          <w:rFonts w:eastAsiaTheme="minorEastAsia"/>
        </w:rPr>
        <w:t xml:space="preserve"> più di macchine</w:t>
      </w:r>
      <w:r w:rsidRPr="00994820">
        <w:t>," aggiunse con un tono che faceva sembrare tutto naturale, come se stesse spiegando una semplice equazione.</w:t>
      </w:r>
    </w:p>
    <w:p w14:paraId="488E436D" w14:textId="77777777" w:rsidR="007C3C6C" w:rsidRPr="00994820" w:rsidRDefault="007C3C6C" w:rsidP="00B1354B">
      <w:pPr>
        <w:pStyle w:val="NormaleWeb"/>
        <w:spacing w:line="360" w:lineRule="auto"/>
        <w:ind w:firstLine="284"/>
        <w:jc w:val="both"/>
      </w:pPr>
      <w:r w:rsidRPr="00994820">
        <w:t xml:space="preserve">Fanny </w:t>
      </w:r>
      <w:r w:rsidRPr="00994820">
        <w:rPr>
          <w:rStyle w:val="Enfasigrassetto"/>
          <w:rFonts w:eastAsiaTheme="minorEastAsia"/>
        </w:rPr>
        <w:t>sgranò gli occhi</w:t>
      </w:r>
      <w:r w:rsidRPr="00994820">
        <w:t xml:space="preserve">, una sensazione di gelo le percorse la schiena. "Quindi..." la sua voce tremò per un momento, incredula, "questo significa che sono dei </w:t>
      </w:r>
      <w:r w:rsidRPr="00994820">
        <w:rPr>
          <w:rStyle w:val="Enfasigrassetto"/>
          <w:rFonts w:eastAsiaTheme="minorEastAsia"/>
        </w:rPr>
        <w:t>fallimenti</w:t>
      </w:r>
      <w:r w:rsidRPr="00994820">
        <w:t xml:space="preserve">? Scartati come </w:t>
      </w:r>
      <w:r w:rsidRPr="00994820">
        <w:rPr>
          <w:rStyle w:val="Enfasigrassetto"/>
          <w:rFonts w:eastAsiaTheme="minorEastAsia"/>
        </w:rPr>
        <w:t>prodotti difettosi</w:t>
      </w:r>
      <w:r w:rsidRPr="00994820">
        <w:t>? E che è per questo che questa mattina rock…"</w:t>
      </w:r>
    </w:p>
    <w:p w14:paraId="14BD9281" w14:textId="77777777" w:rsidR="007C3C6C" w:rsidRPr="00994820" w:rsidRDefault="007C3C6C" w:rsidP="00B1354B">
      <w:pPr>
        <w:pStyle w:val="NormaleWeb"/>
        <w:spacing w:line="360" w:lineRule="auto"/>
        <w:ind w:firstLine="284"/>
        <w:jc w:val="both"/>
      </w:pPr>
      <w:r w:rsidRPr="00994820">
        <w:t xml:space="preserve">Fanny non sapeva più cosa pensare. Si sentiva </w:t>
      </w:r>
      <w:r w:rsidRPr="00994820">
        <w:rPr>
          <w:rStyle w:val="Enfasigrassetto"/>
          <w:rFonts w:eastAsiaTheme="minorEastAsia"/>
        </w:rPr>
        <w:t>spiazzata</w:t>
      </w:r>
      <w:r w:rsidRPr="00994820">
        <w:t xml:space="preserve">, confusa. Non riusciva a credere che quelle due figure, che sembravano così potenti, fossero state ridotte a </w:t>
      </w:r>
      <w:r w:rsidRPr="00994820">
        <w:rPr>
          <w:rStyle w:val="Enfasigrassetto"/>
          <w:rFonts w:eastAsiaTheme="minorEastAsia"/>
        </w:rPr>
        <w:t>strumenti senza anima</w:t>
      </w:r>
      <w:r w:rsidRPr="00994820">
        <w:t xml:space="preserve">, delle </w:t>
      </w:r>
      <w:r w:rsidRPr="00994820">
        <w:rPr>
          <w:rStyle w:val="Enfasigrassetto"/>
          <w:rFonts w:eastAsiaTheme="minorEastAsia"/>
        </w:rPr>
        <w:t>vittime di esperimenti</w:t>
      </w:r>
      <w:r w:rsidRPr="00994820">
        <w:t>.</w:t>
      </w:r>
    </w:p>
    <w:p w14:paraId="47AA138A" w14:textId="77777777" w:rsidR="007C3C6C" w:rsidRPr="00994820" w:rsidRDefault="007C3C6C" w:rsidP="00B1354B">
      <w:pPr>
        <w:pStyle w:val="NormaleWeb"/>
        <w:spacing w:line="360" w:lineRule="auto"/>
        <w:ind w:firstLine="284"/>
        <w:jc w:val="both"/>
      </w:pPr>
      <w:r w:rsidRPr="00994820">
        <w:t xml:space="preserve">Nel frattempo, </w:t>
      </w:r>
      <w:r w:rsidRPr="00994820">
        <w:rPr>
          <w:rStyle w:val="Enfasigrassetto"/>
          <w:rFonts w:eastAsiaTheme="minorEastAsia"/>
        </w:rPr>
        <w:t>Rift</w:t>
      </w:r>
      <w:r w:rsidRPr="00994820">
        <w:t xml:space="preserve"> sembrava </w:t>
      </w:r>
      <w:r w:rsidRPr="00994820">
        <w:rPr>
          <w:rStyle w:val="Enfasigrassetto"/>
          <w:rFonts w:eastAsiaTheme="minorEastAsia"/>
        </w:rPr>
        <w:t>più irritato</w:t>
      </w:r>
      <w:r w:rsidRPr="00994820">
        <w:t xml:space="preserve"> che mai. Il suo viso, solitamente imperturbabile, </w:t>
      </w:r>
      <w:r w:rsidRPr="00994820">
        <w:rPr>
          <w:rStyle w:val="Enfasigrassetto"/>
          <w:rFonts w:eastAsiaTheme="minorEastAsia"/>
        </w:rPr>
        <w:t>si fece ancora più teso</w:t>
      </w:r>
      <w:r w:rsidRPr="00994820">
        <w:t xml:space="preserve">, e le sue mani si serrarono in pugni. </w:t>
      </w:r>
      <w:r w:rsidRPr="00994820">
        <w:rPr>
          <w:rStyle w:val="Enfasigrassetto"/>
          <w:rFonts w:eastAsiaTheme="minorEastAsia"/>
        </w:rPr>
        <w:t>Il suo sguardo</w:t>
      </w:r>
      <w:r w:rsidRPr="00994820">
        <w:t xml:space="preserve">, che prima era rivolto a Stein, ora era fisso su Momo e Rock, e la sua </w:t>
      </w:r>
      <w:r w:rsidRPr="00994820">
        <w:rPr>
          <w:rStyle w:val="Enfasigrassetto"/>
          <w:rFonts w:eastAsiaTheme="minorEastAsia"/>
        </w:rPr>
        <w:t>frustrazione</w:t>
      </w:r>
      <w:r w:rsidRPr="00994820">
        <w:t xml:space="preserve"> era evidente. Fanny </w:t>
      </w:r>
      <w:r w:rsidRPr="00994820">
        <w:rPr>
          <w:rStyle w:val="Enfasigrassetto"/>
          <w:rFonts w:eastAsiaTheme="minorEastAsia"/>
        </w:rPr>
        <w:t>lo osservò per un momento</w:t>
      </w:r>
      <w:r w:rsidRPr="00994820">
        <w:t xml:space="preserve"> prima di tornare alla lotta, ma qualcosa in quel suo comportamento fece nascere un dubbio in lei. </w:t>
      </w:r>
      <w:r w:rsidRPr="00994820">
        <w:rPr>
          <w:rStyle w:val="Enfasigrassetto"/>
          <w:rFonts w:eastAsiaTheme="minorEastAsia"/>
        </w:rPr>
        <w:t>C’era di più</w:t>
      </w:r>
      <w:r w:rsidRPr="00994820">
        <w:t>, pensò.</w:t>
      </w:r>
    </w:p>
    <w:p w14:paraId="62BC6335" w14:textId="77777777" w:rsidR="007C3C6C" w:rsidRPr="00994820" w:rsidRDefault="007C3C6C" w:rsidP="00B1354B">
      <w:pPr>
        <w:pStyle w:val="NormaleWeb"/>
        <w:spacing w:line="360" w:lineRule="auto"/>
        <w:ind w:firstLine="284"/>
        <w:jc w:val="both"/>
      </w:pPr>
      <w:r w:rsidRPr="00994820">
        <w:t xml:space="preserve">"Quindi," Fanny disse, cercando di non far trasparire quanto quel ragionamento la disturbasse, "è per questo che siete </w:t>
      </w:r>
      <w:r w:rsidRPr="00994820">
        <w:rPr>
          <w:rStyle w:val="Enfasigrassetto"/>
          <w:rFonts w:eastAsiaTheme="minorEastAsia"/>
        </w:rPr>
        <w:t>tutte così fredde?</w:t>
      </w:r>
      <w:r w:rsidRPr="00994820">
        <w:t>"</w:t>
      </w:r>
    </w:p>
    <w:p w14:paraId="7036CC6E" w14:textId="77777777" w:rsidR="007C3C6C" w:rsidRPr="00994820" w:rsidRDefault="007C3C6C" w:rsidP="00B1354B">
      <w:pPr>
        <w:pStyle w:val="NormaleWeb"/>
        <w:spacing w:line="360" w:lineRule="auto"/>
        <w:ind w:firstLine="284"/>
        <w:jc w:val="both"/>
      </w:pPr>
      <w:r w:rsidRPr="00994820">
        <w:t xml:space="preserve">Momo la guardò, ma non rispose. La sua espressione era </w:t>
      </w:r>
      <w:r w:rsidRPr="00994820">
        <w:rPr>
          <w:rStyle w:val="Enfasigrassetto"/>
          <w:rFonts w:eastAsiaTheme="minorEastAsia"/>
        </w:rPr>
        <w:t>implacabile</w:t>
      </w:r>
      <w:r w:rsidRPr="00994820">
        <w:t xml:space="preserve">, e </w:t>
      </w:r>
      <w:r w:rsidRPr="00994820">
        <w:rPr>
          <w:rStyle w:val="Enfasigrassetto"/>
          <w:rFonts w:eastAsiaTheme="minorEastAsia"/>
        </w:rPr>
        <w:t>Rock</w:t>
      </w:r>
      <w:r w:rsidRPr="00994820">
        <w:t xml:space="preserve">, pur con il suo caratteristico sguardo indifferente, sembrò accogliere la domanda con un </w:t>
      </w:r>
      <w:r w:rsidRPr="00994820">
        <w:rPr>
          <w:rStyle w:val="Enfasigrassetto"/>
          <w:rFonts w:eastAsiaTheme="minorEastAsia"/>
        </w:rPr>
        <w:t>brivido impercettibile</w:t>
      </w:r>
      <w:r w:rsidRPr="00994820">
        <w:t>.</w:t>
      </w:r>
    </w:p>
    <w:p w14:paraId="014D928C" w14:textId="77777777" w:rsidR="007C3C6C" w:rsidRPr="00994820" w:rsidRDefault="007C3C6C" w:rsidP="00B1354B">
      <w:pPr>
        <w:pStyle w:val="NormaleWeb"/>
        <w:spacing w:line="360" w:lineRule="auto"/>
        <w:ind w:firstLine="284"/>
        <w:jc w:val="both"/>
      </w:pPr>
      <w:r w:rsidRPr="00994820">
        <w:rPr>
          <w:rStyle w:val="Enfasigrassetto"/>
          <w:rFonts w:eastAsiaTheme="minorEastAsia"/>
        </w:rPr>
        <w:lastRenderedPageBreak/>
        <w:t>Fanny</w:t>
      </w:r>
      <w:r w:rsidRPr="00994820">
        <w:t xml:space="preserve"> si sentiva </w:t>
      </w:r>
      <w:r w:rsidRPr="00994820">
        <w:rPr>
          <w:rStyle w:val="Enfasigrassetto"/>
          <w:rFonts w:eastAsiaTheme="minorEastAsia"/>
        </w:rPr>
        <w:t>esplodere di rabbia</w:t>
      </w:r>
      <w:r w:rsidRPr="00994820">
        <w:t xml:space="preserve">, come se la sua mente fosse stata </w:t>
      </w:r>
      <w:r w:rsidRPr="00994820">
        <w:rPr>
          <w:rStyle w:val="Enfasigrassetto"/>
          <w:rFonts w:eastAsiaTheme="minorEastAsia"/>
        </w:rPr>
        <w:t>inondato da una verità che non voleva affrontare</w:t>
      </w:r>
      <w:r w:rsidRPr="00994820">
        <w:t xml:space="preserve">. Non sapeva se fosse più </w:t>
      </w:r>
      <w:r w:rsidRPr="00994820">
        <w:rPr>
          <w:rStyle w:val="Enfasigrassetto"/>
          <w:rFonts w:eastAsiaTheme="minorEastAsia"/>
        </w:rPr>
        <w:t>furiosa</w:t>
      </w:r>
      <w:r w:rsidRPr="00994820">
        <w:t xml:space="preserve"> per le </w:t>
      </w:r>
      <w:r w:rsidRPr="00994820">
        <w:rPr>
          <w:rStyle w:val="Enfasigrassetto"/>
          <w:rFonts w:eastAsiaTheme="minorEastAsia"/>
        </w:rPr>
        <w:t>manipolazioni</w:t>
      </w:r>
      <w:r w:rsidRPr="00994820">
        <w:t xml:space="preserve"> che avevano subito, o per la consapevolezza che </w:t>
      </w:r>
      <w:r w:rsidRPr="00994820">
        <w:rPr>
          <w:rStyle w:val="Enfasigrassetto"/>
          <w:rFonts w:eastAsiaTheme="minorEastAsia"/>
        </w:rPr>
        <w:t>Stein</w:t>
      </w:r>
      <w:r w:rsidRPr="00994820">
        <w:t xml:space="preserve"> li avesse usati come esperimenti. Ma quel pensiero la fece </w:t>
      </w:r>
      <w:r w:rsidRPr="00994820">
        <w:rPr>
          <w:rStyle w:val="Enfasigrassetto"/>
          <w:rFonts w:eastAsiaTheme="minorEastAsia"/>
        </w:rPr>
        <w:t>andare su tutte le furie</w:t>
      </w:r>
      <w:r w:rsidRPr="00994820">
        <w:t>.</w:t>
      </w:r>
    </w:p>
    <w:p w14:paraId="17FBBEA2" w14:textId="77777777" w:rsidR="007C3C6C" w:rsidRPr="00994820" w:rsidRDefault="007C3C6C" w:rsidP="00B1354B">
      <w:pPr>
        <w:spacing w:line="360" w:lineRule="auto"/>
        <w:ind w:firstLine="284"/>
        <w:jc w:val="both"/>
      </w:pPr>
      <w:r w:rsidRPr="00994820">
        <w:t xml:space="preserve">Il suo corpo si </w:t>
      </w:r>
      <w:r w:rsidRPr="00994820">
        <w:rPr>
          <w:rStyle w:val="Enfasigrassetto"/>
          <w:rFonts w:eastAsiaTheme="minorEastAsia"/>
        </w:rPr>
        <w:t>scatenò</w:t>
      </w:r>
      <w:r w:rsidRPr="00994820">
        <w:t xml:space="preserve">. "Questa </w:t>
      </w:r>
      <w:r w:rsidRPr="00994820">
        <w:rPr>
          <w:rStyle w:val="Enfasigrassetto"/>
          <w:rFonts w:eastAsiaTheme="minorEastAsia"/>
        </w:rPr>
        <w:t>non è una battaglia</w:t>
      </w:r>
      <w:r w:rsidRPr="00994820">
        <w:t xml:space="preserve">," sbottò Fanny, "è un </w:t>
      </w:r>
      <w:r w:rsidRPr="00994820">
        <w:rPr>
          <w:rStyle w:val="Enfasigrassetto"/>
          <w:rFonts w:eastAsiaTheme="minorEastAsia"/>
        </w:rPr>
        <w:t>combattimento per la libertà</w:t>
      </w:r>
      <w:r w:rsidRPr="00994820">
        <w:t>!" La rabbia sembrò risuonare con la sua armatura e i suoi guanti, sembrò quasi perdere il senno. Ogni respiro, ogni goccia di sudore sembrava ardere. Ogni muscolo vibrava. Per prima cosa la sua rabbia venne dirottata verso Momo. Ogni colpo caricato dai guanti pulsanti era rabbia liquida trasformata in forza.</w:t>
      </w:r>
    </w:p>
    <w:p w14:paraId="2FCD020E" w14:textId="49C46AD7" w:rsidR="007C3C6C" w:rsidRPr="00994820" w:rsidRDefault="007C3C6C" w:rsidP="00B1354B">
      <w:pPr>
        <w:spacing w:before="100" w:beforeAutospacing="1" w:after="100" w:afterAutospacing="1" w:line="360" w:lineRule="auto"/>
        <w:ind w:firstLine="284"/>
        <w:jc w:val="both"/>
      </w:pPr>
      <w:r w:rsidRPr="00994820">
        <w:t>Momo tentò un’ultima schivata, ma era troppo tardi.</w:t>
      </w:r>
      <w:r w:rsidR="00C90764">
        <w:t xml:space="preserve"> </w:t>
      </w:r>
      <w:r w:rsidRPr="00994820">
        <w:t>Il suo corpo, ancora parzialmente sfocato, non riuscì a completare la transizione in tempo.</w:t>
      </w:r>
    </w:p>
    <w:p w14:paraId="66D490B6" w14:textId="2D2DEC7F" w:rsidR="007C3C6C" w:rsidRPr="00994820" w:rsidRDefault="007C3C6C" w:rsidP="00B1354B">
      <w:pPr>
        <w:spacing w:before="100" w:beforeAutospacing="1" w:after="100" w:afterAutospacing="1" w:line="360" w:lineRule="auto"/>
        <w:ind w:firstLine="284"/>
        <w:jc w:val="both"/>
      </w:pPr>
      <w:r w:rsidRPr="00994820">
        <w:t>Fanny colpì. Un pugno secco, pieno, centrato al petto.</w:t>
      </w:r>
      <w:r w:rsidR="00C90764">
        <w:t xml:space="preserve"> </w:t>
      </w:r>
      <w:r w:rsidRPr="00994820">
        <w:t>Lo spazio sembrò tremare.</w:t>
      </w:r>
    </w:p>
    <w:p w14:paraId="3EFEFAE2" w14:textId="77777777" w:rsidR="00C90764" w:rsidRDefault="007C3C6C" w:rsidP="00B1354B">
      <w:pPr>
        <w:spacing w:before="100" w:beforeAutospacing="1" w:after="100" w:afterAutospacing="1" w:line="360" w:lineRule="auto"/>
        <w:ind w:firstLine="284"/>
        <w:jc w:val="both"/>
      </w:pPr>
      <w:r w:rsidRPr="00994820">
        <w:t>Il corpo di Momo fu scagliato via come una bambola senza peso, attraversando mezza arena e piombando in una zona laterale, dove l’urto scavò un cratere profondo tra i pannelli lisci del pavimento.</w:t>
      </w:r>
      <w:r w:rsidRPr="00994820">
        <w:br/>
        <w:t>Una pioggia di polvere bianca ricadde lentamente.</w:t>
      </w:r>
    </w:p>
    <w:p w14:paraId="03C09277" w14:textId="20DFA663" w:rsidR="007C3C6C" w:rsidRPr="00994820" w:rsidRDefault="007C3C6C" w:rsidP="00B1354B">
      <w:pPr>
        <w:spacing w:before="100" w:beforeAutospacing="1" w:after="100" w:afterAutospacing="1" w:line="360" w:lineRule="auto"/>
        <w:ind w:firstLine="284"/>
        <w:jc w:val="both"/>
      </w:pPr>
      <w:r w:rsidRPr="00994820">
        <w:t>Poi silenzio.</w:t>
      </w:r>
    </w:p>
    <w:p w14:paraId="0DBF9016" w14:textId="77777777" w:rsidR="007C3C6C" w:rsidRPr="00994820" w:rsidRDefault="007C3C6C" w:rsidP="00B1354B">
      <w:pPr>
        <w:spacing w:before="100" w:beforeAutospacing="1" w:after="100" w:afterAutospacing="1" w:line="360" w:lineRule="auto"/>
        <w:ind w:firstLine="284"/>
        <w:jc w:val="both"/>
      </w:pPr>
      <w:r w:rsidRPr="00994820">
        <w:t>Fanny non aspettò. Si voltò verso Rock. I suoi occhi ardevano, pieni di furore.</w:t>
      </w:r>
      <w:r w:rsidRPr="00994820">
        <w:br/>
        <w:t>La cecchina era ancora in piedi, le mani tese, pronta a rigenerare un altro fucile — ma non fece in tempo.</w:t>
      </w:r>
    </w:p>
    <w:p w14:paraId="1F9AE8B8" w14:textId="77777777" w:rsidR="00C90764" w:rsidRDefault="007C3C6C" w:rsidP="00B1354B">
      <w:pPr>
        <w:spacing w:before="100" w:beforeAutospacing="1" w:after="100" w:afterAutospacing="1" w:line="360" w:lineRule="auto"/>
        <w:ind w:firstLine="284"/>
        <w:jc w:val="both"/>
      </w:pPr>
      <w:r w:rsidRPr="00994820">
        <w:t>Fanny le era già addosso come una tempesta inevitabile. Un primo la colpo mancò di poco, Rock si piegò all’indietro con agilità felina, ma il secondo…</w:t>
      </w:r>
    </w:p>
    <w:p w14:paraId="09075FF5" w14:textId="2362C7E2" w:rsidR="007C3C6C" w:rsidRPr="00994820" w:rsidRDefault="007C3C6C" w:rsidP="00B1354B">
      <w:pPr>
        <w:spacing w:before="100" w:beforeAutospacing="1" w:after="100" w:afterAutospacing="1" w:line="360" w:lineRule="auto"/>
        <w:ind w:firstLine="284"/>
        <w:jc w:val="both"/>
      </w:pPr>
      <w:r w:rsidRPr="00994820">
        <w:t>…il secondo era destinato a colpire.</w:t>
      </w:r>
    </w:p>
    <w:p w14:paraId="7AF8E3D0" w14:textId="77777777" w:rsidR="007C3C6C" w:rsidRPr="00994820" w:rsidRDefault="007C3C6C" w:rsidP="00B1354B">
      <w:pPr>
        <w:spacing w:before="100" w:beforeAutospacing="1" w:after="100" w:afterAutospacing="1" w:line="360" w:lineRule="auto"/>
        <w:ind w:firstLine="284"/>
        <w:jc w:val="both"/>
      </w:pPr>
      <w:r w:rsidRPr="00994820">
        <w:t>Poi, un’ombra tagliò l’aria.</w:t>
      </w:r>
    </w:p>
    <w:p w14:paraId="39488A0A" w14:textId="77777777"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inorEastAsia"/>
        </w:rPr>
        <w:t>Aman</w:t>
      </w:r>
      <w:r w:rsidRPr="00994820">
        <w:t>.</w:t>
      </w:r>
    </w:p>
    <w:p w14:paraId="2EE475A1" w14:textId="3A40035D" w:rsidR="007C3C6C" w:rsidRPr="00994820" w:rsidRDefault="007C3C6C" w:rsidP="00B1354B">
      <w:pPr>
        <w:spacing w:before="100" w:beforeAutospacing="1" w:after="100" w:afterAutospacing="1" w:line="360" w:lineRule="auto"/>
        <w:ind w:firstLine="284"/>
        <w:jc w:val="both"/>
      </w:pPr>
      <w:r w:rsidRPr="00994820">
        <w:t xml:space="preserve">Lo Shinigami alato attraversò la sala con fendendo l’aria con eleganza e rapidità. Passò accanto a Stein </w:t>
      </w:r>
      <w:r w:rsidRPr="00994820">
        <w:rPr>
          <w:rStyle w:val="Enfasigrassetto"/>
          <w:rFonts w:eastAsiaTheme="minorEastAsia"/>
        </w:rPr>
        <w:t>senza degnarlo di uno sguardo</w:t>
      </w:r>
      <w:r w:rsidRPr="00994820">
        <w:t>, diretto verso il cratere dove giaceva Momo. Il suo volto era impassibile.</w:t>
      </w:r>
      <w:r w:rsidR="00C90764">
        <w:t xml:space="preserve"> </w:t>
      </w:r>
      <w:r w:rsidRPr="00994820">
        <w:t xml:space="preserve">Il petto ancora visibile attraverso la veste ancora aperta mostrava ancora i segni della battaglia precedente. Momo tentò di sollevarsi. Stava perdendo molto liquido, un fluido denso che colava a fiotti dalle giunture biomeccaniche. Ma prima ancora che potesse parlare, </w:t>
      </w:r>
      <w:r w:rsidRPr="00994820">
        <w:rPr>
          <w:rStyle w:val="Enfasigrassetto"/>
          <w:rFonts w:eastAsiaTheme="minorEastAsia"/>
        </w:rPr>
        <w:t>una voce calma, sommessa</w:t>
      </w:r>
      <w:r w:rsidRPr="00994820">
        <w:t>, le parlò accanto.</w:t>
      </w:r>
    </w:p>
    <w:p w14:paraId="0D816CB8" w14:textId="77777777" w:rsidR="007C3C6C" w:rsidRPr="00994820" w:rsidRDefault="007C3C6C" w:rsidP="00B1354B">
      <w:pPr>
        <w:spacing w:before="100" w:beforeAutospacing="1" w:after="100" w:afterAutospacing="1" w:line="360" w:lineRule="auto"/>
        <w:ind w:firstLine="284"/>
        <w:jc w:val="both"/>
      </w:pPr>
      <w:r w:rsidRPr="00994820">
        <w:lastRenderedPageBreak/>
        <w:t>«Resta giù.» Era Aman. La sua mano le sfiorò appena la spalla. Uno sguardo, un ordine silenzioso. Momo si lasciò andare, gli occhi vuoti rivolti al soffitto.</w:t>
      </w:r>
    </w:p>
    <w:p w14:paraId="39349068" w14:textId="77777777" w:rsidR="007C3C6C" w:rsidRPr="00994820" w:rsidRDefault="007C3C6C" w:rsidP="00B1354B">
      <w:pPr>
        <w:spacing w:before="100" w:beforeAutospacing="1" w:after="100" w:afterAutospacing="1" w:line="360" w:lineRule="auto"/>
        <w:ind w:firstLine="284"/>
        <w:jc w:val="both"/>
      </w:pPr>
      <w:r w:rsidRPr="00994820">
        <w:t>Nel frattempo, l’impatto tra Fanny e Rock sembrava inevitabile.</w:t>
      </w:r>
    </w:p>
    <w:p w14:paraId="3094BD26" w14:textId="77777777" w:rsidR="007C3C6C" w:rsidRPr="00994820" w:rsidRDefault="007C3C6C" w:rsidP="00B1354B">
      <w:pPr>
        <w:spacing w:before="100" w:beforeAutospacing="1" w:after="100" w:afterAutospacing="1" w:line="360" w:lineRule="auto"/>
        <w:ind w:firstLine="284"/>
        <w:jc w:val="both"/>
      </w:pPr>
      <w:r w:rsidRPr="00994820">
        <w:t xml:space="preserve">Ma un’altra figura si mosse. </w:t>
      </w:r>
      <w:r w:rsidRPr="00994820">
        <w:rPr>
          <w:rStyle w:val="Enfasigrassetto"/>
          <w:rFonts w:eastAsiaTheme="minorEastAsia"/>
        </w:rPr>
        <w:t>Rift.</w:t>
      </w:r>
    </w:p>
    <w:p w14:paraId="55292CB3" w14:textId="77777777" w:rsidR="007C3C6C" w:rsidRPr="00994820" w:rsidRDefault="007C3C6C" w:rsidP="00B1354B">
      <w:pPr>
        <w:spacing w:before="100" w:beforeAutospacing="1" w:after="100" w:afterAutospacing="1" w:line="360" w:lineRule="auto"/>
        <w:ind w:firstLine="284"/>
        <w:jc w:val="both"/>
      </w:pPr>
      <w:r w:rsidRPr="00994820">
        <w:t>Una scia di luce rossastra spezzò l’aria. In un istante, Fanny si ritrovò a colpire il vuoto.</w:t>
      </w:r>
      <w:r w:rsidRPr="00994820">
        <w:br/>
        <w:t>Rock non c’era più.</w:t>
      </w:r>
    </w:p>
    <w:p w14:paraId="27A4BD53" w14:textId="77777777" w:rsidR="007C3C6C" w:rsidRPr="00994820" w:rsidRDefault="007C3C6C" w:rsidP="00B1354B">
      <w:pPr>
        <w:spacing w:before="100" w:beforeAutospacing="1" w:after="100" w:afterAutospacing="1" w:line="360" w:lineRule="auto"/>
        <w:ind w:firstLine="284"/>
        <w:jc w:val="both"/>
      </w:pPr>
      <w:r w:rsidRPr="00994820">
        <w:t>Rift l’aveva afferrata al volo, spostandola fuori dal centro dell’arena in una frazione di secondo.</w:t>
      </w:r>
      <w:r w:rsidRPr="00994820">
        <w:br/>
        <w:t>Si fermò solo dopo aver percorso mezza sala, posando la compagna con un gesto secco ma preciso. Dopo essersi fermato, le sistemò con dolcezza i capelli arruffati dalla velocità. Poi si girò, lo sguardo fisso su Stein.</w:t>
      </w:r>
    </w:p>
    <w:p w14:paraId="75FFDB03" w14:textId="77777777" w:rsidR="007C3C6C" w:rsidRPr="00994820" w:rsidRDefault="007C3C6C" w:rsidP="00B1354B">
      <w:pPr>
        <w:spacing w:before="100" w:beforeAutospacing="1" w:after="100" w:afterAutospacing="1" w:line="360" w:lineRule="auto"/>
        <w:ind w:firstLine="284"/>
        <w:jc w:val="both"/>
      </w:pPr>
      <w:r w:rsidRPr="00994820">
        <w:t>«Direi che può bastare, Stein.»</w:t>
      </w:r>
    </w:p>
    <w:p w14:paraId="7381F554" w14:textId="77777777" w:rsidR="007C3C6C" w:rsidRPr="00994820" w:rsidRDefault="007C3C6C" w:rsidP="00B1354B">
      <w:pPr>
        <w:spacing w:before="100" w:beforeAutospacing="1" w:after="100" w:afterAutospacing="1" w:line="360" w:lineRule="auto"/>
        <w:ind w:firstLine="284"/>
        <w:jc w:val="both"/>
      </w:pPr>
      <w:r w:rsidRPr="00994820">
        <w:t>La sua voce era fredda, priva di enfasi. Ma aveva il peso di una sentenza.</w:t>
      </w:r>
    </w:p>
    <w:p w14:paraId="5BAD7F71" w14:textId="77777777" w:rsidR="007C3C6C" w:rsidRPr="00994820" w:rsidRDefault="007C3C6C" w:rsidP="00B1354B">
      <w:pPr>
        <w:spacing w:before="100" w:beforeAutospacing="1" w:after="100" w:afterAutospacing="1" w:line="360" w:lineRule="auto"/>
        <w:ind w:firstLine="284"/>
        <w:jc w:val="both"/>
      </w:pPr>
      <w:r w:rsidRPr="00994820">
        <w:t>Stein non reagì subito. Per qualche secondo restò immobile, le mani conserte dietro la schiena, il suo sorriso piegato appena verso il basso.</w:t>
      </w:r>
    </w:p>
    <w:p w14:paraId="29FEE97E" w14:textId="77777777" w:rsidR="007C3C6C" w:rsidRPr="00994820" w:rsidRDefault="007C3C6C" w:rsidP="00B1354B">
      <w:pPr>
        <w:spacing w:before="100" w:beforeAutospacing="1" w:after="100" w:afterAutospacing="1" w:line="360" w:lineRule="auto"/>
        <w:ind w:firstLine="284"/>
        <w:jc w:val="both"/>
      </w:pPr>
      <w:r w:rsidRPr="00994820">
        <w:t>Poi alzò il braccio.</w:t>
      </w:r>
    </w:p>
    <w:p w14:paraId="33505FA4" w14:textId="77777777" w:rsidR="007C3C6C" w:rsidRPr="00994820" w:rsidRDefault="007C3C6C" w:rsidP="00B1354B">
      <w:pPr>
        <w:spacing w:before="100" w:beforeAutospacing="1" w:after="100" w:afterAutospacing="1" w:line="360" w:lineRule="auto"/>
        <w:ind w:firstLine="284"/>
        <w:jc w:val="both"/>
      </w:pPr>
      <w:r w:rsidRPr="00994820">
        <w:t>«Fate come volete!» gridò, il tono che rimbombava sulla struttura vuota dell’arena.</w:t>
      </w:r>
    </w:p>
    <w:p w14:paraId="2D71DA64" w14:textId="77777777" w:rsidR="007C3C6C" w:rsidRPr="00994820" w:rsidRDefault="007C3C6C" w:rsidP="00B1354B">
      <w:pPr>
        <w:spacing w:before="100" w:beforeAutospacing="1" w:after="100" w:afterAutospacing="1" w:line="360" w:lineRule="auto"/>
        <w:ind w:firstLine="284"/>
        <w:jc w:val="both"/>
      </w:pPr>
      <w:r w:rsidRPr="00994820">
        <w:t>«Ma ricordatevi questo,» aggiunse con voce più bassa, più tagliente.</w:t>
      </w:r>
      <w:r w:rsidRPr="00994820">
        <w:br/>
        <w:t>«Significa solo che quelle due… non sono ancora pronte.»</w:t>
      </w:r>
    </w:p>
    <w:p w14:paraId="03D3F092" w14:textId="37F14272" w:rsidR="00A20E7A" w:rsidRDefault="007C3C6C" w:rsidP="00B1354B">
      <w:pPr>
        <w:spacing w:before="100" w:beforeAutospacing="1" w:after="100" w:afterAutospacing="1" w:line="360" w:lineRule="auto"/>
        <w:ind w:firstLine="284"/>
        <w:jc w:val="both"/>
      </w:pPr>
      <w:r w:rsidRPr="00994820">
        <w:t>Il silenzio cadde di nuovo e un’ombra passò sul volto degli Shinigami nella sala.</w:t>
      </w:r>
    </w:p>
    <w:p w14:paraId="2F45659C" w14:textId="14E59504" w:rsidR="00CD408F" w:rsidRPr="00A20E7A" w:rsidRDefault="00A20E7A" w:rsidP="00A20E7A">
      <w:pPr>
        <w:spacing w:after="160" w:line="259" w:lineRule="auto"/>
      </w:pPr>
      <w:r>
        <w:br w:type="page"/>
      </w:r>
    </w:p>
    <w:p w14:paraId="554DC03A" w14:textId="15E9BA62" w:rsidR="007C3C6C" w:rsidRPr="00186DE6" w:rsidRDefault="00186DE6" w:rsidP="00A73788">
      <w:pPr>
        <w:pStyle w:val="Titolo1"/>
        <w:jc w:val="center"/>
      </w:pPr>
      <w:r w:rsidRPr="00186DE6">
        <w:lastRenderedPageBreak/>
        <w:t>Capitolo VI - Frammenti</w:t>
      </w:r>
    </w:p>
    <w:p w14:paraId="22D44A63" w14:textId="77777777" w:rsidR="007C3C6C" w:rsidRPr="00994820" w:rsidRDefault="007C3C6C" w:rsidP="00B1354B">
      <w:pPr>
        <w:spacing w:before="100" w:beforeAutospacing="1" w:after="100" w:afterAutospacing="1" w:line="360" w:lineRule="auto"/>
        <w:ind w:firstLine="284"/>
        <w:jc w:val="both"/>
      </w:pPr>
    </w:p>
    <w:p w14:paraId="45367F39" w14:textId="77777777" w:rsidR="007C3C6C" w:rsidRPr="00994820" w:rsidRDefault="007C3C6C" w:rsidP="00B1354B">
      <w:pPr>
        <w:spacing w:before="100" w:beforeAutospacing="1" w:after="100" w:afterAutospacing="1" w:line="360" w:lineRule="auto"/>
        <w:ind w:firstLine="284"/>
        <w:jc w:val="both"/>
      </w:pPr>
    </w:p>
    <w:p w14:paraId="56BB7D94" w14:textId="77777777" w:rsidR="007C3C6C" w:rsidRPr="00994820" w:rsidRDefault="007C3C6C" w:rsidP="00B1354B">
      <w:pPr>
        <w:spacing w:before="100" w:beforeAutospacing="1" w:after="100" w:afterAutospacing="1" w:line="360" w:lineRule="auto"/>
        <w:ind w:firstLine="284"/>
        <w:jc w:val="both"/>
      </w:pPr>
    </w:p>
    <w:p w14:paraId="71CD88BB" w14:textId="77777777" w:rsidR="007C3C6C" w:rsidRPr="00994820" w:rsidRDefault="007C3C6C" w:rsidP="00B1354B">
      <w:pPr>
        <w:spacing w:before="100" w:beforeAutospacing="1" w:after="100" w:afterAutospacing="1" w:line="360" w:lineRule="auto"/>
        <w:ind w:firstLine="284"/>
        <w:jc w:val="both"/>
      </w:pPr>
    </w:p>
    <w:p w14:paraId="1B7A965F" w14:textId="40EC20C1" w:rsidR="007C3C6C" w:rsidRPr="00994820" w:rsidRDefault="007C3C6C" w:rsidP="00B1354B">
      <w:pPr>
        <w:pStyle w:val="NormaleWeb"/>
        <w:spacing w:line="360" w:lineRule="auto"/>
        <w:ind w:firstLine="284"/>
        <w:jc w:val="both"/>
      </w:pPr>
      <w:r w:rsidRPr="00994820">
        <w:t>Il silenzio era arrivato troppo in fretta.</w:t>
      </w:r>
      <w:r w:rsidR="00186DE6">
        <w:t xml:space="preserve"> </w:t>
      </w:r>
      <w:r w:rsidRPr="00994820">
        <w:t>Non un silenzio naturale, di quelli che seguono il sonno o precedono una parola gentile. No. Questo era un silenzio malato, assordante. Era in grado di avvolgere tutto attorno a Fanny, ogni altro suono era come assorbito e cancellato.</w:t>
      </w:r>
    </w:p>
    <w:p w14:paraId="48E767FE" w14:textId="5C5DB99C" w:rsidR="007C3C6C" w:rsidRPr="00994820" w:rsidRDefault="007C3C6C" w:rsidP="00B1354B">
      <w:pPr>
        <w:pStyle w:val="NormaleWeb"/>
        <w:spacing w:line="360" w:lineRule="auto"/>
        <w:ind w:firstLine="284"/>
        <w:jc w:val="both"/>
      </w:pPr>
      <w:r w:rsidRPr="00994820">
        <w:t>Fanny era immobile.</w:t>
      </w:r>
      <w:r w:rsidR="00186DE6">
        <w:t xml:space="preserve"> </w:t>
      </w:r>
      <w:r w:rsidRPr="00994820">
        <w:t>I piedi piantati tra le crepe della sala, il corpo piegato in avanti come dopo una corsa furiosa di cui aveva perso il controllo. Attorno a lei i nanobot avevano già iniziato il loro diligente lavoro di ricostruzione. Le crepe nei muri venivano riempite, le schegge e i graffi sul pavimento perlaceo sparivano con cura. Le mani della ragazza — o meglio, quelle pesanti armi che le avevano inghiottito le mani — le pendevano lungo i fianchi, ancora contratte in una posa da battaglia ormai conclusa. I suoi occhi ancora si muovevano, al di là della volontà di Fanny, alla ricerca di un bersaglio che le era stato strappato via con velocità e precisione.</w:t>
      </w:r>
    </w:p>
    <w:p w14:paraId="708D5EED" w14:textId="24D8FBBB" w:rsidR="007C3C6C" w:rsidRPr="00994820" w:rsidRDefault="007C3C6C" w:rsidP="00B1354B">
      <w:pPr>
        <w:pStyle w:val="NormaleWeb"/>
        <w:spacing w:line="360" w:lineRule="auto"/>
        <w:ind w:firstLine="284"/>
        <w:jc w:val="both"/>
      </w:pPr>
      <w:r w:rsidRPr="00994820">
        <w:t>Un fischio basso, stridulo, proveniva dalla gamba cibernetica. Un suono costante, lamentoso, la cui intensità seguiva il suo respiro, diventato pesante e frenetico. Quel fiato vitale era caldo e usciva con rapidità da quei polmoni che seppure ancora umani, fumavano come se il suo petto fosse la caldaia rotta di una macchina a vapore.</w:t>
      </w:r>
      <w:r w:rsidR="00186DE6">
        <w:t xml:space="preserve"> </w:t>
      </w:r>
      <w:r w:rsidRPr="00994820">
        <w:t>Il braccio sinistro, quello lucidato con orgoglio, adesso mostrava segni evidenti di stress strutturale. Il metallo era rigato, scheggiato in più punti, e una sottile linea rossa bruciava la pelle attorno all’innesto.</w:t>
      </w:r>
    </w:p>
    <w:p w14:paraId="7A7F9A43" w14:textId="77777777" w:rsidR="007C3C6C" w:rsidRPr="00994820" w:rsidRDefault="007C3C6C" w:rsidP="00B1354B">
      <w:pPr>
        <w:pStyle w:val="NormaleWeb"/>
        <w:spacing w:line="360" w:lineRule="auto"/>
        <w:ind w:firstLine="284"/>
        <w:jc w:val="both"/>
      </w:pPr>
      <w:r w:rsidRPr="00994820">
        <w:t>Poi ci fu un suono sordo, pesante e metallico, seguito dal rumore di uno strappo.</w:t>
      </w:r>
    </w:p>
    <w:p w14:paraId="0C4DF966" w14:textId="6A09AA4E" w:rsidR="007C3C6C" w:rsidRPr="00994820" w:rsidRDefault="007C3C6C" w:rsidP="00B1354B">
      <w:pPr>
        <w:pStyle w:val="NormaleWeb"/>
        <w:spacing w:line="360" w:lineRule="auto"/>
        <w:ind w:firstLine="284"/>
        <w:jc w:val="both"/>
      </w:pPr>
      <w:r w:rsidRPr="00994820">
        <w:t>Fanny abbassò lo sguardo.</w:t>
      </w:r>
      <w:r w:rsidR="00186DE6">
        <w:t xml:space="preserve"> </w:t>
      </w:r>
      <w:r w:rsidRPr="00994820">
        <w:t>I guantoni le erano scivolati di dosso. Le loro tubature si erano sganciate con violenza dalla sua schiena e ora erano lì. A un passo da lei. Il sistema aveva finalmente rilevato la fine della minaccia e li aveva sganciati in automatico. Ora giacevano abbandonati sulla pietra candida, ma annerita dalle fiamme che erano arse in ogni suo colpo, privi di utilità, come gli artigli di una bestia che si riposava dopo aver cacciato.</w:t>
      </w:r>
      <w:r w:rsidRPr="00994820">
        <w:br/>
        <w:t>Il fumo che usciva dalle bocche d’aria sulla schiena dell’armatura lucida e dalle tonalità azzurre era tiepido, lento, quasi pacifico nel suo dissiparsi. Ma lei non riusciva più a vederli come strumenti.</w:t>
      </w:r>
      <w:r w:rsidRPr="00994820">
        <w:br/>
        <w:t>Li guardava come si guarda il volto di un assassino dopo aver capito di esserne stati complici.</w:t>
      </w:r>
    </w:p>
    <w:p w14:paraId="266577AD" w14:textId="0E803CD8" w:rsidR="007C3C6C" w:rsidRPr="00994820" w:rsidRDefault="007C3C6C" w:rsidP="00B1354B">
      <w:pPr>
        <w:pStyle w:val="NormaleWeb"/>
        <w:spacing w:line="360" w:lineRule="auto"/>
        <w:ind w:firstLine="284"/>
        <w:jc w:val="both"/>
      </w:pPr>
      <w:r w:rsidRPr="00994820">
        <w:lastRenderedPageBreak/>
        <w:t xml:space="preserve">Le dita si mossero. Le sue vere dita, pallide, scosse da un tremore sottile che partiva dalle ossa. Erano sporche, le sue mani. Per un breve istante pensò fosse sangue, il sangue che aveva e che avrebbe continuato a versare. Poi gli occhi robotici riuscirono ad agganciarsi alla realtà, quelle macchie erano nere, non rosse. Era olio e fuliggine. </w:t>
      </w:r>
      <w:r w:rsidR="00C90764">
        <w:t xml:space="preserve"> </w:t>
      </w:r>
      <w:r w:rsidRPr="00994820">
        <w:t>Si portò una mano al volto, sfiorando la guancia umida. Stavolta lo riconobbe: un misto di sangue e fluidi erano atterrati anche sul suo volto. Lo riconobbe, era in tutto e per tutto simile al liquido che pompava dal suo cuore al suo braccio, ma non era il suo.</w:t>
      </w:r>
    </w:p>
    <w:p w14:paraId="1DACF57A" w14:textId="5407AFB2" w:rsidR="007C3C6C" w:rsidRPr="00994820" w:rsidRDefault="007C3C6C" w:rsidP="00B1354B">
      <w:pPr>
        <w:pStyle w:val="NormaleWeb"/>
        <w:spacing w:line="360" w:lineRule="auto"/>
        <w:ind w:firstLine="284"/>
        <w:jc w:val="both"/>
      </w:pPr>
      <w:r w:rsidRPr="00994820">
        <w:t>Deglutì a fatica.</w:t>
      </w:r>
      <w:r w:rsidR="00186DE6">
        <w:t xml:space="preserve"> </w:t>
      </w:r>
      <w:r w:rsidRPr="00994820">
        <w:t xml:space="preserve">L’aria le sembrava densa, immobile, come se quell’energia che l’aveva riempita la stesse ancora avvolgendo. Sentì il suo battito. Le sembrava ancora meno umano del solito. Era rapido, ma sistemico. Gli occhi si concentrarono ancora su quei pesanti guanti, che aveva amato fino a pochi istanti fa. Non erano loro ad averle donato forza. Era il suo battito ad aver dato vita a quelle macchine. Era stata lei, non loro. </w:t>
      </w:r>
    </w:p>
    <w:p w14:paraId="0F5203B1" w14:textId="77777777" w:rsidR="007C3C6C" w:rsidRPr="00994820" w:rsidRDefault="007C3C6C" w:rsidP="00B1354B">
      <w:pPr>
        <w:pStyle w:val="NormaleWeb"/>
        <w:spacing w:line="360" w:lineRule="auto"/>
        <w:ind w:firstLine="284"/>
        <w:jc w:val="both"/>
      </w:pPr>
      <w:r w:rsidRPr="00994820">
        <w:t>Poi vide Rock.</w:t>
      </w:r>
    </w:p>
    <w:p w14:paraId="586463E2" w14:textId="7F814E07" w:rsidR="007C3C6C" w:rsidRPr="00994820" w:rsidRDefault="007C3C6C" w:rsidP="00B1354B">
      <w:pPr>
        <w:pStyle w:val="NormaleWeb"/>
        <w:spacing w:line="360" w:lineRule="auto"/>
        <w:ind w:firstLine="284"/>
        <w:jc w:val="both"/>
      </w:pPr>
      <w:r w:rsidRPr="00994820">
        <w:t>La ragazza era a terra, il corpo accasciato su un fianco, ancora inerme.</w:t>
      </w:r>
      <w:r w:rsidRPr="00994820">
        <w:br/>
        <w:t>L’abito militare nero era lacerato all’altezza dell’addome. Lì dove Fanny l’aveva colpita. Lì dove la furia dei suoi pugni d’acciaio aveva cercato il cuore.</w:t>
      </w:r>
      <w:r w:rsidR="00C90764">
        <w:t xml:space="preserve"> </w:t>
      </w:r>
      <w:r w:rsidRPr="00994820">
        <w:t>Se Rift non fosse intervenuto…</w:t>
      </w:r>
      <w:r w:rsidR="0063703F">
        <w:t xml:space="preserve"> </w:t>
      </w:r>
      <w:r w:rsidRPr="00994820">
        <w:t xml:space="preserve">Se non avesse salvato quel corpo fragile all’ultimo… Fanny sembro per la prima volta accorgersi della fragilità dei loro corpi umani. Ora che le vedeva lì entrambe a terra, entrambe sorrette dagli alleati, le sembro di vedere due figure profondamente diverse da quelle che aveva così tanto disprezzato quella sera nel vicolo. Le mani di Fanny si richiusero a vuoto. Percepiva ancora quel disprezzo, quell’odio, quella paura. Ma quella mistura confusa di emozioni stava cambiando forma, e soprattutto direzione. Non sembrava provare più nulla per le persone attorno a lei. La sua attenzione, il suo disprezzo adesso erano interiori. Tutto nella sua testa era diretto a se stessa. </w:t>
      </w:r>
    </w:p>
    <w:p w14:paraId="1E58B2FD" w14:textId="18450AA8" w:rsidR="007C3C6C" w:rsidRPr="00994820" w:rsidRDefault="007C3C6C" w:rsidP="00B1354B">
      <w:pPr>
        <w:pStyle w:val="NormaleWeb"/>
        <w:spacing w:line="360" w:lineRule="auto"/>
        <w:ind w:firstLine="284"/>
        <w:jc w:val="both"/>
      </w:pPr>
      <w:r w:rsidRPr="00994820">
        <w:t>La scena era come sospesa in un istante eterno.</w:t>
      </w:r>
      <w:r w:rsidR="0063703F">
        <w:t xml:space="preserve"> </w:t>
      </w:r>
      <w:r w:rsidRPr="00994820">
        <w:t>Rock ancora priva di sensi, protetta ora tra le braccia di Rift, che la osservava in silenzio, la mascella contratta. Nessuna parola, nessuna accusa. Solo quel silenzio, e quegli occhi troppo lucidi. Troppo umani. Quegli occhi così umani, quasi spezzati, erano troppo duri da sostenere per i suoi. Quegli occhi metallici, finti, non sembravano giusti. Persino lì in quel mondo così artificiale, Fanny tornò a sentirsi sbagliata, come sempre lo era stata a Grimvale. Non riuscendo a sostenere quel peso distolse rapidamente lo sguardo.</w:t>
      </w:r>
    </w:p>
    <w:p w14:paraId="4BD75E3D" w14:textId="77777777" w:rsidR="007C3C6C" w:rsidRPr="00994820" w:rsidRDefault="007C3C6C" w:rsidP="00B1354B">
      <w:pPr>
        <w:pStyle w:val="NormaleWeb"/>
        <w:spacing w:line="360" w:lineRule="auto"/>
        <w:ind w:firstLine="284"/>
        <w:jc w:val="both"/>
      </w:pPr>
      <w:r w:rsidRPr="00994820">
        <w:t>E vide Momo.</w:t>
      </w:r>
    </w:p>
    <w:p w14:paraId="20472B32" w14:textId="13B3C729" w:rsidR="007C3C6C" w:rsidRPr="00994820" w:rsidRDefault="007C3C6C" w:rsidP="00B1354B">
      <w:pPr>
        <w:pStyle w:val="NormaleWeb"/>
        <w:spacing w:line="360" w:lineRule="auto"/>
        <w:ind w:firstLine="284"/>
        <w:jc w:val="both"/>
      </w:pPr>
      <w:r w:rsidRPr="00994820">
        <w:t xml:space="preserve">Stesa a terra, poggiata con la schiena contro il fianco massiccio di Amon, quasi rinvigorita nel sentire del calore umano attraverso i brandelli della sua tuta bianca. Lo si poteva percepire. Da come si lasciava cadere contro il petto di Aman, era percepibile il suo desiderio di sentire qualcosa di caldo e di umano, dopo quegli scontri fatti solo di acciaio e gelo spietato. </w:t>
      </w:r>
      <w:r w:rsidRPr="00994820">
        <w:br/>
      </w:r>
      <w:r w:rsidRPr="00994820">
        <w:lastRenderedPageBreak/>
        <w:t>Il volto di Momo era rigato dal sudore e dal sangue, un vistoso ematoma violaceo le si estendeva su tutta la spalla e parte del petto. Quella macchia che continuava ad annerirsi picchiava contro il candore che aveva sempre distinto quella ragazza così spettrale. Respirava, ma ogni respiro sembrava rubato, costoso, come se il solo restare cosciente fosse una punizione.</w:t>
      </w:r>
      <w:r w:rsidRPr="00994820">
        <w:br/>
        <w:t>Gli occhi, però, erano aperti.</w:t>
      </w:r>
      <w:r w:rsidR="0063703F">
        <w:t xml:space="preserve"> </w:t>
      </w:r>
      <w:r w:rsidRPr="00994820">
        <w:t>E fissi su Fanny, sui suoi guanti precipitati al suolo.</w:t>
      </w:r>
    </w:p>
    <w:p w14:paraId="6550D941" w14:textId="4B86BB5B" w:rsidR="007C3C6C" w:rsidRPr="00994820" w:rsidRDefault="007C3C6C" w:rsidP="00B1354B">
      <w:pPr>
        <w:pStyle w:val="NormaleWeb"/>
        <w:spacing w:line="360" w:lineRule="auto"/>
        <w:ind w:firstLine="284"/>
        <w:jc w:val="both"/>
      </w:pPr>
      <w:r w:rsidRPr="00994820">
        <w:t>Non c’era odio in quello sguardo.</w:t>
      </w:r>
      <w:r w:rsidR="00C90764">
        <w:t xml:space="preserve"> </w:t>
      </w:r>
      <w:r w:rsidRPr="00994820">
        <w:t>Ma qualcosa di peggio: Cautela, Terrore. Come se ogni centimetro del suo corpo e della sua tuta cercassero di allungare ulteriormente le distanze dal pericolo. Non era un sentimento conscio, era qualcosa di istintivo: sopravvivenza..</w:t>
      </w:r>
    </w:p>
    <w:p w14:paraId="4037561A" w14:textId="77777777" w:rsidR="0063703F" w:rsidRDefault="007C3C6C" w:rsidP="00B1354B">
      <w:pPr>
        <w:pStyle w:val="NormaleWeb"/>
        <w:spacing w:line="360" w:lineRule="auto"/>
        <w:ind w:firstLine="284"/>
        <w:jc w:val="both"/>
      </w:pPr>
      <w:r w:rsidRPr="00994820">
        <w:t>Fanny fece un passo indietro.</w:t>
      </w:r>
      <w:r w:rsidR="0063703F">
        <w:t xml:space="preserve"> </w:t>
      </w:r>
      <w:r w:rsidRPr="00994820">
        <w:t>Poi un altro.</w:t>
      </w:r>
      <w:r w:rsidR="0063703F">
        <w:t xml:space="preserve"> </w:t>
      </w:r>
      <w:r w:rsidRPr="00994820">
        <w:t>Come se quel solo movimento potesse cancellare quanto accaduto. Come se la bambina che ancora sentiva dentro stesse cercando di nascondersi dopo una malefatta, timorosa della punizione incombente. Ma lei, non era più quella bambina spaventata dai fulmini. Poco a poco stava realizzando che poteva essere molto più pericolosa di ogni minaccia quella città le avrebbe posto davanti. Quella furia non l’aveva solo posseduta. L’aveva accolta. L’aveva lasciata entrare.</w:t>
      </w:r>
    </w:p>
    <w:p w14:paraId="69AB8660" w14:textId="45AE065F" w:rsidR="007C3C6C" w:rsidRPr="00994820" w:rsidRDefault="007C3C6C" w:rsidP="00B1354B">
      <w:pPr>
        <w:pStyle w:val="NormaleWeb"/>
        <w:spacing w:line="360" w:lineRule="auto"/>
        <w:ind w:firstLine="284"/>
        <w:jc w:val="both"/>
      </w:pPr>
      <w:r w:rsidRPr="00994820">
        <w:t>E per un istante — uno solo — le era piaciuto.</w:t>
      </w:r>
    </w:p>
    <w:p w14:paraId="744F0310" w14:textId="593BD070" w:rsidR="007C3C6C" w:rsidRPr="00994820" w:rsidRDefault="007C3C6C" w:rsidP="00B1354B">
      <w:pPr>
        <w:pStyle w:val="NormaleWeb"/>
        <w:spacing w:line="360" w:lineRule="auto"/>
        <w:ind w:firstLine="284"/>
        <w:jc w:val="both"/>
      </w:pPr>
      <w:r w:rsidRPr="00994820">
        <w:t>Un nodo si formò in gola, ma non salì.</w:t>
      </w:r>
      <w:r w:rsidR="0063703F">
        <w:t xml:space="preserve"> </w:t>
      </w:r>
      <w:r w:rsidRPr="00994820">
        <w:t>Rimase lì, a bruciare.</w:t>
      </w:r>
    </w:p>
    <w:p w14:paraId="71072C06" w14:textId="77777777" w:rsidR="0063703F" w:rsidRDefault="007C3C6C" w:rsidP="00B1354B">
      <w:pPr>
        <w:pStyle w:val="NormaleWeb"/>
        <w:spacing w:line="360" w:lineRule="auto"/>
        <w:ind w:firstLine="284"/>
        <w:jc w:val="both"/>
      </w:pPr>
      <w:r w:rsidRPr="00994820">
        <w:t>La sua voce, quando uscì, era poco più che un sussurro spezzato:</w:t>
      </w:r>
    </w:p>
    <w:p w14:paraId="16357620" w14:textId="4309FBA1" w:rsidR="007C3C6C" w:rsidRPr="00994820" w:rsidRDefault="007C3C6C" w:rsidP="00B1354B">
      <w:pPr>
        <w:pStyle w:val="NormaleWeb"/>
        <w:spacing w:line="360" w:lineRule="auto"/>
        <w:ind w:firstLine="284"/>
        <w:jc w:val="both"/>
      </w:pPr>
      <w:r w:rsidRPr="00994820">
        <w:t>«Cos’ho fatto…?»</w:t>
      </w:r>
    </w:p>
    <w:p w14:paraId="1C01601A" w14:textId="5989E80A" w:rsidR="007C3C6C" w:rsidRPr="00994820" w:rsidRDefault="007C3C6C" w:rsidP="00B1354B">
      <w:pPr>
        <w:pStyle w:val="NormaleWeb"/>
        <w:spacing w:line="360" w:lineRule="auto"/>
        <w:ind w:firstLine="284"/>
        <w:jc w:val="both"/>
      </w:pPr>
      <w:r w:rsidRPr="00994820">
        <w:t>E non ci fu risposta.</w:t>
      </w:r>
      <w:r w:rsidR="0063703F">
        <w:t xml:space="preserve"> </w:t>
      </w:r>
      <w:r w:rsidRPr="00994820">
        <w:t>Solo il battito asimmetrico del cuore meccanico le invadeva la testa piena di dubbi e paura.</w:t>
      </w:r>
    </w:p>
    <w:p w14:paraId="7BD07AF1" w14:textId="4BEB05BF" w:rsidR="007C3C6C" w:rsidRPr="00994820" w:rsidRDefault="007C3C6C" w:rsidP="00B1354B">
      <w:pPr>
        <w:pStyle w:val="NormaleWeb"/>
        <w:spacing w:line="360" w:lineRule="auto"/>
        <w:ind w:firstLine="284"/>
        <w:jc w:val="both"/>
      </w:pPr>
      <w:r w:rsidRPr="00994820">
        <w:t>Poi tutto si spense e il silenzio si spezzò.</w:t>
      </w:r>
      <w:r w:rsidR="0063703F">
        <w:t xml:space="preserve"> </w:t>
      </w:r>
      <w:r w:rsidRPr="00994820">
        <w:t>Due tonfi sordi echeggiarono nell’aria immobile: Rift si accasciò per primo, pesantemente, e con lui anche Rock, che fino a un istante prima si era aggrappata al suo braccio. Crollarono insieme, come marionette a cui erano stati recisi i fili, senza un grido, senza un lamento.</w:t>
      </w:r>
      <w:r w:rsidR="0063703F">
        <w:t xml:space="preserve"> </w:t>
      </w:r>
      <w:r w:rsidRPr="00994820">
        <w:t>Nel frattempo, Momo vacillava tra le braccia di Aman. Il suo corpo sfumava, dissolvendosi e ricomponendosi, intrappolato in una transizione caotica tra materia ed etere, incapace di fermarsi.</w:t>
      </w:r>
    </w:p>
    <w:p w14:paraId="080963EB" w14:textId="77777777" w:rsidR="007C3C6C" w:rsidRPr="00994820" w:rsidRDefault="007C3C6C" w:rsidP="00B1354B">
      <w:pPr>
        <w:pStyle w:val="NormaleWeb"/>
        <w:spacing w:line="360" w:lineRule="auto"/>
        <w:ind w:firstLine="284"/>
        <w:jc w:val="both"/>
      </w:pPr>
      <w:r w:rsidRPr="00994820">
        <w:t xml:space="preserve">Aman sembrò capire e si limitò ad allontanarsi da Momo, in quello stato non poteva aiutarla. </w:t>
      </w:r>
    </w:p>
    <w:p w14:paraId="6B4AE54B" w14:textId="77777777" w:rsidR="007C3C6C" w:rsidRPr="00994820" w:rsidRDefault="007C3C6C" w:rsidP="00B1354B">
      <w:pPr>
        <w:pStyle w:val="NormaleWeb"/>
        <w:spacing w:line="360" w:lineRule="auto"/>
        <w:ind w:firstLine="284"/>
        <w:jc w:val="both"/>
      </w:pPr>
      <w:r w:rsidRPr="00994820">
        <w:t>Fanny mosse lo sguardo nella stanza rapidamente, scrutando ogni angolo, come a cercare una nuova risposta nell’etere. Era stata lei? Ma Rift non era mai stato colpito dai suoi pugni grezzi. Poi la risposta entrò nella stanza, terribile.</w:t>
      </w:r>
    </w:p>
    <w:p w14:paraId="334B4D8E" w14:textId="77777777" w:rsidR="007C3C6C" w:rsidRPr="00994820" w:rsidRDefault="007C3C6C" w:rsidP="00B1354B">
      <w:pPr>
        <w:pStyle w:val="NormaleWeb"/>
        <w:spacing w:line="360" w:lineRule="auto"/>
        <w:ind w:firstLine="284"/>
        <w:jc w:val="both"/>
      </w:pPr>
      <w:r w:rsidRPr="00994820">
        <w:lastRenderedPageBreak/>
        <w:t>Tre Elvenar entrarono nella sala d’allenamento. Per la prima volta Fanny superò il blocco che le era stato insegnato fin da piccola.</w:t>
      </w:r>
    </w:p>
    <w:p w14:paraId="6AEB1C39" w14:textId="7BD87348" w:rsidR="007C3C6C" w:rsidRPr="00994820" w:rsidRDefault="007C3C6C" w:rsidP="00B1354B">
      <w:pPr>
        <w:spacing w:before="100" w:beforeAutospacing="1" w:after="100" w:afterAutospacing="1" w:line="360" w:lineRule="auto"/>
        <w:ind w:firstLine="284"/>
        <w:jc w:val="both"/>
      </w:pPr>
      <w:r w:rsidRPr="00994820">
        <w:t>Non bisognava guardarli.</w:t>
      </w:r>
      <w:r w:rsidR="0063703F">
        <w:t xml:space="preserve"> </w:t>
      </w:r>
      <w:r w:rsidRPr="00994820">
        <w:t>Fin da bambina le era stato ripetuto come una filastrocca sussurrata in quei vicoli bui e sporchi di Grimvale: “Se li incroci, abbassa gli occhi. Se li senti, gira l’angolo.”</w:t>
      </w:r>
    </w:p>
    <w:p w14:paraId="58A6962A" w14:textId="77777777" w:rsidR="007C3C6C" w:rsidRPr="00994820" w:rsidRDefault="007C3C6C" w:rsidP="00B1354B">
      <w:pPr>
        <w:spacing w:before="100" w:beforeAutospacing="1" w:after="100" w:afterAutospacing="1" w:line="360" w:lineRule="auto"/>
        <w:ind w:firstLine="284"/>
        <w:jc w:val="both"/>
      </w:pPr>
      <w:r w:rsidRPr="00994820">
        <w:t>Era una regola semplice. Una regola di sopravvivenza.</w:t>
      </w:r>
    </w:p>
    <w:p w14:paraId="09DBB2FC" w14:textId="4EA04A1B" w:rsidR="007C3C6C" w:rsidRPr="00994820" w:rsidRDefault="007C3C6C" w:rsidP="00B1354B">
      <w:pPr>
        <w:spacing w:before="100" w:beforeAutospacing="1" w:after="100" w:afterAutospacing="1" w:line="360" w:lineRule="auto"/>
        <w:ind w:firstLine="284"/>
        <w:jc w:val="both"/>
      </w:pPr>
      <w:r w:rsidRPr="00994820">
        <w:t>Ma ora… ora erano lì.</w:t>
      </w:r>
      <w:r w:rsidR="0063703F">
        <w:t xml:space="preserve"> </w:t>
      </w:r>
      <w:r w:rsidRPr="00994820">
        <w:t>E Fanny non riuscì a distogliere lo sguardo. Era come se il terrore che stava provando la spingesse a posare lo sguardo su quelle punizioni, come se cercasse un motivo che giustificasse la sua rabbia.</w:t>
      </w:r>
    </w:p>
    <w:p w14:paraId="4C6E2C56" w14:textId="250D3AA8" w:rsidR="007C3C6C" w:rsidRPr="00994820" w:rsidRDefault="007C3C6C" w:rsidP="00B1354B">
      <w:pPr>
        <w:spacing w:before="100" w:beforeAutospacing="1" w:after="100" w:afterAutospacing="1" w:line="360" w:lineRule="auto"/>
        <w:ind w:firstLine="284"/>
        <w:jc w:val="both"/>
      </w:pPr>
      <w:r w:rsidRPr="00994820">
        <w:t>Erano immobili.</w:t>
      </w:r>
      <w:r w:rsidR="0063703F">
        <w:t xml:space="preserve"> </w:t>
      </w:r>
      <w:r w:rsidRPr="00994820">
        <w:t>Come statue scolpite in un materiale troppo liscio per essere carne e troppo vivo per essere pietra.</w:t>
      </w:r>
      <w:r w:rsidR="0063703F">
        <w:t xml:space="preserve"> </w:t>
      </w:r>
      <w:r w:rsidRPr="00994820">
        <w:t>Il primo aveva un corpo lucente, percorso da venature dorate che sembravano pulsare debolmente sotto una pelle di marmo. Sul cranio glabro, il numero “103” inciso come una condanna. Il viso — o meglio, quel poco che ne era rimasto — era liscio, privo di occhi, di naso, di espressione. Solo una bocca, curvata in un sorriso indecente, innaturale. Un sorriso senza emozione, che non cercava contatto, ma osservava il vuoto come se il vuoto fosse tutto ciò che restava.</w:t>
      </w:r>
    </w:p>
    <w:p w14:paraId="39A7C153" w14:textId="77777777" w:rsidR="007C3C6C" w:rsidRPr="00994820" w:rsidRDefault="007C3C6C" w:rsidP="00B1354B">
      <w:pPr>
        <w:spacing w:before="100" w:beforeAutospacing="1" w:after="100" w:afterAutospacing="1" w:line="360" w:lineRule="auto"/>
        <w:ind w:firstLine="284"/>
        <w:jc w:val="both"/>
      </w:pPr>
      <w:r w:rsidRPr="00994820">
        <w:t xml:space="preserve">Il secondo era più imponente. Ogni muscolo del suo corpo era perfetto, definito con cura chirurgica. Il petto portava un nome: </w:t>
      </w:r>
      <w:r w:rsidRPr="00994820">
        <w:rPr>
          <w:i/>
          <w:iCs/>
        </w:rPr>
        <w:t>ISMAEL</w:t>
      </w:r>
      <w:r w:rsidRPr="00994820">
        <w:t xml:space="preserve">. E sotto, una diagnosi come fosse un titolo nobiliare: </w:t>
      </w:r>
      <w:r w:rsidRPr="00994820">
        <w:rPr>
          <w:i/>
          <w:iCs/>
        </w:rPr>
        <w:t>Sindrome post-traumatica da stress</w:t>
      </w:r>
      <w:r w:rsidRPr="00994820">
        <w:t>. Fanny provò un tremito. Aveva sentito storie… che molti Elvenar erano criminali, artefici di un peccato che non avevano potuto scegliere. Scarti del Sistema. Non più guaribili. Era quella la paura più grande. Quella felicità che in città era legge non poteva venire distorta da qualcosa di psichico, di mentale, qualcosa che non poteva essere risolto alla nascita e che avrebbe richiesto anni di cure e terapie. Anni che la società non poteva permettersi. E così i più bisognosi divennero colpevoli, criminali mentali. La società aveva da sempre provato disprezzo e allontanato i soggetti più fragili, cercato di non vederli, di lasciarli nelle retrovie, non visti. Adesso la società aveva finalmente trovato un ruolo, un compito, anche per loro: Monito. Ogni cittadino dentro e fuori Ecliptica sapeva quanto fosse importante curare la propria psiche, assicurarsi di godersi la vita, di essere felici, era importante che le catastrofi e le preoccupazioni ti scivolassero via, che non prendessero casa nella tua mente. Perché tutti guardando quei corpi deformati sapevano che erano umani, ne conoscevano il nome, bene inciso sulla carne. Tutti i Synborn guardavano solo con la coda dell’occhio il numero scolpito sulla fronte, nel timore che il proprio Emotion Value si avvicinasse troppo ai valori che quegli essere avevano al momento del giudizio. Era sempre visibile, quel singolo numero era il loro sguardo, più temibile di ogni altra occhiata che poteva scrutarti in città.</w:t>
      </w:r>
      <w:r w:rsidRPr="00994820">
        <w:br/>
        <w:t>Vederlo lì, così perfetto e così vuoto, le fece venire la nausea. Era la perfezione dell’oblio.</w:t>
      </w:r>
    </w:p>
    <w:p w14:paraId="35E391D3" w14:textId="77777777" w:rsidR="0063703F" w:rsidRDefault="007C3C6C" w:rsidP="00B1354B">
      <w:pPr>
        <w:spacing w:before="100" w:beforeAutospacing="1" w:after="100" w:afterAutospacing="1" w:line="360" w:lineRule="auto"/>
        <w:ind w:firstLine="284"/>
        <w:jc w:val="both"/>
      </w:pPr>
      <w:r w:rsidRPr="00994820">
        <w:lastRenderedPageBreak/>
        <w:t xml:space="preserve">Il terzo era più sottile, ma non meno inquietante. Le sue mani erano sproporzionatamente lunghe, le dita rigide, immobili come artigli dormienti. Anche lui non aveva volto, eppure da quella maschera muta sembrava stillare giudizio. L’assenza di tratti non lo rendeva meno espressivo: lo rendeva </w:t>
      </w:r>
      <w:r w:rsidRPr="00994820">
        <w:rPr>
          <w:i/>
          <w:iCs/>
        </w:rPr>
        <w:t>assoluto</w:t>
      </w:r>
      <w:r w:rsidRPr="00994820">
        <w:t>.</w:t>
      </w:r>
    </w:p>
    <w:p w14:paraId="73B05E12" w14:textId="39B02761" w:rsidR="007C3C6C" w:rsidRPr="00994820" w:rsidRDefault="007C3C6C" w:rsidP="00B1354B">
      <w:pPr>
        <w:spacing w:before="100" w:beforeAutospacing="1" w:after="100" w:afterAutospacing="1" w:line="360" w:lineRule="auto"/>
        <w:ind w:firstLine="284"/>
        <w:jc w:val="both"/>
      </w:pPr>
      <w:r w:rsidRPr="00994820">
        <w:t>Nessuna rabbia. Nessuna pietà. Solo il ricordo di una vita che fu.</w:t>
      </w:r>
    </w:p>
    <w:p w14:paraId="5015DF56" w14:textId="073840CC" w:rsidR="007C3C6C" w:rsidRPr="00994820" w:rsidRDefault="007C3C6C" w:rsidP="00B1354B">
      <w:pPr>
        <w:spacing w:before="100" w:beforeAutospacing="1" w:after="100" w:afterAutospacing="1" w:line="360" w:lineRule="auto"/>
        <w:ind w:firstLine="284"/>
        <w:jc w:val="both"/>
      </w:pPr>
      <w:r w:rsidRPr="00994820">
        <w:t>Fanny deglutì, senza riuscire a staccare gli occhi.</w:t>
      </w:r>
      <w:r w:rsidR="00C90764">
        <w:t xml:space="preserve"> </w:t>
      </w:r>
      <w:r w:rsidRPr="00994820">
        <w:t>Il cuore le martellava nel petto, come se sapesse che stava infrangendo un tabù.</w:t>
      </w:r>
      <w:r w:rsidR="00C90764">
        <w:t xml:space="preserve"> </w:t>
      </w:r>
      <w:r w:rsidRPr="00994820">
        <w:t>Non solo li stava guardando. Li stava osservando davvero.</w:t>
      </w:r>
      <w:r w:rsidR="00C90764">
        <w:t xml:space="preserve"> </w:t>
      </w:r>
      <w:r w:rsidRPr="00994820">
        <w:t>E solo in quel momento comprese quanto fossero terrificanti.</w:t>
      </w:r>
    </w:p>
    <w:p w14:paraId="7225B763" w14:textId="77777777" w:rsidR="007C3C6C" w:rsidRPr="00994820" w:rsidRDefault="007C3C6C" w:rsidP="00B1354B">
      <w:pPr>
        <w:spacing w:before="100" w:beforeAutospacing="1" w:after="100" w:afterAutospacing="1" w:line="360" w:lineRule="auto"/>
        <w:ind w:firstLine="284"/>
        <w:jc w:val="both"/>
      </w:pPr>
      <w:r w:rsidRPr="00994820">
        <w:t>Non era il loro aspetto mostruoso a renderli così terrificanti. Ma la consapevolezza che quell’aspetto tetro e liscio rivelava la loro reale essenza, non erano mostri, ma lapidi. Certo i synborn non li avrebbero riconosciuti come tali, in fondo solo a Grimvale si era mantenuta una tradizione funebre, solo a Grimvale gli anziani ancora perpetuavano i riti di Endymion.</w:t>
      </w:r>
      <w:r w:rsidRPr="00994820">
        <w:br/>
        <w:t>Corpi svuotati, riplasmati, ripuliti da ogni traccia di dolore. Tombe ambulanti di ciò che un tempo erano stati.</w:t>
      </w:r>
    </w:p>
    <w:p w14:paraId="2BF9464E" w14:textId="14108D1D" w:rsidR="007C3C6C" w:rsidRPr="00994820" w:rsidRDefault="007C3C6C" w:rsidP="00B1354B">
      <w:pPr>
        <w:spacing w:before="100" w:beforeAutospacing="1" w:after="100" w:afterAutospacing="1" w:line="360" w:lineRule="auto"/>
        <w:ind w:firstLine="284"/>
        <w:jc w:val="both"/>
      </w:pPr>
      <w:r w:rsidRPr="00994820">
        <w:t>E Fanny, in quell’istante, provò di nuovo lo stesso fuoco che l’aveva avvampata durante lo scontro.</w:t>
      </w:r>
      <w:r w:rsidRPr="00994820">
        <w:br/>
        <w:t>Una scarica troppo intensa per restare ferma.</w:t>
      </w:r>
      <w:r w:rsidR="0063703F">
        <w:t xml:space="preserve"> </w:t>
      </w:r>
      <w:r w:rsidRPr="00994820">
        <w:t>Troppo per distogliere lo sguardo.</w:t>
      </w:r>
      <w:r w:rsidRPr="00994820">
        <w:br/>
        <w:t>Troppo per dimenticarli.</w:t>
      </w:r>
    </w:p>
    <w:p w14:paraId="150AE333" w14:textId="77777777" w:rsidR="007C3C6C" w:rsidRPr="00994820" w:rsidRDefault="007C3C6C" w:rsidP="00B1354B">
      <w:pPr>
        <w:spacing w:before="100" w:beforeAutospacing="1" w:after="100" w:afterAutospacing="1" w:line="360" w:lineRule="auto"/>
        <w:ind w:firstLine="284"/>
        <w:jc w:val="both"/>
      </w:pPr>
      <w:r w:rsidRPr="00994820">
        <w:t>Prima che potesse emettere un singolo suono, per la prima volta vide una cosa che la raggelò ancora di più. Una di quelle tre figura, quella più imponente, al centro aprì quella bocca normalmente sigillata. Una voce distorta, metallica uscì da quella gola oscura priva di lingua o denti.</w:t>
      </w:r>
    </w:p>
    <w:p w14:paraId="5DBACC3B" w14:textId="117B8E11" w:rsidR="007C3C6C" w:rsidRPr="00994820" w:rsidRDefault="007C3C6C" w:rsidP="00B1354B">
      <w:pPr>
        <w:spacing w:before="100" w:beforeAutospacing="1" w:after="100" w:afterAutospacing="1" w:line="360" w:lineRule="auto"/>
        <w:ind w:firstLine="284"/>
        <w:jc w:val="both"/>
      </w:pPr>
      <w:r w:rsidRPr="00994820">
        <w:t>«Un duello ammirevole. Sei stata implacabile e irremovibile. Solida come una Torre, una maestosa Torre Rosso fuoco. Certo, per la maggior parte è stata un’azione diretta, priva d’eleganza… ma efficace.</w:t>
      </w:r>
      <w:r w:rsidR="006B37DE">
        <w:t xml:space="preserve"> </w:t>
      </w:r>
      <w:r w:rsidRPr="00994820">
        <w:t>Complimenti, Fanny. Hai infranto la quiete come si rompe una linea difensiva: con brutalità necessaria.</w:t>
      </w:r>
      <w:r w:rsidR="006B37DE">
        <w:t xml:space="preserve"> </w:t>
      </w:r>
      <w:r w:rsidRPr="00994820">
        <w:t>Quanto a voi due… Momo, Rock…</w:t>
      </w:r>
      <w:r w:rsidRPr="00994820">
        <w:br/>
        <w:t xml:space="preserve">Che spreco di spazio sulla scacchiera. Due pezzi salvati dagli scarti, e nemmeno in grado di rallentare l’avversario. </w:t>
      </w:r>
      <w:r w:rsidR="006B37DE">
        <w:t xml:space="preserve"> </w:t>
      </w:r>
      <w:r w:rsidRPr="00994820">
        <w:t xml:space="preserve">Non preoccupatevi, io vi </w:t>
      </w:r>
      <w:r w:rsidRPr="00994820">
        <w:rPr>
          <w:i/>
          <w:iCs/>
        </w:rPr>
        <w:t>perdono</w:t>
      </w:r>
      <w:r w:rsidRPr="00994820">
        <w:t xml:space="preserve"> e poi sono certo che Stein saprà come migliorarvi.</w:t>
      </w:r>
      <w:r w:rsidR="006B37DE">
        <w:t xml:space="preserve"> </w:t>
      </w:r>
      <w:r w:rsidRPr="00994820">
        <w:t>Fanny, riguardo a te la partita è appena iniziata.</w:t>
      </w:r>
      <w:r w:rsidR="006B37DE">
        <w:t xml:space="preserve"> </w:t>
      </w:r>
      <w:r w:rsidRPr="00994820">
        <w:t>Il primo giocatore ti convoca.</w:t>
      </w:r>
      <w:r w:rsidR="006B37DE">
        <w:t xml:space="preserve"> </w:t>
      </w:r>
      <w:r w:rsidRPr="00994820">
        <w:t>Ventunesimo piano. Le mie stanze.</w:t>
      </w:r>
      <w:r w:rsidR="006B37DE">
        <w:t xml:space="preserve"> </w:t>
      </w:r>
      <w:r w:rsidRPr="00994820">
        <w:t>Porta con te il tuo sorriso migliore: sarà un incontro… formale.»</w:t>
      </w:r>
    </w:p>
    <w:p w14:paraId="6239CFD2" w14:textId="77777777" w:rsidR="007C3C6C" w:rsidRPr="00994820" w:rsidRDefault="007C3C6C" w:rsidP="00B1354B">
      <w:pPr>
        <w:spacing w:before="100" w:beforeAutospacing="1" w:after="100" w:afterAutospacing="1" w:line="360" w:lineRule="auto"/>
        <w:ind w:firstLine="284"/>
        <w:jc w:val="both"/>
      </w:pPr>
      <w:r w:rsidRPr="00994820">
        <w:t xml:space="preserve">Arrivò alla porta che conduceva alla stanza di Rivey. Fanny non poteva che cercare di richiamare alla mente la figura del giudice che era stata evocata da Backy la sera prima. Un altro Giudice, uno che conosceva il suo scopo. Il Giudice del Perdono. Le mani di Fanny si sfregavano l’un l’altra davanti all’imponente porta del suo ufficio. La porta era un’immensa lastra bronzea con sopra inciso un sole nero stilizzato. Al centro di quel sole </w:t>
      </w:r>
      <w:r w:rsidRPr="00994820">
        <w:lastRenderedPageBreak/>
        <w:t>era scolpito in rilievo la rappresentazione di una Bilancia. Il Dipartimento del Mezzogiorno, rappresentato dalla Figura del Giudice del Perdono, era l’ente che si occupava della vita dei cittadini dalla nascita, l’Alba, alla morte, il Tramonto.  Prima di entrare, si fermò un attimo a respirare, come a voler recuperare dell’aria fresca, pulita, prima che venisse contaminata dalla figura di uno dei tre Giudici. Poco dopo, la Bilancia rientrò nella parete e la porta si aprì scorrendo su un lato. All’interno era difficile distinguere gli elementi della stanza, dominata dall’oscurità e dall’ombra.</w:t>
      </w:r>
    </w:p>
    <w:p w14:paraId="5EE683B4" w14:textId="77777777" w:rsidR="007C3C6C" w:rsidRPr="00994820" w:rsidRDefault="007C3C6C" w:rsidP="00B1354B">
      <w:pPr>
        <w:spacing w:before="100" w:beforeAutospacing="1" w:after="100" w:afterAutospacing="1" w:line="360" w:lineRule="auto"/>
        <w:ind w:firstLine="284"/>
        <w:jc w:val="both"/>
      </w:pPr>
      <w:r w:rsidRPr="00994820">
        <w:t xml:space="preserve">Fanny era appena entrata nella stanza. Il giudice del Perdono non era come se l’era immaginato quella sera nella stanza del Time Inn. Ora lì, davanti a lei, sedeva con la grazia di una statua antica, l’uomo che avevano chiamato </w:t>
      </w:r>
      <w:r w:rsidRPr="00994820">
        <w:rPr>
          <w:rFonts w:eastAsiaTheme="majorEastAsia"/>
          <w:i/>
          <w:iCs/>
        </w:rPr>
        <w:t>Giudice del Perdono</w:t>
      </w:r>
      <w:r w:rsidRPr="00994820">
        <w:rPr>
          <w:i/>
          <w:iCs/>
        </w:rPr>
        <w:t>.</w:t>
      </w:r>
      <w:r w:rsidRPr="00994820">
        <w:t xml:space="preserve"> Sembrava assorto in una partita che non si era ancora conclusa. Le dita nodose sfioravano il mento in un gesto meditativo, gli occhi scavati fissi sulla scacchiera, come se ogni pezzo fosse una persona. O una condanna.</w:t>
      </w:r>
    </w:p>
    <w:p w14:paraId="4C57771E" w14:textId="77777777" w:rsidR="007C3C6C" w:rsidRPr="00994820" w:rsidRDefault="007C3C6C" w:rsidP="00B1354B">
      <w:pPr>
        <w:spacing w:before="100" w:beforeAutospacing="1" w:after="100" w:afterAutospacing="1" w:line="360" w:lineRule="auto"/>
        <w:ind w:firstLine="284"/>
        <w:jc w:val="both"/>
      </w:pPr>
      <w:r w:rsidRPr="00994820">
        <w:t>Fanny non riuscì a decifrare subito l’espressione sul suo volto: né severa, né benevola. Ma c’era qualcosa… qualcosa che la fece irrigidire più di mille parole. Quella calma. Quella dannata calma.</w:t>
      </w:r>
    </w:p>
    <w:p w14:paraId="528194DC" w14:textId="16669EE7" w:rsidR="007C3C6C" w:rsidRPr="00994820" w:rsidRDefault="007C3C6C" w:rsidP="00B1354B">
      <w:pPr>
        <w:spacing w:before="100" w:beforeAutospacing="1" w:after="100" w:afterAutospacing="1" w:line="360" w:lineRule="auto"/>
        <w:ind w:firstLine="284"/>
        <w:jc w:val="both"/>
      </w:pPr>
      <w:r w:rsidRPr="00994820">
        <w:t xml:space="preserve">I capelli argentati ricadevano scomposti su una tempia, e una ciocca tinta di rosso—o forse sporca di sangue secco, difficile a dirsi—tracciava una linea diagonale sulla fronte. Non sembrava trascurato. Piuttosto… </w:t>
      </w:r>
      <w:r w:rsidRPr="00994820">
        <w:rPr>
          <w:rFonts w:eastAsiaTheme="majorEastAsia"/>
          <w:i/>
          <w:iCs/>
        </w:rPr>
        <w:t>consumato</w:t>
      </w:r>
      <w:r w:rsidRPr="00994820">
        <w:t>. E poi c’era quel simbolo appuntato sulla giacca: una bilancia dorata, lucida, perfetta. Una giustizia che non pesava niente, ma schiacciava tutto.  Rivey era il tipo d’uomo che ti guardava come se conoscesse la tua verità prima ancora che tu provassi a negarla.</w:t>
      </w:r>
      <w:r w:rsidR="006B37DE">
        <w:t xml:space="preserve"> </w:t>
      </w:r>
      <w:r w:rsidRPr="00994820">
        <w:t>Il tipo che non aveva bisogno di alzare la voce per metterti in ginocchio.</w:t>
      </w:r>
    </w:p>
    <w:p w14:paraId="5038A964" w14:textId="77777777" w:rsidR="007C3C6C" w:rsidRPr="00994820" w:rsidRDefault="007C3C6C" w:rsidP="00B1354B">
      <w:pPr>
        <w:spacing w:before="100" w:beforeAutospacing="1" w:after="100" w:afterAutospacing="1" w:line="360" w:lineRule="auto"/>
        <w:ind w:firstLine="284"/>
        <w:jc w:val="both"/>
      </w:pPr>
      <w:r w:rsidRPr="00994820">
        <w:t>Le luci dei monitor alle spalle dell’uomo illuminavano debolmente l’ambiente, disegnando riflessi freddi sulle pareti. Una scacchiera era al centro del tavolo. La luce disegnava ombre sottili sulle sue guance scavate, riflettendosi sull’emblema dorato della Giustizia che portava appuntato al petto. Le sue dita, lunghe e ossute, toccavano appena un alfiere nero, come se stesse decidendo il destino di un regno con una sola mossa.</w:t>
      </w:r>
    </w:p>
    <w:p w14:paraId="28C749A1" w14:textId="77777777" w:rsidR="007C3C6C" w:rsidRPr="00994820" w:rsidRDefault="007C3C6C" w:rsidP="00B1354B">
      <w:pPr>
        <w:spacing w:before="100" w:beforeAutospacing="1" w:after="100" w:afterAutospacing="1" w:line="360" w:lineRule="auto"/>
        <w:ind w:firstLine="284"/>
        <w:jc w:val="both"/>
      </w:pPr>
      <w:r w:rsidRPr="00994820">
        <w:t>La porta si chiuse alle spalle di Fanny con un sibilo discreto.</w:t>
      </w:r>
    </w:p>
    <w:p w14:paraId="00607956" w14:textId="77777777" w:rsidR="007C3C6C" w:rsidRPr="00994820" w:rsidRDefault="007C3C6C" w:rsidP="00B1354B">
      <w:pPr>
        <w:spacing w:before="100" w:beforeAutospacing="1" w:after="100" w:afterAutospacing="1" w:line="360" w:lineRule="auto"/>
        <w:ind w:firstLine="284"/>
        <w:jc w:val="both"/>
      </w:pPr>
      <w:r w:rsidRPr="00994820">
        <w:t>Rivey non si voltò.</w:t>
      </w:r>
    </w:p>
    <w:p w14:paraId="101B9589" w14:textId="77777777" w:rsidR="007C3C6C" w:rsidRPr="00994820" w:rsidRDefault="007C3C6C" w:rsidP="00B1354B">
      <w:pPr>
        <w:spacing w:before="100" w:beforeAutospacing="1" w:after="100" w:afterAutospacing="1" w:line="360" w:lineRule="auto"/>
        <w:ind w:firstLine="284"/>
        <w:jc w:val="both"/>
      </w:pPr>
      <w:r w:rsidRPr="00994820">
        <w:t>La sua voce arrivò infine, lieve, modulata, accompagnata da un colpo di tosse secca che spezzò il silenzio come una parentesi aperta e mai chiusa.</w:t>
      </w:r>
    </w:p>
    <w:p w14:paraId="0D447294" w14:textId="77777777" w:rsidR="007C3C6C" w:rsidRPr="00994820" w:rsidRDefault="007C3C6C" w:rsidP="00B1354B">
      <w:pPr>
        <w:spacing w:before="100" w:beforeAutospacing="1" w:after="100" w:afterAutospacing="1" w:line="360" w:lineRule="auto"/>
        <w:ind w:firstLine="284"/>
        <w:jc w:val="both"/>
      </w:pPr>
      <w:r w:rsidRPr="00994820">
        <w:t>«Benvenuta nel Governo Supremo. Il mio nome è Rivey.» con un lieve moviemento, lento e metodico, Rivey fece cenno alla ragazza di sedersi davanti a Lui. «Prego. Siediti.»</w:t>
      </w:r>
    </w:p>
    <w:p w14:paraId="15EC5664" w14:textId="7D010780" w:rsidR="007C3C6C" w:rsidRPr="00994820" w:rsidRDefault="007C3C6C" w:rsidP="00B1354B">
      <w:pPr>
        <w:spacing w:before="100" w:beforeAutospacing="1" w:after="100" w:afterAutospacing="1" w:line="360" w:lineRule="auto"/>
        <w:ind w:firstLine="284"/>
        <w:jc w:val="both"/>
      </w:pPr>
      <w:r w:rsidRPr="00994820">
        <w:lastRenderedPageBreak/>
        <w:t>Fanny si arrestò a tre passi dalla sedia che lui le aveva preparato: semplice, geometrica, posizionata con precisione davanti alla scacchiera.</w:t>
      </w:r>
      <w:r w:rsidR="006B37DE">
        <w:t xml:space="preserve"> </w:t>
      </w:r>
      <w:r w:rsidRPr="00994820">
        <w:t xml:space="preserve">Restò in piedi per un istante, immobile. Poi fece una cosa che non aveva previsto di fare. Fu, infatti, un gesto mosso unicamente dall’istinto, puro e semplice. </w:t>
      </w:r>
      <w:r w:rsidR="006B37DE">
        <w:t xml:space="preserve"> </w:t>
      </w:r>
      <w:r w:rsidRPr="00994820">
        <w:t>Sollevò una gamba e, senza distogliere lo sguardo da lui, colpì la sedia con un calcio secco.</w:t>
      </w:r>
    </w:p>
    <w:p w14:paraId="26BAEFF6" w14:textId="77777777" w:rsidR="007C3C6C" w:rsidRPr="00994820" w:rsidRDefault="007C3C6C" w:rsidP="00B1354B">
      <w:pPr>
        <w:spacing w:before="100" w:beforeAutospacing="1" w:after="100" w:afterAutospacing="1" w:line="360" w:lineRule="auto"/>
        <w:ind w:firstLine="284"/>
        <w:jc w:val="both"/>
      </w:pPr>
      <w:r w:rsidRPr="00994820">
        <w:t>Il metallo strisciò sul pavimento con un gemito acuto, scomposto, come se l’ambiente stesso si ribellasse a quel gesto.</w:t>
      </w:r>
    </w:p>
    <w:p w14:paraId="6C946DCA" w14:textId="77777777" w:rsidR="007C3C6C" w:rsidRPr="00994820" w:rsidRDefault="007C3C6C" w:rsidP="00B1354B">
      <w:pPr>
        <w:spacing w:before="100" w:beforeAutospacing="1" w:after="100" w:afterAutospacing="1" w:line="360" w:lineRule="auto"/>
        <w:ind w:firstLine="284"/>
        <w:jc w:val="both"/>
      </w:pPr>
      <w:r w:rsidRPr="00994820">
        <w:t>«…Fanny.» disse lei infine, la voce ferma, ma con un filo di tensione che solo chi la conosceva bene avrebbe potuto notare. Fece infine alcuni passi e si eresse di fornte a lui, a braccia conserte e con lo sguardo torvo e severo.</w:t>
      </w:r>
    </w:p>
    <w:p w14:paraId="1544BDFF" w14:textId="5D8381B0" w:rsidR="007C3C6C" w:rsidRPr="00994820" w:rsidRDefault="007C3C6C" w:rsidP="00B1354B">
      <w:pPr>
        <w:spacing w:before="100" w:beforeAutospacing="1" w:after="100" w:afterAutospacing="1" w:line="360" w:lineRule="auto"/>
        <w:ind w:firstLine="284"/>
        <w:jc w:val="both"/>
      </w:pPr>
      <w:r w:rsidRPr="00994820">
        <w:t>Rivey non sollevò lo sguardo.</w:t>
      </w:r>
      <w:r w:rsidR="006B37DE">
        <w:t xml:space="preserve"> </w:t>
      </w:r>
      <w:r w:rsidRPr="00994820">
        <w:t>Per un attimo sembrò persino che stesse riflettendo sulla mossa successiva sulla scacchiera, come se il gesto della ragazza fosse solo un’altra parte del gioco.</w:t>
      </w:r>
    </w:p>
    <w:p w14:paraId="09398A6D" w14:textId="77777777" w:rsidR="007C3C6C" w:rsidRPr="00994820" w:rsidRDefault="007C3C6C" w:rsidP="00B1354B">
      <w:pPr>
        <w:spacing w:before="100" w:beforeAutospacing="1" w:after="100" w:afterAutospacing="1" w:line="360" w:lineRule="auto"/>
        <w:ind w:firstLine="284"/>
        <w:jc w:val="both"/>
      </w:pPr>
      <w:r w:rsidRPr="00994820">
        <w:t>«Violenta, ma non casuale,» disse infine, sfiorando un pedone con l’indice.</w:t>
      </w:r>
      <w:r w:rsidRPr="00994820">
        <w:br/>
        <w:t>«Hai un modo interessante di comunicare.»</w:t>
      </w:r>
    </w:p>
    <w:p w14:paraId="7F802035" w14:textId="77777777" w:rsidR="007C3C6C" w:rsidRPr="00994820" w:rsidRDefault="007C3C6C" w:rsidP="00B1354B">
      <w:pPr>
        <w:spacing w:before="100" w:beforeAutospacing="1" w:after="100" w:afterAutospacing="1" w:line="360" w:lineRule="auto"/>
        <w:ind w:firstLine="284"/>
        <w:jc w:val="both"/>
      </w:pPr>
      <w:r w:rsidRPr="00994820">
        <w:t>«E’ un piacere averla nostra ospite.» rispose lui con naturalezza, senza spostare lo sguardo dalla scacchiera.</w:t>
      </w:r>
    </w:p>
    <w:p w14:paraId="71607C53" w14:textId="77777777" w:rsidR="007C3C6C" w:rsidRPr="00994820" w:rsidRDefault="007C3C6C" w:rsidP="00B1354B">
      <w:pPr>
        <w:spacing w:before="100" w:beforeAutospacing="1" w:after="100" w:afterAutospacing="1" w:line="360" w:lineRule="auto"/>
        <w:ind w:firstLine="284"/>
        <w:jc w:val="both"/>
      </w:pPr>
      <w:r w:rsidRPr="00994820">
        <w:t>“Nostra.”</w:t>
      </w:r>
      <w:r w:rsidRPr="00994820">
        <w:br/>
        <w:t>La parola le si piantò in testa come un chiodo.</w:t>
      </w:r>
    </w:p>
    <w:p w14:paraId="1D8E6BB9" w14:textId="77777777" w:rsidR="007C3C6C" w:rsidRPr="00994820" w:rsidRDefault="007C3C6C" w:rsidP="00B1354B">
      <w:pPr>
        <w:spacing w:before="100" w:beforeAutospacing="1" w:after="100" w:afterAutospacing="1" w:line="360" w:lineRule="auto"/>
        <w:ind w:firstLine="284"/>
        <w:jc w:val="both"/>
      </w:pPr>
      <w:r w:rsidRPr="00994820">
        <w:t xml:space="preserve">«Nostra?» ripeté, inclinando leggermente la testa. «Nel senso che rappresenta tutta la combriccola che ho avuto il </w:t>
      </w:r>
      <w:r w:rsidRPr="00994820">
        <w:rPr>
          <w:i/>
          <w:iCs/>
        </w:rPr>
        <w:t>piacere</w:t>
      </w:r>
      <w:r w:rsidRPr="00994820">
        <w:t xml:space="preserve"> di conoscere» La voce di Fanny si concentrò a enfatizzare un tono ironico e affilato sulla parola “piacere” «o forse è bipolare?» chiese, quasi con una risatina. Il pensiero tornò a uno degli Elvenar che l’avevano scortata fin lì. Quello più secco, con le dita lunghe, aveva proprio quella parola incisa sul petto, sotto il suo nome, un tempo appartenuto ad una fanciulla.</w:t>
      </w:r>
    </w:p>
    <w:p w14:paraId="7BC75D83" w14:textId="57C305D4" w:rsidR="007C3C6C" w:rsidRPr="00994820" w:rsidRDefault="007C3C6C" w:rsidP="00B1354B">
      <w:pPr>
        <w:spacing w:before="100" w:beforeAutospacing="1" w:after="100" w:afterAutospacing="1" w:line="360" w:lineRule="auto"/>
        <w:ind w:firstLine="284"/>
        <w:jc w:val="both"/>
      </w:pPr>
      <w:r w:rsidRPr="00994820">
        <w:t>Rivey sorrise. Non un sorriso complice. Né finto.</w:t>
      </w:r>
      <w:r w:rsidR="00C90764">
        <w:t xml:space="preserve"> </w:t>
      </w:r>
      <w:r w:rsidRPr="00994820">
        <w:t>Un sorriso enigmatico, calibrato, come se fosse stato disegnato apposta per rispondere a ogni provocazione senza davvero rispondere a nulla.</w:t>
      </w:r>
    </w:p>
    <w:p w14:paraId="2A5B6B78" w14:textId="77777777" w:rsidR="007C3C6C" w:rsidRPr="00994820" w:rsidRDefault="007C3C6C" w:rsidP="00B1354B">
      <w:pPr>
        <w:spacing w:before="100" w:beforeAutospacing="1" w:after="100" w:afterAutospacing="1" w:line="360" w:lineRule="auto"/>
        <w:ind w:firstLine="284"/>
        <w:jc w:val="both"/>
      </w:pPr>
      <w:r w:rsidRPr="00994820">
        <w:rPr>
          <w:rStyle w:val="Enfasicorsivo"/>
          <w:rFonts w:eastAsiaTheme="majorEastAsia"/>
        </w:rPr>
        <w:t>Opto per la seconda, mi sa…</w:t>
      </w:r>
      <w:r w:rsidRPr="00994820">
        <w:t xml:space="preserve"> pensò Fanny, stringendo appena le labbra in un sorrisetto velenoso.</w:t>
      </w:r>
    </w:p>
    <w:p w14:paraId="10369E42" w14:textId="77777777" w:rsidR="007C3C6C" w:rsidRPr="00994820" w:rsidRDefault="007C3C6C" w:rsidP="00B1354B">
      <w:pPr>
        <w:spacing w:before="100" w:beforeAutospacing="1" w:after="100" w:afterAutospacing="1" w:line="360" w:lineRule="auto"/>
        <w:ind w:firstLine="284"/>
        <w:jc w:val="both"/>
      </w:pPr>
      <w:r w:rsidRPr="00994820">
        <w:t>Lui, intanto, mosse un alfiere e le sue parole vennero di nuovo anticipate da un colpo di tosse rauco, ma molto più esteso del precedente. Quasi mise a disagio la ragazza, quel gesto, in una città che aveva eliminato le malattie, proprio dalla bocca di chi rappresentava il governo. La confondeva più di ogni altra cosa</w:t>
      </w:r>
    </w:p>
    <w:p w14:paraId="1A61FE47" w14:textId="77777777" w:rsidR="007C3C6C" w:rsidRPr="00994820" w:rsidRDefault="007C3C6C" w:rsidP="00B1354B">
      <w:pPr>
        <w:spacing w:before="100" w:beforeAutospacing="1" w:after="100" w:afterAutospacing="1" w:line="360" w:lineRule="auto"/>
        <w:ind w:firstLine="284"/>
        <w:jc w:val="both"/>
      </w:pPr>
      <w:r w:rsidRPr="00994820">
        <w:lastRenderedPageBreak/>
        <w:t>«Bene…» disse infine, con quella voce che scivolava come ghiaccio sull’acciaio. «E dimmi, come ti trovi qui?»</w:t>
      </w:r>
    </w:p>
    <w:p w14:paraId="3C64BB64" w14:textId="77777777" w:rsidR="007C3C6C" w:rsidRPr="00994820" w:rsidRDefault="007C3C6C" w:rsidP="00B1354B">
      <w:pPr>
        <w:spacing w:before="100" w:beforeAutospacing="1" w:after="100" w:afterAutospacing="1" w:line="360" w:lineRule="auto"/>
        <w:ind w:firstLine="284"/>
        <w:jc w:val="both"/>
      </w:pPr>
      <w:r w:rsidRPr="00994820">
        <w:t>Fanny rise. Ma non di cuore. Non davvero.</w:t>
      </w:r>
    </w:p>
    <w:p w14:paraId="7F75BDBF" w14:textId="77777777" w:rsidR="007C3C6C" w:rsidRPr="00994820" w:rsidRDefault="007C3C6C" w:rsidP="00B1354B">
      <w:pPr>
        <w:spacing w:before="100" w:beforeAutospacing="1" w:after="100" w:afterAutospacing="1" w:line="360" w:lineRule="auto"/>
        <w:ind w:firstLine="284"/>
        <w:jc w:val="both"/>
      </w:pPr>
      <w:r w:rsidRPr="00994820">
        <w:t>«Una favola. Sono tutti così gentili e disponibili… mi hanno accolto a braccia aperte con fiori e cioccolatini. Stein mi ha persino abbracciata.»</w:t>
      </w:r>
    </w:p>
    <w:p w14:paraId="62FD4118" w14:textId="77777777" w:rsidR="007C3C6C" w:rsidRPr="00994820" w:rsidRDefault="007C3C6C" w:rsidP="00B1354B">
      <w:pPr>
        <w:spacing w:before="100" w:beforeAutospacing="1" w:after="100" w:afterAutospacing="1" w:line="360" w:lineRule="auto"/>
        <w:ind w:firstLine="284"/>
        <w:jc w:val="both"/>
      </w:pPr>
      <w:r w:rsidRPr="00994820">
        <w:t>Lo disse con un tono così carico d’ironia che, se fosse stato un liquido, avrebbe riempito per intero quella sala.</w:t>
      </w:r>
    </w:p>
    <w:p w14:paraId="28B72789" w14:textId="77777777" w:rsidR="007C3C6C" w:rsidRPr="00994820" w:rsidRDefault="007C3C6C" w:rsidP="00B1354B">
      <w:pPr>
        <w:spacing w:before="100" w:beforeAutospacing="1" w:after="100" w:afterAutospacing="1" w:line="360" w:lineRule="auto"/>
        <w:ind w:firstLine="284"/>
        <w:jc w:val="both"/>
      </w:pPr>
      <w:r w:rsidRPr="00994820">
        <w:t>Rivey accennò un altro sorriso, senza mai distogliere l’attenzione dalla sua partita.</w:t>
      </w:r>
      <w:r w:rsidRPr="00994820">
        <w:br/>
        <w:t>«Notevole. Non è da loro. Forse ti trovano interessante.»</w:t>
      </w:r>
    </w:p>
    <w:p w14:paraId="1574893D" w14:textId="77777777" w:rsidR="007C3C6C" w:rsidRPr="00994820" w:rsidRDefault="007C3C6C" w:rsidP="00B1354B">
      <w:pPr>
        <w:spacing w:before="100" w:beforeAutospacing="1" w:after="100" w:afterAutospacing="1" w:line="360" w:lineRule="auto"/>
        <w:ind w:firstLine="284"/>
        <w:jc w:val="both"/>
      </w:pPr>
      <w:r w:rsidRPr="00994820">
        <w:rPr>
          <w:rStyle w:val="Enfasicorsivo"/>
          <w:rFonts w:eastAsiaTheme="majorEastAsia"/>
        </w:rPr>
        <w:t>Interessante.</w:t>
      </w:r>
      <w:r w:rsidRPr="00994820">
        <w:br/>
        <w:t>La parola le diede il voltastomaco. Per un istante sentì salire un’ondata di rabbia, poi la trattenne. Doveva.</w:t>
      </w:r>
    </w:p>
    <w:p w14:paraId="32C1B42A" w14:textId="77777777" w:rsidR="007C3C6C" w:rsidRPr="00994820" w:rsidRDefault="007C3C6C" w:rsidP="00B1354B">
      <w:pPr>
        <w:spacing w:before="100" w:beforeAutospacing="1" w:after="100" w:afterAutospacing="1" w:line="360" w:lineRule="auto"/>
        <w:ind w:firstLine="284"/>
        <w:jc w:val="both"/>
      </w:pPr>
      <w:r w:rsidRPr="00994820">
        <w:t>«Ok.» tagliò, la voce più ruvida. «Possiamo evitare di prenderci per il culo? Sa benissimo che non piaccio a nessuno. E loro non piacciono a me. E probabilmente… non piaccio neanche a lei.»</w:t>
      </w:r>
    </w:p>
    <w:p w14:paraId="4C298247" w14:textId="0F6FB576" w:rsidR="007C3C6C" w:rsidRPr="00994820" w:rsidRDefault="007C3C6C" w:rsidP="00B1354B">
      <w:pPr>
        <w:spacing w:before="100" w:beforeAutospacing="1" w:after="100" w:afterAutospacing="1" w:line="360" w:lineRule="auto"/>
        <w:ind w:firstLine="284"/>
        <w:jc w:val="both"/>
      </w:pPr>
      <w:r w:rsidRPr="00994820">
        <w:t>Per la prima volta, le dita dell’uomo si fermarono.</w:t>
      </w:r>
      <w:r w:rsidR="00C90764">
        <w:t xml:space="preserve"> </w:t>
      </w:r>
      <w:r w:rsidRPr="00994820">
        <w:t>Socchiuse appena gli occhi.</w:t>
      </w:r>
    </w:p>
    <w:p w14:paraId="6F77C185" w14:textId="77777777" w:rsidR="007C3C6C" w:rsidRPr="00994820" w:rsidRDefault="007C3C6C" w:rsidP="00B1354B">
      <w:pPr>
        <w:spacing w:before="100" w:beforeAutospacing="1" w:after="100" w:afterAutospacing="1" w:line="360" w:lineRule="auto"/>
        <w:ind w:firstLine="284"/>
        <w:jc w:val="both"/>
      </w:pPr>
      <w:r w:rsidRPr="00994820">
        <w:t>«Mh? Davvero?»</w:t>
      </w:r>
    </w:p>
    <w:p w14:paraId="60480273" w14:textId="77777777" w:rsidR="007C3C6C" w:rsidRPr="00994820" w:rsidRDefault="007C3C6C" w:rsidP="00B1354B">
      <w:pPr>
        <w:spacing w:before="100" w:beforeAutospacing="1" w:after="100" w:afterAutospacing="1" w:line="360" w:lineRule="auto"/>
        <w:ind w:firstLine="284"/>
        <w:jc w:val="both"/>
      </w:pPr>
      <w:r w:rsidRPr="00994820">
        <w:t>«Sa perché sono qui, vero?» continuò lei, le spalle rigide. «Non finga di essere stupido. O peggio: ignorante di cosa accade in città.»</w:t>
      </w:r>
    </w:p>
    <w:p w14:paraId="4592EEC9" w14:textId="77777777" w:rsidR="007C3C6C" w:rsidRPr="00994820" w:rsidRDefault="007C3C6C" w:rsidP="00B1354B">
      <w:pPr>
        <w:spacing w:before="100" w:beforeAutospacing="1" w:after="100" w:afterAutospacing="1" w:line="360" w:lineRule="auto"/>
        <w:ind w:firstLine="284"/>
        <w:jc w:val="both"/>
      </w:pPr>
      <w:r w:rsidRPr="00994820">
        <w:t>Fu solo a quel punto che Rivey sollevò lo sguardo.</w:t>
      </w:r>
    </w:p>
    <w:p w14:paraId="30DF7C46" w14:textId="1C3EDF09" w:rsidR="007C3C6C" w:rsidRPr="00994820" w:rsidRDefault="007C3C6C" w:rsidP="00B1354B">
      <w:pPr>
        <w:spacing w:before="100" w:beforeAutospacing="1" w:after="100" w:afterAutospacing="1" w:line="360" w:lineRule="auto"/>
        <w:ind w:firstLine="284"/>
        <w:jc w:val="both"/>
      </w:pPr>
      <w:r w:rsidRPr="00994820">
        <w:t>Gli occhi, rossi e profondi, la scrutarono con un’attenzione chirurgica. Non c’era stupore in lui. Solo analisi.</w:t>
      </w:r>
      <w:r w:rsidR="00C90764">
        <w:t xml:space="preserve"> </w:t>
      </w:r>
      <w:r w:rsidRPr="00994820">
        <w:t>Come se lei fosse un enigma da decifrare, una mossa da prevedere.</w:t>
      </w:r>
    </w:p>
    <w:p w14:paraId="287BB16D" w14:textId="77777777" w:rsidR="00C90764" w:rsidRDefault="007C3C6C" w:rsidP="00B1354B">
      <w:pPr>
        <w:spacing w:before="100" w:beforeAutospacing="1" w:after="100" w:afterAutospacing="1" w:line="360" w:lineRule="auto"/>
        <w:ind w:firstLine="284"/>
        <w:jc w:val="both"/>
      </w:pPr>
      <w:r w:rsidRPr="00994820">
        <w:t>«Non ci risulta che tu sia cattiva.»</w:t>
      </w:r>
      <w:r w:rsidR="00C90764">
        <w:t xml:space="preserve"> </w:t>
      </w:r>
      <w:r w:rsidRPr="00994820">
        <w:t>La voce era calma, quasi gentile. Poi, dopo qualche secondo, aggiunse:</w:t>
      </w:r>
    </w:p>
    <w:p w14:paraId="08AF4873" w14:textId="45960CF3" w:rsidR="007C3C6C" w:rsidRPr="00994820" w:rsidRDefault="007C3C6C" w:rsidP="00B1354B">
      <w:pPr>
        <w:spacing w:before="100" w:beforeAutospacing="1" w:after="100" w:afterAutospacing="1" w:line="360" w:lineRule="auto"/>
        <w:ind w:firstLine="284"/>
        <w:jc w:val="both"/>
      </w:pPr>
      <w:r w:rsidRPr="00994820">
        <w:t>«A me sembri… a posto.»</w:t>
      </w:r>
    </w:p>
    <w:p w14:paraId="10452B07" w14:textId="77777777" w:rsidR="00C90764" w:rsidRDefault="007C3C6C" w:rsidP="00B1354B">
      <w:pPr>
        <w:spacing w:before="100" w:beforeAutospacing="1" w:after="100" w:afterAutospacing="1" w:line="360" w:lineRule="auto"/>
        <w:ind w:firstLine="284"/>
        <w:jc w:val="both"/>
      </w:pPr>
      <w:r w:rsidRPr="00994820">
        <w:rPr>
          <w:rStyle w:val="Enfasicorsivo"/>
          <w:rFonts w:eastAsiaTheme="majorEastAsia"/>
        </w:rPr>
        <w:t>Ipocrita bastardo.</w:t>
      </w:r>
    </w:p>
    <w:p w14:paraId="477B0E09" w14:textId="7206F72B" w:rsidR="007C3C6C" w:rsidRPr="00994820" w:rsidRDefault="007C3C6C" w:rsidP="00B1354B">
      <w:pPr>
        <w:spacing w:before="100" w:beforeAutospacing="1" w:after="100" w:afterAutospacing="1" w:line="360" w:lineRule="auto"/>
        <w:ind w:firstLine="284"/>
        <w:jc w:val="both"/>
      </w:pPr>
      <w:r w:rsidRPr="00994820">
        <w:t>Eppure… qualcosa, in quella frase, si agganciò a una crepa nella sua corazza.</w:t>
      </w:r>
      <w:r w:rsidRPr="00994820">
        <w:br/>
        <w:t>Non perché fosse vera. Ma perché le sembrava detta con convinzione.</w:t>
      </w:r>
    </w:p>
    <w:p w14:paraId="56D65A31" w14:textId="77777777" w:rsidR="007C3C6C" w:rsidRPr="00994820" w:rsidRDefault="007C3C6C" w:rsidP="00B1354B">
      <w:pPr>
        <w:spacing w:before="100" w:beforeAutospacing="1" w:after="100" w:afterAutospacing="1" w:line="360" w:lineRule="auto"/>
        <w:ind w:firstLine="284"/>
        <w:jc w:val="both"/>
      </w:pPr>
      <w:r w:rsidRPr="00994820">
        <w:lastRenderedPageBreak/>
        <w:t>Fanny abbassò lo sguardo per un attimo. Poi lo rialzò, sarcastica.</w:t>
      </w:r>
    </w:p>
    <w:p w14:paraId="784EEB5B" w14:textId="77777777" w:rsidR="007C3C6C" w:rsidRPr="00994820" w:rsidRDefault="007C3C6C" w:rsidP="00B1354B">
      <w:pPr>
        <w:spacing w:before="100" w:beforeAutospacing="1" w:after="100" w:afterAutospacing="1" w:line="360" w:lineRule="auto"/>
        <w:ind w:firstLine="284"/>
        <w:jc w:val="both"/>
      </w:pPr>
      <w:r w:rsidRPr="00994820">
        <w:t>«Giuuusto. Quindi… non ha senso che io sia qui, dico bene? Forse dovrei licenziarmi. Sono certa che una mente brillante come la sua converrà con me.»</w:t>
      </w:r>
    </w:p>
    <w:p w14:paraId="06A7EEEF" w14:textId="77777777" w:rsidR="007C3C6C" w:rsidRPr="00994820" w:rsidRDefault="007C3C6C" w:rsidP="00B1354B">
      <w:pPr>
        <w:spacing w:before="100" w:beforeAutospacing="1" w:after="100" w:afterAutospacing="1" w:line="360" w:lineRule="auto"/>
        <w:ind w:firstLine="284"/>
        <w:jc w:val="both"/>
      </w:pPr>
      <w:r w:rsidRPr="00994820">
        <w:t>Rivey tossì lievemente. Il suo tono, tuttavia, si irrigidì appena.</w:t>
      </w:r>
    </w:p>
    <w:p w14:paraId="7385F773" w14:textId="77777777" w:rsidR="007C3C6C" w:rsidRPr="00994820" w:rsidRDefault="007C3C6C" w:rsidP="00B1354B">
      <w:pPr>
        <w:spacing w:before="100" w:beforeAutospacing="1" w:after="100" w:afterAutospacing="1" w:line="360" w:lineRule="auto"/>
        <w:ind w:firstLine="284"/>
        <w:jc w:val="both"/>
      </w:pPr>
      <w:r w:rsidRPr="00994820">
        <w:t>«Opzione non praticabile.» la frase venne frammentata da un colpo di tosse più violento del precedente.</w:t>
      </w:r>
    </w:p>
    <w:p w14:paraId="7572F28E" w14:textId="68127809" w:rsidR="007C3C6C" w:rsidRPr="00994820" w:rsidRDefault="007C3C6C" w:rsidP="00B1354B">
      <w:pPr>
        <w:spacing w:before="100" w:beforeAutospacing="1" w:after="100" w:afterAutospacing="1" w:line="360" w:lineRule="auto"/>
        <w:ind w:firstLine="284"/>
        <w:jc w:val="both"/>
      </w:pPr>
      <w:r w:rsidRPr="00994820">
        <w:t>Fanny inspirò a fondo, le narici dilatate.</w:t>
      </w:r>
      <w:r w:rsidR="00C90764">
        <w:t xml:space="preserve"> </w:t>
      </w:r>
      <w:r w:rsidRPr="00994820">
        <w:t>«Ma non servirei a nulla qui. Sapesse che gran buona a nulla sono…»</w:t>
      </w:r>
    </w:p>
    <w:p w14:paraId="55D0347C" w14:textId="77777777" w:rsidR="007C3C6C" w:rsidRPr="00994820" w:rsidRDefault="007C3C6C" w:rsidP="00B1354B">
      <w:pPr>
        <w:spacing w:before="100" w:beforeAutospacing="1" w:after="100" w:afterAutospacing="1" w:line="360" w:lineRule="auto"/>
        <w:ind w:firstLine="284"/>
        <w:jc w:val="both"/>
      </w:pPr>
      <w:r w:rsidRPr="00994820">
        <w:t>«Ti ho vista nella sala di allenamento.» disse lui, stavolta guardandola dritta.</w:t>
      </w:r>
      <w:r w:rsidRPr="00994820">
        <w:br/>
        <w:t>«A me sembri un pezzo vitale nella nostra scacchiera. Credo che domani il tuo supporto sarà fondamentale.»</w:t>
      </w:r>
    </w:p>
    <w:p w14:paraId="2F7A5F7A" w14:textId="77777777" w:rsidR="007C3C6C" w:rsidRPr="00994820" w:rsidRDefault="007C3C6C" w:rsidP="00B1354B">
      <w:pPr>
        <w:spacing w:before="100" w:beforeAutospacing="1" w:after="100" w:afterAutospacing="1" w:line="360" w:lineRule="auto"/>
        <w:ind w:firstLine="284"/>
        <w:jc w:val="both"/>
      </w:pPr>
      <w:r w:rsidRPr="00994820">
        <w:t>La metafora degli scacchi le diede i brividi.</w:t>
      </w:r>
    </w:p>
    <w:p w14:paraId="04AD8A6A" w14:textId="77777777" w:rsidR="007C3C6C" w:rsidRPr="00994820" w:rsidRDefault="007C3C6C" w:rsidP="00B1354B">
      <w:pPr>
        <w:spacing w:before="100" w:beforeAutospacing="1" w:after="100" w:afterAutospacing="1" w:line="360" w:lineRule="auto"/>
        <w:ind w:firstLine="284"/>
        <w:jc w:val="both"/>
      </w:pPr>
      <w:r w:rsidRPr="00994820">
        <w:t>Lei non voleva essere un pezzo. Non voleva nemmeno far parte del tavolo.</w:t>
      </w:r>
    </w:p>
    <w:p w14:paraId="10A3B5BD" w14:textId="77777777" w:rsidR="007C3C6C" w:rsidRPr="00994820" w:rsidRDefault="007C3C6C" w:rsidP="00B1354B">
      <w:pPr>
        <w:spacing w:before="100" w:beforeAutospacing="1" w:after="100" w:afterAutospacing="1" w:line="360" w:lineRule="auto"/>
        <w:ind w:firstLine="284"/>
        <w:jc w:val="both"/>
      </w:pPr>
      <w:r w:rsidRPr="00994820">
        <w:t>Ma…</w:t>
      </w:r>
      <w:r w:rsidRPr="00994820">
        <w:br/>
        <w:t>se voleva scoprire cosa il Sistema faceva ai Fleshborn che entravano in città, se voleva trovare le tracce del padre tra le pieghe dell’apparente ordine di Ecliptica doveva restare. A maggior ragione che aveva visto gli Elvenar rispondere direttamente a questo tizio. In fondo erano gli Elvenar a scortare i cittadini di Grimvale non appena il loro essere semplice carne veniva rilevato. Forse il padre era stato portato qui… forse… era già stato trasformato?</w:t>
      </w:r>
    </w:p>
    <w:p w14:paraId="737FD418" w14:textId="77777777" w:rsidR="007C3C6C" w:rsidRPr="00994820" w:rsidRDefault="007C3C6C" w:rsidP="00B1354B">
      <w:pPr>
        <w:spacing w:before="100" w:beforeAutospacing="1" w:after="100" w:afterAutospacing="1" w:line="360" w:lineRule="auto"/>
        <w:ind w:firstLine="284"/>
        <w:jc w:val="both"/>
      </w:pPr>
      <w:r w:rsidRPr="00994820">
        <w:t>Fanny serrò le mani lungo i fianchi, come per trattenere la rabbia che le correva sotto pelle.</w:t>
      </w:r>
      <w:r w:rsidRPr="00994820">
        <w:br/>
        <w:t>Le sue unghie, corte e spezzate, graffiavano il palmo nel tentativo disperato di restare composta.</w:t>
      </w:r>
    </w:p>
    <w:p w14:paraId="09F8A504" w14:textId="77777777" w:rsidR="007C3C6C" w:rsidRPr="00994820" w:rsidRDefault="007C3C6C" w:rsidP="00B1354B">
      <w:pPr>
        <w:spacing w:before="100" w:beforeAutospacing="1" w:after="100" w:afterAutospacing="1" w:line="360" w:lineRule="auto"/>
        <w:ind w:firstLine="284"/>
        <w:jc w:val="both"/>
      </w:pPr>
      <w:r w:rsidRPr="00994820">
        <w:t>«Quando la smetterete?» sussurrò, ma la voce era affilata come una lama.</w:t>
      </w:r>
    </w:p>
    <w:p w14:paraId="22DF4D84" w14:textId="6DEEEB4E" w:rsidR="007C3C6C" w:rsidRPr="00994820" w:rsidRDefault="007C3C6C" w:rsidP="00B1354B">
      <w:pPr>
        <w:spacing w:before="100" w:beforeAutospacing="1" w:after="100" w:afterAutospacing="1" w:line="360" w:lineRule="auto"/>
        <w:ind w:firstLine="284"/>
        <w:jc w:val="both"/>
      </w:pPr>
      <w:r w:rsidRPr="00994820">
        <w:t>Rivey la guardava. Non con durezza. Non con pietà.</w:t>
      </w:r>
      <w:r w:rsidR="00C90764">
        <w:t xml:space="preserve"> </w:t>
      </w:r>
      <w:r w:rsidRPr="00994820">
        <w:t>Con quella curiosità neutra che si riserva agli esseri non ancora etichettati.</w:t>
      </w:r>
    </w:p>
    <w:p w14:paraId="6BAD8A3B" w14:textId="23131821" w:rsidR="007C3C6C" w:rsidRPr="00994820" w:rsidRDefault="007C3C6C" w:rsidP="00B1354B">
      <w:pPr>
        <w:spacing w:before="100" w:beforeAutospacing="1" w:after="100" w:afterAutospacing="1" w:line="360" w:lineRule="auto"/>
        <w:ind w:firstLine="284"/>
        <w:jc w:val="both"/>
      </w:pPr>
      <w:r w:rsidRPr="00994820">
        <w:t>Lei continuò.</w:t>
      </w:r>
      <w:r w:rsidR="00C90764">
        <w:t xml:space="preserve"> </w:t>
      </w:r>
      <w:r w:rsidRPr="00994820">
        <w:t>«È in questo che consiste tutto? Continuerete a osservarmi… calcolare le mie risposte, archiviarle, usarle?»</w:t>
      </w:r>
    </w:p>
    <w:p w14:paraId="7B9CEBFF" w14:textId="77777777" w:rsidR="007C3C6C" w:rsidRPr="00994820" w:rsidRDefault="007C3C6C" w:rsidP="00B1354B">
      <w:pPr>
        <w:spacing w:before="100" w:beforeAutospacing="1" w:after="100" w:afterAutospacing="1" w:line="360" w:lineRule="auto"/>
        <w:ind w:firstLine="284"/>
        <w:jc w:val="both"/>
      </w:pPr>
      <w:r w:rsidRPr="00994820">
        <w:t>Fece un passo verso la scacchiera, come se volesse capovolgerla.</w:t>
      </w:r>
    </w:p>
    <w:p w14:paraId="4E168B80" w14:textId="77777777" w:rsidR="007C3C6C" w:rsidRPr="00994820" w:rsidRDefault="007C3C6C" w:rsidP="00B1354B">
      <w:pPr>
        <w:spacing w:before="100" w:beforeAutospacing="1" w:after="100" w:afterAutospacing="1" w:line="360" w:lineRule="auto"/>
        <w:ind w:firstLine="284"/>
        <w:jc w:val="both"/>
      </w:pPr>
      <w:r w:rsidRPr="00994820">
        <w:lastRenderedPageBreak/>
        <w:t>«Magari mi stanno guardando anche gli altri adesso, giusto? È tutto parte del piano? Un test? Un altro modo per misurare la mia utilità?»</w:t>
      </w:r>
    </w:p>
    <w:p w14:paraId="51F27CB3" w14:textId="77777777" w:rsidR="007C3C6C" w:rsidRPr="00994820" w:rsidRDefault="007C3C6C" w:rsidP="00B1354B">
      <w:pPr>
        <w:spacing w:before="100" w:beforeAutospacing="1" w:after="100" w:afterAutospacing="1" w:line="360" w:lineRule="auto"/>
        <w:ind w:firstLine="284"/>
        <w:jc w:val="both"/>
      </w:pPr>
      <w:r w:rsidRPr="00994820">
        <w:t>L’aria si era fatta più densa. O forse era solo il battito di Fanny a scandire ogni attimo.</w:t>
      </w:r>
      <w:r w:rsidRPr="00994820">
        <w:br/>
        <w:t>Ogni secondo era un passo più vicino al crollo. E lei lo sapeva.</w:t>
      </w:r>
    </w:p>
    <w:p w14:paraId="5EA6B8A4" w14:textId="77777777" w:rsidR="007C3C6C" w:rsidRPr="00994820" w:rsidRDefault="007C3C6C" w:rsidP="00B1354B">
      <w:pPr>
        <w:spacing w:before="100" w:beforeAutospacing="1" w:after="100" w:afterAutospacing="1" w:line="360" w:lineRule="auto"/>
        <w:ind w:firstLine="284"/>
        <w:jc w:val="both"/>
      </w:pPr>
      <w:r w:rsidRPr="00994820">
        <w:t>Fu in quel momento che Rivey si alzò.</w:t>
      </w:r>
    </w:p>
    <w:p w14:paraId="3D064EB5" w14:textId="1A599FCC" w:rsidR="007C3C6C" w:rsidRPr="00994820" w:rsidRDefault="007C3C6C" w:rsidP="00B1354B">
      <w:pPr>
        <w:spacing w:before="100" w:beforeAutospacing="1" w:after="100" w:afterAutospacing="1" w:line="360" w:lineRule="auto"/>
        <w:ind w:firstLine="284"/>
        <w:jc w:val="both"/>
      </w:pPr>
      <w:r w:rsidRPr="00994820">
        <w:t>Con calma, come chi non ha nulla da temere.</w:t>
      </w:r>
      <w:r w:rsidR="00C90764">
        <w:t xml:space="preserve"> </w:t>
      </w:r>
      <w:r w:rsidRPr="00994820">
        <w:t>La sua figura, pur asciutta, aveva un'eleganza innaturale, asimmetrica ma composta. Ogni gesto sembrava già previsto. O previsto per essere letto in un certo modo.</w:t>
      </w:r>
    </w:p>
    <w:p w14:paraId="36065B82" w14:textId="77777777" w:rsidR="007C3C6C" w:rsidRPr="00994820" w:rsidRDefault="007C3C6C" w:rsidP="00B1354B">
      <w:pPr>
        <w:spacing w:before="100" w:beforeAutospacing="1" w:after="100" w:afterAutospacing="1" w:line="360" w:lineRule="auto"/>
        <w:ind w:firstLine="284"/>
        <w:jc w:val="both"/>
      </w:pPr>
      <w:r w:rsidRPr="00994820">
        <w:t>La sua voce, quando parlò, non fu né fredda né calda. Fu vera.</w:t>
      </w:r>
    </w:p>
    <w:p w14:paraId="2CF15754" w14:textId="77777777" w:rsidR="007C3C6C" w:rsidRPr="00994820" w:rsidRDefault="007C3C6C" w:rsidP="00B1354B">
      <w:pPr>
        <w:spacing w:before="100" w:beforeAutospacing="1" w:after="100" w:afterAutospacing="1" w:line="360" w:lineRule="auto"/>
        <w:ind w:firstLine="284"/>
        <w:jc w:val="both"/>
      </w:pPr>
      <w:r w:rsidRPr="00994820">
        <w:t>«No. Non faccio test. Tutto ciò che faccio e dico è solo in nome della Giustizia.»</w:t>
      </w:r>
    </w:p>
    <w:p w14:paraId="41B007D5" w14:textId="77777777" w:rsidR="007C3C6C" w:rsidRPr="00994820" w:rsidRDefault="007C3C6C" w:rsidP="00B1354B">
      <w:pPr>
        <w:spacing w:before="100" w:beforeAutospacing="1" w:after="100" w:afterAutospacing="1" w:line="360" w:lineRule="auto"/>
        <w:ind w:firstLine="284"/>
        <w:jc w:val="both"/>
      </w:pPr>
      <w:r w:rsidRPr="00994820">
        <w:t>Un silenzio cadde nella stanza, più pesante di un urlo.</w:t>
      </w:r>
    </w:p>
    <w:p w14:paraId="192959D0" w14:textId="60F43E82" w:rsidR="007C3C6C" w:rsidRPr="00994820" w:rsidRDefault="007C3C6C" w:rsidP="00B1354B">
      <w:pPr>
        <w:spacing w:before="100" w:beforeAutospacing="1" w:after="100" w:afterAutospacing="1" w:line="360" w:lineRule="auto"/>
        <w:ind w:firstLine="284"/>
        <w:jc w:val="both"/>
      </w:pPr>
      <w:r w:rsidRPr="00994820">
        <w:t>Poi, con un tono quasi umano, quasi sincero:</w:t>
      </w:r>
      <w:r w:rsidR="00C90764">
        <w:t xml:space="preserve"> </w:t>
      </w:r>
      <w:r w:rsidRPr="00994820">
        <w:t>«Proprio non ti piace stare qui, mh?» disse con una voce secca e rauca, come se un altro colpo di tosse lottasse contro le corde vocali per uscire con violenza.</w:t>
      </w:r>
    </w:p>
    <w:p w14:paraId="62673576" w14:textId="77777777" w:rsidR="007C3C6C" w:rsidRPr="00994820" w:rsidRDefault="007C3C6C" w:rsidP="00B1354B">
      <w:pPr>
        <w:spacing w:before="100" w:beforeAutospacing="1" w:after="100" w:afterAutospacing="1" w:line="360" w:lineRule="auto"/>
        <w:ind w:firstLine="284"/>
        <w:jc w:val="both"/>
      </w:pPr>
      <w:r w:rsidRPr="00994820">
        <w:t>Fanny non ce la fece più.</w:t>
      </w:r>
    </w:p>
    <w:p w14:paraId="2C7AD2D9" w14:textId="7955460C" w:rsidR="007C3C6C" w:rsidRPr="00994820" w:rsidRDefault="007C3C6C" w:rsidP="00B1354B">
      <w:pPr>
        <w:spacing w:before="100" w:beforeAutospacing="1" w:after="100" w:afterAutospacing="1" w:line="360" w:lineRule="auto"/>
        <w:ind w:firstLine="284"/>
        <w:jc w:val="both"/>
      </w:pPr>
      <w:r w:rsidRPr="00994820">
        <w:t>«La smetta!» esplose, la voce che si spezzò tra il pianto e l’ira.</w:t>
      </w:r>
      <w:r w:rsidR="00C90764">
        <w:t xml:space="preserve"> </w:t>
      </w:r>
      <w:r w:rsidRPr="00994820">
        <w:t>«Sono stanca di essere presa in giro! Cos’è questo perbenismo?!»</w:t>
      </w:r>
    </w:p>
    <w:p w14:paraId="7EF7A6A5" w14:textId="77777777" w:rsidR="007C3C6C" w:rsidRPr="00994820" w:rsidRDefault="007C3C6C" w:rsidP="00B1354B">
      <w:pPr>
        <w:spacing w:before="100" w:beforeAutospacing="1" w:after="100" w:afterAutospacing="1" w:line="360" w:lineRule="auto"/>
        <w:ind w:firstLine="284"/>
        <w:jc w:val="both"/>
      </w:pPr>
      <w:r w:rsidRPr="00994820">
        <w:t>Un altro passo. Un altro affondo.</w:t>
      </w:r>
    </w:p>
    <w:p w14:paraId="7DC103A5" w14:textId="130DC7D7" w:rsidR="007C3C6C" w:rsidRPr="00994820" w:rsidRDefault="007C3C6C" w:rsidP="00B1354B">
      <w:pPr>
        <w:spacing w:before="100" w:beforeAutospacing="1" w:after="100" w:afterAutospacing="1" w:line="360" w:lineRule="auto"/>
        <w:ind w:firstLine="284"/>
        <w:jc w:val="both"/>
      </w:pPr>
      <w:r w:rsidRPr="00994820">
        <w:t>«Vuole davvero farmi credere che mi abbiano portata dal grande capo… dolce e disponibile?</w:t>
      </w:r>
      <w:r w:rsidRPr="00994820">
        <w:br/>
        <w:t>So cosa pensate di me qui dentro! So che mi osservate, che mi giudicate. Che aspettate il momento in cui crollo.</w:t>
      </w:r>
      <w:r w:rsidR="00C90764">
        <w:t xml:space="preserve"> </w:t>
      </w:r>
      <w:r w:rsidRPr="00994820">
        <w:t>Fatemi fare quello per cui sono venuta e basta!</w:t>
      </w:r>
      <w:r w:rsidRPr="00994820">
        <w:br/>
        <w:t>O volete torturarmi con queste… moine patetiche?!»</w:t>
      </w:r>
    </w:p>
    <w:p w14:paraId="70B5CCF2" w14:textId="41A81191" w:rsidR="007C3C6C" w:rsidRPr="00994820" w:rsidRDefault="007C3C6C" w:rsidP="00B1354B">
      <w:pPr>
        <w:spacing w:before="100" w:beforeAutospacing="1" w:after="100" w:afterAutospacing="1" w:line="360" w:lineRule="auto"/>
        <w:ind w:firstLine="284"/>
        <w:jc w:val="both"/>
      </w:pPr>
      <w:r w:rsidRPr="00994820">
        <w:t>Rivey non si mosse. Non cercò di interromperla.</w:t>
      </w:r>
      <w:r w:rsidR="00C90764">
        <w:t xml:space="preserve"> </w:t>
      </w:r>
      <w:r w:rsidRPr="00994820">
        <w:t>Poi, con lentezza, tornò a sedersi.</w:t>
      </w:r>
      <w:r w:rsidRPr="00994820">
        <w:br/>
        <w:t>Quel gesto, così pacato, fu più disarmante di qualunque minaccia.</w:t>
      </w:r>
    </w:p>
    <w:p w14:paraId="0984516F" w14:textId="6841E119" w:rsidR="007C3C6C" w:rsidRPr="00994820" w:rsidRDefault="007C3C6C" w:rsidP="00B1354B">
      <w:pPr>
        <w:spacing w:before="100" w:beforeAutospacing="1" w:after="100" w:afterAutospacing="1" w:line="360" w:lineRule="auto"/>
        <w:ind w:firstLine="284"/>
        <w:jc w:val="both"/>
      </w:pPr>
      <w:r w:rsidRPr="00994820">
        <w:t>«…Non lo sto facendo.»</w:t>
      </w:r>
      <w:r w:rsidR="00C90764">
        <w:t xml:space="preserve"> </w:t>
      </w:r>
      <w:r w:rsidRPr="00994820">
        <w:t>Abbassò lo sguardo un istante. «Non sono un despota. Voglio solo chiederti qualcosa.»</w:t>
      </w:r>
    </w:p>
    <w:p w14:paraId="3434C9FE" w14:textId="77777777" w:rsidR="007C3C6C" w:rsidRPr="00994820" w:rsidRDefault="007C3C6C" w:rsidP="00B1354B">
      <w:pPr>
        <w:spacing w:before="100" w:beforeAutospacing="1" w:after="100" w:afterAutospacing="1" w:line="360" w:lineRule="auto"/>
        <w:ind w:firstLine="284"/>
        <w:jc w:val="both"/>
      </w:pPr>
      <w:r w:rsidRPr="00994820">
        <w:t>Alzò di nuovo gli occhi su di lei.</w:t>
      </w:r>
    </w:p>
    <w:p w14:paraId="6835F7BA" w14:textId="77777777" w:rsidR="007C3C6C" w:rsidRPr="00994820" w:rsidRDefault="007C3C6C" w:rsidP="00B1354B">
      <w:pPr>
        <w:spacing w:before="100" w:beforeAutospacing="1" w:after="100" w:afterAutospacing="1" w:line="360" w:lineRule="auto"/>
        <w:ind w:firstLine="284"/>
        <w:jc w:val="both"/>
      </w:pPr>
      <w:r w:rsidRPr="00994820">
        <w:lastRenderedPageBreak/>
        <w:t>«Perché disprezzi il nostro sistema?»</w:t>
      </w:r>
    </w:p>
    <w:p w14:paraId="796D8E55" w14:textId="4894C2C1" w:rsidR="007C3C6C" w:rsidRPr="00994820" w:rsidRDefault="007C3C6C" w:rsidP="00B1354B">
      <w:pPr>
        <w:spacing w:before="100" w:beforeAutospacing="1" w:after="100" w:afterAutospacing="1" w:line="360" w:lineRule="auto"/>
        <w:ind w:firstLine="284"/>
        <w:jc w:val="both"/>
      </w:pPr>
      <w:r w:rsidRPr="00994820">
        <w:t>Fanny lo fissò, come se cercasse qualcosa dietro la sua maschera.</w:t>
      </w:r>
      <w:r w:rsidR="00C90764">
        <w:t xml:space="preserve"> </w:t>
      </w:r>
      <w:r w:rsidRPr="00994820">
        <w:t>Non trovò nulla.</w:t>
      </w:r>
    </w:p>
    <w:p w14:paraId="7AFA4511" w14:textId="67B01276" w:rsidR="007C3C6C" w:rsidRPr="00994820" w:rsidRDefault="007C3C6C" w:rsidP="00B1354B">
      <w:pPr>
        <w:spacing w:before="100" w:beforeAutospacing="1" w:after="100" w:afterAutospacing="1" w:line="360" w:lineRule="auto"/>
        <w:ind w:firstLine="284"/>
        <w:jc w:val="both"/>
      </w:pPr>
      <w:r w:rsidRPr="00994820">
        <w:t>«Non sono qui per farmi analizzare da lei.» disse con voce di ghiaccio.</w:t>
      </w:r>
      <w:r w:rsidRPr="00994820">
        <w:br/>
        <w:t>«E anche se le dicessi che il vostro lavoro mi disgusta, cambierebbe qualcosa?</w:t>
      </w:r>
      <w:r w:rsidR="00C90764">
        <w:t xml:space="preserve"> </w:t>
      </w:r>
      <w:r w:rsidRPr="00994820">
        <w:t>Mi farebbe andare via? No.</w:t>
      </w:r>
      <w:r w:rsidR="00C90764">
        <w:t xml:space="preserve"> </w:t>
      </w:r>
      <w:r w:rsidRPr="00994820">
        <w:t>Quindi non ho nulla da dirle. Sono qui per fare la vostra 'giustizia'. Non per interagire.»</w:t>
      </w:r>
    </w:p>
    <w:p w14:paraId="6E38967B" w14:textId="77777777" w:rsidR="007C3C6C" w:rsidRPr="00994820" w:rsidRDefault="007C3C6C" w:rsidP="00B1354B">
      <w:pPr>
        <w:spacing w:before="100" w:beforeAutospacing="1" w:after="100" w:afterAutospacing="1" w:line="360" w:lineRule="auto"/>
        <w:ind w:firstLine="284"/>
        <w:jc w:val="both"/>
      </w:pPr>
      <w:r w:rsidRPr="00994820">
        <w:t>Lo sguardo di Rivey si fece più intenso. Non aggressivo. Più… vero. Come se in quel momento stesse dicendo qualcosa che, per lui, contava davvero.</w:t>
      </w:r>
    </w:p>
    <w:p w14:paraId="0BF1EFE3" w14:textId="54617F9F" w:rsidR="007C3C6C" w:rsidRPr="00994820" w:rsidRDefault="007C3C6C" w:rsidP="00B1354B">
      <w:pPr>
        <w:spacing w:before="100" w:beforeAutospacing="1" w:after="100" w:afterAutospacing="1" w:line="360" w:lineRule="auto"/>
        <w:ind w:firstLine="284"/>
        <w:jc w:val="both"/>
      </w:pPr>
      <w:r w:rsidRPr="00994820">
        <w:t>«Cambierebbe tutto.» disse. «Perché tu dovrai restare qui, che ti piaccia o no.</w:t>
      </w:r>
      <w:r w:rsidRPr="00994820">
        <w:br/>
        <w:t>Ma vorrei conoscere la tua verità.</w:t>
      </w:r>
      <w:r w:rsidR="00C90764">
        <w:t xml:space="preserve"> </w:t>
      </w:r>
      <w:r w:rsidRPr="00994820">
        <w:t>E ascoltassi anche le nostre motivazioni. E poi affrontare anche il tuo giudizio. Con calma. Sono certo che alla fine capirai.»</w:t>
      </w:r>
    </w:p>
    <w:p w14:paraId="5B8C8D0A" w14:textId="77777777" w:rsidR="007C3C6C" w:rsidRPr="00994820" w:rsidRDefault="007C3C6C" w:rsidP="00B1354B">
      <w:pPr>
        <w:spacing w:before="100" w:beforeAutospacing="1" w:after="100" w:afterAutospacing="1" w:line="360" w:lineRule="auto"/>
        <w:ind w:firstLine="284"/>
        <w:jc w:val="both"/>
      </w:pPr>
      <w:r w:rsidRPr="00994820">
        <w:t>Fanny sentì la gola chiudersi.</w:t>
      </w:r>
    </w:p>
    <w:p w14:paraId="3A0B8D9A" w14:textId="77777777" w:rsidR="007C3C6C" w:rsidRPr="00994820" w:rsidRDefault="007C3C6C" w:rsidP="00B1354B">
      <w:pPr>
        <w:spacing w:before="100" w:beforeAutospacing="1" w:after="100" w:afterAutospacing="1" w:line="360" w:lineRule="auto"/>
        <w:ind w:firstLine="284"/>
        <w:jc w:val="both"/>
      </w:pPr>
      <w:r w:rsidRPr="00994820">
        <w:t>Era stanca.</w:t>
      </w:r>
    </w:p>
    <w:p w14:paraId="68442608" w14:textId="77777777" w:rsidR="007C3C6C" w:rsidRPr="00994820" w:rsidRDefault="007C3C6C" w:rsidP="00B1354B">
      <w:pPr>
        <w:spacing w:before="100" w:beforeAutospacing="1" w:after="100" w:afterAutospacing="1" w:line="360" w:lineRule="auto"/>
        <w:ind w:firstLine="284"/>
        <w:jc w:val="both"/>
      </w:pPr>
      <w:r w:rsidRPr="00994820">
        <w:t>Non fisicamente. Non solo.</w:t>
      </w:r>
    </w:p>
    <w:p w14:paraId="1973FFFD" w14:textId="64D65CBA" w:rsidR="007C3C6C" w:rsidRPr="00994820" w:rsidRDefault="007C3C6C" w:rsidP="00B1354B">
      <w:pPr>
        <w:spacing w:before="100" w:beforeAutospacing="1" w:after="100" w:afterAutospacing="1" w:line="360" w:lineRule="auto"/>
        <w:ind w:firstLine="284"/>
        <w:jc w:val="both"/>
      </w:pPr>
      <w:r w:rsidRPr="00994820">
        <w:t>Era stanca nel cuore. Nell’anima. In ogni angolo del suo essere.</w:t>
      </w:r>
      <w:r w:rsidR="00C90764">
        <w:t xml:space="preserve"> </w:t>
      </w:r>
      <w:r w:rsidRPr="00994820">
        <w:t>E quella stanchezza era più forte di ogni rabbia.</w:t>
      </w:r>
    </w:p>
    <w:p w14:paraId="123042C9" w14:textId="77777777" w:rsidR="007C3C6C" w:rsidRPr="00994820" w:rsidRDefault="007C3C6C" w:rsidP="00B1354B">
      <w:pPr>
        <w:spacing w:before="100" w:beforeAutospacing="1" w:after="100" w:afterAutospacing="1" w:line="360" w:lineRule="auto"/>
        <w:ind w:firstLine="284"/>
        <w:jc w:val="both"/>
      </w:pPr>
      <w:r w:rsidRPr="00994820">
        <w:t>«…Con tutto il rispetto…» mormorò, e la voce si incrinò per un istante.</w:t>
      </w:r>
      <w:r w:rsidRPr="00994820">
        <w:br/>
        <w:t>«Ieri è stata una giornata di merda. E oggi pure.»</w:t>
      </w:r>
    </w:p>
    <w:p w14:paraId="18574D22" w14:textId="77777777" w:rsidR="00C90764" w:rsidRDefault="007C3C6C" w:rsidP="00B1354B">
      <w:pPr>
        <w:spacing w:before="100" w:beforeAutospacing="1" w:after="100" w:afterAutospacing="1" w:line="360" w:lineRule="auto"/>
        <w:ind w:firstLine="284"/>
        <w:jc w:val="both"/>
      </w:pPr>
      <w:r w:rsidRPr="00994820">
        <w:t>Abbassò lo sguardo.</w:t>
      </w:r>
    </w:p>
    <w:p w14:paraId="607EE37F" w14:textId="1BBF6375" w:rsidR="007C3C6C" w:rsidRPr="00994820" w:rsidRDefault="007C3C6C" w:rsidP="00B1354B">
      <w:pPr>
        <w:spacing w:before="100" w:beforeAutospacing="1" w:after="100" w:afterAutospacing="1" w:line="360" w:lineRule="auto"/>
        <w:ind w:firstLine="284"/>
        <w:jc w:val="both"/>
      </w:pPr>
      <w:r w:rsidRPr="00994820">
        <w:t>«Vorrei solo andare nella mia stanza. E lo vorrei adesso.»</w:t>
      </w:r>
    </w:p>
    <w:p w14:paraId="7EEA6E1A" w14:textId="77777777" w:rsidR="007C3C6C" w:rsidRPr="00994820" w:rsidRDefault="007C3C6C" w:rsidP="00B1354B">
      <w:pPr>
        <w:spacing w:before="100" w:beforeAutospacing="1" w:after="100" w:afterAutospacing="1" w:line="360" w:lineRule="auto"/>
        <w:ind w:firstLine="284"/>
        <w:jc w:val="both"/>
      </w:pPr>
      <w:r w:rsidRPr="00994820">
        <w:t>Un colpo di tosse lieve fu l’unica risposta iniziale.</w:t>
      </w:r>
    </w:p>
    <w:p w14:paraId="028EDC07" w14:textId="77777777" w:rsidR="007C3C6C" w:rsidRPr="00994820" w:rsidRDefault="007C3C6C" w:rsidP="00B1354B">
      <w:pPr>
        <w:spacing w:before="100" w:beforeAutospacing="1" w:after="100" w:afterAutospacing="1" w:line="360" w:lineRule="auto"/>
        <w:ind w:firstLine="284"/>
        <w:jc w:val="both"/>
      </w:pPr>
      <w:r w:rsidRPr="00994820">
        <w:t>Poi Rivey si alzò nuovamente per avvicinarsi alla ragazza. Le sue dita si posarono con leggerezza sulla spalla di lei, e un impulso le attraversò il corpo, come una violenta scossa. Le sembrò una manifestazione fisica del suo disgusto.</w:t>
      </w:r>
    </w:p>
    <w:p w14:paraId="3D9BA055" w14:textId="77777777" w:rsidR="007C3C6C" w:rsidRPr="00994820" w:rsidRDefault="007C3C6C" w:rsidP="00B1354B">
      <w:pPr>
        <w:spacing w:before="100" w:beforeAutospacing="1" w:after="100" w:afterAutospacing="1" w:line="360" w:lineRule="auto"/>
        <w:ind w:firstLine="284"/>
        <w:jc w:val="both"/>
      </w:pPr>
      <w:r w:rsidRPr="00994820">
        <w:t>Fanny si scostò con uno scatto, scrollandosi di dosso quel contatto come fosse veleno.</w:t>
      </w:r>
    </w:p>
    <w:p w14:paraId="1662A1AB" w14:textId="77777777" w:rsidR="007C3C6C" w:rsidRPr="00994820" w:rsidRDefault="007C3C6C" w:rsidP="00B1354B">
      <w:pPr>
        <w:spacing w:before="100" w:beforeAutospacing="1" w:after="100" w:afterAutospacing="1" w:line="360" w:lineRule="auto"/>
        <w:ind w:firstLine="284"/>
        <w:jc w:val="both"/>
      </w:pPr>
      <w:r w:rsidRPr="00994820">
        <w:lastRenderedPageBreak/>
        <w:t>«E per la cronaca…» disse, il tono della ragazza dagli occhi smeraldo tornò rigido.</w:t>
      </w:r>
      <w:r w:rsidRPr="00994820">
        <w:br/>
        <w:t>«Non si dia pena. Farò il vostro lavoro, che mi piaccia o no.</w:t>
      </w:r>
      <w:r w:rsidRPr="00994820">
        <w:br/>
        <w:t>Quindi non serve ridurmi come uno di quei marmocchi lobotomizzati solo per assicurarsi che obbedisca.»</w:t>
      </w:r>
    </w:p>
    <w:p w14:paraId="60E0DDDC" w14:textId="77777777" w:rsidR="007C3C6C" w:rsidRPr="00994820" w:rsidRDefault="007C3C6C" w:rsidP="00B1354B">
      <w:pPr>
        <w:spacing w:before="100" w:beforeAutospacing="1" w:after="100" w:afterAutospacing="1" w:line="360" w:lineRule="auto"/>
        <w:ind w:firstLine="284"/>
        <w:jc w:val="both"/>
      </w:pPr>
      <w:r w:rsidRPr="00994820">
        <w:t>Si voltò. Fece per uscire.</w:t>
      </w:r>
    </w:p>
    <w:p w14:paraId="2DAC185D" w14:textId="77777777" w:rsidR="007C3C6C" w:rsidRPr="00994820" w:rsidRDefault="007C3C6C" w:rsidP="00B1354B">
      <w:pPr>
        <w:spacing w:before="100" w:beforeAutospacing="1" w:after="100" w:afterAutospacing="1" w:line="360" w:lineRule="auto"/>
        <w:ind w:firstLine="284"/>
        <w:jc w:val="both"/>
      </w:pPr>
      <w:r w:rsidRPr="00994820">
        <w:t>Ma la voce di Rivey, ancora una volta, la raggiunse come un’eco composta.</w:t>
      </w:r>
    </w:p>
    <w:p w14:paraId="3E2F80A7" w14:textId="77777777" w:rsidR="007C3C6C" w:rsidRPr="00994820" w:rsidRDefault="007C3C6C" w:rsidP="00B1354B">
      <w:pPr>
        <w:spacing w:before="100" w:beforeAutospacing="1" w:after="100" w:afterAutospacing="1" w:line="360" w:lineRule="auto"/>
        <w:ind w:firstLine="284"/>
        <w:jc w:val="both"/>
      </w:pPr>
      <w:r w:rsidRPr="00994820">
        <w:t>«Io sono la voce della giustizia. È mio dovere mostrarle le nostre ragioni.»</w:t>
      </w:r>
    </w:p>
    <w:p w14:paraId="3F674A7A" w14:textId="77777777" w:rsidR="007C3C6C" w:rsidRPr="00994820" w:rsidRDefault="007C3C6C" w:rsidP="00B1354B">
      <w:pPr>
        <w:spacing w:before="100" w:beforeAutospacing="1" w:after="100" w:afterAutospacing="1" w:line="360" w:lineRule="auto"/>
        <w:ind w:firstLine="284"/>
        <w:jc w:val="both"/>
      </w:pPr>
      <w:r w:rsidRPr="00994820">
        <w:t>Fanny si arrestò sulla soglia. Le dita serrate come a voler afferrare qualcosa, le spalle tese.</w:t>
      </w:r>
    </w:p>
    <w:p w14:paraId="78A112EB" w14:textId="77777777" w:rsidR="007C3C6C" w:rsidRPr="00994820" w:rsidRDefault="007C3C6C" w:rsidP="00B1354B">
      <w:pPr>
        <w:spacing w:before="100" w:beforeAutospacing="1" w:after="100" w:afterAutospacing="1" w:line="360" w:lineRule="auto"/>
        <w:ind w:firstLine="284"/>
        <w:jc w:val="both"/>
      </w:pPr>
      <w:r w:rsidRPr="00994820">
        <w:t>«Lei è La Sorridente?» chiese senza voltarsi.</w:t>
      </w:r>
    </w:p>
    <w:p w14:paraId="565FB117" w14:textId="77777777" w:rsidR="007C3C6C" w:rsidRPr="00994820" w:rsidRDefault="007C3C6C" w:rsidP="00B1354B">
      <w:pPr>
        <w:spacing w:before="100" w:beforeAutospacing="1" w:after="100" w:afterAutospacing="1" w:line="360" w:lineRule="auto"/>
        <w:ind w:firstLine="284"/>
        <w:jc w:val="both"/>
      </w:pPr>
      <w:r w:rsidRPr="00994820">
        <w:t>La porta si aprì.</w:t>
      </w:r>
    </w:p>
    <w:p w14:paraId="3019929A" w14:textId="032D8666" w:rsidR="007C3C6C" w:rsidRPr="00994820" w:rsidRDefault="007C3C6C" w:rsidP="00B1354B">
      <w:pPr>
        <w:spacing w:before="100" w:beforeAutospacing="1" w:after="100" w:afterAutospacing="1" w:line="360" w:lineRule="auto"/>
        <w:ind w:firstLine="284"/>
        <w:jc w:val="both"/>
      </w:pPr>
      <w:r w:rsidRPr="00994820">
        <w:t>«No.» rispose lui, e nella voce c’era un sorriso che non arrivava agli occhi.</w:t>
      </w:r>
      <w:r w:rsidR="00C90764">
        <w:t xml:space="preserve"> </w:t>
      </w:r>
      <w:r w:rsidRPr="00994820">
        <w:t>«Io sono il Giudice del Perdono, Rivey.</w:t>
      </w:r>
      <w:r w:rsidR="00C90764">
        <w:t xml:space="preserve"> </w:t>
      </w:r>
      <w:r w:rsidRPr="00994820">
        <w:t>E comunque, con questo tono sprezzante… perché dovrei rispondere alle tue domande?»</w:t>
      </w:r>
    </w:p>
    <w:p w14:paraId="6019F037" w14:textId="77777777" w:rsidR="007C3C6C" w:rsidRPr="00994820" w:rsidRDefault="007C3C6C" w:rsidP="00B1354B">
      <w:pPr>
        <w:spacing w:before="100" w:beforeAutospacing="1" w:after="100" w:afterAutospacing="1" w:line="360" w:lineRule="auto"/>
        <w:ind w:firstLine="284"/>
        <w:jc w:val="both"/>
      </w:pPr>
      <w:r w:rsidRPr="00994820">
        <w:t>Fanny si voltò di profilo, solo un attimo.</w:t>
      </w:r>
    </w:p>
    <w:p w14:paraId="5E2158C0" w14:textId="3173E8AB" w:rsidR="007C3C6C" w:rsidRPr="00994820" w:rsidRDefault="007C3C6C" w:rsidP="00B1354B">
      <w:pPr>
        <w:spacing w:before="100" w:beforeAutospacing="1" w:after="100" w:afterAutospacing="1" w:line="360" w:lineRule="auto"/>
        <w:ind w:firstLine="284"/>
        <w:jc w:val="both"/>
      </w:pPr>
      <w:r w:rsidRPr="00994820">
        <w:t>«Se non lo è, mi lasci in pace.» disse, secca. «Ascolterei solo qualcuno che crede davvero di essere la verità incarnata.</w:t>
      </w:r>
      <w:r w:rsidR="00C90764">
        <w:t xml:space="preserve"> </w:t>
      </w:r>
      <w:r w:rsidRPr="00994820">
        <w:t>Non accetto lezioni di giustizia da lei. Né da altri.»</w:t>
      </w:r>
    </w:p>
    <w:p w14:paraId="59D3760C" w14:textId="5501675C" w:rsidR="007C3C6C" w:rsidRPr="00994820" w:rsidRDefault="007C3C6C" w:rsidP="00B1354B">
      <w:pPr>
        <w:spacing w:before="100" w:beforeAutospacing="1" w:after="100" w:afterAutospacing="1" w:line="360" w:lineRule="auto"/>
        <w:ind w:firstLine="284"/>
        <w:jc w:val="both"/>
      </w:pPr>
      <w:r w:rsidRPr="00994820">
        <w:t>E se ne andò.</w:t>
      </w:r>
      <w:r w:rsidR="0052497D">
        <w:t xml:space="preserve"> </w:t>
      </w:r>
      <w:r w:rsidRPr="00994820">
        <w:t>Ogni passo un affondo. Ogni respiro un compromesso.</w:t>
      </w:r>
    </w:p>
    <w:p w14:paraId="20648087" w14:textId="098DC155" w:rsidR="007C3C6C" w:rsidRPr="00994820" w:rsidRDefault="007C3C6C" w:rsidP="00B1354B">
      <w:pPr>
        <w:spacing w:before="100" w:beforeAutospacing="1" w:after="100" w:afterAutospacing="1" w:line="360" w:lineRule="auto"/>
        <w:ind w:firstLine="284"/>
        <w:jc w:val="both"/>
      </w:pPr>
      <w:r w:rsidRPr="00994820">
        <w:t>Ma finché era dentro… finché era in piedi…</w:t>
      </w:r>
      <w:r w:rsidR="00C90764">
        <w:t xml:space="preserve"> </w:t>
      </w:r>
      <w:r w:rsidRPr="00994820">
        <w:t>aveva un’opportunità.</w:t>
      </w:r>
      <w:r w:rsidR="0052497D">
        <w:t xml:space="preserve"> </w:t>
      </w:r>
      <w:r w:rsidRPr="00994820">
        <w:t>E prima o poi, avrebbe trovato suo padre.</w:t>
      </w:r>
      <w:r w:rsidR="00C90764">
        <w:t xml:space="preserve"> </w:t>
      </w:r>
      <w:r w:rsidRPr="00994820">
        <w:t>Anche se questo significava servire il sistema che lo aveva distrutto.</w:t>
      </w:r>
    </w:p>
    <w:p w14:paraId="4AA39089" w14:textId="77777777" w:rsidR="007C3C6C" w:rsidRPr="00994820" w:rsidRDefault="007C3C6C" w:rsidP="00B1354B">
      <w:pPr>
        <w:pStyle w:val="NormaleWeb"/>
        <w:spacing w:line="360" w:lineRule="auto"/>
        <w:ind w:firstLine="284"/>
        <w:jc w:val="both"/>
      </w:pPr>
      <w:r w:rsidRPr="00994820">
        <w:t>La porta si richiuse alle sue spalle con un sospiro idraulico, come se persino l’aria nel corridoio avesse trattenuto il fiato.</w:t>
      </w:r>
    </w:p>
    <w:p w14:paraId="7FECBB45" w14:textId="77777777" w:rsidR="007C3C6C" w:rsidRPr="00994820" w:rsidRDefault="007C3C6C" w:rsidP="00B1354B">
      <w:pPr>
        <w:pStyle w:val="NormaleWeb"/>
        <w:spacing w:line="360" w:lineRule="auto"/>
        <w:ind w:firstLine="284"/>
        <w:jc w:val="both"/>
      </w:pPr>
      <w:r w:rsidRPr="00994820">
        <w:t>Fanny restò lì per un istante, gli occhi fissi davanti a sé, le tempie pulsanti, le mani ancora scosse da quella conversazione che l’aveva svuotata più di uno scontro fisico.</w:t>
      </w:r>
    </w:p>
    <w:p w14:paraId="37D94EA9" w14:textId="77777777" w:rsidR="007C3C6C" w:rsidRPr="00994820" w:rsidRDefault="007C3C6C" w:rsidP="00B1354B">
      <w:pPr>
        <w:pStyle w:val="NormaleWeb"/>
        <w:spacing w:line="360" w:lineRule="auto"/>
        <w:ind w:firstLine="284"/>
        <w:jc w:val="both"/>
      </w:pPr>
      <w:r w:rsidRPr="00994820">
        <w:t>Poi lo vide.</w:t>
      </w:r>
    </w:p>
    <w:p w14:paraId="1D99DDAD" w14:textId="6EB12921" w:rsidR="007C3C6C" w:rsidRPr="00994820" w:rsidRDefault="007C3C6C" w:rsidP="00B1354B">
      <w:pPr>
        <w:pStyle w:val="NormaleWeb"/>
        <w:spacing w:line="360" w:lineRule="auto"/>
        <w:ind w:firstLine="284"/>
        <w:jc w:val="both"/>
      </w:pPr>
      <w:r w:rsidRPr="00994820">
        <w:t>Poggiato con una spalla contro il muro, nella penombra sulla sinistra, c’era Kieran.</w:t>
      </w:r>
      <w:r w:rsidR="0052497D">
        <w:t xml:space="preserve"> </w:t>
      </w:r>
      <w:r w:rsidRPr="00994820">
        <w:t>Non si mosse. Non parlò.</w:t>
      </w:r>
      <w:r w:rsidR="0052497D">
        <w:t xml:space="preserve"> </w:t>
      </w:r>
      <w:r w:rsidRPr="00994820">
        <w:t>La maschera al neon che gli copriva il volto tracciava un teschio scheletrico, gelido e sorridente. Un sorriso immobile e beffardo, acceso in quell’azzurro irreale che sembrava respirare nel buio.</w:t>
      </w:r>
    </w:p>
    <w:p w14:paraId="32DA038D" w14:textId="77777777" w:rsidR="007C3C6C" w:rsidRPr="00994820" w:rsidRDefault="007C3C6C" w:rsidP="00B1354B">
      <w:pPr>
        <w:pStyle w:val="NormaleWeb"/>
        <w:spacing w:line="360" w:lineRule="auto"/>
        <w:ind w:firstLine="284"/>
        <w:jc w:val="both"/>
      </w:pPr>
      <w:r w:rsidRPr="00994820">
        <w:lastRenderedPageBreak/>
        <w:t>Eppure, nel corpo c’era quiete. Nessuna minaccia. Solo… attesa.</w:t>
      </w:r>
    </w:p>
    <w:p w14:paraId="70C6F98F" w14:textId="77777777" w:rsidR="007C3C6C" w:rsidRPr="00994820" w:rsidRDefault="007C3C6C" w:rsidP="00B1354B">
      <w:pPr>
        <w:pStyle w:val="NormaleWeb"/>
        <w:spacing w:line="360" w:lineRule="auto"/>
        <w:ind w:firstLine="284"/>
        <w:jc w:val="both"/>
      </w:pPr>
      <w:r w:rsidRPr="00994820">
        <w:t>«Non sono in molti che possono raccontare cosa si cela dietro quella porta.» disse infine, e la voce che ne uscì non aveva nulla a che fare con quella maschera.</w:t>
      </w:r>
      <w:r w:rsidRPr="00994820">
        <w:br/>
        <w:t>Era bassa. Affabile. Quasi gentile.</w:t>
      </w:r>
    </w:p>
    <w:p w14:paraId="1C60CBC7" w14:textId="77777777" w:rsidR="007C3C6C" w:rsidRPr="00994820" w:rsidRDefault="007C3C6C" w:rsidP="00B1354B">
      <w:pPr>
        <w:pStyle w:val="NormaleWeb"/>
        <w:spacing w:line="360" w:lineRule="auto"/>
        <w:ind w:firstLine="284"/>
        <w:jc w:val="both"/>
      </w:pPr>
      <w:r w:rsidRPr="00994820">
        <w:t>«So cosa si prova. Quando lui parla, è come se ogni parola fosse un bisturi. Ti apre senza tagliare. Ti guarda dentro. E poi ricuce, ma a modo suo.»</w:t>
      </w:r>
    </w:p>
    <w:p w14:paraId="48764944" w14:textId="64D7F0A6" w:rsidR="007C3C6C" w:rsidRPr="00994820" w:rsidRDefault="007C3C6C" w:rsidP="00B1354B">
      <w:pPr>
        <w:pStyle w:val="NormaleWeb"/>
        <w:spacing w:line="360" w:lineRule="auto"/>
        <w:ind w:firstLine="284"/>
        <w:jc w:val="both"/>
      </w:pPr>
      <w:r w:rsidRPr="00994820">
        <w:t>Fanny lo guardò per un momento, ma i suoi occhi erano vuoti. Non perché non provasse nulla. Ma perché provava troppo, tutto insieme.</w:t>
      </w:r>
      <w:r w:rsidR="0052497D">
        <w:t xml:space="preserve"> </w:t>
      </w:r>
      <w:r w:rsidRPr="00994820">
        <w:t>Rabbia. Vergogna. Tristezza. E una determinazione che faceva male quanto un coltello in gola.</w:t>
      </w:r>
    </w:p>
    <w:p w14:paraId="7CE5837A" w14:textId="76DB89CE" w:rsidR="007C3C6C" w:rsidRPr="00994820" w:rsidRDefault="007C3C6C" w:rsidP="00B1354B">
      <w:pPr>
        <w:pStyle w:val="NormaleWeb"/>
        <w:spacing w:line="360" w:lineRule="auto"/>
        <w:ind w:firstLine="284"/>
        <w:jc w:val="both"/>
      </w:pPr>
      <w:r w:rsidRPr="00994820">
        <w:t>Kieran fece un passo, ma non si avvicinò troppo.</w:t>
      </w:r>
      <w:r w:rsidR="0052497D">
        <w:t xml:space="preserve"> </w:t>
      </w:r>
      <w:r w:rsidRPr="00994820">
        <w:t>«Rivey…» continuò. «Sotto quell’aria fragile… è il più pericoloso.</w:t>
      </w:r>
      <w:r w:rsidR="0052497D">
        <w:t xml:space="preserve"> </w:t>
      </w:r>
      <w:r w:rsidRPr="00994820">
        <w:t>Ogni sua parola è studiata e calcolata per andare più a fondo di qualunque lama.»</w:t>
      </w:r>
    </w:p>
    <w:p w14:paraId="0BF1CDFE" w14:textId="77777777" w:rsidR="007C3C6C" w:rsidRPr="00994820" w:rsidRDefault="007C3C6C" w:rsidP="00B1354B">
      <w:pPr>
        <w:pStyle w:val="NormaleWeb"/>
        <w:spacing w:line="360" w:lineRule="auto"/>
        <w:ind w:firstLine="284"/>
        <w:jc w:val="both"/>
      </w:pPr>
      <w:r w:rsidRPr="00994820">
        <w:t>Il neon sulla sua maschera pulsava leggermente, come un cuore meccanico.</w:t>
      </w:r>
      <w:r w:rsidRPr="00994820">
        <w:br/>
        <w:t>Quel contrasto fra tono premuroso e volto da scheletro era quasi fastidioso.</w:t>
      </w:r>
    </w:p>
    <w:p w14:paraId="567847B0" w14:textId="77777777" w:rsidR="007C3C6C" w:rsidRPr="00994820" w:rsidRDefault="007C3C6C" w:rsidP="00B1354B">
      <w:pPr>
        <w:pStyle w:val="NormaleWeb"/>
        <w:spacing w:line="360" w:lineRule="auto"/>
        <w:ind w:firstLine="284"/>
        <w:jc w:val="both"/>
      </w:pPr>
      <w:r w:rsidRPr="00994820">
        <w:t>Fanny serrò la mascella.</w:t>
      </w:r>
    </w:p>
    <w:p w14:paraId="5F63108A" w14:textId="77777777" w:rsidR="007C3C6C" w:rsidRPr="00994820" w:rsidRDefault="007C3C6C" w:rsidP="00B1354B">
      <w:pPr>
        <w:pStyle w:val="NormaleWeb"/>
        <w:spacing w:line="360" w:lineRule="auto"/>
        <w:ind w:firstLine="284"/>
        <w:jc w:val="both"/>
      </w:pPr>
      <w:r w:rsidRPr="00994820">
        <w:t>«Senta... Kieran» iniziò, senza nemmeno cercare il suo sguardo.</w:t>
      </w:r>
      <w:r w:rsidRPr="00994820">
        <w:br/>
        <w:t>«Apprezzo il pensiero. Ma sono stanca.»</w:t>
      </w:r>
    </w:p>
    <w:p w14:paraId="767E63A8" w14:textId="77777777" w:rsidR="007C3C6C" w:rsidRPr="00994820" w:rsidRDefault="007C3C6C" w:rsidP="00B1354B">
      <w:pPr>
        <w:pStyle w:val="NormaleWeb"/>
        <w:spacing w:line="360" w:lineRule="auto"/>
        <w:ind w:firstLine="284"/>
        <w:jc w:val="both"/>
      </w:pPr>
      <w:r w:rsidRPr="00994820">
        <w:t>Passò accanto a lui, sfiorandolo appena con la spalla meccanica.</w:t>
      </w:r>
    </w:p>
    <w:p w14:paraId="69C228F4" w14:textId="77777777" w:rsidR="007C3C6C" w:rsidRPr="00994820" w:rsidRDefault="007C3C6C" w:rsidP="00B1354B">
      <w:pPr>
        <w:pStyle w:val="NormaleWeb"/>
        <w:spacing w:line="360" w:lineRule="auto"/>
        <w:ind w:firstLine="284"/>
        <w:jc w:val="both"/>
      </w:pPr>
      <w:r w:rsidRPr="00994820">
        <w:t>«Stanca di parole dolci. Stanca di toni affabili. Di sorrisi scolpiti su facce che non mostrano nulla.»</w:t>
      </w:r>
    </w:p>
    <w:p w14:paraId="58A9FB78" w14:textId="182381D6" w:rsidR="007C3C6C" w:rsidRPr="00994820" w:rsidRDefault="007C3C6C" w:rsidP="00B1354B">
      <w:pPr>
        <w:pStyle w:val="NormaleWeb"/>
        <w:spacing w:line="360" w:lineRule="auto"/>
        <w:ind w:firstLine="284"/>
        <w:jc w:val="both"/>
      </w:pPr>
      <w:r w:rsidRPr="00994820">
        <w:t>Un respiro lungo. Amaro.</w:t>
      </w:r>
      <w:r w:rsidR="0052497D">
        <w:t xml:space="preserve"> </w:t>
      </w:r>
      <w:r w:rsidRPr="00994820">
        <w:t>Poi si voltò leggermente, e picchiettò con le dita sullo schermo al neon che gli coprivano il volto:</w:t>
      </w:r>
    </w:p>
    <w:p w14:paraId="0C211AD7" w14:textId="77777777" w:rsidR="007C3C6C" w:rsidRPr="00994820" w:rsidRDefault="007C3C6C" w:rsidP="00B1354B">
      <w:pPr>
        <w:pStyle w:val="NormaleWeb"/>
        <w:spacing w:line="360" w:lineRule="auto"/>
        <w:ind w:firstLine="284"/>
        <w:jc w:val="both"/>
      </w:pPr>
      <w:r w:rsidRPr="00994820">
        <w:t>«Sorrisi scolpiti sul nulla proprio come quello che ti ostini a mostrarmi» poi sospirò accennando un debole, fragile sorriso, trattenendo ancora le lacrime che spingevano contro i circuiti dei suoi occhi metallici.</w:t>
      </w:r>
    </w:p>
    <w:p w14:paraId="6D0F6153" w14:textId="77777777" w:rsidR="007C3C6C" w:rsidRPr="00994820" w:rsidRDefault="007C3C6C" w:rsidP="00B1354B">
      <w:pPr>
        <w:pStyle w:val="NormaleWeb"/>
        <w:spacing w:line="360" w:lineRule="auto"/>
        <w:ind w:firstLine="284"/>
        <w:jc w:val="both"/>
      </w:pPr>
      <w:r w:rsidRPr="00994820">
        <w:t>«Non sono qui per trovare conforto. Sono qui per trovare qualcuno.»</w:t>
      </w:r>
    </w:p>
    <w:p w14:paraId="0215A857" w14:textId="77777777" w:rsidR="007C3C6C" w:rsidRPr="00994820" w:rsidRDefault="007C3C6C" w:rsidP="00B1354B">
      <w:pPr>
        <w:pStyle w:val="NormaleWeb"/>
        <w:spacing w:line="360" w:lineRule="auto"/>
        <w:ind w:firstLine="284"/>
        <w:jc w:val="both"/>
      </w:pPr>
      <w:r w:rsidRPr="00994820">
        <w:t>Si raddrizzò, lo sguardo fisso avanti.</w:t>
      </w:r>
    </w:p>
    <w:p w14:paraId="13E7B666" w14:textId="77777777" w:rsidR="007C3C6C" w:rsidRPr="00994820" w:rsidRDefault="007C3C6C" w:rsidP="00B1354B">
      <w:pPr>
        <w:pStyle w:val="NormaleWeb"/>
        <w:spacing w:line="360" w:lineRule="auto"/>
        <w:ind w:firstLine="284"/>
        <w:jc w:val="both"/>
      </w:pPr>
      <w:r w:rsidRPr="00994820">
        <w:lastRenderedPageBreak/>
        <w:t>«E se questo significa indossare il collare e servire il sistema…</w:t>
      </w:r>
      <w:r w:rsidRPr="00994820">
        <w:br/>
        <w:t>lo farò. Finché non avrò scavato abbastanza da riportarlo alla luce.»</w:t>
      </w:r>
    </w:p>
    <w:p w14:paraId="1910CFCC" w14:textId="382D60E9" w:rsidR="007C3C6C" w:rsidRPr="00994820" w:rsidRDefault="007C3C6C" w:rsidP="00B1354B">
      <w:pPr>
        <w:pStyle w:val="NormaleWeb"/>
        <w:spacing w:line="360" w:lineRule="auto"/>
        <w:ind w:firstLine="284"/>
        <w:jc w:val="both"/>
      </w:pPr>
      <w:r w:rsidRPr="00994820">
        <w:t>I suoi passi risuonarono nel corridoio, uno dopo l’altro, sempre più lontani.</w:t>
      </w:r>
      <w:r w:rsidR="0052497D">
        <w:t xml:space="preserve"> </w:t>
      </w:r>
      <w:r w:rsidRPr="00994820">
        <w:t>Non accelerava. Non tremava.</w:t>
      </w:r>
      <w:r w:rsidR="0052497D">
        <w:t xml:space="preserve"> </w:t>
      </w:r>
      <w:r w:rsidRPr="00994820">
        <w:t>Sembrava solo… pesante. Come chi cammina portando addosso un fardello che nessuno ha mai visto.</w:t>
      </w:r>
      <w:r w:rsidR="0052497D">
        <w:t xml:space="preserve"> </w:t>
      </w:r>
      <w:r w:rsidRPr="00994820">
        <w:t>Kieran restò lì, immobile, mentre il neon del suo teschio pulsava silenzioso.</w:t>
      </w:r>
    </w:p>
    <w:p w14:paraId="35008D91" w14:textId="77777777" w:rsidR="007C3C6C" w:rsidRPr="00994820" w:rsidRDefault="007C3C6C" w:rsidP="00B1354B">
      <w:pPr>
        <w:pStyle w:val="NormaleWeb"/>
        <w:spacing w:line="360" w:lineRule="auto"/>
        <w:ind w:firstLine="284"/>
        <w:jc w:val="both"/>
      </w:pPr>
      <w:r w:rsidRPr="00994820">
        <w:t>E solo allora, dopo che Fanny gli diede le spalle, rimosse con la mano sinistra la maschera che portava sempre sul volto. Ne scrutò l’interno con i suoi occhi celesti. «Sorrisi scolpiti sul nulla, eh?» sussurrò infine.</w:t>
      </w:r>
    </w:p>
    <w:p w14:paraId="7143BFF3" w14:textId="4D264553" w:rsidR="007C3C6C" w:rsidRPr="00994820" w:rsidRDefault="007C3C6C" w:rsidP="00B1354B">
      <w:pPr>
        <w:pStyle w:val="NormaleWeb"/>
        <w:spacing w:line="360" w:lineRule="auto"/>
        <w:ind w:firstLine="284"/>
        <w:jc w:val="both"/>
      </w:pPr>
      <w:r w:rsidRPr="00994820">
        <w:t>Ma Fanny non lo sentì.</w:t>
      </w:r>
      <w:r w:rsidR="0052497D">
        <w:t xml:space="preserve"> </w:t>
      </w:r>
      <w:r w:rsidRPr="00994820">
        <w:t>Era già sparita dietro l’angolo.</w:t>
      </w:r>
    </w:p>
    <w:p w14:paraId="4F27CA08" w14:textId="77777777" w:rsidR="007C3C6C" w:rsidRPr="00994820" w:rsidRDefault="007C3C6C" w:rsidP="00B1354B">
      <w:pPr>
        <w:pStyle w:val="NormaleWeb"/>
        <w:spacing w:line="360" w:lineRule="auto"/>
        <w:ind w:firstLine="284"/>
        <w:jc w:val="both"/>
      </w:pPr>
      <w:r w:rsidRPr="00994820">
        <w:t>Al di là della porta con il sigillo del Dipartimento del Mezzogiorno Rivey era rimasto solo in quella stanza, la tosse che lo aveva dominato mutò in una risata frenetica, quasi incontrollabile. Continuando a ridere come uno spasmo fuori controllo si avvicinò ad una teca alle sue spalle e ne estrasse un flacone pieno di un liquido nero e denso, simile a petrolio vivo. Mentre la risata si faceva sempre più insistette e con le mani tramanti lo iniettò con forza nel suo braccio sinistro, già martoriato da ematomi di precedenti iniezioni. Solo allora il sorriso cessò e la tosse riprese.</w:t>
      </w:r>
    </w:p>
    <w:p w14:paraId="447E7F61" w14:textId="77777777" w:rsidR="007C3C6C" w:rsidRPr="00994820" w:rsidRDefault="007C3C6C" w:rsidP="00B1354B">
      <w:pPr>
        <w:pStyle w:val="NormaleWeb"/>
        <w:spacing w:line="360" w:lineRule="auto"/>
        <w:ind w:firstLine="284"/>
        <w:jc w:val="both"/>
      </w:pPr>
      <w:r w:rsidRPr="00994820">
        <w:t>Stanco si lasciò cadere sulla sua poltrona, respirando a fatica.</w:t>
      </w:r>
    </w:p>
    <w:p w14:paraId="43E98A59" w14:textId="77777777" w:rsidR="007C3C6C" w:rsidRPr="00994820" w:rsidRDefault="007C3C6C" w:rsidP="00B1354B">
      <w:pPr>
        <w:pStyle w:val="NormaleWeb"/>
        <w:spacing w:line="360" w:lineRule="auto"/>
        <w:ind w:firstLine="284"/>
        <w:jc w:val="both"/>
      </w:pPr>
      <w:r w:rsidRPr="00994820">
        <w:t>Poi gli schermi si illuminarono di una luce rosa, che donarono all’ambiente un colorito quasi umano. L’immagine che vi apparve non era nitida, ma bastava per trasmettere disagio.</w:t>
      </w:r>
    </w:p>
    <w:p w14:paraId="2A88C17B" w14:textId="77777777" w:rsidR="00AA14D3" w:rsidRDefault="007C3C6C" w:rsidP="00B1354B">
      <w:pPr>
        <w:spacing w:before="100" w:beforeAutospacing="1" w:after="100" w:afterAutospacing="1" w:line="360" w:lineRule="auto"/>
        <w:ind w:firstLine="284"/>
        <w:jc w:val="both"/>
      </w:pPr>
      <w:r w:rsidRPr="00994820">
        <w:t>Una ragazza dal volto giovane, quasi scolpito, con lineamenti perfetti e occhi fin troppo grandi per essere umani.</w:t>
      </w:r>
      <w:r w:rsidR="0052497D">
        <w:t xml:space="preserve"> </w:t>
      </w:r>
      <w:r w:rsidRPr="00994820">
        <w:t>I capelli, raccolti in due lunghi codini rosa e biondi, ondeggiavano in un movimento irreale, come sospinti da una brezza artificiale.</w:t>
      </w:r>
    </w:p>
    <w:p w14:paraId="716D5790" w14:textId="689EAE11" w:rsidR="007C3C6C" w:rsidRPr="00994820" w:rsidRDefault="007C3C6C" w:rsidP="00B1354B">
      <w:pPr>
        <w:spacing w:before="100" w:beforeAutospacing="1" w:after="100" w:afterAutospacing="1" w:line="360" w:lineRule="auto"/>
        <w:ind w:firstLine="284"/>
        <w:jc w:val="both"/>
      </w:pPr>
      <w:r w:rsidRPr="00994820">
        <w:t>Sorrideva.</w:t>
      </w:r>
      <w:r w:rsidRPr="00994820">
        <w:br/>
        <w:t>Un sorriso troppo ampio, troppo fisso. Un’espressione a metà tra l’euforia e l’isteria, come se stesse trattenendo una risata destinata a esplodere da un momento all’altro.</w:t>
      </w:r>
    </w:p>
    <w:p w14:paraId="0AC52A59" w14:textId="77777777" w:rsidR="007C3C6C" w:rsidRPr="00994820" w:rsidRDefault="007C3C6C" w:rsidP="00B1354B">
      <w:pPr>
        <w:spacing w:before="100" w:beforeAutospacing="1" w:after="100" w:afterAutospacing="1" w:line="360" w:lineRule="auto"/>
        <w:ind w:firstLine="284"/>
        <w:jc w:val="both"/>
      </w:pPr>
      <w:r w:rsidRPr="00994820">
        <w:t>Le pupille, dilatate al limite, scintillavano come vetro rotto sotto i neon.</w:t>
      </w:r>
    </w:p>
    <w:p w14:paraId="48F655B3" w14:textId="77777777" w:rsidR="007C3C6C" w:rsidRPr="00994820" w:rsidRDefault="007C3C6C" w:rsidP="00B1354B">
      <w:pPr>
        <w:spacing w:before="100" w:beforeAutospacing="1" w:after="100" w:afterAutospacing="1" w:line="360" w:lineRule="auto"/>
        <w:ind w:firstLine="284"/>
        <w:jc w:val="both"/>
      </w:pPr>
      <w:r w:rsidRPr="00994820">
        <w:t>«È una risorsa o un problema?» chiese, la voce squillante, piena di una falsa allegria che sapeva di allarme.</w:t>
      </w:r>
    </w:p>
    <w:p w14:paraId="2D4284CD" w14:textId="77777777" w:rsidR="007C3C6C" w:rsidRPr="00994820" w:rsidRDefault="007C3C6C" w:rsidP="00B1354B">
      <w:pPr>
        <w:spacing w:before="100" w:beforeAutospacing="1" w:after="100" w:afterAutospacing="1" w:line="360" w:lineRule="auto"/>
        <w:ind w:firstLine="284"/>
        <w:jc w:val="both"/>
      </w:pPr>
      <w:r w:rsidRPr="00994820">
        <w:t>Il suo volto si avvicinò allo schermo, come se volesse attraversarlo.</w:t>
      </w:r>
    </w:p>
    <w:p w14:paraId="6BED7EF7" w14:textId="72C8D158" w:rsidR="007C3C6C" w:rsidRPr="00994820" w:rsidRDefault="007C3C6C" w:rsidP="00B1354B">
      <w:pPr>
        <w:spacing w:before="100" w:beforeAutospacing="1" w:after="100" w:afterAutospacing="1" w:line="360" w:lineRule="auto"/>
        <w:ind w:firstLine="284"/>
        <w:jc w:val="both"/>
      </w:pPr>
      <w:r w:rsidRPr="00994820">
        <w:lastRenderedPageBreak/>
        <w:t>«A breve sarà pronto il nuovo modello, sai? E se questa bambina ha davvero quell’energia che ha mostrato in allenamento…</w:t>
      </w:r>
      <w:r w:rsidR="00AA14D3">
        <w:t xml:space="preserve"> </w:t>
      </w:r>
      <w:r w:rsidRPr="00994820">
        <w:t>forse dovremmo portarla da me. Presto.»</w:t>
      </w:r>
    </w:p>
    <w:p w14:paraId="112CC969" w14:textId="77777777" w:rsidR="007C3C6C" w:rsidRPr="00994820" w:rsidRDefault="007C3C6C" w:rsidP="00B1354B">
      <w:pPr>
        <w:spacing w:before="100" w:beforeAutospacing="1" w:after="100" w:afterAutospacing="1" w:line="360" w:lineRule="auto"/>
        <w:ind w:firstLine="284"/>
        <w:jc w:val="both"/>
      </w:pPr>
      <w:r w:rsidRPr="00994820">
        <w:t>Un lieve sfrigolio percorse l’immagine, e il sorriso divenne ancora più largo, quasi doloroso.</w:t>
      </w:r>
    </w:p>
    <w:p w14:paraId="7E378866" w14:textId="77777777" w:rsidR="007C3C6C" w:rsidRPr="00994820" w:rsidRDefault="007C3C6C" w:rsidP="00B1354B">
      <w:pPr>
        <w:spacing w:before="100" w:beforeAutospacing="1" w:after="100" w:afterAutospacing="1" w:line="360" w:lineRule="auto"/>
        <w:ind w:firstLine="284"/>
        <w:jc w:val="both"/>
      </w:pPr>
      <w:r w:rsidRPr="00994820">
        <w:t>Rivey non si voltò subito. Continuò a fissare la scacchiera, le dita che accarezzavano la base di un alfiere.</w:t>
      </w:r>
    </w:p>
    <w:p w14:paraId="3378A74B" w14:textId="77777777" w:rsidR="007C3C6C" w:rsidRPr="00994820" w:rsidRDefault="007C3C6C" w:rsidP="00B1354B">
      <w:pPr>
        <w:spacing w:before="100" w:beforeAutospacing="1" w:after="100" w:afterAutospacing="1" w:line="360" w:lineRule="auto"/>
        <w:ind w:firstLine="284"/>
        <w:jc w:val="both"/>
      </w:pPr>
      <w:r w:rsidRPr="00994820">
        <w:t>Poi, con voce ferma, rispose:</w:t>
      </w:r>
    </w:p>
    <w:p w14:paraId="36B6B400" w14:textId="77777777" w:rsidR="007C3C6C" w:rsidRPr="00994820" w:rsidRDefault="007C3C6C" w:rsidP="00B1354B">
      <w:pPr>
        <w:spacing w:before="100" w:beforeAutospacing="1" w:after="100" w:afterAutospacing="1" w:line="360" w:lineRule="auto"/>
        <w:ind w:firstLine="284"/>
        <w:jc w:val="both"/>
      </w:pPr>
      <w:r w:rsidRPr="00994820">
        <w:t>«No. Non ancora.»</w:t>
      </w:r>
    </w:p>
    <w:p w14:paraId="1A242FFB" w14:textId="77777777" w:rsidR="007C3C6C" w:rsidRPr="00994820" w:rsidRDefault="007C3C6C" w:rsidP="00B1354B">
      <w:pPr>
        <w:spacing w:before="100" w:beforeAutospacing="1" w:after="100" w:afterAutospacing="1" w:line="360" w:lineRule="auto"/>
        <w:ind w:firstLine="284"/>
        <w:jc w:val="both"/>
      </w:pPr>
      <w:r w:rsidRPr="00994820">
        <w:t>Solo allora si voltò verso lo schermo.</w:t>
      </w:r>
    </w:p>
    <w:p w14:paraId="79516AB3" w14:textId="77777777" w:rsidR="007C3C6C" w:rsidRPr="00994820" w:rsidRDefault="007C3C6C" w:rsidP="00B1354B">
      <w:pPr>
        <w:spacing w:before="100" w:beforeAutospacing="1" w:after="100" w:afterAutospacing="1" w:line="360" w:lineRule="auto"/>
        <w:ind w:firstLine="284"/>
        <w:jc w:val="both"/>
      </w:pPr>
      <w:r w:rsidRPr="00994820">
        <w:t>«La sfrutteremo per ultimare il recupero cavie. Ha potenziale, e le sue azioni smuovono l’equilibrio interno. È come un pezzo impazzito che obbliga tutti a muoversi.»</w:t>
      </w:r>
    </w:p>
    <w:p w14:paraId="43774FE9" w14:textId="77777777" w:rsidR="007C3C6C" w:rsidRPr="00994820" w:rsidRDefault="007C3C6C" w:rsidP="00B1354B">
      <w:pPr>
        <w:spacing w:before="100" w:beforeAutospacing="1" w:after="100" w:afterAutospacing="1" w:line="360" w:lineRule="auto"/>
        <w:ind w:firstLine="284"/>
        <w:jc w:val="both"/>
      </w:pPr>
      <w:r w:rsidRPr="00994820">
        <w:t>Si alzò in piedi, la figura dritta come un’ombra.</w:t>
      </w:r>
    </w:p>
    <w:p w14:paraId="53417349" w14:textId="2545EE77" w:rsidR="007C3C6C" w:rsidRPr="00994820" w:rsidRDefault="007C3C6C" w:rsidP="00B1354B">
      <w:pPr>
        <w:spacing w:before="100" w:beforeAutospacing="1" w:after="100" w:afterAutospacing="1" w:line="360" w:lineRule="auto"/>
        <w:ind w:firstLine="284"/>
        <w:jc w:val="both"/>
      </w:pPr>
      <w:r w:rsidRPr="00994820">
        <w:t>«E soprattutto…» aggiunse, mentre lo schermo tornava lentamente al nero, «voglio che sia lei a scegliere.</w:t>
      </w:r>
      <w:r w:rsidR="00AA14D3">
        <w:t xml:space="preserve"> </w:t>
      </w:r>
      <w:r w:rsidRPr="00994820">
        <w:t>Che arrivi a crederlo davvero. Che la nostra giustizia sia l’unica ancora di salvezza per una civiltà in guerra con se stessa.»</w:t>
      </w:r>
    </w:p>
    <w:p w14:paraId="10F0A8F7" w14:textId="77777777" w:rsidR="007C3C6C" w:rsidRPr="00994820" w:rsidRDefault="007C3C6C" w:rsidP="00B1354B">
      <w:pPr>
        <w:spacing w:before="100" w:beforeAutospacing="1" w:after="100" w:afterAutospacing="1" w:line="360" w:lineRule="auto"/>
        <w:ind w:firstLine="284"/>
        <w:jc w:val="both"/>
      </w:pPr>
      <w:r w:rsidRPr="00994820">
        <w:t>Un altro silenzio.</w:t>
      </w:r>
    </w:p>
    <w:p w14:paraId="7B8EBF5A" w14:textId="77777777" w:rsidR="007C3C6C" w:rsidRPr="00994820" w:rsidRDefault="007C3C6C" w:rsidP="00B1354B">
      <w:pPr>
        <w:spacing w:before="100" w:beforeAutospacing="1" w:after="100" w:afterAutospacing="1" w:line="360" w:lineRule="auto"/>
        <w:ind w:firstLine="284"/>
        <w:jc w:val="both"/>
      </w:pPr>
      <w:r w:rsidRPr="00994820">
        <w:t>Poi la frase conclusiva, sussurrata al vuoto:</w:t>
      </w:r>
    </w:p>
    <w:p w14:paraId="2E4FE5AB" w14:textId="4EDE5BFC" w:rsidR="00A20E7A" w:rsidRDefault="007C3C6C" w:rsidP="00B1354B">
      <w:pPr>
        <w:spacing w:before="100" w:beforeAutospacing="1" w:after="100" w:afterAutospacing="1" w:line="360" w:lineRule="auto"/>
        <w:ind w:firstLine="284"/>
        <w:jc w:val="both"/>
      </w:pPr>
      <w:r w:rsidRPr="00994820">
        <w:t>«Quando accadrà… allora sarà tua.»</w:t>
      </w:r>
    </w:p>
    <w:p w14:paraId="09944D8E" w14:textId="5ECA193C" w:rsidR="00CD408F" w:rsidRPr="00994820" w:rsidRDefault="00A20E7A" w:rsidP="00A20E7A">
      <w:pPr>
        <w:spacing w:after="160" w:line="259" w:lineRule="auto"/>
      </w:pPr>
      <w:r>
        <w:br w:type="page"/>
      </w:r>
    </w:p>
    <w:p w14:paraId="2100107D" w14:textId="4A736DE0" w:rsidR="00B84307" w:rsidRPr="00B84307" w:rsidRDefault="007C3C6C" w:rsidP="00A73788">
      <w:pPr>
        <w:pStyle w:val="Titolo1"/>
        <w:jc w:val="center"/>
      </w:pPr>
      <w:r w:rsidRPr="00B84307">
        <w:lastRenderedPageBreak/>
        <w:t xml:space="preserve">Capitolo </w:t>
      </w:r>
      <w:r w:rsidR="001D593F">
        <w:t>VII</w:t>
      </w:r>
      <w:r w:rsidR="00DA3598" w:rsidRPr="00B84307">
        <w:t xml:space="preserve"> – Se faccio la Brava</w:t>
      </w:r>
    </w:p>
    <w:p w14:paraId="1524E99E" w14:textId="4F94F822" w:rsidR="00DA3598" w:rsidRDefault="00DA3598" w:rsidP="00B1354B">
      <w:pPr>
        <w:pStyle w:val="NormaleWeb"/>
        <w:spacing w:line="360" w:lineRule="auto"/>
        <w:ind w:firstLine="284"/>
        <w:jc w:val="both"/>
      </w:pPr>
      <w:r>
        <w:br/>
      </w:r>
    </w:p>
    <w:p w14:paraId="6E92CF26" w14:textId="53A251B2" w:rsidR="007C3C6C" w:rsidRPr="00994820" w:rsidRDefault="007C3C6C" w:rsidP="00B1354B">
      <w:pPr>
        <w:pStyle w:val="NormaleWeb"/>
        <w:spacing w:line="360" w:lineRule="auto"/>
        <w:ind w:firstLine="284"/>
        <w:jc w:val="both"/>
      </w:pPr>
      <w:r w:rsidRPr="00994820">
        <w:br/>
      </w:r>
    </w:p>
    <w:p w14:paraId="5AC601C8" w14:textId="5B291F4A" w:rsidR="007C3C6C" w:rsidRPr="00994820" w:rsidRDefault="00DA3598" w:rsidP="00B1354B">
      <w:pPr>
        <w:pStyle w:val="NormaleWeb"/>
        <w:spacing w:line="360" w:lineRule="auto"/>
        <w:ind w:firstLine="284"/>
        <w:jc w:val="both"/>
      </w:pPr>
      <w:r>
        <w:t>F</w:t>
      </w:r>
      <w:r w:rsidR="007C3C6C" w:rsidRPr="00994820">
        <w:t>anny camminò a lungo nei corridoi deserti del Dipartimento, con l’eco dei propri passi come unica compagnia. Le parole di Kieran le rimbombavano ancora dentro, ma ora erano diventate solo un sussurro lontano. Il rumore che le veniva da dentro era assai più chiassoso. Rabbia, dolore, confusione, ognuna di queste sensazioni le affollava la mente. Crescevano furiosamente in lei e non serviva a nulla scacciarle vie, tutto stava andando così velocemente, tutto al di là del suo controllo. Nonostante le ondate di emozioni che le esplodevano dal fondo del suo cuore d’acciaio, il suo volto restava impassibile, quasi vuoto. Sentiva che ogni esternazione emotiva sarebbe stato visto come una vittoria, da chiunque la stesse osservando. Continuò a camminare, scendendo le scale fino ai piani delle stanze private. Aveva raggiunto l’ampio corridoio del terzo piano in cui ogni altra stanza degli ufficiali era stata posizionata. Fanny non si era ancora curata di studiare l’ambiente, di scoprire chi fossero i suoi vicini, e non l’avrebbe certo fatto adesso. Voleva solo riposare. Voleva solo raggiungere la sua stanza.</w:t>
      </w:r>
    </w:p>
    <w:p w14:paraId="793F4299" w14:textId="77777777" w:rsidR="007C3C6C" w:rsidRPr="00994820" w:rsidRDefault="007C3C6C" w:rsidP="00B1354B">
      <w:pPr>
        <w:pStyle w:val="NormaleWeb"/>
        <w:spacing w:line="360" w:lineRule="auto"/>
        <w:ind w:firstLine="284"/>
        <w:jc w:val="both"/>
      </w:pPr>
      <w:r w:rsidRPr="00994820">
        <w:t>Quando la porta in acciaio candido e pulito che la isolava dal resto dell’edificio si chiuse alle sue spalle, tirò un sospiro pesante. Solo allora si concesse di abbassare le spalle. Quasi facendo cadere quella pressione che si era trascinata dall’inizio di quel folle allenamento. Senza aspettare nemmeno un istante si buttò sul suo letto, affondando il volto stanco sul cuscino. Persino Becky, il fidato ologramma che era emersa al suo arrivo scelse di tacere alla visione della ragazza. Fanny se ne accorse. “Il mio EV deve essersi alzato” pensò, con gli occhi immersi nel soffice guanciale azzurro.</w:t>
      </w:r>
    </w:p>
    <w:p w14:paraId="0AEAEBD6" w14:textId="77777777" w:rsidR="007C3C6C" w:rsidRPr="00994820" w:rsidRDefault="007C3C6C" w:rsidP="00B1354B">
      <w:pPr>
        <w:pStyle w:val="NormaleWeb"/>
        <w:spacing w:line="360" w:lineRule="auto"/>
        <w:ind w:firstLine="284"/>
        <w:jc w:val="both"/>
      </w:pPr>
      <w:r w:rsidRPr="00994820">
        <w:t>Dopo pochi istanti, il corpo cedette sotto tutto quel peso e la ragazza si lasciò trascinare in un pianto profondo e liberatorio. Il cuscino assorbì la gran parte di quelle lacrime pesanti, mentre le sue mani, tanto quella di carne viva, quanto quella di freddo metallo stringevano in un pugno le lenzuola bianche in una stretta feroce. Sotto quel fiume liberatorio, lentamente, anche lei finalmente si spense. Non fu un sonno ristoratore, era più simile a precipitare in un oblio.</w:t>
      </w:r>
    </w:p>
    <w:p w14:paraId="716614C8" w14:textId="77777777" w:rsidR="007C3C6C" w:rsidRPr="00994820" w:rsidRDefault="007C3C6C" w:rsidP="00B1354B">
      <w:pPr>
        <w:pStyle w:val="NormaleWeb"/>
        <w:spacing w:line="360" w:lineRule="auto"/>
        <w:ind w:firstLine="284"/>
        <w:jc w:val="both"/>
      </w:pPr>
      <w:r w:rsidRPr="00994820">
        <w:t xml:space="preserve">Fu solo dopo che le luci diurne della città si erano accese da tempo che la ragazza riaprì gli occhi, riattivando quei suoi visori artificiali. Era come accartocciata sopra le lenzuola, il suo corpo era quasi piegato in una posa che era tutto fuorché elegante o comoda, ma era la posa che il suo corpo aveva scelto durante quel sonno </w:t>
      </w:r>
      <w:r w:rsidRPr="00994820">
        <w:lastRenderedPageBreak/>
        <w:t xml:space="preserve">profondo. La visuale era ancora confusa dalle lacrime che si erano condensate contro le sue lenti. Ci vollero alcuni minuti per realizzare dove si trovava. Si guardò attorno e il suo sguardo fu subito catturato da qualcosa di inatteso: sul tavolo di fronte al letto erano appoggiati i suoi guantoni da combattimento, ancora lievemente danneggiati, ma integri. </w:t>
      </w:r>
    </w:p>
    <w:p w14:paraId="743824A7" w14:textId="77777777" w:rsidR="007C3C6C" w:rsidRPr="00994820" w:rsidRDefault="007C3C6C" w:rsidP="00B1354B">
      <w:pPr>
        <w:pStyle w:val="NormaleWeb"/>
        <w:spacing w:line="360" w:lineRule="auto"/>
        <w:ind w:firstLine="284"/>
        <w:jc w:val="both"/>
      </w:pPr>
      <w:r w:rsidRPr="00994820">
        <w:t xml:space="preserve">Fanny decise di alzarsi, che aveva riposato a sufficienza. «becky… che ore sono?...» chiese con la bocca ancora impastata. L’ologramma sbucò nell’aria con un volto allegro, quasi fiero di essere richiesta. </w:t>
      </w:r>
    </w:p>
    <w:p w14:paraId="28E31F5E" w14:textId="77777777" w:rsidR="007C3C6C" w:rsidRPr="00994820" w:rsidRDefault="007C3C6C" w:rsidP="00B1354B">
      <w:pPr>
        <w:pStyle w:val="NormaleWeb"/>
        <w:spacing w:line="360" w:lineRule="auto"/>
        <w:ind w:firstLine="284"/>
        <w:jc w:val="both"/>
      </w:pPr>
      <w:r w:rsidRPr="00994820">
        <w:t>«Quasi le 10, madame» disse con tono elegante.</w:t>
      </w:r>
    </w:p>
    <w:p w14:paraId="2C372700" w14:textId="77777777" w:rsidR="007C3C6C" w:rsidRPr="00994820" w:rsidRDefault="007C3C6C" w:rsidP="00B1354B">
      <w:pPr>
        <w:pStyle w:val="NormaleWeb"/>
        <w:spacing w:line="360" w:lineRule="auto"/>
        <w:ind w:firstLine="284"/>
        <w:jc w:val="both"/>
      </w:pPr>
      <w:r w:rsidRPr="00994820">
        <w:t>«Potresti non usare questo “madame”?» disse premendosi le pupille, come a sistemarsi le lenti nel bulbo artificiale.</w:t>
      </w:r>
    </w:p>
    <w:p w14:paraId="4C995D26" w14:textId="77777777" w:rsidR="00AA14D3" w:rsidRDefault="007C3C6C" w:rsidP="00B1354B">
      <w:pPr>
        <w:pStyle w:val="NormaleWeb"/>
        <w:spacing w:line="360" w:lineRule="auto"/>
        <w:ind w:firstLine="284"/>
        <w:jc w:val="both"/>
      </w:pPr>
      <w:r w:rsidRPr="00994820">
        <w:t>«No.» rispose secca, ma sorridente l’ologramma ritta in piedi a pochi passi da Fanny. La ragazza si limitò a rispondere al sorriso con un vistoso broncio e un’occhiataccia di trafilo. Una volta scesa dal letto decise come prima cosa di riavvicinarsi a quelle sue nuove armi, tanto amate all’inizio e così odiate alla fine. Un biglietto era posato accanto a loro, la calligrafia ordinata e obliqua.</w:t>
      </w:r>
      <w:r w:rsidR="00AA14D3">
        <w:t xml:space="preserve"> </w:t>
      </w:r>
    </w:p>
    <w:p w14:paraId="5ADFFA46" w14:textId="73CD81A5" w:rsidR="007C3C6C" w:rsidRPr="00994820" w:rsidRDefault="007C3C6C" w:rsidP="00B1354B">
      <w:pPr>
        <w:pStyle w:val="NormaleWeb"/>
        <w:spacing w:line="360" w:lineRule="auto"/>
        <w:ind w:firstLine="284"/>
        <w:jc w:val="both"/>
      </w:pPr>
      <w:r w:rsidRPr="00994820">
        <w:rPr>
          <w:b/>
          <w:bCs/>
        </w:rPr>
        <w:t>“Mi dispiace per quanto è successo. Ma credo tu li possa ancora usare.</w:t>
      </w:r>
      <w:r w:rsidRPr="00994820">
        <w:rPr>
          <w:b/>
          <w:bCs/>
        </w:rPr>
        <w:br/>
        <w:t>Magari dopo una piccola calibrazione.”</w:t>
      </w:r>
      <w:r w:rsidR="00AA14D3">
        <w:rPr>
          <w:b/>
          <w:bCs/>
        </w:rPr>
        <w:t xml:space="preserve"> </w:t>
      </w:r>
      <w:r w:rsidRPr="00994820">
        <w:rPr>
          <w:b/>
          <w:bCs/>
        </w:rPr>
        <w:t>– K.</w:t>
      </w:r>
    </w:p>
    <w:p w14:paraId="6F7A68D1" w14:textId="77777777" w:rsidR="00DC373C" w:rsidRDefault="007C3C6C" w:rsidP="00B1354B">
      <w:pPr>
        <w:pStyle w:val="NormaleWeb"/>
        <w:spacing w:line="360" w:lineRule="auto"/>
        <w:ind w:firstLine="284"/>
        <w:jc w:val="both"/>
      </w:pPr>
      <w:r w:rsidRPr="00994820">
        <w:t>Fanny restò immobile per un momento. Poi prese il biglietto, lo girò tra le dita e lo lasciò cadere sul letto.</w:t>
      </w:r>
      <w:r w:rsidR="00DC373C">
        <w:t xml:space="preserve"> </w:t>
      </w:r>
    </w:p>
    <w:p w14:paraId="5D913003" w14:textId="36337774" w:rsidR="007C3C6C" w:rsidRPr="00994820" w:rsidRDefault="007C3C6C" w:rsidP="00B1354B">
      <w:pPr>
        <w:pStyle w:val="NormaleWeb"/>
        <w:spacing w:line="360" w:lineRule="auto"/>
        <w:ind w:firstLine="284"/>
        <w:jc w:val="both"/>
      </w:pPr>
      <w:r w:rsidRPr="00994820">
        <w:t>«Tsk… idiota testardo.»</w:t>
      </w:r>
    </w:p>
    <w:p w14:paraId="25EBC21A" w14:textId="77777777" w:rsidR="007C3C6C" w:rsidRPr="00994820" w:rsidRDefault="007C3C6C" w:rsidP="00B1354B">
      <w:pPr>
        <w:pStyle w:val="NormaleWeb"/>
        <w:spacing w:line="360" w:lineRule="auto"/>
        <w:ind w:firstLine="284"/>
        <w:jc w:val="both"/>
      </w:pPr>
      <w:r w:rsidRPr="00994820">
        <w:t>«Si riferiva ai guantoni, madame?» domandò Becky, avvicinandosi fluttuante accanto a lei, il volto delicato incorniciato da pixel azzurri.</w:t>
      </w:r>
    </w:p>
    <w:p w14:paraId="60821F35" w14:textId="77777777" w:rsidR="007C3C6C" w:rsidRPr="00994820" w:rsidRDefault="007C3C6C" w:rsidP="00B1354B">
      <w:pPr>
        <w:pStyle w:val="NormaleWeb"/>
        <w:spacing w:line="360" w:lineRule="auto"/>
        <w:ind w:firstLine="284"/>
        <w:jc w:val="both"/>
      </w:pPr>
      <w:r w:rsidRPr="00994820">
        <w:t>Fanny non rispose subito. Osservava i guantoni con occhi che non erano più solo di rabbia. C’era qualcosa di più profondo. Un’idea che stava maturando.</w:t>
      </w:r>
    </w:p>
    <w:p w14:paraId="7AF42432" w14:textId="77777777" w:rsidR="007C3C6C" w:rsidRPr="00994820" w:rsidRDefault="007C3C6C" w:rsidP="00B1354B">
      <w:pPr>
        <w:pStyle w:val="NormaleWeb"/>
        <w:spacing w:line="360" w:lineRule="auto"/>
        <w:ind w:firstLine="284"/>
        <w:jc w:val="both"/>
      </w:pPr>
      <w:r w:rsidRPr="00994820">
        <w:t>«Becky… se volessi cercare mio padre…se lo volessi cercare davvero… da dove dovrei cominciare?»</w:t>
      </w:r>
    </w:p>
    <w:p w14:paraId="031D7A3E" w14:textId="77777777" w:rsidR="007C3C6C" w:rsidRPr="00994820" w:rsidRDefault="007C3C6C" w:rsidP="00B1354B">
      <w:pPr>
        <w:pStyle w:val="NormaleWeb"/>
        <w:spacing w:line="360" w:lineRule="auto"/>
        <w:ind w:firstLine="284"/>
        <w:jc w:val="both"/>
      </w:pPr>
      <w:r w:rsidRPr="00994820">
        <w:t>Becky abbassò un poco lo sguardo, come a riflettere.</w:t>
      </w:r>
      <w:r w:rsidRPr="00994820">
        <w:br/>
        <w:t xml:space="preserve">«L’accesso ai registri del Dipartimento del Tramonto sarebbe la via più diretta. Se anche lui è un Fleshborn come lei, madame, allora all’ingresso sarebbe stato schedato dal dipartimento. Poi ovviamente sarebbe stato dotato di un Emotion Reader esterno e in base alla valutazione e disponibilità gli sarebbe stato affidato un compito. Solitamente i Fleshborn si occupano di manutenzione e restauro delle centrali sotterranee e del sistema </w:t>
      </w:r>
      <w:r w:rsidRPr="00994820">
        <w:lastRenderedPageBreak/>
        <w:t>fognario.» Il tutto venne sputato fuori con diligente precisione, poi l’ologramma sembrò squadrare la ragazza «Mi scusi, madame, perché lei è sprovvista di Emotion Reader?» chiese con tono stranito. Tono che a sua volta confuse Fanny per quanto suonava umano rispetto alle altre conversazioni che aveva avuto con Becky</w:t>
      </w:r>
    </w:p>
    <w:p w14:paraId="1CE75B8A" w14:textId="77777777" w:rsidR="007C3C6C" w:rsidRPr="00994820" w:rsidRDefault="007C3C6C" w:rsidP="00B1354B">
      <w:pPr>
        <w:pStyle w:val="NormaleWeb"/>
        <w:spacing w:line="360" w:lineRule="auto"/>
        <w:ind w:firstLine="284"/>
        <w:jc w:val="both"/>
      </w:pPr>
      <w:r w:rsidRPr="00994820">
        <w:t>«Eppure riesco a percepire il suo Emotion Value, anche se devo ammetterlo, non con la dovuta precisione, ma credevo fosse un mio problema di software» disse curvando il volto e picchiettandosi la testa, in un tentativo maldestro di emulare un’espressione umana</w:t>
      </w:r>
    </w:p>
    <w:p w14:paraId="72AF8DC1" w14:textId="77777777" w:rsidR="007C3C6C" w:rsidRPr="00994820" w:rsidRDefault="007C3C6C" w:rsidP="00B1354B">
      <w:pPr>
        <w:pStyle w:val="NormaleWeb"/>
        <w:spacing w:line="360" w:lineRule="auto"/>
        <w:ind w:firstLine="284"/>
        <w:jc w:val="both"/>
      </w:pPr>
      <w:r w:rsidRPr="00994820">
        <w:t>«Beh, ecco… credo sia colpa delle varie modifiche fatte da mio padre, probabilmente il sistema non mi ha riconosciuto come Fleshborn, e probabilmente sono così piena di ferraglia che persino le mie emozioni vengono recepite» disse scrollandosi le spalle, con fare disinteressato all’argomento.</w:t>
      </w:r>
    </w:p>
    <w:p w14:paraId="53DE270A" w14:textId="77777777" w:rsidR="007C3C6C" w:rsidRPr="00994820" w:rsidRDefault="007C3C6C" w:rsidP="00B1354B">
      <w:pPr>
        <w:pStyle w:val="NormaleWeb"/>
        <w:spacing w:line="360" w:lineRule="auto"/>
        <w:ind w:firstLine="284"/>
        <w:jc w:val="both"/>
      </w:pPr>
      <w:r w:rsidRPr="00994820">
        <w:t>«Concentrati su mio padre, becky» disse poi seccamente.</w:t>
      </w:r>
    </w:p>
    <w:p w14:paraId="0C8C8347" w14:textId="77777777" w:rsidR="007C3C6C" w:rsidRPr="00994820" w:rsidRDefault="007C3C6C" w:rsidP="00B1354B">
      <w:pPr>
        <w:pStyle w:val="NormaleWeb"/>
        <w:spacing w:line="360" w:lineRule="auto"/>
        <w:ind w:firstLine="284"/>
        <w:jc w:val="both"/>
      </w:pPr>
      <w:r w:rsidRPr="00994820">
        <w:t>«Giusto madame! Dicevo che la via migliore è attraverso i registri del Dipartimento. Per accedervi, tuttavia, serve un’autorizzazione di livello superiore. Oppure... potrei tentare io di penetrarli.» quest’ultima frase venne accompagnata da un tono risoluto da un vistoso movimento delle braccia come a mettere in mostra i suoi muscoli olografici. «Ma non sarà semplice. E richiederà tempo.» disse ritornando al suo più naturale tono neutro.</w:t>
      </w:r>
    </w:p>
    <w:p w14:paraId="5795D7C4" w14:textId="77777777" w:rsidR="00DC373C" w:rsidRDefault="007C3C6C" w:rsidP="00B1354B">
      <w:pPr>
        <w:pStyle w:val="NormaleWeb"/>
        <w:spacing w:line="360" w:lineRule="auto"/>
        <w:ind w:firstLine="284"/>
        <w:jc w:val="both"/>
      </w:pPr>
      <w:r w:rsidRPr="00994820">
        <w:t>Fanny si passò una mano tra i capelli, lasciandosi cadere alcune ciocche rosse sulle palpebre ancora affaticate dalla giornata.</w:t>
      </w:r>
      <w:r w:rsidR="00DC373C">
        <w:t xml:space="preserve"> </w:t>
      </w:r>
    </w:p>
    <w:p w14:paraId="0594E9B4" w14:textId="1612500E" w:rsidR="007C3C6C" w:rsidRPr="00994820" w:rsidRDefault="007C3C6C" w:rsidP="00B1354B">
      <w:pPr>
        <w:pStyle w:val="NormaleWeb"/>
        <w:spacing w:line="360" w:lineRule="auto"/>
        <w:ind w:firstLine="284"/>
        <w:jc w:val="both"/>
      </w:pPr>
      <w:r w:rsidRPr="00994820">
        <w:t>«Tempo, eh…» Rimase a riflettere alcuni minuti, nel silenzio della stanza</w:t>
      </w:r>
    </w:p>
    <w:p w14:paraId="3CD646A1" w14:textId="77777777" w:rsidR="007C3C6C" w:rsidRPr="00994820" w:rsidRDefault="007C3C6C" w:rsidP="00B1354B">
      <w:pPr>
        <w:pStyle w:val="NormaleWeb"/>
        <w:spacing w:line="360" w:lineRule="auto"/>
        <w:ind w:firstLine="284"/>
        <w:jc w:val="both"/>
      </w:pPr>
      <w:r w:rsidRPr="00994820">
        <w:t>«Becky… quindi se faccio la brava per un po’ tu riusciresti a ottenere queste informazioni per me? Non credo sia possibile ottenere un permesso, almeno non dopo la giornata di oggi…» disse con una risatina quasi isterica, mentre immagini del suo scontro del mattino le invadevano la testa.</w:t>
      </w:r>
    </w:p>
    <w:p w14:paraId="036056B9" w14:textId="77777777" w:rsidR="007C3C6C" w:rsidRPr="00994820" w:rsidRDefault="007C3C6C" w:rsidP="00B1354B">
      <w:pPr>
        <w:pStyle w:val="NormaleWeb"/>
        <w:spacing w:line="360" w:lineRule="auto"/>
        <w:ind w:firstLine="284"/>
        <w:jc w:val="both"/>
      </w:pPr>
      <w:r w:rsidRPr="00994820">
        <w:t>«Non posso dirle con certezza quanto tempo ci vorrà, ma darò il massimo!» poi indicò la gemma runica che l’aveva portata in quel luogo «Ho anche approfittato della notte per entrare nel sistema di questa stanza. Immagino non si preoccupassero troppo di invasioni interne, per cui può portarmi con sé e nel mentre una parte del mio sistema continuerà la ricerca qui»</w:t>
      </w:r>
    </w:p>
    <w:p w14:paraId="21EBAE95" w14:textId="77777777" w:rsidR="007C3C6C" w:rsidRPr="00994820" w:rsidRDefault="007C3C6C" w:rsidP="00B1354B">
      <w:pPr>
        <w:pStyle w:val="NormaleWeb"/>
        <w:spacing w:line="360" w:lineRule="auto"/>
        <w:ind w:firstLine="284"/>
        <w:jc w:val="both"/>
      </w:pPr>
      <w:r w:rsidRPr="00994820">
        <w:t xml:space="preserve">Fanny parve non capire a pieno le parole di Becky, ma poi pensò semplicemente “Posso portarmela dietro senza intaccare la sua ricerca, immagino abbia detto questo”. </w:t>
      </w:r>
    </w:p>
    <w:p w14:paraId="69954685" w14:textId="77777777" w:rsidR="007C3C6C" w:rsidRPr="00994820" w:rsidRDefault="007C3C6C" w:rsidP="00B1354B">
      <w:pPr>
        <w:pStyle w:val="NormaleWeb"/>
        <w:spacing w:line="360" w:lineRule="auto"/>
        <w:ind w:firstLine="284"/>
        <w:jc w:val="both"/>
      </w:pPr>
      <w:r w:rsidRPr="00994820">
        <w:t>Un bussare deciso spezzò bruscamente i suoi pensieri e la fece voltare.</w:t>
      </w:r>
    </w:p>
    <w:p w14:paraId="1EBF4598" w14:textId="77777777" w:rsidR="007C3C6C" w:rsidRPr="00994820" w:rsidRDefault="007C3C6C" w:rsidP="00B1354B">
      <w:pPr>
        <w:pStyle w:val="NormaleWeb"/>
        <w:spacing w:line="360" w:lineRule="auto"/>
        <w:ind w:firstLine="284"/>
        <w:jc w:val="both"/>
      </w:pPr>
      <w:r w:rsidRPr="00994820">
        <w:lastRenderedPageBreak/>
        <w:t>«Avan…» ma la porta si aprì prima che potesse completare la frase, e la figura snella e opprimente di Aman apparve sulla soglia. Le sue ali, aperte e quasi luminose gli impedivano di superare agevolmente la soglia, per cui rimase sull’uscio, con lo sguardo fisso sulla ragazza dai capelli rossi, quasi attraversando il corpo olografico di Becky che si poneva fra loro. Lo sguardo era quello di sempre: affilato come vetro scheggiato.</w:t>
      </w:r>
    </w:p>
    <w:p w14:paraId="2ADD9390" w14:textId="0C2A90F0" w:rsidR="007C3C6C" w:rsidRPr="00994820" w:rsidRDefault="007C3C6C" w:rsidP="00B1354B">
      <w:pPr>
        <w:pStyle w:val="NormaleWeb"/>
        <w:spacing w:line="360" w:lineRule="auto"/>
        <w:ind w:firstLine="284"/>
        <w:jc w:val="both"/>
      </w:pPr>
      <w:r w:rsidRPr="00994820">
        <w:t>«Signorina “occhi dolci”.</w:t>
      </w:r>
      <w:r w:rsidR="00DC373C">
        <w:t xml:space="preserve"> </w:t>
      </w:r>
      <w:r w:rsidRPr="00994820">
        <w:t>Missione prevista per questa sera. Le saranno inviate le coordinate. Le suggerisco di prepararsi. L’orario di incontro è per le 24:00»</w:t>
      </w:r>
    </w:p>
    <w:p w14:paraId="1172CFC3" w14:textId="77777777" w:rsidR="007C3C6C" w:rsidRPr="00994820" w:rsidRDefault="007C3C6C" w:rsidP="00B1354B">
      <w:pPr>
        <w:pStyle w:val="NormaleWeb"/>
        <w:spacing w:line="360" w:lineRule="auto"/>
        <w:ind w:firstLine="284"/>
        <w:jc w:val="both"/>
      </w:pPr>
      <w:r w:rsidRPr="00994820">
        <w:t xml:space="preserve">Poi la porta si richiuse con un </w:t>
      </w:r>
      <w:r w:rsidRPr="00994820">
        <w:rPr>
          <w:i/>
          <w:iCs/>
        </w:rPr>
        <w:t>clack</w:t>
      </w:r>
      <w:r w:rsidRPr="00994820">
        <w:t xml:space="preserve"> metallico.</w:t>
      </w:r>
    </w:p>
    <w:p w14:paraId="7C991426" w14:textId="77777777" w:rsidR="007C3C6C" w:rsidRPr="00994820" w:rsidRDefault="007C3C6C" w:rsidP="00B1354B">
      <w:pPr>
        <w:pStyle w:val="NormaleWeb"/>
        <w:spacing w:line="360" w:lineRule="auto"/>
        <w:ind w:firstLine="284"/>
        <w:jc w:val="both"/>
      </w:pPr>
      <w:r w:rsidRPr="00994820">
        <w:t>Fanny rimase lì, in piedi, a fissare il punto in cui Aman era sparito.</w:t>
      </w:r>
      <w:r w:rsidRPr="00994820">
        <w:br/>
      </w:r>
      <w:r w:rsidRPr="00994820">
        <w:rPr>
          <w:i/>
          <w:iCs/>
        </w:rPr>
        <w:t xml:space="preserve">“Così è già iniziato…” </w:t>
      </w:r>
      <w:r w:rsidRPr="00994820">
        <w:t>Pensò con uno sguardo quasi afflitto.</w:t>
      </w:r>
    </w:p>
    <w:p w14:paraId="17A6EB5F" w14:textId="77777777" w:rsidR="007C3C6C" w:rsidRPr="00994820" w:rsidRDefault="007C3C6C" w:rsidP="00B1354B">
      <w:pPr>
        <w:pStyle w:val="NormaleWeb"/>
        <w:spacing w:line="360" w:lineRule="auto"/>
        <w:ind w:firstLine="284"/>
        <w:jc w:val="both"/>
      </w:pPr>
      <w:r w:rsidRPr="00994820">
        <w:t>«Becky…» sussurrò infine. «Forse ho bisogno di sistemare i dettagli del mio piano.»</w:t>
      </w:r>
    </w:p>
    <w:p w14:paraId="79A04ED6" w14:textId="77777777" w:rsidR="007C3C6C" w:rsidRPr="00994820" w:rsidRDefault="007C3C6C" w:rsidP="00B1354B">
      <w:pPr>
        <w:pStyle w:val="NormaleWeb"/>
        <w:spacing w:line="360" w:lineRule="auto"/>
        <w:ind w:firstLine="284"/>
        <w:jc w:val="both"/>
      </w:pPr>
      <w:r w:rsidRPr="00994820">
        <w:t>«Intende rinunciare alla ricerca?» domandò l’assistente, visibilmente perplessa.</w:t>
      </w:r>
    </w:p>
    <w:p w14:paraId="15FD51D8" w14:textId="0E4A886D" w:rsidR="007C3C6C" w:rsidRPr="00994820" w:rsidRDefault="007C3C6C" w:rsidP="00B1354B">
      <w:pPr>
        <w:pStyle w:val="NormaleWeb"/>
        <w:spacing w:line="360" w:lineRule="auto"/>
        <w:ind w:firstLine="284"/>
        <w:jc w:val="both"/>
      </w:pPr>
      <w:r w:rsidRPr="00994820">
        <w:t>«No. Intendo restare al gioco.</w:t>
      </w:r>
      <w:r w:rsidR="00DC373C">
        <w:t xml:space="preserve"> </w:t>
      </w:r>
      <w:r w:rsidRPr="00994820">
        <w:t>Abbassare la testa. Obbedire.</w:t>
      </w:r>
      <w:r w:rsidR="00DC373C">
        <w:t xml:space="preserve"> </w:t>
      </w:r>
      <w:r w:rsidRPr="00994820">
        <w:t>Prendere tempo… e conquistare fiducia. In fondo non so ancora bene le regole di questo mondo. Devo stare attenta a come mi muovo.» Poi sospirò come ad autogiudicarsi «Ho rischiato di rovinare tutto fin dalla prima sera. Da adesso finché non troverò mio padre farò la brava» Poi però abbassò lo sguardo come se non credesse a pieno alle sue parole «Ma di sicuro voglio almeno evitare di uccidere… vorrei cercare di portare un po’ della mia umanità qua.» Poi lo sguardo si voltò nuovamente verso la porta che era stata occupata da Aman «In fondo sembra essercene davvero poca»</w:t>
      </w:r>
    </w:p>
    <w:p w14:paraId="323986BD" w14:textId="77777777" w:rsidR="007C3C6C" w:rsidRPr="00994820" w:rsidRDefault="007C3C6C" w:rsidP="00B1354B">
      <w:pPr>
        <w:pStyle w:val="NormaleWeb"/>
        <w:spacing w:line="360" w:lineRule="auto"/>
        <w:ind w:firstLine="284"/>
        <w:jc w:val="both"/>
      </w:pPr>
      <w:r w:rsidRPr="00994820">
        <w:t>Si voltò infine verso i guantoni.</w:t>
      </w:r>
    </w:p>
    <w:p w14:paraId="74DAE782" w14:textId="222131A8" w:rsidR="007C3C6C" w:rsidRPr="00994820" w:rsidRDefault="007C3C6C" w:rsidP="00B1354B">
      <w:pPr>
        <w:pStyle w:val="NormaleWeb"/>
        <w:spacing w:line="360" w:lineRule="auto"/>
        <w:ind w:firstLine="284"/>
        <w:jc w:val="both"/>
      </w:pPr>
      <w:r w:rsidRPr="00994820">
        <w:t>«Ma prima… ci serve un upgrade.»</w:t>
      </w:r>
    </w:p>
    <w:p w14:paraId="0CF05B6B" w14:textId="77777777" w:rsidR="007C3C6C" w:rsidRPr="00994820" w:rsidRDefault="007C3C6C" w:rsidP="00B1354B">
      <w:pPr>
        <w:pStyle w:val="NormaleWeb"/>
        <w:spacing w:line="360" w:lineRule="auto"/>
        <w:ind w:firstLine="284"/>
        <w:jc w:val="both"/>
      </w:pPr>
      <w:r w:rsidRPr="00994820">
        <w:t>Passò tutta la giornata a lavorarci. Attorno a lei, seguendo le indicazioni di Becky i nanobot procuravano a Fanny ogni genere di strumento le servisse. Aprì il vano interno, verificò i danni. Le microfessure nei condotti energetici testimoniavano quanto fosse andata vicina al collasso durante l’ultimo combattimento. Saldò i bordi, sostituì alcune delle fibre conduttrici. Per la prima volta un vero sorriso le adornò il volto. Si sentiva finalmente a casa. Ogni bullone avvitato le ricordavano i pomeriggi allegri passati a emulare il padre. Ogni frammento di metallo rotto le riportava alla mente gli innumerevoli fallimenti che avevano riempito la sua adolescenza mentre affinava quest’arte in autonomia con solo il suo corpo come banco di lavoro. Molti di quegli arnesi forniti dalla stanza le erano quasi estranei per quanto fossero nuovi e definiti. Però fu finalmente una giornata più felice.</w:t>
      </w:r>
    </w:p>
    <w:p w14:paraId="7BEFCEA4" w14:textId="77777777" w:rsidR="007C3C6C" w:rsidRPr="00994820" w:rsidRDefault="007C3C6C" w:rsidP="00B1354B">
      <w:pPr>
        <w:pStyle w:val="NormaleWeb"/>
        <w:spacing w:line="360" w:lineRule="auto"/>
        <w:ind w:firstLine="284"/>
        <w:jc w:val="both"/>
      </w:pPr>
      <w:r w:rsidRPr="00994820">
        <w:lastRenderedPageBreak/>
        <w:t>Poi osservò il sistema di distribuzione energetico che quasi l’aveva fatta impazzire. Quegli arnesi le richiedevano una fonte di energia folle «Becky… posso usare la tua runa?»</w:t>
      </w:r>
    </w:p>
    <w:p w14:paraId="39D76150" w14:textId="77777777" w:rsidR="007C3C6C" w:rsidRPr="00994820" w:rsidRDefault="007C3C6C" w:rsidP="00B1354B">
      <w:pPr>
        <w:pStyle w:val="NormaleWeb"/>
        <w:spacing w:line="360" w:lineRule="auto"/>
        <w:ind w:firstLine="284"/>
        <w:jc w:val="both"/>
      </w:pPr>
      <w:r w:rsidRPr="00994820">
        <w:t>L’ologramma sorrise con una punta di fierezza intuendo il problema che Fanny voleva risolvere.</w:t>
      </w:r>
      <w:r w:rsidRPr="00994820">
        <w:br/>
        <w:t>«Sarà un onore. La mia firma servirà da barriera energetica. Un firewall vivente. Così non perderà più il controllo, madame.»</w:t>
      </w:r>
    </w:p>
    <w:p w14:paraId="16BD1E18" w14:textId="77777777" w:rsidR="007C3C6C" w:rsidRPr="00994820" w:rsidRDefault="007C3C6C" w:rsidP="00B1354B">
      <w:pPr>
        <w:pStyle w:val="NormaleWeb"/>
        <w:spacing w:line="360" w:lineRule="auto"/>
        <w:ind w:firstLine="284"/>
        <w:jc w:val="both"/>
      </w:pPr>
      <w:r w:rsidRPr="00994820">
        <w:t>«Come sai del… combattimento?» chiese quasi arrossendo Fanny.</w:t>
      </w:r>
    </w:p>
    <w:p w14:paraId="70384500" w14:textId="77777777" w:rsidR="007C3C6C" w:rsidRPr="00994820" w:rsidRDefault="007C3C6C" w:rsidP="00B1354B">
      <w:pPr>
        <w:pStyle w:val="NormaleWeb"/>
        <w:spacing w:line="360" w:lineRule="auto"/>
        <w:ind w:firstLine="284"/>
        <w:jc w:val="both"/>
      </w:pPr>
      <w:r w:rsidRPr="00994820">
        <w:t>Becky abbassò lo sguardo, sembro quasi vergognarsi «Ecco… era così giù ieri che ho dato uno sguardo alle telecamere interne. È stata davvero forte, madame. Ma immagino che quella potenza sia stata troppo dispendiosa»</w:t>
      </w:r>
    </w:p>
    <w:p w14:paraId="11AA603D" w14:textId="2CD5DF64" w:rsidR="00DC373C" w:rsidRDefault="007C3C6C" w:rsidP="00B1354B">
      <w:pPr>
        <w:pStyle w:val="NormaleWeb"/>
        <w:spacing w:line="360" w:lineRule="auto"/>
        <w:ind w:firstLine="284"/>
        <w:jc w:val="both"/>
      </w:pPr>
      <w:r w:rsidRPr="00994820">
        <w:t>Fanny le sorrise e poi con movimenti precisi, Fanny incastonò la gemma runica di Becky sul modulo centrale del guantone destro, mentre la luce olografica di Becky si rifrangeva sulle superfici metalliche. La runa si attivò lentamente, quasi respirando in sincrono alle luci di quel pesante blocco di ferro.</w:t>
      </w:r>
      <w:r w:rsidR="00DC373C">
        <w:t xml:space="preserve"> </w:t>
      </w:r>
      <w:r w:rsidRPr="00994820">
        <w:t>Quando finì, Fanny si lasciò cadere sulla sedia accanto al letto.</w:t>
      </w:r>
    </w:p>
    <w:p w14:paraId="7B5AB2C2" w14:textId="787DEAEC" w:rsidR="007C3C6C" w:rsidRPr="00994820" w:rsidRDefault="007C3C6C" w:rsidP="00B1354B">
      <w:pPr>
        <w:pStyle w:val="NormaleWeb"/>
        <w:spacing w:line="360" w:lineRule="auto"/>
        <w:ind w:firstLine="284"/>
        <w:jc w:val="both"/>
      </w:pPr>
      <w:r w:rsidRPr="00994820">
        <w:t>«Fatto…»</w:t>
      </w:r>
    </w:p>
    <w:p w14:paraId="6188C957" w14:textId="77777777" w:rsidR="007C3C6C" w:rsidRPr="00994820" w:rsidRDefault="007C3C6C" w:rsidP="00B1354B">
      <w:pPr>
        <w:pStyle w:val="NormaleWeb"/>
        <w:spacing w:line="360" w:lineRule="auto"/>
        <w:ind w:firstLine="284"/>
        <w:jc w:val="both"/>
      </w:pPr>
      <w:r w:rsidRPr="00994820">
        <w:t xml:space="preserve">Come se rispondesse a quell’ultimo pensiero, nel silenzio della stanza si udì un suono: uno </w:t>
      </w:r>
      <w:r w:rsidRPr="00994820">
        <w:rPr>
          <w:i/>
          <w:iCs/>
        </w:rPr>
        <w:t>scatto</w:t>
      </w:r>
      <w:r w:rsidRPr="00994820">
        <w:t xml:space="preserve"> metallico e discreto.</w:t>
      </w:r>
    </w:p>
    <w:p w14:paraId="57A0FB07" w14:textId="77777777" w:rsidR="007C3C6C" w:rsidRPr="00994820" w:rsidRDefault="007C3C6C" w:rsidP="00B1354B">
      <w:pPr>
        <w:pStyle w:val="NormaleWeb"/>
        <w:spacing w:line="360" w:lineRule="auto"/>
        <w:ind w:firstLine="284"/>
        <w:jc w:val="both"/>
      </w:pPr>
      <w:r w:rsidRPr="00994820">
        <w:t>Dal nulla, al centro della stanza, si materializzò un tavolo elegante, le linee curve e sottili scolpite nella superficie lucida come se fossero state tracciate a mano. Uno scompartimento si aprì a scatto dalla superfice del tavolo rivelando un piatto in vetro. «Forse vuole mangiare qualcosa, madame?»</w:t>
      </w:r>
    </w:p>
    <w:p w14:paraId="55CB0F03" w14:textId="77777777" w:rsidR="007C3C6C" w:rsidRPr="00994820" w:rsidRDefault="007C3C6C" w:rsidP="00B1354B">
      <w:pPr>
        <w:pStyle w:val="NormaleWeb"/>
        <w:spacing w:line="360" w:lineRule="auto"/>
        <w:ind w:firstLine="284"/>
        <w:jc w:val="both"/>
      </w:pPr>
      <w:r w:rsidRPr="00994820">
        <w:t>Fanny alzò un sopracciglio e sorrise nuovamente a becky.</w:t>
      </w:r>
      <w:r w:rsidRPr="00994820">
        <w:br/>
        <w:t>«Cosa vuoi offrirmi di buono?» chiese in fine con tono allegro e soddisfatto. L’ologramma si limitò a sorridere, mentre il piatto tornava dentro il tavolo.</w:t>
      </w:r>
    </w:p>
    <w:p w14:paraId="6A0BCD44" w14:textId="77777777" w:rsidR="007C3C6C" w:rsidRPr="00994820" w:rsidRDefault="007C3C6C" w:rsidP="00B1354B">
      <w:pPr>
        <w:pStyle w:val="NormaleWeb"/>
        <w:spacing w:line="360" w:lineRule="auto"/>
        <w:ind w:firstLine="284"/>
        <w:jc w:val="both"/>
      </w:pPr>
      <w:r w:rsidRPr="00994820">
        <w:t>«Okay...» mormorò, piegando la testa di lato.</w:t>
      </w:r>
    </w:p>
    <w:p w14:paraId="61CE881C" w14:textId="77777777" w:rsidR="007C3C6C" w:rsidRPr="00994820" w:rsidRDefault="007C3C6C" w:rsidP="00B1354B">
      <w:pPr>
        <w:pStyle w:val="NormaleWeb"/>
        <w:spacing w:line="360" w:lineRule="auto"/>
        <w:ind w:firstLine="284"/>
        <w:jc w:val="both"/>
      </w:pPr>
      <w:r w:rsidRPr="00994820">
        <w:t>Cinque minuti più tardi, la parete si aprì nuovamente a scatto. Un piatto fumante apparve all’interno: una bistecca perfettamente cotta, il profumo avvolgente che le fece venire l’acquolina in bocca, e al suo fianco un insieme indistinte di verdure fresche e ancora umide circondava la pietanza.</w:t>
      </w:r>
    </w:p>
    <w:p w14:paraId="4B489547" w14:textId="77777777" w:rsidR="007C3C6C" w:rsidRPr="00994820" w:rsidRDefault="007C3C6C" w:rsidP="00B1354B">
      <w:pPr>
        <w:pStyle w:val="NormaleWeb"/>
        <w:spacing w:line="360" w:lineRule="auto"/>
        <w:ind w:firstLine="284"/>
        <w:jc w:val="both"/>
      </w:pPr>
      <w:r w:rsidRPr="00994820">
        <w:t>«...Beh… wow.» disse squadrando quella che sembrava una vera bistecca «E’ carne quella?»</w:t>
      </w:r>
    </w:p>
    <w:p w14:paraId="3A93AF57" w14:textId="77777777" w:rsidR="007C3C6C" w:rsidRPr="00994820" w:rsidRDefault="007C3C6C" w:rsidP="00B1354B">
      <w:pPr>
        <w:pStyle w:val="NormaleWeb"/>
        <w:spacing w:line="360" w:lineRule="auto"/>
        <w:ind w:firstLine="284"/>
        <w:jc w:val="both"/>
      </w:pPr>
      <w:r w:rsidRPr="00994820">
        <w:lastRenderedPageBreak/>
        <w:t xml:space="preserve">«Prodotta sinteticamente in loco, madame, ma il vero pezzo forte sono queste verdure!» disse soddisfatta Becky </w:t>
      </w:r>
    </w:p>
    <w:p w14:paraId="4EBA81AF" w14:textId="77777777" w:rsidR="007C3C6C" w:rsidRPr="00994820" w:rsidRDefault="007C3C6C" w:rsidP="00B1354B">
      <w:pPr>
        <w:pStyle w:val="NormaleWeb"/>
        <w:spacing w:line="360" w:lineRule="auto"/>
        <w:ind w:firstLine="284"/>
        <w:jc w:val="both"/>
      </w:pPr>
      <w:r w:rsidRPr="00994820">
        <w:t>«Verdure?» conosceva la parola, ma di certo non il loro sapore «Quindi qui non si usano quello schifo di pasti sostitutivi che gli elvenar distribuiscono a Grimvale?»</w:t>
      </w:r>
    </w:p>
    <w:p w14:paraId="640DF1AF" w14:textId="77777777" w:rsidR="007C3C6C" w:rsidRPr="00994820" w:rsidRDefault="007C3C6C" w:rsidP="00B1354B">
      <w:pPr>
        <w:pStyle w:val="NormaleWeb"/>
        <w:spacing w:line="360" w:lineRule="auto"/>
        <w:ind w:firstLine="284"/>
        <w:jc w:val="both"/>
      </w:pPr>
      <w:r w:rsidRPr="00994820">
        <w:t>Becky scosse la testa, lasciando sfumare alcuni pixel «Certo che vengono usati! Sono energicamente studiati ed economici, ma l’elite preferisci carne sintetica e per chi può permettersela, verdure dell’anello Agricolo» poi fece una posa trionfale come a presentare un piatto stellato «Ma per la divisione shinigami è concesso persino un piatto di verdure vere la settimana»</w:t>
      </w:r>
    </w:p>
    <w:p w14:paraId="05FDC1FC" w14:textId="77777777" w:rsidR="007C3C6C" w:rsidRPr="00994820" w:rsidRDefault="007C3C6C" w:rsidP="00B1354B">
      <w:pPr>
        <w:pStyle w:val="NormaleWeb"/>
        <w:spacing w:line="360" w:lineRule="auto"/>
        <w:ind w:firstLine="284"/>
        <w:jc w:val="both"/>
      </w:pPr>
      <w:r w:rsidRPr="00994820">
        <w:t>Si voltò verso il fondo del tavolo, come a cercare l’origine di quella magia.</w:t>
      </w:r>
      <w:r w:rsidRPr="00994820">
        <w:br/>
        <w:t>«Beh, quindi posso mangiare?» quasi ignorando quell’inutile sproloquio.</w:t>
      </w:r>
    </w:p>
    <w:p w14:paraId="73079A3D" w14:textId="77777777" w:rsidR="007C3C6C" w:rsidRPr="00994820" w:rsidRDefault="007C3C6C" w:rsidP="00B1354B">
      <w:pPr>
        <w:pStyle w:val="NormaleWeb"/>
        <w:spacing w:line="360" w:lineRule="auto"/>
        <w:ind w:firstLine="284"/>
        <w:jc w:val="both"/>
      </w:pPr>
      <w:r w:rsidRPr="00994820">
        <w:t>La voce gioiosa di Becky, l’assistente olografica, rispose con il solito tono allegro:</w:t>
      </w:r>
      <w:r w:rsidRPr="00994820">
        <w:br/>
        <w:t>«Certo, madame!»</w:t>
      </w:r>
    </w:p>
    <w:p w14:paraId="05B5111F" w14:textId="77777777" w:rsidR="007C3C6C" w:rsidRPr="00994820" w:rsidRDefault="007C3C6C" w:rsidP="00B1354B">
      <w:pPr>
        <w:pStyle w:val="NormaleWeb"/>
        <w:spacing w:line="360" w:lineRule="auto"/>
        <w:ind w:firstLine="284"/>
        <w:jc w:val="both"/>
      </w:pPr>
      <w:r w:rsidRPr="00994820">
        <w:t>Fanny non perse altro tempo. Divorò rapidamente la carne.</w:t>
      </w:r>
    </w:p>
    <w:p w14:paraId="0E5E8897" w14:textId="77777777" w:rsidR="007C3C6C" w:rsidRPr="00994820" w:rsidRDefault="007C3C6C" w:rsidP="00B1354B">
      <w:pPr>
        <w:pStyle w:val="NormaleWeb"/>
        <w:spacing w:line="360" w:lineRule="auto"/>
        <w:ind w:firstLine="284"/>
        <w:jc w:val="both"/>
      </w:pPr>
      <w:r w:rsidRPr="00994820">
        <w:t>«Deliziosa… Grazie infinite, Becky» disse infine. Poi si approcciò anche a quell’insieme di foglie verdi, ne assaggio un pezzo, salvo poi sputarla velocemente «E questo sarebbe un piatto d’elite?!?» mosse con una forchetta quello strano alberello in miniatura molliccio. «No grazie, puoi cedere la mia porzione a Momo o Rock, magari mi perdonano, ma io non voglio più vedere questa roba verde»</w:t>
      </w:r>
    </w:p>
    <w:p w14:paraId="5BAAB06B" w14:textId="77777777" w:rsidR="007C3C6C" w:rsidRPr="00994820" w:rsidRDefault="007C3C6C" w:rsidP="00B1354B">
      <w:pPr>
        <w:pStyle w:val="NormaleWeb"/>
        <w:spacing w:line="360" w:lineRule="auto"/>
        <w:ind w:firstLine="284"/>
        <w:jc w:val="both"/>
      </w:pPr>
      <w:r w:rsidRPr="00994820">
        <w:t xml:space="preserve">Becky la osservò esterrefatta «Ma madame! Sono piene di fonti nutritive, e sono accuratamente coltivate da ingegneri speci…» Ma fanny la interruppe «Bla Bla Bla, non mi piacciono e non le voglio.» Disse alzandosi dal tavolo «Ma quella carne era deliziosa» </w:t>
      </w:r>
    </w:p>
    <w:p w14:paraId="16D644CD" w14:textId="77777777" w:rsidR="00DC373C" w:rsidRDefault="007C3C6C" w:rsidP="00B1354B">
      <w:pPr>
        <w:pStyle w:val="NormaleWeb"/>
        <w:spacing w:line="360" w:lineRule="auto"/>
        <w:ind w:firstLine="284"/>
        <w:jc w:val="both"/>
      </w:pPr>
      <w:r w:rsidRPr="00994820">
        <w:t>Si stiracchiò, poi si lasciò cadere sul letto con un sospiro.</w:t>
      </w:r>
    </w:p>
    <w:p w14:paraId="7324E024" w14:textId="3D2ED1D3" w:rsidR="00DC373C" w:rsidRDefault="007C3C6C" w:rsidP="00B1354B">
      <w:pPr>
        <w:pStyle w:val="NormaleWeb"/>
        <w:spacing w:line="360" w:lineRule="auto"/>
        <w:ind w:firstLine="284"/>
        <w:jc w:val="both"/>
      </w:pPr>
      <w:r w:rsidRPr="00994820">
        <w:t>«Ora… credo sia meglio riposare.»</w:t>
      </w:r>
      <w:r w:rsidR="00145167">
        <w:t xml:space="preserve"> </w:t>
      </w:r>
      <w:r w:rsidRPr="00994820">
        <w:t>Scivolò tra le lenzuola, chiudendo gli occhi.</w:t>
      </w:r>
    </w:p>
    <w:p w14:paraId="2D4E8106" w14:textId="77A0138E" w:rsidR="007C3C6C" w:rsidRPr="00994820" w:rsidRDefault="007C3C6C" w:rsidP="00B1354B">
      <w:pPr>
        <w:pStyle w:val="NormaleWeb"/>
        <w:spacing w:line="360" w:lineRule="auto"/>
        <w:ind w:firstLine="284"/>
        <w:jc w:val="both"/>
      </w:pPr>
      <w:r w:rsidRPr="00994820">
        <w:t>«Becky, ti prego… svegliami quando sarà ora.»</w:t>
      </w:r>
      <w:r w:rsidR="00145167">
        <w:t xml:space="preserve"> </w:t>
      </w:r>
      <w:r w:rsidRPr="00994820">
        <w:t>E si addormentò.</w:t>
      </w:r>
    </w:p>
    <w:p w14:paraId="37B87F6C" w14:textId="77777777" w:rsidR="007C3C6C" w:rsidRPr="00994820" w:rsidRDefault="007C3C6C" w:rsidP="00B1354B">
      <w:pPr>
        <w:pStyle w:val="NormaleWeb"/>
        <w:spacing w:line="360" w:lineRule="auto"/>
        <w:ind w:firstLine="284"/>
        <w:jc w:val="both"/>
      </w:pPr>
      <w:r w:rsidRPr="00994820">
        <w:t>Ore dopo, la voce dolce di Becky tornò a farsi sentire.</w:t>
      </w:r>
    </w:p>
    <w:p w14:paraId="3BFD2D93" w14:textId="77777777" w:rsidR="007C3C6C" w:rsidRPr="00994820" w:rsidRDefault="007C3C6C" w:rsidP="00B1354B">
      <w:pPr>
        <w:pStyle w:val="NormaleWeb"/>
        <w:spacing w:line="360" w:lineRule="auto"/>
        <w:ind w:firstLine="284"/>
        <w:jc w:val="both"/>
      </w:pPr>
      <w:r w:rsidRPr="00994820">
        <w:t>«Madame, sono le undici. Credo sia ora di svegliarsi…» Le accarezzò la guancia con una proiezione trasparente, sorridendo nel tentativo di farla reagire.</w:t>
      </w:r>
    </w:p>
    <w:p w14:paraId="7ACA23FC" w14:textId="77777777" w:rsidR="007C3C6C" w:rsidRPr="00994820" w:rsidRDefault="007C3C6C" w:rsidP="00B1354B">
      <w:pPr>
        <w:pStyle w:val="NormaleWeb"/>
        <w:spacing w:line="360" w:lineRule="auto"/>
        <w:ind w:firstLine="284"/>
        <w:jc w:val="both"/>
      </w:pPr>
      <w:r w:rsidRPr="00994820">
        <w:lastRenderedPageBreak/>
        <w:t>«Nnn… ancora dieci minuti...» borbottò Fanny, raggomitolandosi.</w:t>
      </w:r>
    </w:p>
    <w:p w14:paraId="37D3749B" w14:textId="5499D03C" w:rsidR="007C3C6C" w:rsidRPr="00994820" w:rsidRDefault="007C3C6C" w:rsidP="00B1354B">
      <w:pPr>
        <w:pStyle w:val="NormaleWeb"/>
        <w:spacing w:line="360" w:lineRule="auto"/>
        <w:ind w:firstLine="284"/>
        <w:jc w:val="both"/>
      </w:pPr>
      <w:r w:rsidRPr="00994820">
        <w:t>Becky sorrise, poi lasciò che la sua voce cambiasse. D’improvviso, parlò con la perfetta imitazione del tono secco e magnetico di Kieran.</w:t>
      </w:r>
      <w:r w:rsidR="00145167">
        <w:t xml:space="preserve"> </w:t>
      </w:r>
      <w:r w:rsidRPr="00994820">
        <w:t>«Ragazzina, forse preferirebbe che le facessi compagnia?»</w:t>
      </w:r>
    </w:p>
    <w:p w14:paraId="462D341A" w14:textId="59DFDA92" w:rsidR="007C3C6C" w:rsidRPr="00994820" w:rsidRDefault="007C3C6C" w:rsidP="00B1354B">
      <w:pPr>
        <w:pStyle w:val="NormaleWeb"/>
        <w:spacing w:line="360" w:lineRule="auto"/>
        <w:ind w:firstLine="284"/>
        <w:jc w:val="both"/>
      </w:pPr>
      <w:r w:rsidRPr="00994820">
        <w:t>Fanny sobbalzò.</w:t>
      </w:r>
      <w:r w:rsidR="00145167">
        <w:t xml:space="preserve"> </w:t>
      </w:r>
      <w:r w:rsidRPr="00994820">
        <w:t>«No… Kieran dopo— Aspetta.» Si rizzò a sedere di scatto. «Che?!»</w:t>
      </w:r>
    </w:p>
    <w:p w14:paraId="4F34A276" w14:textId="77777777" w:rsidR="007C3C6C" w:rsidRPr="00994820" w:rsidRDefault="007C3C6C" w:rsidP="00B1354B">
      <w:pPr>
        <w:pStyle w:val="NormaleWeb"/>
        <w:spacing w:line="360" w:lineRule="auto"/>
        <w:ind w:firstLine="284"/>
        <w:jc w:val="both"/>
      </w:pPr>
      <w:r w:rsidRPr="00994820">
        <w:t>«Just a joke!» rise Becky, facendo esplodere una manciata di piccoli fuochi d’artificio colorati attorno a sé. «Ma è il caso che si prepari, signorina.» tornando al suo solito tono neutro.</w:t>
      </w:r>
    </w:p>
    <w:p w14:paraId="64E4F93F" w14:textId="77777777" w:rsidR="00145167" w:rsidRDefault="007C3C6C" w:rsidP="00B1354B">
      <w:pPr>
        <w:pStyle w:val="NormaleWeb"/>
        <w:spacing w:line="360" w:lineRule="auto"/>
        <w:ind w:firstLine="284"/>
        <w:jc w:val="both"/>
      </w:pPr>
      <w:r w:rsidRPr="00994820">
        <w:t>Fanny sospirò, ancora mezza assonnata.</w:t>
      </w:r>
    </w:p>
    <w:p w14:paraId="31495A9D" w14:textId="18392FA1" w:rsidR="007C3C6C" w:rsidRPr="00994820" w:rsidRDefault="007C3C6C" w:rsidP="00B1354B">
      <w:pPr>
        <w:pStyle w:val="NormaleWeb"/>
        <w:spacing w:line="360" w:lineRule="auto"/>
        <w:ind w:firstLine="284"/>
        <w:jc w:val="both"/>
      </w:pPr>
      <w:r w:rsidRPr="00994820">
        <w:t>«Becky… a volte mi sembri più umana di me. Ma mi hai fatto prendere un colpo.»</w:t>
      </w:r>
    </w:p>
    <w:p w14:paraId="66261964" w14:textId="77777777" w:rsidR="007C3C6C" w:rsidRPr="00994820" w:rsidRDefault="007C3C6C" w:rsidP="00B1354B">
      <w:pPr>
        <w:pStyle w:val="NormaleWeb"/>
        <w:spacing w:line="360" w:lineRule="auto"/>
        <w:ind w:firstLine="284"/>
        <w:jc w:val="both"/>
      </w:pPr>
      <w:r w:rsidRPr="00994820">
        <w:t>Lo sguardo olografico di Becky si fece per un attimo dispiaciuto.</w:t>
      </w:r>
      <w:r w:rsidRPr="00994820">
        <w:br/>
        <w:t>«Mi dispiace, madame.»</w:t>
      </w:r>
    </w:p>
    <w:p w14:paraId="396827E6" w14:textId="77777777" w:rsidR="00145167" w:rsidRDefault="007C3C6C" w:rsidP="00B1354B">
      <w:pPr>
        <w:pStyle w:val="NormaleWeb"/>
        <w:spacing w:line="360" w:lineRule="auto"/>
        <w:ind w:firstLine="284"/>
        <w:jc w:val="both"/>
      </w:pPr>
      <w:r w:rsidRPr="00994820">
        <w:t>Fanny si lasciò andare a un sorriso.</w:t>
      </w:r>
    </w:p>
    <w:p w14:paraId="5EA901CB" w14:textId="4C782D21" w:rsidR="007C3C6C" w:rsidRPr="00994820" w:rsidRDefault="007C3C6C" w:rsidP="00B1354B">
      <w:pPr>
        <w:pStyle w:val="NormaleWeb"/>
        <w:spacing w:line="360" w:lineRule="auto"/>
        <w:ind w:firstLine="284"/>
        <w:jc w:val="both"/>
      </w:pPr>
      <w:r w:rsidRPr="00994820">
        <w:t>«Tranquilla, Becky. Sei un amore.»</w:t>
      </w:r>
    </w:p>
    <w:p w14:paraId="4139DB9E" w14:textId="5973E9A5" w:rsidR="007C3C6C" w:rsidRPr="00994820" w:rsidRDefault="007C3C6C" w:rsidP="00B1354B">
      <w:pPr>
        <w:pStyle w:val="NormaleWeb"/>
        <w:spacing w:line="360" w:lineRule="auto"/>
        <w:ind w:firstLine="284"/>
        <w:jc w:val="both"/>
      </w:pPr>
      <w:r w:rsidRPr="00994820">
        <w:t>Becky rimase lì, a osservarla, sorridente come sempre.</w:t>
      </w:r>
    </w:p>
    <w:p w14:paraId="63AB08AC" w14:textId="77777777" w:rsidR="007C3C6C" w:rsidRPr="00994820" w:rsidRDefault="007C3C6C" w:rsidP="00B1354B">
      <w:pPr>
        <w:pStyle w:val="NormaleWeb"/>
        <w:spacing w:line="360" w:lineRule="auto"/>
        <w:ind w:firstLine="284"/>
        <w:jc w:val="both"/>
      </w:pPr>
      <w:r w:rsidRPr="00994820">
        <w:t>Fanny uscì dal bagno con i capelli ancora umidi e il viso fresco.</w:t>
      </w:r>
      <w:r w:rsidRPr="00994820">
        <w:br/>
        <w:t>«Devo solo vestirmi e sono pronta.»</w:t>
      </w:r>
    </w:p>
    <w:p w14:paraId="3378AB3E" w14:textId="77777777" w:rsidR="007C3C6C" w:rsidRPr="00994820" w:rsidRDefault="007C3C6C" w:rsidP="00B1354B">
      <w:pPr>
        <w:pStyle w:val="NormaleWeb"/>
        <w:spacing w:line="360" w:lineRule="auto"/>
        <w:ind w:firstLine="284"/>
        <w:jc w:val="both"/>
      </w:pPr>
      <w:r w:rsidRPr="00994820">
        <w:t>Proprio in quel momento qualcun altro bussò. Fanny quasi di soprassalto si rimise velocemente l’asciugamano attorno al corpo ancora umido.</w:t>
      </w:r>
    </w:p>
    <w:p w14:paraId="374E2D8F" w14:textId="77777777" w:rsidR="007C3C6C" w:rsidRPr="00994820" w:rsidRDefault="007C3C6C" w:rsidP="00B1354B">
      <w:pPr>
        <w:pStyle w:val="NormaleWeb"/>
        <w:spacing w:line="360" w:lineRule="auto"/>
        <w:ind w:firstLine="284"/>
        <w:jc w:val="both"/>
      </w:pPr>
      <w:r w:rsidRPr="00994820">
        <w:t>«S..si?...» chiese alzando la voce timidamente.</w:t>
      </w:r>
    </w:p>
    <w:p w14:paraId="4D369E17" w14:textId="77777777" w:rsidR="007C3C6C" w:rsidRPr="00994820" w:rsidRDefault="007C3C6C" w:rsidP="00B1354B">
      <w:pPr>
        <w:pStyle w:val="NormaleWeb"/>
        <w:spacing w:line="360" w:lineRule="auto"/>
        <w:ind w:firstLine="284"/>
        <w:jc w:val="both"/>
      </w:pPr>
      <w:r w:rsidRPr="00994820">
        <w:t>«Sono Kieran, ho bisogno di parlarti.» disse la voce con tono neutro appena fuori la porta</w:t>
      </w:r>
    </w:p>
    <w:p w14:paraId="435BBBB6" w14:textId="77777777" w:rsidR="007C3C6C" w:rsidRPr="00994820" w:rsidRDefault="007C3C6C" w:rsidP="00B1354B">
      <w:pPr>
        <w:pStyle w:val="NormaleWeb"/>
        <w:spacing w:line="360" w:lineRule="auto"/>
        <w:ind w:firstLine="284"/>
        <w:jc w:val="both"/>
      </w:pPr>
      <w:r w:rsidRPr="00994820">
        <w:t>«Oh… beh, un att…» Ma ancora una volta la porta anticipò le parole di Fanny aprendosi di scatto.</w:t>
      </w:r>
    </w:p>
    <w:p w14:paraId="313D096A" w14:textId="77777777" w:rsidR="007C3C6C" w:rsidRPr="00994820" w:rsidRDefault="007C3C6C" w:rsidP="00B1354B">
      <w:pPr>
        <w:pStyle w:val="NormaleWeb"/>
        <w:spacing w:line="360" w:lineRule="auto"/>
        <w:ind w:firstLine="284"/>
        <w:jc w:val="both"/>
      </w:pPr>
      <w:r w:rsidRPr="00994820">
        <w:t>La ragazza avvampò diventando di un rosso assai simile a quello dei suoi capelli. Con rapidità e foga strinse l’asciugamano bianco, premendolo contro le curve del suo copro in un disperato tentativo di nascondervisi dietro.</w:t>
      </w:r>
    </w:p>
    <w:p w14:paraId="0D9EE840" w14:textId="77777777" w:rsidR="007C3C6C" w:rsidRPr="00994820" w:rsidRDefault="007C3C6C" w:rsidP="00B1354B">
      <w:pPr>
        <w:pStyle w:val="NormaleWeb"/>
        <w:spacing w:line="360" w:lineRule="auto"/>
        <w:ind w:firstLine="284"/>
        <w:jc w:val="both"/>
      </w:pPr>
      <w:r w:rsidRPr="00994820">
        <w:lastRenderedPageBreak/>
        <w:t>Kieran non sembrò reagire all’inizio. Gli ci volle un po’ per realizzare cosa stava succedendo «Tu… stai cercando di nascondere il tuo corpo?» disse con un tono alquanto ilare.</w:t>
      </w:r>
    </w:p>
    <w:p w14:paraId="24409054" w14:textId="77777777" w:rsidR="007C3C6C" w:rsidRPr="00994820" w:rsidRDefault="007C3C6C" w:rsidP="00B1354B">
      <w:pPr>
        <w:pStyle w:val="NormaleWeb"/>
        <w:spacing w:line="360" w:lineRule="auto"/>
        <w:ind w:firstLine="284"/>
        <w:jc w:val="both"/>
      </w:pPr>
      <w:r w:rsidRPr="00994820">
        <w:t>«Beh? Che c’è? È questa porta che si apre sempre a cazzi suoi!» Disse quasi furiosa e irritata dal ragazzo.</w:t>
      </w:r>
    </w:p>
    <w:p w14:paraId="5BEDBF61" w14:textId="77777777" w:rsidR="007C3C6C" w:rsidRPr="00994820" w:rsidRDefault="007C3C6C" w:rsidP="00B1354B">
      <w:pPr>
        <w:pStyle w:val="NormaleWeb"/>
        <w:spacing w:line="360" w:lineRule="auto"/>
        <w:ind w:firstLine="284"/>
        <w:jc w:val="both"/>
      </w:pPr>
      <w:r w:rsidRPr="00994820">
        <w:t>«Lo so che non sei di queste parti, ma qui non frega assolutamente nulla a nessuno di quello che hai lì, a me no che non siano armi» disse con un sospiro quasi di vergogna</w:t>
      </w:r>
    </w:p>
    <w:p w14:paraId="4AD3D669" w14:textId="77777777" w:rsidR="007C3C6C" w:rsidRPr="00994820" w:rsidRDefault="007C3C6C" w:rsidP="00B1354B">
      <w:pPr>
        <w:pStyle w:val="NormaleWeb"/>
        <w:spacing w:line="360" w:lineRule="auto"/>
        <w:ind w:firstLine="284"/>
        <w:jc w:val="both"/>
      </w:pPr>
      <w:r w:rsidRPr="00994820">
        <w:t>«Cosa ci sarebbe stato di male se ti avessi visto nuda, scusami? Al massimo il mio Emotion Value si sarebbe rasserenato» concluse ridacchiando sotto la maschera</w:t>
      </w:r>
    </w:p>
    <w:p w14:paraId="3BD562BF" w14:textId="77777777" w:rsidR="007C3C6C" w:rsidRPr="00994820" w:rsidRDefault="007C3C6C" w:rsidP="00B1354B">
      <w:pPr>
        <w:pStyle w:val="NormaleWeb"/>
        <w:spacing w:line="360" w:lineRule="auto"/>
        <w:ind w:firstLine="284"/>
        <w:jc w:val="both"/>
      </w:pPr>
      <w:r w:rsidRPr="00994820">
        <w:t>«TUTTO! Ecco cosa!» Gridò Fanny riscaldandosi sempre di più «Eri venuto per qualcosa, no? Spicciati.»</w:t>
      </w:r>
    </w:p>
    <w:p w14:paraId="043A02BF" w14:textId="77777777" w:rsidR="007C3C6C" w:rsidRPr="00994820" w:rsidRDefault="007C3C6C" w:rsidP="00B1354B">
      <w:pPr>
        <w:pStyle w:val="NormaleWeb"/>
        <w:spacing w:line="360" w:lineRule="auto"/>
        <w:ind w:firstLine="284"/>
        <w:jc w:val="both"/>
      </w:pPr>
      <w:r w:rsidRPr="00994820">
        <w:t>Kieran non riuscì a resistere dal sorridere, un sorriso ben nascosto dalla sua maschera «Volevo solo avvisarti di non fare casini, stasera, Rivey e Stein useranno questa missione per capire se è il caso o meno di renderti un elvanar, o quanto meno dotarti di un Reader molto più efficiente. Stein ha persino valutato l’idea di renderti la terza shinigami di seconda generazione» Disse ricomponendosi.</w:t>
      </w:r>
    </w:p>
    <w:p w14:paraId="40880632" w14:textId="77777777" w:rsidR="007C3C6C" w:rsidRPr="00994820" w:rsidRDefault="007C3C6C" w:rsidP="00B1354B">
      <w:pPr>
        <w:pStyle w:val="NormaleWeb"/>
        <w:spacing w:line="360" w:lineRule="auto"/>
        <w:ind w:firstLine="284"/>
        <w:jc w:val="both"/>
      </w:pPr>
      <w:r w:rsidRPr="00994820">
        <w:t>Per un secondo fanny sobbalzò, e quasi perse la stretta sull’asciugamano, e fu quel fugace attimo che quasi la scoprì a farla riprendere dalla notizia «Sì, sì, va bene, molto premuroso, farò la brava. Ora fuori.» disse con tono rapido e quasi divorando le parole «Becky!» basto questa parola e l’ologramma forzò la chiusura della porta.</w:t>
      </w:r>
    </w:p>
    <w:p w14:paraId="058DFF21" w14:textId="58FE2146" w:rsidR="007C3C6C" w:rsidRPr="00994820" w:rsidRDefault="007C3C6C" w:rsidP="00B1354B">
      <w:pPr>
        <w:pStyle w:val="NormaleWeb"/>
        <w:spacing w:line="360" w:lineRule="auto"/>
        <w:ind w:firstLine="284"/>
        <w:jc w:val="both"/>
      </w:pPr>
      <w:r w:rsidRPr="00994820">
        <w:t>Nonostante Kieran credesse fermamente alle proprie parole, quel fugace attimo, e la reazione della ragazza vinsero sulla sua mente e persino lui, mentre la porta si chiudeva, arrossì lievemente sotto la maschera.</w:t>
      </w:r>
    </w:p>
    <w:p w14:paraId="338141DF" w14:textId="77777777" w:rsidR="007C3C6C" w:rsidRPr="00994820" w:rsidRDefault="007C3C6C" w:rsidP="00B1354B">
      <w:pPr>
        <w:pStyle w:val="NormaleWeb"/>
        <w:spacing w:line="360" w:lineRule="auto"/>
        <w:ind w:firstLine="284"/>
        <w:jc w:val="both"/>
      </w:pPr>
      <w:r w:rsidRPr="00994820">
        <w:t>Pochi minuti dopo, con indosso l’armatura azzurra, si guardò intorno.</w:t>
      </w:r>
      <w:r w:rsidRPr="00994820">
        <w:br/>
        <w:t>«E ora?» chiese nel vuoto, mentre l’ologramma di Becky si materializzava poco distante.</w:t>
      </w:r>
      <w:r w:rsidRPr="00994820">
        <w:br/>
        <w:t>«Che dovrei fare? Aspetto? Vado da qualche parte?»</w:t>
      </w:r>
    </w:p>
    <w:p w14:paraId="00C8DA4A" w14:textId="77777777" w:rsidR="007C3C6C" w:rsidRPr="00994820" w:rsidRDefault="007C3C6C" w:rsidP="00B1354B">
      <w:pPr>
        <w:pStyle w:val="NormaleWeb"/>
        <w:spacing w:line="360" w:lineRule="auto"/>
        <w:ind w:firstLine="284"/>
        <w:jc w:val="both"/>
      </w:pPr>
      <w:r w:rsidRPr="00994820">
        <w:t>«Dobbiamo dirigerci verso il portone principale» rispose Becky, indicando con un gesto delicato la porta.</w:t>
      </w:r>
    </w:p>
    <w:p w14:paraId="346AE6EE" w14:textId="77777777" w:rsidR="007C3C6C" w:rsidRPr="00994820" w:rsidRDefault="007C3C6C" w:rsidP="00B1354B">
      <w:pPr>
        <w:pStyle w:val="NormaleWeb"/>
        <w:spacing w:line="360" w:lineRule="auto"/>
        <w:ind w:firstLine="284"/>
        <w:jc w:val="both"/>
      </w:pPr>
      <w:r w:rsidRPr="00994820">
        <w:t>«Va bene.» Indossò i guantoni modificati, e li agganciò nuovamente ai bocchettoni dietro l’armatura. Ancora una volta una scarica la inondò, questa volta però sembrò essere più controllata. «Allora guidami, Becky» disse a una miniatura dell’ologramma che era apparsa sul palmo della sua mano destra.</w:t>
      </w:r>
    </w:p>
    <w:p w14:paraId="042A0C16" w14:textId="77777777" w:rsidR="007C3C6C" w:rsidRPr="00994820" w:rsidRDefault="007C3C6C" w:rsidP="00B1354B">
      <w:pPr>
        <w:pStyle w:val="NormaleWeb"/>
        <w:spacing w:line="360" w:lineRule="auto"/>
        <w:ind w:firstLine="284"/>
        <w:jc w:val="both"/>
      </w:pPr>
      <w:r w:rsidRPr="00994820">
        <w:t>Erano le 23:46.</w:t>
      </w:r>
    </w:p>
    <w:p w14:paraId="5C1E5BE1" w14:textId="77777777" w:rsidR="007C3C6C" w:rsidRPr="00994820" w:rsidRDefault="007C3C6C" w:rsidP="00B1354B">
      <w:pPr>
        <w:pStyle w:val="NormaleWeb"/>
        <w:spacing w:line="360" w:lineRule="auto"/>
        <w:ind w:firstLine="284"/>
        <w:jc w:val="both"/>
      </w:pPr>
      <w:r w:rsidRPr="00994820">
        <w:t>Davanti all’ingresso, Rock e Aman erano già lì ad attenderla.</w:t>
      </w:r>
    </w:p>
    <w:p w14:paraId="13B7AB8F" w14:textId="77777777" w:rsidR="007C3C6C" w:rsidRPr="00994820" w:rsidRDefault="007C3C6C" w:rsidP="00B1354B">
      <w:pPr>
        <w:pStyle w:val="NormaleWeb"/>
        <w:spacing w:line="360" w:lineRule="auto"/>
        <w:ind w:firstLine="284"/>
        <w:jc w:val="both"/>
      </w:pPr>
      <w:r w:rsidRPr="00994820">
        <w:lastRenderedPageBreak/>
        <w:t>«Bene. Possiamo andare» commentò Aman, con tono freddo e visibilmente teso.</w:t>
      </w:r>
    </w:p>
    <w:p w14:paraId="083D3C75" w14:textId="77777777" w:rsidR="007C3C6C" w:rsidRPr="00994820" w:rsidRDefault="007C3C6C" w:rsidP="00B1354B">
      <w:pPr>
        <w:pStyle w:val="NormaleWeb"/>
        <w:spacing w:line="360" w:lineRule="auto"/>
        <w:ind w:firstLine="284"/>
        <w:jc w:val="both"/>
      </w:pPr>
      <w:r w:rsidRPr="00994820">
        <w:t>Rock, silenziosa, aprì il grande portone con un gesto secco, poi si fece da parte. Aman invece restò fermo, aspettando che Fanny raggiungesse l’ingresso.</w:t>
      </w:r>
    </w:p>
    <w:p w14:paraId="30450E20" w14:textId="77777777" w:rsidR="007C3C6C" w:rsidRPr="00994820" w:rsidRDefault="007C3C6C" w:rsidP="00B1354B">
      <w:pPr>
        <w:pStyle w:val="NormaleWeb"/>
        <w:spacing w:line="360" w:lineRule="auto"/>
        <w:ind w:firstLine="284"/>
        <w:jc w:val="both"/>
      </w:pPr>
      <w:r w:rsidRPr="00994820">
        <w:t>«Ciao», disse Fanny con un filo di voce. «Andiamo...?»</w:t>
      </w:r>
    </w:p>
    <w:p w14:paraId="643BAF40" w14:textId="77777777" w:rsidR="007C3C6C" w:rsidRPr="00994820" w:rsidRDefault="007C3C6C" w:rsidP="00B1354B">
      <w:pPr>
        <w:pStyle w:val="NormaleWeb"/>
        <w:spacing w:line="360" w:lineRule="auto"/>
        <w:ind w:firstLine="284"/>
        <w:jc w:val="both"/>
      </w:pPr>
      <w:r w:rsidRPr="00994820">
        <w:t>Aman le rivolse un sorriso ammaliante, ma falso fino al midollo.</w:t>
      </w:r>
      <w:r w:rsidRPr="00994820">
        <w:br/>
        <w:t>«Non ti ho ancora fatto i complimenti per aver superato la prova. E per aver quasi ammazzato Rock.»</w:t>
      </w:r>
    </w:p>
    <w:p w14:paraId="60BF0AFB" w14:textId="77777777" w:rsidR="007C3C6C" w:rsidRPr="00994820" w:rsidRDefault="007C3C6C" w:rsidP="00B1354B">
      <w:pPr>
        <w:pStyle w:val="NormaleWeb"/>
        <w:spacing w:line="360" w:lineRule="auto"/>
        <w:ind w:firstLine="284"/>
        <w:jc w:val="both"/>
      </w:pPr>
      <w:r w:rsidRPr="00994820">
        <w:t>Poi, con tono teatrale, allungò il braccio verso il portone spalancato.</w:t>
      </w:r>
      <w:r w:rsidRPr="00994820">
        <w:br/>
        <w:t>«Prima le signore.»</w:t>
      </w:r>
    </w:p>
    <w:p w14:paraId="1C152C22" w14:textId="0EBAB3FA" w:rsidR="007C3C6C" w:rsidRPr="00994820" w:rsidRDefault="007C3C6C" w:rsidP="00B1354B">
      <w:pPr>
        <w:pStyle w:val="NormaleWeb"/>
        <w:spacing w:line="360" w:lineRule="auto"/>
        <w:ind w:firstLine="284"/>
        <w:jc w:val="both"/>
      </w:pPr>
      <w:r w:rsidRPr="00994820">
        <w:t>Fanny lo fissò con una smorfia di sfida.</w:t>
      </w:r>
      <w:r w:rsidR="00145167">
        <w:t xml:space="preserve"> </w:t>
      </w:r>
      <w:r w:rsidRPr="00994820">
        <w:t>«Immagino che la puntata sulla mia vittoria sarebbe stata misera, mh?»</w:t>
      </w:r>
      <w:r w:rsidR="00145167">
        <w:t xml:space="preserve"> </w:t>
      </w:r>
      <w:r w:rsidRPr="00994820">
        <w:t>E uscì per prima.</w:t>
      </w:r>
    </w:p>
    <w:p w14:paraId="734ACBDF" w14:textId="77777777" w:rsidR="007C3C6C" w:rsidRPr="00994820" w:rsidRDefault="007C3C6C" w:rsidP="00B1354B">
      <w:pPr>
        <w:pStyle w:val="NormaleWeb"/>
        <w:spacing w:line="360" w:lineRule="auto"/>
        <w:ind w:firstLine="284"/>
        <w:jc w:val="both"/>
      </w:pPr>
      <w:r w:rsidRPr="00994820">
        <w:t xml:space="preserve">«Puntata?» chiese confuso Aman </w:t>
      </w:r>
    </w:p>
    <w:p w14:paraId="177C1AB5" w14:textId="77777777" w:rsidR="007C3C6C" w:rsidRPr="00994820" w:rsidRDefault="007C3C6C" w:rsidP="00B1354B">
      <w:pPr>
        <w:pStyle w:val="NormaleWeb"/>
        <w:spacing w:line="360" w:lineRule="auto"/>
        <w:ind w:firstLine="284"/>
        <w:jc w:val="both"/>
      </w:pPr>
      <w:r w:rsidRPr="00994820">
        <w:t>«Ah, giusto, qui usate il Valore Emotivo anche come valuta… immagino non si possa scommettere usando la felicità» commentò con un sorriso accennato «Dove siamo diretti?» chiese.</w:t>
      </w:r>
    </w:p>
    <w:p w14:paraId="0F194C6D" w14:textId="77777777" w:rsidR="007C3C6C" w:rsidRPr="00994820" w:rsidRDefault="007C3C6C" w:rsidP="00B1354B">
      <w:pPr>
        <w:pStyle w:val="NormaleWeb"/>
        <w:spacing w:line="360" w:lineRule="auto"/>
        <w:ind w:firstLine="284"/>
        <w:jc w:val="both"/>
      </w:pPr>
      <w:r w:rsidRPr="00994820">
        <w:t>«Oggi dobbiamo prelevare due uomini, tre donne e cinque bambini. Due delle bambine sono femmine.»</w:t>
      </w:r>
      <w:r w:rsidRPr="00994820">
        <w:br/>
        <w:t>Aman le parlava come un ufficiale che legge un ordine d’operazione, senza alcuna emozione.</w:t>
      </w:r>
    </w:p>
    <w:p w14:paraId="5895ADB0" w14:textId="77777777" w:rsidR="007C3C6C" w:rsidRPr="00994820" w:rsidRDefault="007C3C6C" w:rsidP="00B1354B">
      <w:pPr>
        <w:pStyle w:val="NormaleWeb"/>
        <w:spacing w:line="360" w:lineRule="auto"/>
        <w:ind w:firstLine="284"/>
        <w:jc w:val="both"/>
      </w:pPr>
      <w:r w:rsidRPr="00994820">
        <w:t>«Due indirizzi in totale: il primo nel Settore della Gola, il secondo nel Settore Gaudia.»</w:t>
      </w:r>
    </w:p>
    <w:p w14:paraId="01352CB5" w14:textId="77777777" w:rsidR="007C3C6C" w:rsidRPr="00994820" w:rsidRDefault="007C3C6C" w:rsidP="00B1354B">
      <w:pPr>
        <w:pStyle w:val="NormaleWeb"/>
        <w:spacing w:line="360" w:lineRule="auto"/>
        <w:ind w:firstLine="284"/>
        <w:jc w:val="both"/>
      </w:pPr>
      <w:r w:rsidRPr="00994820">
        <w:t>«Nel primo recupereremo i due coniugi. Nel secondo, madre e due figlie. Nel terzo, un intero nucleo familiare.»</w:t>
      </w:r>
    </w:p>
    <w:p w14:paraId="7000C137" w14:textId="77777777" w:rsidR="007C3C6C" w:rsidRPr="00994820" w:rsidRDefault="007C3C6C" w:rsidP="00B1354B">
      <w:pPr>
        <w:pStyle w:val="NormaleWeb"/>
        <w:spacing w:line="360" w:lineRule="auto"/>
        <w:ind w:firstLine="284"/>
        <w:jc w:val="both"/>
      </w:pPr>
      <w:r w:rsidRPr="00994820">
        <w:t>Fanny annuì e i tre iniziarono a incamminarsi verso L’anello residenziale Interno.</w:t>
      </w:r>
    </w:p>
    <w:p w14:paraId="6801544A" w14:textId="77777777" w:rsidR="007C3C6C" w:rsidRPr="00994820" w:rsidRDefault="007C3C6C" w:rsidP="00B1354B">
      <w:pPr>
        <w:spacing w:before="100" w:beforeAutospacing="1" w:after="100" w:afterAutospacing="1" w:line="360" w:lineRule="auto"/>
        <w:ind w:firstLine="284"/>
        <w:jc w:val="both"/>
      </w:pPr>
      <w:r w:rsidRPr="00994820">
        <w:t xml:space="preserve">Al loro seguito c’era una squadra di Nove Cadetti e Tre Elvenar. Fanny osservo la squadra di cadetti senza nascondere il sopracciglio sollevato. I </w:t>
      </w:r>
      <w:r w:rsidRPr="00994820">
        <w:rPr>
          <w:rStyle w:val="Enfasigrassetto"/>
          <w:rFonts w:eastAsiaTheme="majorEastAsia"/>
        </w:rPr>
        <w:t>Cadetti del Dipartimento del Tramonto</w:t>
      </w:r>
      <w:r w:rsidRPr="00994820">
        <w:t xml:space="preserve"> indossavano un’uniforme scura, aderente ma leggera, con inserti rossi che pulsavano lievemente sulle giunture. Erano copie sbiadite del prototipo che probabilmente li aveva ispirati: troppo nuove per incutere timore, troppo leggere per davvero proteggere. Ma il design — quello era perfetto. Spalle appena rinforzate, guanti tattici, visori viscerali. Eppure, sotto la tuta, i corpi non reggevano l’intimidazione dell’armatura.</w:t>
      </w:r>
    </w:p>
    <w:p w14:paraId="160B8343" w14:textId="77777777"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ajorEastAsia"/>
        </w:rPr>
        <w:t>Erano ragazzini.</w:t>
      </w:r>
    </w:p>
    <w:p w14:paraId="52B755CA"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Alcuni con la postura troppo rigida, altri con le gambe ancora troppo snelle per reggere tutto quel ferro finto. Uno di loro aveva la visiera leggermente storta, come se la tensione gli avesse fatto dimenticare anche come aggiustarsela. Fanny, istintivamente, si raddrizzò: </w:t>
      </w:r>
      <w:r w:rsidRPr="00994820">
        <w:rPr>
          <w:rStyle w:val="Enfasigrassetto"/>
          <w:rFonts w:eastAsiaTheme="majorEastAsia"/>
        </w:rPr>
        <w:t>più alta, più stabile, più vera</w:t>
      </w:r>
      <w:r w:rsidRPr="00994820">
        <w:t>. Anche senza la divisa, sembrava un’entità differente. Più solida. Più vissuta.</w:t>
      </w:r>
    </w:p>
    <w:p w14:paraId="5E6305EA" w14:textId="77777777" w:rsidR="007C3C6C" w:rsidRPr="00994820" w:rsidRDefault="007C3C6C" w:rsidP="00B1354B">
      <w:pPr>
        <w:spacing w:before="100" w:beforeAutospacing="1" w:after="100" w:afterAutospacing="1" w:line="360" w:lineRule="auto"/>
        <w:ind w:firstLine="284"/>
        <w:jc w:val="both"/>
      </w:pPr>
      <w:r w:rsidRPr="00994820">
        <w:t>Notò i loro occhi sotto i visori: uno la fissava cercando di non farlo, un altro abbassò subito lo sguardo. Non sapevano cosa stessero facendo lì, non ancora. Solo una cadetta dal viso candido e dalla vistosa chioma azzurrina si lasciò andare un fugace sguardo carico di disprezzo e diretto proprio verso Fanny.</w:t>
      </w:r>
    </w:p>
    <w:p w14:paraId="17E6D28E" w14:textId="77777777" w:rsidR="007C3C6C" w:rsidRPr="00994820" w:rsidRDefault="007C3C6C" w:rsidP="00B1354B">
      <w:pPr>
        <w:spacing w:before="100" w:beforeAutospacing="1" w:after="100" w:afterAutospacing="1" w:line="360" w:lineRule="auto"/>
        <w:ind w:firstLine="284"/>
        <w:jc w:val="both"/>
      </w:pPr>
      <w:r w:rsidRPr="00994820">
        <w:rPr>
          <w:rStyle w:val="Enfasicorsivo"/>
          <w:rFonts w:eastAsiaTheme="majorEastAsia"/>
        </w:rPr>
        <w:t>Piccoli cuccioli in un’arena di lupi,</w:t>
      </w:r>
      <w:r w:rsidRPr="00994820">
        <w:t xml:space="preserve"> pensò. </w:t>
      </w:r>
      <w:r w:rsidRPr="00994820">
        <w:rPr>
          <w:rStyle w:val="Enfasicorsivo"/>
          <w:rFonts w:eastAsiaTheme="majorEastAsia"/>
        </w:rPr>
        <w:t>Forse dovrei provare a fare un po’ di casino, solo per vedere la loro reazione. Si lasciò sfuggire un sorriso</w:t>
      </w:r>
    </w:p>
    <w:p w14:paraId="0D283E52" w14:textId="77777777" w:rsidR="007C3C6C" w:rsidRPr="00994820" w:rsidRDefault="007C3C6C" w:rsidP="00B1354B">
      <w:pPr>
        <w:pStyle w:val="NormaleWeb"/>
        <w:spacing w:line="360" w:lineRule="auto"/>
        <w:ind w:firstLine="284"/>
        <w:jc w:val="both"/>
      </w:pPr>
      <w:r w:rsidRPr="00994820">
        <w:t>Una volta cominciato a camminare, i cadetti, seguendo le indicazioni si disposero in formazione: tutti e nove si disposero con accuratezza davanti ai tre Shinigami, tutti a circa un metro l’uno dall’altro, e con movimenti rigidi e precisi cominciarono una ronda silenziosa per assicurarsi che nessuno interrompesse le azioni degli Shinigami. I tre Elvenar chiudevano la formazione nelle retrovie, la loro visione avrebbe potuto alterare inutilmente gli EV di qualche incauto passante. Qual ora fosse stato necessario, bastava un rapido scatto perché si portassero in posizione frontale.</w:t>
      </w:r>
    </w:p>
    <w:p w14:paraId="5BEB941F" w14:textId="77777777" w:rsidR="007C3C6C" w:rsidRPr="00994820" w:rsidRDefault="007C3C6C" w:rsidP="00B1354B">
      <w:pPr>
        <w:pStyle w:val="NormaleWeb"/>
        <w:spacing w:line="360" w:lineRule="auto"/>
        <w:ind w:firstLine="284"/>
        <w:jc w:val="both"/>
      </w:pPr>
      <w:r w:rsidRPr="00994820">
        <w:t>Fanny scrutò quel muro di gente che li si parò intorno con diffidenza, ricordava troppo bene la sua prima sera qui a Ecliptica. Solo una cadetta dal viso candido e dalla vistosa chioma azzurrina seduta si lasciò andare un fugace sguardo verso la nuova shinigami. Fanny lo notò, e per suo dispiacere, notò anche che quello sguardo era carico di disprezzo.</w:t>
      </w:r>
    </w:p>
    <w:p w14:paraId="779E5C46" w14:textId="77777777" w:rsidR="007C3C6C" w:rsidRPr="00994820" w:rsidRDefault="007C3C6C" w:rsidP="00B1354B">
      <w:pPr>
        <w:pStyle w:val="NormaleWeb"/>
        <w:spacing w:line="360" w:lineRule="auto"/>
        <w:ind w:firstLine="284"/>
        <w:jc w:val="both"/>
      </w:pPr>
      <w:r w:rsidRPr="00994820">
        <w:t>«Ma cosa intendete con recuperare?» disse cercando di distogliere la propria attenzione dalla formazione che l’avvolgeva</w:t>
      </w:r>
    </w:p>
    <w:p w14:paraId="1146E2AB" w14:textId="77777777" w:rsidR="007C3C6C" w:rsidRPr="00994820" w:rsidRDefault="007C3C6C" w:rsidP="00B1354B">
      <w:pPr>
        <w:pStyle w:val="NormaleWeb"/>
        <w:spacing w:line="360" w:lineRule="auto"/>
        <w:ind w:firstLine="284"/>
        <w:jc w:val="both"/>
      </w:pPr>
      <w:r w:rsidRPr="00994820">
        <w:t>Rock prese la parola con tono freddo, mentre il suo sguardo si postò istintivamente verso i guantoni di Fanny «I loro valori sono pericolosamente alti da giorni, dobbiamo controllare come rispondono agli stimoli emotivi dell’Anello commerciale, se non dovessero esserci variazioni positive, dobbiamo portarli al Dipartimento del Mezzogiorno per controllare i loro reader.»</w:t>
      </w:r>
    </w:p>
    <w:p w14:paraId="677269B3" w14:textId="77777777" w:rsidR="007C3C6C" w:rsidRPr="00994820" w:rsidRDefault="007C3C6C" w:rsidP="00B1354B">
      <w:pPr>
        <w:pStyle w:val="NormaleWeb"/>
        <w:spacing w:line="360" w:lineRule="auto"/>
        <w:ind w:firstLine="284"/>
        <w:jc w:val="both"/>
      </w:pPr>
      <w:r w:rsidRPr="00994820">
        <w:t>«Capitano anche queste cose?»</w:t>
      </w:r>
    </w:p>
    <w:p w14:paraId="2B4DDEFB" w14:textId="77777777" w:rsidR="007C3C6C" w:rsidRPr="00994820" w:rsidRDefault="007C3C6C" w:rsidP="00B1354B">
      <w:pPr>
        <w:pStyle w:val="NormaleWeb"/>
        <w:spacing w:line="360" w:lineRule="auto"/>
        <w:ind w:firstLine="284"/>
        <w:jc w:val="both"/>
      </w:pPr>
      <w:r w:rsidRPr="00994820">
        <w:t xml:space="preserve">Questa volta fu Aman a rispondere «Questi reader sono ormai arrivati alla nuova versione, ma degli errori possono sempre capitare. Sarebbe impensabile che il loro stato emotivo non vari nemmeno nei settori commerciali, se così fosse dev’esserci un problema tecnico che va adattato. Stando alle informazioni raccolte </w:t>
      </w:r>
      <w:r w:rsidRPr="00994820">
        <w:lastRenderedPageBreak/>
        <w:t>dai cadetti, stasera dovrebbero essere in quei settori su indicazione del dipartimento del mezzogiorno. Noi andiamo solo a controllare che la cura proceda, o se servirà scortarli.»</w:t>
      </w:r>
    </w:p>
    <w:p w14:paraId="65700CB0" w14:textId="77777777" w:rsidR="007C3C6C" w:rsidRPr="00994820" w:rsidRDefault="007C3C6C" w:rsidP="00B1354B">
      <w:pPr>
        <w:pStyle w:val="NormaleWeb"/>
        <w:spacing w:line="360" w:lineRule="auto"/>
        <w:ind w:firstLine="284"/>
        <w:jc w:val="both"/>
      </w:pPr>
      <w:r w:rsidRPr="00994820">
        <w:t>«E mandano gli Shinigami?» chiese confusa Fanny.</w:t>
      </w:r>
    </w:p>
    <w:p w14:paraId="16A39D0C" w14:textId="77777777" w:rsidR="007C3C6C" w:rsidRPr="00994820" w:rsidRDefault="007C3C6C" w:rsidP="00B1354B">
      <w:pPr>
        <w:pStyle w:val="NormaleWeb"/>
        <w:spacing w:line="360" w:lineRule="auto"/>
        <w:ind w:firstLine="284"/>
        <w:jc w:val="both"/>
      </w:pPr>
      <w:r w:rsidRPr="00994820">
        <w:t>Aman scrollò le spalle «Normalmente basterebbe una squadra di cadetti, con qualche Elvenar di supporto, ma la città ha bisogno di conoscere il nuovo ufficiale, e tu hai bisogno di qualcosa di meno distruttivo per iniziare» disse guardandole con sguardo giudicante l’armatura e i guantoni. Fanny comprese che forse il suo abbigliamento era troppo da battaglia per una missione del genere.</w:t>
      </w:r>
    </w:p>
    <w:p w14:paraId="1DCC986C" w14:textId="77777777" w:rsidR="007C3C6C" w:rsidRPr="00994820" w:rsidRDefault="007C3C6C" w:rsidP="00B1354B">
      <w:pPr>
        <w:spacing w:before="100" w:beforeAutospacing="1" w:after="100" w:afterAutospacing="1" w:line="360" w:lineRule="auto"/>
        <w:ind w:firstLine="284"/>
        <w:jc w:val="both"/>
      </w:pPr>
      <w:r w:rsidRPr="00994820">
        <w:t>Superato il pannello di controllo emozionale posto tra la zona centrale delle città, sede del governo e caratterizzata dalle 4 torri, il gruppo entrò nell’Anello Residenziale Interno. Sede delle dimore più lussuose e riservate solo a membri dei tre dipartimenti, ammesso che il proprio Emotion Value lo permetta.</w:t>
      </w:r>
    </w:p>
    <w:p w14:paraId="4D003084" w14:textId="77777777" w:rsidR="007C3C6C" w:rsidRPr="00994820" w:rsidRDefault="007C3C6C" w:rsidP="00B1354B">
      <w:pPr>
        <w:spacing w:before="100" w:beforeAutospacing="1" w:after="100" w:afterAutospacing="1" w:line="360" w:lineRule="auto"/>
        <w:ind w:firstLine="284"/>
        <w:jc w:val="both"/>
      </w:pPr>
      <w:r w:rsidRPr="00994820">
        <w:t>Fanny non riusciva a distogliere lo sguardo dalle pareti che si aprivano, curve e calde, accoglienti come braccia di una madre che non aveva mai conosciuto. Le superfici brillavano appena, illuminate da luci che sembravano reagire al battito del cuore. Ogni passo che faceva su quei pavimenti antistress era un inganno: troppo morbidi per essere reali, eppure saldi proprio come il resto della città.</w:t>
      </w:r>
    </w:p>
    <w:p w14:paraId="1B520428" w14:textId="77777777" w:rsidR="007C3C6C" w:rsidRPr="00994820" w:rsidRDefault="007C3C6C" w:rsidP="00B1354B">
      <w:pPr>
        <w:spacing w:before="100" w:beforeAutospacing="1" w:after="100" w:afterAutospacing="1" w:line="360" w:lineRule="auto"/>
        <w:ind w:firstLine="284"/>
        <w:jc w:val="both"/>
      </w:pPr>
      <w:r w:rsidRPr="00994820">
        <w:t xml:space="preserve">Le abitazioni si susseguivano in cerchi concentrici, piccoli mondi autosufficienti. Al centro di ciascuno, vedeva gli “hub emozionali”: piattaforme traslucide dove le famiglie condividevano sorrisi, risate, e regolavano le proprie emozioni con cura. A volte con l’utilizzo di diffusori di Gratia Plus, la Gratia disponibile solo ai Dipartimenti e caratterizzata da effetti accuratamente regolabili. Alcuni ascoltando musiche o gustando visioni neurali progettate dai tecnici del pensiero del Dipartimento del Mezzogiorno. I più ricchi; ovvero coloro che per anni o in alcuni casi per intere generazioni avevano mantenuto intonso il proprio Emotion Value che sfiorava lo 0; potevano persino disporre di Opere d’arte private. </w:t>
      </w:r>
    </w:p>
    <w:p w14:paraId="347641F5" w14:textId="77777777" w:rsidR="007C3C6C" w:rsidRPr="00994820" w:rsidRDefault="007C3C6C" w:rsidP="00B1354B">
      <w:pPr>
        <w:spacing w:before="100" w:beforeAutospacing="1" w:after="100" w:afterAutospacing="1" w:line="360" w:lineRule="auto"/>
        <w:ind w:firstLine="284"/>
        <w:jc w:val="both"/>
      </w:pPr>
      <w:r w:rsidRPr="00994820">
        <w:t xml:space="preserve">Un bambino corse loro incontro — o forse lo fece per caso — e sfiorò un murale. Il disegno, un vecchio albero fiorito, si animò in un'esplosione di petali turchesi. Fanny si fermò. Il colore la raggiunse come una carezza. Se avesse potuto misurare il proprio EV con precisione, ne era certa, lo avrebbe trovato a calare persino di due punti, solo osservando quel murale. </w:t>
      </w:r>
      <w:r w:rsidRPr="00994820">
        <w:br/>
        <w:t>Si riscosse, ringhiando tra i denti. «Anche i muri vogliono controllarti, qui.»</w:t>
      </w:r>
    </w:p>
    <w:p w14:paraId="37CD1C29" w14:textId="77777777" w:rsidR="007C3C6C" w:rsidRPr="00994820" w:rsidRDefault="007C3C6C" w:rsidP="00B1354B">
      <w:pPr>
        <w:spacing w:before="100" w:beforeAutospacing="1" w:after="100" w:afterAutospacing="1" w:line="360" w:lineRule="auto"/>
        <w:ind w:firstLine="284"/>
        <w:jc w:val="both"/>
      </w:pPr>
      <w:r w:rsidRPr="00994820">
        <w:t>Rock le sorrise appena, Aman la superò senza una parola.</w:t>
      </w:r>
      <w:r w:rsidRPr="00994820">
        <w:br/>
        <w:t>Fanny li seguì. Ma dentro, qualcosa tremava. Non per paura.</w:t>
      </w:r>
      <w:r w:rsidRPr="00994820">
        <w:br/>
        <w:t>Perché una parte di lei — una piccolissima parte — voleva restare.</w:t>
      </w:r>
    </w:p>
    <w:p w14:paraId="52BE27A9" w14:textId="60625844" w:rsidR="007C3C6C" w:rsidRPr="00994820" w:rsidRDefault="007C3C6C" w:rsidP="00B1354B">
      <w:pPr>
        <w:spacing w:before="100" w:beforeAutospacing="1" w:after="100" w:afterAutospacing="1" w:line="360" w:lineRule="auto"/>
        <w:ind w:firstLine="284"/>
        <w:jc w:val="both"/>
      </w:pPr>
      <w:r w:rsidRPr="00994820">
        <w:lastRenderedPageBreak/>
        <w:t>Un altro checkpoint Emotivo venne superato dal gruppo. E gli agenti del Dipartimento del Tramonto si ritrovarono all’interno dell’Anello Commerciale. Appena varcato l’arco d’ingresso, Fanny fu investita da un caldo artificiale, quasi carnale.</w:t>
      </w:r>
      <w:r w:rsidR="00145167">
        <w:t xml:space="preserve"> </w:t>
      </w:r>
      <w:r w:rsidRPr="00994820">
        <w:t xml:space="preserve">Il </w:t>
      </w:r>
      <w:r w:rsidRPr="00994820">
        <w:rPr>
          <w:rStyle w:val="Enfasigrassetto"/>
          <w:rFonts w:eastAsiaTheme="majorEastAsia"/>
        </w:rPr>
        <w:t>Viale delle Tentazioni</w:t>
      </w:r>
      <w:r w:rsidRPr="00994820">
        <w:t xml:space="preserve"> la accolse come un alveare pulsante di rosso. Luci al neon tremolavano come vene scoperte, guidando lo sguardo verso pareti curve e vetrine animate. I </w:t>
      </w:r>
      <w:r w:rsidRPr="00994820">
        <w:rPr>
          <w:rStyle w:val="Enfasigrassetto"/>
          <w:rFonts w:eastAsiaTheme="majorEastAsia"/>
        </w:rPr>
        <w:t>lapdancer olografici</w:t>
      </w:r>
      <w:r w:rsidRPr="00994820">
        <w:t xml:space="preserve"> si muovevano al rallentatore, nudi, tangibili, ogni curva progettata con l’ossessione di chi conosce il desiderio meglio di chi lo prova. Non erano solo perfetti: erano umani. Troppo umani.</w:t>
      </w:r>
    </w:p>
    <w:p w14:paraId="64046545" w14:textId="4F9B4F9D" w:rsidR="007C3C6C" w:rsidRPr="00994820" w:rsidRDefault="007C3C6C" w:rsidP="00B1354B">
      <w:pPr>
        <w:spacing w:before="100" w:beforeAutospacing="1" w:after="100" w:afterAutospacing="1" w:line="360" w:lineRule="auto"/>
        <w:ind w:firstLine="284"/>
        <w:jc w:val="both"/>
      </w:pPr>
      <w:r w:rsidRPr="00994820">
        <w:t>Rock si voltò appena, come per controllare se lei si fosse nuovamente fermata. Fanny ignorò lo sguardo.</w:t>
      </w:r>
      <w:r w:rsidR="00145167">
        <w:t xml:space="preserve"> </w:t>
      </w:r>
      <w:r w:rsidRPr="00994820">
        <w:t>Sapeva cosa stava pensando. Anche lei lo pensava.</w:t>
      </w:r>
      <w:r w:rsidRPr="00994820">
        <w:br/>
        <w:t xml:space="preserve">Quel posto non era solo indecente. Era </w:t>
      </w:r>
      <w:r w:rsidRPr="00994820">
        <w:rPr>
          <w:rStyle w:val="Enfasigrassetto"/>
          <w:rFonts w:eastAsiaTheme="majorEastAsia"/>
        </w:rPr>
        <w:t>magnetico</w:t>
      </w:r>
      <w:r w:rsidRPr="00994820">
        <w:t>. Si ritrovò ad arrossire per la seconda volta nella stessa giornata. Così accelerò il passo.</w:t>
      </w:r>
    </w:p>
    <w:p w14:paraId="0F24D7CA" w14:textId="77777777" w:rsidR="00145167" w:rsidRDefault="007C3C6C" w:rsidP="00B1354B">
      <w:pPr>
        <w:spacing w:before="100" w:beforeAutospacing="1" w:after="100" w:afterAutospacing="1" w:line="360" w:lineRule="auto"/>
        <w:ind w:firstLine="284"/>
        <w:jc w:val="both"/>
      </w:pPr>
      <w:r w:rsidRPr="00994820">
        <w:t>Un’insegna lampeggiava sopra di loro.</w:t>
      </w:r>
      <w:r w:rsidR="00145167">
        <w:t xml:space="preserve"> </w:t>
      </w:r>
    </w:p>
    <w:p w14:paraId="55C4DC2B" w14:textId="77777777" w:rsidR="00145167" w:rsidRDefault="007C3C6C" w:rsidP="00B1354B">
      <w:pPr>
        <w:spacing w:before="100" w:beforeAutospacing="1" w:after="100" w:afterAutospacing="1" w:line="360" w:lineRule="auto"/>
        <w:ind w:firstLine="284"/>
        <w:jc w:val="both"/>
      </w:pPr>
      <w:r w:rsidRPr="00994820">
        <w:rPr>
          <w:rStyle w:val="Enfasigrassetto"/>
          <w:rFonts w:eastAsiaTheme="majorEastAsia"/>
        </w:rPr>
        <w:t>SCOPRI CIÒ CHE TI È STATO PERMESSO DESIDERARE.</w:t>
      </w:r>
    </w:p>
    <w:p w14:paraId="17ADF0F8" w14:textId="5DCB27DB" w:rsidR="007C3C6C" w:rsidRPr="00994820" w:rsidRDefault="007C3C6C" w:rsidP="00B1354B">
      <w:pPr>
        <w:spacing w:before="100" w:beforeAutospacing="1" w:after="100" w:afterAutospacing="1" w:line="360" w:lineRule="auto"/>
        <w:ind w:firstLine="284"/>
        <w:jc w:val="both"/>
      </w:pPr>
      <w:r w:rsidRPr="00994820">
        <w:t>Una farsa. Eppure, sentì qualcosa torcersi dentro, come una corrente che graffia il rame. I sensori negli occhi lampeggiarono. La stessa sensazione del murale al settore residenziale. Anche questa volta era certa che il suo EV sarebbe risultato ancora più basso. Si sentiva più allegra. Ma era una felicità strana, non riuscì a definirla a pieno. Poi realizzò all’improvviso, era la stessa sensazione che la avvolse quando Stein l’aveva avvolta in quel suo fumo denso e rosa. Per fortuna quello spiacevole incontro le aveva insegnato come comportarsi. Si morse la guancia per ricomporsi.</w:t>
      </w:r>
    </w:p>
    <w:p w14:paraId="070218F6" w14:textId="77777777" w:rsidR="007C3C6C" w:rsidRPr="00994820" w:rsidRDefault="007C3C6C" w:rsidP="00B1354B">
      <w:pPr>
        <w:spacing w:before="100" w:beforeAutospacing="1" w:after="100" w:afterAutospacing="1" w:line="360" w:lineRule="auto"/>
        <w:ind w:firstLine="284"/>
        <w:jc w:val="both"/>
      </w:pPr>
      <w:r w:rsidRPr="00994820">
        <w:t>Il pavimento era lucido di pioggia sintetica. Rifletteva i passanti come spettri desideranti, figure senza volto che si lasciavano risucchiare nei locali notturni come in bocche fameliche. Ogni vetrina una promessa. Fanny non riusciva a capire dove guardare, attorno a loro era pieno di nudità e di cittadini che si lasciavano andare alle più frenetiche effusioni. Si rese rapidamente conto di essere l’unica a sentirsi a disagio in tutto questo e le vennero in mente le parole di Kieran. Così quella felicità a lei estranea venne rapidamente sostituita da un nervoso assai più familiare.</w:t>
      </w:r>
    </w:p>
    <w:p w14:paraId="7684580D" w14:textId="77777777" w:rsidR="007C3C6C" w:rsidRPr="00994820" w:rsidRDefault="007C3C6C" w:rsidP="00B1354B">
      <w:pPr>
        <w:spacing w:before="100" w:beforeAutospacing="1" w:after="100" w:afterAutospacing="1" w:line="360" w:lineRule="auto"/>
        <w:ind w:firstLine="284"/>
        <w:jc w:val="both"/>
      </w:pPr>
      <w:r w:rsidRPr="00994820">
        <w:t xml:space="preserve">Quando il viale declinò dolcemente verso la </w:t>
      </w:r>
      <w:r w:rsidRPr="00994820">
        <w:rPr>
          <w:rStyle w:val="Enfasigrassetto"/>
          <w:rFonts w:eastAsiaTheme="majorEastAsia"/>
        </w:rPr>
        <w:t>Strada dei Sogni</w:t>
      </w:r>
      <w:r w:rsidRPr="00994820">
        <w:t>, l’atmosfera cambiò ancora.</w:t>
      </w:r>
      <w:r w:rsidRPr="00994820">
        <w:br/>
        <w:t>Meno carne. Più illusione.</w:t>
      </w:r>
    </w:p>
    <w:p w14:paraId="4E32DDE3" w14:textId="77777777" w:rsidR="007C3C6C" w:rsidRPr="00994820" w:rsidRDefault="007C3C6C" w:rsidP="00B1354B">
      <w:pPr>
        <w:spacing w:before="100" w:beforeAutospacing="1" w:after="100" w:afterAutospacing="1" w:line="360" w:lineRule="auto"/>
        <w:ind w:firstLine="284"/>
        <w:jc w:val="both"/>
      </w:pPr>
      <w:r w:rsidRPr="00994820">
        <w:t xml:space="preserve">Le luci si fecero più morbide, i suoni ovattati, come in un sogno guidato. Vapori colorati danzavano sull’asfalto, sussurrando inviti attraverso melodie calibrate. Le esperienze di </w:t>
      </w:r>
      <w:r w:rsidRPr="00994820">
        <w:rPr>
          <w:rStyle w:val="Enfasigrassetto"/>
          <w:rFonts w:eastAsiaTheme="majorEastAsia"/>
        </w:rPr>
        <w:t>piacere fisico</w:t>
      </w:r>
      <w:r w:rsidRPr="00994820">
        <w:t xml:space="preserve"> si fondevano con quelle </w:t>
      </w:r>
      <w:r w:rsidRPr="00994820">
        <w:rPr>
          <w:rStyle w:val="Enfasigrassetto"/>
          <w:rFonts w:eastAsiaTheme="majorEastAsia"/>
        </w:rPr>
        <w:t>sensoriali</w:t>
      </w:r>
      <w:r w:rsidRPr="00994820">
        <w:t>, e Fanny non sapeva più se ciò che sentiva provenisse dall’esterno o da dentro di lei.</w:t>
      </w:r>
    </w:p>
    <w:p w14:paraId="106FA118" w14:textId="77777777" w:rsidR="00A20E7A" w:rsidRDefault="007C3C6C" w:rsidP="00B1354B">
      <w:pPr>
        <w:spacing w:before="100" w:beforeAutospacing="1" w:after="100" w:afterAutospacing="1" w:line="360" w:lineRule="auto"/>
        <w:ind w:firstLine="284"/>
        <w:jc w:val="both"/>
      </w:pPr>
      <w:r w:rsidRPr="00994820">
        <w:lastRenderedPageBreak/>
        <w:t>«Non fermarti» disse Aman, freddo come acciaio bagnato.</w:t>
      </w:r>
      <w:r w:rsidR="00A20E7A">
        <w:t xml:space="preserve"> </w:t>
      </w:r>
    </w:p>
    <w:p w14:paraId="10772E5A" w14:textId="5AFBFEED" w:rsidR="007C3C6C" w:rsidRPr="00994820" w:rsidRDefault="007C3C6C" w:rsidP="00B1354B">
      <w:pPr>
        <w:spacing w:before="100" w:beforeAutospacing="1" w:after="100" w:afterAutospacing="1" w:line="360" w:lineRule="auto"/>
        <w:ind w:firstLine="284"/>
        <w:jc w:val="both"/>
      </w:pPr>
      <w:r w:rsidRPr="00994820">
        <w:t>Fanny non rispose. Ma ogni passo le sembrava più lento.</w:t>
      </w:r>
    </w:p>
    <w:p w14:paraId="4739E0DA" w14:textId="41EB0795" w:rsidR="00A20E7A" w:rsidRDefault="007C3C6C" w:rsidP="00B1354B">
      <w:pPr>
        <w:pStyle w:val="NormaleWeb"/>
        <w:spacing w:line="360" w:lineRule="auto"/>
        <w:ind w:firstLine="284"/>
        <w:jc w:val="both"/>
      </w:pPr>
      <w:r w:rsidRPr="00994820">
        <w:t xml:space="preserve">Raggiunsero infine il primo indirizzo da controllare: Il </w:t>
      </w:r>
      <w:r w:rsidRPr="00994820">
        <w:rPr>
          <w:b/>
          <w:bCs/>
        </w:rPr>
        <w:t>Teatro dell’abbandono</w:t>
      </w:r>
      <w:r w:rsidRPr="00994820">
        <w:t xml:space="preserve"> era davanti ai loro occhi.</w:t>
      </w:r>
    </w:p>
    <w:p w14:paraId="544C3E7C" w14:textId="6B663D21" w:rsidR="00CD408F" w:rsidRPr="00994820" w:rsidRDefault="00A20E7A" w:rsidP="00A20E7A">
      <w:pPr>
        <w:spacing w:after="160" w:line="259" w:lineRule="auto"/>
      </w:pPr>
      <w:r>
        <w:br w:type="page"/>
      </w:r>
    </w:p>
    <w:p w14:paraId="27DE68B1" w14:textId="01233E83" w:rsidR="007C3C6C" w:rsidRPr="001D593F" w:rsidRDefault="007C3C6C" w:rsidP="00A73788">
      <w:pPr>
        <w:pStyle w:val="Titolo1"/>
        <w:jc w:val="center"/>
      </w:pPr>
      <w:r w:rsidRPr="001D593F">
        <w:lastRenderedPageBreak/>
        <w:t xml:space="preserve">Capitolo </w:t>
      </w:r>
      <w:r w:rsidR="001D593F">
        <w:t>VIII</w:t>
      </w:r>
      <w:r w:rsidR="001D593F" w:rsidRPr="001D593F">
        <w:t xml:space="preserve"> – Un cittadino Qualunque</w:t>
      </w:r>
    </w:p>
    <w:p w14:paraId="1A6303BA" w14:textId="300F7F8A" w:rsidR="007C3C6C" w:rsidRDefault="007C3C6C" w:rsidP="00B1354B">
      <w:pPr>
        <w:spacing w:line="360" w:lineRule="auto"/>
        <w:ind w:firstLine="284"/>
        <w:jc w:val="both"/>
        <w:rPr>
          <w:noProof/>
          <w14:ligatures w14:val="standardContextual"/>
        </w:rPr>
      </w:pPr>
    </w:p>
    <w:p w14:paraId="5AA62EAD" w14:textId="77777777" w:rsidR="001D593F" w:rsidRDefault="001D593F" w:rsidP="00B1354B">
      <w:pPr>
        <w:spacing w:line="360" w:lineRule="auto"/>
        <w:ind w:firstLine="284"/>
        <w:jc w:val="both"/>
        <w:rPr>
          <w:noProof/>
          <w14:ligatures w14:val="standardContextual"/>
        </w:rPr>
      </w:pPr>
    </w:p>
    <w:p w14:paraId="69F707C0" w14:textId="77777777" w:rsidR="001D593F" w:rsidRDefault="001D593F" w:rsidP="00B1354B">
      <w:pPr>
        <w:spacing w:line="360" w:lineRule="auto"/>
        <w:ind w:firstLine="284"/>
        <w:jc w:val="both"/>
        <w:rPr>
          <w:noProof/>
          <w14:ligatures w14:val="standardContextual"/>
        </w:rPr>
      </w:pPr>
    </w:p>
    <w:p w14:paraId="77C71D4D" w14:textId="77777777" w:rsidR="001D593F" w:rsidRPr="00994820" w:rsidRDefault="001D593F" w:rsidP="00B1354B">
      <w:pPr>
        <w:spacing w:line="360" w:lineRule="auto"/>
        <w:ind w:firstLine="284"/>
        <w:jc w:val="both"/>
      </w:pPr>
    </w:p>
    <w:p w14:paraId="6392BD9A" w14:textId="77777777" w:rsidR="007C3C6C" w:rsidRPr="00994820" w:rsidRDefault="007C3C6C" w:rsidP="00B1354B">
      <w:pPr>
        <w:spacing w:before="100" w:beforeAutospacing="1" w:after="100" w:afterAutospacing="1" w:line="360" w:lineRule="auto"/>
        <w:ind w:firstLine="284"/>
        <w:jc w:val="both"/>
      </w:pPr>
      <w:r w:rsidRPr="00994820">
        <w:t>Il Teatro dell’Abbandono sembrava respirare da solo.</w:t>
      </w:r>
    </w:p>
    <w:p w14:paraId="0F809E48" w14:textId="77777777" w:rsidR="007C3C6C" w:rsidRPr="00994820" w:rsidRDefault="007C3C6C" w:rsidP="00B1354B">
      <w:pPr>
        <w:spacing w:before="100" w:beforeAutospacing="1" w:after="100" w:afterAutospacing="1" w:line="360" w:lineRule="auto"/>
        <w:ind w:firstLine="284"/>
        <w:jc w:val="both"/>
      </w:pPr>
      <w:r w:rsidRPr="00994820">
        <w:t>Immenso, bulboso, avvolto da archi che sembravano sciogliersi allo sguardo e riflessi cangianti. Le sue pareti erano di un materiale che ricordava vetro fuso e bronzo vivo, pulsavano sotto la luce artificiale come pelle sotto stimoli chimici. Ogni curva dell’edificio sembrava disegnata per attrarre, per invocare il desiderio, per farsi guardare un secondo di troppo.</w:t>
      </w:r>
    </w:p>
    <w:p w14:paraId="5444E1C2" w14:textId="77777777" w:rsidR="007C3C6C" w:rsidRPr="00994820" w:rsidRDefault="007C3C6C" w:rsidP="00B1354B">
      <w:pPr>
        <w:spacing w:before="100" w:beforeAutospacing="1" w:after="100" w:afterAutospacing="1" w:line="360" w:lineRule="auto"/>
        <w:ind w:firstLine="284"/>
        <w:jc w:val="both"/>
      </w:pPr>
      <w:r w:rsidRPr="00994820">
        <w:t>Fanny si fermò a osservarlo. Non per curiosità — per dovere. Il luogo aveva un nome ridicolo, troppo drammatico per i suoi gusti. Eppure, c’era qualcosa di vischioso nella sua estetica, come un canto che ti scivola nel cervello. Il teatro si apriva su una scalinata ampia, affollata da figure che sembravano sorridere troppo. Tutto odorava di spezie sintetiche e un odore che le era ora familiare. Era lo stesso profumo che avvolse la sua stanza quando quel tavolo, ai suoi occhi magico, le aveva donato quella succosa bistecca.</w:t>
      </w:r>
    </w:p>
    <w:p w14:paraId="7195B2C1" w14:textId="77777777" w:rsidR="007C3C6C" w:rsidRPr="00994820" w:rsidRDefault="007C3C6C" w:rsidP="00B1354B">
      <w:pPr>
        <w:spacing w:before="100" w:beforeAutospacing="1" w:after="100" w:afterAutospacing="1" w:line="360" w:lineRule="auto"/>
        <w:ind w:firstLine="284"/>
        <w:jc w:val="both"/>
      </w:pPr>
      <w:r w:rsidRPr="00994820">
        <w:t>Sopra l’ingresso, un ologramma di una cantante fluttuava in loop: abito iridescente, gesto teatrale, voce dolcissima che nessuno sentiva davvero. Solo le labbra che si muovevano. Sul lato dell’edificio, incastonate nelle pareti, fontane verticali gettavano cascate di liquido colorato — probabilmente piscotropi, pensò — che si raccoglievano in vasche trasparenti, a disposizione degli avventori.</w:t>
      </w:r>
    </w:p>
    <w:p w14:paraId="16F789CE" w14:textId="77777777" w:rsidR="007C3C6C" w:rsidRPr="00994820" w:rsidRDefault="007C3C6C" w:rsidP="00B1354B">
      <w:pPr>
        <w:spacing w:before="100" w:beforeAutospacing="1" w:after="100" w:afterAutospacing="1" w:line="360" w:lineRule="auto"/>
        <w:ind w:firstLine="284"/>
        <w:jc w:val="both"/>
      </w:pPr>
      <w:r w:rsidRPr="00994820">
        <w:t xml:space="preserve">Ogni dettaglio urlava una sola cosa: </w:t>
      </w:r>
      <w:r w:rsidRPr="00994820">
        <w:rPr>
          <w:rStyle w:val="Enfasicorsivo"/>
          <w:rFonts w:eastAsiaTheme="majorEastAsia"/>
        </w:rPr>
        <w:t>qui puoi smettere di pensare</w:t>
      </w:r>
      <w:r w:rsidRPr="00994820">
        <w:t>.</w:t>
      </w:r>
    </w:p>
    <w:p w14:paraId="316E68B2" w14:textId="77777777" w:rsidR="007C3C6C" w:rsidRPr="00994820" w:rsidRDefault="007C3C6C" w:rsidP="00B1354B">
      <w:pPr>
        <w:pStyle w:val="NormaleWeb"/>
        <w:spacing w:line="360" w:lineRule="auto"/>
        <w:ind w:firstLine="284"/>
        <w:jc w:val="both"/>
      </w:pPr>
      <w:r w:rsidRPr="00994820">
        <w:t>A questo punto Aman si voltò e spezzò il flusso di pensieri della ragazza dagli occhi smeraldini.</w:t>
      </w:r>
      <w:r w:rsidRPr="00994820">
        <w:br/>
        <w:t>«Chi se ne vuole occupare?»</w:t>
      </w:r>
    </w:p>
    <w:p w14:paraId="73B34BBA" w14:textId="77777777" w:rsidR="007C3C6C" w:rsidRPr="00994820" w:rsidRDefault="007C3C6C" w:rsidP="00B1354B">
      <w:pPr>
        <w:pStyle w:val="NormaleWeb"/>
        <w:spacing w:line="360" w:lineRule="auto"/>
        <w:ind w:firstLine="284"/>
        <w:jc w:val="both"/>
      </w:pPr>
      <w:r w:rsidRPr="00994820">
        <w:t>«…sono uno a testa?» chiese Fanny.</w:t>
      </w:r>
    </w:p>
    <w:p w14:paraId="406D2152" w14:textId="77777777" w:rsidR="007C3C6C" w:rsidRPr="00994820" w:rsidRDefault="007C3C6C" w:rsidP="00B1354B">
      <w:pPr>
        <w:pStyle w:val="NormaleWeb"/>
        <w:spacing w:line="360" w:lineRule="auto"/>
        <w:ind w:firstLine="284"/>
        <w:jc w:val="both"/>
      </w:pPr>
      <w:r w:rsidRPr="00994820">
        <w:t>«Esatto.»</w:t>
      </w:r>
    </w:p>
    <w:p w14:paraId="35A41F48" w14:textId="77777777" w:rsidR="007C3C6C" w:rsidRPr="00994820" w:rsidRDefault="007C3C6C" w:rsidP="00B1354B">
      <w:pPr>
        <w:pStyle w:val="NormaleWeb"/>
        <w:spacing w:line="360" w:lineRule="auto"/>
        <w:ind w:firstLine="284"/>
        <w:jc w:val="both"/>
      </w:pPr>
      <w:r w:rsidRPr="00994820">
        <w:t>«Tu di chi ti occuperai?» chiese con tono falsamente curioso.</w:t>
      </w:r>
    </w:p>
    <w:p w14:paraId="7450D47C" w14:textId="77777777" w:rsidR="007C3C6C" w:rsidRPr="00994820" w:rsidRDefault="007C3C6C" w:rsidP="00B1354B">
      <w:pPr>
        <w:pStyle w:val="NormaleWeb"/>
        <w:spacing w:line="360" w:lineRule="auto"/>
        <w:ind w:firstLine="284"/>
        <w:jc w:val="both"/>
      </w:pPr>
      <w:r w:rsidRPr="00994820">
        <w:t>«Li farei tutti e tre, ma pare che dobbiamo vederti all’opera.»</w:t>
      </w:r>
    </w:p>
    <w:p w14:paraId="5BF49640" w14:textId="77777777" w:rsidR="007C3C6C" w:rsidRPr="00994820" w:rsidRDefault="007C3C6C" w:rsidP="00B1354B">
      <w:pPr>
        <w:pStyle w:val="NormaleWeb"/>
        <w:spacing w:line="360" w:lineRule="auto"/>
        <w:ind w:firstLine="284"/>
        <w:jc w:val="both"/>
      </w:pPr>
      <w:r w:rsidRPr="00994820">
        <w:t>«Ok… provo.» rispose secca, come per voler chiudere rapidamente quella conversazione.</w:t>
      </w:r>
    </w:p>
    <w:p w14:paraId="5135032B" w14:textId="77777777" w:rsidR="007C3C6C" w:rsidRPr="00994820" w:rsidRDefault="007C3C6C" w:rsidP="00B1354B">
      <w:pPr>
        <w:pStyle w:val="NormaleWeb"/>
        <w:spacing w:line="360" w:lineRule="auto"/>
        <w:ind w:firstLine="284"/>
        <w:jc w:val="both"/>
      </w:pPr>
      <w:r w:rsidRPr="00994820">
        <w:lastRenderedPageBreak/>
        <w:t>Aman annuì, poi voltò lo sgaurdo verso Rock. Lei sembrò intuire l’ordine e con una serie di scatti eleganti raggiunse il tetto del palazzo di fronte al teatro. Si coprì con il suo mantello scuro e generò dal suo petto un enorme fucile di precisione a doppia canna. Fanny l’aveva già vista agire così: quella sera davanti alla Hope Factory. Le fece strano trovarsi questa volta a vederla agire non come nemica, ma come alleata.</w:t>
      </w:r>
    </w:p>
    <w:p w14:paraId="79C7745D" w14:textId="77777777" w:rsidR="007C3C6C" w:rsidRPr="00994820" w:rsidRDefault="007C3C6C" w:rsidP="00B1354B">
      <w:pPr>
        <w:pStyle w:val="NormaleWeb"/>
        <w:spacing w:line="360" w:lineRule="auto"/>
        <w:ind w:firstLine="284"/>
        <w:jc w:val="both"/>
      </w:pPr>
      <w:r w:rsidRPr="00994820">
        <w:t>Due cadetti affiancarono Fanny, una per ogni lato. La ragazza era la stessa che le aveva lanciato l’occhiataccia, era stata scelta per questo? L’altro ragazzo, invece, era un ragazzino biondo con i capelli arruffati. Fanny vi si concentrò per alcuni secondi: La colpì il cuore bionico ben visibile attraverso quella che sembrava una vetrina sul petto. Fanny non riuscì a non vedersi affine a un collega di cuore artificiale, ma “Non potrei mai trasformarmi le tette in una vetrina” pensò tra sé divertita.</w:t>
      </w:r>
    </w:p>
    <w:p w14:paraId="73C81BA1" w14:textId="77777777" w:rsidR="007C3C6C" w:rsidRPr="00994820" w:rsidRDefault="007C3C6C" w:rsidP="00B1354B">
      <w:pPr>
        <w:pStyle w:val="NormaleWeb"/>
        <w:spacing w:line="360" w:lineRule="auto"/>
        <w:ind w:firstLine="284"/>
        <w:jc w:val="both"/>
      </w:pPr>
      <w:r w:rsidRPr="00994820">
        <w:t>Fanny tirò un respiro lungo, il braccio cibernetico che le pizzicava come sempre in presenza di flussi energetici forti. Poi fece un passo avanti. Le porte si aprirono. E la città si mise a cantare.</w:t>
      </w:r>
    </w:p>
    <w:p w14:paraId="5ED8D577" w14:textId="77777777" w:rsidR="007C3C6C" w:rsidRPr="00994820" w:rsidRDefault="007C3C6C" w:rsidP="00B1354B">
      <w:pPr>
        <w:pStyle w:val="NormaleWeb"/>
        <w:spacing w:line="360" w:lineRule="auto"/>
        <w:ind w:firstLine="284"/>
        <w:jc w:val="both"/>
      </w:pPr>
      <w:r w:rsidRPr="00994820">
        <w:t>Mentre entrava, come da protocollo, i due cadetti tirarono fuori e attivarono due Emotion Eye a testa, che individuando Fanny come Shinigami, si connessero alla sua armatura, pronta a ricevere gli input che quegli occhi le avrebbero inviato.</w:t>
      </w:r>
    </w:p>
    <w:p w14:paraId="3F821850" w14:textId="77777777" w:rsidR="007C3C6C" w:rsidRPr="00994820" w:rsidRDefault="007C3C6C" w:rsidP="00B1354B">
      <w:pPr>
        <w:spacing w:before="100" w:beforeAutospacing="1" w:after="100" w:afterAutospacing="1" w:line="360" w:lineRule="auto"/>
        <w:ind w:firstLine="284"/>
        <w:jc w:val="both"/>
      </w:pPr>
      <w:r w:rsidRPr="00994820">
        <w:t>Fanny fece un passo dentro e il mondo cambiò.</w:t>
      </w:r>
    </w:p>
    <w:p w14:paraId="7CEB85FB" w14:textId="77777777" w:rsidR="007C3C6C" w:rsidRPr="00994820" w:rsidRDefault="007C3C6C" w:rsidP="00B1354B">
      <w:pPr>
        <w:spacing w:before="100" w:beforeAutospacing="1" w:after="100" w:afterAutospacing="1" w:line="360" w:lineRule="auto"/>
        <w:ind w:firstLine="284"/>
        <w:jc w:val="both"/>
      </w:pPr>
      <w:r w:rsidRPr="00994820">
        <w:t>Il buio dell’esterno fu risucchiato da un’esplosione di luci fluide e suoni armonici, quasi liquidi. Le pareti, alte e maestose, si aprivano in archi profondi, scolpiti in uno stile che ricordava le cattedrali… se fossero state costruite da una mente sotto stimolanti.</w:t>
      </w:r>
    </w:p>
    <w:p w14:paraId="727FF4FA" w14:textId="77777777" w:rsidR="007C3C6C" w:rsidRPr="00994820" w:rsidRDefault="007C3C6C" w:rsidP="00B1354B">
      <w:pPr>
        <w:spacing w:before="100" w:beforeAutospacing="1" w:after="100" w:afterAutospacing="1" w:line="360" w:lineRule="auto"/>
        <w:ind w:firstLine="284"/>
        <w:jc w:val="both"/>
      </w:pPr>
      <w:r w:rsidRPr="00994820">
        <w:t xml:space="preserve">Dal soffitto sgorgavano </w:t>
      </w:r>
      <w:r w:rsidRPr="00994820">
        <w:rPr>
          <w:rStyle w:val="Enfasigrassetto"/>
          <w:rFonts w:eastAsiaTheme="majorEastAsia"/>
        </w:rPr>
        <w:t>cascate verticali di liquidi psicotropi</w:t>
      </w:r>
      <w:r w:rsidRPr="00994820">
        <w:t>, ognuna tinta di un colore diverso: azzurro effervescente, verde fluo, rosso pulsante. Cadevano lente, sensuali, dentro vasche incastonate tra i tavoli, dove ogni cliente poteva attingere con eleganza o ingordigia.</w:t>
      </w:r>
    </w:p>
    <w:p w14:paraId="31E61255" w14:textId="77777777" w:rsidR="007C3C6C" w:rsidRPr="00994820" w:rsidRDefault="007C3C6C" w:rsidP="00B1354B">
      <w:pPr>
        <w:spacing w:before="100" w:beforeAutospacing="1" w:after="100" w:afterAutospacing="1" w:line="360" w:lineRule="auto"/>
        <w:ind w:firstLine="284"/>
        <w:jc w:val="both"/>
      </w:pPr>
      <w:r w:rsidRPr="00994820">
        <w:rPr>
          <w:rStyle w:val="relative"/>
          <w:rFonts w:eastAsiaTheme="majorEastAsia"/>
        </w:rPr>
        <w:t xml:space="preserve">Al centro della sala, su un palco circolare rialzato, danzavano tre figure luminose: </w:t>
      </w:r>
      <w:r w:rsidRPr="00994820">
        <w:rPr>
          <w:rStyle w:val="Enfasigrassetto"/>
          <w:rFonts w:eastAsiaTheme="majorEastAsia"/>
        </w:rPr>
        <w:t>ologrammi di tre ballerine</w:t>
      </w:r>
      <w:r w:rsidRPr="00994820">
        <w:rPr>
          <w:rStyle w:val="relative"/>
          <w:rFonts w:eastAsiaTheme="majorEastAsia"/>
        </w:rPr>
        <w:t>.</w:t>
      </w:r>
      <w:r w:rsidRPr="00994820">
        <w:t xml:space="preserve"> </w:t>
      </w:r>
      <w:r w:rsidRPr="00994820">
        <w:rPr>
          <w:rStyle w:val="relative"/>
          <w:rFonts w:eastAsiaTheme="majorEastAsia"/>
        </w:rPr>
        <w:t>I loro movimenti erano sincronizzati alla perfezione, ogni gesto studiato per evocare emozioni precise nel pubblico.</w:t>
      </w:r>
      <w:r w:rsidRPr="00994820">
        <w:t xml:space="preserve"> </w:t>
      </w:r>
      <w:r w:rsidRPr="00994820">
        <w:rPr>
          <w:rStyle w:val="relative"/>
          <w:rFonts w:eastAsiaTheme="majorEastAsia"/>
        </w:rPr>
        <w:t>Una di loro, con lunghi capelli lunghi, dorati che sfumavano in un rosa luminoso e raccolti in due lunghi codini aveva un sorriso contagioso, sembrava divertirsi sinceramente a ballare, trasmettendo un'energia vivace che coinvolgeva l'intera sala.</w:t>
      </w:r>
      <w:r w:rsidRPr="00994820">
        <w:t xml:space="preserve"> </w:t>
      </w:r>
      <w:r w:rsidRPr="00994820">
        <w:rPr>
          <w:rStyle w:val="relative"/>
          <w:rFonts w:eastAsiaTheme="majorEastAsia"/>
        </w:rPr>
        <w:t>Le altre due, una con un'espressione dolce e l'altra con uno sguardo deciso, completavano la coreografia con grazia e determinazione.</w:t>
      </w:r>
      <w:r w:rsidRPr="00994820">
        <w:t>​</w:t>
      </w:r>
    </w:p>
    <w:p w14:paraId="625A15ED" w14:textId="77777777" w:rsidR="007C3C6C" w:rsidRPr="00994820" w:rsidRDefault="007C3C6C" w:rsidP="00B1354B">
      <w:pPr>
        <w:spacing w:before="100" w:beforeAutospacing="1" w:after="100" w:afterAutospacing="1" w:line="360" w:lineRule="auto"/>
        <w:ind w:firstLine="284"/>
        <w:jc w:val="both"/>
      </w:pPr>
      <w:r w:rsidRPr="00994820">
        <w:t>Erano così reali che Fanny fu costretta a strizzare gli occhi. Sembravano capaci di respirare.</w:t>
      </w:r>
    </w:p>
    <w:p w14:paraId="35081724" w14:textId="77777777" w:rsidR="007C3C6C" w:rsidRPr="00994820" w:rsidRDefault="007C3C6C" w:rsidP="00B1354B">
      <w:pPr>
        <w:spacing w:before="100" w:beforeAutospacing="1" w:after="100" w:afterAutospacing="1" w:line="360" w:lineRule="auto"/>
        <w:ind w:firstLine="284"/>
        <w:jc w:val="both"/>
      </w:pPr>
      <w:r w:rsidRPr="00994820">
        <w:lastRenderedPageBreak/>
        <w:t>Il pubblico osservava in silenzio religioso, bevendo dai propri calici con movimenti sincronizzati. Alcuni ridevano, altri si commuovevano. Ogni tavolo era un piccolo altare emotivo, e ogni spettatore un devoto pronto a sacrificare il proprio EV per un attimo di abbandono.</w:t>
      </w:r>
    </w:p>
    <w:p w14:paraId="126C8517" w14:textId="77777777" w:rsidR="007C3C6C" w:rsidRPr="00994820" w:rsidRDefault="007C3C6C" w:rsidP="00B1354B">
      <w:pPr>
        <w:spacing w:before="100" w:beforeAutospacing="1" w:after="100" w:afterAutospacing="1" w:line="360" w:lineRule="auto"/>
        <w:ind w:firstLine="284"/>
        <w:jc w:val="both"/>
      </w:pPr>
      <w:r w:rsidRPr="00994820">
        <w:t>L’aria era carica di essenze dolciastre, probabilmente vaporizzate dalle stesse bevande. I sensori del suo braccio cibernetico vibrarono leggermente, disturbati dall’intensità del campo olografico.</w:t>
      </w:r>
    </w:p>
    <w:p w14:paraId="683A81FE" w14:textId="77777777" w:rsidR="007C3C6C" w:rsidRPr="00994820" w:rsidRDefault="007C3C6C" w:rsidP="00B1354B">
      <w:pPr>
        <w:spacing w:before="100" w:beforeAutospacing="1" w:after="100" w:afterAutospacing="1" w:line="360" w:lineRule="auto"/>
        <w:ind w:firstLine="284"/>
        <w:jc w:val="both"/>
      </w:pPr>
      <w:r w:rsidRPr="00994820">
        <w:t>Fanny non era mai stata in un posto simile, i suoi occhi erano spalancati e voltando lievemente lo sguardo notò che il ragazzino era incantato a guardare la ballerina centrale</w:t>
      </w:r>
    </w:p>
    <w:p w14:paraId="2799E7C8" w14:textId="77777777" w:rsidR="007C3C6C" w:rsidRPr="00994820" w:rsidRDefault="007C3C6C" w:rsidP="00B1354B">
      <w:pPr>
        <w:spacing w:before="100" w:beforeAutospacing="1" w:after="100" w:afterAutospacing="1" w:line="360" w:lineRule="auto"/>
        <w:ind w:firstLine="284"/>
        <w:jc w:val="both"/>
      </w:pPr>
      <w:r w:rsidRPr="00994820">
        <w:t>«Beh? Guarda che siamo a lavoro!» disse emulando una falsa autorità e colpendolo con il braccio d’acciaio sulla spalla rinforzata del cadetto. Il cadetto scattò in piedi sfoggiando un sorriso forzato e a 32 denti, sembrava stesse facendo un saluto militare. Fanny si limitò a lanciargli un sorriso per rincuorarlo «Tranquillo, scherzavo…» disse con voce flebile</w:t>
      </w:r>
    </w:p>
    <w:p w14:paraId="565DBCD2" w14:textId="77777777" w:rsidR="007C3C6C" w:rsidRPr="00994820" w:rsidRDefault="007C3C6C" w:rsidP="00B1354B">
      <w:pPr>
        <w:spacing w:before="100" w:beforeAutospacing="1" w:after="100" w:afterAutospacing="1" w:line="360" w:lineRule="auto"/>
        <w:ind w:firstLine="284"/>
        <w:jc w:val="both"/>
      </w:pPr>
      <w:r w:rsidRPr="00994820">
        <w:t>«tsk.» iniziò freddamente la ragazza dai capelli azzurri «L’ex criminale ha ragione. Dovresti essere molto più seria, è la nostra prima missione!»</w:t>
      </w:r>
    </w:p>
    <w:p w14:paraId="6521A3F8" w14:textId="77777777" w:rsidR="007C3C6C" w:rsidRPr="00994820" w:rsidRDefault="007C3C6C" w:rsidP="00B1354B">
      <w:pPr>
        <w:spacing w:before="100" w:beforeAutospacing="1" w:after="100" w:afterAutospacing="1" w:line="360" w:lineRule="auto"/>
        <w:ind w:firstLine="284"/>
        <w:jc w:val="both"/>
      </w:pPr>
      <w:r w:rsidRPr="00994820">
        <w:t>«Come scusami?» Disse Fanny voltandosi verso la cadetta.</w:t>
      </w:r>
    </w:p>
    <w:p w14:paraId="569C5F92" w14:textId="77777777" w:rsidR="007C3C6C" w:rsidRPr="00994820" w:rsidRDefault="007C3C6C" w:rsidP="00B1354B">
      <w:pPr>
        <w:spacing w:before="100" w:beforeAutospacing="1" w:after="100" w:afterAutospacing="1" w:line="360" w:lineRule="auto"/>
        <w:ind w:firstLine="284"/>
        <w:jc w:val="both"/>
      </w:pPr>
      <w:r w:rsidRPr="00994820">
        <w:t>Ma la ragazza terrò saldo il suo sguardo negli occhi smeraldini di Fanny, senza mostrare timore «è quello che sei. Io c’ero l’altra sera con il maestro Kieran. Non so perché abbia avuto pietà per uno scarto come te» La ragazza minuta sputò quelle parole con furia e con tutta la durezza che le era possibile recuperare.</w:t>
      </w:r>
    </w:p>
    <w:p w14:paraId="480B5541" w14:textId="77777777" w:rsidR="007C3C6C" w:rsidRPr="00994820" w:rsidRDefault="007C3C6C" w:rsidP="00B1354B">
      <w:pPr>
        <w:spacing w:before="100" w:beforeAutospacing="1" w:after="100" w:afterAutospacing="1" w:line="360" w:lineRule="auto"/>
        <w:ind w:firstLine="284"/>
        <w:jc w:val="both"/>
      </w:pPr>
      <w:r w:rsidRPr="00994820">
        <w:t>Fanny si limitò a ridacchiare «Mi piaci ragazza, sei la prima che non sembra essere terrorizzata da tutto, ma sì sono una criminale, quindi occhio a cosa mi dici, qui non c’è maestro Kieran a proteggerti» questo commento spezzò la serietà della fanciulla che precipitò in un imbarazzo ben evidente attraverso il rossore che iniziò a crescere sul suo volto.</w:t>
      </w:r>
    </w:p>
    <w:p w14:paraId="75D28A0F" w14:textId="77777777" w:rsidR="007C3C6C" w:rsidRPr="00994820" w:rsidRDefault="007C3C6C" w:rsidP="00B1354B">
      <w:pPr>
        <w:spacing w:before="100" w:beforeAutospacing="1" w:after="100" w:afterAutospacing="1" w:line="360" w:lineRule="auto"/>
        <w:ind w:firstLine="284"/>
        <w:jc w:val="both"/>
      </w:pPr>
      <w:r w:rsidRPr="00994820">
        <w:t xml:space="preserve">Fanny fece un passo avanti e ruotò la mano per convocare becky </w:t>
      </w:r>
    </w:p>
    <w:p w14:paraId="29074D6C" w14:textId="77777777" w:rsidR="007C3C6C" w:rsidRPr="00994820" w:rsidRDefault="007C3C6C" w:rsidP="00B1354B">
      <w:pPr>
        <w:pStyle w:val="NormaleWeb"/>
        <w:spacing w:line="360" w:lineRule="auto"/>
        <w:ind w:firstLine="284"/>
        <w:jc w:val="both"/>
      </w:pPr>
      <w:r w:rsidRPr="00994820">
        <w:t>«Becky… Non possiamo semplicemente dire chi siamo? Rappresento l’autorità. Perché non dovrebbero seguirmi e basta?»</w:t>
      </w:r>
    </w:p>
    <w:p w14:paraId="1831F856" w14:textId="77777777" w:rsidR="007C3C6C" w:rsidRPr="00994820" w:rsidRDefault="007C3C6C" w:rsidP="00B1354B">
      <w:pPr>
        <w:pStyle w:val="NormaleWeb"/>
        <w:spacing w:line="360" w:lineRule="auto"/>
        <w:ind w:firstLine="284"/>
        <w:jc w:val="both"/>
      </w:pPr>
      <w:r w:rsidRPr="00994820">
        <w:t>La ragazza afferrò d’istinto la spalla di Fanny «No!» disse con voce alta, ma controllata «Un annuncio simile innalzerebbe all’istante gli emotion value nell’area, e la Maestra Rock ha già raggiunto la postazione di battaglia, starà già controllando tutti i valori in quest’area» aggiunse il cadetto dai capelli biondi</w:t>
      </w:r>
    </w:p>
    <w:p w14:paraId="5010B563" w14:textId="77777777" w:rsidR="007C3C6C" w:rsidRPr="00994820" w:rsidRDefault="007C3C6C" w:rsidP="00B1354B">
      <w:pPr>
        <w:pStyle w:val="NormaleWeb"/>
        <w:spacing w:line="360" w:lineRule="auto"/>
        <w:ind w:firstLine="284"/>
        <w:jc w:val="both"/>
      </w:pPr>
      <w:r w:rsidRPr="00994820">
        <w:lastRenderedPageBreak/>
        <w:t>Fanny li guardò stupita «oh» le sorrise ancora una volta «Avete paura di ferire i civili? sbalorditivo» «Naturalmente!» rispose la cadetta «Non siamo mica criminali come te! Il nostro compito è assicurarsi che la città continui a vivere con serenità» a queste parole lo sguardo di Fanny sembrò spegnersi «Eppure non avete avuto nulla da ridire se quella povera ragazza stava per essere ammazzata davanti a voi.» i due cadetti non risposero.</w:t>
      </w:r>
    </w:p>
    <w:p w14:paraId="2C0B6F02" w14:textId="77777777" w:rsidR="007C3C6C" w:rsidRPr="00994820" w:rsidRDefault="007C3C6C" w:rsidP="00B1354B">
      <w:pPr>
        <w:pStyle w:val="NormaleWeb"/>
        <w:spacing w:line="360" w:lineRule="auto"/>
        <w:ind w:firstLine="284"/>
        <w:jc w:val="both"/>
      </w:pPr>
      <w:r w:rsidRPr="00994820">
        <w:t>«becky, se puoi conetterti a sti cosi fluttuanti individua i due bersagli» L’ologramma di Becky sul palmo annuì con calma.</w:t>
      </w:r>
    </w:p>
    <w:p w14:paraId="4DAE639C" w14:textId="77777777" w:rsidR="007C3C6C" w:rsidRPr="00994820" w:rsidRDefault="007C3C6C" w:rsidP="00B1354B">
      <w:pPr>
        <w:pStyle w:val="NormaleWeb"/>
        <w:spacing w:line="360" w:lineRule="auto"/>
        <w:ind w:firstLine="284"/>
        <w:jc w:val="both"/>
      </w:pPr>
      <w:r w:rsidRPr="00994820">
        <w:t>«Terza Fila, secondo tavolo sulla sinistra» le comunicò Becky</w:t>
      </w:r>
    </w:p>
    <w:p w14:paraId="3630473E" w14:textId="77777777" w:rsidR="007C3C6C" w:rsidRPr="00994820" w:rsidRDefault="007C3C6C" w:rsidP="00B1354B">
      <w:pPr>
        <w:pStyle w:val="NormaleWeb"/>
        <w:spacing w:line="360" w:lineRule="auto"/>
        <w:ind w:firstLine="284"/>
        <w:jc w:val="both"/>
      </w:pPr>
      <w:r w:rsidRPr="00994820">
        <w:t>«Perfetto!» Rispose Fanny sorridente mentre senza guardarli disse ai due cadetti «Aspettate qui un attimo»</w:t>
      </w:r>
    </w:p>
    <w:p w14:paraId="7529DAC1" w14:textId="77777777" w:rsidR="007C3C6C" w:rsidRPr="00994820" w:rsidRDefault="007C3C6C" w:rsidP="00B1354B">
      <w:pPr>
        <w:pStyle w:val="NormaleWeb"/>
        <w:spacing w:line="360" w:lineRule="auto"/>
        <w:ind w:firstLine="284"/>
        <w:jc w:val="both"/>
      </w:pPr>
      <w:r w:rsidRPr="00994820">
        <w:t>Detto ciò, la ragazza bionica raggiunse il bancone di un barista e mostrò sorridente il suo distintivo del Dipartimento, richiedendo un vassoio con due drink che ovviamente il barista gli consegnò senza fare storie.</w:t>
      </w:r>
    </w:p>
    <w:p w14:paraId="61BA1805" w14:textId="77777777" w:rsidR="007C3C6C" w:rsidRPr="00994820" w:rsidRDefault="007C3C6C" w:rsidP="00B1354B">
      <w:pPr>
        <w:pStyle w:val="NormaleWeb"/>
        <w:spacing w:line="360" w:lineRule="auto"/>
        <w:ind w:firstLine="284"/>
        <w:jc w:val="both"/>
      </w:pPr>
      <w:r w:rsidRPr="00994820">
        <w:t>I due cadetti restarono a guardare la scena «che starà facendo?» chiese Juno a Kairo.</w:t>
      </w:r>
    </w:p>
    <w:p w14:paraId="3B386609" w14:textId="77777777" w:rsidR="007C3C6C" w:rsidRPr="00994820" w:rsidRDefault="007C3C6C" w:rsidP="00B1354B">
      <w:pPr>
        <w:pStyle w:val="NormaleWeb"/>
        <w:spacing w:line="360" w:lineRule="auto"/>
        <w:ind w:firstLine="284"/>
        <w:jc w:val="both"/>
      </w:pPr>
      <w:r w:rsidRPr="00994820">
        <w:t>Kairo scrollò le spalle «e chi lo sa, ma non è nemmeno la cosa più strana fatta da uno Shinigami» Poi guardando lo sguardo truce di Juno aggiunse «Senti, lo so che la odi perché hai paura ti soffi il tuo dolce Kieran» queste ultime due parole vennero emesse con un tono smielato, quasi disgustato. E la ragazza rispose con un’occhiataccia di sfida «Ma,» continuò il ragazzo «ora come ora è una nostra superiora, è la mia prima missione sul campo, senza il fiato sul collo, per cui facciamo e-s-a-t-t-a-m-e-n-t-e quanto ci dice, non voglio grande stasera.»</w:t>
      </w:r>
    </w:p>
    <w:p w14:paraId="7DAF4886" w14:textId="77777777" w:rsidR="007C3C6C" w:rsidRPr="00994820" w:rsidRDefault="007C3C6C" w:rsidP="00B1354B">
      <w:pPr>
        <w:pStyle w:val="NormaleWeb"/>
        <w:spacing w:line="360" w:lineRule="auto"/>
        <w:ind w:firstLine="284"/>
        <w:jc w:val="both"/>
      </w:pPr>
      <w:r w:rsidRPr="00994820">
        <w:t xml:space="preserve">Fanny raggiunse il tavolo dei due bersagli, i suoi Emotion Eye segnalarono due valori ben precisi e saldi </w:t>
      </w:r>
      <w:r w:rsidRPr="00994820">
        <w:rPr>
          <w:b/>
          <w:bCs/>
        </w:rPr>
        <w:t>EV=63</w:t>
      </w:r>
      <w:r w:rsidRPr="00994820">
        <w:t xml:space="preserve"> per l’uomo e </w:t>
      </w:r>
      <w:r w:rsidRPr="00994820">
        <w:rPr>
          <w:b/>
          <w:bCs/>
        </w:rPr>
        <w:t>EV=59</w:t>
      </w:r>
      <w:r w:rsidRPr="00994820">
        <w:t xml:space="preserve"> per la donna</w:t>
      </w:r>
    </w:p>
    <w:p w14:paraId="487E340A" w14:textId="77777777" w:rsidR="007C3C6C" w:rsidRPr="00994820" w:rsidRDefault="007C3C6C" w:rsidP="00B1354B">
      <w:pPr>
        <w:pStyle w:val="NormaleWeb"/>
        <w:spacing w:line="360" w:lineRule="auto"/>
        <w:ind w:firstLine="284"/>
        <w:jc w:val="both"/>
      </w:pPr>
      <w:r w:rsidRPr="00994820">
        <w:t>Fanny si schiarì la voce con un leggero colpo di tosse. Nessuna risposta.</w:t>
      </w:r>
    </w:p>
    <w:p w14:paraId="2C9F4B1C" w14:textId="77777777" w:rsidR="007C3C6C" w:rsidRPr="00994820" w:rsidRDefault="007C3C6C" w:rsidP="00B1354B">
      <w:pPr>
        <w:pStyle w:val="NormaleWeb"/>
        <w:spacing w:line="360" w:lineRule="auto"/>
        <w:ind w:firstLine="284"/>
        <w:jc w:val="both"/>
      </w:pPr>
      <w:r w:rsidRPr="00994820">
        <w:t>«Ovviamente…» borbottò.</w:t>
      </w:r>
    </w:p>
    <w:p w14:paraId="76114517" w14:textId="77777777" w:rsidR="007C3C6C" w:rsidRPr="00994820" w:rsidRDefault="007C3C6C" w:rsidP="00B1354B">
      <w:pPr>
        <w:pStyle w:val="NormaleWeb"/>
        <w:spacing w:line="360" w:lineRule="auto"/>
        <w:ind w:firstLine="284"/>
        <w:jc w:val="both"/>
      </w:pPr>
      <w:r w:rsidRPr="00994820">
        <w:t>Poi si avvicinò al tavolo e poggiati i due drink disse con un tono forzatamente elegante «Desiderate forse altro, signori?» il tutto con la spilletta del dipartimento ben visibile sul petto. L’uomo si limitò a muovere debolmente la mano come a scacciare il fastidio e con voce calma e gli occhi fissi sul palco si limitò a scuotere la testa con un gesto di dissenso. Senza esitare, Fanny battè il pugno avvolto nel guantone metallico sul tavolo.</w:t>
      </w:r>
    </w:p>
    <w:p w14:paraId="0F946DFB" w14:textId="77777777" w:rsidR="007C3C6C" w:rsidRPr="00994820" w:rsidRDefault="007C3C6C" w:rsidP="00B1354B">
      <w:pPr>
        <w:pStyle w:val="NormaleWeb"/>
        <w:spacing w:line="360" w:lineRule="auto"/>
        <w:ind w:firstLine="284"/>
        <w:jc w:val="both"/>
      </w:pPr>
      <w:r w:rsidRPr="00994820">
        <w:t>«voltatevi, all’istante!»</w:t>
      </w:r>
    </w:p>
    <w:p w14:paraId="325174B4" w14:textId="77777777" w:rsidR="00145167" w:rsidRDefault="007C3C6C" w:rsidP="00B1354B">
      <w:pPr>
        <w:pStyle w:val="NormaleWeb"/>
        <w:spacing w:line="360" w:lineRule="auto"/>
        <w:ind w:firstLine="284"/>
        <w:jc w:val="both"/>
      </w:pPr>
      <w:r w:rsidRPr="00994820">
        <w:lastRenderedPageBreak/>
        <w:t>L’uomo sembrò svegliarsi di colpo. Quando vide lo stemma del Dipartimento sul petto di Fanny, si gettò a terra, tremando.</w:t>
      </w:r>
    </w:p>
    <w:p w14:paraId="4C4BFBF1" w14:textId="3266F1A7" w:rsidR="007C3C6C" w:rsidRPr="00994820" w:rsidRDefault="007C3C6C" w:rsidP="00B1354B">
      <w:pPr>
        <w:pStyle w:val="NormaleWeb"/>
        <w:spacing w:line="360" w:lineRule="auto"/>
        <w:ind w:firstLine="284"/>
        <w:jc w:val="both"/>
      </w:pPr>
      <w:r w:rsidRPr="00994820">
        <w:t>«C… cosa volete! Vi prego! Prendete me! Ho l’Emotion Value più alto di mia moglie!»</w:t>
      </w:r>
    </w:p>
    <w:p w14:paraId="061602AF" w14:textId="77777777" w:rsidR="00145167" w:rsidRDefault="007C3C6C" w:rsidP="00B1354B">
      <w:pPr>
        <w:pStyle w:val="NormaleWeb"/>
        <w:spacing w:line="360" w:lineRule="auto"/>
        <w:ind w:firstLine="284"/>
        <w:jc w:val="both"/>
      </w:pPr>
      <w:r w:rsidRPr="00994820">
        <w:t>«Lasci stare i convenevoli,» rispose lei fredda.</w:t>
      </w:r>
    </w:p>
    <w:p w14:paraId="1A0D2A83" w14:textId="0E023774" w:rsidR="007C3C6C" w:rsidRPr="00994820" w:rsidRDefault="007C3C6C" w:rsidP="00B1354B">
      <w:pPr>
        <w:pStyle w:val="NormaleWeb"/>
        <w:spacing w:line="360" w:lineRule="auto"/>
        <w:ind w:firstLine="284"/>
        <w:jc w:val="both"/>
      </w:pPr>
      <w:r w:rsidRPr="00994820">
        <w:t>«Non sono qui per uccidere nessuno. Ho solo bisogno che lei e sua moglie veniate con noi. Non sarete puniti.»</w:t>
      </w:r>
    </w:p>
    <w:p w14:paraId="0624B4E4" w14:textId="77777777" w:rsidR="007C3C6C" w:rsidRPr="00994820" w:rsidRDefault="007C3C6C" w:rsidP="00B1354B">
      <w:pPr>
        <w:pStyle w:val="NormaleWeb"/>
        <w:spacing w:line="360" w:lineRule="auto"/>
        <w:ind w:firstLine="284"/>
        <w:jc w:val="both"/>
      </w:pPr>
      <w:r w:rsidRPr="00994820">
        <w:t>«E… e nostra figlia?»</w:t>
      </w:r>
    </w:p>
    <w:p w14:paraId="493C4560" w14:textId="77777777" w:rsidR="007C3C6C" w:rsidRPr="00994820" w:rsidRDefault="007C3C6C" w:rsidP="00B1354B">
      <w:pPr>
        <w:pStyle w:val="NormaleWeb"/>
        <w:spacing w:line="360" w:lineRule="auto"/>
        <w:ind w:firstLine="284"/>
        <w:jc w:val="both"/>
      </w:pPr>
      <w:r w:rsidRPr="00994820">
        <w:t>«Dovrà restare a casa.»</w:t>
      </w:r>
    </w:p>
    <w:p w14:paraId="283E56B5" w14:textId="77777777" w:rsidR="007C3C6C" w:rsidRPr="00994820" w:rsidRDefault="007C3C6C" w:rsidP="00B1354B">
      <w:pPr>
        <w:pStyle w:val="NormaleWeb"/>
        <w:spacing w:line="360" w:lineRule="auto"/>
        <w:ind w:firstLine="284"/>
        <w:jc w:val="both"/>
      </w:pPr>
      <w:r w:rsidRPr="00994820">
        <w:t>La donna cominciò a ridestarsi dagli effetti del cibo e della voce della cantante principale, lo sguardo terrorizzato.</w:t>
      </w:r>
    </w:p>
    <w:p w14:paraId="7A9127A1" w14:textId="77777777" w:rsidR="007C3C6C" w:rsidRPr="00994820" w:rsidRDefault="007C3C6C" w:rsidP="00B1354B">
      <w:pPr>
        <w:pStyle w:val="NormaleWeb"/>
        <w:spacing w:line="360" w:lineRule="auto"/>
        <w:ind w:firstLine="284"/>
        <w:jc w:val="both"/>
      </w:pPr>
      <w:r w:rsidRPr="00994820">
        <w:t>«Calmi sua moglie. Mi ascolti. Ho poco tempo. Ha qualcuno a cui affidare la bambina per qualche giorno? Me ne occuperò personalmente, se necessario.»</w:t>
      </w:r>
    </w:p>
    <w:p w14:paraId="2DAA4F70" w14:textId="77777777" w:rsidR="007C3C6C" w:rsidRPr="00994820" w:rsidRDefault="007C3C6C" w:rsidP="00B1354B">
      <w:pPr>
        <w:pStyle w:val="NormaleWeb"/>
        <w:spacing w:line="360" w:lineRule="auto"/>
        <w:ind w:firstLine="284"/>
        <w:jc w:val="both"/>
      </w:pPr>
      <w:r w:rsidRPr="00994820">
        <w:t>«N… non possiamo… ha un Emotion Value di 48. Senza di noi… potrebbe salire ancora…»</w:t>
      </w:r>
    </w:p>
    <w:p w14:paraId="79B65094" w14:textId="77777777" w:rsidR="007C3C6C" w:rsidRPr="00994820" w:rsidRDefault="007C3C6C" w:rsidP="00B1354B">
      <w:pPr>
        <w:pStyle w:val="NormaleWeb"/>
        <w:spacing w:line="360" w:lineRule="auto"/>
        <w:ind w:firstLine="284"/>
        <w:jc w:val="both"/>
      </w:pPr>
      <w:r w:rsidRPr="00994820">
        <w:t xml:space="preserve">«Ora mi ascolti bene: o la portate da qualcuno, o starà da sola. In entrambi i casi, voi verrete con me. </w:t>
      </w:r>
      <w:r w:rsidRPr="00994820">
        <w:rPr>
          <w:rStyle w:val="Enfasicorsivo"/>
          <w:rFonts w:eastAsiaTheme="majorEastAsia"/>
        </w:rPr>
        <w:t>Adesso</w:t>
      </w:r>
      <w:r w:rsidRPr="00994820">
        <w:t>. Mi dia una risposta.» ogni frase detta con tono affilato e serio.</w:t>
      </w:r>
    </w:p>
    <w:p w14:paraId="623E3640" w14:textId="77777777" w:rsidR="007C3C6C" w:rsidRPr="00994820" w:rsidRDefault="007C3C6C" w:rsidP="00B1354B">
      <w:pPr>
        <w:pStyle w:val="NormaleWeb"/>
        <w:spacing w:line="360" w:lineRule="auto"/>
        <w:ind w:firstLine="284"/>
        <w:jc w:val="both"/>
      </w:pPr>
      <w:r w:rsidRPr="00994820">
        <w:t>«V… va bene… Ci sarebbero i vicini…» il tono sempre più spaventato</w:t>
      </w:r>
    </w:p>
    <w:p w14:paraId="07B41217" w14:textId="77777777" w:rsidR="007C3C6C" w:rsidRPr="00994820" w:rsidRDefault="007C3C6C" w:rsidP="00B1354B">
      <w:pPr>
        <w:pStyle w:val="NormaleWeb"/>
        <w:spacing w:line="360" w:lineRule="auto"/>
        <w:ind w:firstLine="284"/>
        <w:jc w:val="both"/>
      </w:pPr>
      <w:r w:rsidRPr="00994820">
        <w:t>«Perfetto. Le spiegheremo che ci vorrà solo qualche giorno. Ora seguitemi. Veloci.»</w:t>
      </w:r>
    </w:p>
    <w:p w14:paraId="2226B1DB" w14:textId="77777777" w:rsidR="007C3C6C" w:rsidRPr="00994820" w:rsidRDefault="007C3C6C" w:rsidP="00B1354B">
      <w:pPr>
        <w:pStyle w:val="NormaleWeb"/>
        <w:spacing w:line="360" w:lineRule="auto"/>
        <w:ind w:firstLine="284"/>
        <w:jc w:val="both"/>
      </w:pPr>
      <w:r w:rsidRPr="00994820">
        <w:t>Terrorizzati, i due fecero esattamente come ordinato.</w:t>
      </w:r>
    </w:p>
    <w:p w14:paraId="4181EC8F" w14:textId="77777777" w:rsidR="007C3C6C" w:rsidRPr="00994820" w:rsidRDefault="007C3C6C" w:rsidP="00B1354B">
      <w:pPr>
        <w:pStyle w:val="NormaleWeb"/>
        <w:spacing w:line="360" w:lineRule="auto"/>
        <w:ind w:firstLine="284"/>
        <w:jc w:val="both"/>
      </w:pPr>
      <w:r w:rsidRPr="00994820">
        <w:t>Fanny li seguì. «becky, come procede il loro EV?»</w:t>
      </w:r>
    </w:p>
    <w:p w14:paraId="305D0729" w14:textId="77777777" w:rsidR="007C3C6C" w:rsidRPr="00994820" w:rsidRDefault="007C3C6C" w:rsidP="00B1354B">
      <w:pPr>
        <w:pStyle w:val="NormaleWeb"/>
        <w:spacing w:line="360" w:lineRule="auto"/>
        <w:ind w:firstLine="284"/>
        <w:jc w:val="both"/>
      </w:pPr>
      <w:r w:rsidRPr="00994820">
        <w:t>«Stabile» rispose Becky, persino l’ologramma sembrava stranito.</w:t>
      </w:r>
    </w:p>
    <w:p w14:paraId="7BE8883B" w14:textId="77777777" w:rsidR="007C3C6C" w:rsidRPr="00994820" w:rsidRDefault="007C3C6C" w:rsidP="00B1354B">
      <w:pPr>
        <w:pStyle w:val="NormaleWeb"/>
        <w:spacing w:line="360" w:lineRule="auto"/>
        <w:ind w:firstLine="284"/>
        <w:jc w:val="both"/>
      </w:pPr>
      <w:r w:rsidRPr="00994820">
        <w:t>I tre raggiunsero i cadetti.  «Ascoltate, dopo voglio che due cadetti vadano a prelevare la figlia di questi due» disse seria Fanny</w:t>
      </w:r>
    </w:p>
    <w:p w14:paraId="22BF458F" w14:textId="77777777" w:rsidR="007C3C6C" w:rsidRPr="00994820" w:rsidRDefault="007C3C6C" w:rsidP="00B1354B">
      <w:pPr>
        <w:pStyle w:val="NormaleWeb"/>
        <w:spacing w:line="360" w:lineRule="auto"/>
        <w:ind w:firstLine="284"/>
        <w:jc w:val="both"/>
      </w:pPr>
      <w:r w:rsidRPr="00994820">
        <w:t xml:space="preserve">«Come? La figlia non fa parte della missione, ce ne occuperemo se dovesse salire, no?» rispose Juno, ma lo sguardo di Fanny si fece furioso «...o comunque è una mansione del dipartimento del Mezzogiorno… non nostro…» Fanny si fermò e strinse il guanto pesante sulla spalla della ragazza «A me non frega assolutamente </w:t>
      </w:r>
      <w:r w:rsidRPr="00994820">
        <w:lastRenderedPageBreak/>
        <w:t>nulla di queste cazzate. Noi stiamo portando via due genitori da una bambina, per cui ora voglio che due del vostro gruppo si vada ad assicurare che la bambina capisca cosa sta succedendo e che venga affidata momentaneamente ai vicini, ci siamo capiti?» conclusa la frase rilasciò il guanto dalla spalliera ormai ripiegata sotto la pressione della forza della ragazza. I due si limitarono ad annuire.</w:t>
      </w:r>
    </w:p>
    <w:p w14:paraId="1EDC37D2" w14:textId="77777777" w:rsidR="007C3C6C" w:rsidRPr="00994820" w:rsidRDefault="007C3C6C" w:rsidP="00B1354B">
      <w:pPr>
        <w:pStyle w:val="NormaleWeb"/>
        <w:spacing w:line="360" w:lineRule="auto"/>
        <w:ind w:firstLine="284"/>
        <w:jc w:val="both"/>
      </w:pPr>
    </w:p>
    <w:p w14:paraId="015647F6" w14:textId="77777777" w:rsidR="007C3C6C" w:rsidRPr="00994820" w:rsidRDefault="007C3C6C" w:rsidP="00B1354B">
      <w:pPr>
        <w:pStyle w:val="NormaleWeb"/>
        <w:spacing w:line="360" w:lineRule="auto"/>
        <w:ind w:firstLine="284"/>
        <w:jc w:val="both"/>
      </w:pPr>
      <w:r w:rsidRPr="00994820">
        <w:t>Appena fuori, i due coniugi vennero afferrati brutalmente da Aman.</w:t>
      </w:r>
    </w:p>
    <w:p w14:paraId="66136595" w14:textId="44254F44" w:rsidR="007C3C6C" w:rsidRPr="00994820" w:rsidRDefault="007C3C6C" w:rsidP="00B1354B">
      <w:pPr>
        <w:pStyle w:val="NormaleWeb"/>
        <w:spacing w:line="360" w:lineRule="auto"/>
        <w:ind w:firstLine="284"/>
        <w:jc w:val="both"/>
      </w:pPr>
      <w:r w:rsidRPr="00994820">
        <w:t>«Ehi!» protestò Fanny.</w:t>
      </w:r>
      <w:r w:rsidR="00145167">
        <w:t xml:space="preserve"> </w:t>
      </w:r>
      <w:r w:rsidRPr="00994820">
        <w:t>«Penso sappiano camminare anche da soli.»</w:t>
      </w:r>
    </w:p>
    <w:p w14:paraId="112CEE55" w14:textId="5AEAF70E" w:rsidR="007C3C6C" w:rsidRPr="00994820" w:rsidRDefault="007C3C6C" w:rsidP="00B1354B">
      <w:pPr>
        <w:pStyle w:val="NormaleWeb"/>
        <w:spacing w:line="360" w:lineRule="auto"/>
        <w:ind w:firstLine="284"/>
        <w:jc w:val="both"/>
      </w:pPr>
      <w:r w:rsidRPr="00994820">
        <w:t>Aman la fissò con un sorriso sadico.</w:t>
      </w:r>
      <w:r w:rsidR="00145167">
        <w:t xml:space="preserve"> </w:t>
      </w:r>
      <w:r w:rsidRPr="00994820">
        <w:t>«Non lo metto in dubbio… Ed è proprio questo che mi preoccupa.»</w:t>
      </w:r>
    </w:p>
    <w:p w14:paraId="1E8367E9" w14:textId="77777777" w:rsidR="00B70852" w:rsidRDefault="007C3C6C" w:rsidP="00B1354B">
      <w:pPr>
        <w:pStyle w:val="NormaleWeb"/>
        <w:spacing w:line="360" w:lineRule="auto"/>
        <w:ind w:firstLine="284"/>
        <w:jc w:val="both"/>
      </w:pPr>
      <w:r w:rsidRPr="00994820">
        <w:t>Fanny strinse i denti.</w:t>
      </w:r>
      <w:r w:rsidR="00B70852">
        <w:t xml:space="preserve"> </w:t>
      </w:r>
      <w:r w:rsidRPr="00994820">
        <w:t>«Visto che è il mio primo giorno,» disse con tono dolcemente mellifluo, «che ne dici se mi occupo io anche di scortarli? Penso di riuscirci.»</w:t>
      </w:r>
    </w:p>
    <w:p w14:paraId="03BFF2B9" w14:textId="600E24A7" w:rsidR="007C3C6C" w:rsidRPr="00994820" w:rsidRDefault="007C3C6C" w:rsidP="00B1354B">
      <w:pPr>
        <w:pStyle w:val="NormaleWeb"/>
        <w:spacing w:line="360" w:lineRule="auto"/>
        <w:ind w:firstLine="284"/>
        <w:jc w:val="both"/>
      </w:pPr>
      <w:r w:rsidRPr="00994820">
        <w:t>Poi, tornando seria:</w:t>
      </w:r>
      <w:r w:rsidR="00B70852">
        <w:t xml:space="preserve"> </w:t>
      </w:r>
      <w:r w:rsidRPr="00994820">
        <w:t>«Non fraintendermi. Non mi sono simpatici. È solo che odio la violenza gratuita, quando non serve.» aggiunse con un falso sorriso</w:t>
      </w:r>
    </w:p>
    <w:p w14:paraId="75CF4D64" w14:textId="77777777" w:rsidR="007C3C6C" w:rsidRPr="00994820" w:rsidRDefault="007C3C6C" w:rsidP="00B1354B">
      <w:pPr>
        <w:pStyle w:val="NormaleWeb"/>
        <w:spacing w:line="360" w:lineRule="auto"/>
        <w:ind w:firstLine="284"/>
        <w:jc w:val="both"/>
      </w:pPr>
      <w:r w:rsidRPr="00994820">
        <w:t>Aman sorrise ancora, poi le lasciò andare le braccia con un gesto teatrale e un lieve inchino.</w:t>
      </w:r>
      <w:r w:rsidRPr="00994820">
        <w:br/>
        <w:t>«Come volete, Miss Occhi Dolci.»</w:t>
      </w:r>
    </w:p>
    <w:p w14:paraId="2CD8D949" w14:textId="77777777" w:rsidR="007C3C6C" w:rsidRPr="00994820" w:rsidRDefault="007C3C6C" w:rsidP="00B1354B">
      <w:pPr>
        <w:pStyle w:val="NormaleWeb"/>
        <w:spacing w:line="360" w:lineRule="auto"/>
        <w:ind w:firstLine="284"/>
        <w:jc w:val="both"/>
      </w:pPr>
      <w:r w:rsidRPr="00994820">
        <w:t>Fanny fece una smorfia, poi afferrò i due con mano ferma.</w:t>
      </w:r>
    </w:p>
    <w:p w14:paraId="161484FD" w14:textId="77777777" w:rsidR="007C3C6C" w:rsidRPr="00994820" w:rsidRDefault="007C3C6C" w:rsidP="00B1354B">
      <w:pPr>
        <w:pStyle w:val="NormaleWeb"/>
        <w:spacing w:line="360" w:lineRule="auto"/>
        <w:ind w:firstLine="284"/>
        <w:jc w:val="both"/>
      </w:pPr>
      <w:r w:rsidRPr="00994820">
        <w:t>«Dobbiamo prima portarli con noi o finire il giro?» chiese.</w:t>
      </w:r>
    </w:p>
    <w:p w14:paraId="2C3E8B9E" w14:textId="77777777" w:rsidR="007C3C6C" w:rsidRPr="00994820" w:rsidRDefault="007C3C6C" w:rsidP="00B1354B">
      <w:pPr>
        <w:pStyle w:val="NormaleWeb"/>
        <w:spacing w:line="360" w:lineRule="auto"/>
        <w:ind w:firstLine="284"/>
        <w:jc w:val="both"/>
      </w:pPr>
      <w:r w:rsidRPr="00994820">
        <w:t>«Prima si finisce il giro, poi si torna indietro,» rispose Rock, con voce ferma e distaccata che nel frattempo aveva seguito i movimenti di Fanny ed era scesa dal palazzo poco prima che lei uscisse dal teatro.</w:t>
      </w:r>
    </w:p>
    <w:p w14:paraId="767EFE97" w14:textId="72B5141B" w:rsidR="007C3C6C" w:rsidRPr="00994820" w:rsidRDefault="007C3C6C" w:rsidP="00B1354B">
      <w:pPr>
        <w:pStyle w:val="NormaleWeb"/>
        <w:spacing w:line="360" w:lineRule="auto"/>
        <w:ind w:firstLine="284"/>
        <w:jc w:val="both"/>
      </w:pPr>
      <w:r w:rsidRPr="00994820">
        <w:t>Fanny si chinò verso i due, il tono basso e deciso.</w:t>
      </w:r>
      <w:r w:rsidR="00B70852">
        <w:t xml:space="preserve"> </w:t>
      </w:r>
      <w:r w:rsidRPr="00994820">
        <w:t>«State a sentire. Ora non vi sarà fatto del male. È fondamentale che non tentiate di scappare e che facciate esattamente ciò che vi dico, senza resistenza. Chiaro?»</w:t>
      </w:r>
      <w:r w:rsidR="00B70852">
        <w:t xml:space="preserve"> </w:t>
      </w:r>
      <w:r w:rsidRPr="00994820">
        <w:t>Si raddrizzò.</w:t>
      </w:r>
      <w:r w:rsidR="00B70852">
        <w:t xml:space="preserve"> </w:t>
      </w:r>
      <w:r w:rsidRPr="00994820">
        <w:t>«Detto ciò, veniteci dietro. E restateci.»</w:t>
      </w:r>
    </w:p>
    <w:p w14:paraId="00F9F107" w14:textId="77777777" w:rsidR="007C3C6C" w:rsidRPr="00994820" w:rsidRDefault="007C3C6C" w:rsidP="00B1354B">
      <w:pPr>
        <w:pStyle w:val="NormaleWeb"/>
        <w:spacing w:line="360" w:lineRule="auto"/>
        <w:ind w:firstLine="284"/>
        <w:jc w:val="both"/>
      </w:pPr>
      <w:r w:rsidRPr="00994820">
        <w:t>Mentre iniziarono a camminare, Fanny cominciò a indietreggiare raggiungendo Juno. «Allora, chi sono i due volontari?» Juno indicò due cadetti, uno con la testa rasata e un ragazzo con una lunga chioma rossa «Sono fin troppo felici di lasciare la formazione.» disse con tono innervosito.</w:t>
      </w:r>
    </w:p>
    <w:p w14:paraId="0FA04AED" w14:textId="77777777" w:rsidR="007C3C6C" w:rsidRPr="00994820" w:rsidRDefault="007C3C6C" w:rsidP="00B1354B">
      <w:pPr>
        <w:pStyle w:val="NormaleWeb"/>
        <w:spacing w:line="360" w:lineRule="auto"/>
        <w:ind w:firstLine="284"/>
        <w:jc w:val="both"/>
      </w:pPr>
      <w:r w:rsidRPr="00994820">
        <w:t>La ragazza dagli occhi bionici raggiunse quindi i due cadetti e lesse le loro etichette «Se scopro che non avrete fatto esattamente quanto vi ho ordinato, vi ammazzo.» disse fredda, facendogli poi cenno di andare.</w:t>
      </w:r>
    </w:p>
    <w:p w14:paraId="73952D5C" w14:textId="46D49748" w:rsidR="007C3C6C" w:rsidRPr="00994820" w:rsidRDefault="007C3C6C" w:rsidP="00B1354B">
      <w:pPr>
        <w:pStyle w:val="NormaleWeb"/>
        <w:spacing w:line="360" w:lineRule="auto"/>
        <w:ind w:firstLine="284"/>
        <w:jc w:val="both"/>
      </w:pPr>
      <w:r w:rsidRPr="00994820">
        <w:lastRenderedPageBreak/>
        <w:t>Aman e Rock ignorarono la faccenda, del tutto disinteressati in quanto possa accadere ai cadetti.</w:t>
      </w:r>
    </w:p>
    <w:p w14:paraId="3CFA1B2B" w14:textId="77777777" w:rsidR="007C3C6C" w:rsidRPr="00994820" w:rsidRDefault="007C3C6C" w:rsidP="00B1354B">
      <w:pPr>
        <w:pStyle w:val="NormaleWeb"/>
        <w:spacing w:line="360" w:lineRule="auto"/>
        <w:ind w:firstLine="284"/>
        <w:jc w:val="both"/>
      </w:pPr>
      <w:r w:rsidRPr="00994820">
        <w:t>«Ok ragazzi. Prossima meta?» domandò Fanny, scrollandosi la tensione dalle spalle.</w:t>
      </w:r>
    </w:p>
    <w:p w14:paraId="7ACD244F" w14:textId="721F92DB" w:rsidR="007C3C6C" w:rsidRPr="00994820" w:rsidRDefault="007C3C6C" w:rsidP="00B1354B">
      <w:pPr>
        <w:pStyle w:val="NormaleWeb"/>
        <w:spacing w:line="360" w:lineRule="auto"/>
        <w:ind w:firstLine="284"/>
        <w:jc w:val="both"/>
      </w:pPr>
      <w:r w:rsidRPr="00994820">
        <w:t>«Da questa parte» rispose Rock con voce calma, già in marcia. «A quanto pare i prossimi bersagli hanno abbandonato l’Anello Commerciale, per cui li recupererò nella loro dimora, nell’anello residenziale esterno.»</w:t>
      </w:r>
    </w:p>
    <w:p w14:paraId="2AF6F17F" w14:textId="77777777" w:rsidR="007C3C6C" w:rsidRPr="00994820" w:rsidRDefault="007C3C6C" w:rsidP="00B1354B">
      <w:pPr>
        <w:pStyle w:val="NormaleWeb"/>
        <w:spacing w:line="360" w:lineRule="auto"/>
        <w:ind w:firstLine="284"/>
        <w:jc w:val="both"/>
      </w:pPr>
      <w:r w:rsidRPr="00994820">
        <w:t>«Uhm… immagino non sia un buon segno, vero?» Rock non rispose.</w:t>
      </w:r>
    </w:p>
    <w:p w14:paraId="5E9B6648" w14:textId="77777777" w:rsidR="007C3C6C" w:rsidRPr="00994820" w:rsidRDefault="007C3C6C" w:rsidP="00B1354B">
      <w:pPr>
        <w:pStyle w:val="NormaleWeb"/>
        <w:spacing w:line="360" w:lineRule="auto"/>
        <w:ind w:firstLine="284"/>
        <w:jc w:val="both"/>
      </w:pPr>
      <w:r w:rsidRPr="00994820">
        <w:t>Superato il teatro attraversarono una strada secondaria, meno affollata, con solo qualche synborn accasciato nei fumi della Gratia per entrare nell’anello residenziale esterno.</w:t>
      </w:r>
    </w:p>
    <w:p w14:paraId="0AAFCD7F" w14:textId="77777777" w:rsidR="007C3C6C" w:rsidRPr="00994820" w:rsidRDefault="007C3C6C" w:rsidP="00B1354B">
      <w:pPr>
        <w:spacing w:before="100" w:beforeAutospacing="1" w:after="100" w:afterAutospacing="1" w:line="360" w:lineRule="auto"/>
        <w:ind w:firstLine="284"/>
        <w:jc w:val="both"/>
      </w:pPr>
      <w:r w:rsidRPr="00994820">
        <w:t>Il settore residenziale esterno di Ecliptica non cercava di nascondere nulla. Nessuna finzione, nessuna estetica forzata. Solo quello che era: un agglomerato grigio di edifici funzionali, impilati come scatole senza volto, in perfetta efficienza geometrica. Fanny osservò le pareti lisce, le luci a LED freddi incastonate nei corridoi e negli ingressi automatici, i cavi a vista che correvano lungo i muri come vene artificiali.</w:t>
      </w:r>
    </w:p>
    <w:p w14:paraId="156B45D9" w14:textId="77777777" w:rsidR="007C3C6C" w:rsidRPr="00994820" w:rsidRDefault="007C3C6C" w:rsidP="00B1354B">
      <w:pPr>
        <w:spacing w:before="100" w:beforeAutospacing="1" w:after="100" w:afterAutospacing="1" w:line="360" w:lineRule="auto"/>
        <w:ind w:firstLine="284"/>
        <w:jc w:val="both"/>
      </w:pPr>
      <w:r w:rsidRPr="00994820">
        <w:t>Ogni struttura sembrava pensata da una mente pragmatica, priva di tempo per l’ornamento o il simbolismo. Qui la tecnologia era ovunque, ma nuda, esposta — pannelli fotoreattivi, terminali a muro, lettori di identità — tutti grigi, bianchi, beige. Nessun colore acceso, nessuna traccia di personalità. Solo efficienza.</w:t>
      </w:r>
    </w:p>
    <w:p w14:paraId="4F635EF6" w14:textId="77777777" w:rsidR="007C3C6C" w:rsidRPr="00994820" w:rsidRDefault="007C3C6C" w:rsidP="00B1354B">
      <w:pPr>
        <w:spacing w:before="100" w:beforeAutospacing="1" w:after="100" w:afterAutospacing="1" w:line="360" w:lineRule="auto"/>
        <w:ind w:firstLine="284"/>
        <w:jc w:val="both"/>
      </w:pPr>
      <w:r w:rsidRPr="00994820">
        <w:t>Per Fanny, che veniva dalla braccopoli dove ogni oggetto era adattato, riconvertito, trasformato, quel settore aveva l’aspetto inquietante dell’ordine imposto. Tutto funzionava. E tutto taceva. Nessun odore di metallo fuso, nessun rumore di saldatura. Solo il sussurro costante del sistema che manteneva in vita ogni cosa. Un quartiere che sembrava vivo… ma privo d’anima.</w:t>
      </w:r>
    </w:p>
    <w:p w14:paraId="323EE7FF" w14:textId="77777777" w:rsidR="007C3C6C" w:rsidRPr="00994820" w:rsidRDefault="007C3C6C" w:rsidP="00B1354B">
      <w:pPr>
        <w:pStyle w:val="NormaleWeb"/>
        <w:spacing w:line="360" w:lineRule="auto"/>
        <w:ind w:firstLine="284"/>
        <w:jc w:val="both"/>
      </w:pPr>
      <w:r w:rsidRPr="00994820">
        <w:t>«Decisamente tutt’altro stile» commentò Fanny, notando anche che le strade erano quasi desertiche, assumendo uno sguardo confuso in direzione di Juno.</w:t>
      </w:r>
    </w:p>
    <w:p w14:paraId="3256F94E" w14:textId="77777777" w:rsidR="007C3C6C" w:rsidRPr="00994820" w:rsidRDefault="007C3C6C" w:rsidP="00B1354B">
      <w:pPr>
        <w:pStyle w:val="NormaleWeb"/>
        <w:spacing w:line="360" w:lineRule="auto"/>
        <w:ind w:firstLine="284"/>
        <w:jc w:val="both"/>
      </w:pPr>
      <w:r w:rsidRPr="00994820">
        <w:t>La cadetta sbuffò, fece un timido passo accelerato verso Fanny e con tono scocciato spiegò «Durante la sera i cittadini, soprattutto del settore esterno, sono invitati a sfruttate i servizi dell’Anello commerciale per migliorare il proprio EV. Quasi nessuno torna a casa prima delle 03:00. Per questo è sospetto che i bersagli siano già rientrati.»</w:t>
      </w:r>
    </w:p>
    <w:p w14:paraId="4DA6ECBE" w14:textId="77777777" w:rsidR="007C3C6C" w:rsidRPr="00994820" w:rsidRDefault="007C3C6C" w:rsidP="00B1354B">
      <w:pPr>
        <w:pStyle w:val="NormaleWeb"/>
        <w:spacing w:line="360" w:lineRule="auto"/>
        <w:ind w:firstLine="284"/>
        <w:jc w:val="both"/>
      </w:pPr>
      <w:r w:rsidRPr="00994820">
        <w:t>Pochi metri più avanti trovarono un’abitazione, più grande di quelle attorno, ma comunque spoglia. La facciata era ben tenuta, finestre spente, silenzio sospetto.</w:t>
      </w:r>
    </w:p>
    <w:p w14:paraId="17D512D6" w14:textId="77777777" w:rsidR="007C3C6C" w:rsidRPr="00994820" w:rsidRDefault="007C3C6C" w:rsidP="00B1354B">
      <w:pPr>
        <w:pStyle w:val="NormaleWeb"/>
        <w:spacing w:line="360" w:lineRule="auto"/>
        <w:ind w:firstLine="284"/>
        <w:jc w:val="both"/>
      </w:pPr>
      <w:r w:rsidRPr="00994820">
        <w:lastRenderedPageBreak/>
        <w:t>«Se per voi va bene, entro ancora io stasera. Devo fare esperienza, no?» propose Fanny con una nota di sfida nel tono.</w:t>
      </w:r>
    </w:p>
    <w:p w14:paraId="64405F1A" w14:textId="77777777" w:rsidR="007C3C6C" w:rsidRPr="00994820" w:rsidRDefault="007C3C6C" w:rsidP="00B1354B">
      <w:pPr>
        <w:pStyle w:val="NormaleWeb"/>
        <w:spacing w:line="360" w:lineRule="auto"/>
        <w:ind w:firstLine="284"/>
        <w:jc w:val="both"/>
      </w:pPr>
      <w:r w:rsidRPr="00994820">
        <w:t>Rock non rispose a parole. Attivò il suo Boost Tek: un clangore metallico e, dal nulla, una mitragliatrice Gatling si formò lungo il suo braccio. Le canne cominciarono a girare, minacciose.</w:t>
      </w:r>
    </w:p>
    <w:p w14:paraId="148D4D9A" w14:textId="77777777" w:rsidR="007C3C6C" w:rsidRPr="00994820" w:rsidRDefault="007C3C6C" w:rsidP="00B1354B">
      <w:pPr>
        <w:pStyle w:val="NormaleWeb"/>
        <w:spacing w:line="360" w:lineRule="auto"/>
        <w:ind w:firstLine="284"/>
        <w:jc w:val="both"/>
      </w:pPr>
      <w:r w:rsidRPr="00994820">
        <w:t>«No. Questa è mia.»</w:t>
      </w:r>
    </w:p>
    <w:p w14:paraId="0BE6C8AB" w14:textId="39F7B3A3" w:rsidR="007C3C6C" w:rsidRPr="00994820" w:rsidRDefault="007C3C6C" w:rsidP="00B1354B">
      <w:pPr>
        <w:pStyle w:val="NormaleWeb"/>
        <w:spacing w:line="360" w:lineRule="auto"/>
        <w:ind w:firstLine="284"/>
        <w:jc w:val="both"/>
      </w:pPr>
      <w:r w:rsidRPr="00994820">
        <w:t>Fanny la fissò, le mani sui fianchi.</w:t>
      </w:r>
      <w:r w:rsidR="006940A6">
        <w:t xml:space="preserve"> </w:t>
      </w:r>
      <w:r w:rsidRPr="00994820">
        <w:t>«Non mi sarà molto d’aiuto lasciar fare a voi, no? Sono solo due bersagli, dopotutto. E il primo l’ho gestito correttamente.»</w:t>
      </w:r>
    </w:p>
    <w:p w14:paraId="2FACF2AF" w14:textId="6D595CB1" w:rsidR="007C3C6C" w:rsidRPr="00994820" w:rsidRDefault="007C3C6C" w:rsidP="00B1354B">
      <w:pPr>
        <w:pStyle w:val="NormaleWeb"/>
        <w:spacing w:line="360" w:lineRule="auto"/>
        <w:ind w:firstLine="284"/>
        <w:jc w:val="both"/>
      </w:pPr>
      <w:r w:rsidRPr="00994820">
        <w:t>Rock puntò la Gatling verso di lei. Il rumore delle canne che acceleravano riempì l’aria come un avvertimento.</w:t>
      </w:r>
      <w:r w:rsidR="006940A6">
        <w:t xml:space="preserve"> </w:t>
      </w:r>
      <w:r w:rsidRPr="00994820">
        <w:t>«Questa è mia. Hai vinto una volta. Non tentare la sorte.»</w:t>
      </w:r>
    </w:p>
    <w:p w14:paraId="18E6DDA5" w14:textId="00C8167A" w:rsidR="007C3C6C" w:rsidRPr="00994820" w:rsidRDefault="007C3C6C" w:rsidP="00B1354B">
      <w:pPr>
        <w:pStyle w:val="NormaleWeb"/>
        <w:spacing w:line="360" w:lineRule="auto"/>
        <w:ind w:firstLine="284"/>
        <w:jc w:val="both"/>
      </w:pPr>
      <w:r w:rsidRPr="00994820">
        <w:t>Fanny non si scompose.</w:t>
      </w:r>
      <w:r w:rsidR="006940A6">
        <w:t xml:space="preserve"> </w:t>
      </w:r>
      <w:r w:rsidRPr="00994820">
        <w:t>«Sarà divertente spiegare ai superiori che ero volenterosa di obbedire agli ordini, ma qualcuno me lo ha impedito.»</w:t>
      </w:r>
      <w:r w:rsidRPr="00994820">
        <w:br/>
        <w:t>Sorrise.</w:t>
      </w:r>
      <w:r w:rsidR="006940A6">
        <w:t xml:space="preserve"> </w:t>
      </w:r>
      <w:r w:rsidRPr="00994820">
        <w:t>«E ora levami quella roba di dosso, schifosa.»</w:t>
      </w:r>
    </w:p>
    <w:p w14:paraId="6BD1D403" w14:textId="4AEF7358" w:rsidR="007C3C6C" w:rsidRPr="00994820" w:rsidRDefault="007C3C6C" w:rsidP="00B1354B">
      <w:pPr>
        <w:pStyle w:val="NormaleWeb"/>
        <w:spacing w:line="360" w:lineRule="auto"/>
        <w:ind w:firstLine="284"/>
        <w:jc w:val="both"/>
      </w:pPr>
      <w:r w:rsidRPr="00994820">
        <w:t>Rock non abbassò l’arma.</w:t>
      </w:r>
      <w:r w:rsidR="006940A6">
        <w:t xml:space="preserve"> </w:t>
      </w:r>
      <w:r w:rsidRPr="00994820">
        <w:t>«Questo è il mio obiettivo,» ripeté, gelida.</w:t>
      </w:r>
      <w:r w:rsidRPr="00994820">
        <w:br/>
        <w:t>«E anche io sono volenterosa. Potrei sempre raccontare che qualcuna» — marcò la parola — «voleva fermarmi.»</w:t>
      </w:r>
    </w:p>
    <w:p w14:paraId="6BBF6575" w14:textId="3AB0DC81" w:rsidR="007C3C6C" w:rsidRPr="00994820" w:rsidRDefault="007C3C6C" w:rsidP="00B1354B">
      <w:pPr>
        <w:pStyle w:val="NormaleWeb"/>
        <w:spacing w:line="360" w:lineRule="auto"/>
        <w:ind w:firstLine="284"/>
        <w:jc w:val="both"/>
      </w:pPr>
      <w:r w:rsidRPr="00994820">
        <w:t>Fanny sbuffò.</w:t>
      </w:r>
      <w:r w:rsidR="006940A6">
        <w:t xml:space="preserve"> </w:t>
      </w:r>
      <w:r w:rsidRPr="00994820">
        <w:t>«Tsk. Fa come ti pare. Sveglia pure tutto il vicinato, magari.»</w:t>
      </w:r>
    </w:p>
    <w:p w14:paraId="28A428C6" w14:textId="77777777" w:rsidR="007C3C6C" w:rsidRPr="00994820" w:rsidRDefault="007C3C6C" w:rsidP="00B1354B">
      <w:pPr>
        <w:pStyle w:val="NormaleWeb"/>
        <w:spacing w:line="360" w:lineRule="auto"/>
        <w:ind w:firstLine="284"/>
        <w:jc w:val="both"/>
      </w:pPr>
      <w:r w:rsidRPr="00994820">
        <w:t>Senza aggiungere altro, Rock entrò nel palazzo.</w:t>
      </w:r>
    </w:p>
    <w:p w14:paraId="70D2B9AF" w14:textId="77777777" w:rsidR="00AB4FBD" w:rsidRDefault="007C3C6C" w:rsidP="00B1354B">
      <w:pPr>
        <w:pStyle w:val="NormaleWeb"/>
        <w:spacing w:line="360" w:lineRule="auto"/>
        <w:ind w:firstLine="284"/>
        <w:jc w:val="both"/>
      </w:pPr>
      <w:r w:rsidRPr="00994820">
        <w:t>Fanny la seguì con lo sguardo, stringendo i denti.</w:t>
      </w:r>
      <w:r w:rsidR="006940A6">
        <w:t xml:space="preserve"> </w:t>
      </w:r>
    </w:p>
    <w:p w14:paraId="3CBD03BB" w14:textId="76FD3BA9" w:rsidR="007C3C6C" w:rsidRPr="00994820" w:rsidRDefault="007C3C6C" w:rsidP="00B1354B">
      <w:pPr>
        <w:pStyle w:val="NormaleWeb"/>
        <w:spacing w:line="360" w:lineRule="auto"/>
        <w:ind w:firstLine="284"/>
        <w:jc w:val="both"/>
      </w:pPr>
      <w:r w:rsidRPr="00994820">
        <w:t>«Lurida...» borbottò tra sé, poi incrociò le braccia.</w:t>
      </w:r>
      <w:r w:rsidR="00AB4FBD">
        <w:t xml:space="preserve"> </w:t>
      </w:r>
      <w:r w:rsidRPr="00994820">
        <w:t>«Farà un casino infernale.»</w:t>
      </w:r>
    </w:p>
    <w:p w14:paraId="3A44E192" w14:textId="77777777" w:rsidR="007C3C6C" w:rsidRPr="00994820" w:rsidRDefault="007C3C6C" w:rsidP="00B1354B">
      <w:pPr>
        <w:pStyle w:val="NormaleWeb"/>
        <w:spacing w:line="360" w:lineRule="auto"/>
        <w:ind w:firstLine="284"/>
        <w:jc w:val="both"/>
      </w:pPr>
      <w:r w:rsidRPr="00994820">
        <w:t>Pochi istanti dopo, si udirono colpi ovattati. Non esplosioni vere e proprie: suoni strozzati, come spari silenziati.</w:t>
      </w:r>
    </w:p>
    <w:p w14:paraId="7F8E6032" w14:textId="77777777" w:rsidR="007C3C6C" w:rsidRPr="00994820" w:rsidRDefault="007C3C6C" w:rsidP="00B1354B">
      <w:pPr>
        <w:pStyle w:val="NormaleWeb"/>
        <w:spacing w:line="360" w:lineRule="auto"/>
        <w:ind w:firstLine="284"/>
        <w:jc w:val="both"/>
      </w:pPr>
      <w:r w:rsidRPr="00994820">
        <w:t>«E ti pareva…» sussurrò Fanny.</w:t>
      </w:r>
    </w:p>
    <w:p w14:paraId="140D6D48" w14:textId="77777777" w:rsidR="007C3C6C" w:rsidRPr="00994820" w:rsidRDefault="007C3C6C" w:rsidP="00B1354B">
      <w:pPr>
        <w:pStyle w:val="NormaleWeb"/>
        <w:spacing w:line="360" w:lineRule="auto"/>
        <w:ind w:firstLine="284"/>
        <w:jc w:val="both"/>
      </w:pPr>
      <w:r w:rsidRPr="00994820">
        <w:t>Rock riemerse qualche minuto dopo. Portava i due obiettivi fra le braccia, apparentemente incoscienti. Al collo, entrambi avevano freccette tranquillanti ancora conficcate nella pelle.</w:t>
      </w:r>
    </w:p>
    <w:p w14:paraId="6226143C" w14:textId="0F56D2D0" w:rsidR="007C3C6C" w:rsidRPr="00994820" w:rsidRDefault="007C3C6C" w:rsidP="00B1354B">
      <w:pPr>
        <w:pStyle w:val="NormaleWeb"/>
        <w:spacing w:line="360" w:lineRule="auto"/>
        <w:ind w:firstLine="284"/>
        <w:jc w:val="both"/>
      </w:pPr>
      <w:r w:rsidRPr="00994820">
        <w:t>Fanny si fece avanti con un sorriso ironico.</w:t>
      </w:r>
      <w:r w:rsidR="00AB4FBD">
        <w:t xml:space="preserve"> </w:t>
      </w:r>
      <w:r w:rsidRPr="00994820">
        <w:t>«Complimenti. Tramortire gli obiettivi è una tattica ottima. Me lo segno.»</w:t>
      </w:r>
    </w:p>
    <w:p w14:paraId="4E8EAEB9" w14:textId="77777777" w:rsidR="00AB4FBD" w:rsidRDefault="007C3C6C" w:rsidP="00B1354B">
      <w:pPr>
        <w:pStyle w:val="NormaleWeb"/>
        <w:spacing w:line="360" w:lineRule="auto"/>
        <w:ind w:firstLine="284"/>
        <w:jc w:val="both"/>
      </w:pPr>
      <w:r w:rsidRPr="00994820">
        <w:lastRenderedPageBreak/>
        <w:t>«Uno di loro ha cercato di fermarmi. Il suo EV è salito a sessantanove. L’ho sedato per tempo. Non è più un problema.»</w:t>
      </w:r>
    </w:p>
    <w:p w14:paraId="69E31AA9" w14:textId="5584FE3F" w:rsidR="007C3C6C" w:rsidRPr="00994820" w:rsidRDefault="007C3C6C" w:rsidP="00B1354B">
      <w:pPr>
        <w:pStyle w:val="NormaleWeb"/>
        <w:spacing w:line="360" w:lineRule="auto"/>
        <w:ind w:firstLine="284"/>
        <w:jc w:val="both"/>
      </w:pPr>
      <w:r w:rsidRPr="00994820">
        <w:t>Rock parlava con tono neutro, mentre si avvicinava.</w:t>
      </w:r>
      <w:r w:rsidR="00AB4FBD">
        <w:t xml:space="preserve"> </w:t>
      </w:r>
      <w:r w:rsidRPr="00994820">
        <w:t>«Converrà contattare il Dipartimento del Mezzogiorno.»</w:t>
      </w:r>
    </w:p>
    <w:p w14:paraId="4882AF91" w14:textId="18432057" w:rsidR="007C3C6C" w:rsidRPr="00994820" w:rsidRDefault="007C3C6C" w:rsidP="00B1354B">
      <w:pPr>
        <w:pStyle w:val="NormaleWeb"/>
        <w:spacing w:line="360" w:lineRule="auto"/>
        <w:ind w:firstLine="284"/>
        <w:jc w:val="both"/>
      </w:pPr>
      <w:r w:rsidRPr="00994820">
        <w:t>Fanny osservò i corpi con espressione cupa.</w:t>
      </w:r>
      <w:r w:rsidR="00AB4FBD">
        <w:t xml:space="preserve"> </w:t>
      </w:r>
      <w:r w:rsidRPr="00994820">
        <w:rPr>
          <w:rStyle w:val="Enfasicorsivo"/>
          <w:rFonts w:eastAsiaTheme="majorEastAsia"/>
        </w:rPr>
        <w:t>Scommetto che se fossi entrata io non sarebbe successo... troia</w:t>
      </w:r>
      <w:r w:rsidRPr="00994820">
        <w:t>, pensò, mordendosi l’interno della guancia.</w:t>
      </w:r>
    </w:p>
    <w:p w14:paraId="58963646" w14:textId="77777777" w:rsidR="007C3C6C" w:rsidRPr="00994820" w:rsidRDefault="007C3C6C" w:rsidP="00B1354B">
      <w:pPr>
        <w:pStyle w:val="NormaleWeb"/>
        <w:spacing w:line="360" w:lineRule="auto"/>
        <w:ind w:firstLine="284"/>
        <w:jc w:val="both"/>
      </w:pPr>
      <w:r w:rsidRPr="00994820">
        <w:t>«Beh, gli incidenti di percorso capitano anche ai più bravi. Dico bene?» aggiunse a voce alta, con tono pacato.</w:t>
      </w:r>
    </w:p>
    <w:p w14:paraId="15AD0B27" w14:textId="422790A7" w:rsidR="007C3C6C" w:rsidRPr="00994820" w:rsidRDefault="007C3C6C" w:rsidP="00B1354B">
      <w:pPr>
        <w:pStyle w:val="NormaleWeb"/>
        <w:spacing w:line="360" w:lineRule="auto"/>
        <w:ind w:firstLine="284"/>
        <w:jc w:val="both"/>
      </w:pPr>
      <w:r w:rsidRPr="00994820">
        <w:t>Rock si fermò davanti a lei.</w:t>
      </w:r>
      <w:r w:rsidR="00AB4FBD">
        <w:t xml:space="preserve"> </w:t>
      </w:r>
      <w:r w:rsidRPr="00994820">
        <w:t>«Incidente? L’operazione è stata completata con successo.»</w:t>
      </w:r>
    </w:p>
    <w:p w14:paraId="64358B7E" w14:textId="77777777" w:rsidR="00AB4FBD" w:rsidRDefault="007C3C6C" w:rsidP="00B1354B">
      <w:pPr>
        <w:pStyle w:val="NormaleWeb"/>
        <w:spacing w:line="360" w:lineRule="auto"/>
        <w:ind w:firstLine="284"/>
        <w:jc w:val="both"/>
      </w:pPr>
      <w:r w:rsidRPr="00994820">
        <w:t>Fanny inclinò la testa, un sorrisetto sulle labbra.</w:t>
      </w:r>
    </w:p>
    <w:p w14:paraId="2A9183FA" w14:textId="17837A49" w:rsidR="007C3C6C" w:rsidRPr="00994820" w:rsidRDefault="007C3C6C" w:rsidP="00B1354B">
      <w:pPr>
        <w:pStyle w:val="NormaleWeb"/>
        <w:spacing w:line="360" w:lineRule="auto"/>
        <w:ind w:firstLine="284"/>
        <w:jc w:val="both"/>
      </w:pPr>
      <w:r w:rsidRPr="00994820">
        <w:t>«Oh, allora mi scusi, maestra Rock. Sono stata scortese.</w:t>
      </w:r>
      <w:r w:rsidR="00AB4FBD">
        <w:t xml:space="preserve"> </w:t>
      </w:r>
      <w:r w:rsidRPr="00994820">
        <w:t>Anzi no, che mi scuso a fare? Tanto non provi nulla, dopotutto.»</w:t>
      </w:r>
    </w:p>
    <w:p w14:paraId="2B80D920" w14:textId="77777777" w:rsidR="007C3C6C" w:rsidRPr="00994820" w:rsidRDefault="007C3C6C" w:rsidP="00B1354B">
      <w:pPr>
        <w:pStyle w:val="NormaleWeb"/>
        <w:spacing w:line="360" w:lineRule="auto"/>
        <w:ind w:firstLine="284"/>
        <w:jc w:val="both"/>
      </w:pPr>
      <w:r w:rsidRPr="00994820">
        <w:t>Fece un passo indietro e sospirò.</w:t>
      </w:r>
    </w:p>
    <w:p w14:paraId="3BCCF6C7" w14:textId="5D117B6D" w:rsidR="007C3C6C" w:rsidRPr="00994820" w:rsidRDefault="007C3C6C" w:rsidP="00B1354B">
      <w:pPr>
        <w:pStyle w:val="NormaleWeb"/>
        <w:spacing w:line="360" w:lineRule="auto"/>
        <w:ind w:firstLine="284"/>
        <w:jc w:val="both"/>
      </w:pPr>
      <w:r w:rsidRPr="00994820">
        <w:t>«Comunque…</w:t>
      </w:r>
      <w:r w:rsidR="00AB4FBD">
        <w:t xml:space="preserve"> </w:t>
      </w:r>
      <w:r w:rsidRPr="00994820">
        <w:t>Procediamo?»</w:t>
      </w:r>
    </w:p>
    <w:p w14:paraId="41240291" w14:textId="77777777" w:rsidR="007C3C6C" w:rsidRPr="00994820" w:rsidRDefault="007C3C6C" w:rsidP="00B1354B">
      <w:pPr>
        <w:spacing w:before="100" w:beforeAutospacing="1" w:after="100" w:afterAutospacing="1" w:line="360" w:lineRule="auto"/>
        <w:ind w:firstLine="284"/>
        <w:jc w:val="both"/>
      </w:pPr>
      <w:r w:rsidRPr="00994820">
        <w:t>Poco più avanti, il rumore di un frastuono anomalo attirò l’attenzione della ragazza.</w:t>
      </w:r>
      <w:r w:rsidRPr="00994820">
        <w:br/>
        <w:t>Fanny accelerò il passo. Notò quasi subito che gli altri due Shinigami non la seguirono.</w:t>
      </w:r>
    </w:p>
    <w:p w14:paraId="1D833916" w14:textId="77777777" w:rsidR="007C3C6C" w:rsidRPr="00994820" w:rsidRDefault="007C3C6C" w:rsidP="00B1354B">
      <w:pPr>
        <w:pStyle w:val="NormaleWeb"/>
        <w:spacing w:line="360" w:lineRule="auto"/>
        <w:ind w:firstLine="284"/>
        <w:jc w:val="both"/>
      </w:pPr>
      <w:r w:rsidRPr="00994820">
        <w:t>«Beh? Non è questo il nostro lavoro?» chiese confusa</w:t>
      </w:r>
    </w:p>
    <w:p w14:paraId="4E31D49D" w14:textId="77777777" w:rsidR="007C3C6C" w:rsidRPr="00994820" w:rsidRDefault="007C3C6C" w:rsidP="00B1354B">
      <w:pPr>
        <w:pStyle w:val="NormaleWeb"/>
        <w:spacing w:line="360" w:lineRule="auto"/>
        <w:ind w:firstLine="284"/>
        <w:jc w:val="both"/>
      </w:pPr>
      <w:r w:rsidRPr="00994820">
        <w:t>Aman rispose «No. Se serviranno i nostri servigi, scatterà l’allarme di una situazione non gestibile solo dagli elvenar, altrimenti saranno loro a occuparsene»</w:t>
      </w:r>
    </w:p>
    <w:p w14:paraId="68B659C8" w14:textId="77777777" w:rsidR="007C3C6C" w:rsidRPr="00994820" w:rsidRDefault="007C3C6C" w:rsidP="00B1354B">
      <w:pPr>
        <w:pStyle w:val="NormaleWeb"/>
        <w:spacing w:line="360" w:lineRule="auto"/>
        <w:ind w:firstLine="284"/>
        <w:jc w:val="both"/>
      </w:pPr>
      <w:r w:rsidRPr="00994820">
        <w:t>Fanny si voltò nuovamente verso la fonte del frastuono «Quindi non posso intervenire?»</w:t>
      </w:r>
    </w:p>
    <w:p w14:paraId="369F4A30" w14:textId="77777777" w:rsidR="007C3C6C" w:rsidRPr="00994820" w:rsidRDefault="007C3C6C" w:rsidP="00B1354B">
      <w:pPr>
        <w:pStyle w:val="NormaleWeb"/>
        <w:spacing w:line="360" w:lineRule="auto"/>
        <w:ind w:firstLine="284"/>
        <w:jc w:val="both"/>
      </w:pPr>
      <w:r w:rsidRPr="00994820">
        <w:t>Rock parlò prima che Aman potesse rispondere «No, nulla ci vieta di intervenire come preferiamo, finita la missione, se ci tieni» la squadrò con tono freddo «vai pure, ma porta con te gli elvenar e i cadetti, per quanto riguarda loro, possiamo scortarli noi» concluse gelida.</w:t>
      </w:r>
    </w:p>
    <w:p w14:paraId="17EDE8EF" w14:textId="77777777" w:rsidR="007C3C6C" w:rsidRPr="00994820" w:rsidRDefault="007C3C6C" w:rsidP="00B1354B">
      <w:pPr>
        <w:pStyle w:val="NormaleWeb"/>
        <w:spacing w:line="360" w:lineRule="auto"/>
        <w:ind w:firstLine="284"/>
        <w:jc w:val="both"/>
      </w:pPr>
      <w:r w:rsidRPr="00994820">
        <w:t>Fanny fece cenno ai cadetti e agli Elvenar di seguirla e si diresse rapidamente verso un gruppetto di Synborn poco più in là.</w:t>
      </w:r>
    </w:p>
    <w:p w14:paraId="1D0DD5F8" w14:textId="77777777" w:rsidR="007C3C6C" w:rsidRPr="00994820" w:rsidRDefault="007C3C6C" w:rsidP="00B1354B">
      <w:pPr>
        <w:pStyle w:val="NormaleWeb"/>
        <w:spacing w:line="360" w:lineRule="auto"/>
        <w:ind w:firstLine="284"/>
        <w:jc w:val="both"/>
      </w:pPr>
      <w:r w:rsidRPr="00994820">
        <w:t>«Perché l’hai fatta andare?» chiese Aman confuso</w:t>
      </w:r>
    </w:p>
    <w:p w14:paraId="36D646F6" w14:textId="77777777" w:rsidR="007C3C6C" w:rsidRPr="00994820" w:rsidRDefault="007C3C6C" w:rsidP="00B1354B">
      <w:pPr>
        <w:pStyle w:val="NormaleWeb"/>
        <w:spacing w:line="360" w:lineRule="auto"/>
        <w:ind w:firstLine="284"/>
        <w:jc w:val="both"/>
      </w:pPr>
      <w:r w:rsidRPr="00994820">
        <w:lastRenderedPageBreak/>
        <w:t>«Non voglio rotture quando scoprirà a cosa servono davvero questi prelievi notturni» disse con voce flebile come un sussurro guardando verso il basso.</w:t>
      </w:r>
    </w:p>
    <w:p w14:paraId="556D2A3A" w14:textId="77777777" w:rsidR="007C3C6C" w:rsidRPr="00994820" w:rsidRDefault="007C3C6C" w:rsidP="00B1354B">
      <w:pPr>
        <w:spacing w:before="100" w:beforeAutospacing="1" w:after="100" w:afterAutospacing="1" w:line="360" w:lineRule="auto"/>
        <w:ind w:firstLine="284"/>
        <w:jc w:val="both"/>
      </w:pPr>
      <w:r w:rsidRPr="00994820">
        <w:t>Al centro della strada, inginocchiato sull’asfalto, c’era un uomo in lacrime, gli occhi sbarrati dal terrore, immerso in un lago di sangue. Acanto a lui una donna che sembrava smembrata dal ventre in su. Tre EyeBall fluttuavano attorno a lui, proiettando una luce rossa pulsante che ne segnava il corpo con una griglia minacciosa.</w:t>
      </w:r>
    </w:p>
    <w:p w14:paraId="57F9CB43" w14:textId="77777777" w:rsidR="007C3C6C" w:rsidRPr="00994820" w:rsidRDefault="007C3C6C" w:rsidP="00B1354B">
      <w:pPr>
        <w:pStyle w:val="NormaleWeb"/>
        <w:spacing w:line="360" w:lineRule="auto"/>
        <w:ind w:firstLine="284"/>
        <w:jc w:val="both"/>
      </w:pPr>
      <w:r w:rsidRPr="00994820">
        <w:t>«Vi prego! Non stavo facendo nulla! Non chiamate gli Shinigami! Lei… lei… non voleva! Dovevo abbassare il mio EV ed erano giorni che mi rifiutava! Ma sono certo che adesso… a breve… il mio valore si stabilizzerà di nuovo… ora che…» poi alzò la voce «Ora che questa troia non c’è più!»</w:t>
      </w:r>
    </w:p>
    <w:p w14:paraId="24F79B2A" w14:textId="77777777" w:rsidR="007C3C6C" w:rsidRPr="00994820" w:rsidRDefault="007C3C6C" w:rsidP="00B1354B">
      <w:pPr>
        <w:pStyle w:val="NormaleWeb"/>
        <w:spacing w:line="360" w:lineRule="auto"/>
        <w:ind w:firstLine="284"/>
        <w:jc w:val="both"/>
      </w:pPr>
      <w:r w:rsidRPr="00994820">
        <w:t>Fanny si fece largo tra la folla con forza, spingendo via chiunque le ostacolasse il cammino.</w:t>
      </w:r>
      <w:r w:rsidRPr="00994820">
        <w:br/>
        <w:t>«Spostatevi! Largo!» Ma Juno si interpose davanti a lei spingendola con le mani per fermarla «Questo è il nostro lavoro! Forza ragazzi!» La squadra di cadetti allontanò diligentemente i civili, liberando e isolando totalmente la strada.</w:t>
      </w:r>
    </w:p>
    <w:p w14:paraId="4A085B38" w14:textId="77777777" w:rsidR="007C3C6C" w:rsidRPr="00994820" w:rsidRDefault="007C3C6C" w:rsidP="00B1354B">
      <w:pPr>
        <w:spacing w:before="100" w:beforeAutospacing="1" w:after="100" w:afterAutospacing="1" w:line="360" w:lineRule="auto"/>
        <w:ind w:firstLine="284"/>
        <w:jc w:val="both"/>
      </w:pPr>
      <w:r w:rsidRPr="00994820">
        <w:t>La gente, confusa e intimorita, obbedì quasi subito e uno dopo l’altro, cominciarono ad allontanarsi.</w:t>
      </w:r>
    </w:p>
    <w:p w14:paraId="3DA05FB1" w14:textId="77777777" w:rsidR="007C3C6C" w:rsidRPr="00994820" w:rsidRDefault="007C3C6C" w:rsidP="00B1354B">
      <w:pPr>
        <w:spacing w:before="100" w:beforeAutospacing="1" w:after="100" w:afterAutospacing="1" w:line="360" w:lineRule="auto"/>
        <w:ind w:firstLine="284"/>
        <w:jc w:val="both"/>
      </w:pPr>
      <w:r w:rsidRPr="00994820">
        <w:t>«Di quanto l’EV?» chiese Fanny, senza distogliere lo sguardo dall’uomo tremante.</w:t>
      </w:r>
    </w:p>
    <w:p w14:paraId="4C83D5CD" w14:textId="77777777" w:rsidR="007C3C6C" w:rsidRPr="00994820" w:rsidRDefault="007C3C6C" w:rsidP="00B1354B">
      <w:pPr>
        <w:spacing w:before="100" w:beforeAutospacing="1" w:after="100" w:afterAutospacing="1" w:line="360" w:lineRule="auto"/>
        <w:ind w:firstLine="284"/>
        <w:jc w:val="both"/>
      </w:pPr>
      <w:r w:rsidRPr="00994820">
        <w:t>«Centoventisette, madame.» rispose Becky con tono neutro.</w:t>
      </w:r>
    </w:p>
    <w:p w14:paraId="78AE04C4" w14:textId="08825FA5" w:rsidR="007C3C6C" w:rsidRPr="00994820" w:rsidRDefault="007C3C6C" w:rsidP="00B1354B">
      <w:pPr>
        <w:spacing w:before="100" w:beforeAutospacing="1" w:after="100" w:afterAutospacing="1" w:line="360" w:lineRule="auto"/>
        <w:ind w:firstLine="284"/>
        <w:jc w:val="both"/>
      </w:pPr>
      <w:r w:rsidRPr="00994820">
        <w:t>Fanny sospirò.</w:t>
      </w:r>
      <w:r w:rsidR="00AB4FBD">
        <w:t xml:space="preserve"> </w:t>
      </w:r>
      <w:r w:rsidRPr="00994820">
        <w:t>«Mh…»</w:t>
      </w:r>
    </w:p>
    <w:p w14:paraId="46F9D79A" w14:textId="533E1A3D" w:rsidR="007C3C6C" w:rsidRPr="00994820" w:rsidRDefault="007C3C6C" w:rsidP="00B1354B">
      <w:pPr>
        <w:spacing w:before="100" w:beforeAutospacing="1" w:after="100" w:afterAutospacing="1" w:line="360" w:lineRule="auto"/>
        <w:ind w:firstLine="284"/>
        <w:jc w:val="both"/>
      </w:pPr>
      <w:r w:rsidRPr="00994820">
        <w:t>Attraversò la barriera di luce delle Emotion Eye.</w:t>
      </w:r>
      <w:r w:rsidR="00AB4FBD">
        <w:t xml:space="preserve"> </w:t>
      </w:r>
      <w:r w:rsidRPr="00994820">
        <w:t>Lo guardò solo un istante.</w:t>
      </w:r>
      <w:r w:rsidRPr="00994820">
        <w:br/>
        <w:t>«Mi dispiace. Niente di personale.»</w:t>
      </w:r>
    </w:p>
    <w:p w14:paraId="79D10748" w14:textId="77777777" w:rsidR="007C3C6C" w:rsidRPr="00994820" w:rsidRDefault="007C3C6C" w:rsidP="00B1354B">
      <w:pPr>
        <w:spacing w:before="100" w:beforeAutospacing="1" w:after="100" w:afterAutospacing="1" w:line="360" w:lineRule="auto"/>
        <w:ind w:firstLine="284"/>
        <w:jc w:val="both"/>
      </w:pPr>
      <w:r w:rsidRPr="00994820">
        <w:t>Poi lo sollevò per il collo con i suoi guanti e voltò la testa distogliendo lo sguardo. L’uomo sollevato a pochi centimetri da terra si agitava compulsivamente graffiando sul braccio e il guanto di Fanny con le lacrime che scorrevano copiose.</w:t>
      </w:r>
    </w:p>
    <w:p w14:paraId="63115B47" w14:textId="77777777" w:rsidR="007C3C6C" w:rsidRPr="00994820" w:rsidRDefault="007C3C6C" w:rsidP="00B1354B">
      <w:pPr>
        <w:spacing w:before="100" w:beforeAutospacing="1" w:after="100" w:afterAutospacing="1" w:line="360" w:lineRule="auto"/>
        <w:ind w:firstLine="284"/>
        <w:jc w:val="both"/>
        <w:rPr>
          <w:i/>
          <w:iCs/>
        </w:rPr>
      </w:pPr>
      <w:r w:rsidRPr="00994820">
        <w:rPr>
          <w:i/>
          <w:iCs/>
        </w:rPr>
        <w:t>Crack.</w:t>
      </w:r>
    </w:p>
    <w:p w14:paraId="2BE79207" w14:textId="77777777" w:rsidR="007C3C6C" w:rsidRPr="00994820" w:rsidRDefault="007C3C6C" w:rsidP="00B1354B">
      <w:pPr>
        <w:spacing w:before="100" w:beforeAutospacing="1" w:after="100" w:afterAutospacing="1" w:line="360" w:lineRule="auto"/>
        <w:ind w:firstLine="284"/>
        <w:jc w:val="both"/>
      </w:pPr>
      <w:r w:rsidRPr="00994820">
        <w:t>Poi ci fu il silenzio e il corpo crollò al suolo una volta che la ragazza mollò la presa con gli occhi chiusi e le mani tremanti.</w:t>
      </w:r>
    </w:p>
    <w:p w14:paraId="6DD9EB36" w14:textId="77777777" w:rsidR="007C3C6C" w:rsidRPr="00994820" w:rsidRDefault="007C3C6C" w:rsidP="00B1354B">
      <w:pPr>
        <w:spacing w:before="100" w:beforeAutospacing="1" w:after="100" w:afterAutospacing="1" w:line="360" w:lineRule="auto"/>
        <w:ind w:firstLine="284"/>
        <w:jc w:val="both"/>
      </w:pPr>
      <w:r w:rsidRPr="00994820">
        <w:t>Uno degli EyeBall si girò di scatto e inquadrò un negoziante poco distante.</w:t>
      </w:r>
    </w:p>
    <w:p w14:paraId="5C215A32" w14:textId="77777777" w:rsidR="007C3C6C" w:rsidRPr="00994820" w:rsidRDefault="007C3C6C" w:rsidP="00B1354B">
      <w:pPr>
        <w:spacing w:before="100" w:beforeAutospacing="1" w:after="100" w:afterAutospacing="1" w:line="360" w:lineRule="auto"/>
        <w:ind w:firstLine="284"/>
        <w:jc w:val="both"/>
      </w:pPr>
      <w:r w:rsidRPr="00994820">
        <w:rPr>
          <w:rStyle w:val="Enfasigrassetto"/>
          <w:rFonts w:eastAsiaTheme="majorEastAsia"/>
        </w:rPr>
        <w:t>Nuovo Colpevole individuato. Ordine d’esecuzione.</w:t>
      </w:r>
    </w:p>
    <w:p w14:paraId="068E1971" w14:textId="77777777" w:rsidR="007C3C6C" w:rsidRPr="00994820" w:rsidRDefault="007C3C6C" w:rsidP="00B1354B">
      <w:pPr>
        <w:spacing w:before="100" w:beforeAutospacing="1" w:after="100" w:afterAutospacing="1" w:line="360" w:lineRule="auto"/>
        <w:ind w:firstLine="284"/>
        <w:jc w:val="both"/>
      </w:pPr>
      <w:r w:rsidRPr="00994820">
        <w:lastRenderedPageBreak/>
        <w:t>«Cristo santo… speravo mi sarei limitata a una soltanto per stasera» sibilò Fanny.</w:t>
      </w:r>
    </w:p>
    <w:p w14:paraId="1472BF66" w14:textId="77777777" w:rsidR="007C3C6C" w:rsidRPr="00994820" w:rsidRDefault="007C3C6C" w:rsidP="00B1354B">
      <w:pPr>
        <w:spacing w:before="100" w:beforeAutospacing="1" w:after="100" w:afterAutospacing="1" w:line="360" w:lineRule="auto"/>
        <w:ind w:firstLine="284"/>
        <w:jc w:val="both"/>
      </w:pPr>
      <w:r w:rsidRPr="00994820">
        <w:t>«Madame» la voce di Becky si fece di nuovo udire. «L’EV del negoziante è a novantasette.»</w:t>
      </w:r>
    </w:p>
    <w:p w14:paraId="11255A24" w14:textId="4FF5DE2B" w:rsidR="007C3C6C" w:rsidRPr="00994820" w:rsidRDefault="007C3C6C" w:rsidP="00B1354B">
      <w:pPr>
        <w:spacing w:before="100" w:beforeAutospacing="1" w:after="100" w:afterAutospacing="1" w:line="360" w:lineRule="auto"/>
        <w:ind w:firstLine="284"/>
        <w:jc w:val="both"/>
      </w:pPr>
      <w:r w:rsidRPr="00994820">
        <w:t>Fanny non rispose.</w:t>
      </w:r>
      <w:r w:rsidR="00AB4FBD">
        <w:t xml:space="preserve"> </w:t>
      </w:r>
      <w:r w:rsidRPr="00994820">
        <w:t>Il silenzio venne però spezzato a un colpo eruttato alle spalle di Fanny.</w:t>
      </w:r>
      <w:r w:rsidRPr="00994820">
        <w:br/>
        <w:t>Un proiettile centrò la testa dell’uomo.</w:t>
      </w:r>
    </w:p>
    <w:p w14:paraId="6B7F1321" w14:textId="77777777" w:rsidR="00AB4FBD" w:rsidRDefault="007C3C6C" w:rsidP="00B1354B">
      <w:pPr>
        <w:spacing w:before="100" w:beforeAutospacing="1" w:after="100" w:afterAutospacing="1" w:line="360" w:lineRule="auto"/>
        <w:ind w:firstLine="284"/>
        <w:jc w:val="both"/>
      </w:pPr>
      <w:r w:rsidRPr="00994820">
        <w:t>La folla, già rarefatta, era svanita del tutto.</w:t>
      </w:r>
    </w:p>
    <w:p w14:paraId="60FFBF63" w14:textId="3D8D2988" w:rsidR="007C3C6C" w:rsidRPr="00994820" w:rsidRDefault="007C3C6C" w:rsidP="00B1354B">
      <w:pPr>
        <w:spacing w:before="100" w:beforeAutospacing="1" w:after="100" w:afterAutospacing="1" w:line="360" w:lineRule="auto"/>
        <w:ind w:firstLine="284"/>
        <w:jc w:val="both"/>
      </w:pPr>
      <w:r w:rsidRPr="00994820">
        <w:t>Il silenzio calò, pesante.</w:t>
      </w:r>
    </w:p>
    <w:p w14:paraId="4E5E2E87" w14:textId="77777777" w:rsidR="007C3C6C" w:rsidRPr="00994820" w:rsidRDefault="007C3C6C" w:rsidP="00B1354B">
      <w:pPr>
        <w:spacing w:before="100" w:beforeAutospacing="1" w:after="100" w:afterAutospacing="1" w:line="360" w:lineRule="auto"/>
        <w:ind w:firstLine="284"/>
        <w:jc w:val="both"/>
      </w:pPr>
      <w:r w:rsidRPr="00994820">
        <w:t>«Non dirmi che è di nuovo quella cessa di cecchina» borbottò Fanny, mentre un brivido le saliva lungo la schiena.</w:t>
      </w:r>
    </w:p>
    <w:p w14:paraId="0E2BCAA9" w14:textId="77777777" w:rsidR="007C3C6C" w:rsidRPr="00994820" w:rsidRDefault="007C3C6C" w:rsidP="00B1354B">
      <w:pPr>
        <w:spacing w:before="100" w:beforeAutospacing="1" w:after="100" w:afterAutospacing="1" w:line="360" w:lineRule="auto"/>
        <w:ind w:firstLine="284"/>
        <w:jc w:val="both"/>
      </w:pPr>
      <w:r w:rsidRPr="00994820">
        <w:t>Alle sue spalle, una voce maschile parlò con un tono inaspettatamente allegro.</w:t>
      </w:r>
      <w:r w:rsidRPr="00994820">
        <w:br/>
        <w:t>«Uno Shinigami che non adempie con celerità al proprio lavoro? Assai inusuale.»</w:t>
      </w:r>
    </w:p>
    <w:p w14:paraId="410A7229" w14:textId="77777777" w:rsidR="007C3C6C" w:rsidRPr="00994820" w:rsidRDefault="007C3C6C" w:rsidP="00B1354B">
      <w:pPr>
        <w:spacing w:before="100" w:beforeAutospacing="1" w:after="100" w:afterAutospacing="1" w:line="360" w:lineRule="auto"/>
        <w:ind w:firstLine="284"/>
        <w:jc w:val="both"/>
      </w:pPr>
      <w:r w:rsidRPr="00994820">
        <w:t>Fanny si voltò di scatto. Un ragazzo dai capelli neri come la notte e un sorriso stampato in volto, la osservava. Non aveva alcun distintivo visibile. Ma l’aura… l’aura che emanava era sbagliata.</w:t>
      </w:r>
    </w:p>
    <w:p w14:paraId="48CA74A6" w14:textId="77777777" w:rsidR="007C3C6C" w:rsidRPr="00994820" w:rsidRDefault="007C3C6C" w:rsidP="00B1354B">
      <w:pPr>
        <w:spacing w:before="100" w:beforeAutospacing="1" w:after="100" w:afterAutospacing="1" w:line="360" w:lineRule="auto"/>
        <w:ind w:firstLine="284"/>
        <w:jc w:val="both"/>
      </w:pPr>
      <w:r w:rsidRPr="00994820">
        <w:t>«Lo stavo facendo. Prima che ti impicciassi» ribatté Fanny, stringendo i pugni.</w:t>
      </w:r>
    </w:p>
    <w:p w14:paraId="19E9D169" w14:textId="77777777" w:rsidR="007C3C6C" w:rsidRPr="00994820" w:rsidRDefault="007C3C6C" w:rsidP="00B1354B">
      <w:pPr>
        <w:spacing w:before="100" w:beforeAutospacing="1" w:after="100" w:afterAutospacing="1" w:line="360" w:lineRule="auto"/>
        <w:ind w:firstLine="284"/>
        <w:jc w:val="both"/>
      </w:pPr>
      <w:r w:rsidRPr="00994820">
        <w:t xml:space="preserve">Il ragazzo non disse nulla. </w:t>
      </w:r>
    </w:p>
    <w:p w14:paraId="3A135919" w14:textId="77777777" w:rsidR="007C3C6C" w:rsidRPr="00994820" w:rsidRDefault="007C3C6C" w:rsidP="00B1354B">
      <w:pPr>
        <w:pStyle w:val="NormaleWeb"/>
        <w:spacing w:line="360" w:lineRule="auto"/>
        <w:ind w:firstLine="284"/>
        <w:jc w:val="both"/>
      </w:pPr>
      <w:r w:rsidRPr="00994820">
        <w:t>«Signore! La prego di posare l’arma e allontanarsi!» Intimò Juno alla figura mentre cercava di mantenere una distanza di sicurezza, osservando Fanny. Attendeva di conosce l’EV del soggetto per capire come procedere.</w:t>
      </w:r>
    </w:p>
    <w:p w14:paraId="134DF784" w14:textId="77777777" w:rsidR="007C3C6C" w:rsidRPr="00994820" w:rsidRDefault="007C3C6C" w:rsidP="00B1354B">
      <w:pPr>
        <w:spacing w:before="100" w:beforeAutospacing="1" w:after="100" w:afterAutospacing="1" w:line="360" w:lineRule="auto"/>
        <w:ind w:firstLine="284"/>
        <w:jc w:val="both"/>
      </w:pPr>
      <w:r w:rsidRPr="00994820">
        <w:t>L’uomo, con il suo solito sorriso calmo semplicemente puntò la pistola con un gesto fluido e rapido verso la giovane cadetta e le sparò alla testa. Un’esecuzione a freddo. Nessuna esitazione. Nemmeno un tremore incrinò quel sorriso.</w:t>
      </w:r>
    </w:p>
    <w:p w14:paraId="311D37DB" w14:textId="7F51FE8B" w:rsidR="007C3C6C" w:rsidRPr="00994820" w:rsidRDefault="007C3C6C" w:rsidP="00B1354B">
      <w:pPr>
        <w:spacing w:before="100" w:beforeAutospacing="1" w:after="100" w:afterAutospacing="1" w:line="360" w:lineRule="auto"/>
        <w:ind w:firstLine="284"/>
        <w:jc w:val="both"/>
      </w:pPr>
      <w:r w:rsidRPr="00994820">
        <w:t>Fanny spalancò gli occhi gridando di pura furia</w:t>
      </w:r>
      <w:r w:rsidR="00AB4FBD">
        <w:t xml:space="preserve"> </w:t>
      </w:r>
      <w:r w:rsidRPr="00994820">
        <w:t>«Chi cazzo sei?!»</w:t>
      </w:r>
    </w:p>
    <w:p w14:paraId="48F4892D" w14:textId="77777777" w:rsidR="007C3C6C" w:rsidRPr="00994820" w:rsidRDefault="007C3C6C" w:rsidP="00B1354B">
      <w:pPr>
        <w:spacing w:before="100" w:beforeAutospacing="1" w:after="100" w:afterAutospacing="1" w:line="360" w:lineRule="auto"/>
        <w:ind w:firstLine="284"/>
        <w:jc w:val="both"/>
      </w:pPr>
      <w:r w:rsidRPr="00994820">
        <w:t>«Solo un comune cittadino» rispose lui con lo stesso tono leggero.</w:t>
      </w:r>
    </w:p>
    <w:p w14:paraId="683F5B29" w14:textId="77777777" w:rsidR="007C3C6C" w:rsidRPr="00994820" w:rsidRDefault="007C3C6C" w:rsidP="00B1354B">
      <w:pPr>
        <w:spacing w:before="100" w:beforeAutospacing="1" w:after="100" w:afterAutospacing="1" w:line="360" w:lineRule="auto"/>
        <w:ind w:firstLine="284"/>
        <w:jc w:val="both"/>
      </w:pPr>
      <w:r w:rsidRPr="00994820">
        <w:t>«E chi ti dà il diritto di farlo?!» La furia iniziò a pervaderla mentre il corpo della ragazza dai capelli azzurri cadeva al suolo con gli occhi spenti</w:t>
      </w:r>
    </w:p>
    <w:p w14:paraId="2CF766A6" w14:textId="77777777" w:rsidR="00AB4FBD" w:rsidRDefault="007C3C6C" w:rsidP="00B1354B">
      <w:pPr>
        <w:spacing w:before="100" w:beforeAutospacing="1" w:after="100" w:afterAutospacing="1" w:line="360" w:lineRule="auto"/>
        <w:ind w:firstLine="284"/>
        <w:jc w:val="both"/>
      </w:pPr>
      <w:r w:rsidRPr="00994820">
        <w:t>Il ragazzo sorrise ancora più apertamente.</w:t>
      </w:r>
    </w:p>
    <w:p w14:paraId="61992F99" w14:textId="1E7F8762" w:rsidR="007C3C6C" w:rsidRPr="00994820" w:rsidRDefault="007C3C6C" w:rsidP="00B1354B">
      <w:pPr>
        <w:spacing w:before="100" w:beforeAutospacing="1" w:after="100" w:afterAutospacing="1" w:line="360" w:lineRule="auto"/>
        <w:ind w:firstLine="284"/>
        <w:jc w:val="both"/>
      </w:pPr>
      <w:r w:rsidRPr="00994820">
        <w:lastRenderedPageBreak/>
        <w:t>«Nessuno. Sono un omicida. Non lo vedi?»</w:t>
      </w:r>
      <w:r w:rsidR="00AB4FBD">
        <w:t xml:space="preserve"> </w:t>
      </w:r>
      <w:r w:rsidRPr="00994820">
        <w:t>E prima che Fanny potesse reagire, fece fuoco di nuovo.</w:t>
      </w:r>
      <w:r w:rsidR="00AB4FBD">
        <w:t xml:space="preserve"> </w:t>
      </w:r>
      <w:r w:rsidRPr="00994820">
        <w:t>Un altro cadetto, poco distante, cadde sul colpo.</w:t>
      </w:r>
    </w:p>
    <w:p w14:paraId="4D42C2C4" w14:textId="77777777" w:rsidR="0046127F" w:rsidRDefault="007C3C6C" w:rsidP="00B1354B">
      <w:pPr>
        <w:spacing w:before="100" w:beforeAutospacing="1" w:after="100" w:afterAutospacing="1" w:line="360" w:lineRule="auto"/>
        <w:ind w:firstLine="284"/>
        <w:jc w:val="both"/>
      </w:pPr>
      <w:r w:rsidRPr="00994820">
        <w:t>Fanny rimase immobile per un secondo. Lo stomaco le si strinse.</w:t>
      </w:r>
      <w:r w:rsidR="0046127F">
        <w:t xml:space="preserve"> </w:t>
      </w:r>
      <w:r w:rsidRPr="00994820">
        <w:t>Poi alzò mentre il sangue ribolliva e i suoi guanti si illuminavano di una luce infiammata.</w:t>
      </w:r>
    </w:p>
    <w:p w14:paraId="15BB1811" w14:textId="132D55D7" w:rsidR="007C3C6C" w:rsidRPr="00994820" w:rsidRDefault="007C3C6C" w:rsidP="00B1354B">
      <w:pPr>
        <w:spacing w:before="100" w:beforeAutospacing="1" w:after="100" w:afterAutospacing="1" w:line="360" w:lineRule="auto"/>
        <w:ind w:firstLine="284"/>
        <w:jc w:val="both"/>
      </w:pPr>
      <w:r w:rsidRPr="00994820">
        <w:t>«Becky…» mormorò, la voce tesa.</w:t>
      </w:r>
      <w:r w:rsidR="0046127F">
        <w:t xml:space="preserve"> </w:t>
      </w:r>
      <w:r w:rsidRPr="00994820">
        <w:t>«A quanto ammonta l’Emotion Value di questo stronzo?»</w:t>
      </w:r>
    </w:p>
    <w:p w14:paraId="4596FBEC" w14:textId="77777777" w:rsidR="007C3C6C" w:rsidRPr="00994820" w:rsidRDefault="007C3C6C" w:rsidP="00B1354B">
      <w:pPr>
        <w:spacing w:before="100" w:beforeAutospacing="1" w:after="100" w:afterAutospacing="1" w:line="360" w:lineRule="auto"/>
        <w:ind w:firstLine="284"/>
        <w:jc w:val="both"/>
      </w:pPr>
      <w:r w:rsidRPr="00994820">
        <w:t>La risposta arrivò immediata.</w:t>
      </w:r>
    </w:p>
    <w:p w14:paraId="4C4B6BF8" w14:textId="3C888395" w:rsidR="00A20E7A" w:rsidRDefault="007C3C6C" w:rsidP="00B1354B">
      <w:pPr>
        <w:pStyle w:val="NormaleWeb"/>
        <w:spacing w:line="360" w:lineRule="auto"/>
        <w:ind w:firstLine="284"/>
        <w:jc w:val="both"/>
        <w:rPr>
          <w:rStyle w:val="Enfasigrassetto"/>
          <w:rFonts w:eastAsiaTheme="majorEastAsia"/>
        </w:rPr>
      </w:pPr>
      <w:r w:rsidRPr="00994820">
        <w:rPr>
          <w:b/>
          <w:bCs/>
        </w:rPr>
        <w:t>«…</w:t>
      </w:r>
      <w:r w:rsidRPr="00994820">
        <w:rPr>
          <w:rStyle w:val="Enfasigrassetto"/>
          <w:rFonts w:eastAsiaTheme="majorEastAsia"/>
        </w:rPr>
        <w:t>Emotion Value pari a 0… madame…</w:t>
      </w:r>
      <w:r w:rsidRPr="00994820">
        <w:rPr>
          <w:b/>
          <w:bCs/>
        </w:rPr>
        <w:t>»</w:t>
      </w:r>
      <w:r w:rsidRPr="00994820">
        <w:rPr>
          <w:rStyle w:val="Enfasigrassetto"/>
          <w:rFonts w:eastAsiaTheme="majorEastAsia"/>
        </w:rPr>
        <w:t>.</w:t>
      </w:r>
    </w:p>
    <w:p w14:paraId="437BE191" w14:textId="16CE2E45" w:rsidR="007C3C6C" w:rsidRPr="00A20E7A" w:rsidRDefault="00A20E7A" w:rsidP="00A20E7A">
      <w:pPr>
        <w:spacing w:after="160" w:line="259" w:lineRule="auto"/>
        <w:rPr>
          <w:rFonts w:eastAsiaTheme="majorEastAsia"/>
          <w:b/>
          <w:bCs/>
        </w:rPr>
      </w:pPr>
      <w:r>
        <w:rPr>
          <w:rStyle w:val="Enfasigrassetto"/>
          <w:rFonts w:eastAsiaTheme="majorEastAsia"/>
        </w:rPr>
        <w:br w:type="page"/>
      </w:r>
    </w:p>
    <w:p w14:paraId="75E8C977" w14:textId="1684C2BB" w:rsidR="001D593F" w:rsidRPr="001D593F" w:rsidRDefault="007C3C6C" w:rsidP="00A73788">
      <w:pPr>
        <w:pStyle w:val="Titolo1"/>
        <w:jc w:val="center"/>
      </w:pPr>
      <w:r w:rsidRPr="001D593F">
        <w:lastRenderedPageBreak/>
        <w:t xml:space="preserve">Capitolo </w:t>
      </w:r>
      <w:r w:rsidR="001D593F">
        <w:t>IX</w:t>
      </w:r>
      <w:r w:rsidRPr="001D593F">
        <w:t xml:space="preserve"> - Finché Rende Felice</w:t>
      </w:r>
    </w:p>
    <w:p w14:paraId="704FB5A1" w14:textId="77777777" w:rsidR="001D593F" w:rsidRDefault="001D593F" w:rsidP="00B1354B">
      <w:pPr>
        <w:spacing w:before="100" w:beforeAutospacing="1" w:after="100" w:afterAutospacing="1" w:line="360" w:lineRule="auto"/>
        <w:ind w:firstLine="284"/>
        <w:jc w:val="both"/>
        <w:rPr>
          <w:color w:val="000000"/>
        </w:rPr>
      </w:pPr>
    </w:p>
    <w:p w14:paraId="6D53A5F0" w14:textId="77777777" w:rsidR="001D593F" w:rsidRDefault="001D593F" w:rsidP="00B1354B">
      <w:pPr>
        <w:spacing w:before="100" w:beforeAutospacing="1" w:after="100" w:afterAutospacing="1" w:line="360" w:lineRule="auto"/>
        <w:ind w:firstLine="284"/>
        <w:jc w:val="both"/>
        <w:rPr>
          <w:color w:val="000000"/>
        </w:rPr>
      </w:pPr>
    </w:p>
    <w:p w14:paraId="5D15ED5A" w14:textId="2D3F7142" w:rsidR="001D593F" w:rsidRDefault="007C3C6C" w:rsidP="00B1354B">
      <w:pPr>
        <w:spacing w:before="100" w:beforeAutospacing="1" w:after="100" w:afterAutospacing="1" w:line="360" w:lineRule="auto"/>
        <w:ind w:firstLine="284"/>
        <w:jc w:val="both"/>
        <w:rPr>
          <w:color w:val="000000"/>
        </w:rPr>
      </w:pPr>
      <w:r w:rsidRPr="00994820">
        <w:rPr>
          <w:color w:val="000000"/>
        </w:rPr>
        <w:t xml:space="preserve"> </w:t>
      </w:r>
    </w:p>
    <w:p w14:paraId="30C86AA8" w14:textId="494AFE98" w:rsidR="007C3C6C" w:rsidRPr="00994820" w:rsidRDefault="007C3C6C" w:rsidP="00B1354B">
      <w:pPr>
        <w:spacing w:before="100" w:beforeAutospacing="1" w:after="100" w:afterAutospacing="1" w:line="360" w:lineRule="auto"/>
        <w:ind w:firstLine="284"/>
        <w:jc w:val="both"/>
      </w:pPr>
      <w:r w:rsidRPr="00994820">
        <w:rPr>
          <w:color w:val="000000"/>
        </w:rPr>
        <w:t>L’aria era intrisa dell’odore di un colpo esploso con furia e del fetore pungente del sangue. Una mistura che richiamava la morte stessa e si espandeva sempre di più, riempiendo quella strada ormai vuota. Fanny era immobile, ma con ogni muscolo rigido e lo sguardo infiammato, come fosse una molla carica, pronta a scattare. La sua mente era totalmente concentrata sul nuovo strano obiettivo. I suoi guantoni d’acciaio avevano iniziato a fumare e i suoi occhi smeraldini si erano accesi ancora di più. Proprio mentre era pronta a colpire, quella pozza di sangue fresco raggiunse il suo piede destro. Solo allora Fanny decise di abbassare lo sguardo.</w:t>
      </w:r>
    </w:p>
    <w:p w14:paraId="13B07ADD" w14:textId="77777777" w:rsidR="007C3C6C" w:rsidRPr="00994820" w:rsidRDefault="007C3C6C" w:rsidP="00B1354B">
      <w:pPr>
        <w:spacing w:before="100" w:beforeAutospacing="1" w:after="100" w:afterAutospacing="1" w:line="360" w:lineRule="auto"/>
        <w:ind w:firstLine="284"/>
        <w:jc w:val="both"/>
      </w:pPr>
      <w:r w:rsidRPr="00994820">
        <w:t xml:space="preserve">Davanti a lei, </w:t>
      </w:r>
      <w:r w:rsidRPr="00994820">
        <w:rPr>
          <w:rStyle w:val="Enfasigrassetto"/>
          <w:rFonts w:eastAsiaTheme="majorEastAsia"/>
        </w:rPr>
        <w:t>Juno giaceva riversa</w:t>
      </w:r>
      <w:r w:rsidRPr="00994820">
        <w:t>, piegata su un fianco in una pozza che si allargava lenta, geometrica.</w:t>
      </w:r>
      <w:r w:rsidRPr="00994820">
        <w:br/>
        <w:t>Il rosso del sangue aveva già iniziato a infiltrarsi tra le scanalature del pavimento sintetico, e sembrava mescolarsi perfettamente con il colore spento del pavimento sintetico di quella strada secondaria.</w:t>
      </w:r>
    </w:p>
    <w:p w14:paraId="74661CDD" w14:textId="0142BA8D" w:rsidR="007C3C6C" w:rsidRPr="00994820" w:rsidRDefault="007C3C6C" w:rsidP="00B1354B">
      <w:pPr>
        <w:spacing w:before="100" w:beforeAutospacing="1" w:after="100" w:afterAutospacing="1" w:line="360" w:lineRule="auto"/>
        <w:ind w:firstLine="284"/>
        <w:jc w:val="both"/>
      </w:pPr>
      <w:r w:rsidRPr="00994820">
        <w:t xml:space="preserve">I </w:t>
      </w:r>
      <w:r w:rsidRPr="00994820">
        <w:rPr>
          <w:rStyle w:val="Enfasigrassetto"/>
          <w:rFonts w:eastAsiaTheme="majorEastAsia"/>
        </w:rPr>
        <w:t>capelli di Juno</w:t>
      </w:r>
      <w:r w:rsidRPr="00994820">
        <w:t xml:space="preserve">, quei filamenti modificati che si muovevano come radici luminose, </w:t>
      </w:r>
      <w:r w:rsidRPr="00994820">
        <w:rPr>
          <w:rStyle w:val="Enfasigrassetto"/>
          <w:rFonts w:eastAsiaTheme="majorEastAsia"/>
        </w:rPr>
        <w:t>si agitavano ancora</w:t>
      </w:r>
      <w:r w:rsidRPr="00994820">
        <w:t>.</w:t>
      </w:r>
      <w:r w:rsidR="001D593F">
        <w:t xml:space="preserve"> </w:t>
      </w:r>
      <w:r w:rsidRPr="00994820">
        <w:t>Ma più lenti. Sempre più lenti.</w:t>
      </w:r>
      <w:r w:rsidR="001D593F">
        <w:t xml:space="preserve"> </w:t>
      </w:r>
      <w:r w:rsidRPr="00994820">
        <w:t>Come se cercassero di respirare per lei.</w:t>
      </w:r>
      <w:r w:rsidRPr="00994820">
        <w:br/>
        <w:t>Come se non volessero accettare che è finita.</w:t>
      </w:r>
    </w:p>
    <w:p w14:paraId="0C6E4D6A" w14:textId="77777777" w:rsidR="007C3C6C" w:rsidRPr="00994820" w:rsidRDefault="007C3C6C" w:rsidP="00B1354B">
      <w:pPr>
        <w:spacing w:before="100" w:beforeAutospacing="1" w:after="100" w:afterAutospacing="1" w:line="360" w:lineRule="auto"/>
        <w:ind w:firstLine="284"/>
        <w:jc w:val="both"/>
      </w:pPr>
      <w:r w:rsidRPr="00994820">
        <w:t>Fanny la guardava senza riuscire ad avvicinarsi. Avrebbe voluto poter fare qualcosa, ma i suoi occhi cibernetici avevano già analizzato la scena. Il battito della ragazza era ormai troppo flebile, la ferita troppo profonda, troppo vicina al cervello. Fanny sapeva che quella ragazza non sarebbe durata a lungo e che lei non avrebbe potuto aiutarla. Ma avrebbe potuto vendicarla.</w:t>
      </w:r>
    </w:p>
    <w:p w14:paraId="7E9C8A2F" w14:textId="77777777" w:rsidR="007C3C6C" w:rsidRPr="00994820" w:rsidRDefault="007C3C6C" w:rsidP="00B1354B">
      <w:pPr>
        <w:spacing w:before="100" w:beforeAutospacing="1" w:after="100" w:afterAutospacing="1" w:line="360" w:lineRule="auto"/>
        <w:ind w:firstLine="284"/>
        <w:jc w:val="both"/>
      </w:pPr>
      <w:r w:rsidRPr="00994820">
        <w:t xml:space="preserve">Poi notò qualcosa: Dagli occhi di Juno, ancora aperti, </w:t>
      </w:r>
      <w:r w:rsidRPr="00994820">
        <w:rPr>
          <w:rStyle w:val="Enfasigrassetto"/>
          <w:rFonts w:eastAsiaTheme="majorEastAsia"/>
        </w:rPr>
        <w:t>scendevano lacrime</w:t>
      </w:r>
      <w:r w:rsidRPr="00994820">
        <w:t>. Delle vere lacrime.</w:t>
      </w:r>
    </w:p>
    <w:p w14:paraId="25D8E1EE" w14:textId="77777777" w:rsidR="001D593F" w:rsidRDefault="007C3C6C" w:rsidP="00B1354B">
      <w:pPr>
        <w:spacing w:before="100" w:beforeAutospacing="1" w:after="100" w:afterAutospacing="1" w:line="360" w:lineRule="auto"/>
        <w:ind w:firstLine="284"/>
        <w:jc w:val="both"/>
      </w:pPr>
      <w:r w:rsidRPr="00994820">
        <w:t>Rialzò lo sguardo verso il ragazzo sorridente dai capelli scuri e senza mai distogliere gli occhi da lui, gridò:</w:t>
      </w:r>
    </w:p>
    <w:p w14:paraId="566E337F" w14:textId="03DBE47A" w:rsidR="007C3C6C" w:rsidRPr="00994820" w:rsidRDefault="007C3C6C" w:rsidP="00B1354B">
      <w:pPr>
        <w:spacing w:before="100" w:beforeAutospacing="1" w:after="100" w:afterAutospacing="1" w:line="360" w:lineRule="auto"/>
        <w:ind w:firstLine="284"/>
        <w:jc w:val="both"/>
      </w:pPr>
      <w:r w:rsidRPr="00994820">
        <w:t>«ehi tu, moccioso!» il cadetto che durante tutta quella loro prima missione serale non aveva mai lasciato il fianco di Juno, terrorizzato e tremante, non rispose e per la prima volta restò indietro in mezzo agli altri cadetti.</w:t>
      </w:r>
    </w:p>
    <w:p w14:paraId="5CBA63E1" w14:textId="77777777" w:rsidR="007C3C6C" w:rsidRPr="00994820" w:rsidRDefault="007C3C6C" w:rsidP="00B1354B">
      <w:pPr>
        <w:spacing w:before="100" w:beforeAutospacing="1" w:after="100" w:afterAutospacing="1" w:line="360" w:lineRule="auto"/>
        <w:ind w:firstLine="284"/>
        <w:jc w:val="both"/>
      </w:pPr>
      <w:r w:rsidRPr="00994820">
        <w:t xml:space="preserve">«Ragazzino dai capelli ricci!» urlò la ragazza con ancora più furia, lanciando infine una rapida occhiata verso il ragazzo Kairo. Finalmente rispose. </w:t>
      </w:r>
    </w:p>
    <w:p w14:paraId="75969949" w14:textId="77777777" w:rsidR="007C3C6C" w:rsidRPr="00994820" w:rsidRDefault="007C3C6C" w:rsidP="00B1354B">
      <w:pPr>
        <w:spacing w:before="100" w:beforeAutospacing="1" w:after="100" w:afterAutospacing="1" w:line="360" w:lineRule="auto"/>
        <w:ind w:firstLine="284"/>
        <w:jc w:val="both"/>
      </w:pPr>
      <w:r w:rsidRPr="00994820">
        <w:lastRenderedPageBreak/>
        <w:t>«Sì?...» disse debolmente mostrando un fiacco saluto militare.</w:t>
      </w:r>
    </w:p>
    <w:p w14:paraId="2D836A99" w14:textId="77777777" w:rsidR="007C3C6C" w:rsidRPr="00994820" w:rsidRDefault="007C3C6C" w:rsidP="00B1354B">
      <w:pPr>
        <w:spacing w:before="100" w:beforeAutospacing="1" w:after="100" w:afterAutospacing="1" w:line="360" w:lineRule="auto"/>
        <w:ind w:firstLine="284"/>
        <w:jc w:val="both"/>
      </w:pPr>
      <w:r w:rsidRPr="00994820">
        <w:t>«Qui non servite più a un cazzo! Prendi la tua amica…» venne interrotta da Kairo</w:t>
      </w:r>
    </w:p>
    <w:p w14:paraId="259D4AC6" w14:textId="77777777" w:rsidR="007C3C6C" w:rsidRPr="00994820" w:rsidRDefault="007C3C6C" w:rsidP="00B1354B">
      <w:pPr>
        <w:spacing w:before="100" w:beforeAutospacing="1" w:after="100" w:afterAutospacing="1" w:line="360" w:lineRule="auto"/>
        <w:ind w:firstLine="284"/>
        <w:jc w:val="both"/>
      </w:pPr>
      <w:r w:rsidRPr="00994820">
        <w:t>«Juno?... ma lei… è…» la voce era quasi spezzata da una vena di tristezza. Nel sentirlo gli altri cadetti adoperarono rapidamente le loro scorte d’emergenza di Gratia.</w:t>
      </w:r>
    </w:p>
    <w:p w14:paraId="1E4A4395" w14:textId="77777777" w:rsidR="007C3C6C" w:rsidRPr="00994820" w:rsidRDefault="007C3C6C" w:rsidP="00B1354B">
      <w:pPr>
        <w:spacing w:before="100" w:beforeAutospacing="1" w:after="100" w:afterAutospacing="1" w:line="360" w:lineRule="auto"/>
        <w:ind w:firstLine="284"/>
        <w:jc w:val="both"/>
      </w:pPr>
      <w:r w:rsidRPr="00994820">
        <w:t>«NON VOGLIO SENTIRTI» gridò in uno scatto d’ira. «Prendi questa Juno e portatela al dipartimento, è ancora possibile fare qualcosa, io mi occupo di questo stronzo.»</w:t>
      </w:r>
    </w:p>
    <w:p w14:paraId="220F60B4" w14:textId="77777777" w:rsidR="007C3C6C" w:rsidRPr="00994820" w:rsidRDefault="007C3C6C" w:rsidP="00B1354B">
      <w:pPr>
        <w:spacing w:before="100" w:beforeAutospacing="1" w:after="100" w:afterAutospacing="1" w:line="360" w:lineRule="auto"/>
        <w:ind w:firstLine="284"/>
        <w:jc w:val="both"/>
      </w:pPr>
      <w:r w:rsidRPr="00994820">
        <w:t>«Al dipartimento?...» chiese confuso Kairo</w:t>
      </w:r>
    </w:p>
    <w:p w14:paraId="42FDAE5C" w14:textId="77777777" w:rsidR="007C3C6C" w:rsidRPr="00994820" w:rsidRDefault="007C3C6C" w:rsidP="00B1354B">
      <w:pPr>
        <w:spacing w:before="100" w:beforeAutospacing="1" w:after="100" w:afterAutospacing="1" w:line="360" w:lineRule="auto"/>
        <w:ind w:firstLine="284"/>
        <w:jc w:val="both"/>
      </w:pPr>
      <w:r w:rsidRPr="00994820">
        <w:t>«Questo è un cazzo di ordine!» ringhiò Fanny squadrando rapidamente il gruppo di cadetti «Tornate al dipartimento e portate Juno con voi! Ha bisogno di cure mediche!»</w:t>
      </w:r>
    </w:p>
    <w:p w14:paraId="1916D884" w14:textId="77777777" w:rsidR="007C3C6C" w:rsidRPr="00994820" w:rsidRDefault="007C3C6C" w:rsidP="00B1354B">
      <w:pPr>
        <w:spacing w:before="100" w:beforeAutospacing="1" w:after="100" w:afterAutospacing="1" w:line="360" w:lineRule="auto"/>
        <w:ind w:firstLine="284"/>
        <w:jc w:val="both"/>
      </w:pPr>
      <w:r w:rsidRPr="00994820">
        <w:t>I cadetti rinvigoriti dalla dose di Gratia scattarono sull’attenti e si precipitarono senza timore verso il corpo di Juno.</w:t>
      </w:r>
    </w:p>
    <w:p w14:paraId="1C7CF24F" w14:textId="77777777" w:rsidR="007C3C6C" w:rsidRPr="00994820" w:rsidRDefault="007C3C6C" w:rsidP="00B1354B">
      <w:pPr>
        <w:spacing w:before="100" w:beforeAutospacing="1" w:after="100" w:afterAutospacing="1" w:line="360" w:lineRule="auto"/>
        <w:ind w:firstLine="284"/>
        <w:jc w:val="both"/>
      </w:pPr>
      <w:r w:rsidRPr="00994820">
        <w:t>Uno dei cadetti dalla fluente chioma rosata, nel superare Kairo, gli passò una dose di gratia, intimandogli con lo sguardo di tornare in sé.</w:t>
      </w:r>
    </w:p>
    <w:p w14:paraId="00687694" w14:textId="77777777" w:rsidR="007C3C6C" w:rsidRPr="00994820" w:rsidRDefault="007C3C6C" w:rsidP="00B1354B">
      <w:pPr>
        <w:spacing w:before="100" w:beforeAutospacing="1" w:after="100" w:afterAutospacing="1" w:line="360" w:lineRule="auto"/>
        <w:ind w:firstLine="284"/>
        <w:jc w:val="both"/>
      </w:pPr>
      <w:r w:rsidRPr="00994820">
        <w:t xml:space="preserve">Durante tutta la procedura Fanny e lo strano individuo si squadravano con attenzione. Bastarono pochi minuti perché nella strada rimasero solo l’assassino, Fanny, i tre Elvenar e una decina di Emotion Eyes ad analizzare la scena. </w:t>
      </w:r>
    </w:p>
    <w:p w14:paraId="4299AFE2" w14:textId="77777777" w:rsidR="007C3C6C" w:rsidRPr="00994820" w:rsidRDefault="007C3C6C" w:rsidP="00B1354B">
      <w:pPr>
        <w:spacing w:before="100" w:beforeAutospacing="1" w:after="100" w:afterAutospacing="1" w:line="360" w:lineRule="auto"/>
        <w:ind w:firstLine="284"/>
        <w:jc w:val="both"/>
      </w:pPr>
      <w:r w:rsidRPr="00994820">
        <w:t>«Prima che ti spacchi il culo» iniziò Fanny mentre allentava la morsa sui propri muscoli. Il ragazzo invece si limitò a sorriderle con più energia.</w:t>
      </w:r>
    </w:p>
    <w:p w14:paraId="1CFD39B6" w14:textId="77777777" w:rsidR="007C3C6C" w:rsidRPr="00994820" w:rsidRDefault="007C3C6C" w:rsidP="00B1354B">
      <w:pPr>
        <w:spacing w:before="100" w:beforeAutospacing="1" w:after="100" w:afterAutospacing="1" w:line="360" w:lineRule="auto"/>
        <w:ind w:firstLine="284"/>
        <w:jc w:val="both"/>
      </w:pPr>
      <w:r w:rsidRPr="00994820">
        <w:t>«Perché non stai provando a scappare? Credi forse di poter sopravvivare dopo quello che hai fatto davanti ad un ufficiale.»</w:t>
      </w:r>
    </w:p>
    <w:p w14:paraId="399BBD5B" w14:textId="77777777" w:rsidR="007C3C6C" w:rsidRPr="00994820" w:rsidRDefault="007C3C6C" w:rsidP="00B1354B">
      <w:pPr>
        <w:spacing w:before="100" w:beforeAutospacing="1" w:after="100" w:afterAutospacing="1" w:line="360" w:lineRule="auto"/>
        <w:ind w:firstLine="284"/>
        <w:jc w:val="both"/>
      </w:pPr>
      <w:r w:rsidRPr="00994820">
        <w:t>Il ragazzo fece qualche passo versò Fanny osservando i tre Elvenar che, saldi e fermi ai loro posti, disegnavano un triangolo virtuale attorno a Fanny «Io non ho alcun timore di questo vostro sistema perfetto» concluse con una voce calma e un tono sereno che irritò terribilmente Fanny.</w:t>
      </w:r>
    </w:p>
    <w:p w14:paraId="26BC156A" w14:textId="77777777" w:rsidR="007C3C6C" w:rsidRPr="00994820" w:rsidRDefault="007C3C6C" w:rsidP="00B1354B">
      <w:pPr>
        <w:spacing w:before="100" w:beforeAutospacing="1" w:after="100" w:afterAutospacing="1" w:line="360" w:lineRule="auto"/>
        <w:ind w:firstLine="284"/>
        <w:jc w:val="both"/>
      </w:pPr>
      <w:r w:rsidRPr="00994820">
        <w:t>Una volta che anche l’ultimo cadetto aveva abbandonato la strada Fanny decise che era stanca di questi inutili convenevoli, voleva solo farla finita. Sentiva il sangue pulsarle nelle tempie, i muscoli fremevano per entrare in azione.</w:t>
      </w:r>
    </w:p>
    <w:p w14:paraId="27A01C84" w14:textId="79C8AAF3" w:rsidR="007C3C6C" w:rsidRPr="00994820" w:rsidRDefault="007C3C6C" w:rsidP="00B1354B">
      <w:pPr>
        <w:spacing w:before="100" w:beforeAutospacing="1" w:after="100" w:afterAutospacing="1" w:line="360" w:lineRule="auto"/>
        <w:ind w:firstLine="284"/>
        <w:jc w:val="both"/>
      </w:pPr>
      <w:r w:rsidRPr="00994820">
        <w:lastRenderedPageBreak/>
        <w:t xml:space="preserve">Fanny </w:t>
      </w:r>
      <w:r w:rsidRPr="00994820">
        <w:rPr>
          <w:rStyle w:val="Enfasigrassetto"/>
          <w:rFonts w:eastAsiaTheme="majorEastAsia"/>
        </w:rPr>
        <w:t>scattò in avanti</w:t>
      </w:r>
      <w:r w:rsidRPr="00994820">
        <w:t>, senza pensare. La mente libera da ogni pensiero inutile.</w:t>
      </w:r>
      <w:r w:rsidRPr="00994820">
        <w:br/>
        <w:t>Le articolazioni cibernetiche reagiscono prima ancora che lei lo decida. Uno scatto felino e la ragazza accorciò rapidamente le distanze.</w:t>
      </w:r>
      <w:r w:rsidR="0046127F">
        <w:t xml:space="preserve"> </w:t>
      </w:r>
      <w:r w:rsidRPr="00994820">
        <w:t>Il suo braccio sinistro – lucido, perfetto, letale – era già pronto a colpire l’avversario. Non le importava sapere chi fosse, perché avesse agito così. Ma aveva spezzato una vita che era ancora innocente, una vita che Fanny avrebbe potuto salvare.</w:t>
      </w:r>
      <w:r w:rsidR="0046127F">
        <w:t xml:space="preserve"> </w:t>
      </w:r>
      <w:r w:rsidRPr="00994820">
        <w:t>Voleva solo spezzarlo voleva distruggere il mostro che ha riso mentre Juno moriva.</w:t>
      </w:r>
      <w:r w:rsidR="0046127F">
        <w:t xml:space="preserve"> </w:t>
      </w:r>
      <w:r w:rsidRPr="00994820">
        <w:t>Ma quel colpo carico di ferocia e rabbia non raggiunse mai il suo obiettivo.</w:t>
      </w:r>
    </w:p>
    <w:p w14:paraId="3AF6D95A" w14:textId="77777777" w:rsidR="0046127F" w:rsidRDefault="007C3C6C" w:rsidP="00B1354B">
      <w:pPr>
        <w:spacing w:before="100" w:beforeAutospacing="1" w:after="100" w:afterAutospacing="1" w:line="360" w:lineRule="auto"/>
        <w:ind w:firstLine="284"/>
        <w:jc w:val="both"/>
      </w:pPr>
      <w:r w:rsidRPr="00994820">
        <w:t>Tre ombre si erano mosse rapide nella notte, precise e letali, in pochi istanti furono addosso alla ragazza dai pugni d’acciaio.</w:t>
      </w:r>
    </w:p>
    <w:p w14:paraId="4472BC7C" w14:textId="5F4025CC" w:rsidR="007C3C6C" w:rsidRPr="00994820" w:rsidRDefault="007C3C6C" w:rsidP="00B1354B">
      <w:pPr>
        <w:spacing w:before="100" w:beforeAutospacing="1" w:after="100" w:afterAutospacing="1" w:line="360" w:lineRule="auto"/>
        <w:ind w:firstLine="284"/>
        <w:jc w:val="both"/>
      </w:pPr>
      <w:r w:rsidRPr="00994820">
        <w:t xml:space="preserve">I </w:t>
      </w:r>
      <w:r w:rsidRPr="00994820">
        <w:rPr>
          <w:rStyle w:val="Enfasigrassetto"/>
          <w:rFonts w:eastAsiaTheme="majorEastAsia"/>
        </w:rPr>
        <w:t>Tre Elvenar</w:t>
      </w:r>
      <w:r w:rsidRPr="00994820">
        <w:t>.</w:t>
      </w:r>
    </w:p>
    <w:p w14:paraId="00B5B44C" w14:textId="77777777" w:rsidR="007C3C6C" w:rsidRPr="00994820" w:rsidRDefault="007C3C6C" w:rsidP="00B1354B">
      <w:pPr>
        <w:spacing w:before="100" w:beforeAutospacing="1" w:after="100" w:afterAutospacing="1" w:line="360" w:lineRule="auto"/>
        <w:ind w:firstLine="284"/>
        <w:jc w:val="both"/>
      </w:pPr>
      <w:r w:rsidRPr="00994820">
        <w:t>Uno la agguantò la gola, l’altro la assalì da dietro bloccandole le spalle e spingendola verso il suolo, il terzo afferratole il braccio bionico lo ruotò con forza inumana e una tecnica da maestro.</w:t>
      </w:r>
    </w:p>
    <w:p w14:paraId="55D27384" w14:textId="77777777" w:rsidR="007C3C6C" w:rsidRPr="00994820" w:rsidRDefault="007C3C6C" w:rsidP="00B1354B">
      <w:pPr>
        <w:spacing w:before="100" w:beforeAutospacing="1" w:after="100" w:afterAutospacing="1" w:line="360" w:lineRule="auto"/>
        <w:ind w:firstLine="284"/>
        <w:jc w:val="both"/>
      </w:pPr>
      <w:r w:rsidRPr="00994820">
        <w:t xml:space="preserve">Fanny </w:t>
      </w:r>
      <w:r w:rsidRPr="00994820">
        <w:rPr>
          <w:rStyle w:val="Enfasigrassetto"/>
          <w:rFonts w:eastAsiaTheme="majorEastAsia"/>
        </w:rPr>
        <w:t>crollò a terra</w:t>
      </w:r>
      <w:r w:rsidRPr="00994820">
        <w:t>, la guancia premuta contro il pavimento ancora umido del sangue di Juno.</w:t>
      </w:r>
      <w:r w:rsidRPr="00994820">
        <w:br/>
        <w:t>L’elvenar alle sue spalle la teneva premuta con una tale forza che quasi le sembrò che quella fredda mano le stesse penetrando il corpo.</w:t>
      </w:r>
    </w:p>
    <w:p w14:paraId="05A679BB" w14:textId="77777777" w:rsidR="007C3C6C" w:rsidRPr="00994820" w:rsidRDefault="007C3C6C" w:rsidP="00B1354B">
      <w:pPr>
        <w:spacing w:before="100" w:beforeAutospacing="1" w:after="100" w:afterAutospacing="1" w:line="360" w:lineRule="auto"/>
        <w:ind w:firstLine="284"/>
        <w:jc w:val="both"/>
      </w:pPr>
      <w:r w:rsidRPr="00994820">
        <w:t>Con solo gli occhi in grado di muoversi agilmente, la ragazza sembrò cercare con lo sguardo una qualche spiegazione e istintivamente sapeva che il colpevole doveva essere quello strano ragazzo.</w:t>
      </w:r>
    </w:p>
    <w:p w14:paraId="5E98B3A7" w14:textId="77777777" w:rsidR="007C3C6C" w:rsidRPr="00994820" w:rsidRDefault="007C3C6C" w:rsidP="00B1354B">
      <w:pPr>
        <w:spacing w:before="100" w:beforeAutospacing="1" w:after="100" w:afterAutospacing="1" w:line="360" w:lineRule="auto"/>
        <w:ind w:firstLine="284"/>
        <w:jc w:val="both"/>
      </w:pPr>
      <w:r w:rsidRPr="00994820">
        <w:t>Una voce calma, quasi gentile, le si avvicinò. Era l’assassino che con voce calma e passi lenti si avvicinò alla figura immobilizzata di Fanny.</w:t>
      </w:r>
    </w:p>
    <w:p w14:paraId="2330FAC4" w14:textId="77777777" w:rsidR="007C3C6C" w:rsidRPr="00994820" w:rsidRDefault="007C3C6C" w:rsidP="00B1354B">
      <w:pPr>
        <w:spacing w:before="100" w:beforeAutospacing="1" w:after="100" w:afterAutospacing="1" w:line="360" w:lineRule="auto"/>
        <w:ind w:firstLine="284"/>
        <w:jc w:val="both"/>
      </w:pPr>
      <w:r w:rsidRPr="00994820">
        <w:t>«L’Emozione è legge qui, mia bell’agente.» Gli occhi neri la fissavano trasmettendole un’assurda calma. Poi con un gesto tranquillo, puntò il dito verso l’alto: Sopra di lui tre Emotion Eye emettevano una tiepida luce dorata.</w:t>
      </w:r>
    </w:p>
    <w:p w14:paraId="2910F6AA" w14:textId="77777777" w:rsidR="007C3C6C" w:rsidRPr="00994820" w:rsidRDefault="007C3C6C" w:rsidP="00B1354B">
      <w:pPr>
        <w:spacing w:before="100" w:beforeAutospacing="1" w:after="100" w:afterAutospacing="1" w:line="360" w:lineRule="auto"/>
        <w:ind w:firstLine="284"/>
        <w:jc w:val="both"/>
      </w:pPr>
      <w:r w:rsidRPr="00994820">
        <w:t>«Liberami!» ringhiò mentre cercava di scrollarsi di dosso quell’ammasso di carne e pelle sintetica.</w:t>
      </w:r>
    </w:p>
    <w:p w14:paraId="0AD399D9" w14:textId="77777777" w:rsidR="007C3C6C" w:rsidRPr="00994820" w:rsidRDefault="007C3C6C" w:rsidP="00B1354B">
      <w:pPr>
        <w:spacing w:before="100" w:beforeAutospacing="1" w:after="100" w:afterAutospacing="1" w:line="360" w:lineRule="auto"/>
        <w:ind w:firstLine="284"/>
        <w:jc w:val="both"/>
      </w:pPr>
      <w:r w:rsidRPr="00994820">
        <w:t xml:space="preserve">Ancora una volta l’unica risposta fu un sorriso sereno </w:t>
      </w:r>
    </w:p>
    <w:p w14:paraId="72C1D53F" w14:textId="77777777" w:rsidR="007C3C6C" w:rsidRPr="00994820" w:rsidRDefault="007C3C6C" w:rsidP="00B1354B">
      <w:pPr>
        <w:spacing w:before="100" w:beforeAutospacing="1" w:after="100" w:afterAutospacing="1" w:line="360" w:lineRule="auto"/>
        <w:ind w:firstLine="284"/>
        <w:jc w:val="both"/>
      </w:pPr>
      <w:r w:rsidRPr="00994820">
        <w:t>«Agente 9513, Fanny dagli Occhi Dolci» iniziarono all’unisono i tre Elvenar. La loro voce appariva umana, ma il loro tono basso e uniforme rivelava la loro essenza disumana.</w:t>
      </w:r>
    </w:p>
    <w:p w14:paraId="111ED3AA" w14:textId="77777777" w:rsidR="007C3C6C" w:rsidRPr="00994820" w:rsidRDefault="007C3C6C" w:rsidP="00B1354B">
      <w:pPr>
        <w:spacing w:before="100" w:beforeAutospacing="1" w:after="100" w:afterAutospacing="1" w:line="360" w:lineRule="auto"/>
        <w:ind w:firstLine="284"/>
        <w:jc w:val="both"/>
      </w:pPr>
      <w:r w:rsidRPr="00994820">
        <w:t>«L’aggressione ingiustificata contro civili non è ammissibile, ed è severamente punita» conclusero i tre.</w:t>
      </w:r>
    </w:p>
    <w:p w14:paraId="66AAEB4F" w14:textId="77777777" w:rsidR="007C3C6C" w:rsidRPr="00994820" w:rsidRDefault="007C3C6C" w:rsidP="00B1354B">
      <w:pPr>
        <w:spacing w:before="100" w:beforeAutospacing="1" w:after="100" w:afterAutospacing="1" w:line="360" w:lineRule="auto"/>
        <w:ind w:firstLine="284"/>
        <w:jc w:val="both"/>
      </w:pPr>
      <w:r w:rsidRPr="00994820">
        <w:t>«Ma di che parlate?! Ha ucciso dei membri del Dipartimento!» ringhiò.</w:t>
      </w:r>
    </w:p>
    <w:p w14:paraId="46122BA3" w14:textId="77777777" w:rsidR="007C3C6C" w:rsidRPr="00994820" w:rsidRDefault="007C3C6C" w:rsidP="00B1354B">
      <w:pPr>
        <w:spacing w:before="100" w:beforeAutospacing="1" w:after="100" w:afterAutospacing="1" w:line="360" w:lineRule="auto"/>
        <w:ind w:firstLine="284"/>
        <w:jc w:val="both"/>
      </w:pPr>
      <w:r w:rsidRPr="00994820">
        <w:lastRenderedPageBreak/>
        <w:t>«Emotion Value pari a 0. Esecuzione non permessa» si limitarono a dichiarare gli Elvenar.</w:t>
      </w:r>
    </w:p>
    <w:p w14:paraId="4220E24F" w14:textId="77777777" w:rsidR="007C3C6C" w:rsidRPr="00994820" w:rsidRDefault="007C3C6C" w:rsidP="00B1354B">
      <w:pPr>
        <w:spacing w:before="100" w:beforeAutospacing="1" w:after="100" w:afterAutospacing="1" w:line="360" w:lineRule="auto"/>
        <w:ind w:firstLine="284"/>
        <w:jc w:val="both"/>
      </w:pPr>
      <w:r w:rsidRPr="00994820">
        <w:t>«Mi dispiace, Agente» disse il ragazzo mentre si voltava, dando le spalle a Fanny.</w:t>
      </w:r>
    </w:p>
    <w:p w14:paraId="0296BF3A" w14:textId="77777777" w:rsidR="007C3C6C" w:rsidRPr="00994820" w:rsidRDefault="007C3C6C" w:rsidP="00B1354B">
      <w:pPr>
        <w:spacing w:before="100" w:beforeAutospacing="1" w:after="100" w:afterAutospacing="1" w:line="360" w:lineRule="auto"/>
        <w:ind w:firstLine="284"/>
        <w:jc w:val="both"/>
      </w:pPr>
      <w:r w:rsidRPr="00994820">
        <w:t>«Finché ciò che faccio mi renderà felice, questa città mi permetterà tutto»</w:t>
      </w:r>
    </w:p>
    <w:p w14:paraId="6C32D555" w14:textId="77777777" w:rsidR="007C3C6C" w:rsidRPr="00994820" w:rsidRDefault="007C3C6C" w:rsidP="00B1354B">
      <w:pPr>
        <w:spacing w:before="100" w:beforeAutospacing="1" w:after="100" w:afterAutospacing="1" w:line="360" w:lineRule="auto"/>
        <w:ind w:firstLine="284"/>
        <w:jc w:val="both"/>
      </w:pPr>
      <w:r w:rsidRPr="00994820">
        <w:t>Vendendolo allontanarsi Fanny iniziò a provare sempre più rabbia, dando energia continua a quei suoi guanti.</w:t>
      </w:r>
    </w:p>
    <w:p w14:paraId="752EFFBC" w14:textId="77777777" w:rsidR="007C3C6C" w:rsidRPr="00994820" w:rsidRDefault="007C3C6C" w:rsidP="00B1354B">
      <w:pPr>
        <w:spacing w:before="100" w:beforeAutospacing="1" w:after="100" w:afterAutospacing="1" w:line="360" w:lineRule="auto"/>
        <w:ind w:firstLine="284"/>
        <w:jc w:val="both"/>
      </w:pPr>
      <w:r w:rsidRPr="00994820">
        <w:t>«Madame! Sta sovraccaricando il sistema, è difficile contenere questo flusso di energia, la prego si calmi»</w:t>
      </w:r>
    </w:p>
    <w:p w14:paraId="2715C8C2" w14:textId="77777777" w:rsidR="007C3C6C" w:rsidRPr="00994820" w:rsidRDefault="007C3C6C" w:rsidP="00B1354B">
      <w:pPr>
        <w:spacing w:before="100" w:beforeAutospacing="1" w:after="100" w:afterAutospacing="1" w:line="360" w:lineRule="auto"/>
        <w:ind w:firstLine="284"/>
        <w:jc w:val="both"/>
      </w:pPr>
      <w:r w:rsidRPr="00994820">
        <w:t>Fanny ebbe finalmente un’illuminazione «Becky! È un’emergenza! Annulla il limitatore»</w:t>
      </w:r>
    </w:p>
    <w:p w14:paraId="09C37EE4" w14:textId="77777777" w:rsidR="007C3C6C" w:rsidRPr="00994820" w:rsidRDefault="007C3C6C" w:rsidP="00B1354B">
      <w:pPr>
        <w:spacing w:before="100" w:beforeAutospacing="1" w:after="100" w:afterAutospacing="1" w:line="360" w:lineRule="auto"/>
        <w:ind w:firstLine="284"/>
        <w:jc w:val="both"/>
      </w:pPr>
      <w:r w:rsidRPr="00994820">
        <w:t>«Ma madame… così perderebbe di nuovo il controllo» disse la voce dell’ologramma nel suo palmo destro, bloccato al suolo.</w:t>
      </w:r>
    </w:p>
    <w:p w14:paraId="2BE79E16" w14:textId="77777777" w:rsidR="007C3C6C" w:rsidRPr="00994820" w:rsidRDefault="007C3C6C" w:rsidP="00B1354B">
      <w:pPr>
        <w:spacing w:before="100" w:beforeAutospacing="1" w:after="100" w:afterAutospacing="1" w:line="360" w:lineRule="auto"/>
        <w:ind w:firstLine="284"/>
        <w:jc w:val="both"/>
      </w:pPr>
      <w:r w:rsidRPr="00994820">
        <w:t>«Bastano solo 10 minuti, poi lo puoi riattivare! Ha… ucciso quella ragazza… e io non ne conoscevo nemmeno il nome…» La voce di Fanny divenne momentaneamente tetra.</w:t>
      </w:r>
    </w:p>
    <w:p w14:paraId="6FA880BD" w14:textId="77777777" w:rsidR="007C3C6C" w:rsidRPr="00994820" w:rsidRDefault="007C3C6C" w:rsidP="00B1354B">
      <w:pPr>
        <w:spacing w:before="100" w:beforeAutospacing="1" w:after="100" w:afterAutospacing="1" w:line="360" w:lineRule="auto"/>
        <w:ind w:firstLine="284"/>
        <w:jc w:val="both"/>
      </w:pPr>
      <w:r w:rsidRPr="00994820">
        <w:t>«Ti prego becky… dammi 10 minuti, non l’ho salvata… devo almeno fargliela pagare»</w:t>
      </w:r>
    </w:p>
    <w:p w14:paraId="2E5FCF31" w14:textId="77777777" w:rsidR="007C3C6C" w:rsidRPr="00994820" w:rsidRDefault="007C3C6C" w:rsidP="00B1354B">
      <w:pPr>
        <w:spacing w:before="100" w:beforeAutospacing="1" w:after="100" w:afterAutospacing="1" w:line="360" w:lineRule="auto"/>
        <w:ind w:firstLine="284"/>
        <w:jc w:val="both"/>
      </w:pPr>
      <w:r w:rsidRPr="00994820">
        <w:t>La ragazza non ottenne risposta dall’ologramma, ma in pochi secondi capì di averla convinta. Una furia le crebbe dal petto e le investì le possenti braccia.</w:t>
      </w:r>
    </w:p>
    <w:p w14:paraId="2C9C6072" w14:textId="77777777" w:rsidR="007C3C6C" w:rsidRPr="00994820" w:rsidRDefault="007C3C6C" w:rsidP="00B1354B">
      <w:pPr>
        <w:spacing w:before="100" w:beforeAutospacing="1" w:after="100" w:afterAutospacing="1" w:line="360" w:lineRule="auto"/>
        <w:ind w:firstLine="284"/>
        <w:jc w:val="both"/>
      </w:pPr>
      <w:r w:rsidRPr="00994820">
        <w:t>Dieci. Fu una furia: Come prima cosa si liberò scrollandosi di dosso l’Elvenar dalla schiena, come fosse solo un vecchio cappotto.</w:t>
      </w:r>
    </w:p>
    <w:p w14:paraId="062CC07F" w14:textId="77777777" w:rsidR="007C3C6C" w:rsidRPr="00994820" w:rsidRDefault="007C3C6C" w:rsidP="00B1354B">
      <w:pPr>
        <w:spacing w:before="100" w:beforeAutospacing="1" w:after="100" w:afterAutospacing="1" w:line="360" w:lineRule="auto"/>
        <w:ind w:firstLine="284"/>
        <w:jc w:val="both"/>
      </w:pPr>
      <w:r w:rsidRPr="00994820">
        <w:t>Nove. Una volta libera del primo fu facile occuparsi degli altri 2: entrambi vennero afferrati per la testa dai suoi guantoni, che non facilità incrinarono quei volti inespressivi per poi schiantarli al pavimento, frantumandoli contro il suolo duro e bagnato. Sembravano una un Vaso di porcellana distrutto.</w:t>
      </w:r>
    </w:p>
    <w:p w14:paraId="7DE17BC2" w14:textId="77777777" w:rsidR="007C3C6C" w:rsidRPr="00994820" w:rsidRDefault="007C3C6C" w:rsidP="00B1354B">
      <w:pPr>
        <w:spacing w:before="100" w:beforeAutospacing="1" w:after="100" w:afterAutospacing="1" w:line="360" w:lineRule="auto"/>
        <w:ind w:firstLine="284"/>
        <w:jc w:val="both"/>
      </w:pPr>
      <w:r w:rsidRPr="00994820">
        <w:t xml:space="preserve">Otto. Nuovamente in piedi, i suoi occhi dorati cercavano con precisa ossessione il loro obiettivo. Finalmente lo individuò, stava entrando in una casa poco distante. Bastarono pochi scatti furiosi per raggiungere la porta oltre la quale era sparito quel bersaglio. Il terreno sotto i suoi piedi sembrava piegarsi e curvarsi a ogni suo passo. La rabbia le ribolliva dentro, l’energia assorbita dai guanti era poi ridistribuita dentro il suo corpo come a voler alimentare quella furia. </w:t>
      </w:r>
    </w:p>
    <w:p w14:paraId="4E55C773" w14:textId="77777777" w:rsidR="007C3C6C" w:rsidRPr="00994820" w:rsidRDefault="007C3C6C" w:rsidP="00B1354B">
      <w:pPr>
        <w:spacing w:before="100" w:beforeAutospacing="1" w:after="100" w:afterAutospacing="1" w:line="360" w:lineRule="auto"/>
        <w:ind w:firstLine="284"/>
        <w:jc w:val="both"/>
      </w:pPr>
      <w:r w:rsidRPr="00994820">
        <w:t>Sette. Ogni fibra, umana e cibernetica, risuonava all’unisono. Raggiunto l’ingresso il suo pugno sinistro precipitò sulla barriera d’acciaio che le bloccava la strada, abbattendo la porta che nascondeva quel ragazzo. Oltre trovò una piccola e modesta dimora.</w:t>
      </w:r>
    </w:p>
    <w:p w14:paraId="4BD157ED"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Le pareti sono fatte di </w:t>
      </w:r>
      <w:r w:rsidRPr="00994820">
        <w:rPr>
          <w:b/>
          <w:bCs/>
        </w:rPr>
        <w:t>materiale riflettente opaco</w:t>
      </w:r>
      <w:r w:rsidRPr="00994820">
        <w:t>, capace di “assorbire” la luce in eccesso e adattare la tonalità cromatica in base al battito cardiaco del residente. Quando l’EV è troppo alto, i colori virano verso il blu freddo o il grigio chiaro, per sedare lo stimolo.</w:t>
      </w:r>
    </w:p>
    <w:p w14:paraId="3926EE13" w14:textId="77777777" w:rsidR="007C3C6C" w:rsidRPr="00994820" w:rsidRDefault="007C3C6C" w:rsidP="00B1354B">
      <w:pPr>
        <w:spacing w:before="100" w:beforeAutospacing="1" w:after="100" w:afterAutospacing="1" w:line="360" w:lineRule="auto"/>
        <w:ind w:firstLine="284"/>
        <w:jc w:val="both"/>
        <w:rPr>
          <w:b/>
          <w:bCs/>
          <w:color w:val="FF0000"/>
        </w:rPr>
      </w:pPr>
      <w:r w:rsidRPr="00994820">
        <w:t>Ogni mobilia era dotata di Boost Tek adattati alla modulazione motiva: dai colori, alle vibrazioni, ai suoni tutto era calibrato attentamente. E Fanny colpì senza rimorso ognuna di quelle tecnologie se le si paravano davanti.</w:t>
      </w:r>
    </w:p>
    <w:p w14:paraId="2588139D" w14:textId="77777777" w:rsidR="007C3C6C" w:rsidRPr="00994820" w:rsidRDefault="007C3C6C" w:rsidP="00B1354B">
      <w:pPr>
        <w:spacing w:before="100" w:beforeAutospacing="1" w:after="100" w:afterAutospacing="1" w:line="360" w:lineRule="auto"/>
        <w:ind w:firstLine="284"/>
        <w:jc w:val="both"/>
      </w:pPr>
      <w:r w:rsidRPr="00994820">
        <w:t>Ogni parete che era un ostacolo alla sua ricerca veniva abbattuto con furia cieca. «BECKY!»</w:t>
      </w:r>
    </w:p>
    <w:p w14:paraId="7065372A" w14:textId="77777777" w:rsidR="007C3C6C" w:rsidRPr="00994820" w:rsidRDefault="007C3C6C" w:rsidP="00B1354B">
      <w:pPr>
        <w:spacing w:before="100" w:beforeAutospacing="1" w:after="100" w:afterAutospacing="1" w:line="360" w:lineRule="auto"/>
        <w:ind w:firstLine="284"/>
        <w:jc w:val="both"/>
      </w:pPr>
      <w:r w:rsidRPr="00994820">
        <w:t>«Restano 6 minute madame…» rispose con voce distante Becky «NON ORA. TROVALO.»</w:t>
      </w:r>
    </w:p>
    <w:p w14:paraId="76022AE2" w14:textId="77777777" w:rsidR="007C3C6C" w:rsidRPr="00994820" w:rsidRDefault="007C3C6C" w:rsidP="00B1354B">
      <w:pPr>
        <w:spacing w:before="100" w:beforeAutospacing="1" w:after="100" w:afterAutospacing="1" w:line="360" w:lineRule="auto"/>
        <w:ind w:firstLine="284"/>
        <w:jc w:val="both"/>
      </w:pPr>
      <w:r w:rsidRPr="00994820">
        <w:t>Becky non rispose, comprendendo lo stato in cui si trovava Fanny si limitò ad attivare la visione termica dei suoi nuovi occhi che ancora la ragazza aveva difficoltà a controllare, soprattutto in quello stato.</w:t>
      </w:r>
    </w:p>
    <w:p w14:paraId="4C341E35" w14:textId="77777777" w:rsidR="007C3C6C" w:rsidRPr="00994820" w:rsidRDefault="007C3C6C" w:rsidP="00B1354B">
      <w:pPr>
        <w:spacing w:before="100" w:beforeAutospacing="1" w:after="100" w:afterAutospacing="1" w:line="360" w:lineRule="auto"/>
        <w:ind w:firstLine="284"/>
        <w:jc w:val="both"/>
      </w:pPr>
      <w:r w:rsidRPr="00994820">
        <w:t xml:space="preserve">Fanny mosse freneticamente la testa, cercandolo in ogni anfratto. Finalmente scrutando sotto i suoi piedi percepì una lieve variazione termica. </w:t>
      </w:r>
    </w:p>
    <w:p w14:paraId="0677A5B5" w14:textId="77777777" w:rsidR="007C3C6C" w:rsidRPr="00994820" w:rsidRDefault="007C3C6C" w:rsidP="00B1354B">
      <w:pPr>
        <w:spacing w:before="100" w:beforeAutospacing="1" w:after="100" w:afterAutospacing="1" w:line="360" w:lineRule="auto"/>
        <w:ind w:firstLine="284"/>
        <w:jc w:val="both"/>
      </w:pPr>
      <w:r w:rsidRPr="00994820">
        <w:t>Cinque. Senza pensarci troppo sopra cominciò a scaricare quell’energia che le cresceva dentro sul pavimento. Cercando punti fragili sferrò una serie imprecisa e scoordinata di pungi contro il suolo. Finalmente riuscì a trovare una botola nascosta e sfrecciando lungo una scala a pioli in ferro battuto raggiunse le Fogne della città. Le conosceva bene, era risaputo che lì sotto anche un Fleshborn avrebbe potuto trovare un lavoro e finalmente il diritto di stabilirsi ad Ecliptica. Sapeva anche, però, che la maggior parte dei fleshborn che riuscivano a inviare notizie a Grimvale, cessavano ogni comunicazione una volta ottenuto questo agognato ruolo nelle fogne.</w:t>
      </w:r>
    </w:p>
    <w:p w14:paraId="371CCB0D" w14:textId="77777777" w:rsidR="007C3C6C" w:rsidRPr="00994820" w:rsidRDefault="007C3C6C" w:rsidP="00B1354B">
      <w:pPr>
        <w:spacing w:before="100" w:beforeAutospacing="1" w:after="100" w:afterAutospacing="1" w:line="360" w:lineRule="auto"/>
        <w:ind w:firstLine="284"/>
        <w:jc w:val="both"/>
      </w:pPr>
      <w:r w:rsidRPr="00994820">
        <w:t xml:space="preserve">Quattro. Il fuggiasco svoltò a sinistra, sparendo in un varco stretto tra le tubature. Fanny lo seguì senza esitare, ignorando il tanfo acre che la colpì come un pugno al petto. Ogni passo rimbombava come un colpo d’arma, ma lì sotto — nessuno ascoltava. Le fogne non erano un sistema di scarico. Erano </w:t>
      </w:r>
      <w:r w:rsidRPr="00994820">
        <w:rPr>
          <w:rStyle w:val="Enfasigrassetto"/>
          <w:rFonts w:eastAsiaTheme="majorEastAsia"/>
        </w:rPr>
        <w:t>un labirinto metabolico</w:t>
      </w:r>
      <w:r w:rsidRPr="00994820">
        <w:t xml:space="preserve">, un intestino meccanico che Ecliptica aveva costruito per gestire gli scarti, di ogni tipo. Camminava in mezzo a </w:t>
      </w:r>
      <w:r w:rsidRPr="00994820">
        <w:rPr>
          <w:rStyle w:val="Enfasigrassetto"/>
          <w:rFonts w:eastAsiaTheme="majorEastAsia"/>
        </w:rPr>
        <w:t>canali colmi di liquidi luminescenti</w:t>
      </w:r>
      <w:r w:rsidRPr="00994820">
        <w:t xml:space="preserve">, miscele di rifiuti biologici, sostanze sintetiche e residui di Gratia mal gestita. Il vapore salmastro le saliva alle narici, misto a ozono e sangue vecchio. I suoi occhi cibernetici riflettevano gli ologrammi di controllo incisi sulle pareti: linee rosse pulsanti che scandivano il flusso, ma non indicavano nessuna via d’uscita. La sua attenzione tuttavia era diretta solo verso il suo obiettivo, sempre più vicino. </w:t>
      </w:r>
    </w:p>
    <w:p w14:paraId="1952E5C9" w14:textId="77777777" w:rsidR="0046127F" w:rsidRDefault="007C3C6C" w:rsidP="00B1354B">
      <w:pPr>
        <w:spacing w:before="100" w:beforeAutospacing="1" w:after="100" w:afterAutospacing="1" w:line="360" w:lineRule="auto"/>
        <w:ind w:firstLine="284"/>
        <w:jc w:val="both"/>
      </w:pPr>
      <w:r w:rsidRPr="00994820">
        <w:t xml:space="preserve">Tre. </w:t>
      </w:r>
      <w:r w:rsidRPr="00994820">
        <w:rPr>
          <w:rStyle w:val="Enfasigrassetto"/>
          <w:rFonts w:eastAsiaTheme="majorEastAsia"/>
        </w:rPr>
        <w:t>I sensori emozionali erano assenti, lì sotto.</w:t>
      </w:r>
    </w:p>
    <w:p w14:paraId="66A67156" w14:textId="17AE6B31" w:rsidR="007C3C6C" w:rsidRPr="00994820" w:rsidRDefault="007C3C6C" w:rsidP="00B1354B">
      <w:pPr>
        <w:spacing w:before="100" w:beforeAutospacing="1" w:after="100" w:afterAutospacing="1" w:line="360" w:lineRule="auto"/>
        <w:ind w:firstLine="284"/>
        <w:jc w:val="both"/>
      </w:pPr>
      <w:r w:rsidRPr="00994820">
        <w:lastRenderedPageBreak/>
        <w:t xml:space="preserve">Solo buio, umidità e quella puzza di corpi dissolti lentamente. Qualcosa sotto i suoi stivali fece </w:t>
      </w:r>
      <w:r w:rsidRPr="00994820">
        <w:rPr>
          <w:rStyle w:val="Enfasicorsivo"/>
          <w:rFonts w:eastAsiaTheme="majorEastAsia"/>
        </w:rPr>
        <w:t>crack</w:t>
      </w:r>
      <w:r w:rsidRPr="00994820">
        <w:t>, ma Fanny non si voltò a guardare.</w:t>
      </w:r>
      <w:r w:rsidR="0046127F">
        <w:t xml:space="preserve"> </w:t>
      </w:r>
      <w:r w:rsidRPr="00994820">
        <w:t>Meglio non sapere se fosse un osso, un tubo spezzato o un dente.</w:t>
      </w:r>
    </w:p>
    <w:p w14:paraId="1A56D240" w14:textId="445D182E" w:rsidR="007C3C6C" w:rsidRPr="00994820" w:rsidRDefault="007C3C6C" w:rsidP="00B1354B">
      <w:pPr>
        <w:spacing w:before="100" w:beforeAutospacing="1" w:after="100" w:afterAutospacing="1" w:line="360" w:lineRule="auto"/>
        <w:ind w:firstLine="284"/>
        <w:jc w:val="both"/>
      </w:pPr>
      <w:r w:rsidRPr="00994820">
        <w:t>Due. Correre lì era come inseguire un’ombra nei polmoni della città.</w:t>
      </w:r>
      <w:r w:rsidRPr="00994820">
        <w:br/>
        <w:t>Ogni angolo sembrava uguale al precedente, ma più sporco, più bagnato, più inutile. Eppure sapeva che da qualche parte, tra i condotti arrugginiti e i pozzetti ciechi</w:t>
      </w:r>
      <w:r w:rsidRPr="00994820">
        <w:rPr>
          <w:b/>
          <w:bCs/>
        </w:rPr>
        <w:t xml:space="preserve">, </w:t>
      </w:r>
      <w:r w:rsidRPr="00994820">
        <w:rPr>
          <w:rStyle w:val="Enfasigrassetto"/>
          <w:rFonts w:eastAsiaTheme="majorEastAsia"/>
        </w:rPr>
        <w:t>il fuggiasco stava cercando l’unico angolo dove gli occhi della ragazza non l’avrebbero raggiunto.</w:t>
      </w:r>
      <w:r w:rsidRPr="00994820">
        <w:t xml:space="preserve"> Ma Fanny lo vedeva.</w:t>
      </w:r>
      <w:r w:rsidR="0046127F">
        <w:t xml:space="preserve"> </w:t>
      </w:r>
      <w:r w:rsidRPr="00994820">
        <w:t xml:space="preserve">Perché quel posto — quel fango — </w:t>
      </w:r>
      <w:r w:rsidRPr="00994820">
        <w:rPr>
          <w:rStyle w:val="Enfasigrassetto"/>
          <w:rFonts w:eastAsiaTheme="majorEastAsia"/>
        </w:rPr>
        <w:t>le era molto più familiare della città luccicante sopra di loro.</w:t>
      </w:r>
    </w:p>
    <w:p w14:paraId="0FCCAB35" w14:textId="77777777" w:rsidR="007C3C6C" w:rsidRPr="00994820" w:rsidRDefault="007C3C6C" w:rsidP="00B1354B">
      <w:pPr>
        <w:spacing w:before="100" w:beforeAutospacing="1" w:after="100" w:afterAutospacing="1" w:line="360" w:lineRule="auto"/>
        <w:ind w:firstLine="284"/>
        <w:jc w:val="both"/>
      </w:pPr>
      <w:r w:rsidRPr="00994820">
        <w:t>Uno. La mente di Fanny però scacciò via ogni pensiero inutile mentre continuava la sua caccia verso quella fiammella che il suo visore termico le indicava. Pochi istanti dopo stava già correndo. Ogni passo era guidato solo dal desiderio di raggiungere quella fiammella che illuminava l’oscurità.</w:t>
      </w:r>
    </w:p>
    <w:p w14:paraId="39D0CE72" w14:textId="77777777" w:rsidR="007C3C6C" w:rsidRPr="00994820" w:rsidRDefault="007C3C6C" w:rsidP="00B1354B">
      <w:pPr>
        <w:spacing w:before="100" w:beforeAutospacing="1" w:after="100" w:afterAutospacing="1" w:line="360" w:lineRule="auto"/>
        <w:ind w:firstLine="284"/>
        <w:jc w:val="both"/>
      </w:pPr>
      <w:r w:rsidRPr="00994820">
        <w:t>Zero. Finalmente, dopo quella serie sterminate di svincoli e tubature, il fuggitivo le era abbastanza vicino. Fanny caricò il pugno per colpirlo alle spalle e fermare quella sua corsa e quella risatina che echeggiava nelle tubature. Una falce a lei familiare si protrasse tra i due, intercettando e bloccando il pugno della ragazza «Cosa fai Fanny? Questo ragazzo ha un EV di 0! Non possiamo toccarlo!»</w:t>
      </w:r>
    </w:p>
    <w:p w14:paraId="1A8CBC1D" w14:textId="77777777" w:rsidR="007C3C6C" w:rsidRPr="00994820" w:rsidRDefault="007C3C6C" w:rsidP="00B1354B">
      <w:pPr>
        <w:spacing w:before="100" w:beforeAutospacing="1" w:after="100" w:afterAutospacing="1" w:line="360" w:lineRule="auto"/>
        <w:ind w:firstLine="284"/>
        <w:jc w:val="both"/>
      </w:pPr>
      <w:r w:rsidRPr="00994820">
        <w:t>La furia della ragazza che lentamente scemava in lei era ancora abbastanza da farle scattare lo sguardo colmo d’ira verso l’ombra che l’aveva nuovamente fermata.</w:t>
      </w:r>
    </w:p>
    <w:p w14:paraId="24197011" w14:textId="77777777" w:rsidR="007C3C6C" w:rsidRPr="00994820" w:rsidRDefault="007C3C6C" w:rsidP="00B1354B">
      <w:pPr>
        <w:spacing w:before="100" w:beforeAutospacing="1" w:after="100" w:afterAutospacing="1" w:line="360" w:lineRule="auto"/>
        <w:ind w:firstLine="284"/>
        <w:jc w:val="both"/>
      </w:pPr>
      <w:r w:rsidRPr="00994820">
        <w:t>Era Kieran. “Quel cazzo di Kieran” pensò la ragazza «A me non interessano queste vostre stupide regole.»</w:t>
      </w:r>
    </w:p>
    <w:p w14:paraId="7EECF33F" w14:textId="77777777" w:rsidR="007C3C6C" w:rsidRPr="00994820" w:rsidRDefault="007C3C6C" w:rsidP="00B1354B">
      <w:pPr>
        <w:spacing w:before="100" w:beforeAutospacing="1" w:after="100" w:afterAutospacing="1" w:line="360" w:lineRule="auto"/>
        <w:ind w:firstLine="284"/>
        <w:jc w:val="both"/>
      </w:pPr>
      <w:r w:rsidRPr="00994820">
        <w:t>Lo sguardò precipitò nuovamente sul ragazzo preoccupata che potesse sfuggirgli di nuovo «Ha ucciso innocenti e… forse anche una cadetta…»</w:t>
      </w:r>
    </w:p>
    <w:p w14:paraId="633CA521" w14:textId="77777777" w:rsidR="007C3C6C" w:rsidRPr="00994820" w:rsidRDefault="007C3C6C" w:rsidP="00B1354B">
      <w:pPr>
        <w:spacing w:before="100" w:beforeAutospacing="1" w:after="100" w:afterAutospacing="1" w:line="360" w:lineRule="auto"/>
        <w:ind w:firstLine="284"/>
        <w:jc w:val="both"/>
      </w:pPr>
      <w:r w:rsidRPr="00994820">
        <w:t>Kieran sembrò stranito «Ti importa della cadetta?» la risposta fu rapida e secca «Certo che sì! Stava solo facendo il suo lavoro!»</w:t>
      </w:r>
    </w:p>
    <w:p w14:paraId="2897DCE6" w14:textId="77777777" w:rsidR="007C3C6C" w:rsidRPr="00994820" w:rsidRDefault="007C3C6C" w:rsidP="00B1354B">
      <w:pPr>
        <w:spacing w:before="100" w:beforeAutospacing="1" w:after="100" w:afterAutospacing="1" w:line="360" w:lineRule="auto"/>
        <w:ind w:firstLine="284"/>
        <w:jc w:val="both"/>
      </w:pPr>
      <w:r w:rsidRPr="00994820">
        <w:t>Kieran squadrò il ragazzo bloccato al suolo, ma calmo. «Se il suo valore è basso, vuol dire che La Sorridente non lo reputa un pericolo per la città e, soprattutto, che è felice qui… noi non possiamo intervenire in queste cose…»</w:t>
      </w:r>
    </w:p>
    <w:p w14:paraId="65022B56" w14:textId="77777777" w:rsidR="007C3C6C" w:rsidRPr="00994820" w:rsidRDefault="007C3C6C" w:rsidP="00B1354B">
      <w:pPr>
        <w:spacing w:before="100" w:beforeAutospacing="1" w:after="100" w:afterAutospacing="1" w:line="360" w:lineRule="auto"/>
        <w:ind w:firstLine="284"/>
        <w:jc w:val="both"/>
      </w:pPr>
      <w:r w:rsidRPr="00994820">
        <w:t>«Perché?! Ha ucciso! Se non lo volete fare voi, lascialo fare a me» urlò disperata, mentre delle lacrime date dallo stress le stavano fiorendo attorno agli occhi</w:t>
      </w:r>
    </w:p>
    <w:p w14:paraId="1F455C88" w14:textId="77777777" w:rsidR="007C3C6C" w:rsidRPr="00994820" w:rsidRDefault="007C3C6C" w:rsidP="00B1354B">
      <w:pPr>
        <w:spacing w:before="100" w:beforeAutospacing="1" w:after="100" w:afterAutospacing="1" w:line="360" w:lineRule="auto"/>
        <w:ind w:firstLine="284"/>
        <w:jc w:val="both"/>
      </w:pPr>
      <w:r w:rsidRPr="00994820">
        <w:lastRenderedPageBreak/>
        <w:t>Kieran guardò la disperazione della ragazza, la percepì e decise di concentrarsi ancora sul ragazzo «Però zero… se è vero che ha ucciso, anche se questa cosa non lo turbasse, dovrebbe esserci qualche alterazione, seppur minima»</w:t>
      </w:r>
    </w:p>
    <w:p w14:paraId="42FBA286" w14:textId="77777777" w:rsidR="007C3C6C" w:rsidRPr="00994820" w:rsidRDefault="007C3C6C" w:rsidP="00B1354B">
      <w:pPr>
        <w:spacing w:before="100" w:beforeAutospacing="1" w:after="100" w:afterAutospacing="1" w:line="360" w:lineRule="auto"/>
        <w:ind w:firstLine="284"/>
        <w:jc w:val="both"/>
      </w:pPr>
      <w:r w:rsidRPr="00994820">
        <w:t>Comprendendo che adesso, forse, le cose sarebbero peggiorate il ragazzo dai capelli neri cominciò ad agitarsi, come a volersi liberare «Ehi! Io sono un cittadino felice e amante di questa città! Voi non potete trattenermi, voi dovreste occuparvi solo di chi ha emozioni alterate, le mie emozioni sono limpide!»</w:t>
      </w:r>
    </w:p>
    <w:p w14:paraId="4A96D5B5" w14:textId="77777777" w:rsidR="007C3C6C" w:rsidRPr="00994820" w:rsidRDefault="007C3C6C" w:rsidP="00B1354B">
      <w:pPr>
        <w:spacing w:before="100" w:beforeAutospacing="1" w:after="100" w:afterAutospacing="1" w:line="360" w:lineRule="auto"/>
        <w:ind w:firstLine="284"/>
        <w:jc w:val="both"/>
      </w:pPr>
      <w:r w:rsidRPr="00994820">
        <w:t>«Zitto!» La voce della ragazza, prima furiosa, stava diventando più dolce e sembrava quasi tramante. La forza delle sue braccia sembrava diminuire come se stesse cedendo, infine alzò debolmente lo sguardo verso la figura con la maschera da teschio.</w:t>
      </w:r>
    </w:p>
    <w:p w14:paraId="1791513B" w14:textId="77777777" w:rsidR="007C3C6C" w:rsidRPr="00994820" w:rsidRDefault="007C3C6C" w:rsidP="00B1354B">
      <w:pPr>
        <w:spacing w:before="100" w:beforeAutospacing="1" w:after="100" w:afterAutospacing="1" w:line="360" w:lineRule="auto"/>
        <w:ind w:firstLine="284"/>
        <w:jc w:val="both"/>
      </w:pPr>
      <w:r w:rsidRPr="00994820">
        <w:t>«Ti prego… aiutami… non può farla franca…» chiese con timore la ragazza.</w:t>
      </w:r>
    </w:p>
    <w:p w14:paraId="3CE5FB0F" w14:textId="77777777" w:rsidR="007C3C6C" w:rsidRPr="00994820" w:rsidRDefault="007C3C6C" w:rsidP="00B1354B">
      <w:pPr>
        <w:spacing w:before="100" w:beforeAutospacing="1" w:after="100" w:afterAutospacing="1" w:line="360" w:lineRule="auto"/>
        <w:ind w:firstLine="284"/>
        <w:jc w:val="both"/>
      </w:pPr>
      <w:r w:rsidRPr="00994820">
        <w:t>Una scarica elettrica trapassò d’improvviso il corpo di Kieran nel sentire quella richiesta e quella sua voce, così anomala nella bocca di Fanny.</w:t>
      </w:r>
    </w:p>
    <w:p w14:paraId="5DDD31E2" w14:textId="77777777" w:rsidR="007C3C6C" w:rsidRPr="00994820" w:rsidRDefault="007C3C6C" w:rsidP="00B1354B">
      <w:pPr>
        <w:spacing w:before="100" w:beforeAutospacing="1" w:after="100" w:afterAutospacing="1" w:line="360" w:lineRule="auto"/>
        <w:ind w:firstLine="284"/>
        <w:jc w:val="both"/>
      </w:pPr>
    </w:p>
    <w:p w14:paraId="09CF973A" w14:textId="77777777" w:rsidR="007C3C6C" w:rsidRPr="00994820" w:rsidRDefault="007C3C6C" w:rsidP="00B1354B">
      <w:pPr>
        <w:spacing w:before="100" w:beforeAutospacing="1" w:after="100" w:afterAutospacing="1" w:line="360" w:lineRule="auto"/>
        <w:ind w:firstLine="284"/>
        <w:jc w:val="both"/>
      </w:pPr>
      <w:r w:rsidRPr="00994820">
        <w:t>Kieran mosse finalmente la falce «Va bene… seguimi e portalo con te»</w:t>
      </w:r>
    </w:p>
    <w:p w14:paraId="7BE943AA" w14:textId="77777777" w:rsidR="007C3C6C" w:rsidRPr="00994820" w:rsidRDefault="007C3C6C" w:rsidP="00B1354B">
      <w:pPr>
        <w:spacing w:before="100" w:beforeAutospacing="1" w:after="100" w:afterAutospacing="1" w:line="360" w:lineRule="auto"/>
        <w:ind w:firstLine="284"/>
        <w:jc w:val="both"/>
      </w:pPr>
      <w:r w:rsidRPr="00994820">
        <w:t>Fanny per la prima volta decise di fidarsi. Il ragazzo dai capelli neri tentò di ribellarsi e replicare, ma Fanny decise che un pugno ben assestato lo avrebbe zittito per un po’. Sferrato il colpo che lo scaraventò nel regno dei sogni di Selene, si caricò il corpo dell’assassino sulle spalle come un sacco di patate e iniziò a seguire kieran. Inizialmente lasciò che il silenzio avvolgesse quel tunnel tetro che stavano percorrendo.</w:t>
      </w:r>
    </w:p>
    <w:p w14:paraId="3ED5C86B" w14:textId="77777777" w:rsidR="007C3C6C" w:rsidRPr="00994820" w:rsidRDefault="007C3C6C" w:rsidP="00B1354B">
      <w:pPr>
        <w:spacing w:before="100" w:beforeAutospacing="1" w:after="100" w:afterAutospacing="1" w:line="360" w:lineRule="auto"/>
        <w:ind w:firstLine="284"/>
        <w:jc w:val="both"/>
      </w:pPr>
      <w:r w:rsidRPr="00994820">
        <w:t xml:space="preserve">«Perché eri qua?...» si fermò a riflettere Fanny, come a cercare di ricostruire una calma illusoria «Mi stavi seguendo?» chiese con un tono quasi irritato che fece ridacchiare Kieran «No, avevo la serata libera, e mi sono voluto occupare di qualche faccenda personale» </w:t>
      </w:r>
    </w:p>
    <w:p w14:paraId="2A768DDC" w14:textId="77777777" w:rsidR="007C3C6C" w:rsidRPr="00994820" w:rsidRDefault="007C3C6C" w:rsidP="00B1354B">
      <w:pPr>
        <w:spacing w:before="100" w:beforeAutospacing="1" w:after="100" w:afterAutospacing="1" w:line="360" w:lineRule="auto"/>
        <w:ind w:firstLine="284"/>
        <w:jc w:val="both"/>
      </w:pPr>
      <w:r w:rsidRPr="00994820">
        <w:t>Fanny decise che non era il caso di indagare oltre per adesso, ma era curiosa di sapere che genere di affari privati avessero portato uno Shinigami quaggiù.</w:t>
      </w:r>
    </w:p>
    <w:p w14:paraId="212CF45C" w14:textId="77777777" w:rsidR="007C3C6C" w:rsidRPr="00994820" w:rsidRDefault="007C3C6C" w:rsidP="00B1354B">
      <w:pPr>
        <w:spacing w:before="100" w:beforeAutospacing="1" w:after="100" w:afterAutospacing="1" w:line="360" w:lineRule="auto"/>
        <w:ind w:firstLine="284"/>
        <w:jc w:val="both"/>
      </w:pPr>
      <w:r w:rsidRPr="00994820">
        <w:t>«E ora dove stiamo andando?» chiese mentre si guardava attorno, aveva disattivato il visore termico, optando per un più adatto visore notturno. Attorno a lei le pareti si erano rivelate l’interno di un’enorme tubatura in acciaio. Quasi ovunque erano visibili scarabocchi e incisioni, ma una in particolare aveva attirato la sua attenzione. Era un disegno stilografico che si ripeteva a poca distanza lungo tutta la tubatura e Fanny lo conosceva. Lo stesso simbolo era disegnato su alcune pagine del libro di favole del padre.</w:t>
      </w:r>
    </w:p>
    <w:p w14:paraId="54A7332E" w14:textId="77777777" w:rsidR="007C3C6C" w:rsidRPr="00994820" w:rsidRDefault="007C3C6C" w:rsidP="00B1354B">
      <w:pPr>
        <w:spacing w:before="100" w:beforeAutospacing="1" w:after="100" w:afterAutospacing="1" w:line="360" w:lineRule="auto"/>
        <w:ind w:firstLine="284"/>
        <w:jc w:val="both"/>
      </w:pPr>
      <w:r w:rsidRPr="00994820">
        <w:lastRenderedPageBreak/>
        <w:t>«Ci serve uno spazio aperto, più avanti c’è una cisterna abbandonata che farà al caso nostro»</w:t>
      </w:r>
    </w:p>
    <w:p w14:paraId="2D6349AC" w14:textId="77777777" w:rsidR="007C3C6C" w:rsidRPr="00994820" w:rsidRDefault="007C3C6C" w:rsidP="00B1354B">
      <w:pPr>
        <w:spacing w:before="100" w:beforeAutospacing="1" w:after="100" w:afterAutospacing="1" w:line="360" w:lineRule="auto"/>
        <w:ind w:firstLine="284"/>
        <w:jc w:val="both"/>
      </w:pPr>
      <w:r w:rsidRPr="00994820">
        <w:t xml:space="preserve">Fanny decise di non voler parlare d’altro e così raggiunsero questa enorme vasca arrugginita, con dei rivoli d’acqua e delle strane creature striscianti che sembravano avvolte nell’alluminio. Fanny le ignorò. </w:t>
      </w:r>
    </w:p>
    <w:p w14:paraId="550E1CC8" w14:textId="77777777" w:rsidR="007C3C6C" w:rsidRPr="00994820" w:rsidRDefault="007C3C6C" w:rsidP="00B1354B">
      <w:pPr>
        <w:spacing w:before="100" w:beforeAutospacing="1" w:after="100" w:afterAutospacing="1" w:line="360" w:lineRule="auto"/>
        <w:ind w:firstLine="284"/>
        <w:jc w:val="both"/>
      </w:pPr>
      <w:r w:rsidRPr="00994820">
        <w:t>«Posalo a terra.» Fanny eseguì, rovesciandolo in quella pozza fangosa senza alcun riguardo.</w:t>
      </w:r>
    </w:p>
    <w:p w14:paraId="19730192" w14:textId="77777777" w:rsidR="007C3C6C" w:rsidRPr="00994820" w:rsidRDefault="007C3C6C" w:rsidP="00B1354B">
      <w:pPr>
        <w:spacing w:before="100" w:beforeAutospacing="1" w:after="100" w:afterAutospacing="1" w:line="360" w:lineRule="auto"/>
        <w:ind w:firstLine="284"/>
        <w:jc w:val="both"/>
      </w:pPr>
      <w:r w:rsidRPr="00994820">
        <w:t>«Bene, ora: tira fuori il tuo distintivo del dipartimento, tienilo in mano in modo che possa inquadrare il tuo volto e richiedi un giudizio, io sono fuori turno, non posso»</w:t>
      </w:r>
    </w:p>
    <w:p w14:paraId="6C0FFA81" w14:textId="77777777" w:rsidR="007C3C6C" w:rsidRPr="00994820" w:rsidRDefault="007C3C6C" w:rsidP="00B1354B">
      <w:pPr>
        <w:spacing w:before="100" w:beforeAutospacing="1" w:after="100" w:afterAutospacing="1" w:line="360" w:lineRule="auto"/>
        <w:ind w:firstLine="284"/>
        <w:jc w:val="both"/>
      </w:pPr>
      <w:r w:rsidRPr="00994820">
        <w:t>Fanny appariva confusa, ma decise di fare come Kieran le aveva detto. Il medaglione con il simbolo del dipartimento del tramonto iniziò a emettere una tenue luce rossa come il sangue rappreso.</w:t>
      </w:r>
    </w:p>
    <w:p w14:paraId="3C0A171B" w14:textId="77777777" w:rsidR="007C3C6C" w:rsidRPr="00994820" w:rsidRDefault="007C3C6C" w:rsidP="00B1354B">
      <w:pPr>
        <w:spacing w:before="100" w:beforeAutospacing="1" w:after="100" w:afterAutospacing="1" w:line="360" w:lineRule="auto"/>
        <w:ind w:firstLine="284"/>
        <w:jc w:val="both"/>
      </w:pPr>
      <w:r w:rsidRPr="00994820">
        <w:t>Un ronzio raggiunse Kieran e Fanny alle loro spalle: Tre Emotion Eye dorati emersero dalle oscurità dei tubi e dei cunicoli attorno a loro.</w:t>
      </w:r>
    </w:p>
    <w:p w14:paraId="6A25448B" w14:textId="77777777" w:rsidR="007C3C6C" w:rsidRPr="00994820" w:rsidRDefault="007C3C6C" w:rsidP="00B1354B">
      <w:pPr>
        <w:spacing w:before="100" w:beforeAutospacing="1" w:after="100" w:afterAutospacing="1" w:line="360" w:lineRule="auto"/>
        <w:ind w:firstLine="284"/>
        <w:jc w:val="both"/>
      </w:pPr>
      <w:r w:rsidRPr="00994820">
        <w:t>«Cosa sarebbero questi cosi? Sembrano degli Emotion Eye» chiese Fanny, mentre li guardava svolazzare attorno al killer</w:t>
      </w:r>
    </w:p>
    <w:p w14:paraId="32C36B41" w14:textId="77777777" w:rsidR="007C3C6C" w:rsidRPr="00994820" w:rsidRDefault="007C3C6C" w:rsidP="00B1354B">
      <w:pPr>
        <w:spacing w:before="100" w:beforeAutospacing="1" w:after="100" w:afterAutospacing="1" w:line="360" w:lineRule="auto"/>
        <w:ind w:firstLine="284"/>
        <w:jc w:val="both"/>
      </w:pPr>
      <w:r w:rsidRPr="00994820">
        <w:t>«Questi sono gli occhi supremi del sistema» Rispose Kieran «Rispondono solo a una chiamata del giudizio e convocano i Tre Sommi Giudici, gli unici a poter riscrivere un giudizio del sistema»</w:t>
      </w:r>
    </w:p>
    <w:p w14:paraId="0DF65F87" w14:textId="77777777" w:rsidR="007C3C6C" w:rsidRPr="00994820" w:rsidRDefault="007C3C6C" w:rsidP="00B1354B">
      <w:pPr>
        <w:spacing w:before="100" w:beforeAutospacing="1" w:after="100" w:afterAutospacing="1" w:line="360" w:lineRule="auto"/>
        <w:ind w:firstLine="284"/>
        <w:jc w:val="both"/>
      </w:pPr>
      <w:r w:rsidRPr="00994820">
        <w:t>«E così verrò finalmente giudicato da loro?» chiese ancora intontito il ragazzo dai capelli neri.</w:t>
      </w:r>
    </w:p>
    <w:p w14:paraId="3FBB7963" w14:textId="77777777" w:rsidR="007C3C6C" w:rsidRPr="00994820" w:rsidRDefault="007C3C6C" w:rsidP="00B1354B">
      <w:pPr>
        <w:spacing w:before="100" w:beforeAutospacing="1" w:after="100" w:afterAutospacing="1" w:line="360" w:lineRule="auto"/>
        <w:ind w:firstLine="284"/>
        <w:jc w:val="both"/>
      </w:pPr>
      <w:r w:rsidRPr="00994820">
        <w:t>«E perché mai dovrei essere giudicato, in fondo? Non sono affatto un criminale, lavoro nelle aziende alimentari, amo il mio lavoro e sono FELICE di uccidere chi mi pare nel mio tempo libero.»</w:t>
      </w:r>
    </w:p>
    <w:p w14:paraId="162C9F69" w14:textId="77777777" w:rsidR="007C3C6C" w:rsidRPr="00994820" w:rsidRDefault="007C3C6C" w:rsidP="00B1354B">
      <w:pPr>
        <w:spacing w:before="100" w:beforeAutospacing="1" w:after="100" w:afterAutospacing="1" w:line="360" w:lineRule="auto"/>
        <w:ind w:firstLine="284"/>
        <w:jc w:val="both"/>
      </w:pPr>
      <w:r w:rsidRPr="00994820">
        <w:t>Kieran non sembrava sapere come rispondere, ma non fu affatto necessario, perché fu Fanny a prendere la parola</w:t>
      </w:r>
    </w:p>
    <w:p w14:paraId="48EC4DD2" w14:textId="77777777" w:rsidR="007C3C6C" w:rsidRPr="00994820" w:rsidRDefault="007C3C6C" w:rsidP="00B1354B">
      <w:pPr>
        <w:spacing w:before="100" w:beforeAutospacing="1" w:after="100" w:afterAutospacing="1" w:line="360" w:lineRule="auto"/>
        <w:ind w:firstLine="284"/>
        <w:jc w:val="both"/>
      </w:pPr>
      <w:r w:rsidRPr="00994820">
        <w:t>«Perché la tua felicità non può essere più importante di quella che distruggi ammazzando, idiota.» rispose con tono seccato Fanny, come se stesse spiegando a un bambino perché 2+2=4 e perché 2+2 non farà mai 5.</w:t>
      </w:r>
    </w:p>
    <w:p w14:paraId="2C72407D" w14:textId="77777777" w:rsidR="007C3C6C" w:rsidRPr="00994820" w:rsidRDefault="007C3C6C" w:rsidP="00B1354B">
      <w:pPr>
        <w:spacing w:before="100" w:beforeAutospacing="1" w:after="100" w:afterAutospacing="1" w:line="360" w:lineRule="auto"/>
        <w:ind w:firstLine="284"/>
        <w:jc w:val="both"/>
      </w:pPr>
      <w:r w:rsidRPr="00994820">
        <w:t>«E sei sicura che al sistema importi di questa cosa? Sono uno dei loro migliori esempi di felicità massima. Sono un modello qui.» disse sorridente il ragazzo, con occhi quasi spiritati.</w:t>
      </w:r>
    </w:p>
    <w:p w14:paraId="3620D506" w14:textId="77777777" w:rsidR="007C3C6C" w:rsidRPr="00994820" w:rsidRDefault="007C3C6C" w:rsidP="00B1354B">
      <w:pPr>
        <w:spacing w:before="100" w:beforeAutospacing="1" w:after="100" w:afterAutospacing="1" w:line="360" w:lineRule="auto"/>
        <w:ind w:firstLine="284"/>
        <w:jc w:val="both"/>
      </w:pPr>
      <w:r w:rsidRPr="00994820">
        <w:t xml:space="preserve">Ma Fanny si limitò a lanciare un’occhiataccia a Kieran, come a intimarlo di non intromettersi «Purtroppo per te, a me non frega nulla della giustizia di questo posto. Voglio stare al gioco perché ho i cazzi miei a cui pensare, ma se questi tre occhi ti giudicheranno innocente» Lo sguardo di Fanny si voltò nuovamente verso l’assassino, </w:t>
      </w:r>
      <w:r w:rsidRPr="00994820">
        <w:lastRenderedPageBreak/>
        <w:t>rivelando i suoi occhi verdini che si illuminavano d’oro luccicante. «Allora ti ammazzerò seduta stante, tanto non ci sono Elvenar a proteggerti, e poi…» Un sorriso quasi malevolo si dipinse sul volto della ragazza «Sono certa che questo alzerebbe la mia felicità, per cui il sistema non avrà da ridire, no?»</w:t>
      </w:r>
    </w:p>
    <w:p w14:paraId="24992A50" w14:textId="77777777" w:rsidR="007C3C6C" w:rsidRPr="00994820" w:rsidRDefault="007C3C6C" w:rsidP="00B1354B">
      <w:pPr>
        <w:spacing w:before="100" w:beforeAutospacing="1" w:after="100" w:afterAutospacing="1" w:line="360" w:lineRule="auto"/>
        <w:ind w:firstLine="284"/>
        <w:jc w:val="both"/>
      </w:pPr>
      <w:r w:rsidRPr="00994820">
        <w:t>Il loro discorso venne interrotto da tre voci metalliche, emerse dai tre Emotion Eye.</w:t>
      </w:r>
      <w:r w:rsidRPr="00994820">
        <w:br/>
        <w:t>«Richiesta di Giudizio da parte dello Shinigami 9513 accolta. I tre Giudici, espressione dell’Alba, del Mezzogiorno e del Tramonto della società in arrivo per immediata analisi della Volontà della Sorridente»</w:t>
      </w:r>
    </w:p>
    <w:p w14:paraId="22F8FE74" w14:textId="77777777" w:rsidR="007C3C6C" w:rsidRPr="00994820" w:rsidRDefault="007C3C6C" w:rsidP="00B1354B">
      <w:pPr>
        <w:spacing w:before="100" w:beforeAutospacing="1" w:after="100" w:afterAutospacing="1" w:line="360" w:lineRule="auto"/>
        <w:ind w:firstLine="284"/>
        <w:jc w:val="both"/>
      </w:pPr>
      <w:r w:rsidRPr="00994820">
        <w:t>Fanny rimase ad osservare la scena a braccia conserte, con un ghigno quasi soddisfatto. Il ragazzo dai capelli scuri, steso ancora in quella melma tentava ancora di simulare una falsa sicurezza, con un sorriso forzato, ma Fanny si era accorta che anche le sue certezze stavano vacillando.</w:t>
      </w:r>
    </w:p>
    <w:p w14:paraId="4546753E" w14:textId="77777777" w:rsidR="007C3C6C" w:rsidRPr="00994820" w:rsidRDefault="007C3C6C" w:rsidP="00B1354B">
      <w:pPr>
        <w:spacing w:before="100" w:beforeAutospacing="1" w:after="100" w:afterAutospacing="1" w:line="360" w:lineRule="auto"/>
        <w:ind w:firstLine="284"/>
        <w:jc w:val="both"/>
      </w:pPr>
      <w:r w:rsidRPr="00994820">
        <w:t>Agli apici di un triangolo virtuale che imprigionava il bersaglio comparvero gli ologrammi dei Tre Sommi giudici:</w:t>
      </w:r>
    </w:p>
    <w:p w14:paraId="3B0CA1D7" w14:textId="77777777" w:rsidR="007C3C6C" w:rsidRPr="00994820" w:rsidRDefault="007C3C6C" w:rsidP="00B1354B">
      <w:pPr>
        <w:spacing w:before="100" w:beforeAutospacing="1" w:after="100" w:afterAutospacing="1" w:line="360" w:lineRule="auto"/>
        <w:ind w:firstLine="284"/>
        <w:jc w:val="both"/>
      </w:pPr>
      <w:r w:rsidRPr="00994820">
        <w:t>Stein, Giudice del Tramonto era in piedi, intento a fumare da quella sua strana sigaretta del fumo rosato.</w:t>
      </w:r>
    </w:p>
    <w:p w14:paraId="6EA99888" w14:textId="77777777" w:rsidR="007C3C6C" w:rsidRPr="00994820" w:rsidRDefault="007C3C6C" w:rsidP="00B1354B">
      <w:pPr>
        <w:spacing w:before="100" w:beforeAutospacing="1" w:after="100" w:afterAutospacing="1" w:line="360" w:lineRule="auto"/>
        <w:ind w:firstLine="284"/>
        <w:jc w:val="both"/>
      </w:pPr>
      <w:r w:rsidRPr="00994820">
        <w:t>Rivey, Giudice del Mezzogiorno, piegato ricurvo sulla sua sedia, osservava la scena con attenzione.</w:t>
      </w:r>
    </w:p>
    <w:p w14:paraId="7B4D9B07" w14:textId="77777777" w:rsidR="007C3C6C" w:rsidRPr="00994820" w:rsidRDefault="007C3C6C" w:rsidP="00B1354B">
      <w:pPr>
        <w:spacing w:before="100" w:beforeAutospacing="1" w:after="100" w:afterAutospacing="1" w:line="360" w:lineRule="auto"/>
        <w:ind w:firstLine="284"/>
        <w:jc w:val="both"/>
      </w:pPr>
      <w:r w:rsidRPr="00994820">
        <w:t>E infine finalmente Fanny riuscì a vederlo, più imponente degli altri due era emerso il terzo giudice. Un uomo alto, avvolto in un mantello nero rigido come la pece. Portava un cappello a tesa larga, abbassato quel tanto che bastava per nascondergli mezzo volto, sotto quel cappello emergevano due cerchi di vetro blu intenso che riflettevano la luce come specchi alieni. Sembravano occhi finti, o forse troppo reali per appartenere a un uomo.</w:t>
      </w:r>
    </w:p>
    <w:p w14:paraId="6B416509" w14:textId="77777777" w:rsidR="007C3C6C" w:rsidRPr="00994820" w:rsidRDefault="007C3C6C" w:rsidP="00B1354B">
      <w:pPr>
        <w:spacing w:before="100" w:beforeAutospacing="1" w:after="100" w:afterAutospacing="1" w:line="360" w:lineRule="auto"/>
        <w:ind w:firstLine="284"/>
        <w:jc w:val="both"/>
      </w:pPr>
      <w:r w:rsidRPr="00994820">
        <w:t>Fanny non sapeva dire quanti anni avesse. Poteva essere giovane, con quella mascella scolpita e la pelle liscia, o infinitamente vecchio, incastonato nel tempo come una reliquia. I suoi guanti neri, le fibbie metalliche e la sciarpa color avorio piegata con cura... tutto parlava di rituale, come se ogni gesto fosse stato ripetuto mille volte, identico a se stesso.</w:t>
      </w:r>
    </w:p>
    <w:p w14:paraId="46CDF019" w14:textId="77777777" w:rsidR="007C3C6C" w:rsidRPr="00994820" w:rsidRDefault="007C3C6C" w:rsidP="00B1354B">
      <w:pPr>
        <w:spacing w:before="100" w:beforeAutospacing="1" w:after="100" w:afterAutospacing="1" w:line="360" w:lineRule="auto"/>
        <w:ind w:firstLine="284"/>
        <w:jc w:val="both"/>
      </w:pPr>
      <w:r w:rsidRPr="00994820">
        <w:t xml:space="preserve">Sul petto portava un simbolo dorato: un sole con una doppia elica incisa al centro. Una firma, un avvertimento, o un marchio di appartenenza. Nella mano destra, stringeva un libro. Antico. Grosso. </w:t>
      </w:r>
    </w:p>
    <w:p w14:paraId="6580C339" w14:textId="77777777" w:rsidR="007C3C6C" w:rsidRPr="00994820" w:rsidRDefault="007C3C6C" w:rsidP="00B1354B">
      <w:pPr>
        <w:spacing w:before="100" w:beforeAutospacing="1" w:after="100" w:afterAutospacing="1" w:line="360" w:lineRule="auto"/>
        <w:ind w:firstLine="284"/>
        <w:jc w:val="both"/>
      </w:pPr>
      <w:r w:rsidRPr="00994820">
        <w:t>Fanny non riusciva a staccargli gli occhi di dosso. Non per paura. Perché aveva la netta sensazione che quell’uomo sapesse esattamente chi fosse lei. Poco dopo i tre Emotion Eye annunciarono i tre Giudici con tanto di titoli e nomi, e Fanny poté associare un nome a quella figura imponente: Balem. Fanny trovava quella figura meno spaventosa delle altre due, nonostante la sua imponenza la trovava quasi rassicurante, una figura alla quale affidarsi, più che temere.</w:t>
      </w:r>
    </w:p>
    <w:p w14:paraId="17CE613D" w14:textId="77777777" w:rsidR="007C3C6C" w:rsidRPr="00994820" w:rsidRDefault="007C3C6C" w:rsidP="00B1354B">
      <w:pPr>
        <w:spacing w:before="100" w:beforeAutospacing="1" w:after="100" w:afterAutospacing="1" w:line="360" w:lineRule="auto"/>
        <w:ind w:firstLine="284"/>
        <w:jc w:val="both"/>
      </w:pPr>
      <w:r w:rsidRPr="00994820">
        <w:lastRenderedPageBreak/>
        <w:t>Stein fu il primo a parlare, voltandosi verso Fanny e Kieran.</w:t>
      </w:r>
    </w:p>
    <w:p w14:paraId="63751A7A" w14:textId="77777777" w:rsidR="007C3C6C" w:rsidRPr="00994820" w:rsidRDefault="007C3C6C" w:rsidP="00B1354B">
      <w:pPr>
        <w:spacing w:before="100" w:beforeAutospacing="1" w:after="100" w:afterAutospacing="1" w:line="360" w:lineRule="auto"/>
        <w:ind w:firstLine="284"/>
        <w:jc w:val="both"/>
      </w:pPr>
      <w:r w:rsidRPr="00994820">
        <w:t>«Quindi c’è anche il tuo zampino, uh?» chiese voltandosi con tono irritato verso Kieran</w:t>
      </w:r>
    </w:p>
    <w:p w14:paraId="1E85B8CD" w14:textId="77777777" w:rsidR="007C3C6C" w:rsidRPr="00994820" w:rsidRDefault="007C3C6C" w:rsidP="00B1354B">
      <w:pPr>
        <w:spacing w:before="100" w:beforeAutospacing="1" w:after="100" w:afterAutospacing="1" w:line="360" w:lineRule="auto"/>
        <w:ind w:firstLine="284"/>
        <w:jc w:val="both"/>
      </w:pPr>
      <w:r w:rsidRPr="00994820">
        <w:t>«Ovviamente non poteva in autonomia sapere già la procedura per richiamare un giudizio» Aggiunse Rivey prima di spostare l’attenzione verso il ragazzo dai capelli scuri immobile al centro del loro triangolo.</w:t>
      </w:r>
    </w:p>
    <w:p w14:paraId="0B0F5B54" w14:textId="77777777" w:rsidR="007C3C6C" w:rsidRPr="00994820" w:rsidRDefault="007C3C6C" w:rsidP="00B1354B">
      <w:pPr>
        <w:spacing w:before="100" w:beforeAutospacing="1" w:after="100" w:afterAutospacing="1" w:line="360" w:lineRule="auto"/>
        <w:ind w:firstLine="284"/>
        <w:jc w:val="both"/>
      </w:pPr>
      <w:r w:rsidRPr="00994820">
        <w:t>«In ogni caso, siamo stati convocati con una procedura ufficiale» concluse secco Rivey.</w:t>
      </w:r>
    </w:p>
    <w:p w14:paraId="672F6A99" w14:textId="77777777" w:rsidR="007C3C6C" w:rsidRPr="00994820" w:rsidRDefault="007C3C6C" w:rsidP="00B1354B">
      <w:pPr>
        <w:spacing w:before="100" w:beforeAutospacing="1" w:after="100" w:afterAutospacing="1" w:line="360" w:lineRule="auto"/>
        <w:ind w:firstLine="284"/>
        <w:jc w:val="both"/>
      </w:pPr>
      <w:r w:rsidRPr="00994820">
        <w:t>«Si ma è stata lei a chiamarci, certo, è forte e per questo siamo passati oltre la raccomandazione di Kieran, ma non mi fido.»</w:t>
      </w:r>
    </w:p>
    <w:p w14:paraId="21195B8E" w14:textId="77777777" w:rsidR="007C3C6C" w:rsidRPr="00994820" w:rsidRDefault="007C3C6C" w:rsidP="00B1354B">
      <w:pPr>
        <w:spacing w:before="100" w:beforeAutospacing="1" w:after="100" w:afterAutospacing="1" w:line="360" w:lineRule="auto"/>
        <w:ind w:firstLine="284"/>
        <w:jc w:val="both"/>
      </w:pPr>
      <w:r w:rsidRPr="00994820">
        <w:t>Rivey accennò un sorriso «Tutto questo non ha importanza adesso, abbiamo un giudizio da fare.» e poi squadrò i due colleghi in attesa del loro cenno di approvazione.</w:t>
      </w:r>
    </w:p>
    <w:p w14:paraId="64DA269C" w14:textId="77777777" w:rsidR="007C3C6C" w:rsidRPr="00994820" w:rsidRDefault="007C3C6C" w:rsidP="00B1354B">
      <w:pPr>
        <w:spacing w:before="100" w:beforeAutospacing="1" w:after="100" w:afterAutospacing="1" w:line="360" w:lineRule="auto"/>
        <w:ind w:firstLine="284"/>
        <w:jc w:val="both"/>
      </w:pPr>
      <w:r w:rsidRPr="00994820">
        <w:t>«Allora, qual è l’accusa, Shinigami 9513?» chiese con tono freddo ma più formare Stein.</w:t>
      </w:r>
    </w:p>
    <w:p w14:paraId="20080837" w14:textId="77777777" w:rsidR="007C3C6C" w:rsidRPr="00994820" w:rsidRDefault="007C3C6C" w:rsidP="00B1354B">
      <w:pPr>
        <w:spacing w:before="100" w:beforeAutospacing="1" w:after="100" w:afterAutospacing="1" w:line="360" w:lineRule="auto"/>
        <w:ind w:firstLine="284"/>
        <w:jc w:val="both"/>
      </w:pPr>
      <w:r w:rsidRPr="00994820">
        <w:t>Fanny rispose con decisione «Nonostante il suo EV lo segnali come un cittadino tranquillo ed esemplare, si è macchiato di efferati omicidi in mia presenza» Il tono era volutamente serio ed estremamente formale «Ha persino ucciso una cadetta in servizio che gli aveva solo intimento di posare l’arma»</w:t>
      </w:r>
    </w:p>
    <w:p w14:paraId="6F2FDBC7" w14:textId="77777777" w:rsidR="007C3C6C" w:rsidRPr="00994820" w:rsidRDefault="007C3C6C" w:rsidP="00B1354B">
      <w:pPr>
        <w:spacing w:before="100" w:beforeAutospacing="1" w:after="100" w:afterAutospacing="1" w:line="360" w:lineRule="auto"/>
        <w:ind w:firstLine="284"/>
        <w:jc w:val="both"/>
      </w:pPr>
      <w:r w:rsidRPr="00994820">
        <w:t>Stein sembrò visibilmente irritato «Kieran!» ringhiò «Non hai spiegato a questa sprovveduta che cose del genere non sono mansioni del nostro dipartimento?»</w:t>
      </w:r>
    </w:p>
    <w:p w14:paraId="1A0F4B2B" w14:textId="77777777" w:rsidR="007C3C6C" w:rsidRPr="00994820" w:rsidRDefault="007C3C6C" w:rsidP="00B1354B">
      <w:pPr>
        <w:spacing w:before="100" w:beforeAutospacing="1" w:after="100" w:afterAutospacing="1" w:line="360" w:lineRule="auto"/>
        <w:ind w:firstLine="284"/>
        <w:jc w:val="both"/>
      </w:pPr>
      <w:r w:rsidRPr="00994820">
        <w:t>«Sì… ecco, gliel’ho detto… sì» rispose titubante Kieran, ma la sua risposta fu prontamente spenta dalla voce nervosa della ragazza.</w:t>
      </w:r>
    </w:p>
    <w:p w14:paraId="57C37D6C" w14:textId="77777777" w:rsidR="007C3C6C" w:rsidRPr="00994820" w:rsidRDefault="007C3C6C" w:rsidP="00B1354B">
      <w:pPr>
        <w:spacing w:before="100" w:beforeAutospacing="1" w:after="100" w:afterAutospacing="1" w:line="360" w:lineRule="auto"/>
        <w:ind w:firstLine="284"/>
        <w:jc w:val="both"/>
      </w:pPr>
      <w:r w:rsidRPr="00994820">
        <w:t>«Ha. Ucciso. Una Cadetta.» Ogni parola ben scandita mentre a passi pesanti e pugni stretti si avvicinava ai tre ologrammi «Per cui era una mia mansione senza dubbio.»</w:t>
      </w:r>
    </w:p>
    <w:p w14:paraId="01AF790C" w14:textId="77777777" w:rsidR="007C3C6C" w:rsidRPr="00994820" w:rsidRDefault="007C3C6C" w:rsidP="00B1354B">
      <w:pPr>
        <w:spacing w:before="100" w:beforeAutospacing="1" w:after="100" w:afterAutospacing="1" w:line="360" w:lineRule="auto"/>
        <w:ind w:firstLine="284"/>
        <w:jc w:val="both"/>
      </w:pPr>
      <w:r w:rsidRPr="00994820">
        <w:t>«La vita della cadetta non ha importanza» Interruppe Rivey «Ma anche discutere di compiti e mansioni è futile durante un giudizio» Fanny sembrò terribilmente irritata dalla risposta fredda di Rivey. Sembrò anche notare che, rispetto al loro primo incontro, questa volta Rivey non sembrava affetto da quella tosse incurabile.</w:t>
      </w:r>
    </w:p>
    <w:p w14:paraId="43C3688C" w14:textId="77777777" w:rsidR="007C3C6C" w:rsidRPr="00994820" w:rsidRDefault="007C3C6C" w:rsidP="00B1354B">
      <w:pPr>
        <w:spacing w:before="100" w:beforeAutospacing="1" w:after="100" w:afterAutospacing="1" w:line="360" w:lineRule="auto"/>
        <w:ind w:firstLine="284"/>
        <w:jc w:val="both"/>
      </w:pPr>
      <w:r w:rsidRPr="00994820">
        <w:t>«Tuttavia» continuò «Un omicida il cui EV non viene minimamente alterato è un anomalia che non possiamo ammettere» poi calò nuovamente il silenzio mentre l’ologramma di Rivey si massaggiava il mento con fare pensieroso.</w:t>
      </w:r>
    </w:p>
    <w:p w14:paraId="3A8E9CA0" w14:textId="77777777" w:rsidR="007C3C6C" w:rsidRPr="00994820" w:rsidRDefault="007C3C6C" w:rsidP="00B1354B">
      <w:pPr>
        <w:spacing w:before="100" w:beforeAutospacing="1" w:after="100" w:afterAutospacing="1" w:line="360" w:lineRule="auto"/>
        <w:ind w:firstLine="284"/>
        <w:jc w:val="both"/>
      </w:pPr>
      <w:r w:rsidRPr="00994820">
        <w:lastRenderedPageBreak/>
        <w:t>«NON C’E’ NESSUN GUASTO!» ringhiò infine il fuggiasco, voltandosi freneticamente verso i tre Giudici «Io sono sinceramente felice qui!» Poi si voltò verso il Giudice Rivey «Amo in particolare il settore della gola, vostro Onore, da quando c’è Lei, è sempre più bello e pieno di attività coinvolgenti» la sua voce si faceva isterica. Poi si voltò verso Belam «E amo davvero tanto l’odore dei macchinari che mi circondano ogni giorno! Lo ricerco nei sapori del Teatro dell’Abbandono quasi ogni sera!»</w:t>
      </w:r>
    </w:p>
    <w:p w14:paraId="0C1B87D6" w14:textId="77777777" w:rsidR="007C3C6C" w:rsidRPr="00994820" w:rsidRDefault="007C3C6C" w:rsidP="00B1354B">
      <w:pPr>
        <w:spacing w:before="100" w:beforeAutospacing="1" w:after="100" w:afterAutospacing="1" w:line="360" w:lineRule="auto"/>
        <w:ind w:firstLine="284"/>
        <w:jc w:val="both"/>
      </w:pPr>
      <w:r w:rsidRPr="00994820">
        <w:t>«Quando non ammazzi.» rispose seccamente Fanny.</w:t>
      </w:r>
    </w:p>
    <w:p w14:paraId="1736CAD3" w14:textId="77777777" w:rsidR="007C3C6C" w:rsidRPr="00994820" w:rsidRDefault="007C3C6C" w:rsidP="00B1354B">
      <w:pPr>
        <w:spacing w:before="100" w:beforeAutospacing="1" w:after="100" w:afterAutospacing="1" w:line="360" w:lineRule="auto"/>
        <w:ind w:firstLine="284"/>
        <w:jc w:val="both"/>
      </w:pPr>
      <w:r w:rsidRPr="00994820">
        <w:t>«È vero che uccido! Ma di solito uccido solo chi ammazza e si ritrova con un EV in rapida crescita. Questa sera stavo seguendo quella coppia.» si voltò verso Fanny con un sorriso quasi terrificante «Quell’uomo era passato sotto due diversi checkpoint e avevo visto il suo EV passare da 47 a 63 in appena un’ora sapevo che presto avrebbe superato il valore di 70» Poi si voltò rapidamente verso Stein. «Ma non avevo intenzione di sostituirmi alla giustizia, semplicemente uccidere mi piace! Mi rende felice!» il suo respiro si fece affannoso «E ho capito da tempo che avrei potuto trovare bersagli che la città non avrebbe rimpianto»</w:t>
      </w:r>
    </w:p>
    <w:p w14:paraId="2C0FCF54" w14:textId="77777777" w:rsidR="007C3C6C" w:rsidRPr="00994820" w:rsidRDefault="007C3C6C" w:rsidP="00B1354B">
      <w:pPr>
        <w:spacing w:before="100" w:beforeAutospacing="1" w:after="100" w:afterAutospacing="1" w:line="360" w:lineRule="auto"/>
        <w:ind w:firstLine="284"/>
        <w:jc w:val="both"/>
      </w:pPr>
      <w:r w:rsidRPr="00994820">
        <w:t>«E JUNO ALLORA?!?» chiese con furia Fanny. Sentire il nome di un cadetto gridato con tanta energia, scosse Kieran e quasi disgustò Rivey.</w:t>
      </w:r>
    </w:p>
    <w:p w14:paraId="759198B6" w14:textId="77777777" w:rsidR="007C3C6C" w:rsidRPr="00994820" w:rsidRDefault="007C3C6C" w:rsidP="00B1354B">
      <w:pPr>
        <w:spacing w:before="100" w:beforeAutospacing="1" w:after="100" w:afterAutospacing="1" w:line="360" w:lineRule="auto"/>
        <w:ind w:firstLine="284"/>
        <w:jc w:val="both"/>
      </w:pPr>
      <w:r w:rsidRPr="00994820">
        <w:t>«È vero che lei era innocente… ma il mio EV non ha vacillato! Per cui non dovrei subire nessuna punizione! È LEI A FARSI GUIDARE DA EMOZIONI QUALI L’IRA O LA VENDETTA!» gridò infine indicando Fanny con fare disperato.</w:t>
      </w:r>
    </w:p>
    <w:p w14:paraId="6D9C7E18" w14:textId="77777777" w:rsidR="007C3C6C" w:rsidRPr="00994820" w:rsidRDefault="007C3C6C" w:rsidP="00B1354B">
      <w:pPr>
        <w:spacing w:before="100" w:beforeAutospacing="1" w:after="100" w:afterAutospacing="1" w:line="360" w:lineRule="auto"/>
        <w:ind w:firstLine="284"/>
        <w:jc w:val="both"/>
      </w:pPr>
      <w:r w:rsidRPr="00994820">
        <w:t xml:space="preserve">«Non ci importa se ammazzi o perché lo fai» lo interruppe Stein </w:t>
      </w:r>
    </w:p>
    <w:p w14:paraId="279E41DA" w14:textId="77777777" w:rsidR="007C3C6C" w:rsidRPr="00994820" w:rsidRDefault="007C3C6C" w:rsidP="00B1354B">
      <w:pPr>
        <w:spacing w:before="100" w:beforeAutospacing="1" w:after="100" w:afterAutospacing="1" w:line="360" w:lineRule="auto"/>
        <w:ind w:firstLine="284"/>
        <w:jc w:val="both"/>
      </w:pPr>
      <w:r w:rsidRPr="00994820">
        <w:t>«Ma» continuò con calma Rivey, come a riprendere il discorso di Stein «Sembrerebbe… esserci un guasto nel tuo Emotion Reader. Azioni ferali, protratte nel tempo dovrebbero variare il tuo EV, seppur di poco. È questo il tuo crimine. Emozioni Non Valutabili.»</w:t>
      </w:r>
    </w:p>
    <w:p w14:paraId="7D5107A8" w14:textId="77777777" w:rsidR="007C3C6C" w:rsidRPr="00994820" w:rsidRDefault="007C3C6C" w:rsidP="00B1354B">
      <w:pPr>
        <w:spacing w:before="100" w:beforeAutospacing="1" w:after="100" w:afterAutospacing="1" w:line="360" w:lineRule="auto"/>
        <w:ind w:firstLine="284"/>
        <w:jc w:val="both"/>
      </w:pPr>
      <w:r w:rsidRPr="00994820">
        <w:t xml:space="preserve">Poi il volto di Rivey si spostò sul terzo giudice, fin ora silenzioso «Com’è stato possibile che una cosa del genere sia sfuggita al vostro dipartimento, Belam?» anche in questo caso ci fu un breve silenzio prima che il Giudice Belam rispose </w:t>
      </w:r>
    </w:p>
    <w:p w14:paraId="289FB277" w14:textId="77777777" w:rsidR="007C3C6C" w:rsidRPr="00994820" w:rsidRDefault="007C3C6C" w:rsidP="00B1354B">
      <w:pPr>
        <w:spacing w:before="100" w:beforeAutospacing="1" w:after="100" w:afterAutospacing="1" w:line="360" w:lineRule="auto"/>
        <w:ind w:firstLine="284"/>
        <w:jc w:val="both"/>
      </w:pPr>
      <w:r w:rsidRPr="00994820">
        <w:t>«Dalla firma Genetica» iniziò finalmente a rispondere. La sua voce era Calma, tranquilla, ma monotona. Eppure, rispetto alle altre voci che negli ultimi giorni Fanny aveva dovuto ascoltare, questa le sembrò accogliente, quasi familiare.</w:t>
      </w:r>
    </w:p>
    <w:p w14:paraId="118E5194" w14:textId="77777777" w:rsidR="007C3C6C" w:rsidRPr="00994820" w:rsidRDefault="007C3C6C" w:rsidP="00B1354B">
      <w:pPr>
        <w:spacing w:before="100" w:beforeAutospacing="1" w:after="100" w:afterAutospacing="1" w:line="360" w:lineRule="auto"/>
        <w:ind w:firstLine="284"/>
        <w:jc w:val="both"/>
      </w:pPr>
      <w:r w:rsidRPr="00994820">
        <w:t>«Sembra essere un ragazzo di 13° generazione, quella schiusa fu problematica, ma credevo fossero stati tutti prontamente cancellati, montavano una prima versione dell’attuale Emotion Reader.»</w:t>
      </w:r>
    </w:p>
    <w:p w14:paraId="1BDC6625" w14:textId="77777777" w:rsidR="007C3C6C" w:rsidRPr="00994820" w:rsidRDefault="007C3C6C" w:rsidP="00B1354B">
      <w:pPr>
        <w:spacing w:before="100" w:beforeAutospacing="1" w:after="100" w:afterAutospacing="1" w:line="360" w:lineRule="auto"/>
        <w:ind w:firstLine="284"/>
        <w:jc w:val="both"/>
      </w:pPr>
      <w:r w:rsidRPr="00994820">
        <w:lastRenderedPageBreak/>
        <w:t>Rivey si limitò a sorridere «Capisco, allora procederò all’analisi usando il prossimo prototipo» di nuovo ci volle una pausa, poi i visori di Fanny e gli emotion Eye nell’area registrarono il nuovo emotion Value del ragazzo: 172</w:t>
      </w:r>
    </w:p>
    <w:p w14:paraId="714768F0" w14:textId="77777777" w:rsidR="007C3C6C" w:rsidRPr="00994820" w:rsidRDefault="007C3C6C" w:rsidP="00B1354B">
      <w:pPr>
        <w:spacing w:before="100" w:beforeAutospacing="1" w:after="100" w:afterAutospacing="1" w:line="360" w:lineRule="auto"/>
        <w:ind w:firstLine="284"/>
        <w:jc w:val="both"/>
      </w:pPr>
      <w:r w:rsidRPr="00994820">
        <w:t>«EV a 172. Perfetto. Eliminiamolo, così la giornata può finire in fretta» concluse Stein.</w:t>
      </w:r>
    </w:p>
    <w:p w14:paraId="5B91B4AC" w14:textId="77777777" w:rsidR="007C3C6C" w:rsidRPr="00994820" w:rsidRDefault="007C3C6C" w:rsidP="00B1354B">
      <w:pPr>
        <w:spacing w:before="100" w:beforeAutospacing="1" w:after="100" w:afterAutospacing="1" w:line="360" w:lineRule="auto"/>
        <w:ind w:firstLine="284"/>
        <w:jc w:val="both"/>
      </w:pPr>
      <w:r w:rsidRPr="00994820">
        <w:t>«No! C’è un errore! Sono sempre stato felice qui! Sinceramente! Amo il mio lavoro e amo uccidere, mi appaga, ma sono sempre stato attento al mio EV!» A questo punto il ragazzo continuò a ribattere sempre sugli stessi concetti, sembrava un disco rotto. Rivey alzò debolmente il braccio olografico, come a voler prendere parola, e a questo punto dopo un brillio più intenso negli occhiali di Belam il fuggitivo disperato sembrò calmarsi. Sembrava fosse stato spento, per quanto rapido fu il cambiamento del suo comportamento e delle sue espressioni.</w:t>
      </w:r>
    </w:p>
    <w:p w14:paraId="7FCD237D" w14:textId="77777777" w:rsidR="007C3C6C" w:rsidRPr="00994820" w:rsidRDefault="007C3C6C" w:rsidP="00B1354B">
      <w:pPr>
        <w:spacing w:before="100" w:beforeAutospacing="1" w:after="100" w:afterAutospacing="1" w:line="360" w:lineRule="auto"/>
        <w:ind w:firstLine="284"/>
        <w:jc w:val="both"/>
      </w:pPr>
      <w:r w:rsidRPr="00994820">
        <w:t>«No, nonostante le problematiche di quel prototipo, questo ragazzo presenta delle anomalie uniche, per cui, stando al regolamento, ed essendo stato convocato un giudizio, l’eliminazione deve essere eseguita mediante giudizio»</w:t>
      </w:r>
    </w:p>
    <w:p w14:paraId="7BD78005" w14:textId="77777777" w:rsidR="007C3C6C" w:rsidRPr="00994820" w:rsidRDefault="007C3C6C" w:rsidP="00B1354B">
      <w:pPr>
        <w:spacing w:before="100" w:beforeAutospacing="1" w:after="100" w:afterAutospacing="1" w:line="360" w:lineRule="auto"/>
        <w:ind w:firstLine="284"/>
        <w:jc w:val="both"/>
      </w:pPr>
      <w:r w:rsidRPr="00994820">
        <w:t>Stein si limitò a scrollarsi le spalle, mentre Belam si sfilava uno dei suoi guanti in pelle. Pochi stanti dopo anche Stein infilò la sigaretta nella tasca ed emulò il gesto del collega «Allora procediamo.» Concluse Rivey, mentre allungava il braccio teso verso il ragazzo a terra.</w:t>
      </w:r>
    </w:p>
    <w:p w14:paraId="15574BB6" w14:textId="77777777" w:rsidR="007C3C6C" w:rsidRPr="00994820" w:rsidRDefault="007C3C6C" w:rsidP="00B1354B">
      <w:pPr>
        <w:spacing w:before="100" w:beforeAutospacing="1" w:after="100" w:afterAutospacing="1" w:line="360" w:lineRule="auto"/>
        <w:ind w:firstLine="284"/>
        <w:jc w:val="both"/>
      </w:pPr>
      <w:r w:rsidRPr="00994820">
        <w:t>Il ragazzo appariva comunque stranamente calmo, nonostante la punizione imminente. “A ogni azione DEVE corrispondere una conseguenza” Pensò Fanny rincuorata. Per la prima volta sentiva di star facendo qualcosa di positivo senza finire necessariamente in una marea di casini.</w:t>
      </w:r>
    </w:p>
    <w:p w14:paraId="51003D63" w14:textId="77777777" w:rsidR="007C3C6C" w:rsidRPr="00994820" w:rsidRDefault="007C3C6C" w:rsidP="00B1354B">
      <w:pPr>
        <w:spacing w:before="100" w:beforeAutospacing="1" w:after="100" w:afterAutospacing="1" w:line="360" w:lineRule="auto"/>
        <w:ind w:firstLine="284"/>
        <w:jc w:val="both"/>
      </w:pPr>
      <w:r w:rsidRPr="00994820">
        <w:t>Una volta che tutti e tre i giudici avevano teso il braccio, sui palmi delle loro mani sembrava illuminarsi uno strano simbolo dorato, un cerchio con all’interno un’altra serie di strani segni, che né Fanny né Kieran sembravano riconoscere. Non erano i loghi dei tre dipartimenti: Un sole calante con una falce, per il Tramonto, un sole nascente e dorato con una doppia elica, per l’Alba e un sole pieno e luminoso con una bilancia per il Mezzogiorno.</w:t>
      </w:r>
    </w:p>
    <w:p w14:paraId="113FE89E" w14:textId="77777777" w:rsidR="007C3C6C" w:rsidRPr="00994820" w:rsidRDefault="007C3C6C" w:rsidP="00B1354B">
      <w:pPr>
        <w:spacing w:before="100" w:beforeAutospacing="1" w:after="100" w:afterAutospacing="1" w:line="360" w:lineRule="auto"/>
        <w:ind w:firstLine="284"/>
        <w:jc w:val="both"/>
      </w:pPr>
      <w:r w:rsidRPr="00994820">
        <w:t>Era qualcosa di diverso. I tre poi enunciarono una serie di parole sconosciute:</w:t>
      </w:r>
      <w:r w:rsidRPr="00994820">
        <w:br/>
        <w:t>Jack, Ziz, Ark, Salomone, Endymion, Nomos.</w:t>
      </w:r>
    </w:p>
    <w:p w14:paraId="5BCBAD38" w14:textId="77777777" w:rsidR="007C3C6C" w:rsidRPr="00994820" w:rsidRDefault="007C3C6C" w:rsidP="00B1354B">
      <w:pPr>
        <w:spacing w:before="100" w:beforeAutospacing="1" w:after="100" w:afterAutospacing="1" w:line="360" w:lineRule="auto"/>
        <w:ind w:firstLine="284"/>
        <w:jc w:val="both"/>
      </w:pPr>
      <w:r w:rsidRPr="00994820">
        <w:t xml:space="preserve">Queste sei parole erano pronunciate all’unisono, in maniera quasi poetica e rituale. Una volta completata questa serie di Sei parole un urlo squarciò l’aria. L’assassino ancora al suolo gridava a pieni polmoni. Una </w:t>
      </w:r>
      <w:r w:rsidRPr="00994820">
        <w:lastRenderedPageBreak/>
        <w:t>flebile luce sembrava venire emessa dal suo cranio, seminascosta dalla sua chioma scura. Poi il corpo del ragazzo sembrò dissolversi, strato per strato:</w:t>
      </w:r>
    </w:p>
    <w:p w14:paraId="2FC1238C" w14:textId="77777777" w:rsidR="007C3C6C" w:rsidRPr="00994820" w:rsidRDefault="007C3C6C" w:rsidP="00B1354B">
      <w:pPr>
        <w:spacing w:before="100" w:beforeAutospacing="1" w:after="100" w:afterAutospacing="1" w:line="360" w:lineRule="auto"/>
        <w:ind w:firstLine="284"/>
        <w:jc w:val="both"/>
      </w:pPr>
      <w:r w:rsidRPr="00994820">
        <w:t>Prima i capelli caddero e gli occhi si liquefecero. Poi la pelle e la carne sottostante sembrava bruciare. E infine anche lo scheletro e il sistema nervoso si tramutò in polvere. Solo alla fine di questo agonizzante processo l’urlo cessò.</w:t>
      </w:r>
    </w:p>
    <w:p w14:paraId="1F7D8269" w14:textId="77777777" w:rsidR="007C3C6C" w:rsidRPr="00994820" w:rsidRDefault="007C3C6C" w:rsidP="00B1354B">
      <w:pPr>
        <w:spacing w:before="100" w:beforeAutospacing="1" w:after="100" w:afterAutospacing="1" w:line="360" w:lineRule="auto"/>
        <w:ind w:firstLine="284"/>
        <w:jc w:val="both"/>
      </w:pPr>
      <w:r w:rsidRPr="00994820">
        <w:t>I due Shinigami apparivano terrorizzati da ciò che avevano assistito, ma Kieran sembrava essere più pratico con questo genere di cose, vi ci aveva già assistito?</w:t>
      </w:r>
    </w:p>
    <w:p w14:paraId="2D00B3BD" w14:textId="77777777" w:rsidR="007C3C6C" w:rsidRPr="00994820" w:rsidRDefault="007C3C6C" w:rsidP="00B1354B">
      <w:pPr>
        <w:spacing w:before="100" w:beforeAutospacing="1" w:after="100" w:afterAutospacing="1" w:line="360" w:lineRule="auto"/>
        <w:ind w:firstLine="284"/>
        <w:jc w:val="both"/>
      </w:pPr>
      <w:r w:rsidRPr="00994820">
        <w:t>«Bene, il Giudizio di Colpevolezza è stato emesso, ma dovrò sbrigarmi a risolvere questi problemi di hardware» e Rivey svanì. Sparito l’ologramma anche la sua sfera sfrecciò verso l’uscita.</w:t>
      </w:r>
    </w:p>
    <w:p w14:paraId="0EFC18FA" w14:textId="77777777" w:rsidR="007C3C6C" w:rsidRPr="00994820" w:rsidRDefault="007C3C6C" w:rsidP="00B1354B">
      <w:pPr>
        <w:spacing w:before="100" w:beforeAutospacing="1" w:after="100" w:afterAutospacing="1" w:line="360" w:lineRule="auto"/>
        <w:ind w:firstLine="284"/>
        <w:jc w:val="both"/>
      </w:pPr>
      <w:r w:rsidRPr="00994820">
        <w:t>«Riguardo a te.» Disse l’ologramma di Stein «Mi servirà un rapporto su questa faccenda e sul perché hai abbandonato la missione per questa inezia» L’ologramma si infilò nuovamente la sigaretta. «E pagherai aspramente per aver causato questo casino. Per vostra fortuna non è accaduto in città. Scoprire che il Reader è fallace sarebbe stato un problema assai più grosso di uno schifoso assassino per le strade.»</w:t>
      </w:r>
    </w:p>
    <w:p w14:paraId="7856F4F3" w14:textId="77777777" w:rsidR="007C3C6C" w:rsidRPr="00994820" w:rsidRDefault="007C3C6C" w:rsidP="00B1354B">
      <w:pPr>
        <w:spacing w:before="100" w:beforeAutospacing="1" w:after="100" w:afterAutospacing="1" w:line="360" w:lineRule="auto"/>
        <w:ind w:firstLine="284"/>
        <w:jc w:val="both"/>
      </w:pPr>
      <w:r w:rsidRPr="00994820">
        <w:t>«Non poteva sapere delle conseguenze delle sue azioni, non il primo giorno» ribatté Kieran, cosa che fece infuriare ulteriormente Stein «Ti offri forse volontario per la punizione, Kieran? In fondo sei stato tu ad assecondarla e a mostrarle come richiamare un giudizio.»</w:t>
      </w:r>
    </w:p>
    <w:p w14:paraId="3B000F14" w14:textId="77777777" w:rsidR="007C3C6C" w:rsidRPr="00994820" w:rsidRDefault="007C3C6C" w:rsidP="00B1354B">
      <w:pPr>
        <w:spacing w:before="100" w:beforeAutospacing="1" w:after="100" w:afterAutospacing="1" w:line="360" w:lineRule="auto"/>
        <w:ind w:firstLine="284"/>
        <w:jc w:val="both"/>
      </w:pPr>
      <w:r w:rsidRPr="00994820">
        <w:t>Kieran si voltò brevemente verso Fanny «Credo solo stesse facendo la cosa giusta, e visto dove aveva portato il fuggiasco ho creduto si potesse agire in sicurezza.»</w:t>
      </w:r>
    </w:p>
    <w:p w14:paraId="0C4F5566" w14:textId="77777777" w:rsidR="007C3C6C" w:rsidRPr="00994820" w:rsidRDefault="007C3C6C" w:rsidP="00B1354B">
      <w:pPr>
        <w:spacing w:before="100" w:beforeAutospacing="1" w:after="100" w:afterAutospacing="1" w:line="360" w:lineRule="auto"/>
        <w:ind w:firstLine="284"/>
        <w:jc w:val="both"/>
      </w:pPr>
      <w:r w:rsidRPr="00994820">
        <w:t>L’ologramma di Stein sorrise «Molto Bene, allora sari tu a farmi rapporto domani. Personalmente.»</w:t>
      </w:r>
    </w:p>
    <w:p w14:paraId="5A8BE971" w14:textId="77777777" w:rsidR="007C3C6C" w:rsidRPr="00994820" w:rsidRDefault="007C3C6C" w:rsidP="00B1354B">
      <w:pPr>
        <w:spacing w:before="100" w:beforeAutospacing="1" w:after="100" w:afterAutospacing="1" w:line="360" w:lineRule="auto"/>
        <w:ind w:firstLine="284"/>
        <w:jc w:val="both"/>
      </w:pPr>
      <w:r w:rsidRPr="00994820">
        <w:t>«No!» Gridò Fanny in direzione di Stein, ma il suo ologramma si era già dissolto.</w:t>
      </w:r>
    </w:p>
    <w:p w14:paraId="44878784" w14:textId="77777777" w:rsidR="007C3C6C" w:rsidRPr="00994820" w:rsidRDefault="007C3C6C" w:rsidP="00B1354B">
      <w:pPr>
        <w:spacing w:before="100" w:beforeAutospacing="1" w:after="100" w:afterAutospacing="1" w:line="360" w:lineRule="auto"/>
        <w:ind w:firstLine="284"/>
        <w:jc w:val="both"/>
      </w:pPr>
      <w:r w:rsidRPr="00994820">
        <w:t>Solo uno dei tre Giudici si mosse dal proprio vertice.</w:t>
      </w:r>
      <w:r w:rsidRPr="00994820">
        <w:br/>
        <w:t>L’uomo dal mantello nero rigido ruotò lievemente il busto, come se non volesse sprecare energia per un gesto così semplice, eppure quel minimo movimento sembrava attirare tutto su di sé. Il suo sguardo si posò su Fanny, che si sentì osservata fino al midollo.</w:t>
      </w:r>
    </w:p>
    <w:p w14:paraId="1E66A946" w14:textId="2FF5A986" w:rsidR="007C3C6C" w:rsidRPr="00994820" w:rsidRDefault="007C3C6C" w:rsidP="00B1354B">
      <w:pPr>
        <w:spacing w:before="100" w:beforeAutospacing="1" w:after="100" w:afterAutospacing="1" w:line="360" w:lineRule="auto"/>
        <w:ind w:firstLine="284"/>
        <w:jc w:val="both"/>
      </w:pPr>
      <w:r w:rsidRPr="00994820">
        <w:t>«Come ti chiami?»</w:t>
      </w:r>
      <w:r w:rsidR="0046127F">
        <w:t xml:space="preserve"> </w:t>
      </w:r>
      <w:r w:rsidRPr="00994820">
        <w:t>La voce non era dura, né propriamente dolce, sembrava quasi vuota.</w:t>
      </w:r>
    </w:p>
    <w:p w14:paraId="63789F7F" w14:textId="77777777" w:rsidR="007C3C6C" w:rsidRPr="00994820" w:rsidRDefault="007C3C6C" w:rsidP="00B1354B">
      <w:pPr>
        <w:spacing w:before="100" w:beforeAutospacing="1" w:after="100" w:afterAutospacing="1" w:line="360" w:lineRule="auto"/>
        <w:ind w:firstLine="284"/>
        <w:jc w:val="both"/>
      </w:pPr>
      <w:r w:rsidRPr="00994820">
        <w:t xml:space="preserve">Fanny non rispose subito. Le mani tremavano appena. Non per paura, ma per la consapevolezza che ogni parola, ogni gesto, poteva essere scolpito nella pietra. Dentro di lei aveva davvero paura che potesse fare la </w:t>
      </w:r>
      <w:r w:rsidRPr="00994820">
        <w:lastRenderedPageBreak/>
        <w:t>stessa fine di quel ragazzo. Si sentiva come un elefante in una fabbrica di cristallo. Ogni movimento poteva essere quello sbagliato.</w:t>
      </w:r>
      <w:r w:rsidRPr="00994820">
        <w:br/>
        <w:t>«F... Fanny.»</w:t>
      </w:r>
    </w:p>
    <w:p w14:paraId="258BA667" w14:textId="754B8FE9" w:rsidR="007C3C6C" w:rsidRPr="00994820" w:rsidRDefault="007C3C6C" w:rsidP="00B1354B">
      <w:pPr>
        <w:spacing w:before="100" w:beforeAutospacing="1" w:after="100" w:afterAutospacing="1" w:line="360" w:lineRule="auto"/>
        <w:ind w:firstLine="284"/>
        <w:jc w:val="both"/>
      </w:pPr>
      <w:r w:rsidRPr="00994820">
        <w:t>Il Giudice non parve sorpreso, ma un accenno di lentezza nell’aprire il libro fra le mani sembrò tradire una curiosità latente.</w:t>
      </w:r>
      <w:r w:rsidR="0046127F">
        <w:t xml:space="preserve"> </w:t>
      </w:r>
      <w:r w:rsidRPr="00994820">
        <w:t>«Il Dipartimento dell’Alba ti è debitore, Fanny. È stato un errore del mio dipartimento...»</w:t>
      </w:r>
    </w:p>
    <w:p w14:paraId="797B7A08" w14:textId="77777777" w:rsidR="007C3C6C" w:rsidRPr="00994820" w:rsidRDefault="007C3C6C" w:rsidP="00B1354B">
      <w:pPr>
        <w:spacing w:before="100" w:beforeAutospacing="1" w:after="100" w:afterAutospacing="1" w:line="360" w:lineRule="auto"/>
        <w:ind w:firstLine="284"/>
        <w:jc w:val="both"/>
      </w:pPr>
      <w:r w:rsidRPr="00994820">
        <w:t>Solo allora abbassò lo sguardo, verso la spilla che brillava appena sul petto di lei.</w:t>
      </w:r>
      <w:r w:rsidRPr="00994820">
        <w:br/>
        <w:t>«...sei nuova, giusto?»</w:t>
      </w:r>
    </w:p>
    <w:p w14:paraId="11058317" w14:textId="77777777" w:rsidR="007C3C6C" w:rsidRPr="00994820" w:rsidRDefault="007C3C6C" w:rsidP="00B1354B">
      <w:pPr>
        <w:spacing w:before="100" w:beforeAutospacing="1" w:after="100" w:afterAutospacing="1" w:line="360" w:lineRule="auto"/>
        <w:ind w:firstLine="284"/>
        <w:jc w:val="both"/>
      </w:pPr>
      <w:r w:rsidRPr="00994820">
        <w:t>La sua voce era calma. Ferma. Come se fosse impossibile contraddirlo.</w:t>
      </w:r>
    </w:p>
    <w:p w14:paraId="1B82B857" w14:textId="77777777" w:rsidR="007C3C6C" w:rsidRPr="00994820" w:rsidRDefault="007C3C6C" w:rsidP="00B1354B">
      <w:pPr>
        <w:spacing w:before="100" w:beforeAutospacing="1" w:after="100" w:afterAutospacing="1" w:line="360" w:lineRule="auto"/>
        <w:ind w:firstLine="284"/>
        <w:jc w:val="both"/>
      </w:pPr>
      <w:r w:rsidRPr="00994820">
        <w:t>«Sì. È... praticamente il mio primo giorno di servizio.»</w:t>
      </w:r>
    </w:p>
    <w:p w14:paraId="00E690D1" w14:textId="77777777" w:rsidR="007C3C6C" w:rsidRPr="00994820" w:rsidRDefault="007C3C6C" w:rsidP="00B1354B">
      <w:pPr>
        <w:spacing w:before="100" w:beforeAutospacing="1" w:after="100" w:afterAutospacing="1" w:line="360" w:lineRule="auto"/>
        <w:ind w:firstLine="284"/>
        <w:jc w:val="both"/>
      </w:pPr>
      <w:r w:rsidRPr="00994820">
        <w:t>«Strabiliante.»</w:t>
      </w:r>
      <w:r w:rsidRPr="00994820">
        <w:br/>
        <w:t>Un sussurro. Come se parlasse più a se stesso che a lei, mentre sfogliava con gesti misurati le pagine del suo libro, le dita coperte da guanti neri che accarezzavano le righe come fossero reliquie.</w:t>
      </w:r>
    </w:p>
    <w:p w14:paraId="284E3FAD" w14:textId="26C80728" w:rsidR="007C3C6C" w:rsidRPr="00994820" w:rsidRDefault="007C3C6C" w:rsidP="00B1354B">
      <w:pPr>
        <w:spacing w:before="100" w:beforeAutospacing="1" w:after="100" w:afterAutospacing="1" w:line="360" w:lineRule="auto"/>
        <w:ind w:firstLine="284"/>
        <w:jc w:val="both"/>
      </w:pPr>
      <w:r w:rsidRPr="00994820">
        <w:t>«Allora il governo si sdebiterà per l’impegno che hai dimostrato.»</w:t>
      </w:r>
      <w:r w:rsidR="0046127F">
        <w:t xml:space="preserve"> </w:t>
      </w:r>
      <w:r w:rsidRPr="00994820">
        <w:t>Sollevò appena lo sguardo. «Cosa desideri?»</w:t>
      </w:r>
    </w:p>
    <w:p w14:paraId="5CED8798" w14:textId="10BB848E" w:rsidR="007C3C6C" w:rsidRPr="00994820" w:rsidRDefault="007C3C6C" w:rsidP="00B1354B">
      <w:pPr>
        <w:spacing w:before="100" w:beforeAutospacing="1" w:after="100" w:afterAutospacing="1" w:line="360" w:lineRule="auto"/>
        <w:ind w:firstLine="284"/>
        <w:jc w:val="both"/>
      </w:pPr>
      <w:r w:rsidRPr="00994820">
        <w:t>Fanny arrossì. Le guance si scaldarono senza permesso.</w:t>
      </w:r>
      <w:r w:rsidR="0046127F">
        <w:t xml:space="preserve"> </w:t>
      </w:r>
      <w:r w:rsidRPr="00994820">
        <w:t>Stava quasi per dirlo. Stava quasi per rivelare chi desiderasse davvero trovare, il nome della persona che più aveva amato e che ora… era solo un debole ricordo. Stava quasi per chiedere qualcosa che non aveva diritto di volere.</w:t>
      </w:r>
    </w:p>
    <w:p w14:paraId="1F77BCF5" w14:textId="77777777" w:rsidR="007C3C6C" w:rsidRPr="00994820" w:rsidRDefault="007C3C6C" w:rsidP="00B1354B">
      <w:pPr>
        <w:spacing w:before="100" w:beforeAutospacing="1" w:after="100" w:afterAutospacing="1" w:line="360" w:lineRule="auto"/>
        <w:ind w:firstLine="284"/>
        <w:jc w:val="both"/>
      </w:pPr>
      <w:r w:rsidRPr="00994820">
        <w:t>Ma era con un Giudice che stava parlando. E lei non era una bambina.</w:t>
      </w:r>
      <w:r w:rsidRPr="00994820">
        <w:br/>
        <w:t>«Non saprei. Credo... di aver solo fatto il mio dovere. Nessuno dovrebbe farsi giustizia da sé. Esiste la legge per questo... giusto?»</w:t>
      </w:r>
    </w:p>
    <w:p w14:paraId="4F98BFFF" w14:textId="77777777" w:rsidR="007C3C6C" w:rsidRPr="00994820" w:rsidRDefault="007C3C6C" w:rsidP="00B1354B">
      <w:pPr>
        <w:spacing w:before="100" w:beforeAutospacing="1" w:after="100" w:afterAutospacing="1" w:line="360" w:lineRule="auto"/>
        <w:ind w:firstLine="284"/>
        <w:jc w:val="both"/>
      </w:pPr>
      <w:r w:rsidRPr="00994820">
        <w:t>Il libro si chiuse con un lieve suono sordo.</w:t>
      </w:r>
    </w:p>
    <w:p w14:paraId="347F923C" w14:textId="77777777" w:rsidR="0046127F" w:rsidRDefault="007C3C6C" w:rsidP="00B1354B">
      <w:pPr>
        <w:spacing w:before="100" w:beforeAutospacing="1" w:after="100" w:afterAutospacing="1" w:line="360" w:lineRule="auto"/>
        <w:ind w:firstLine="284"/>
        <w:jc w:val="both"/>
      </w:pPr>
      <w:r w:rsidRPr="00994820">
        <w:t>«Che lavoratrice.»</w:t>
      </w:r>
      <w:r w:rsidR="0046127F">
        <w:t xml:space="preserve"> </w:t>
      </w:r>
      <w:r w:rsidRPr="00994820">
        <w:t>Una pausa.</w:t>
      </w:r>
    </w:p>
    <w:p w14:paraId="320A6DEF" w14:textId="3674A8E1" w:rsidR="007C3C6C" w:rsidRPr="00994820" w:rsidRDefault="007C3C6C" w:rsidP="00B1354B">
      <w:pPr>
        <w:spacing w:before="100" w:beforeAutospacing="1" w:after="100" w:afterAutospacing="1" w:line="360" w:lineRule="auto"/>
        <w:ind w:firstLine="284"/>
        <w:jc w:val="both"/>
      </w:pPr>
      <w:r w:rsidRPr="00994820">
        <w:t>«È esatto. La Giustizia è il nostro unico compito. Ed è per questo che tutti dobbiamo impegnarci. Il tuo ministero in particolare... continua così, e scalerai le vette del tuo distretto molto presto.»</w:t>
      </w:r>
    </w:p>
    <w:p w14:paraId="55282A90" w14:textId="04DDDCCC" w:rsidR="007C3C6C" w:rsidRPr="00994820" w:rsidRDefault="007C3C6C" w:rsidP="00B1354B">
      <w:pPr>
        <w:spacing w:before="100" w:beforeAutospacing="1" w:after="100" w:afterAutospacing="1" w:line="360" w:lineRule="auto"/>
        <w:ind w:firstLine="284"/>
        <w:jc w:val="both"/>
      </w:pPr>
      <w:r w:rsidRPr="00994820">
        <w:t>«Se... ecco, se non le dispiace, dovrei tornare in servizio.»</w:t>
      </w:r>
      <w:r w:rsidR="0046127F">
        <w:t xml:space="preserve"> </w:t>
      </w:r>
      <w:r w:rsidRPr="00994820">
        <w:t>Il suo sguardo si abbassò. Le mani ancora tremavano appena.</w:t>
      </w:r>
    </w:p>
    <w:p w14:paraId="00F5ADC2" w14:textId="77777777" w:rsidR="007C3C6C" w:rsidRPr="00994820" w:rsidRDefault="007C3C6C" w:rsidP="00B1354B">
      <w:pPr>
        <w:spacing w:before="100" w:beforeAutospacing="1" w:after="100" w:afterAutospacing="1" w:line="360" w:lineRule="auto"/>
        <w:ind w:firstLine="284"/>
        <w:jc w:val="both"/>
      </w:pPr>
      <w:r w:rsidRPr="00994820">
        <w:lastRenderedPageBreak/>
        <w:t>L’uomo si avvicinò. Con lentezza. Con quella solennità che solo chi non ha timori da secoli può avere. Una mano guantata si posò sulla testa di Fanny. Non pesante. Non invadente. Solo presente. Anche se era solo un ologramma, Fanny sembrò quasi percepire quel guanto che premeva contro i suoi capelli. Fu una strana sensazione, generata da una situazione inaspettata.</w:t>
      </w:r>
    </w:p>
    <w:p w14:paraId="6C179DFA" w14:textId="18C62230" w:rsidR="007C3C6C" w:rsidRPr="00994820" w:rsidRDefault="007C3C6C" w:rsidP="00B1354B">
      <w:pPr>
        <w:spacing w:before="100" w:beforeAutospacing="1" w:after="100" w:afterAutospacing="1" w:line="360" w:lineRule="auto"/>
        <w:ind w:firstLine="284"/>
        <w:jc w:val="both"/>
      </w:pPr>
      <w:r w:rsidRPr="00994820">
        <w:t>«Non serve avere timore.»</w:t>
      </w:r>
      <w:r w:rsidR="0046127F">
        <w:t xml:space="preserve"> </w:t>
      </w:r>
      <w:r w:rsidRPr="00994820">
        <w:t>La sua voce era appena più bassa, quasi umana.</w:t>
      </w:r>
      <w:r w:rsidRPr="00994820">
        <w:br/>
        <w:t>«Siamo entrambi dalla stessa parte: la difesa di questa città.»</w:t>
      </w:r>
      <w:r w:rsidR="0046127F">
        <w:t xml:space="preserve"> </w:t>
      </w:r>
      <w:r w:rsidRPr="00994820">
        <w:t>Si voltò, e solo allora completò la frase.</w:t>
      </w:r>
      <w:r w:rsidR="0046127F">
        <w:t xml:space="preserve"> </w:t>
      </w:r>
      <w:r w:rsidRPr="00994820">
        <w:t>«Continua a lavorare duramente... per tutti loro.»</w:t>
      </w:r>
    </w:p>
    <w:p w14:paraId="611469FE" w14:textId="4B691463" w:rsidR="00A20E7A" w:rsidRDefault="007C3C6C" w:rsidP="00B1354B">
      <w:pPr>
        <w:spacing w:before="100" w:beforeAutospacing="1" w:after="100" w:afterAutospacing="1" w:line="360" w:lineRule="auto"/>
        <w:ind w:firstLine="284"/>
        <w:jc w:val="both"/>
      </w:pPr>
      <w:r w:rsidRPr="00994820">
        <w:t>Fanny non rispose subito. Poi annuì.</w:t>
      </w:r>
      <w:r w:rsidR="0046127F">
        <w:t xml:space="preserve"> </w:t>
      </w:r>
      <w:r w:rsidRPr="00994820">
        <w:t>«Su questo può contarci. Con permesso.»</w:t>
      </w:r>
    </w:p>
    <w:p w14:paraId="38574B9E" w14:textId="706250C2" w:rsidR="00CD408F" w:rsidRDefault="00A20E7A" w:rsidP="00A20E7A">
      <w:pPr>
        <w:spacing w:after="160" w:line="259" w:lineRule="auto"/>
      </w:pPr>
      <w:r>
        <w:br w:type="page"/>
      </w:r>
    </w:p>
    <w:p w14:paraId="17682914" w14:textId="1667B0AD" w:rsidR="007C3C6C" w:rsidRPr="001D593F" w:rsidRDefault="007C3C6C" w:rsidP="00A73788">
      <w:pPr>
        <w:pStyle w:val="Titolo1"/>
        <w:jc w:val="center"/>
      </w:pPr>
      <w:r w:rsidRPr="001D593F">
        <w:lastRenderedPageBreak/>
        <w:t xml:space="preserve">Capitolo </w:t>
      </w:r>
      <w:r w:rsidR="001D593F">
        <w:t>X</w:t>
      </w:r>
      <w:r w:rsidRPr="001D593F">
        <w:t xml:space="preserve"> - Solo per un momento</w:t>
      </w:r>
    </w:p>
    <w:p w14:paraId="623D6996" w14:textId="77777777" w:rsidR="001D593F" w:rsidRDefault="001D593F" w:rsidP="00B1354B">
      <w:pPr>
        <w:spacing w:before="100" w:beforeAutospacing="1" w:after="100" w:afterAutospacing="1" w:line="360" w:lineRule="auto"/>
        <w:ind w:firstLine="284"/>
        <w:jc w:val="both"/>
      </w:pPr>
    </w:p>
    <w:p w14:paraId="26BEFB81" w14:textId="77777777" w:rsidR="001D593F" w:rsidRDefault="001D593F" w:rsidP="00B1354B">
      <w:pPr>
        <w:spacing w:before="100" w:beforeAutospacing="1" w:after="100" w:afterAutospacing="1" w:line="360" w:lineRule="auto"/>
        <w:ind w:firstLine="284"/>
        <w:jc w:val="both"/>
      </w:pPr>
    </w:p>
    <w:p w14:paraId="057C9F8C" w14:textId="77777777" w:rsidR="001D593F" w:rsidRDefault="001D593F" w:rsidP="00B1354B">
      <w:pPr>
        <w:spacing w:before="100" w:beforeAutospacing="1" w:after="100" w:afterAutospacing="1" w:line="360" w:lineRule="auto"/>
        <w:ind w:firstLine="284"/>
        <w:jc w:val="both"/>
      </w:pPr>
    </w:p>
    <w:p w14:paraId="656EB88B" w14:textId="77777777" w:rsidR="001D593F" w:rsidRDefault="001D593F" w:rsidP="00B1354B">
      <w:pPr>
        <w:spacing w:before="100" w:beforeAutospacing="1" w:after="100" w:afterAutospacing="1" w:line="360" w:lineRule="auto"/>
        <w:ind w:firstLine="284"/>
        <w:jc w:val="both"/>
      </w:pPr>
    </w:p>
    <w:p w14:paraId="11FC9F3D" w14:textId="1901643A" w:rsidR="007C3C6C" w:rsidRPr="00994820" w:rsidRDefault="007C3C6C" w:rsidP="00B1354B">
      <w:pPr>
        <w:spacing w:before="100" w:beforeAutospacing="1" w:after="100" w:afterAutospacing="1" w:line="360" w:lineRule="auto"/>
        <w:ind w:firstLine="284"/>
        <w:jc w:val="both"/>
      </w:pPr>
      <w:r w:rsidRPr="00994820">
        <w:t>Fanny era immobile. Lo sguardo fisso sul punto dove il corpo del ragazzo si era dissolto. Dove prima c’era follia, adesso restava solo un vapore acido nell’aria. Un odore che le sarebbe rimasto addosso per giorni.</w:t>
      </w:r>
    </w:p>
    <w:p w14:paraId="237598C4" w14:textId="77777777" w:rsidR="007C3C6C" w:rsidRPr="00994820" w:rsidRDefault="007C3C6C" w:rsidP="00B1354B">
      <w:pPr>
        <w:spacing w:before="100" w:beforeAutospacing="1" w:after="100" w:afterAutospacing="1" w:line="360" w:lineRule="auto"/>
        <w:ind w:firstLine="284"/>
        <w:jc w:val="both"/>
      </w:pPr>
      <w:r w:rsidRPr="00994820">
        <w:t>«...Hai fatto bene» mormorò Kieran. La sua voce era calma, forse anche un po’ incerta. «Non è facile qui anteporre la felicità altrui alla propria»</w:t>
      </w:r>
    </w:p>
    <w:p w14:paraId="7172541E" w14:textId="77777777" w:rsidR="007C3C6C" w:rsidRPr="00994820" w:rsidRDefault="007C3C6C" w:rsidP="00B1354B">
      <w:pPr>
        <w:spacing w:before="100" w:beforeAutospacing="1" w:after="100" w:afterAutospacing="1" w:line="360" w:lineRule="auto"/>
        <w:ind w:firstLine="284"/>
        <w:jc w:val="both"/>
      </w:pPr>
      <w:r w:rsidRPr="00994820">
        <w:t>Fanny non rispose. Si limitò ad annuire debolmente.</w:t>
      </w:r>
    </w:p>
    <w:p w14:paraId="4A11F696" w14:textId="77777777" w:rsidR="007C3C6C" w:rsidRPr="00994820" w:rsidRDefault="007C3C6C" w:rsidP="00B1354B">
      <w:pPr>
        <w:spacing w:before="100" w:beforeAutospacing="1" w:after="100" w:afterAutospacing="1" w:line="360" w:lineRule="auto"/>
        <w:ind w:firstLine="284"/>
        <w:jc w:val="both"/>
      </w:pPr>
      <w:r w:rsidRPr="00994820">
        <w:t xml:space="preserve">Poi, senza dire nulla, </w:t>
      </w:r>
      <w:r w:rsidRPr="00994820">
        <w:rPr>
          <w:rStyle w:val="Enfasigrassetto"/>
          <w:rFonts w:eastAsiaTheme="majorEastAsia"/>
        </w:rPr>
        <w:t>si voltò di scatto</w:t>
      </w:r>
      <w:r w:rsidRPr="00994820">
        <w:t xml:space="preserve"> e </w:t>
      </w:r>
      <w:r w:rsidRPr="00994820">
        <w:rPr>
          <w:rStyle w:val="Enfasigrassetto"/>
          <w:rFonts w:eastAsiaTheme="majorEastAsia"/>
        </w:rPr>
        <w:t>gli si lanciò contro</w:t>
      </w:r>
      <w:r w:rsidRPr="00994820">
        <w:t>, le braccia che lo circondarono in un gesto impulsivo, stretto, quasi brutale. Un abbraccio pieno. Carico. Sincero.</w:t>
      </w:r>
    </w:p>
    <w:p w14:paraId="2E2DC3B7" w14:textId="77777777" w:rsidR="007C3C6C" w:rsidRPr="00994820" w:rsidRDefault="007C3C6C" w:rsidP="00B1354B">
      <w:pPr>
        <w:spacing w:before="100" w:beforeAutospacing="1" w:after="100" w:afterAutospacing="1" w:line="360" w:lineRule="auto"/>
        <w:ind w:firstLine="284"/>
        <w:jc w:val="both"/>
      </w:pPr>
      <w:r w:rsidRPr="00994820">
        <w:t>Kieran restò rigido per un istante, colto completamente alla sprovvista.</w:t>
      </w:r>
    </w:p>
    <w:p w14:paraId="2CBA1A8C" w14:textId="77777777" w:rsidR="007C3C6C" w:rsidRPr="00994820" w:rsidRDefault="007C3C6C" w:rsidP="00B1354B">
      <w:pPr>
        <w:spacing w:before="100" w:beforeAutospacing="1" w:after="100" w:afterAutospacing="1" w:line="360" w:lineRule="auto"/>
        <w:ind w:firstLine="284"/>
        <w:jc w:val="both"/>
      </w:pPr>
      <w:r w:rsidRPr="00994820">
        <w:t>«Fanny...?»</w:t>
      </w:r>
    </w:p>
    <w:p w14:paraId="7A99493E" w14:textId="77777777" w:rsidR="007C3C6C" w:rsidRPr="00994820" w:rsidRDefault="007C3C6C" w:rsidP="00B1354B">
      <w:pPr>
        <w:spacing w:before="100" w:beforeAutospacing="1" w:after="100" w:afterAutospacing="1" w:line="360" w:lineRule="auto"/>
        <w:ind w:firstLine="284"/>
        <w:jc w:val="both"/>
      </w:pPr>
      <w:r w:rsidRPr="00994820">
        <w:t>«Zitto.»</w:t>
      </w:r>
    </w:p>
    <w:p w14:paraId="659BCE4D" w14:textId="77777777" w:rsidR="007C3C6C" w:rsidRPr="00994820" w:rsidRDefault="007C3C6C" w:rsidP="00B1354B">
      <w:pPr>
        <w:spacing w:before="100" w:beforeAutospacing="1" w:after="100" w:afterAutospacing="1" w:line="360" w:lineRule="auto"/>
        <w:ind w:firstLine="284"/>
        <w:jc w:val="both"/>
      </w:pPr>
      <w:r w:rsidRPr="00994820">
        <w:t>Lei affondò il viso contro la sua spalla, serrando le mani contro la sua schiena.</w:t>
      </w:r>
    </w:p>
    <w:p w14:paraId="254646B4" w14:textId="77777777" w:rsidR="007C3C6C" w:rsidRPr="00994820" w:rsidRDefault="007C3C6C" w:rsidP="00B1354B">
      <w:pPr>
        <w:spacing w:before="100" w:beforeAutospacing="1" w:after="100" w:afterAutospacing="1" w:line="360" w:lineRule="auto"/>
        <w:ind w:firstLine="284"/>
        <w:jc w:val="both"/>
      </w:pPr>
      <w:r w:rsidRPr="00994820">
        <w:t>«Solo per un momento.»</w:t>
      </w:r>
    </w:p>
    <w:p w14:paraId="14131BFE" w14:textId="77777777" w:rsidR="007C3C6C" w:rsidRPr="00994820" w:rsidRDefault="007C3C6C" w:rsidP="00B1354B">
      <w:pPr>
        <w:spacing w:before="100" w:beforeAutospacing="1" w:after="100" w:afterAutospacing="1" w:line="360" w:lineRule="auto"/>
        <w:ind w:firstLine="284"/>
        <w:jc w:val="both"/>
      </w:pPr>
      <w:r w:rsidRPr="00994820">
        <w:t>Kieran si rilassò. E, dopo qualche secondo, ricambiò l’abbraccio. Non con forza, ma con una strana delicatezza, come se avesse paura di farla svanire.</w:t>
      </w:r>
    </w:p>
    <w:p w14:paraId="3C25A662" w14:textId="77777777" w:rsidR="007C3C6C" w:rsidRPr="00994820" w:rsidRDefault="007C3C6C" w:rsidP="00B1354B">
      <w:pPr>
        <w:spacing w:before="100" w:beforeAutospacing="1" w:after="100" w:afterAutospacing="1" w:line="360" w:lineRule="auto"/>
        <w:ind w:firstLine="284"/>
        <w:jc w:val="both"/>
      </w:pPr>
      <w:r w:rsidRPr="00994820">
        <w:t>«Che succede?» chiese piano.</w:t>
      </w:r>
    </w:p>
    <w:p w14:paraId="0B6CBF8B" w14:textId="77777777" w:rsidR="007C3C6C" w:rsidRPr="00994820" w:rsidRDefault="007C3C6C" w:rsidP="00B1354B">
      <w:pPr>
        <w:spacing w:before="100" w:beforeAutospacing="1" w:after="100" w:afterAutospacing="1" w:line="360" w:lineRule="auto"/>
        <w:ind w:firstLine="284"/>
        <w:jc w:val="both"/>
      </w:pPr>
      <w:r w:rsidRPr="00994820">
        <w:t>Fanny tirò un sospiro. Poi sorrise.</w:t>
      </w:r>
    </w:p>
    <w:p w14:paraId="65FCE4FA" w14:textId="77777777" w:rsidR="007C3C6C" w:rsidRPr="00994820" w:rsidRDefault="007C3C6C" w:rsidP="00B1354B">
      <w:pPr>
        <w:spacing w:before="100" w:beforeAutospacing="1" w:after="100" w:afterAutospacing="1" w:line="360" w:lineRule="auto"/>
        <w:ind w:firstLine="284"/>
        <w:jc w:val="both"/>
      </w:pPr>
      <w:r w:rsidRPr="00994820">
        <w:t>«Succede che... è stata una delle giornate peggiori di sempre.»</w:t>
      </w:r>
    </w:p>
    <w:p w14:paraId="31E92E7A" w14:textId="77777777" w:rsidR="007C3C6C" w:rsidRPr="00994820" w:rsidRDefault="007C3C6C" w:rsidP="00B1354B">
      <w:pPr>
        <w:spacing w:before="100" w:beforeAutospacing="1" w:after="100" w:afterAutospacing="1" w:line="360" w:lineRule="auto"/>
        <w:ind w:firstLine="284"/>
        <w:jc w:val="both"/>
      </w:pPr>
      <w:r w:rsidRPr="00994820">
        <w:lastRenderedPageBreak/>
        <w:t>«Oh.»</w:t>
      </w:r>
    </w:p>
    <w:p w14:paraId="59A8C820" w14:textId="77777777" w:rsidR="007C3C6C" w:rsidRPr="00994820" w:rsidRDefault="007C3C6C" w:rsidP="00B1354B">
      <w:pPr>
        <w:spacing w:before="100" w:beforeAutospacing="1" w:after="100" w:afterAutospacing="1" w:line="360" w:lineRule="auto"/>
        <w:ind w:firstLine="284"/>
        <w:jc w:val="both"/>
      </w:pPr>
      <w:r w:rsidRPr="00994820">
        <w:t>«...Ma anche una delle migliori.»</w:t>
      </w:r>
    </w:p>
    <w:p w14:paraId="3B124A3E" w14:textId="77777777" w:rsidR="007C3C6C" w:rsidRPr="00994820" w:rsidRDefault="007C3C6C" w:rsidP="00B1354B">
      <w:pPr>
        <w:spacing w:before="100" w:beforeAutospacing="1" w:after="100" w:afterAutospacing="1" w:line="360" w:lineRule="auto"/>
        <w:ind w:firstLine="284"/>
        <w:jc w:val="both"/>
      </w:pPr>
      <w:r w:rsidRPr="00994820">
        <w:t>Il silenzio durò qualche istante.</w:t>
      </w:r>
    </w:p>
    <w:p w14:paraId="47B70577" w14:textId="77777777" w:rsidR="007C3C6C" w:rsidRPr="00994820" w:rsidRDefault="007C3C6C" w:rsidP="00B1354B">
      <w:pPr>
        <w:spacing w:before="100" w:beforeAutospacing="1" w:after="100" w:afterAutospacing="1" w:line="360" w:lineRule="auto"/>
        <w:ind w:firstLine="284"/>
        <w:jc w:val="both"/>
      </w:pPr>
      <w:r w:rsidRPr="00994820">
        <w:t>Poi lei si scostò bruscamente, come se avesse realizzato solo in quel momento cosa aveva fatto.</w:t>
      </w:r>
    </w:p>
    <w:p w14:paraId="53597102" w14:textId="77777777" w:rsidR="007C3C6C" w:rsidRPr="00994820" w:rsidRDefault="007C3C6C" w:rsidP="00B1354B">
      <w:pPr>
        <w:spacing w:before="100" w:beforeAutospacing="1" w:after="100" w:afterAutospacing="1" w:line="360" w:lineRule="auto"/>
        <w:ind w:firstLine="284"/>
        <w:jc w:val="both"/>
      </w:pPr>
      <w:r w:rsidRPr="00994820">
        <w:t>«Scusami!» si affrettò a dire, abbassando lo sguardo. «Sono sembrata... sfacciata. Forse ti ho messo a disagio...»</w:t>
      </w:r>
    </w:p>
    <w:p w14:paraId="29513E35" w14:textId="77777777" w:rsidR="007C3C6C" w:rsidRPr="00994820" w:rsidRDefault="007C3C6C" w:rsidP="00B1354B">
      <w:pPr>
        <w:spacing w:before="100" w:beforeAutospacing="1" w:after="100" w:afterAutospacing="1" w:line="360" w:lineRule="auto"/>
        <w:ind w:firstLine="284"/>
        <w:jc w:val="both"/>
      </w:pPr>
      <w:r w:rsidRPr="00994820">
        <w:t xml:space="preserve">Kieran fece un passo verso di lei e </w:t>
      </w:r>
      <w:r w:rsidRPr="00994820">
        <w:rPr>
          <w:rStyle w:val="Enfasigrassetto"/>
          <w:rFonts w:eastAsiaTheme="majorEastAsia"/>
        </w:rPr>
        <w:t>le posò una mano sulla testa</w:t>
      </w:r>
      <w:r w:rsidRPr="00994820">
        <w:t>, con un gesto goffo ma dolce. Per la prima volta il viso scheletrico sulla sua maschera assunse una colorazione rosata.</w:t>
      </w:r>
    </w:p>
    <w:p w14:paraId="2CCC40FC" w14:textId="77777777" w:rsidR="007C3C6C" w:rsidRPr="00994820" w:rsidRDefault="007C3C6C" w:rsidP="00B1354B">
      <w:pPr>
        <w:spacing w:before="100" w:beforeAutospacing="1" w:after="100" w:afterAutospacing="1" w:line="360" w:lineRule="auto"/>
        <w:ind w:firstLine="284"/>
        <w:jc w:val="both"/>
      </w:pPr>
      <w:r w:rsidRPr="00994820">
        <w:t>«Mi mancava del sano affetto.»</w:t>
      </w:r>
    </w:p>
    <w:p w14:paraId="32E5D332" w14:textId="77777777" w:rsidR="007C3C6C" w:rsidRPr="00994820" w:rsidRDefault="007C3C6C" w:rsidP="00B1354B">
      <w:pPr>
        <w:spacing w:before="100" w:beforeAutospacing="1" w:after="100" w:afterAutospacing="1" w:line="360" w:lineRule="auto"/>
        <w:ind w:firstLine="284"/>
        <w:jc w:val="both"/>
      </w:pPr>
      <w:r w:rsidRPr="00994820">
        <w:t>Fanny arrossì all’istante, tutta rossa, dalle guance fino alle orecchie. Aprì la bocca. La richiuse. Poi balbettò:</w:t>
      </w:r>
    </w:p>
    <w:p w14:paraId="35E4023A" w14:textId="77777777" w:rsidR="007C3C6C" w:rsidRPr="00994820" w:rsidRDefault="007C3C6C" w:rsidP="00B1354B">
      <w:pPr>
        <w:spacing w:before="100" w:beforeAutospacing="1" w:after="100" w:afterAutospacing="1" w:line="360" w:lineRule="auto"/>
        <w:ind w:firstLine="284"/>
        <w:jc w:val="both"/>
      </w:pPr>
      <w:r w:rsidRPr="00994820">
        <w:t xml:space="preserve">«I-io... è che... oggi per la prima volta ho fatto qualcosa di giusto. Qualcosa che ha aiutato </w:t>
      </w:r>
      <w:r w:rsidRPr="00994820">
        <w:rPr>
          <w:rStyle w:val="Enfasicorsivo"/>
          <w:rFonts w:eastAsiaTheme="majorEastAsia"/>
        </w:rPr>
        <w:t>qualcuno</w:t>
      </w:r>
      <w:r w:rsidRPr="00994820">
        <w:t>. E... volevo solo condividerlo con te. Perché...»</w:t>
      </w:r>
    </w:p>
    <w:p w14:paraId="0736357A" w14:textId="77777777" w:rsidR="007C3C6C" w:rsidRPr="00994820" w:rsidRDefault="007C3C6C" w:rsidP="00B1354B">
      <w:pPr>
        <w:spacing w:before="100" w:beforeAutospacing="1" w:after="100" w:afterAutospacing="1" w:line="360" w:lineRule="auto"/>
        <w:ind w:firstLine="284"/>
        <w:jc w:val="both"/>
      </w:pPr>
      <w:r w:rsidRPr="00994820">
        <w:t>«Perché?»</w:t>
      </w:r>
    </w:p>
    <w:p w14:paraId="45AE4AF5" w14:textId="77777777" w:rsidR="007C3C6C" w:rsidRPr="00994820" w:rsidRDefault="007C3C6C" w:rsidP="00B1354B">
      <w:pPr>
        <w:spacing w:before="100" w:beforeAutospacing="1" w:after="100" w:afterAutospacing="1" w:line="360" w:lineRule="auto"/>
        <w:ind w:firstLine="284"/>
        <w:jc w:val="both"/>
      </w:pPr>
      <w:r w:rsidRPr="00994820">
        <w:t>«Perché... tu sei tu. E nonostante questo» disse muovendo le braccia come a indicare l’interezza dell’aspetto di Kieran «Mi hai aiutato»</w:t>
      </w:r>
    </w:p>
    <w:p w14:paraId="4A7E7757" w14:textId="77777777" w:rsidR="007C3C6C" w:rsidRPr="00994820" w:rsidRDefault="007C3C6C" w:rsidP="00B1354B">
      <w:pPr>
        <w:spacing w:before="100" w:beforeAutospacing="1" w:after="100" w:afterAutospacing="1" w:line="360" w:lineRule="auto"/>
        <w:ind w:firstLine="284"/>
        <w:jc w:val="both"/>
      </w:pPr>
      <w:r w:rsidRPr="00994820">
        <w:t>Kieran la guardò, sorridendo appena sotto la maschera.</w:t>
      </w:r>
    </w:p>
    <w:p w14:paraId="70B51261" w14:textId="77777777" w:rsidR="007C3C6C" w:rsidRPr="00994820" w:rsidRDefault="007C3C6C" w:rsidP="00B1354B">
      <w:pPr>
        <w:spacing w:before="100" w:beforeAutospacing="1" w:after="100" w:afterAutospacing="1" w:line="360" w:lineRule="auto"/>
        <w:ind w:firstLine="284"/>
        <w:jc w:val="both"/>
      </w:pPr>
      <w:r w:rsidRPr="00994820">
        <w:t>«Cosa significa “tu sei tu”?»</w:t>
      </w:r>
    </w:p>
    <w:p w14:paraId="6D8F01E8" w14:textId="77777777" w:rsidR="007C3C6C" w:rsidRPr="00994820" w:rsidRDefault="007C3C6C" w:rsidP="00B1354B">
      <w:pPr>
        <w:spacing w:before="100" w:beforeAutospacing="1" w:after="100" w:afterAutospacing="1" w:line="360" w:lineRule="auto"/>
        <w:ind w:firstLine="284"/>
        <w:jc w:val="both"/>
      </w:pPr>
      <w:r w:rsidRPr="00994820">
        <w:t>«Non lo so!» sbottò lei, alzando le mani. «Cioè... lo so, ma non so spiegarlo! Tu sei... quel cazzo di idiota che mi irrita più di tutti, ma che mi guarda come se fossi più umana degli altri...»</w:t>
      </w:r>
    </w:p>
    <w:p w14:paraId="22490610" w14:textId="77777777" w:rsidR="007C3C6C" w:rsidRPr="00994820" w:rsidRDefault="007C3C6C" w:rsidP="00B1354B">
      <w:pPr>
        <w:spacing w:before="100" w:beforeAutospacing="1" w:after="100" w:afterAutospacing="1" w:line="360" w:lineRule="auto"/>
        <w:ind w:firstLine="284"/>
        <w:jc w:val="both"/>
      </w:pPr>
      <w:r w:rsidRPr="00994820">
        <w:t>Si voltò di lato, cercando di nascondere l’imbarazzo. «E tutto questo mi confonde e non lo sopporto. Però oggi… mi hai davvero aiutata…»</w:t>
      </w:r>
    </w:p>
    <w:p w14:paraId="667A5320" w14:textId="77777777" w:rsidR="007C3C6C" w:rsidRPr="00994820" w:rsidRDefault="007C3C6C" w:rsidP="00B1354B">
      <w:pPr>
        <w:spacing w:before="100" w:beforeAutospacing="1" w:after="100" w:afterAutospacing="1" w:line="360" w:lineRule="auto"/>
        <w:ind w:firstLine="284"/>
        <w:jc w:val="both"/>
      </w:pPr>
      <w:r w:rsidRPr="00994820">
        <w:t>Kieran rise piano. «Non è una brutta cosa.»</w:t>
      </w:r>
    </w:p>
    <w:p w14:paraId="7DD3DF1E" w14:textId="77777777" w:rsidR="007C3C6C" w:rsidRPr="00994820" w:rsidRDefault="007C3C6C" w:rsidP="00B1354B">
      <w:pPr>
        <w:spacing w:before="100" w:beforeAutospacing="1" w:after="100" w:afterAutospacing="1" w:line="360" w:lineRule="auto"/>
        <w:ind w:firstLine="284"/>
        <w:jc w:val="both"/>
      </w:pPr>
      <w:r w:rsidRPr="00994820">
        <w:t>Fanny lo fissò. «Lo dici tu.»</w:t>
      </w:r>
    </w:p>
    <w:p w14:paraId="442382B3"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Poi, </w:t>
      </w:r>
      <w:r w:rsidRPr="00994820">
        <w:rPr>
          <w:rStyle w:val="Enfasigrassetto"/>
          <w:rFonts w:eastAsiaTheme="majorEastAsia"/>
        </w:rPr>
        <w:t>la prese di nuovo tra le braccia</w:t>
      </w:r>
      <w:r w:rsidRPr="00994820">
        <w:t>, con lentezza stavolta. Niente furia, solo calore.</w:t>
      </w:r>
    </w:p>
    <w:p w14:paraId="2159F029" w14:textId="77777777" w:rsidR="007C3C6C" w:rsidRPr="00994820" w:rsidRDefault="007C3C6C" w:rsidP="00B1354B">
      <w:pPr>
        <w:spacing w:before="100" w:beforeAutospacing="1" w:after="100" w:afterAutospacing="1" w:line="360" w:lineRule="auto"/>
        <w:ind w:firstLine="284"/>
        <w:jc w:val="both"/>
      </w:pPr>
      <w:r w:rsidRPr="00994820">
        <w:t>Fanny non oppose resistenza. Si lasciò andare. E chiuse gli occhi.</w:t>
      </w:r>
    </w:p>
    <w:p w14:paraId="125F1449" w14:textId="77777777" w:rsidR="007C3C6C" w:rsidRPr="00994820" w:rsidRDefault="007C3C6C" w:rsidP="00B1354B">
      <w:pPr>
        <w:spacing w:before="100" w:beforeAutospacing="1" w:after="100" w:afterAutospacing="1" w:line="360" w:lineRule="auto"/>
        <w:ind w:firstLine="284"/>
        <w:jc w:val="both"/>
      </w:pPr>
      <w:r w:rsidRPr="00994820">
        <w:t>«Grazie» mormorò.</w:t>
      </w:r>
    </w:p>
    <w:p w14:paraId="649A019E" w14:textId="77777777" w:rsidR="007C3C6C" w:rsidRPr="00994820" w:rsidRDefault="007C3C6C" w:rsidP="00B1354B">
      <w:pPr>
        <w:spacing w:before="100" w:beforeAutospacing="1" w:after="100" w:afterAutospacing="1" w:line="360" w:lineRule="auto"/>
        <w:ind w:firstLine="284"/>
        <w:jc w:val="both"/>
      </w:pPr>
      <w:r w:rsidRPr="00994820">
        <w:t>«Per cosa?»</w:t>
      </w:r>
    </w:p>
    <w:p w14:paraId="033D0715" w14:textId="77777777" w:rsidR="007C3C6C" w:rsidRPr="00994820" w:rsidRDefault="007C3C6C" w:rsidP="00B1354B">
      <w:pPr>
        <w:spacing w:before="100" w:beforeAutospacing="1" w:after="100" w:afterAutospacing="1" w:line="360" w:lineRule="auto"/>
        <w:ind w:firstLine="284"/>
        <w:jc w:val="both"/>
      </w:pPr>
      <w:r w:rsidRPr="00994820">
        <w:t>«Ti sei preso la colpa per le mie azioni. Anche la prima sera… avresti potuto ucciderci e invece… mi hai offerto un lavoro» poi Fanny ridacchiò, fu la prima volta che Kieran la sentì ridere, e quel suono lo colpì «uno strano metodo d’ingaggio, devo dire»</w:t>
      </w:r>
    </w:p>
    <w:p w14:paraId="57456DB2" w14:textId="77777777" w:rsidR="007C3C6C" w:rsidRPr="00994820" w:rsidRDefault="007C3C6C" w:rsidP="00B1354B">
      <w:pPr>
        <w:spacing w:before="100" w:beforeAutospacing="1" w:after="100" w:afterAutospacing="1" w:line="360" w:lineRule="auto"/>
        <w:ind w:firstLine="284"/>
        <w:jc w:val="both"/>
      </w:pPr>
      <w:r w:rsidRPr="00994820">
        <w:t>Poi, con un filo di voce aggiunse ironica:</w:t>
      </w:r>
    </w:p>
    <w:p w14:paraId="1D8E20EE" w14:textId="77777777" w:rsidR="007C3C6C" w:rsidRPr="00994820" w:rsidRDefault="007C3C6C" w:rsidP="00B1354B">
      <w:pPr>
        <w:spacing w:before="100" w:beforeAutospacing="1" w:after="100" w:afterAutospacing="1" w:line="360" w:lineRule="auto"/>
        <w:ind w:firstLine="284"/>
        <w:jc w:val="both"/>
      </w:pPr>
      <w:r w:rsidRPr="00994820">
        <w:t>«Credo che... probabilmente ora il mio EV sarebbe più basso di ieri.»</w:t>
      </w:r>
    </w:p>
    <w:p w14:paraId="70921E14" w14:textId="77777777" w:rsidR="007C3C6C" w:rsidRPr="00994820" w:rsidRDefault="007C3C6C" w:rsidP="00B1354B">
      <w:pPr>
        <w:spacing w:before="100" w:beforeAutospacing="1" w:after="100" w:afterAutospacing="1" w:line="360" w:lineRule="auto"/>
        <w:ind w:firstLine="284"/>
        <w:jc w:val="both"/>
      </w:pPr>
      <w:r w:rsidRPr="00994820">
        <w:t>Poi Fanny si staccò dalla presa di kieran e si schiarì la voce come a volersi riprendere «Portami fuori da queste maledette fogne, Kieran. Prima che mi prenda troppo bene.»</w:t>
      </w:r>
    </w:p>
    <w:p w14:paraId="3098DA61" w14:textId="77777777" w:rsidR="007C3C6C" w:rsidRPr="00994820" w:rsidRDefault="007C3C6C" w:rsidP="00B1354B">
      <w:pPr>
        <w:spacing w:before="100" w:beforeAutospacing="1" w:after="100" w:afterAutospacing="1" w:line="360" w:lineRule="auto"/>
        <w:ind w:firstLine="284"/>
        <w:jc w:val="both"/>
      </w:pPr>
      <w:r w:rsidRPr="00994820">
        <w:t>«Obbedisco, Occhi Dolci.»</w:t>
      </w:r>
    </w:p>
    <w:p w14:paraId="72FE917A" w14:textId="77777777" w:rsidR="007C3C6C" w:rsidRPr="00994820" w:rsidRDefault="007C3C6C" w:rsidP="00B1354B">
      <w:pPr>
        <w:spacing w:before="100" w:beforeAutospacing="1" w:after="100" w:afterAutospacing="1" w:line="360" w:lineRule="auto"/>
        <w:ind w:firstLine="284"/>
        <w:jc w:val="both"/>
      </w:pPr>
      <w:r w:rsidRPr="00994820">
        <w:t>E camminarono via. Fianco a fianco. Almeno per un po’, poi il mondo attorno a Fanny cominciò a girare e ad offuscarsi.</w:t>
      </w:r>
    </w:p>
    <w:p w14:paraId="2B1FF826" w14:textId="77777777" w:rsidR="007C3C6C" w:rsidRPr="00994820" w:rsidRDefault="007C3C6C" w:rsidP="00B1354B">
      <w:pPr>
        <w:spacing w:before="100" w:beforeAutospacing="1" w:after="100" w:afterAutospacing="1" w:line="360" w:lineRule="auto"/>
        <w:ind w:firstLine="284"/>
        <w:jc w:val="both"/>
        <w:rPr>
          <w:i/>
          <w:iCs/>
        </w:rPr>
      </w:pPr>
      <w:r w:rsidRPr="00994820">
        <w:rPr>
          <w:rStyle w:val="Enfasicorsivo"/>
          <w:rFonts w:eastAsiaTheme="majorEastAsia"/>
        </w:rPr>
        <w:t>Fanny aprì gli occhi di colpo, come chi riemerge da un sogno sbagliato. La stanza era immersa in un silenzio irreale, appena rotto dal fruscio delle luci al neon che cambiavano intensità con lentezza programmata. Il soffitto era sconosciuto. Il cuscino profumava di metallo e un odore di pulito indefinito.</w:t>
      </w:r>
    </w:p>
    <w:p w14:paraId="047F82FB" w14:textId="49E2713C" w:rsidR="007C3C6C" w:rsidRPr="00994820" w:rsidRDefault="007C3C6C" w:rsidP="00B1354B">
      <w:pPr>
        <w:spacing w:before="100" w:beforeAutospacing="1" w:after="100" w:afterAutospacing="1" w:line="360" w:lineRule="auto"/>
        <w:ind w:firstLine="284"/>
        <w:jc w:val="both"/>
      </w:pPr>
      <w:r w:rsidRPr="00994820">
        <w:t>La sua voce uscì roca, confusa.</w:t>
      </w:r>
      <w:r w:rsidR="0046127F">
        <w:t xml:space="preserve"> </w:t>
      </w:r>
      <w:r w:rsidRPr="00994820">
        <w:t>«...dove cazzo sono...»</w:t>
      </w:r>
    </w:p>
    <w:p w14:paraId="5CCFFEE7" w14:textId="77777777" w:rsidR="0046127F" w:rsidRDefault="007C3C6C" w:rsidP="00B1354B">
      <w:pPr>
        <w:spacing w:before="100" w:beforeAutospacing="1" w:after="100" w:afterAutospacing="1" w:line="360" w:lineRule="auto"/>
        <w:ind w:firstLine="284"/>
        <w:jc w:val="both"/>
      </w:pPr>
      <w:r w:rsidRPr="00994820">
        <w:t>«Nel mio letto.»</w:t>
      </w:r>
      <w:r w:rsidR="0046127F">
        <w:t xml:space="preserve"> </w:t>
      </w:r>
      <w:r w:rsidRPr="00994820">
        <w:t>La voce arrivò da poco distante.</w:t>
      </w:r>
      <w:r w:rsidRPr="00994820">
        <w:br/>
        <w:t>Fanny sobbalzò — letteralmente — e si girò di scatto. Kieran era seduto su una sedia accanto a lei, una gamba accavallata e il solito sorriso scheletrico che vibrava sulla maschera.</w:t>
      </w:r>
    </w:p>
    <w:p w14:paraId="1B0B8219" w14:textId="4E2782C1" w:rsidR="007C3C6C" w:rsidRPr="00994820" w:rsidRDefault="007C3C6C" w:rsidP="00B1354B">
      <w:pPr>
        <w:spacing w:before="100" w:beforeAutospacing="1" w:after="100" w:afterAutospacing="1" w:line="360" w:lineRule="auto"/>
        <w:ind w:firstLine="284"/>
        <w:jc w:val="both"/>
      </w:pPr>
      <w:r w:rsidRPr="00994820">
        <w:t>Fanny arrossì come un crash del sistema circolatorio.</w:t>
      </w:r>
      <w:r w:rsidR="0046127F">
        <w:t xml:space="preserve"> </w:t>
      </w:r>
      <w:r w:rsidRPr="00994820">
        <w:t>«O... mio dio... hai fatto... qualcosa?!»</w:t>
      </w:r>
    </w:p>
    <w:p w14:paraId="238ABD6B" w14:textId="77777777" w:rsidR="007C3C6C" w:rsidRPr="00994820" w:rsidRDefault="007C3C6C" w:rsidP="00B1354B">
      <w:pPr>
        <w:spacing w:before="100" w:beforeAutospacing="1" w:after="100" w:afterAutospacing="1" w:line="360" w:lineRule="auto"/>
        <w:ind w:firstLine="284"/>
        <w:jc w:val="both"/>
      </w:pPr>
      <w:r w:rsidRPr="00994820">
        <w:t>La maschera assunse di nuovo la forma di un punto interrogativo per un momento. «Oh, pensi così male di me?»</w:t>
      </w:r>
    </w:p>
    <w:p w14:paraId="1C917E86" w14:textId="784DDCFB" w:rsidR="007C3C6C" w:rsidRPr="00994820" w:rsidRDefault="007C3C6C" w:rsidP="00B1354B">
      <w:pPr>
        <w:spacing w:before="100" w:beforeAutospacing="1" w:after="100" w:afterAutospacing="1" w:line="360" w:lineRule="auto"/>
        <w:ind w:firstLine="284"/>
        <w:jc w:val="both"/>
      </w:pPr>
      <w:r w:rsidRPr="00994820">
        <w:lastRenderedPageBreak/>
        <w:t>«No! Cioè— sì! Cioè, NON LO SO!»</w:t>
      </w:r>
      <w:r w:rsidR="0046127F">
        <w:t xml:space="preserve"> </w:t>
      </w:r>
      <w:r w:rsidRPr="00994820">
        <w:t>Si tirò il lenzuolo fin sotto il mento come una bambina beccata a rubare.</w:t>
      </w:r>
    </w:p>
    <w:p w14:paraId="14AFAD8E" w14:textId="77777777" w:rsidR="007C3C6C" w:rsidRPr="00994820" w:rsidRDefault="007C3C6C" w:rsidP="00B1354B">
      <w:pPr>
        <w:spacing w:before="100" w:beforeAutospacing="1" w:after="100" w:afterAutospacing="1" w:line="360" w:lineRule="auto"/>
        <w:ind w:firstLine="284"/>
        <w:jc w:val="both"/>
      </w:pPr>
      <w:r w:rsidRPr="00994820">
        <w:t>Kieran inclinò la testa, la maschera si accese di rosso.</w:t>
      </w:r>
      <w:r w:rsidRPr="00994820">
        <w:br/>
        <w:t>«Avresti voluto, per caso?»</w:t>
      </w:r>
    </w:p>
    <w:p w14:paraId="32A1D004" w14:textId="77777777" w:rsidR="007C3C6C" w:rsidRPr="00994820" w:rsidRDefault="007C3C6C" w:rsidP="00B1354B">
      <w:pPr>
        <w:spacing w:before="100" w:beforeAutospacing="1" w:after="100" w:afterAutospacing="1" w:line="360" w:lineRule="auto"/>
        <w:ind w:firstLine="284"/>
        <w:jc w:val="both"/>
      </w:pPr>
      <w:r w:rsidRPr="00994820">
        <w:t>Fanny si bloccò. I circuiti sembravano fusi. «Ero solo... curiosa! Mi sveglio nel tuo letto, cavolo! È lecito chiedere!»</w:t>
      </w:r>
    </w:p>
    <w:p w14:paraId="04B60279" w14:textId="77777777" w:rsidR="007C3C6C" w:rsidRPr="00994820" w:rsidRDefault="007C3C6C" w:rsidP="00B1354B">
      <w:pPr>
        <w:spacing w:before="100" w:beforeAutospacing="1" w:after="100" w:afterAutospacing="1" w:line="360" w:lineRule="auto"/>
        <w:ind w:firstLine="284"/>
        <w:jc w:val="both"/>
      </w:pPr>
      <w:r w:rsidRPr="00994820">
        <w:t xml:space="preserve">«Hmm... lo prenderò come un </w:t>
      </w:r>
      <w:r w:rsidRPr="00994820">
        <w:rPr>
          <w:rStyle w:val="Enfasicorsivo"/>
          <w:rFonts w:eastAsiaTheme="majorEastAsia"/>
        </w:rPr>
        <w:t>sì</w:t>
      </w:r>
      <w:r w:rsidRPr="00994820">
        <w:t xml:space="preserve"> non dichiarato.»</w:t>
      </w:r>
    </w:p>
    <w:p w14:paraId="55898757" w14:textId="474798B1" w:rsidR="007C3C6C" w:rsidRPr="00994820" w:rsidRDefault="007C3C6C" w:rsidP="00B1354B">
      <w:pPr>
        <w:spacing w:before="100" w:beforeAutospacing="1" w:after="100" w:afterAutospacing="1" w:line="360" w:lineRule="auto"/>
        <w:ind w:firstLine="284"/>
        <w:jc w:val="both"/>
      </w:pPr>
      <w:r w:rsidRPr="00994820">
        <w:t>«Sei un idiota!»</w:t>
      </w:r>
      <w:r w:rsidR="0046127F">
        <w:t xml:space="preserve"> </w:t>
      </w:r>
      <w:r w:rsidRPr="00994820">
        <w:t>Fanny si alzò in piedi di scatto, rischiando di perdere l’equilibrio. Non lo guardò. Non riusciva.</w:t>
      </w:r>
      <w:r w:rsidR="0046127F">
        <w:t xml:space="preserve"> </w:t>
      </w:r>
      <w:r w:rsidRPr="00994820">
        <w:t>Si infilò gli stivali senza allacciarli e sibilò: «Stupida...» — ma non era a lui che lo diceva.</w:t>
      </w:r>
    </w:p>
    <w:p w14:paraId="1819F4F7" w14:textId="77777777" w:rsidR="007C3C6C" w:rsidRPr="00994820" w:rsidRDefault="007C3C6C" w:rsidP="00B1354B">
      <w:pPr>
        <w:spacing w:before="100" w:beforeAutospacing="1" w:after="100" w:afterAutospacing="1" w:line="360" w:lineRule="auto"/>
        <w:ind w:firstLine="284"/>
        <w:jc w:val="both"/>
      </w:pPr>
      <w:r w:rsidRPr="00994820">
        <w:t>Poi mentre si infilava le scarpe cominciò a riaccendere il cervello ancora stanco. «Perché mi hai portato qui?» chiese guardando kieran, ma fu Becky a risponderle.</w:t>
      </w:r>
    </w:p>
    <w:p w14:paraId="36D771D6" w14:textId="77777777" w:rsidR="007C3C6C" w:rsidRPr="00994820" w:rsidRDefault="007C3C6C" w:rsidP="00B1354B">
      <w:pPr>
        <w:spacing w:before="100" w:beforeAutospacing="1" w:after="100" w:afterAutospacing="1" w:line="360" w:lineRule="auto"/>
        <w:ind w:firstLine="284"/>
        <w:jc w:val="both"/>
      </w:pPr>
      <w:r w:rsidRPr="00994820">
        <w:t>«era svenuta, madame» disse con tono celere dai guantoni che erano stati poggiati sulla scrivania</w:t>
      </w:r>
    </w:p>
    <w:p w14:paraId="0236EAE0" w14:textId="77777777" w:rsidR="007C3C6C" w:rsidRPr="00994820" w:rsidRDefault="007C3C6C" w:rsidP="00B1354B">
      <w:pPr>
        <w:spacing w:before="100" w:beforeAutospacing="1" w:after="100" w:afterAutospacing="1" w:line="360" w:lineRule="auto"/>
        <w:ind w:firstLine="284"/>
        <w:jc w:val="both"/>
      </w:pPr>
      <w:r w:rsidRPr="00994820">
        <w:t>«capisco…» poi riprese Kieran «Probabilmente hai dato troppa energia a quei cosi» disse indicando i guanti «sono potenti, ma è difficile dargli la giusta energia»</w:t>
      </w:r>
    </w:p>
    <w:p w14:paraId="0FDD3578" w14:textId="77777777" w:rsidR="007C3C6C" w:rsidRPr="00994820" w:rsidRDefault="007C3C6C" w:rsidP="00B1354B">
      <w:pPr>
        <w:spacing w:before="100" w:beforeAutospacing="1" w:after="100" w:afterAutospacing="1" w:line="360" w:lineRule="auto"/>
        <w:ind w:firstLine="284"/>
        <w:jc w:val="both"/>
      </w:pPr>
      <w:r w:rsidRPr="00994820">
        <w:t>«Comunque che diavolo erano quelle fr…» ma il pensiero di Fanny venne bruscamente interrotto: Kieran si era, per la prima volta tolto la maschera.</w:t>
      </w:r>
    </w:p>
    <w:p w14:paraId="345908E0" w14:textId="77777777" w:rsidR="007C3C6C" w:rsidRPr="00994820" w:rsidRDefault="007C3C6C" w:rsidP="00B1354B">
      <w:pPr>
        <w:spacing w:before="100" w:beforeAutospacing="1" w:after="100" w:afterAutospacing="1" w:line="360" w:lineRule="auto"/>
        <w:ind w:firstLine="284"/>
        <w:jc w:val="both"/>
      </w:pPr>
      <w:r w:rsidRPr="00994820">
        <w:t>Quella maschera — quel maledetto sorriso bianco e statico — era diventata parte del suo volto, tanto da farle dubitare ci fosse davvero qualcosa sotto. Ma ora…</w:t>
      </w:r>
      <w:r w:rsidRPr="00994820">
        <w:br/>
        <w:t>Ora non c’era più nulla a schermarla.</w:t>
      </w:r>
    </w:p>
    <w:p w14:paraId="56B64068" w14:textId="0CD1C8D6" w:rsidR="007C3C6C" w:rsidRPr="00994820" w:rsidRDefault="007C3C6C" w:rsidP="00B1354B">
      <w:pPr>
        <w:spacing w:before="100" w:beforeAutospacing="1" w:after="100" w:afterAutospacing="1" w:line="360" w:lineRule="auto"/>
        <w:ind w:firstLine="284"/>
        <w:jc w:val="both"/>
      </w:pPr>
      <w:r w:rsidRPr="00994820">
        <w:t>Quando Kieran si tolse la maschera, fu come se l’aria stessa si facesse più pesante. Fanny si trovò a trattenere il fiato, senza accorgersene, mentre lo osservava.</w:t>
      </w:r>
      <w:r w:rsidRPr="00994820">
        <w:br/>
        <w:t>Il suo viso era... troppo pulito. Pallido come porcellana lucida, con lineamenti cesellati da una mano crudele: zigomi alti, mandibola sottile, labbra che sembravano scolpite ma mai sorridenti.</w:t>
      </w:r>
      <w:r w:rsidRPr="00994820">
        <w:br/>
        <w:t>E poi — gli occhi.</w:t>
      </w:r>
      <w:r w:rsidR="0046127F">
        <w:t xml:space="preserve"> </w:t>
      </w:r>
      <w:r w:rsidRPr="00994820">
        <w:t>Cristallo. Non c’era altra parola. Due laghi ghiacciati, profondi e immobili, così statici da sembrare immobili anche quando ti fissavano. Gli occhi di chi aveva imparato a non mostrare nulla. Ma non vuoti.</w:t>
      </w:r>
    </w:p>
    <w:p w14:paraId="2D19383F" w14:textId="77777777" w:rsidR="008C44E3" w:rsidRDefault="007C3C6C" w:rsidP="00B1354B">
      <w:pPr>
        <w:spacing w:before="100" w:beforeAutospacing="1" w:after="100" w:afterAutospacing="1" w:line="360" w:lineRule="auto"/>
        <w:ind w:firstLine="284"/>
        <w:jc w:val="both"/>
      </w:pPr>
      <w:r w:rsidRPr="00994820">
        <w:t>Poi lo vide.</w:t>
      </w:r>
    </w:p>
    <w:p w14:paraId="28D1B71D" w14:textId="041BE4E8" w:rsidR="007C3C6C" w:rsidRPr="00994820" w:rsidRDefault="007C3C6C" w:rsidP="00B1354B">
      <w:pPr>
        <w:spacing w:before="100" w:beforeAutospacing="1" w:after="100" w:afterAutospacing="1" w:line="360" w:lineRule="auto"/>
        <w:ind w:firstLine="284"/>
        <w:jc w:val="both"/>
      </w:pPr>
      <w:r w:rsidRPr="00994820">
        <w:lastRenderedPageBreak/>
        <w:t>Sul lato destro della bocca, una cicatrice netta, obliqua. Un taglio antico e profondo che risaliva l’angolo delle labbra fino alla guancia, incurvando il volto in un sorriso storto e macabro.</w:t>
      </w:r>
      <w:r w:rsidR="008C44E3">
        <w:t xml:space="preserve"> </w:t>
      </w:r>
      <w:r w:rsidRPr="00994820">
        <w:t>Non un incidente.</w:t>
      </w:r>
      <w:r w:rsidR="008C44E3">
        <w:t xml:space="preserve"> </w:t>
      </w:r>
      <w:r w:rsidRPr="00994820">
        <w:t>No.</w:t>
      </w:r>
      <w:r w:rsidR="008C44E3">
        <w:t xml:space="preserve"> </w:t>
      </w:r>
      <w:r w:rsidRPr="00994820">
        <w:t>Un disegno. Qualcuno aveva inciso quel sorriso su di lui. Aveva voluto che sorridesse. Sempre.</w:t>
      </w:r>
    </w:p>
    <w:p w14:paraId="106AAB81" w14:textId="723E1AD0" w:rsidR="007C3C6C" w:rsidRPr="00994820" w:rsidRDefault="007C3C6C" w:rsidP="00B1354B">
      <w:pPr>
        <w:spacing w:before="100" w:beforeAutospacing="1" w:after="100" w:afterAutospacing="1" w:line="360" w:lineRule="auto"/>
        <w:ind w:firstLine="284"/>
        <w:jc w:val="both"/>
      </w:pPr>
      <w:r w:rsidRPr="00994820">
        <w:t>Fanny non disse nulla.</w:t>
      </w:r>
      <w:r w:rsidR="008C44E3">
        <w:t xml:space="preserve"> </w:t>
      </w:r>
      <w:r w:rsidRPr="00994820">
        <w:t>Non poteva.</w:t>
      </w:r>
    </w:p>
    <w:p w14:paraId="674230C7" w14:textId="2B888FA9" w:rsidR="007C3C6C" w:rsidRPr="00994820" w:rsidRDefault="007C3C6C" w:rsidP="00B1354B">
      <w:pPr>
        <w:spacing w:before="100" w:beforeAutospacing="1" w:after="100" w:afterAutospacing="1" w:line="360" w:lineRule="auto"/>
        <w:ind w:firstLine="284"/>
        <w:jc w:val="both"/>
      </w:pPr>
      <w:r w:rsidRPr="00994820">
        <w:t>Kieran rimase lì, nudo nel volto, senza un briciolo di vergogna, eppure vulnerabile come non mai.</w:t>
      </w:r>
      <w:r w:rsidR="008C44E3">
        <w:t xml:space="preserve"> </w:t>
      </w:r>
      <w:r w:rsidRPr="00994820">
        <w:t>E Fanny capì.</w:t>
      </w:r>
      <w:r w:rsidR="008C44E3">
        <w:t xml:space="preserve"> </w:t>
      </w:r>
      <w:r w:rsidRPr="00994820">
        <w:t xml:space="preserve">Capì perché indossava quella maschera. Non per nascondersi. Ma per impedire che il mondo vedesse </w:t>
      </w:r>
      <w:r w:rsidRPr="00994820">
        <w:rPr>
          <w:rStyle w:val="Enfasicorsivo"/>
          <w:rFonts w:eastAsiaTheme="majorEastAsia"/>
        </w:rPr>
        <w:t>quanto</w:t>
      </w:r>
      <w:r w:rsidRPr="00994820">
        <w:t xml:space="preserve"> lo avesse già ferito.</w:t>
      </w:r>
    </w:p>
    <w:p w14:paraId="715635FB" w14:textId="77777777" w:rsidR="007C3C6C" w:rsidRPr="00994820" w:rsidRDefault="007C3C6C" w:rsidP="00B1354B">
      <w:pPr>
        <w:spacing w:before="100" w:beforeAutospacing="1" w:after="100" w:afterAutospacing="1" w:line="360" w:lineRule="auto"/>
        <w:ind w:firstLine="284"/>
        <w:jc w:val="both"/>
      </w:pPr>
      <w:r w:rsidRPr="00994820">
        <w:t>«Dicevi scusa?» chiese Kieran guardandola per la prima volta senza alcun filtro: la sua espressione sembrava spenta e vuota.</w:t>
      </w:r>
    </w:p>
    <w:p w14:paraId="1361C969" w14:textId="77777777" w:rsidR="007C3C6C" w:rsidRPr="00994820" w:rsidRDefault="007C3C6C" w:rsidP="00B1354B">
      <w:pPr>
        <w:spacing w:before="100" w:beforeAutospacing="1" w:after="100" w:afterAutospacing="1" w:line="360" w:lineRule="auto"/>
        <w:ind w:firstLine="284"/>
        <w:jc w:val="both"/>
      </w:pPr>
      <w:r w:rsidRPr="00994820">
        <w:t>«Chi? Cosa? Come?» poi si diede rapidamente un pizzicotto sul braccio per riprendersi «Quelle parole che hanno… sciolto quel killer, cos’erano?»</w:t>
      </w:r>
    </w:p>
    <w:p w14:paraId="297871ED" w14:textId="77777777" w:rsidR="007C3C6C" w:rsidRPr="00994820" w:rsidRDefault="007C3C6C" w:rsidP="00B1354B">
      <w:pPr>
        <w:spacing w:before="100" w:beforeAutospacing="1" w:after="100" w:afterAutospacing="1" w:line="360" w:lineRule="auto"/>
        <w:ind w:firstLine="284"/>
        <w:jc w:val="both"/>
      </w:pPr>
      <w:r w:rsidRPr="00994820">
        <w:t>Kieran scrollò le spalle «Nessuno di noi lo sa, da quanto dice Aman, è una specie di rito antico, un tipo di conoscenza che solo la Sorridente custodisce»</w:t>
      </w:r>
    </w:p>
    <w:p w14:paraId="0CB74E18" w14:textId="77777777" w:rsidR="007C3C6C" w:rsidRPr="00994820" w:rsidRDefault="007C3C6C" w:rsidP="00B1354B">
      <w:pPr>
        <w:spacing w:before="100" w:beforeAutospacing="1" w:after="100" w:afterAutospacing="1" w:line="360" w:lineRule="auto"/>
        <w:ind w:firstLine="284"/>
        <w:jc w:val="both"/>
      </w:pPr>
      <w:r w:rsidRPr="00994820">
        <w:t>Fanny si mise a sedere a gambe incrociate con gli stivali ancora in dosso sul letto di Kieran «Uhm… e che ci facevi lì sotto?»</w:t>
      </w:r>
    </w:p>
    <w:p w14:paraId="6F3B9CA6" w14:textId="77777777" w:rsidR="007C3C6C" w:rsidRPr="00994820" w:rsidRDefault="007C3C6C" w:rsidP="00B1354B">
      <w:pPr>
        <w:spacing w:before="100" w:beforeAutospacing="1" w:after="100" w:afterAutospacing="1" w:line="360" w:lineRule="auto"/>
        <w:ind w:firstLine="284"/>
        <w:jc w:val="both"/>
      </w:pPr>
      <w:r w:rsidRPr="00994820">
        <w:t>Kieran sobbalza per un attimo nel vedere gli stivali sporchi di Fanny entrare in contatto con il suo letto dopo i suoi sforzi per portarla dentro co cura «Ecco… in effetti ci sono cose che vorrei dirti…»</w:t>
      </w:r>
    </w:p>
    <w:p w14:paraId="5CF57368" w14:textId="77777777" w:rsidR="007C3C6C" w:rsidRPr="00994820" w:rsidRDefault="007C3C6C" w:rsidP="00B1354B">
      <w:pPr>
        <w:spacing w:before="100" w:beforeAutospacing="1" w:after="100" w:afterAutospacing="1" w:line="360" w:lineRule="auto"/>
        <w:ind w:firstLine="284"/>
        <w:jc w:val="both"/>
      </w:pPr>
      <w:r w:rsidRPr="00994820">
        <w:t>Ma Fanny scattò in piedi quasi all’improvviso «JUNO!» La ragazza si rivestì rapidamente recuperando i suoi arnesi «Scusami! Voglio capire come sta la ragazza»</w:t>
      </w:r>
    </w:p>
    <w:p w14:paraId="4F593439" w14:textId="77777777" w:rsidR="007C3C6C" w:rsidRPr="00994820" w:rsidRDefault="007C3C6C" w:rsidP="00B1354B">
      <w:pPr>
        <w:spacing w:before="100" w:beforeAutospacing="1" w:after="100" w:afterAutospacing="1" w:line="360" w:lineRule="auto"/>
        <w:ind w:firstLine="284"/>
        <w:jc w:val="both"/>
      </w:pPr>
      <w:r w:rsidRPr="00994820">
        <w:t>Poco prima di uscire dalla stanza puntò il dito verso Kieran «Ma io e te non abbiamo finito di parlare, chiaro?», detto ciò, si precipitò fuori con una tale rapidità da non dare il tempo di reazione necessario a Kieran.</w:t>
      </w:r>
    </w:p>
    <w:p w14:paraId="68FDBC19" w14:textId="77777777" w:rsidR="008C44E3" w:rsidRDefault="007C3C6C" w:rsidP="00B1354B">
      <w:pPr>
        <w:spacing w:before="100" w:beforeAutospacing="1" w:after="100" w:afterAutospacing="1" w:line="360" w:lineRule="auto"/>
        <w:ind w:firstLine="284"/>
        <w:jc w:val="both"/>
      </w:pPr>
      <w:r w:rsidRPr="00994820">
        <w:t>«…ok.»</w:t>
      </w:r>
    </w:p>
    <w:p w14:paraId="251A7E38" w14:textId="47141887" w:rsidR="007C3C6C" w:rsidRPr="00994820" w:rsidRDefault="007C3C6C" w:rsidP="00B1354B">
      <w:pPr>
        <w:spacing w:before="100" w:beforeAutospacing="1" w:after="100" w:afterAutospacing="1" w:line="360" w:lineRule="auto"/>
        <w:ind w:firstLine="284"/>
        <w:jc w:val="both"/>
      </w:pPr>
      <w:r w:rsidRPr="00994820">
        <w:t>Fanny correva. «Becky! Da che parte? Evitiamo la folla.» chiese concisa ma decisa</w:t>
      </w:r>
    </w:p>
    <w:p w14:paraId="3EB29E98" w14:textId="77777777" w:rsidR="008C44E3" w:rsidRDefault="007C3C6C" w:rsidP="00B1354B">
      <w:pPr>
        <w:spacing w:before="100" w:beforeAutospacing="1" w:after="100" w:afterAutospacing="1" w:line="360" w:lineRule="auto"/>
        <w:ind w:firstLine="284"/>
        <w:jc w:val="both"/>
      </w:pPr>
      <w:r w:rsidRPr="00994820">
        <w:t>L’ologramma generò delle frecce luminose per indicarle la strada migliore verso la sezione dei cadetti.</w:t>
      </w:r>
    </w:p>
    <w:p w14:paraId="0468F3B4" w14:textId="6E5E9CCF" w:rsidR="007C3C6C" w:rsidRPr="00994820" w:rsidRDefault="007C3C6C" w:rsidP="00B1354B">
      <w:pPr>
        <w:spacing w:before="100" w:beforeAutospacing="1" w:after="100" w:afterAutospacing="1" w:line="360" w:lineRule="auto"/>
        <w:ind w:firstLine="284"/>
        <w:jc w:val="both"/>
      </w:pPr>
      <w:r w:rsidRPr="00994820">
        <w:t xml:space="preserve">«Grazie mille becky…» le disse dolcemente mentre correva. Era una corsa diversa. Non come quando inseguiva un fuggitivo, né come quando combatteva per la propria vita. Correva come chi teme d’aver perso </w:t>
      </w:r>
      <w:r w:rsidRPr="00994820">
        <w:lastRenderedPageBreak/>
        <w:t>qualcosa prima ancora di comprenderne il valore. Scese i piani dell’edificio governativo con le scale d’emergenza, ignorando i corridoi principali e i moduli di trasporto interni. Non voleva essere vista. Non voleva spiegare.</w:t>
      </w:r>
    </w:p>
    <w:p w14:paraId="4959ED33" w14:textId="77777777" w:rsidR="007C3C6C" w:rsidRPr="00994820" w:rsidRDefault="007C3C6C" w:rsidP="00B1354B">
      <w:pPr>
        <w:spacing w:before="100" w:beforeAutospacing="1" w:after="100" w:afterAutospacing="1" w:line="360" w:lineRule="auto"/>
        <w:ind w:firstLine="284"/>
        <w:jc w:val="both"/>
      </w:pPr>
      <w:r w:rsidRPr="00994820">
        <w:t>Arrivata al livello -2, sede dei dormitori dei cadetti, rallentò. Lì, il silenzio era denso. Spezzato solo da voci basse, risate forzate, passi cauti. Alcuni cadetti la fissarono da lontano. Nessuno osò avvicinarsi.</w:t>
      </w:r>
    </w:p>
    <w:p w14:paraId="19ED88D5" w14:textId="77777777" w:rsidR="007C3C6C" w:rsidRPr="00994820" w:rsidRDefault="007C3C6C" w:rsidP="00B1354B">
      <w:pPr>
        <w:spacing w:before="100" w:beforeAutospacing="1" w:after="100" w:afterAutospacing="1" w:line="360" w:lineRule="auto"/>
        <w:ind w:firstLine="284"/>
        <w:jc w:val="both"/>
      </w:pPr>
      <w:r w:rsidRPr="00994820">
        <w:t>«Scusami…» disse a una ragazza dagli occhi viola che usciva da una stanza. «Sto cercando un ragazzo ricciolino. Era nella mia squadra ieri sera con... una ragazza dai capelli azzurri che si muovevano come… vermi» disse cercando di emulare il movimento dei capelli di Juno con le dita, sul volto era dipinta tutta la sua ansia.</w:t>
      </w:r>
    </w:p>
    <w:p w14:paraId="48A71BE9" w14:textId="77777777" w:rsidR="007C3C6C" w:rsidRPr="00994820" w:rsidRDefault="007C3C6C" w:rsidP="00B1354B">
      <w:pPr>
        <w:spacing w:before="100" w:beforeAutospacing="1" w:after="100" w:afterAutospacing="1" w:line="360" w:lineRule="auto"/>
        <w:ind w:firstLine="284"/>
        <w:jc w:val="both"/>
      </w:pPr>
      <w:r w:rsidRPr="00994820">
        <w:t>La ragazza abbassò lo sguardo. Fece un cenno, muto, verso la fine del corridoio.</w:t>
      </w:r>
    </w:p>
    <w:p w14:paraId="4DE68CE4" w14:textId="77777777" w:rsidR="007C3C6C" w:rsidRPr="00994820" w:rsidRDefault="007C3C6C" w:rsidP="00B1354B">
      <w:pPr>
        <w:spacing w:before="100" w:beforeAutospacing="1" w:after="100" w:afterAutospacing="1" w:line="360" w:lineRule="auto"/>
        <w:ind w:firstLine="284"/>
        <w:jc w:val="both"/>
      </w:pPr>
      <w:r w:rsidRPr="00994820">
        <w:t>Fanny ringraziò con un cenno appena visibile e proseguì, le spalle rigide, lo sguardo fisso. Ogni porta che superava sembrava pesare di più. Oltre la porta 17 sentì il battito sordo del proprio cuore rimbombare nei guanti ancora legati alla cintura.</w:t>
      </w:r>
    </w:p>
    <w:p w14:paraId="20B7D91A" w14:textId="77777777" w:rsidR="007C3C6C" w:rsidRPr="00994820" w:rsidRDefault="007C3C6C" w:rsidP="00B1354B">
      <w:pPr>
        <w:spacing w:before="100" w:beforeAutospacing="1" w:after="100" w:afterAutospacing="1" w:line="360" w:lineRule="auto"/>
        <w:ind w:firstLine="284"/>
        <w:jc w:val="both"/>
      </w:pPr>
      <w:r w:rsidRPr="00994820">
        <w:t>Si fermò. Una targa anonima. Due codici numerici, su cui erano stati aggiunti con dei pennarelli colorati “Juno” e “Kairo”, erano scritti in piccolo, con grafia imprecisa, uno blu e uno dorato, poco sotto quelle anonime cifre.</w:t>
      </w:r>
    </w:p>
    <w:p w14:paraId="48107EDB" w14:textId="77777777" w:rsidR="007C3C6C" w:rsidRPr="00994820" w:rsidRDefault="007C3C6C" w:rsidP="00B1354B">
      <w:pPr>
        <w:spacing w:before="100" w:beforeAutospacing="1" w:after="100" w:afterAutospacing="1" w:line="360" w:lineRule="auto"/>
        <w:ind w:firstLine="284"/>
        <w:jc w:val="both"/>
      </w:pPr>
      <w:r w:rsidRPr="00994820">
        <w:t>Bussò.</w:t>
      </w:r>
    </w:p>
    <w:p w14:paraId="3BDF6B2E" w14:textId="77777777" w:rsidR="007C3C6C" w:rsidRPr="00994820" w:rsidRDefault="007C3C6C" w:rsidP="00B1354B">
      <w:pPr>
        <w:spacing w:before="100" w:beforeAutospacing="1" w:after="100" w:afterAutospacing="1" w:line="360" w:lineRule="auto"/>
        <w:ind w:firstLine="284"/>
        <w:jc w:val="both"/>
      </w:pPr>
      <w:r w:rsidRPr="00994820">
        <w:t>Nessuna risposta.</w:t>
      </w:r>
    </w:p>
    <w:p w14:paraId="051F9277" w14:textId="77777777" w:rsidR="007C3C6C" w:rsidRPr="00994820" w:rsidRDefault="007C3C6C" w:rsidP="00B1354B">
      <w:pPr>
        <w:spacing w:before="100" w:beforeAutospacing="1" w:after="100" w:afterAutospacing="1" w:line="360" w:lineRule="auto"/>
        <w:ind w:firstLine="284"/>
        <w:jc w:val="both"/>
      </w:pPr>
      <w:r w:rsidRPr="00994820">
        <w:t>Bussò di nuovo, più forte. «Kairo? Sono io. Fanny.»</w:t>
      </w:r>
    </w:p>
    <w:p w14:paraId="27428F09" w14:textId="77777777" w:rsidR="007C3C6C" w:rsidRPr="00994820" w:rsidRDefault="007C3C6C" w:rsidP="00B1354B">
      <w:pPr>
        <w:spacing w:before="100" w:beforeAutospacing="1" w:after="100" w:afterAutospacing="1" w:line="360" w:lineRule="auto"/>
        <w:ind w:firstLine="284"/>
        <w:jc w:val="both"/>
      </w:pPr>
      <w:r w:rsidRPr="00994820">
        <w:t>La porta si aprì lentamente. Non per volontà. Era socchiusa. La spinse con cautela.</w:t>
      </w:r>
    </w:p>
    <w:p w14:paraId="3F7621C3" w14:textId="77777777" w:rsidR="007C3C6C" w:rsidRPr="00994820" w:rsidRDefault="007C3C6C" w:rsidP="00B1354B">
      <w:pPr>
        <w:spacing w:before="100" w:beforeAutospacing="1" w:after="100" w:afterAutospacing="1" w:line="360" w:lineRule="auto"/>
        <w:ind w:firstLine="284"/>
        <w:jc w:val="both"/>
      </w:pPr>
      <w:r w:rsidRPr="00994820">
        <w:t>La stanza era immersa in una semioscurità azzurrina, rischiarata solo dalla flebile luce di una lampada da comodino. Due letti. Due armadietti. Due sedie.</w:t>
      </w:r>
    </w:p>
    <w:p w14:paraId="31FA1959" w14:textId="77777777" w:rsidR="007C3C6C" w:rsidRPr="00994820" w:rsidRDefault="007C3C6C" w:rsidP="00B1354B">
      <w:pPr>
        <w:spacing w:before="100" w:beforeAutospacing="1" w:after="100" w:afterAutospacing="1" w:line="360" w:lineRule="auto"/>
        <w:ind w:firstLine="284"/>
        <w:jc w:val="both"/>
      </w:pPr>
      <w:r w:rsidRPr="00994820">
        <w:t>Uno solo era occupato.</w:t>
      </w:r>
    </w:p>
    <w:p w14:paraId="62AB2733" w14:textId="77777777" w:rsidR="007C3C6C" w:rsidRPr="00994820" w:rsidRDefault="007C3C6C" w:rsidP="00B1354B">
      <w:pPr>
        <w:spacing w:before="100" w:beforeAutospacing="1" w:after="100" w:afterAutospacing="1" w:line="360" w:lineRule="auto"/>
        <w:ind w:firstLine="284"/>
        <w:jc w:val="both"/>
      </w:pPr>
      <w:r w:rsidRPr="00994820">
        <w:t>Kairo era seduto sulla sponda del letto, quello opposto a quello dove dormiva Juno. Aveva il busto piegato in avanti, i gomiti sulle ginocchia e la testa tra le mani. Non si voltò.</w:t>
      </w:r>
    </w:p>
    <w:p w14:paraId="5B0BAE63" w14:textId="77777777" w:rsidR="007C3C6C" w:rsidRPr="00994820" w:rsidRDefault="007C3C6C" w:rsidP="00B1354B">
      <w:pPr>
        <w:spacing w:before="100" w:beforeAutospacing="1" w:after="100" w:afterAutospacing="1" w:line="360" w:lineRule="auto"/>
        <w:ind w:firstLine="284"/>
        <w:jc w:val="both"/>
      </w:pPr>
      <w:r w:rsidRPr="00994820">
        <w:t>Fanny fece un passo dentro. Poi un altro.</w:t>
      </w:r>
    </w:p>
    <w:p w14:paraId="6A2DE427" w14:textId="77777777" w:rsidR="007C3C6C" w:rsidRPr="00994820" w:rsidRDefault="007C3C6C" w:rsidP="00B1354B">
      <w:pPr>
        <w:spacing w:before="100" w:beforeAutospacing="1" w:after="100" w:afterAutospacing="1" w:line="360" w:lineRule="auto"/>
        <w:ind w:firstLine="284"/>
        <w:jc w:val="both"/>
      </w:pPr>
      <w:r w:rsidRPr="00994820">
        <w:lastRenderedPageBreak/>
        <w:t>Solo allora vide il letto di Juno.</w:t>
      </w:r>
    </w:p>
    <w:p w14:paraId="7D96A459" w14:textId="77777777" w:rsidR="007C3C6C" w:rsidRPr="00994820" w:rsidRDefault="007C3C6C" w:rsidP="00B1354B">
      <w:pPr>
        <w:spacing w:before="100" w:beforeAutospacing="1" w:after="100" w:afterAutospacing="1" w:line="360" w:lineRule="auto"/>
        <w:ind w:firstLine="284"/>
        <w:jc w:val="both"/>
      </w:pPr>
      <w:r w:rsidRPr="00994820">
        <w:t xml:space="preserve">Sistemato con una precisione che non poteva appartenere a lui. Le lenzuola tirate. Un piccolo cuscino messo dritto al centro. E su di esso, poggiati con una delicatezza quasi sacra, i suoi </w:t>
      </w:r>
      <w:r w:rsidRPr="00994820">
        <w:rPr>
          <w:rStyle w:val="Enfasigrassetto"/>
          <w:rFonts w:eastAsiaTheme="majorEastAsia"/>
        </w:rPr>
        <w:t>capelli</w:t>
      </w:r>
      <w:r w:rsidRPr="00994820">
        <w:t>.</w:t>
      </w:r>
    </w:p>
    <w:p w14:paraId="172BF806" w14:textId="77777777" w:rsidR="007C3C6C" w:rsidRPr="00994820" w:rsidRDefault="007C3C6C" w:rsidP="00B1354B">
      <w:pPr>
        <w:spacing w:before="100" w:beforeAutospacing="1" w:after="100" w:afterAutospacing="1" w:line="360" w:lineRule="auto"/>
        <w:ind w:firstLine="284"/>
        <w:jc w:val="both"/>
      </w:pPr>
      <w:r w:rsidRPr="00994820">
        <w:t>Quei capelli azzurri, modificati artificialmente per pulsare come filamenti di luce. Ora erano fermi. Come vetro colorato spezzato e ricomposto.</w:t>
      </w:r>
    </w:p>
    <w:p w14:paraId="0CD6C43E" w14:textId="77777777" w:rsidR="007C3C6C" w:rsidRPr="00994820" w:rsidRDefault="007C3C6C" w:rsidP="00B1354B">
      <w:pPr>
        <w:spacing w:before="100" w:beforeAutospacing="1" w:after="100" w:afterAutospacing="1" w:line="360" w:lineRule="auto"/>
        <w:ind w:firstLine="284"/>
        <w:jc w:val="both"/>
      </w:pPr>
      <w:r w:rsidRPr="00994820">
        <w:t>Fanny si avvicinò piano.</w:t>
      </w:r>
    </w:p>
    <w:p w14:paraId="26332BA2" w14:textId="77777777" w:rsidR="007C3C6C" w:rsidRPr="00994820" w:rsidRDefault="007C3C6C" w:rsidP="00B1354B">
      <w:pPr>
        <w:spacing w:before="100" w:beforeAutospacing="1" w:after="100" w:afterAutospacing="1" w:line="360" w:lineRule="auto"/>
        <w:ind w:firstLine="284"/>
        <w:jc w:val="both"/>
      </w:pPr>
      <w:r w:rsidRPr="00994820">
        <w:t>«Me l’hanno consegnato poco fa» mormorò Kairo. «Hanno detto che se la sarebbe cavata. Poi hanno detto che c’erano complicazioni. Poi... che non rispondeva. Ora dicono solo che è “in osservazione”» Un flebile sorriso cingeva il volto del ragazzo. Numerose fiale vuote di Gratia circondavano il suo letto «Significa che se fra 12 ore non si risveglia… verrà scartata.»</w:t>
      </w:r>
    </w:p>
    <w:p w14:paraId="141DA6AB" w14:textId="77777777" w:rsidR="007C3C6C" w:rsidRPr="00994820" w:rsidRDefault="007C3C6C" w:rsidP="00B1354B">
      <w:pPr>
        <w:spacing w:before="100" w:beforeAutospacing="1" w:after="100" w:afterAutospacing="1" w:line="360" w:lineRule="auto"/>
        <w:ind w:firstLine="284"/>
        <w:jc w:val="both"/>
      </w:pPr>
      <w:r w:rsidRPr="00994820">
        <w:t>Fanny si sedette accanto a lui, senza parlare. Le sue dita tremavano appena, ma tenne lo sguardo sul Boost Tek, quei capelli che ancora vibravano debolmente.</w:t>
      </w:r>
    </w:p>
    <w:p w14:paraId="508FA62B" w14:textId="77777777" w:rsidR="007C3C6C" w:rsidRPr="00994820" w:rsidRDefault="007C3C6C" w:rsidP="00B1354B">
      <w:pPr>
        <w:spacing w:before="100" w:beforeAutospacing="1" w:after="100" w:afterAutospacing="1" w:line="360" w:lineRule="auto"/>
        <w:ind w:firstLine="284"/>
        <w:jc w:val="both"/>
      </w:pPr>
      <w:r w:rsidRPr="00994820">
        <w:t>«Lo tengo acceso» continuò Kairo, la voce incrinata. «Se si risveglia, magari... magari sente che non l’ho lasciata sola.»</w:t>
      </w:r>
    </w:p>
    <w:p w14:paraId="31E6945E" w14:textId="77777777" w:rsidR="007C3C6C" w:rsidRPr="00994820" w:rsidRDefault="007C3C6C" w:rsidP="00B1354B">
      <w:pPr>
        <w:spacing w:before="100" w:beforeAutospacing="1" w:after="100" w:afterAutospacing="1" w:line="360" w:lineRule="auto"/>
        <w:ind w:firstLine="284"/>
        <w:jc w:val="both"/>
      </w:pPr>
      <w:r w:rsidRPr="00994820">
        <w:t>Fanny annuì.</w:t>
      </w:r>
    </w:p>
    <w:p w14:paraId="75D69E55" w14:textId="77777777" w:rsidR="007C3C6C" w:rsidRPr="00994820" w:rsidRDefault="007C3C6C" w:rsidP="00B1354B">
      <w:pPr>
        <w:spacing w:before="100" w:beforeAutospacing="1" w:after="100" w:afterAutospacing="1" w:line="360" w:lineRule="auto"/>
        <w:ind w:firstLine="284"/>
        <w:jc w:val="both"/>
      </w:pPr>
      <w:r w:rsidRPr="00994820">
        <w:t>Poi, quasi contro la sua stessa volontà, allungò la mano e accarezzò i capelli artificiali. Erano freddi. Senza vita. Ma bellissimi.</w:t>
      </w:r>
    </w:p>
    <w:p w14:paraId="458507F5" w14:textId="77777777" w:rsidR="007C3C6C" w:rsidRPr="00994820" w:rsidRDefault="007C3C6C" w:rsidP="00B1354B">
      <w:pPr>
        <w:spacing w:before="100" w:beforeAutospacing="1" w:after="100" w:afterAutospacing="1" w:line="360" w:lineRule="auto"/>
        <w:ind w:firstLine="284"/>
        <w:jc w:val="both"/>
      </w:pPr>
      <w:r w:rsidRPr="00994820">
        <w:t>«Era una stronza» disse piano.</w:t>
      </w:r>
    </w:p>
    <w:p w14:paraId="1B8F1D32" w14:textId="77777777" w:rsidR="007C3C6C" w:rsidRPr="00994820" w:rsidRDefault="007C3C6C" w:rsidP="00B1354B">
      <w:pPr>
        <w:spacing w:before="100" w:beforeAutospacing="1" w:after="100" w:afterAutospacing="1" w:line="360" w:lineRule="auto"/>
        <w:ind w:firstLine="284"/>
        <w:jc w:val="both"/>
      </w:pPr>
      <w:r w:rsidRPr="00994820">
        <w:t>Kairo rise. Solo un attimo. «Sì.»</w:t>
      </w:r>
    </w:p>
    <w:p w14:paraId="5C5FBCD0" w14:textId="77777777" w:rsidR="007C3C6C" w:rsidRPr="00994820" w:rsidRDefault="007C3C6C" w:rsidP="00B1354B">
      <w:pPr>
        <w:spacing w:before="100" w:beforeAutospacing="1" w:after="100" w:afterAutospacing="1" w:line="360" w:lineRule="auto"/>
        <w:ind w:firstLine="284"/>
        <w:jc w:val="both"/>
      </w:pPr>
      <w:r w:rsidRPr="00994820">
        <w:t>Fanny si voltò verso di lui. Lo guardò in faccia per la prima volta davvero. E vide qualcosa che riconosceva.</w:t>
      </w:r>
    </w:p>
    <w:p w14:paraId="5FDB537F" w14:textId="77777777" w:rsidR="007C3C6C" w:rsidRPr="00994820" w:rsidRDefault="007C3C6C" w:rsidP="00B1354B">
      <w:pPr>
        <w:spacing w:before="100" w:beforeAutospacing="1" w:after="100" w:afterAutospacing="1" w:line="360" w:lineRule="auto"/>
        <w:ind w:firstLine="284"/>
        <w:jc w:val="both"/>
      </w:pPr>
      <w:r w:rsidRPr="00994820">
        <w:t>Quel vuoto.</w:t>
      </w:r>
    </w:p>
    <w:p w14:paraId="7C1F2A77" w14:textId="77777777" w:rsidR="007C3C6C" w:rsidRPr="00994820" w:rsidRDefault="007C3C6C" w:rsidP="00B1354B">
      <w:pPr>
        <w:spacing w:before="100" w:beforeAutospacing="1" w:after="100" w:afterAutospacing="1" w:line="360" w:lineRule="auto"/>
        <w:ind w:firstLine="284"/>
        <w:jc w:val="both"/>
      </w:pPr>
      <w:r w:rsidRPr="00994820">
        <w:t>Quella rabbia impotente.</w:t>
      </w:r>
    </w:p>
    <w:p w14:paraId="52AD16AF" w14:textId="77777777" w:rsidR="007C3C6C" w:rsidRPr="00994820" w:rsidRDefault="007C3C6C" w:rsidP="00B1354B">
      <w:pPr>
        <w:spacing w:before="100" w:beforeAutospacing="1" w:after="100" w:afterAutospacing="1" w:line="360" w:lineRule="auto"/>
        <w:ind w:firstLine="284"/>
        <w:jc w:val="both"/>
      </w:pPr>
      <w:r w:rsidRPr="00994820">
        <w:t>Quella voglia di fare qualcosa. Qualsiasi cosa.</w:t>
      </w:r>
    </w:p>
    <w:p w14:paraId="554C105D" w14:textId="77777777" w:rsidR="007C3C6C" w:rsidRPr="00994820" w:rsidRDefault="007C3C6C" w:rsidP="00B1354B">
      <w:pPr>
        <w:spacing w:before="100" w:beforeAutospacing="1" w:after="100" w:afterAutospacing="1" w:line="360" w:lineRule="auto"/>
        <w:ind w:firstLine="284"/>
        <w:jc w:val="both"/>
      </w:pPr>
      <w:r w:rsidRPr="00994820">
        <w:t>«Se si sveglia» disse Fanny, «voglio esserci.»</w:t>
      </w:r>
    </w:p>
    <w:p w14:paraId="621CA2FD" w14:textId="77777777" w:rsidR="007C3C6C" w:rsidRPr="00994820" w:rsidRDefault="007C3C6C" w:rsidP="00B1354B">
      <w:pPr>
        <w:spacing w:before="100" w:beforeAutospacing="1" w:after="100" w:afterAutospacing="1" w:line="360" w:lineRule="auto"/>
        <w:ind w:firstLine="284"/>
        <w:jc w:val="both"/>
      </w:pPr>
      <w:r w:rsidRPr="00994820">
        <w:lastRenderedPageBreak/>
        <w:t>«Perché?» chiese Kairo, ancora senza alzare lo sguardo.</w:t>
      </w:r>
    </w:p>
    <w:p w14:paraId="7FA5B0A1" w14:textId="77777777" w:rsidR="007C3C6C" w:rsidRPr="00994820" w:rsidRDefault="007C3C6C" w:rsidP="00B1354B">
      <w:pPr>
        <w:spacing w:before="100" w:beforeAutospacing="1" w:after="100" w:afterAutospacing="1" w:line="360" w:lineRule="auto"/>
        <w:ind w:firstLine="284"/>
        <w:jc w:val="both"/>
      </w:pPr>
      <w:r w:rsidRPr="00994820">
        <w:t>«Perché ho promesso a quel giudice che avrei continuato a combattere per tutti, anche per voi» mormorò.</w:t>
      </w:r>
    </w:p>
    <w:p w14:paraId="1275FFD6" w14:textId="77777777" w:rsidR="007C3C6C" w:rsidRPr="00994820" w:rsidRDefault="007C3C6C" w:rsidP="00B1354B">
      <w:pPr>
        <w:spacing w:before="100" w:beforeAutospacing="1" w:after="100" w:afterAutospacing="1" w:line="360" w:lineRule="auto"/>
        <w:ind w:firstLine="284"/>
        <w:jc w:val="both"/>
      </w:pPr>
      <w:r w:rsidRPr="00994820">
        <w:t>Il silenzio che seguì non era pesante. Era... pieno.</w:t>
      </w:r>
    </w:p>
    <w:p w14:paraId="53E46538" w14:textId="77777777" w:rsidR="007C3C6C" w:rsidRPr="00994820" w:rsidRDefault="007C3C6C" w:rsidP="00B1354B">
      <w:pPr>
        <w:spacing w:before="100" w:beforeAutospacing="1" w:after="100" w:afterAutospacing="1" w:line="360" w:lineRule="auto"/>
        <w:ind w:firstLine="284"/>
        <w:jc w:val="both"/>
      </w:pPr>
      <w:r w:rsidRPr="00994820">
        <w:t>Poi Fanny si alzò.</w:t>
      </w:r>
    </w:p>
    <w:p w14:paraId="7C0C032F" w14:textId="77777777" w:rsidR="007C3C6C" w:rsidRPr="00994820" w:rsidRDefault="007C3C6C" w:rsidP="00B1354B">
      <w:pPr>
        <w:spacing w:before="100" w:beforeAutospacing="1" w:after="100" w:afterAutospacing="1" w:line="360" w:lineRule="auto"/>
        <w:ind w:firstLine="284"/>
        <w:jc w:val="both"/>
      </w:pPr>
      <w:r w:rsidRPr="00994820">
        <w:t>Si avvicinò all’armadietto di Juno, lo aprì. Un’uniforme piegata, un visore, una foto. Fanny la fissò. Erano insieme. Un giorno di addestramento. Kairo rideva. Lei sembrava seccata. Ma guardava in camera. Guardava davvero.</w:t>
      </w:r>
    </w:p>
    <w:p w14:paraId="73E32D37" w14:textId="77777777" w:rsidR="007C3C6C" w:rsidRPr="00994820" w:rsidRDefault="007C3C6C" w:rsidP="00B1354B">
      <w:pPr>
        <w:spacing w:before="100" w:beforeAutospacing="1" w:after="100" w:afterAutospacing="1" w:line="360" w:lineRule="auto"/>
        <w:ind w:firstLine="284"/>
        <w:jc w:val="both"/>
      </w:pPr>
      <w:r w:rsidRPr="00994820">
        <w:t>Prese la foto. La infilò nel taschino.</w:t>
      </w:r>
    </w:p>
    <w:p w14:paraId="6D4A7CA8" w14:textId="77777777" w:rsidR="007C3C6C" w:rsidRPr="00994820" w:rsidRDefault="007C3C6C" w:rsidP="00B1354B">
      <w:pPr>
        <w:spacing w:before="100" w:beforeAutospacing="1" w:after="100" w:afterAutospacing="1" w:line="360" w:lineRule="auto"/>
        <w:ind w:firstLine="284"/>
        <w:jc w:val="both"/>
      </w:pPr>
      <w:r w:rsidRPr="00994820">
        <w:t>Poi si voltò. «Tieni duro, cadetto.»</w:t>
      </w:r>
    </w:p>
    <w:p w14:paraId="5D9D259A" w14:textId="77777777" w:rsidR="007C3C6C" w:rsidRPr="00994820" w:rsidRDefault="007C3C6C" w:rsidP="00B1354B">
      <w:pPr>
        <w:spacing w:before="100" w:beforeAutospacing="1" w:after="100" w:afterAutospacing="1" w:line="360" w:lineRule="auto"/>
        <w:ind w:firstLine="284"/>
        <w:jc w:val="both"/>
      </w:pPr>
      <w:r w:rsidRPr="00994820">
        <w:t>Kairo non rispose. Ma quando uscì dalla stanza, Fanny seppe che l’aveva sentita.</w:t>
      </w:r>
    </w:p>
    <w:p w14:paraId="70B8666D" w14:textId="77777777" w:rsidR="007C3C6C" w:rsidRPr="00994820" w:rsidRDefault="007C3C6C" w:rsidP="00B1354B">
      <w:pPr>
        <w:spacing w:before="100" w:beforeAutospacing="1" w:after="100" w:afterAutospacing="1" w:line="360" w:lineRule="auto"/>
        <w:ind w:firstLine="284"/>
        <w:jc w:val="both"/>
      </w:pPr>
      <w:r w:rsidRPr="00994820">
        <w:t>E forse... anche Juno.</w:t>
      </w:r>
    </w:p>
    <w:p w14:paraId="6D3E497F" w14:textId="77777777" w:rsidR="007C3C6C" w:rsidRPr="00994820" w:rsidRDefault="007C3C6C" w:rsidP="00B1354B">
      <w:pPr>
        <w:spacing w:before="100" w:beforeAutospacing="1" w:after="100" w:afterAutospacing="1" w:line="360" w:lineRule="auto"/>
        <w:ind w:firstLine="284"/>
        <w:jc w:val="both"/>
      </w:pPr>
      <w:r w:rsidRPr="00994820">
        <w:t>Fanny camminava con calma, massaggiando ogni tanto la tasca in cui aveva infilato la foto, proprio a fianco alla moneta del padre. “Un’altra persona persa” pensò.</w:t>
      </w:r>
    </w:p>
    <w:p w14:paraId="09968E8B" w14:textId="77777777" w:rsidR="007C3C6C" w:rsidRPr="00994820" w:rsidRDefault="007C3C6C" w:rsidP="00B1354B">
      <w:pPr>
        <w:spacing w:before="100" w:beforeAutospacing="1" w:after="100" w:afterAutospacing="1" w:line="360" w:lineRule="auto"/>
        <w:ind w:firstLine="284"/>
        <w:jc w:val="both"/>
      </w:pPr>
      <w:r w:rsidRPr="00994820">
        <w:t>Tutto questo stava diventando pesante… tutto per cercare un padre che a malapena ricordava. Era stata colpa sua? Forse doveva agire più rapidamente, con meno noncuranze per le vita attorno a lei.</w:t>
      </w:r>
    </w:p>
    <w:p w14:paraId="6FE71248" w14:textId="77777777" w:rsidR="007C3C6C" w:rsidRPr="00994820" w:rsidRDefault="007C3C6C" w:rsidP="00B1354B">
      <w:pPr>
        <w:spacing w:before="100" w:beforeAutospacing="1" w:after="100" w:afterAutospacing="1" w:line="360" w:lineRule="auto"/>
        <w:ind w:firstLine="284"/>
        <w:jc w:val="both"/>
      </w:pPr>
      <w:r w:rsidRPr="00994820">
        <w:t>Proprio come durante l’allenamento, sempre tutta questa noncuranza per chi rimaneva ferito. Non erano tutti suoi nemici. Il pensiero di una vita giovane spezzata per colpa sua la tormentava.</w:t>
      </w:r>
    </w:p>
    <w:p w14:paraId="0EB53F4F" w14:textId="77777777" w:rsidR="007C3C6C" w:rsidRPr="00994820" w:rsidRDefault="007C3C6C" w:rsidP="00B1354B">
      <w:pPr>
        <w:spacing w:before="100" w:beforeAutospacing="1" w:after="100" w:afterAutospacing="1" w:line="360" w:lineRule="auto"/>
        <w:ind w:firstLine="284"/>
        <w:jc w:val="both"/>
      </w:pPr>
      <w:r w:rsidRPr="00994820">
        <w:t>Poi quel flusso di angoscia venne spezzato.</w:t>
      </w:r>
    </w:p>
    <w:p w14:paraId="5A4A6395" w14:textId="77777777" w:rsidR="007C3C6C" w:rsidRPr="00994820" w:rsidRDefault="007C3C6C" w:rsidP="00B1354B">
      <w:pPr>
        <w:spacing w:before="100" w:beforeAutospacing="1" w:after="100" w:afterAutospacing="1" w:line="360" w:lineRule="auto"/>
        <w:ind w:firstLine="284"/>
        <w:jc w:val="both"/>
      </w:pPr>
      <w:r w:rsidRPr="00994820">
        <w:t>«Madame, abbiamo un messaggio da quello Shinigami» Fanny ruotò il palmo per vedere l’ologramma «Cosa vuole?» disse con tono freddo e sconsolato.</w:t>
      </w:r>
    </w:p>
    <w:p w14:paraId="5F3C8C33" w14:textId="3E446B2C" w:rsidR="007C3C6C" w:rsidRPr="00994820" w:rsidRDefault="007C3C6C" w:rsidP="00B1354B">
      <w:pPr>
        <w:spacing w:before="100" w:beforeAutospacing="1" w:after="100" w:afterAutospacing="1" w:line="360" w:lineRule="auto"/>
        <w:ind w:firstLine="284"/>
        <w:jc w:val="both"/>
      </w:pPr>
      <w:r w:rsidRPr="00994820">
        <w:t>«Semplicemente di tornare in camera, nella vostra, Madame. Vi aspetterà lì»</w:t>
      </w:r>
    </w:p>
    <w:p w14:paraId="30DB6B9A" w14:textId="77777777" w:rsidR="007C3C6C" w:rsidRPr="00994820" w:rsidRDefault="007C3C6C" w:rsidP="00B1354B">
      <w:pPr>
        <w:spacing w:before="100" w:beforeAutospacing="1" w:after="100" w:afterAutospacing="1" w:line="360" w:lineRule="auto"/>
        <w:ind w:firstLine="284"/>
        <w:jc w:val="both"/>
      </w:pPr>
      <w:r w:rsidRPr="00994820">
        <w:t>Fanny raggiunse il corridoio che conduceva alle sue stanze, questa volta la strada venne percorsa con calma. Ogni passo risuonava pesante, come se il peso di ciò che aveva visto non volesse più lasciarla. La porta della sua camera era chiusa, ma davanti a essa — come le aveva anticipato Becky — c’era Kieran.</w:t>
      </w:r>
    </w:p>
    <w:p w14:paraId="6CBBBC13" w14:textId="77777777" w:rsidR="007C3C6C" w:rsidRPr="00994820" w:rsidRDefault="007C3C6C" w:rsidP="00B1354B">
      <w:pPr>
        <w:spacing w:before="100" w:beforeAutospacing="1" w:after="100" w:afterAutospacing="1" w:line="360" w:lineRule="auto"/>
        <w:ind w:firstLine="284"/>
        <w:jc w:val="both"/>
      </w:pPr>
      <w:r w:rsidRPr="00994820">
        <w:lastRenderedPageBreak/>
        <w:t>O meglio, lo Shinigami.</w:t>
      </w:r>
    </w:p>
    <w:p w14:paraId="792B0987" w14:textId="77777777" w:rsidR="007C3C6C" w:rsidRPr="00994820" w:rsidRDefault="007C3C6C" w:rsidP="00B1354B">
      <w:pPr>
        <w:spacing w:before="100" w:beforeAutospacing="1" w:after="100" w:afterAutospacing="1" w:line="360" w:lineRule="auto"/>
        <w:ind w:firstLine="284"/>
        <w:jc w:val="both"/>
      </w:pPr>
      <w:r w:rsidRPr="00994820">
        <w:t>Immobile. Dritto come una lama. Maschera olografica di un colore rosso, falce al fianco, e quell’aria da condanna sospesa che ormai sembrava portarsi addosso come un mantello invisibile.</w:t>
      </w:r>
    </w:p>
    <w:p w14:paraId="03197E27" w14:textId="77777777" w:rsidR="007C3C6C" w:rsidRPr="00994820" w:rsidRDefault="007C3C6C" w:rsidP="00B1354B">
      <w:pPr>
        <w:spacing w:before="100" w:beforeAutospacing="1" w:after="100" w:afterAutospacing="1" w:line="360" w:lineRule="auto"/>
        <w:ind w:firstLine="284"/>
        <w:jc w:val="both"/>
      </w:pPr>
      <w:r w:rsidRPr="00994820">
        <w:t>«Ti aspettavo» disse, senza emozioni, il tono professionale come quello di chi legge un proclama solenne.</w:t>
      </w:r>
    </w:p>
    <w:p w14:paraId="04094642" w14:textId="77777777" w:rsidR="007C3C6C" w:rsidRPr="00994820" w:rsidRDefault="007C3C6C" w:rsidP="00B1354B">
      <w:pPr>
        <w:spacing w:before="100" w:beforeAutospacing="1" w:after="100" w:afterAutospacing="1" w:line="360" w:lineRule="auto"/>
        <w:ind w:firstLine="284"/>
        <w:jc w:val="both"/>
      </w:pPr>
      <w:r w:rsidRPr="00994820">
        <w:t>Fanny lo guardò con uno sguardo stanco. «Immagino non sia per un tè.»</w:t>
      </w:r>
    </w:p>
    <w:p w14:paraId="72D90C45" w14:textId="77777777" w:rsidR="007C3C6C" w:rsidRPr="00994820" w:rsidRDefault="007C3C6C" w:rsidP="00B1354B">
      <w:pPr>
        <w:spacing w:before="100" w:beforeAutospacing="1" w:after="100" w:afterAutospacing="1" w:line="360" w:lineRule="auto"/>
        <w:ind w:firstLine="284"/>
        <w:jc w:val="both"/>
      </w:pPr>
      <w:r w:rsidRPr="00994820">
        <w:t>«Il Dipartimento intende discutere del tuo comportamento di ieri sera. Dobbiamo parlare delle procedure disciplinari.»</w:t>
      </w:r>
    </w:p>
    <w:p w14:paraId="0BB8B00A" w14:textId="77777777" w:rsidR="007C3C6C" w:rsidRPr="00994820" w:rsidRDefault="007C3C6C" w:rsidP="00B1354B">
      <w:pPr>
        <w:spacing w:before="100" w:beforeAutospacing="1" w:after="100" w:afterAutospacing="1" w:line="360" w:lineRule="auto"/>
        <w:ind w:firstLine="284"/>
        <w:jc w:val="both"/>
      </w:pPr>
      <w:r w:rsidRPr="00994820">
        <w:t>Aprì la porta con un gesto del polso. Un click. Entrò per primo, con passo misurato. Fanny lo seguì, senza fiatare.</w:t>
      </w:r>
    </w:p>
    <w:p w14:paraId="47463970" w14:textId="77777777" w:rsidR="007C3C6C" w:rsidRPr="00994820" w:rsidRDefault="007C3C6C" w:rsidP="00B1354B">
      <w:pPr>
        <w:spacing w:before="100" w:beforeAutospacing="1" w:after="100" w:afterAutospacing="1" w:line="360" w:lineRule="auto"/>
        <w:ind w:firstLine="284"/>
        <w:jc w:val="both"/>
      </w:pPr>
      <w:r w:rsidRPr="00994820">
        <w:t>Appena dentro, Kieran si fermò accanto al terminale sul muro e premette un tasto sulla maschera. Un lieve sibilo riempì l’aria.</w:t>
      </w:r>
    </w:p>
    <w:p w14:paraId="6C16544D" w14:textId="77777777" w:rsidR="007C3C6C" w:rsidRPr="00994820" w:rsidRDefault="007C3C6C" w:rsidP="00B1354B">
      <w:pPr>
        <w:spacing w:before="100" w:beforeAutospacing="1" w:after="100" w:afterAutospacing="1" w:line="360" w:lineRule="auto"/>
        <w:ind w:firstLine="284"/>
        <w:jc w:val="both"/>
      </w:pPr>
      <w:r w:rsidRPr="00994820">
        <w:t>«Ora non ci vedono. Non ci ascoltano. Abbiamo qualche minuto.»</w:t>
      </w:r>
    </w:p>
    <w:p w14:paraId="2FAD0D47" w14:textId="77777777" w:rsidR="007C3C6C" w:rsidRPr="00994820" w:rsidRDefault="007C3C6C" w:rsidP="00B1354B">
      <w:pPr>
        <w:spacing w:before="100" w:beforeAutospacing="1" w:after="100" w:afterAutospacing="1" w:line="360" w:lineRule="auto"/>
        <w:ind w:firstLine="284"/>
        <w:jc w:val="both"/>
      </w:pPr>
      <w:r w:rsidRPr="00994820">
        <w:t>Detto ciò, si tolse la maschera.</w:t>
      </w:r>
    </w:p>
    <w:p w14:paraId="1CE327A6" w14:textId="77777777" w:rsidR="007C3C6C" w:rsidRPr="00994820" w:rsidRDefault="007C3C6C" w:rsidP="00B1354B">
      <w:pPr>
        <w:spacing w:before="100" w:beforeAutospacing="1" w:after="100" w:afterAutospacing="1" w:line="360" w:lineRule="auto"/>
        <w:ind w:firstLine="284"/>
        <w:jc w:val="both"/>
      </w:pPr>
      <w:r w:rsidRPr="00994820">
        <w:t>Il gesto fu silenzioso, ma colossale. Come se avesse smesso di indossare un’intera identità. Fanny restò a guardarlo senza parlare.</w:t>
      </w:r>
    </w:p>
    <w:p w14:paraId="5174D063" w14:textId="77777777" w:rsidR="007C3C6C" w:rsidRPr="00994820" w:rsidRDefault="007C3C6C" w:rsidP="00B1354B">
      <w:pPr>
        <w:spacing w:before="100" w:beforeAutospacing="1" w:after="100" w:afterAutospacing="1" w:line="360" w:lineRule="auto"/>
        <w:ind w:firstLine="284"/>
        <w:jc w:val="both"/>
      </w:pPr>
      <w:r w:rsidRPr="00994820">
        <w:t>Quel volto.</w:t>
      </w:r>
    </w:p>
    <w:p w14:paraId="096B51F1" w14:textId="77777777" w:rsidR="007C3C6C" w:rsidRPr="00994820" w:rsidRDefault="007C3C6C" w:rsidP="00B1354B">
      <w:pPr>
        <w:spacing w:before="100" w:beforeAutospacing="1" w:after="100" w:afterAutospacing="1" w:line="360" w:lineRule="auto"/>
        <w:ind w:firstLine="284"/>
        <w:jc w:val="both"/>
      </w:pPr>
      <w:r w:rsidRPr="00994820">
        <w:t>Lo stesso di prima. Ma senza filtri. Una bellezza anemica, rotta, ferma nel tempo. Eppure viva. Più viva di quanto lei ricordasse di essere stata ultimamente.</w:t>
      </w:r>
    </w:p>
    <w:p w14:paraId="75333435" w14:textId="77777777" w:rsidR="007C3C6C" w:rsidRPr="00994820" w:rsidRDefault="007C3C6C" w:rsidP="00B1354B">
      <w:pPr>
        <w:spacing w:before="100" w:beforeAutospacing="1" w:after="100" w:afterAutospacing="1" w:line="360" w:lineRule="auto"/>
        <w:ind w:firstLine="284"/>
        <w:jc w:val="both"/>
      </w:pPr>
      <w:r w:rsidRPr="00994820">
        <w:t>La cicatrice che gli disegnava un ghigno forzato sul lato della bocca era lì, come un autografo del dolore.</w:t>
      </w:r>
    </w:p>
    <w:p w14:paraId="4866D528" w14:textId="77777777" w:rsidR="007C3C6C" w:rsidRPr="00994820" w:rsidRDefault="007C3C6C" w:rsidP="00B1354B">
      <w:pPr>
        <w:spacing w:before="100" w:beforeAutospacing="1" w:after="100" w:afterAutospacing="1" w:line="360" w:lineRule="auto"/>
        <w:ind w:firstLine="284"/>
        <w:jc w:val="both"/>
      </w:pPr>
      <w:r w:rsidRPr="00994820">
        <w:t>E gli occhi. Quei due cristalli fermi, profondi. Non si accendevano di rabbia. Non brillavano di gioia. Non piangevano. Ma non erano vuoti.</w:t>
      </w:r>
    </w:p>
    <w:p w14:paraId="2C0C3BC5" w14:textId="77777777" w:rsidR="007C3C6C" w:rsidRPr="00994820" w:rsidRDefault="007C3C6C" w:rsidP="00B1354B">
      <w:pPr>
        <w:spacing w:before="100" w:beforeAutospacing="1" w:after="100" w:afterAutospacing="1" w:line="360" w:lineRule="auto"/>
        <w:ind w:firstLine="284"/>
        <w:jc w:val="both"/>
      </w:pPr>
      <w:r w:rsidRPr="00994820">
        <w:t>Erano... trattenuti.</w:t>
      </w:r>
    </w:p>
    <w:p w14:paraId="6C5DBF0B" w14:textId="77777777" w:rsidR="007C3C6C" w:rsidRPr="00994820" w:rsidRDefault="007C3C6C" w:rsidP="00B1354B">
      <w:pPr>
        <w:spacing w:before="100" w:beforeAutospacing="1" w:after="100" w:afterAutospacing="1" w:line="360" w:lineRule="auto"/>
        <w:ind w:firstLine="284"/>
        <w:jc w:val="both"/>
      </w:pPr>
      <w:r w:rsidRPr="00994820">
        <w:t>Fanny inspirò piano. Sentiva che le gambe avrebbero potuto tremare. Ma non lo fecero.</w:t>
      </w:r>
    </w:p>
    <w:p w14:paraId="6376F7F7" w14:textId="77777777" w:rsidR="007C3C6C" w:rsidRPr="00994820" w:rsidRDefault="007C3C6C" w:rsidP="00B1354B">
      <w:pPr>
        <w:spacing w:before="100" w:beforeAutospacing="1" w:after="100" w:afterAutospacing="1" w:line="360" w:lineRule="auto"/>
        <w:ind w:firstLine="284"/>
        <w:jc w:val="both"/>
      </w:pPr>
      <w:r w:rsidRPr="00994820">
        <w:t>«Allora?» chiese, incrociando le braccia.</w:t>
      </w:r>
    </w:p>
    <w:p w14:paraId="66139904" w14:textId="77777777" w:rsidR="007C3C6C" w:rsidRPr="00994820" w:rsidRDefault="007C3C6C" w:rsidP="00B1354B">
      <w:pPr>
        <w:spacing w:before="100" w:beforeAutospacing="1" w:after="100" w:afterAutospacing="1" w:line="360" w:lineRule="auto"/>
        <w:ind w:firstLine="284"/>
        <w:jc w:val="both"/>
      </w:pPr>
      <w:r w:rsidRPr="00994820">
        <w:lastRenderedPageBreak/>
        <w:t>Kieran la guardò. Non con durezza. Ma nemmeno con dolcezza.</w:t>
      </w:r>
    </w:p>
    <w:p w14:paraId="18E229F0" w14:textId="77777777" w:rsidR="007C3C6C" w:rsidRPr="00994820" w:rsidRDefault="007C3C6C" w:rsidP="00B1354B">
      <w:pPr>
        <w:spacing w:before="100" w:beforeAutospacing="1" w:after="100" w:afterAutospacing="1" w:line="360" w:lineRule="auto"/>
        <w:ind w:firstLine="284"/>
        <w:jc w:val="both"/>
      </w:pPr>
      <w:r w:rsidRPr="00994820">
        <w:t>«Stai cercando tuo padre, vero?» le chiese senza girarci intorno</w:t>
      </w:r>
    </w:p>
    <w:p w14:paraId="376F9CDA" w14:textId="77777777" w:rsidR="007C3C6C" w:rsidRPr="00994820" w:rsidRDefault="007C3C6C" w:rsidP="00B1354B">
      <w:pPr>
        <w:spacing w:before="100" w:beforeAutospacing="1" w:after="100" w:afterAutospacing="1" w:line="360" w:lineRule="auto"/>
        <w:ind w:firstLine="284"/>
        <w:jc w:val="both"/>
      </w:pPr>
      <w:r w:rsidRPr="00994820">
        <w:t>Fanny sgranò gli occhi sconvolta, non sapeva come rispondergli, né come reagire. Sembrava una persona del tutto diversa da quella di ieri sera o anche solo di poco fa.</w:t>
      </w:r>
    </w:p>
    <w:p w14:paraId="4FE127AB" w14:textId="77777777" w:rsidR="007C3C6C" w:rsidRPr="00994820" w:rsidRDefault="007C3C6C" w:rsidP="00B1354B">
      <w:pPr>
        <w:spacing w:before="100" w:beforeAutospacing="1" w:after="100" w:afterAutospacing="1" w:line="360" w:lineRule="auto"/>
        <w:ind w:firstLine="284"/>
        <w:jc w:val="both"/>
      </w:pPr>
      <w:r w:rsidRPr="00994820">
        <w:t>«Come lo sai? Chi te l’ha detto?» chiese mentre l’irritazione di questo atteggiamento, che le ricordava il loro primo incontro, saliva.</w:t>
      </w:r>
    </w:p>
    <w:p w14:paraId="0BBBA81C" w14:textId="77777777" w:rsidR="007C3C6C" w:rsidRPr="00994820" w:rsidRDefault="007C3C6C" w:rsidP="00B1354B">
      <w:pPr>
        <w:spacing w:before="100" w:beforeAutospacing="1" w:after="100" w:afterAutospacing="1" w:line="360" w:lineRule="auto"/>
        <w:ind w:firstLine="284"/>
        <w:jc w:val="both"/>
      </w:pPr>
      <w:r w:rsidRPr="00994820">
        <w:t>«Lui.» rispose in maniera concisa Kieran.</w:t>
      </w:r>
    </w:p>
    <w:p w14:paraId="392CFD9C" w14:textId="77777777" w:rsidR="007C3C6C" w:rsidRPr="00994820" w:rsidRDefault="007C3C6C" w:rsidP="00B1354B">
      <w:pPr>
        <w:spacing w:before="100" w:beforeAutospacing="1" w:after="100" w:afterAutospacing="1" w:line="360" w:lineRule="auto"/>
        <w:ind w:firstLine="284"/>
        <w:jc w:val="both"/>
      </w:pPr>
      <w:r w:rsidRPr="00994820">
        <w:t>Fanny chinò la testa con fare confuso «Lui chi?» Poi sospirò lasciandosi cadere sul letto «Per favore, non sono in vena di questi giochetti. Hai detto che abbiamo poco tempo, no? E allora parla chiaro per favore.» Rispose infine lanciandogli un’occhiataccia che lo perforava da parte a parte.</w:t>
      </w:r>
    </w:p>
    <w:p w14:paraId="0E0A0F6F" w14:textId="77777777" w:rsidR="007C3C6C" w:rsidRPr="00994820" w:rsidRDefault="007C3C6C" w:rsidP="00B1354B">
      <w:pPr>
        <w:spacing w:before="100" w:beforeAutospacing="1" w:after="100" w:afterAutospacing="1" w:line="360" w:lineRule="auto"/>
        <w:ind w:firstLine="284"/>
        <w:jc w:val="both"/>
      </w:pPr>
      <w:r w:rsidRPr="00994820">
        <w:t>«Tuo padre.» ribatté Kieran.</w:t>
      </w:r>
    </w:p>
    <w:p w14:paraId="32FECCEC" w14:textId="77777777" w:rsidR="007C3C6C" w:rsidRPr="00994820" w:rsidRDefault="007C3C6C" w:rsidP="00B1354B">
      <w:pPr>
        <w:spacing w:before="100" w:beforeAutospacing="1" w:after="100" w:afterAutospacing="1" w:line="360" w:lineRule="auto"/>
        <w:ind w:firstLine="284"/>
        <w:jc w:val="both"/>
      </w:pPr>
      <w:r w:rsidRPr="00994820">
        <w:t>«Che?» Fanny scattò in piedi e in risposta al silenzio che ne seguì si avvicinò al ragazzo e lo afferrò per la collottola del suo abito «Senti, vedi di dirmi tutto, adesso: cosa sai di mio padre? Che diavolo ci facevi DAVVERO nelle fogne, guarda caso dove stavo io. Perché continui a proteggermi. Parla.» Gli ringhiò contro mentre i suoi occhi si illuminavano di luce dorata, e la sua rabbia cresceva.</w:t>
      </w:r>
    </w:p>
    <w:p w14:paraId="74084B07" w14:textId="77777777" w:rsidR="007C3C6C" w:rsidRPr="00994820" w:rsidRDefault="007C3C6C" w:rsidP="00B1354B">
      <w:pPr>
        <w:spacing w:before="100" w:beforeAutospacing="1" w:after="100" w:afterAutospacing="1" w:line="360" w:lineRule="auto"/>
        <w:ind w:firstLine="284"/>
        <w:jc w:val="both"/>
      </w:pPr>
      <w:r w:rsidRPr="00994820">
        <w:t>Kieran per la prima volta accennò a un sorriso «Ti dirò tutto, è per questo che sono venuto da te»</w:t>
      </w:r>
    </w:p>
    <w:p w14:paraId="7D334ED0" w14:textId="77777777" w:rsidR="007C3C6C" w:rsidRPr="00994820" w:rsidRDefault="007C3C6C" w:rsidP="00B1354B">
      <w:pPr>
        <w:spacing w:before="100" w:beforeAutospacing="1" w:after="100" w:afterAutospacing="1" w:line="360" w:lineRule="auto"/>
        <w:ind w:firstLine="284"/>
        <w:jc w:val="both"/>
      </w:pPr>
      <w:r w:rsidRPr="00994820">
        <w:t>Fanny quindi le ricambiò un gelido sorriso accompagnandolo verso una sedia «Perfetto, sono pronta ad ascoltarti» e detto ciò si mise a gambe incrociate sul letto.</w:t>
      </w:r>
    </w:p>
    <w:p w14:paraId="34638AC2" w14:textId="77777777" w:rsidR="007C3C6C" w:rsidRPr="00994820" w:rsidRDefault="007C3C6C" w:rsidP="00B1354B">
      <w:pPr>
        <w:spacing w:before="100" w:beforeAutospacing="1" w:after="100" w:afterAutospacing="1" w:line="360" w:lineRule="auto"/>
        <w:ind w:firstLine="284"/>
        <w:jc w:val="both"/>
      </w:pPr>
      <w:r w:rsidRPr="00994820">
        <w:t>Kieran sbuffò alquanto spazientito «Non voglio ammorbarti con la mia storia tragica e comunque ora non abbiamo tempo: Taker fu colui che mi salvò e per molto tempo mi ha istruito come Shinigami e come ribelle»</w:t>
      </w:r>
    </w:p>
    <w:p w14:paraId="69CEFE6E" w14:textId="77777777" w:rsidR="007C3C6C" w:rsidRPr="00994820" w:rsidRDefault="007C3C6C" w:rsidP="00B1354B">
      <w:pPr>
        <w:spacing w:before="100" w:beforeAutospacing="1" w:after="100" w:afterAutospacing="1" w:line="360" w:lineRule="auto"/>
        <w:ind w:firstLine="284"/>
        <w:jc w:val="both"/>
      </w:pPr>
      <w:r w:rsidRPr="00994820">
        <w:t>Fanny apparve inizialmente stupefatta «Taker? Ecco perché non sembrava prendersela con te quanto avresti meritato… e mio padre cosa centra?»</w:t>
      </w:r>
    </w:p>
    <w:p w14:paraId="4503A684" w14:textId="77777777" w:rsidR="007C3C6C" w:rsidRPr="00994820" w:rsidRDefault="007C3C6C" w:rsidP="00B1354B">
      <w:pPr>
        <w:spacing w:before="100" w:beforeAutospacing="1" w:after="100" w:afterAutospacing="1" w:line="360" w:lineRule="auto"/>
        <w:ind w:firstLine="284"/>
        <w:jc w:val="both"/>
      </w:pPr>
      <w:r w:rsidRPr="00994820">
        <w:t>«Fu tuo padre, Bartolomeo, a iniziare tutto da quanto so, o almeno lui e Taker. Entrambi avevano i loro motivi per odiare il sistema, Taker per gli abusi costanti che gli distrussero la psiche e tuo padre per…»</w:t>
      </w:r>
    </w:p>
    <w:p w14:paraId="3817E6A7" w14:textId="77777777" w:rsidR="007C3C6C" w:rsidRPr="00994820" w:rsidRDefault="007C3C6C" w:rsidP="00B1354B">
      <w:pPr>
        <w:spacing w:before="100" w:beforeAutospacing="1" w:after="100" w:afterAutospacing="1" w:line="360" w:lineRule="auto"/>
        <w:ind w:firstLine="284"/>
        <w:jc w:val="both"/>
      </w:pPr>
      <w:r w:rsidRPr="00994820">
        <w:t>«… per mamma…» Fanny si rattristò e poi decise di interrompere il discorso di Kieran «Tu… l’hai mai visto il mio papà?... Avresti una sua foto?...»</w:t>
      </w:r>
    </w:p>
    <w:p w14:paraId="07F86033" w14:textId="77777777" w:rsidR="007C3C6C" w:rsidRPr="00994820" w:rsidRDefault="007C3C6C" w:rsidP="00B1354B">
      <w:pPr>
        <w:spacing w:before="100" w:beforeAutospacing="1" w:after="100" w:afterAutospacing="1" w:line="360" w:lineRule="auto"/>
        <w:ind w:firstLine="284"/>
        <w:jc w:val="both"/>
      </w:pPr>
      <w:r w:rsidRPr="00994820">
        <w:lastRenderedPageBreak/>
        <w:t>Kieran alzò le sopracciglia con fare confuso «Di tuo padre?»</w:t>
      </w:r>
    </w:p>
    <w:p w14:paraId="5E8F3B99" w14:textId="77777777" w:rsidR="007C3C6C" w:rsidRPr="00994820" w:rsidRDefault="007C3C6C" w:rsidP="00B1354B">
      <w:pPr>
        <w:spacing w:before="100" w:beforeAutospacing="1" w:after="100" w:afterAutospacing="1" w:line="360" w:lineRule="auto"/>
        <w:ind w:firstLine="284"/>
        <w:jc w:val="both"/>
      </w:pPr>
      <w:r w:rsidRPr="00994820">
        <w:t>Fanny arrossì e iniziò a giocherellare con i propri capelli rossi fiammeggianti «Ecco… io e mia madre abbiamo sempre sofferto di una malattia genetica… la chiamavano Sindrome degli Occhi Spenti…» Fanny si schiarì la voce come fosse pronta a recitare una poesia «è una malattia a trasmissione mitocondriale per via materna, intacca occhi, muscolatura volontaria e il cuore, causando…» poi si interruppe e sorrise «Non ricordo il resto, ma papà me lo spiegò molte volte… tutto ciò che so è che ho sempre sofferto di Prosopagnosia…» Si indica gli occhi cibernetici « Questi occhi non servono solo a vedere meglio: registrano gli elementi di un viso, li mettono insieme e li inviano nel mio ippocampo, bypassando completamente il giro di Rolando»</w:t>
      </w:r>
    </w:p>
    <w:p w14:paraId="37EE49D4" w14:textId="77777777" w:rsidR="007C3C6C" w:rsidRPr="00994820" w:rsidRDefault="007C3C6C" w:rsidP="00B1354B">
      <w:pPr>
        <w:spacing w:before="100" w:beforeAutospacing="1" w:after="100" w:afterAutospacing="1" w:line="360" w:lineRule="auto"/>
        <w:ind w:firstLine="284"/>
        <w:jc w:val="both"/>
      </w:pPr>
      <w:r w:rsidRPr="00994820">
        <w:t>Kieran sgranò gli occhi guardando i potenziamenti della ragazza «Quindi anche gli altri boost…»</w:t>
      </w:r>
    </w:p>
    <w:p w14:paraId="4B931D69" w14:textId="77777777" w:rsidR="007C3C6C" w:rsidRPr="00994820" w:rsidRDefault="007C3C6C" w:rsidP="00B1354B">
      <w:pPr>
        <w:spacing w:before="100" w:beforeAutospacing="1" w:after="100" w:afterAutospacing="1" w:line="360" w:lineRule="auto"/>
        <w:ind w:firstLine="284"/>
        <w:jc w:val="both"/>
      </w:pPr>
      <w:r w:rsidRPr="00994820">
        <w:t>«Già… mio padre tentò in tutti i modi di chiedere aiuto alla città per mia madre, ma le malattie genetiche sono considerate incurabili dopo la nascita… così dopo la morte della mamma, papà si specializzò nello sviluppo clandestino di Boost tek, sperimentando su di sé» poi guardò verso il basso con un viso provato «… solo per riuscire a salvare me… e poi a lavoro finito sparì una notte…proprio la notte in cui mi installò questi… per cui io non riesco a ricordare il volto di mio padre… ma se lo vedessi adesso, anche solo via foto» cominciò a fregarsi le mani in modo nervoso, trattenendo a forza le lacrime «Almeno riuscirei a ricordare il volto di chi mi ha cresciuto e mi raccontava le favole…»</w:t>
      </w:r>
    </w:p>
    <w:p w14:paraId="65DC255A" w14:textId="77777777" w:rsidR="007C3C6C" w:rsidRPr="00994820" w:rsidRDefault="007C3C6C" w:rsidP="00B1354B">
      <w:pPr>
        <w:spacing w:before="100" w:beforeAutospacing="1" w:after="100" w:afterAutospacing="1" w:line="360" w:lineRule="auto"/>
        <w:ind w:firstLine="284"/>
        <w:jc w:val="both"/>
      </w:pPr>
      <w:r w:rsidRPr="00994820">
        <w:t>Un serie di bip secchi interruppe il discorso dei due colleghi</w:t>
      </w:r>
    </w:p>
    <w:p w14:paraId="4991D03A" w14:textId="77777777" w:rsidR="007C3C6C" w:rsidRPr="00994820" w:rsidRDefault="007C3C6C" w:rsidP="00B1354B">
      <w:pPr>
        <w:spacing w:before="100" w:beforeAutospacing="1" w:after="100" w:afterAutospacing="1" w:line="360" w:lineRule="auto"/>
        <w:ind w:firstLine="284"/>
        <w:jc w:val="both"/>
      </w:pPr>
      <w:r w:rsidRPr="00994820">
        <w:t>«Madame!» disse con tono allarmato Becky.</w:t>
      </w:r>
    </w:p>
    <w:p w14:paraId="79EE1570" w14:textId="77777777" w:rsidR="007C3C6C" w:rsidRPr="00994820" w:rsidRDefault="007C3C6C" w:rsidP="00B1354B">
      <w:pPr>
        <w:spacing w:before="100" w:beforeAutospacing="1" w:after="100" w:afterAutospacing="1" w:line="360" w:lineRule="auto"/>
        <w:ind w:firstLine="284"/>
        <w:jc w:val="both"/>
      </w:pPr>
      <w:r w:rsidRPr="00994820">
        <w:t>«Becky!» rispose d’improvviso emulando il tono dell’ologramma</w:t>
      </w:r>
    </w:p>
    <w:p w14:paraId="3DB957C2" w14:textId="77777777" w:rsidR="007C3C6C" w:rsidRPr="00994820" w:rsidRDefault="007C3C6C" w:rsidP="00B1354B">
      <w:pPr>
        <w:spacing w:before="100" w:beforeAutospacing="1" w:after="100" w:afterAutospacing="1" w:line="360" w:lineRule="auto"/>
        <w:ind w:firstLine="284"/>
        <w:jc w:val="both"/>
      </w:pPr>
      <w:r w:rsidRPr="00994820">
        <w:t>«stavo penetrando i file riservati del dipartimento e ho trovato qualcosa che dovete vedere» continuò in modo rapido e brusco.</w:t>
      </w:r>
    </w:p>
    <w:p w14:paraId="0A6880E0" w14:textId="77777777" w:rsidR="007C3C6C" w:rsidRPr="00994820" w:rsidRDefault="007C3C6C" w:rsidP="00B1354B">
      <w:pPr>
        <w:spacing w:before="100" w:beforeAutospacing="1" w:after="100" w:afterAutospacing="1" w:line="360" w:lineRule="auto"/>
        <w:ind w:firstLine="284"/>
        <w:jc w:val="both"/>
      </w:pPr>
      <w:r w:rsidRPr="00994820">
        <w:t>«Hai trovato papà?!» chiese scattando in piedi</w:t>
      </w:r>
    </w:p>
    <w:p w14:paraId="6624CB38" w14:textId="5F1683D9" w:rsidR="00A20E7A" w:rsidRDefault="007C3C6C" w:rsidP="00B1354B">
      <w:pPr>
        <w:spacing w:before="100" w:beforeAutospacing="1" w:after="100" w:afterAutospacing="1" w:line="360" w:lineRule="auto"/>
        <w:ind w:firstLine="284"/>
        <w:jc w:val="both"/>
      </w:pPr>
      <w:r w:rsidRPr="00994820">
        <w:t>«No… qualcosa di peggio…»</w:t>
      </w:r>
    </w:p>
    <w:p w14:paraId="66047D26" w14:textId="5F59DE50" w:rsidR="00CD408F" w:rsidRPr="00A20E7A" w:rsidRDefault="00A20E7A" w:rsidP="00A20E7A">
      <w:pPr>
        <w:spacing w:after="160" w:line="259" w:lineRule="auto"/>
      </w:pPr>
      <w:r>
        <w:br w:type="page"/>
      </w:r>
    </w:p>
    <w:p w14:paraId="4EC7988E" w14:textId="0BBA8C20" w:rsidR="007C3C6C" w:rsidRPr="00547236" w:rsidRDefault="007C3C6C" w:rsidP="00A73788">
      <w:pPr>
        <w:pStyle w:val="Titolo1"/>
        <w:jc w:val="center"/>
      </w:pPr>
      <w:r w:rsidRPr="00547236">
        <w:lastRenderedPageBreak/>
        <w:t xml:space="preserve">Capitolo </w:t>
      </w:r>
      <w:r w:rsidR="00547236">
        <w:t xml:space="preserve">XI </w:t>
      </w:r>
      <w:r w:rsidRPr="00547236">
        <w:t>- Un Gioco che Non Diverte più</w:t>
      </w:r>
    </w:p>
    <w:p w14:paraId="5A3453F4" w14:textId="77777777" w:rsidR="007C3C6C" w:rsidRDefault="007C3C6C" w:rsidP="00B1354B">
      <w:pPr>
        <w:spacing w:before="100" w:beforeAutospacing="1" w:after="100" w:afterAutospacing="1" w:line="360" w:lineRule="auto"/>
        <w:ind w:firstLine="284"/>
        <w:jc w:val="both"/>
      </w:pPr>
    </w:p>
    <w:p w14:paraId="38F59C58" w14:textId="77777777" w:rsidR="001D593F" w:rsidRDefault="001D593F" w:rsidP="00B1354B">
      <w:pPr>
        <w:spacing w:before="100" w:beforeAutospacing="1" w:after="100" w:afterAutospacing="1" w:line="360" w:lineRule="auto"/>
        <w:ind w:firstLine="284"/>
        <w:jc w:val="both"/>
      </w:pPr>
    </w:p>
    <w:p w14:paraId="3E6880FF" w14:textId="77777777" w:rsidR="001D593F" w:rsidRPr="00994820" w:rsidRDefault="001D593F" w:rsidP="00B1354B">
      <w:pPr>
        <w:spacing w:before="100" w:beforeAutospacing="1" w:after="100" w:afterAutospacing="1" w:line="360" w:lineRule="auto"/>
        <w:ind w:firstLine="284"/>
        <w:jc w:val="both"/>
      </w:pPr>
    </w:p>
    <w:p w14:paraId="2485A5B6" w14:textId="77777777" w:rsidR="007C3C6C" w:rsidRPr="00994820" w:rsidRDefault="007C3C6C" w:rsidP="00B1354B">
      <w:pPr>
        <w:spacing w:line="360" w:lineRule="auto"/>
        <w:ind w:firstLine="284"/>
        <w:jc w:val="both"/>
      </w:pPr>
      <w:r w:rsidRPr="00994820">
        <w:t xml:space="preserve">Becky attese qualche istante prima di trasmettere ciò che sembrava essere una riproduzione dei registri di sicurezza del dipartimento del Mezzogiorno, un documento riservato che riportava una conversazione tra il Giudice Rivey e La Sorridente Persino Becky, pur essendo un’intelligenza adattiva, esitava. Una violazione di sicurezza simile non aveva precedenti nemmeno tra le IA più avanzate. </w:t>
      </w:r>
    </w:p>
    <w:p w14:paraId="36330A70" w14:textId="77777777" w:rsidR="007C3C6C" w:rsidRPr="00994820" w:rsidRDefault="007C3C6C" w:rsidP="00B1354B">
      <w:pPr>
        <w:spacing w:line="360" w:lineRule="auto"/>
        <w:ind w:firstLine="284"/>
        <w:jc w:val="both"/>
      </w:pPr>
      <w:r w:rsidRPr="00994820">
        <w:t>Era la prima volta che qualcuno esterno ai tre giudici poteva sentire la voce della Sorridente senza filtri o artifici. Kieran e Fanny riconobbero subito quel timbro: una voce che, sebbene umana, sembrava estranea. Non c’era autorità in quella voce. Sembrava il capriccio infantile di una ragazzina viziata che elencava desideri come comandi. L’enfasi su alcune parole risultava squillante e, a ogni frase, la voce era interrotta da una risata isterica, quasi sclerotica, un suono che turbava profondamente i presenti.</w:t>
      </w:r>
    </w:p>
    <w:p w14:paraId="5F2443ED" w14:textId="77777777" w:rsidR="007C3C6C" w:rsidRPr="00994820" w:rsidRDefault="007C3C6C" w:rsidP="00B1354B">
      <w:pPr>
        <w:spacing w:line="360" w:lineRule="auto"/>
        <w:ind w:firstLine="284"/>
        <w:jc w:val="both"/>
      </w:pPr>
      <w:r w:rsidRPr="00994820">
        <w:t>«E così è stato trovato un altro dei miei giochini preferiti» iniziò La Sorridente, con un tono annoiato.</w:t>
      </w:r>
    </w:p>
    <w:p w14:paraId="0D4EC1C1" w14:textId="77777777" w:rsidR="007C3C6C" w:rsidRPr="00994820" w:rsidRDefault="007C3C6C" w:rsidP="00B1354B">
      <w:pPr>
        <w:spacing w:line="360" w:lineRule="auto"/>
        <w:ind w:firstLine="284"/>
        <w:jc w:val="both"/>
      </w:pPr>
      <w:r w:rsidRPr="00994820">
        <w:t>«Di chi parla, mia signora?» rispose prontamente Rivey. «Del Synborn che ha attaccato il settore della Gratia? O di quello dell’Anello residenziale esterno?»</w:t>
      </w:r>
    </w:p>
    <w:p w14:paraId="216BB6BF" w14:textId="77777777" w:rsidR="007C3C6C" w:rsidRPr="00994820" w:rsidRDefault="007C3C6C" w:rsidP="00B1354B">
      <w:pPr>
        <w:spacing w:line="360" w:lineRule="auto"/>
        <w:ind w:firstLine="284"/>
        <w:jc w:val="both"/>
      </w:pPr>
      <w:r w:rsidRPr="00994820">
        <w:t>«Parlo del killer che avete giudicato questa notte.» La Sorridente enfasi la parola “killer” con un tono vibrante.</w:t>
      </w:r>
    </w:p>
    <w:p w14:paraId="3C4E889E" w14:textId="77777777" w:rsidR="007C3C6C" w:rsidRPr="00994820" w:rsidRDefault="007C3C6C" w:rsidP="00B1354B">
      <w:pPr>
        <w:spacing w:line="360" w:lineRule="auto"/>
        <w:ind w:firstLine="284"/>
        <w:jc w:val="both"/>
      </w:pPr>
      <w:r w:rsidRPr="00994820">
        <w:t>«Oh, non credevo che…»</w:t>
      </w:r>
    </w:p>
    <w:p w14:paraId="2BDBD6F6" w14:textId="77777777" w:rsidR="007C3C6C" w:rsidRPr="00994820" w:rsidRDefault="007C3C6C" w:rsidP="00B1354B">
      <w:pPr>
        <w:spacing w:line="360" w:lineRule="auto"/>
        <w:ind w:firstLine="284"/>
        <w:jc w:val="both"/>
      </w:pPr>
      <w:r w:rsidRPr="00994820">
        <w:t>«“Oh, non credevo che”» scimmiottò La Sorridente.</w:t>
      </w:r>
    </w:p>
    <w:p w14:paraId="2BD272BC" w14:textId="77777777" w:rsidR="007C3C6C" w:rsidRPr="00994820" w:rsidRDefault="007C3C6C" w:rsidP="00B1354B">
      <w:pPr>
        <w:spacing w:line="360" w:lineRule="auto"/>
        <w:ind w:firstLine="284"/>
        <w:jc w:val="both"/>
      </w:pPr>
      <w:r w:rsidRPr="00994820">
        <w:t>«QUANTE VOLTE TI HO DETTO CHE I MIEI GIUDIZI NON DEVONO ESSERE MESSI IN DISCUSSIONE?» esplose il tono, simile al colpo di un fucile.</w:t>
      </w:r>
    </w:p>
    <w:p w14:paraId="43886832" w14:textId="77777777" w:rsidR="007C3C6C" w:rsidRPr="00994820" w:rsidRDefault="007C3C6C" w:rsidP="00B1354B">
      <w:pPr>
        <w:spacing w:line="360" w:lineRule="auto"/>
        <w:ind w:firstLine="284"/>
        <w:jc w:val="both"/>
      </w:pPr>
      <w:r w:rsidRPr="00994820">
        <w:t>«Voi siete vivi, voi non state combattendo in una stupida guerra» continuò con un tono più dolce solo per poi riaccendersi di rabbia. «PERCHÉ IO VI HO SALVATO DA VOI STESSI!» Un lungo sospiro seguì, e il tono tornò pacato e quasi dolce. Fanny ebbe l’impressione che la Sorridente non stesse parlando di una città, ma piuttosto di un’enorme casa delle bambole che manipolava a suo piacimento.</w:t>
      </w:r>
    </w:p>
    <w:p w14:paraId="63120E18" w14:textId="77777777" w:rsidR="007C3C6C" w:rsidRPr="00994820" w:rsidRDefault="007C3C6C" w:rsidP="00B1354B">
      <w:pPr>
        <w:spacing w:line="360" w:lineRule="auto"/>
        <w:ind w:firstLine="284"/>
        <w:jc w:val="both"/>
      </w:pPr>
      <w:r w:rsidRPr="00994820">
        <w:t>«Oh Dei… se solo tu avessi visto in che stato pietoso eravate…» Un’altra risata isterica, questa volta colma di gioia, esplose dall’ologramma trasmesso da Becky. «… È bastato dare numeri ai vostri bisogni… ed eccovi qua. Docili. Come cagnolini ben addestrati.»</w:t>
      </w:r>
      <w:r w:rsidRPr="00994820">
        <w:br/>
        <w:t>Ridacchiò, e poi si perse in uno sproloquio di autocelebrazione, come se stesse recitando allo specchio, costringendo Rivey a intervenire per riportarla al tema della conversazione.</w:t>
      </w:r>
    </w:p>
    <w:p w14:paraId="46B396F2" w14:textId="77777777" w:rsidR="007C3C6C" w:rsidRPr="00994820" w:rsidRDefault="007C3C6C" w:rsidP="00B1354B">
      <w:pPr>
        <w:spacing w:line="360" w:lineRule="auto"/>
        <w:ind w:firstLine="284"/>
        <w:jc w:val="both"/>
      </w:pPr>
      <w:r w:rsidRPr="00994820">
        <w:lastRenderedPageBreak/>
        <w:t>«Ah, giusto!» disse La Sorridente, quasi si fosse svegliata da una fantasia. «Ecco perché mi piaci, Rivey.» La voce si fece squillante e melodiosa nel pronunciare il nome del giudice. «Comunque sì, lui e altri fanno parte di piccoli esperimenti…»</w:t>
      </w:r>
    </w:p>
    <w:p w14:paraId="72B28ECA" w14:textId="77777777" w:rsidR="007C3C6C" w:rsidRPr="00994820" w:rsidRDefault="007C3C6C" w:rsidP="00B1354B">
      <w:pPr>
        <w:spacing w:line="360" w:lineRule="auto"/>
        <w:ind w:firstLine="284"/>
        <w:jc w:val="both"/>
      </w:pPr>
      <w:r w:rsidRPr="00994820">
        <w:t>La registrazione si interruppe bruscamente, lasciando Fanny e Kieran perplessi. Becky, sollecitata energicamente da Fanny, riuscì a trovare un nuovo canale di accesso.</w:t>
      </w:r>
    </w:p>
    <w:p w14:paraId="471CC329" w14:textId="77777777" w:rsidR="007C3C6C" w:rsidRPr="00994820" w:rsidRDefault="007C3C6C" w:rsidP="00B1354B">
      <w:pPr>
        <w:spacing w:line="360" w:lineRule="auto"/>
        <w:ind w:firstLine="284"/>
        <w:jc w:val="both"/>
      </w:pPr>
      <w:r w:rsidRPr="00994820">
        <w:t>«… Per questo ho deciso che questo tipo di giochi ora mi annoiano, e tu lo sai questo cosa significa, Rivey?»</w:t>
      </w:r>
    </w:p>
    <w:p w14:paraId="3577C566" w14:textId="77777777" w:rsidR="007C3C6C" w:rsidRPr="00994820" w:rsidRDefault="007C3C6C" w:rsidP="00B1354B">
      <w:pPr>
        <w:spacing w:line="360" w:lineRule="auto"/>
        <w:ind w:firstLine="284"/>
        <w:jc w:val="both"/>
      </w:pPr>
      <w:r w:rsidRPr="00994820">
        <w:t>«Non esiste nulla di peggio della noia e dell’apatia, mia signora» rispose il Giudice Rivey con il tono di chi recita un mantra.</w:t>
      </w:r>
    </w:p>
    <w:p w14:paraId="4EDCBB29" w14:textId="77777777" w:rsidR="007C3C6C" w:rsidRPr="00994820" w:rsidRDefault="007C3C6C" w:rsidP="00B1354B">
      <w:pPr>
        <w:spacing w:line="360" w:lineRule="auto"/>
        <w:ind w:firstLine="284"/>
        <w:jc w:val="both"/>
      </w:pPr>
      <w:r w:rsidRPr="00994820">
        <w:t>«ESATTO!» La voce esplose nuovamente, tanto squillante da costringere Fanny e Kieran a chiudere gli occhi per un attimo.</w:t>
      </w:r>
    </w:p>
    <w:p w14:paraId="0504FD53" w14:textId="77777777" w:rsidR="007C3C6C" w:rsidRPr="00994820" w:rsidRDefault="007C3C6C" w:rsidP="00B1354B">
      <w:pPr>
        <w:spacing w:line="360" w:lineRule="auto"/>
        <w:ind w:firstLine="284"/>
        <w:jc w:val="both"/>
      </w:pPr>
      <w:r w:rsidRPr="00994820">
        <w:t>«Per cui direi che sono ufficialmente stufa di questo giochino. Lo siamo entrambi.» La parola “entrambi” colpì Fanny e Kieran, che si scambiarono uno sguardo confuso.</w:t>
      </w:r>
    </w:p>
    <w:p w14:paraId="2B76FC12" w14:textId="77777777" w:rsidR="007C3C6C" w:rsidRPr="00994820" w:rsidRDefault="007C3C6C" w:rsidP="00B1354B">
      <w:pPr>
        <w:spacing w:line="360" w:lineRule="auto"/>
        <w:ind w:firstLine="284"/>
        <w:jc w:val="both"/>
      </w:pPr>
      <w:r w:rsidRPr="00994820">
        <w:t>«Procediamo pure con l’Emotion Hive e chiudiamo questa faccenda.» Il tono tornò annoiato, quasi indifferente.</w:t>
      </w:r>
    </w:p>
    <w:p w14:paraId="0EB10ABF" w14:textId="77777777" w:rsidR="007C3C6C" w:rsidRPr="00994820" w:rsidRDefault="007C3C6C" w:rsidP="00B1354B">
      <w:pPr>
        <w:spacing w:line="360" w:lineRule="auto"/>
        <w:ind w:firstLine="284"/>
        <w:jc w:val="both"/>
      </w:pPr>
      <w:r w:rsidRPr="00994820">
        <w:t>«Bene, allora procederò con la con…» Ancora una volta il collegamento si interruppe.</w:t>
      </w:r>
    </w:p>
    <w:p w14:paraId="38F5EA73" w14:textId="77777777" w:rsidR="007C3C6C" w:rsidRPr="00994820" w:rsidRDefault="007C3C6C" w:rsidP="00B1354B">
      <w:pPr>
        <w:spacing w:line="360" w:lineRule="auto"/>
        <w:ind w:firstLine="284"/>
        <w:jc w:val="both"/>
      </w:pPr>
      <w:r w:rsidRPr="00994820">
        <w:t>Questa volta, però, nonostante le suppliche di Fanny, Becky non trovò nuovi canali di accesso ai sistemi di sicurezza del dipartimento del Mezzogiorno.</w:t>
      </w:r>
    </w:p>
    <w:p w14:paraId="4D3005EF" w14:textId="77777777" w:rsidR="007C3C6C" w:rsidRPr="00994820" w:rsidRDefault="007C3C6C" w:rsidP="00B1354B">
      <w:pPr>
        <w:spacing w:before="100" w:beforeAutospacing="1" w:after="100" w:afterAutospacing="1" w:line="360" w:lineRule="auto"/>
        <w:ind w:firstLine="284"/>
        <w:jc w:val="both"/>
      </w:pPr>
      <w:r w:rsidRPr="00994820">
        <w:t>Kieran si lasciò scorrere le dita fra i capelli, rivelando uno sguardo stupefatto «Queste informazioni… sono vitali! Il tuo ologramma è fantastico!»</w:t>
      </w:r>
    </w:p>
    <w:p w14:paraId="46607897" w14:textId="77777777" w:rsidR="007C3C6C" w:rsidRPr="00994820" w:rsidRDefault="007C3C6C" w:rsidP="00B1354B">
      <w:pPr>
        <w:spacing w:before="100" w:beforeAutospacing="1" w:after="100" w:afterAutospacing="1" w:line="360" w:lineRule="auto"/>
        <w:ind w:firstLine="284"/>
        <w:jc w:val="both"/>
      </w:pPr>
      <w:r w:rsidRPr="00994820">
        <w:t xml:space="preserve">«Becky! Lei è Becky!» ribatté con tono orgoglioso Fanny. L’ologramma si limitò a emulare un atteggiamento d’imbarazzo. </w:t>
      </w:r>
    </w:p>
    <w:p w14:paraId="7DFF1FBB" w14:textId="77777777" w:rsidR="007C3C6C" w:rsidRPr="00994820" w:rsidRDefault="007C3C6C" w:rsidP="00B1354B">
      <w:pPr>
        <w:spacing w:before="100" w:beforeAutospacing="1" w:after="100" w:afterAutospacing="1" w:line="360" w:lineRule="auto"/>
        <w:ind w:firstLine="284"/>
        <w:jc w:val="both"/>
      </w:pPr>
      <w:r w:rsidRPr="00994820">
        <w:t>La voce di Kieran divenne tesa, netta, come un filo sul punto di spezzarsi. Si rivolse a Fanny con lo sguardo tagliente.</w:t>
      </w:r>
    </w:p>
    <w:p w14:paraId="3F7131D5" w14:textId="77777777" w:rsidR="007C3C6C" w:rsidRPr="00994820" w:rsidRDefault="007C3C6C" w:rsidP="00B1354B">
      <w:pPr>
        <w:spacing w:before="100" w:beforeAutospacing="1" w:after="100" w:afterAutospacing="1" w:line="360" w:lineRule="auto"/>
        <w:ind w:firstLine="284"/>
        <w:jc w:val="both"/>
      </w:pPr>
      <w:r w:rsidRPr="00994820">
        <w:t>«Dobbiamo contattare Taker subito.» Poi si alzò in piedi, avvicinandosi alla maschera, per assicurarsi che il disturbatore di segnale fosse ancora attivo. «E tuo padre. È la nostra unica possibilità.»</w:t>
      </w:r>
    </w:p>
    <w:p w14:paraId="74919D9B" w14:textId="77777777" w:rsidR="007C3C6C" w:rsidRPr="00994820" w:rsidRDefault="007C3C6C" w:rsidP="00B1354B">
      <w:pPr>
        <w:spacing w:before="100" w:beforeAutospacing="1" w:after="100" w:afterAutospacing="1" w:line="360" w:lineRule="auto"/>
        <w:ind w:firstLine="284"/>
        <w:jc w:val="both"/>
      </w:pPr>
      <w:r w:rsidRPr="00994820">
        <w:t>Fanny lo fissò, sorpresa. Ma quando le sue parole attecchirono davvero, qualcosa dentro di lei si accese. Un lampo di speranza, chiaro e limpido.</w:t>
      </w:r>
    </w:p>
    <w:p w14:paraId="11582C5C" w14:textId="77777777" w:rsidR="007C3C6C" w:rsidRPr="00994820" w:rsidRDefault="007C3C6C" w:rsidP="00B1354B">
      <w:pPr>
        <w:spacing w:before="100" w:beforeAutospacing="1" w:after="100" w:afterAutospacing="1" w:line="360" w:lineRule="auto"/>
        <w:ind w:firstLine="284"/>
        <w:jc w:val="both"/>
      </w:pPr>
      <w:r w:rsidRPr="00994820">
        <w:t xml:space="preserve">«Possiamo farlo?» chiese in un sussurro. Kieran si limitò a farle un cenno di assenso con la testa. Il cenno era poi stato accompagnato da un sorriso, tenue ma infinitamente naturale. </w:t>
      </w:r>
    </w:p>
    <w:p w14:paraId="7EAA925F" w14:textId="77777777" w:rsidR="007C3C6C" w:rsidRPr="00994820" w:rsidRDefault="007C3C6C" w:rsidP="00B1354B">
      <w:pPr>
        <w:spacing w:before="100" w:beforeAutospacing="1" w:after="100" w:afterAutospacing="1" w:line="360" w:lineRule="auto"/>
        <w:ind w:firstLine="284"/>
        <w:jc w:val="both"/>
      </w:pPr>
      <w:r w:rsidRPr="00994820">
        <w:lastRenderedPageBreak/>
        <w:t>Fanny amò quel sorriso sincero e mossa dall’emozione di aver finalmente fatto un passo vero verso suo padre si gettò tra le braccia di Kieran, con un movimento fluido e rapido. L’abbraccio fu istintivo, ruvido. Lo strinse con tutta la forza che aveva, come se potesse impedirgli di svanire. «Grazie, Kieran. Grazie davvero.»</w:t>
      </w:r>
    </w:p>
    <w:p w14:paraId="70BE3541" w14:textId="77777777" w:rsidR="007C3C6C" w:rsidRPr="00994820" w:rsidRDefault="007C3C6C" w:rsidP="00B1354B">
      <w:pPr>
        <w:spacing w:before="100" w:beforeAutospacing="1" w:after="100" w:afterAutospacing="1" w:line="360" w:lineRule="auto"/>
        <w:ind w:firstLine="284"/>
        <w:jc w:val="both"/>
      </w:pPr>
      <w:r w:rsidRPr="00994820">
        <w:t>Lui non rispose. Non fece in tempo.</w:t>
      </w:r>
    </w:p>
    <w:p w14:paraId="4C0DEA6F" w14:textId="77777777" w:rsidR="007C3C6C" w:rsidRPr="00994820" w:rsidRDefault="007C3C6C" w:rsidP="00B1354B">
      <w:pPr>
        <w:spacing w:before="100" w:beforeAutospacing="1" w:after="100" w:afterAutospacing="1" w:line="360" w:lineRule="auto"/>
        <w:ind w:firstLine="284"/>
        <w:jc w:val="both"/>
      </w:pPr>
      <w:r w:rsidRPr="00994820">
        <w:t>Un suono feroce squarciò l’aria, un allarme che vibrava direttamente nelle pareti. Luci rosse cominciarono a lampeggiare, pulsando in sincronia con la voce automatica che seguì:</w:t>
      </w:r>
    </w:p>
    <w:p w14:paraId="4CE78CD9" w14:textId="77777777" w:rsidR="007C3C6C" w:rsidRPr="00994820" w:rsidRDefault="007C3C6C" w:rsidP="00B1354B">
      <w:pPr>
        <w:spacing w:before="100" w:beforeAutospacing="1" w:after="100" w:afterAutospacing="1" w:line="360" w:lineRule="auto"/>
        <w:ind w:firstLine="284"/>
        <w:jc w:val="both"/>
      </w:pPr>
      <w:r w:rsidRPr="00994820">
        <w:t>«Comunicazione urgente dal Giudice Stein.»  disse una voce artificiale, quasi mettalica, prima di passare la parola alla voce del Giudice «Emergenza in città. Tutti gli Shinigami attivi devono raggiungere l’Anello Commerciale. Numerosi Synborn impazziti rilevati.»</w:t>
      </w:r>
    </w:p>
    <w:p w14:paraId="6A134994" w14:textId="77777777" w:rsidR="007C3C6C" w:rsidRPr="00994820" w:rsidRDefault="007C3C6C" w:rsidP="00B1354B">
      <w:pPr>
        <w:spacing w:before="100" w:beforeAutospacing="1" w:after="100" w:afterAutospacing="1" w:line="360" w:lineRule="auto"/>
        <w:ind w:firstLine="284"/>
        <w:jc w:val="both"/>
      </w:pPr>
      <w:r w:rsidRPr="00994820">
        <w:t>Kieran si irrigidì. Le braccia di Fanny scivolarono via lentamente, mentre lui parlava con voce bassa, ma decisa.</w:t>
      </w:r>
    </w:p>
    <w:p w14:paraId="00FAB06D" w14:textId="77777777" w:rsidR="007C3C6C" w:rsidRPr="00994820" w:rsidRDefault="007C3C6C" w:rsidP="00B1354B">
      <w:pPr>
        <w:spacing w:before="100" w:beforeAutospacing="1" w:after="100" w:afterAutospacing="1" w:line="360" w:lineRule="auto"/>
        <w:ind w:firstLine="284"/>
        <w:jc w:val="both"/>
      </w:pPr>
      <w:r w:rsidRPr="00994820">
        <w:t>«Merda.» sbottò Fanny, ma Kieran la interruppe con una voce più fredda del solito.</w:t>
      </w:r>
    </w:p>
    <w:p w14:paraId="2C4EEA2A" w14:textId="77777777" w:rsidR="007C3C6C" w:rsidRPr="00994820" w:rsidRDefault="007C3C6C" w:rsidP="00B1354B">
      <w:pPr>
        <w:spacing w:before="100" w:beforeAutospacing="1" w:after="100" w:afterAutospacing="1" w:line="360" w:lineRule="auto"/>
        <w:ind w:firstLine="284"/>
        <w:jc w:val="both"/>
      </w:pPr>
      <w:r w:rsidRPr="00994820">
        <w:t>«No aspetta. In realtà può tornarci utile. Devi andare nell’anello Commerciale.»</w:t>
      </w:r>
    </w:p>
    <w:p w14:paraId="6A7A194F" w14:textId="77777777" w:rsidR="007C3C6C" w:rsidRPr="00994820" w:rsidRDefault="007C3C6C" w:rsidP="00B1354B">
      <w:pPr>
        <w:spacing w:before="100" w:beforeAutospacing="1" w:after="100" w:afterAutospacing="1" w:line="360" w:lineRule="auto"/>
        <w:ind w:firstLine="284"/>
        <w:jc w:val="both"/>
      </w:pPr>
      <w:r w:rsidRPr="00994820">
        <w:t>Fanny sgranò gli occhi, rivelando un’espressione irritata, quasi offesa «Te lo scordi che io non vada da mio padre.»</w:t>
      </w:r>
    </w:p>
    <w:p w14:paraId="6929DF0D" w14:textId="77777777" w:rsidR="007C3C6C" w:rsidRPr="00994820" w:rsidRDefault="007C3C6C" w:rsidP="00B1354B">
      <w:pPr>
        <w:spacing w:before="100" w:beforeAutospacing="1" w:after="100" w:afterAutospacing="1" w:line="360" w:lineRule="auto"/>
        <w:ind w:firstLine="284"/>
        <w:jc w:val="both"/>
      </w:pPr>
      <w:r w:rsidRPr="00994820">
        <w:t>«Non hai scelta Fanny.» Il ragazzo la afferrò come a volerla scuotere. «Questa chiamata non può essere una coincidenza, non dopo quella registrazione. Dobbiamo agire rapidamente. E se ho ragione su questo “Hive” allora persino Aman e Rift avrebbero da ridire. Devi avvisarli. Io non posso intervenire. Sono ancora sospeso. Ma tu… tu sì.»</w:t>
      </w:r>
    </w:p>
    <w:p w14:paraId="065ED4BC" w14:textId="77777777" w:rsidR="007C3C6C" w:rsidRPr="00994820" w:rsidRDefault="007C3C6C" w:rsidP="00B1354B">
      <w:pPr>
        <w:spacing w:before="100" w:beforeAutospacing="1" w:after="100" w:afterAutospacing="1" w:line="360" w:lineRule="auto"/>
        <w:ind w:firstLine="284"/>
        <w:jc w:val="both"/>
      </w:pPr>
      <w:r w:rsidRPr="00994820">
        <w:t>Fanny alzò gli occhi. Il battito le rimbombava nelle orecchie, ma non era il panico. Era il richiamo.</w:t>
      </w:r>
    </w:p>
    <w:p w14:paraId="7F13F00F" w14:textId="77777777" w:rsidR="007C3C6C" w:rsidRPr="00994820" w:rsidRDefault="007C3C6C" w:rsidP="00B1354B">
      <w:pPr>
        <w:spacing w:before="100" w:beforeAutospacing="1" w:after="100" w:afterAutospacing="1" w:line="360" w:lineRule="auto"/>
        <w:ind w:firstLine="284"/>
        <w:jc w:val="both"/>
      </w:pPr>
      <w:r w:rsidRPr="00994820">
        <w:t>«Tu andrai all’Anello. Risponderai alla chiamata» continuò lui. «Io invece troverò Taker. Se lo conosco ancora bene, sarà in mezzo alle fogne. Appena avrò un contatto, vi metterò in comunicazione.»</w:t>
      </w:r>
    </w:p>
    <w:p w14:paraId="3AED5F65" w14:textId="77777777" w:rsidR="007C3C6C" w:rsidRPr="00994820" w:rsidRDefault="007C3C6C" w:rsidP="00B1354B">
      <w:pPr>
        <w:spacing w:before="100" w:beforeAutospacing="1" w:after="100" w:afterAutospacing="1" w:line="360" w:lineRule="auto"/>
        <w:ind w:firstLine="284"/>
        <w:jc w:val="both"/>
      </w:pPr>
      <w:r w:rsidRPr="00994820">
        <w:t xml:space="preserve">«Le Fogne? Non è alla Hope Factory?» chiese confusa Fanny. </w:t>
      </w:r>
    </w:p>
    <w:p w14:paraId="3F71678E" w14:textId="77777777" w:rsidR="007C3C6C" w:rsidRPr="00994820" w:rsidRDefault="007C3C6C" w:rsidP="00B1354B">
      <w:pPr>
        <w:spacing w:before="100" w:beforeAutospacing="1" w:after="100" w:afterAutospacing="1" w:line="360" w:lineRule="auto"/>
        <w:ind w:firstLine="284"/>
        <w:jc w:val="both"/>
      </w:pPr>
      <w:r w:rsidRPr="00994820">
        <w:t xml:space="preserve">Kieran le sorrise «Dopo il tuo arrivo, la Hope Factory non è più necessaria» </w:t>
      </w:r>
    </w:p>
    <w:p w14:paraId="7C9E7F76" w14:textId="77777777" w:rsidR="007C3C6C" w:rsidRPr="00994820" w:rsidRDefault="007C3C6C" w:rsidP="00B1354B">
      <w:pPr>
        <w:spacing w:before="100" w:beforeAutospacing="1" w:after="100" w:afterAutospacing="1" w:line="360" w:lineRule="auto"/>
        <w:ind w:firstLine="284"/>
        <w:jc w:val="both"/>
      </w:pPr>
      <w:r w:rsidRPr="00994820">
        <w:t>«Eh?» disse inclinando leggermente la testa.</w:t>
      </w:r>
    </w:p>
    <w:p w14:paraId="678CB9A4" w14:textId="77777777" w:rsidR="007C3C6C" w:rsidRPr="00994820" w:rsidRDefault="007C3C6C" w:rsidP="00B1354B">
      <w:pPr>
        <w:spacing w:before="100" w:beforeAutospacing="1" w:after="100" w:afterAutospacing="1" w:line="360" w:lineRule="auto"/>
        <w:ind w:firstLine="284"/>
        <w:jc w:val="both"/>
      </w:pPr>
      <w:r w:rsidRPr="00994820">
        <w:lastRenderedPageBreak/>
        <w:t>«Taker mi disse che la figlia di Bartolomeo sarebbe arrivata in città alla prima occasione, per cui ha aperto vari negozi in alcuni distretti l’anno scorso.» Iniziò a elencare con le dita «La sua Hope Factory nel Settore Gratia, Il negozio di cianfusaglia di Koro, nel settore Gola e il Mausoleo di Elysis nel settore Gaudia. Ti stavamo aspettando, Fanny.» La ragazza arrossì, ma non fece in tempo a rispondere.</w:t>
      </w:r>
    </w:p>
    <w:p w14:paraId="1CBAB873" w14:textId="77777777" w:rsidR="007C3C6C" w:rsidRPr="00994820" w:rsidRDefault="007C3C6C" w:rsidP="00B1354B">
      <w:pPr>
        <w:spacing w:before="100" w:beforeAutospacing="1" w:after="100" w:afterAutospacing="1" w:line="360" w:lineRule="auto"/>
        <w:ind w:firstLine="284"/>
        <w:jc w:val="both"/>
      </w:pPr>
      <w:r w:rsidRPr="00994820">
        <w:t>«Per cui adesso, dobbiamo muoverci: tu cerca di parlare con aman o Rift, io cercherò Taker o Koro, o Elysis»</w:t>
      </w:r>
    </w:p>
    <w:p w14:paraId="4242CE85" w14:textId="77777777" w:rsidR="007C3C6C" w:rsidRPr="00994820" w:rsidRDefault="007C3C6C" w:rsidP="00B1354B">
      <w:pPr>
        <w:spacing w:before="100" w:beforeAutospacing="1" w:after="100" w:afterAutospacing="1" w:line="360" w:lineRule="auto"/>
        <w:ind w:firstLine="284"/>
        <w:jc w:val="both"/>
      </w:pPr>
      <w:r w:rsidRPr="00994820">
        <w:t>«Va bene. Ma stai attento.»</w:t>
      </w:r>
    </w:p>
    <w:p w14:paraId="17F9ADBE" w14:textId="77777777" w:rsidR="007C3C6C" w:rsidRPr="00994820" w:rsidRDefault="007C3C6C" w:rsidP="00B1354B">
      <w:pPr>
        <w:spacing w:before="100" w:beforeAutospacing="1" w:after="100" w:afterAutospacing="1" w:line="360" w:lineRule="auto"/>
        <w:ind w:firstLine="284"/>
        <w:jc w:val="both"/>
      </w:pPr>
      <w:r w:rsidRPr="00994820">
        <w:t>«Lo stesso vale per te.» Le rivolse un sorriso. Quello vero. Fugace, stanco, ma sincero.</w:t>
      </w:r>
    </w:p>
    <w:p w14:paraId="608B1B4D" w14:textId="77777777" w:rsidR="007C3C6C" w:rsidRPr="00994820" w:rsidRDefault="007C3C6C" w:rsidP="00B1354B">
      <w:pPr>
        <w:spacing w:before="100" w:beforeAutospacing="1" w:after="100" w:afterAutospacing="1" w:line="360" w:lineRule="auto"/>
        <w:ind w:firstLine="284"/>
        <w:jc w:val="both"/>
      </w:pPr>
      <w:r w:rsidRPr="00994820">
        <w:t>Fanny si scambiò uno sguardo con Becky, per poi arrossire, chiudere gli occhi e scattare in piedi.</w:t>
      </w:r>
    </w:p>
    <w:p w14:paraId="53A34B8A" w14:textId="77777777" w:rsidR="007C3C6C" w:rsidRPr="00994820" w:rsidRDefault="007C3C6C" w:rsidP="00B1354B">
      <w:pPr>
        <w:spacing w:before="100" w:beforeAutospacing="1" w:after="100" w:afterAutospacing="1" w:line="360" w:lineRule="auto"/>
        <w:ind w:firstLine="284"/>
        <w:jc w:val="both"/>
      </w:pPr>
      <w:r w:rsidRPr="00994820">
        <w:t>«A…Aspetta!»</w:t>
      </w:r>
    </w:p>
    <w:p w14:paraId="3A95BC8F" w14:textId="77777777" w:rsidR="007C3C6C" w:rsidRPr="00994820" w:rsidRDefault="007C3C6C" w:rsidP="00B1354B">
      <w:pPr>
        <w:spacing w:before="100" w:beforeAutospacing="1" w:after="100" w:afterAutospacing="1" w:line="360" w:lineRule="auto"/>
        <w:ind w:firstLine="284"/>
        <w:jc w:val="both"/>
      </w:pPr>
      <w:r w:rsidRPr="00994820">
        <w:t>Kieran non fece in tempo a voltarsi. Fanny lo tirò a sé e un piccolo tenero bacio si stampo sulle sue labbra.</w:t>
      </w:r>
    </w:p>
    <w:p w14:paraId="59DF1C93" w14:textId="3CEA5A4B" w:rsidR="007C3C6C" w:rsidRPr="00994820" w:rsidRDefault="007C3C6C" w:rsidP="00B1354B">
      <w:pPr>
        <w:spacing w:before="100" w:beforeAutospacing="1" w:after="100" w:afterAutospacing="1" w:line="360" w:lineRule="auto"/>
        <w:ind w:firstLine="284"/>
        <w:jc w:val="both"/>
      </w:pPr>
      <w:r w:rsidRPr="00994820">
        <w:t>«Grazie per tutto l’aiuto che mi hai dato…» disse arrossendo terribilmente prima di fuggire di corsa fuori dalla propria stanza, lasciando ancora una volta Kieran incapace di reagire in alcun modo. E così rimase lì, immobile con un sorriso enorme. Un sorriso che il padre anni a dietro aveva tentato di incidergli sul volto</w:t>
      </w:r>
    </w:p>
    <w:p w14:paraId="5F581A47" w14:textId="77777777" w:rsidR="007C3C6C" w:rsidRPr="00994820" w:rsidRDefault="007C3C6C" w:rsidP="00B1354B">
      <w:pPr>
        <w:pStyle w:val="NormaleWeb"/>
        <w:spacing w:line="360" w:lineRule="auto"/>
        <w:ind w:firstLine="284"/>
        <w:jc w:val="both"/>
      </w:pPr>
      <w:r w:rsidRPr="00994820">
        <w:t>Fanny correva per le strade di Ecliptica, sfoggiando il suo distintivo del dipartimento come lasciapassare perfetto. I guanti arancioni ben saldi a rivestirgli le mani sudate. La voce di Becky nell’orecchio che le indicava i disordini più eclatanti, quelli che avrebbero potuto richiedere l’intervento di uno shinigami.</w:t>
      </w:r>
    </w:p>
    <w:p w14:paraId="51F4FEB1" w14:textId="77777777" w:rsidR="007C3C6C" w:rsidRPr="00994820" w:rsidRDefault="007C3C6C" w:rsidP="00B1354B">
      <w:pPr>
        <w:pStyle w:val="NormaleWeb"/>
        <w:spacing w:line="360" w:lineRule="auto"/>
        <w:ind w:firstLine="284"/>
        <w:jc w:val="both"/>
      </w:pPr>
      <w:r w:rsidRPr="00994820">
        <w:t>Attorno a lei, quasi ogni strada era pattugliata da Elvenar che bloccavano i synborn più problematici. Sembrava di rivivere la sua prima sera: mentre sfrecciava per le strade, dei synborn più macchine che uomini tentavano di aggredire i cittadini più incauti: emergendo da tombini o dalle strade più bui si accanivano sulle prime figure che riuscivano ad agguantare.</w:t>
      </w:r>
    </w:p>
    <w:p w14:paraId="3EDBB188" w14:textId="77777777" w:rsidR="007C3C6C" w:rsidRPr="00994820" w:rsidRDefault="007C3C6C" w:rsidP="00B1354B">
      <w:pPr>
        <w:pStyle w:val="NormaleWeb"/>
        <w:spacing w:line="360" w:lineRule="auto"/>
        <w:ind w:firstLine="284"/>
        <w:jc w:val="both"/>
      </w:pPr>
      <w:r w:rsidRPr="00994820">
        <w:t>Fanny non si fermò ad intervenire. I più grossi e cattivi venivano placcati di sorridenti monoliti: gli Elvenar.</w:t>
      </w:r>
    </w:p>
    <w:p w14:paraId="0D367119" w14:textId="77777777" w:rsidR="007C3C6C" w:rsidRPr="00994820" w:rsidRDefault="007C3C6C" w:rsidP="00B1354B">
      <w:pPr>
        <w:pStyle w:val="NormaleWeb"/>
        <w:spacing w:line="360" w:lineRule="auto"/>
        <w:ind w:firstLine="284"/>
        <w:jc w:val="both"/>
      </w:pPr>
      <w:r w:rsidRPr="00994820">
        <w:t>A mettere in sicurezza le strade c’erano invece i cadetti, armati di tutto punto. Raggiunto il settore Gratia Fanny lo riconobbe: Kairo. Anche lui stava cercando di mettere in sicurezza il settore che gli era stato affidato, ma un dettaglio fece scendere delle lacrime sincere dagli occhi di Fanny: Tra i suoi ricci biondi, era visibile una ciocca di capelli lisci e azzurri che si muovevano frenetici, era il Boost Tek di Juno.</w:t>
      </w:r>
    </w:p>
    <w:p w14:paraId="7C9D7284" w14:textId="77777777" w:rsidR="007C3C6C" w:rsidRPr="00994820" w:rsidRDefault="007C3C6C" w:rsidP="00B1354B">
      <w:pPr>
        <w:pStyle w:val="NormaleWeb"/>
        <w:spacing w:line="360" w:lineRule="auto"/>
        <w:ind w:firstLine="284"/>
        <w:jc w:val="both"/>
      </w:pPr>
      <w:r w:rsidRPr="00994820">
        <w:t>Nel suo correre tra quelle strade caotiche Fanny non si fermò, ma fu costretta a rallentare quando due figure le tagliarono la strada.</w:t>
      </w:r>
    </w:p>
    <w:p w14:paraId="3F3F3920" w14:textId="77777777" w:rsidR="007C3C6C" w:rsidRPr="00994820" w:rsidRDefault="007C3C6C" w:rsidP="00B1354B">
      <w:pPr>
        <w:pStyle w:val="NormaleWeb"/>
        <w:spacing w:line="360" w:lineRule="auto"/>
        <w:ind w:firstLine="284"/>
        <w:jc w:val="both"/>
      </w:pPr>
      <w:r w:rsidRPr="00994820">
        <w:lastRenderedPageBreak/>
        <w:t>Si muovevano con una calma innaturale. Lente, precise, come se l’urgenza non esistesse nel loro mondo. Indossavano tute avvolgenti color avorio, attraversate da linee dorate che pulsavano debolmente a ogni passo, tracciando circuiti eleganti lungo il corpo. Sembravano scolpiti nella luce.</w:t>
      </w:r>
    </w:p>
    <w:p w14:paraId="777F4E2C" w14:textId="77777777" w:rsidR="007C3C6C" w:rsidRPr="00994820" w:rsidRDefault="007C3C6C" w:rsidP="00B1354B">
      <w:pPr>
        <w:pStyle w:val="NormaleWeb"/>
        <w:spacing w:line="360" w:lineRule="auto"/>
        <w:ind w:firstLine="284"/>
        <w:jc w:val="both"/>
      </w:pPr>
      <w:r w:rsidRPr="00994820">
        <w:t>Uno dei due era un uomo dai tratti raffinati, lo sguardo coperto da lenti traslucide color azzurro. L’altra, una donna, sfoggiava lo stesso tipo di occhiali, ma ciò che catturò davvero l’attenzione di Fanny fu il braccio e la gamba destra: completamente cibernetici, di un nero opaco interrotto solo da venature d’oro, perfettamente integrati nel vestito.</w:t>
      </w:r>
    </w:p>
    <w:p w14:paraId="69E6EE1C" w14:textId="77777777" w:rsidR="007C3C6C" w:rsidRPr="00994820" w:rsidRDefault="007C3C6C" w:rsidP="00B1354B">
      <w:pPr>
        <w:pStyle w:val="NormaleWeb"/>
        <w:spacing w:line="360" w:lineRule="auto"/>
        <w:ind w:firstLine="284"/>
        <w:jc w:val="both"/>
      </w:pPr>
      <w:r w:rsidRPr="00994820">
        <w:t>«Tecnici del Pensiero...» sussurrò tra sé, rallentando il passo.</w:t>
      </w:r>
    </w:p>
    <w:p w14:paraId="5B499963" w14:textId="77777777" w:rsidR="007C3C6C" w:rsidRPr="00994820" w:rsidRDefault="007C3C6C" w:rsidP="00B1354B">
      <w:pPr>
        <w:pStyle w:val="NormaleWeb"/>
        <w:spacing w:line="360" w:lineRule="auto"/>
        <w:ind w:firstLine="284"/>
        <w:jc w:val="both"/>
      </w:pPr>
      <w:r w:rsidRPr="00994820">
        <w:t>Ne aveva solo sentito parlare. Gli “Artisti” di Ecliptica, li chiamavano. Architetti mentali. Poeti di algoritmi. Programmatori dell’emotività. Agivano per conto del Dipartimento dell’Alba, modellando sogni, creando paesaggi interiori, armonizzando l’equilibrio cognitivo della popolazione designata all'élite.</w:t>
      </w:r>
    </w:p>
    <w:p w14:paraId="318E566A" w14:textId="77777777" w:rsidR="007C3C6C" w:rsidRPr="00994820" w:rsidRDefault="007C3C6C" w:rsidP="00B1354B">
      <w:pPr>
        <w:pStyle w:val="NormaleWeb"/>
        <w:spacing w:line="360" w:lineRule="auto"/>
        <w:ind w:firstLine="284"/>
        <w:jc w:val="both"/>
      </w:pPr>
      <w:r w:rsidRPr="00994820">
        <w:t>Erano rari. Intoccabili. Irradiavano una forma di sacralità hi-tech. Il modo in cui si muovevano, vestivano, respiravano… era arte. Arte funzionale. Arte che educava. Ogni loro gesto sembrava coreografato, eppure vivo.</w:t>
      </w:r>
    </w:p>
    <w:p w14:paraId="3C95E61E" w14:textId="77777777" w:rsidR="007C3C6C" w:rsidRPr="00994820" w:rsidRDefault="007C3C6C" w:rsidP="00B1354B">
      <w:pPr>
        <w:pStyle w:val="NormaleWeb"/>
        <w:spacing w:line="360" w:lineRule="auto"/>
        <w:ind w:firstLine="284"/>
        <w:jc w:val="both"/>
      </w:pPr>
      <w:r w:rsidRPr="00994820">
        <w:t>Fanny li oltrepassò in silenzio, ma sentì qualcosa cambiare nell’aria. Non parole. Non segnali. Solo… armonia. Come se per un istante, ogni pensiero disordinato le fosse stato gentilmente accarezzato. Ordinato.</w:t>
      </w:r>
    </w:p>
    <w:p w14:paraId="5DA9DCEC" w14:textId="77777777" w:rsidR="007C3C6C" w:rsidRPr="00994820" w:rsidRDefault="007C3C6C" w:rsidP="00B1354B">
      <w:pPr>
        <w:pStyle w:val="NormaleWeb"/>
        <w:spacing w:line="360" w:lineRule="auto"/>
        <w:ind w:firstLine="284"/>
        <w:jc w:val="both"/>
      </w:pPr>
      <w:r w:rsidRPr="00994820">
        <w:t>Il passaggio al Settore Gola fu come immergersi in un’altra densità. L’aria cambiava sapore. Temperatura. Intenzione.</w:t>
      </w:r>
    </w:p>
    <w:p w14:paraId="588D2346" w14:textId="77777777" w:rsidR="007C3C6C" w:rsidRPr="00994820" w:rsidRDefault="007C3C6C" w:rsidP="00B1354B">
      <w:pPr>
        <w:pStyle w:val="NormaleWeb"/>
        <w:spacing w:line="360" w:lineRule="auto"/>
        <w:ind w:firstLine="284"/>
        <w:jc w:val="both"/>
      </w:pPr>
      <w:r w:rsidRPr="00994820">
        <w:t>Fanny rallentò il passo.</w:t>
      </w:r>
    </w:p>
    <w:p w14:paraId="398F1098" w14:textId="77777777" w:rsidR="007C3C6C" w:rsidRPr="00994820" w:rsidRDefault="007C3C6C" w:rsidP="00B1354B">
      <w:pPr>
        <w:pStyle w:val="NormaleWeb"/>
        <w:spacing w:line="360" w:lineRule="auto"/>
        <w:ind w:firstLine="284"/>
        <w:jc w:val="both"/>
      </w:pPr>
      <w:r w:rsidRPr="00994820">
        <w:t xml:space="preserve">Non c’era bisogno di mappe o segnali. Era il corpo stesso a sapere che stava entrando in un altro ordine di stimoli. Le sue pupille cibernetiche iniziarono a regolare in automatico la luminosità, mentre i suoi sensori interni cercavano di restare coerenti tra gli sbalzi sensoriali. Ma era inutile. Il Settore Gola non cercava coerenza. Voleva </w:t>
      </w:r>
      <w:r w:rsidRPr="00994820">
        <w:rPr>
          <w:i/>
          <w:iCs/>
        </w:rPr>
        <w:t>impatto</w:t>
      </w:r>
      <w:r w:rsidRPr="00994820">
        <w:t>.</w:t>
      </w:r>
    </w:p>
    <w:p w14:paraId="407C5ABB" w14:textId="77777777" w:rsidR="007C3C6C" w:rsidRPr="00994820" w:rsidRDefault="007C3C6C" w:rsidP="00B1354B">
      <w:pPr>
        <w:pStyle w:val="NormaleWeb"/>
        <w:spacing w:line="360" w:lineRule="auto"/>
        <w:ind w:firstLine="284"/>
        <w:jc w:val="both"/>
      </w:pPr>
      <w:r w:rsidRPr="00994820">
        <w:t>Profumi psicotropi si mischiavano all’aria come fantasmi aromatici: spezie sintetiche, zuccheri volatili, fumi di carni alterate. Ogni respiro era una carezza che cercava di corrompere l’autocontrollo.</w:t>
      </w:r>
    </w:p>
    <w:p w14:paraId="7DB184A8" w14:textId="77777777" w:rsidR="007C3C6C" w:rsidRPr="00994820" w:rsidRDefault="007C3C6C" w:rsidP="00B1354B">
      <w:pPr>
        <w:pStyle w:val="NormaleWeb"/>
        <w:spacing w:line="360" w:lineRule="auto"/>
        <w:ind w:firstLine="284"/>
        <w:jc w:val="both"/>
      </w:pPr>
      <w:r w:rsidRPr="00994820">
        <w:t xml:space="preserve">Il </w:t>
      </w:r>
      <w:r w:rsidRPr="00994820">
        <w:rPr>
          <w:b/>
          <w:bCs/>
        </w:rPr>
        <w:t>Mercato delle Tentazioni</w:t>
      </w:r>
      <w:r w:rsidRPr="00994820">
        <w:t xml:space="preserve"> si spalancava davanti a lei come un ventre pulsante. Ogni bancarella era una provocazione, un invito a lasciarsi andare. Cibi che sembravano liquefarsi a contatto con la lingua. Bevande che promettevano sollievo assoluto, con effetti collaterali lasciati all’immaginazione. E voci. Ovunque. «Vuoi dimenticare una colpa? Ne abbiamo in capsule. Vuoi sentire il sapore dell’inizio di un amore? In tre morsi.»</w:t>
      </w:r>
    </w:p>
    <w:p w14:paraId="1E3B213C" w14:textId="77777777" w:rsidR="007C3C6C" w:rsidRPr="00994820" w:rsidRDefault="007C3C6C" w:rsidP="00B1354B">
      <w:pPr>
        <w:pStyle w:val="NormaleWeb"/>
        <w:spacing w:line="360" w:lineRule="auto"/>
        <w:ind w:firstLine="284"/>
        <w:jc w:val="both"/>
      </w:pPr>
      <w:r w:rsidRPr="00994820">
        <w:lastRenderedPageBreak/>
        <w:t>Fanny strinse i denti.</w:t>
      </w:r>
    </w:p>
    <w:p w14:paraId="5D76CC8B" w14:textId="77777777" w:rsidR="007C3C6C" w:rsidRPr="00994820" w:rsidRDefault="007C3C6C" w:rsidP="00B1354B">
      <w:pPr>
        <w:pStyle w:val="NormaleWeb"/>
        <w:spacing w:line="360" w:lineRule="auto"/>
        <w:ind w:firstLine="284"/>
        <w:jc w:val="both"/>
      </w:pPr>
      <w:r w:rsidRPr="00994820">
        <w:t>Camminava tra la folla, attenta a non farsi sfiorare. La gente era ovunque, eppure sembrava sospesa. Non correva, non si spingeva. Si abbandonava. A ogni angolo, fontane di liquidi iridescenti offrivano una pausa a chi voleva dimenticare, anche solo per dieci minuti, chi fosse.</w:t>
      </w:r>
    </w:p>
    <w:p w14:paraId="3191D0DB" w14:textId="77777777" w:rsidR="007C3C6C" w:rsidRPr="00994820" w:rsidRDefault="007C3C6C" w:rsidP="00B1354B">
      <w:pPr>
        <w:pStyle w:val="NormaleWeb"/>
        <w:spacing w:line="360" w:lineRule="auto"/>
        <w:ind w:firstLine="284"/>
        <w:jc w:val="both"/>
      </w:pPr>
      <w:r w:rsidRPr="00994820">
        <w:t xml:space="preserve">Superò la </w:t>
      </w:r>
      <w:r w:rsidRPr="00994820">
        <w:rPr>
          <w:b/>
          <w:bCs/>
        </w:rPr>
        <w:t>Piazza Zefiro</w:t>
      </w:r>
      <w:r w:rsidRPr="00994820">
        <w:t>, dove l’acqua scorreva in una fontana di luce psichedelica. Le persone vi si avvicinavano con lentezza rituale, bevevano e restavano lì. Immobilizzati. Sereni. Pericolosamente sereni. Chi beveva troppo perdeva la cognizione del tempo. Alcuni rimanevano lì per giorni. Nessuno li fermava.</w:t>
      </w:r>
    </w:p>
    <w:p w14:paraId="42062BAA" w14:textId="77777777" w:rsidR="007C3C6C" w:rsidRPr="00994820" w:rsidRDefault="007C3C6C" w:rsidP="00B1354B">
      <w:pPr>
        <w:pStyle w:val="NormaleWeb"/>
        <w:spacing w:line="360" w:lineRule="auto"/>
        <w:ind w:firstLine="284"/>
        <w:jc w:val="both"/>
      </w:pPr>
      <w:r w:rsidRPr="00994820">
        <w:t xml:space="preserve">Più avanti, il </w:t>
      </w:r>
      <w:r w:rsidRPr="00994820">
        <w:rPr>
          <w:b/>
          <w:bCs/>
        </w:rPr>
        <w:t>Ristorante Gluttonia</w:t>
      </w:r>
      <w:r w:rsidRPr="00994820">
        <w:t xml:space="preserve"> si mostrava come un tempio del desiderio gastronomico. Le pareti emettevano impulsi odorosi personalizzati, a seconda di chi si avvicinava. Fanny percepì un aroma di pane nero e fragola calda, collegato forse a una memoria dimenticata. Non si fermò. Non aveva tempo per la nostalgia indotta.</w:t>
      </w:r>
    </w:p>
    <w:p w14:paraId="01C5E4E4" w14:textId="77777777" w:rsidR="007C3C6C" w:rsidRPr="00994820" w:rsidRDefault="007C3C6C" w:rsidP="00B1354B">
      <w:pPr>
        <w:pStyle w:val="NormaleWeb"/>
        <w:spacing w:line="360" w:lineRule="auto"/>
        <w:ind w:firstLine="284"/>
        <w:jc w:val="both"/>
      </w:pPr>
      <w:r w:rsidRPr="00994820">
        <w:t xml:space="preserve">Infine, il </w:t>
      </w:r>
      <w:r w:rsidRPr="00994820">
        <w:rPr>
          <w:b/>
          <w:bCs/>
        </w:rPr>
        <w:t>Teatro dell’Abbandono</w:t>
      </w:r>
      <w:r w:rsidRPr="00994820">
        <w:t>. La sua facciata era viva. All’ingresso del teatro, un ologramma danzava in loop: una figura femminile evanescente, fluttuante, con lunghi capelli biondi raccolti in due lunghi codini che terminavano in ciocche di un rosa shocking. Indossava un abito sintetico a strati traslucidi, che rifletteva la luce in geometrie cangianti, programmato per evocare nostalgia e pace. Sulle labbra, un sorriso eterno — né troppo aperto, né troppo chiuso. Calibrato. Perfetto.</w:t>
      </w:r>
    </w:p>
    <w:p w14:paraId="1FEAA0EC" w14:textId="77777777" w:rsidR="007C3C6C" w:rsidRPr="00994820" w:rsidRDefault="007C3C6C" w:rsidP="00B1354B">
      <w:pPr>
        <w:pStyle w:val="NormaleWeb"/>
        <w:spacing w:line="360" w:lineRule="auto"/>
        <w:ind w:firstLine="284"/>
        <w:jc w:val="both"/>
      </w:pPr>
      <w:r w:rsidRPr="00994820">
        <w:t>Fanny la riconobbe: era la cantante che Kairo si era incantanto a guardare la sera precedente nel teatro. Ma un rumore spezzò l’incantesimo di quel distretto. E ricordò perché era lì.</w:t>
      </w:r>
    </w:p>
    <w:p w14:paraId="072C4A04" w14:textId="77777777" w:rsidR="007C3C6C" w:rsidRPr="00994820" w:rsidRDefault="007C3C6C" w:rsidP="00B1354B">
      <w:pPr>
        <w:pStyle w:val="NormaleWeb"/>
        <w:spacing w:line="360" w:lineRule="auto"/>
        <w:ind w:firstLine="284"/>
        <w:jc w:val="both"/>
      </w:pPr>
      <w:r w:rsidRPr="00994820">
        <w:t>Un uomo giaceva riverso sull’asfalto, le braccia larghe, il volto umido di lacrime e sudore. Le sue parole – “Non è colpa mia! Lo giuro! Vi prego per…” – furono interrotte da un colpo secco. Un foro perfetto al centro della fronte. Poi il silenzio.</w:t>
      </w:r>
    </w:p>
    <w:p w14:paraId="4920427C" w14:textId="77777777" w:rsidR="007C3C6C" w:rsidRPr="00994820" w:rsidRDefault="007C3C6C" w:rsidP="00B1354B">
      <w:pPr>
        <w:pStyle w:val="NormaleWeb"/>
        <w:spacing w:line="360" w:lineRule="auto"/>
        <w:ind w:firstLine="284"/>
        <w:jc w:val="both"/>
      </w:pPr>
      <w:r w:rsidRPr="00994820">
        <w:t>Sopra, nascosto tra i detriti di un tetto sbrecciato, Rock ricaricava l’arma con gesti lenti. Gli EyeBall, globi meccanici fluttuanti, si staccarono dal suo fianco e scattarono in volo alla ricerca di un colpevole.</w:t>
      </w:r>
    </w:p>
    <w:p w14:paraId="75A37060" w14:textId="77777777" w:rsidR="007C3C6C" w:rsidRPr="00994820" w:rsidRDefault="007C3C6C" w:rsidP="00B1354B">
      <w:pPr>
        <w:pStyle w:val="NormaleWeb"/>
        <w:spacing w:line="360" w:lineRule="auto"/>
        <w:ind w:firstLine="284"/>
        <w:jc w:val="both"/>
      </w:pPr>
      <w:r w:rsidRPr="00994820">
        <w:t>«Colpevole individuato!» gracchiò una delle sfere, puntando verso un bambino di dieci anni. Tremava accanto al cadavere, senza riuscire a distogliere lo sguardo. Era suo padre.</w:t>
      </w:r>
    </w:p>
    <w:p w14:paraId="1A1B1135" w14:textId="77777777" w:rsidR="007C3C6C" w:rsidRPr="00994820" w:rsidRDefault="007C3C6C" w:rsidP="00B1354B">
      <w:pPr>
        <w:pStyle w:val="NormaleWeb"/>
        <w:spacing w:line="360" w:lineRule="auto"/>
        <w:ind w:firstLine="284"/>
        <w:jc w:val="both"/>
      </w:pPr>
      <w:r w:rsidRPr="00994820">
        <w:t>«Becky, Emotion Value?» domandò Fanny al suo ologramma, ruotando il palmo del suo guantone destro.</w:t>
      </w:r>
    </w:p>
    <w:p w14:paraId="1B6FDB53" w14:textId="77777777" w:rsidR="007C3C6C" w:rsidRPr="00994820" w:rsidRDefault="007C3C6C" w:rsidP="00B1354B">
      <w:pPr>
        <w:pStyle w:val="NormaleWeb"/>
        <w:spacing w:line="360" w:lineRule="auto"/>
        <w:ind w:firstLine="284"/>
        <w:jc w:val="both"/>
      </w:pPr>
      <w:r w:rsidRPr="00994820">
        <w:t>«Novantadue, madame.»</w:t>
      </w:r>
    </w:p>
    <w:p w14:paraId="2D3DB40E" w14:textId="77777777" w:rsidR="007C3C6C" w:rsidRPr="00994820" w:rsidRDefault="007C3C6C" w:rsidP="00B1354B">
      <w:pPr>
        <w:pStyle w:val="NormaleWeb"/>
        <w:spacing w:line="360" w:lineRule="auto"/>
        <w:ind w:firstLine="284"/>
        <w:jc w:val="both"/>
      </w:pPr>
      <w:r w:rsidRPr="00994820">
        <w:lastRenderedPageBreak/>
        <w:t>Fanny sbuffò piano. «Povero piccolo…»</w:t>
      </w:r>
    </w:p>
    <w:p w14:paraId="333139B4" w14:textId="77777777" w:rsidR="007C3C6C" w:rsidRPr="00994820" w:rsidRDefault="007C3C6C" w:rsidP="00B1354B">
      <w:pPr>
        <w:pStyle w:val="NormaleWeb"/>
        <w:spacing w:line="360" w:lineRule="auto"/>
        <w:ind w:firstLine="284"/>
        <w:jc w:val="both"/>
      </w:pPr>
      <w:r w:rsidRPr="00994820">
        <w:t>Rock ricaricò con un altro gesto fluido. «e sta salendo, madame.»</w:t>
      </w:r>
    </w:p>
    <w:p w14:paraId="027F8636" w14:textId="77777777" w:rsidR="007C3C6C" w:rsidRPr="00994820" w:rsidRDefault="007C3C6C" w:rsidP="00B1354B">
      <w:pPr>
        <w:pStyle w:val="NormaleWeb"/>
        <w:spacing w:line="360" w:lineRule="auto"/>
        <w:ind w:firstLine="284"/>
        <w:jc w:val="both"/>
      </w:pPr>
      <w:r w:rsidRPr="00994820">
        <w:t>Fanny si parò tra il bambino e la traiettoria di Rock. Il mirino della cecchina lampeggiava:</w:t>
      </w:r>
      <w:r w:rsidRPr="00994820">
        <w:rPr>
          <w:rStyle w:val="Enfasicorsivo"/>
          <w:rFonts w:eastAsiaTheme="majorEastAsia"/>
        </w:rPr>
        <w:t>– EV 103</w:t>
      </w:r>
      <w:r w:rsidRPr="00994820">
        <w:t>.</w:t>
      </w:r>
    </w:p>
    <w:p w14:paraId="714C7498" w14:textId="77777777" w:rsidR="007C3C6C" w:rsidRPr="00994820" w:rsidRDefault="007C3C6C" w:rsidP="00B1354B">
      <w:pPr>
        <w:pStyle w:val="NormaleWeb"/>
        <w:spacing w:line="360" w:lineRule="auto"/>
        <w:ind w:firstLine="284"/>
        <w:jc w:val="both"/>
      </w:pPr>
      <w:r w:rsidRPr="00994820">
        <w:t>Fanny sapeva che se Rock avesse voluto, avrebbe potuto bypassare il debole ostacolo che il suo corpo offriva, ma doveva cercare di salvare quel bambino.</w:t>
      </w:r>
    </w:p>
    <w:p w14:paraId="1D21E728" w14:textId="77777777" w:rsidR="007C3C6C" w:rsidRPr="00994820" w:rsidRDefault="007C3C6C" w:rsidP="00B1354B">
      <w:pPr>
        <w:pStyle w:val="NormaleWeb"/>
        <w:spacing w:line="360" w:lineRule="auto"/>
        <w:ind w:firstLine="284"/>
        <w:jc w:val="both"/>
      </w:pPr>
      <w:r w:rsidRPr="00994820">
        <w:t>«Se hai una madre viva, ti conviene calmarti, piccoletto. Andrà tutto bene… ma solo se adesso ti calmi.» le disse con tono deciso, ma modulando la sua voce cercando di apparire il più dolce possibile.</w:t>
      </w:r>
    </w:p>
    <w:p w14:paraId="38AD9E5B" w14:textId="77777777" w:rsidR="007C3C6C" w:rsidRPr="00994820" w:rsidRDefault="007C3C6C" w:rsidP="00B1354B">
      <w:pPr>
        <w:pStyle w:val="NormaleWeb"/>
        <w:spacing w:line="360" w:lineRule="auto"/>
        <w:ind w:firstLine="284"/>
        <w:jc w:val="both"/>
      </w:pPr>
      <w:r w:rsidRPr="00994820">
        <w:t>Il bambino singhiozzava, sordo alle parole, perso nel suo dolore.</w:t>
      </w:r>
    </w:p>
    <w:p w14:paraId="77A0E511" w14:textId="77777777" w:rsidR="007C3C6C" w:rsidRPr="00994820" w:rsidRDefault="007C3C6C" w:rsidP="00B1354B">
      <w:pPr>
        <w:pStyle w:val="NormaleWeb"/>
        <w:spacing w:line="360" w:lineRule="auto"/>
        <w:ind w:firstLine="284"/>
        <w:jc w:val="both"/>
      </w:pPr>
      <w:r w:rsidRPr="00994820">
        <w:t>Fanny sospirò. Gli si mise davanti. Schiaffo secco. «Stammi a sentire! Se non vuoi morire come lui, calmati! Tuo padre non lo vorrebbe!»</w:t>
      </w:r>
    </w:p>
    <w:p w14:paraId="7280BF79" w14:textId="77777777" w:rsidR="007C3C6C" w:rsidRPr="00994820" w:rsidRDefault="007C3C6C" w:rsidP="00B1354B">
      <w:pPr>
        <w:pStyle w:val="NormaleWeb"/>
        <w:spacing w:line="360" w:lineRule="auto"/>
        <w:ind w:firstLine="284"/>
        <w:jc w:val="both"/>
      </w:pPr>
      <w:r w:rsidRPr="00994820">
        <w:t>Il bambino smise di piangere per un istante. EV 88.</w:t>
      </w:r>
    </w:p>
    <w:p w14:paraId="503E805D" w14:textId="77777777" w:rsidR="007C3C6C" w:rsidRPr="00994820" w:rsidRDefault="007C3C6C" w:rsidP="00B1354B">
      <w:pPr>
        <w:pStyle w:val="NormaleWeb"/>
        <w:spacing w:line="360" w:lineRule="auto"/>
        <w:ind w:firstLine="284"/>
        <w:jc w:val="both"/>
      </w:pPr>
      <w:r w:rsidRPr="00994820">
        <w:t>«Respira» gli sussurrò lei. «Hai una mamma?»</w:t>
      </w:r>
    </w:p>
    <w:p w14:paraId="08CF4FEC" w14:textId="77777777" w:rsidR="007C3C6C" w:rsidRPr="00994820" w:rsidRDefault="007C3C6C" w:rsidP="00B1354B">
      <w:pPr>
        <w:pStyle w:val="NormaleWeb"/>
        <w:spacing w:line="360" w:lineRule="auto"/>
        <w:ind w:firstLine="284"/>
        <w:jc w:val="both"/>
      </w:pPr>
      <w:r w:rsidRPr="00994820">
        <w:t>«S-sì…» annuì, indicando una busta di plastica spiaccicata e insanguinata sull’asfalto. «Le stavamo… comprando una torta…»</w:t>
      </w:r>
    </w:p>
    <w:p w14:paraId="1439C5F0" w14:textId="77777777" w:rsidR="007C3C6C" w:rsidRPr="00994820" w:rsidRDefault="007C3C6C" w:rsidP="00B1354B">
      <w:pPr>
        <w:pStyle w:val="NormaleWeb"/>
        <w:spacing w:line="360" w:lineRule="auto"/>
        <w:ind w:firstLine="284"/>
        <w:jc w:val="both"/>
      </w:pPr>
      <w:r w:rsidRPr="00994820">
        <w:t>«Capisco…» La voce di Fanny si fece più dolce. «Mi dispiace per papà. So che non servirà a riportarlo indietro. Ma se ti calmi davvero… ti compro un’altra torta, e la portiamo da tua madre. D’accordo?»</w:t>
      </w:r>
    </w:p>
    <w:p w14:paraId="076B3A51" w14:textId="77777777" w:rsidR="007C3C6C" w:rsidRPr="00994820" w:rsidRDefault="007C3C6C" w:rsidP="00B1354B">
      <w:pPr>
        <w:pStyle w:val="NormaleWeb"/>
        <w:spacing w:line="360" w:lineRule="auto"/>
        <w:ind w:firstLine="284"/>
        <w:jc w:val="both"/>
      </w:pPr>
      <w:r w:rsidRPr="00994820">
        <w:t>Un singhiozzo. «O-okay…»</w:t>
      </w:r>
    </w:p>
    <w:p w14:paraId="37A8FCC2" w14:textId="77777777" w:rsidR="007C3C6C" w:rsidRPr="00994820" w:rsidRDefault="007C3C6C" w:rsidP="00B1354B">
      <w:pPr>
        <w:pStyle w:val="NormaleWeb"/>
        <w:spacing w:line="360" w:lineRule="auto"/>
        <w:ind w:firstLine="284"/>
        <w:jc w:val="both"/>
      </w:pPr>
      <w:r w:rsidRPr="00994820">
        <w:rPr>
          <w:rStyle w:val="Enfasicorsivo"/>
          <w:rFonts w:eastAsiaTheme="majorEastAsia"/>
        </w:rPr>
        <w:t>EV 62.</w:t>
      </w:r>
    </w:p>
    <w:p w14:paraId="68F57551" w14:textId="77777777" w:rsidR="007C3C6C" w:rsidRPr="00994820" w:rsidRDefault="007C3C6C" w:rsidP="00B1354B">
      <w:pPr>
        <w:pStyle w:val="NormaleWeb"/>
        <w:spacing w:line="360" w:lineRule="auto"/>
        <w:ind w:firstLine="284"/>
        <w:jc w:val="both"/>
      </w:pPr>
      <w:r w:rsidRPr="00994820">
        <w:t>«Scommetto che lui ne sarebbe felice.»</w:t>
      </w:r>
    </w:p>
    <w:p w14:paraId="2BA29246" w14:textId="77777777" w:rsidR="007C3C6C" w:rsidRPr="00994820" w:rsidRDefault="007C3C6C" w:rsidP="00B1354B">
      <w:pPr>
        <w:pStyle w:val="NormaleWeb"/>
        <w:spacing w:line="360" w:lineRule="auto"/>
        <w:ind w:firstLine="284"/>
        <w:jc w:val="both"/>
      </w:pPr>
      <w:r w:rsidRPr="00994820">
        <w:t>Fanny gli prese la mano. «Dai. Andiamo.»</w:t>
      </w:r>
    </w:p>
    <w:p w14:paraId="16D245D9" w14:textId="77777777" w:rsidR="007C3C6C" w:rsidRPr="00994820" w:rsidRDefault="007C3C6C" w:rsidP="00B1354B">
      <w:pPr>
        <w:pStyle w:val="NormaleWeb"/>
        <w:spacing w:line="360" w:lineRule="auto"/>
        <w:ind w:firstLine="284"/>
        <w:jc w:val="both"/>
      </w:pPr>
      <w:r w:rsidRPr="00994820">
        <w:t>Un vento gelido.</w:t>
      </w:r>
    </w:p>
    <w:p w14:paraId="1BCE5513" w14:textId="77777777" w:rsidR="007C3C6C" w:rsidRPr="00994820" w:rsidRDefault="007C3C6C" w:rsidP="00B1354B">
      <w:pPr>
        <w:pStyle w:val="NormaleWeb"/>
        <w:spacing w:line="360" w:lineRule="auto"/>
        <w:ind w:firstLine="284"/>
        <w:jc w:val="both"/>
      </w:pPr>
      <w:r w:rsidRPr="00994820">
        <w:t>Davanti a loro, come comparso dal nulla, si ergeva una figura immensa. La pelle bronzea, guanti neri. Uno dei Guardiani. Era Belam.</w:t>
      </w:r>
    </w:p>
    <w:p w14:paraId="55A27911" w14:textId="77777777" w:rsidR="007C3C6C" w:rsidRPr="00994820" w:rsidRDefault="007C3C6C" w:rsidP="00B1354B">
      <w:pPr>
        <w:pStyle w:val="NormaleWeb"/>
        <w:spacing w:line="360" w:lineRule="auto"/>
        <w:ind w:firstLine="284"/>
        <w:jc w:val="both"/>
      </w:pPr>
      <w:r w:rsidRPr="00994820">
        <w:lastRenderedPageBreak/>
        <w:t>«Fermati.»</w:t>
      </w:r>
    </w:p>
    <w:p w14:paraId="550B5FBC" w14:textId="77777777" w:rsidR="007C3C6C" w:rsidRPr="00994820" w:rsidRDefault="007C3C6C" w:rsidP="00B1354B">
      <w:pPr>
        <w:pStyle w:val="NormaleWeb"/>
        <w:spacing w:line="360" w:lineRule="auto"/>
        <w:ind w:firstLine="284"/>
        <w:jc w:val="both"/>
      </w:pPr>
      <w:r w:rsidRPr="00994820">
        <w:t>Fanny si irrigidì. «C’è qualche problema?» chiese, seria.</w:t>
      </w:r>
    </w:p>
    <w:p w14:paraId="306491FB" w14:textId="77777777" w:rsidR="007C3C6C" w:rsidRPr="00994820" w:rsidRDefault="007C3C6C" w:rsidP="00B1354B">
      <w:pPr>
        <w:pStyle w:val="NormaleWeb"/>
        <w:spacing w:line="360" w:lineRule="auto"/>
        <w:ind w:firstLine="284"/>
        <w:jc w:val="both"/>
      </w:pPr>
      <w:r w:rsidRPr="00994820">
        <w:t>L’uomo – Belam – si sfilò lentamente i guanti. Con un palmo aperto, spinse Fanny da parte, senza violenza, solo fermezza. Il colpo si fermò a pochi centimetri dal suo viso. Non era un attacco. Era un avvertimento.</w:t>
      </w:r>
    </w:p>
    <w:p w14:paraId="1D410621" w14:textId="77777777" w:rsidR="007C3C6C" w:rsidRPr="00994820" w:rsidRDefault="007C3C6C" w:rsidP="00B1354B">
      <w:pPr>
        <w:pStyle w:val="NormaleWeb"/>
        <w:spacing w:line="360" w:lineRule="auto"/>
        <w:ind w:firstLine="284"/>
        <w:jc w:val="both"/>
      </w:pPr>
      <w:r w:rsidRPr="00994820">
        <w:t>«Non vedo cosa ci sia di male. Secondo la legge, questo bambino è innocente.»</w:t>
      </w:r>
    </w:p>
    <w:p w14:paraId="6294DF73" w14:textId="77777777" w:rsidR="007C3C6C" w:rsidRPr="00994820" w:rsidRDefault="007C3C6C" w:rsidP="00B1354B">
      <w:pPr>
        <w:pStyle w:val="NormaleWeb"/>
        <w:spacing w:line="360" w:lineRule="auto"/>
        <w:ind w:firstLine="284"/>
        <w:jc w:val="both"/>
      </w:pPr>
      <w:r w:rsidRPr="00994820">
        <w:t>Il Giudice annuì. «Non sono qui per violare la legge.» Si inginocchiò accanto al bambino. «Sono qui per portare a termine lo scopo del Dipartimento del Mezzogiorno. A causa di un’esecuzione improvvisa, una famiglia è rimasta senza un genitore… e soprattutto, con un bambino sofferente. Giusto?»</w:t>
      </w:r>
    </w:p>
    <w:p w14:paraId="044D3937" w14:textId="77777777" w:rsidR="007C3C6C" w:rsidRPr="00994820" w:rsidRDefault="007C3C6C" w:rsidP="00B1354B">
      <w:pPr>
        <w:pStyle w:val="NormaleWeb"/>
        <w:spacing w:line="360" w:lineRule="auto"/>
        <w:ind w:firstLine="284"/>
        <w:jc w:val="both"/>
      </w:pPr>
      <w:r w:rsidRPr="00994820">
        <w:t>Allungò una mano. Un fascio di luce dorata investì il piccolo.</w:t>
      </w:r>
    </w:p>
    <w:p w14:paraId="21989ED1" w14:textId="77777777" w:rsidR="007C3C6C" w:rsidRPr="00994820" w:rsidRDefault="007C3C6C" w:rsidP="00B1354B">
      <w:pPr>
        <w:pStyle w:val="NormaleWeb"/>
        <w:spacing w:line="360" w:lineRule="auto"/>
        <w:ind w:firstLine="284"/>
        <w:jc w:val="both"/>
      </w:pPr>
      <w:r w:rsidRPr="00994820">
        <w:t>«Il tuo EV è congelato. Fra una settimana, per riattivarlo, dovrai presentarti al Dipartimento dell’Alba, i tecnici del Pensiero ti aiuteranno a mantenerlo stabile. Fino ad allora… puoi piangere.» disse il giudice con occhi spenti nascosti sotto le lenti azzurre e tono placido.</w:t>
      </w:r>
    </w:p>
    <w:p w14:paraId="7711755D" w14:textId="77777777" w:rsidR="007C3C6C" w:rsidRPr="00994820" w:rsidRDefault="007C3C6C" w:rsidP="00B1354B">
      <w:pPr>
        <w:pStyle w:val="NormaleWeb"/>
        <w:spacing w:line="360" w:lineRule="auto"/>
        <w:ind w:firstLine="284"/>
        <w:jc w:val="both"/>
      </w:pPr>
      <w:r w:rsidRPr="00994820">
        <w:t>Il bambino esplose in un pianto liberatorio. Per la prima volta, poteva farlo senza rischiare la vita.</w:t>
      </w:r>
    </w:p>
    <w:p w14:paraId="73D06EE3" w14:textId="77777777" w:rsidR="007C3C6C" w:rsidRPr="00994820" w:rsidRDefault="007C3C6C" w:rsidP="00B1354B">
      <w:pPr>
        <w:pStyle w:val="NormaleWeb"/>
        <w:spacing w:line="360" w:lineRule="auto"/>
        <w:ind w:firstLine="284"/>
        <w:jc w:val="both"/>
      </w:pPr>
      <w:r w:rsidRPr="00994820">
        <w:t>«Aspetti!» chiamò Fanny. Belam si voltò.</w:t>
      </w:r>
    </w:p>
    <w:p w14:paraId="1E3AEF48" w14:textId="77777777" w:rsidR="007C3C6C" w:rsidRPr="00994820" w:rsidRDefault="007C3C6C" w:rsidP="00B1354B">
      <w:pPr>
        <w:pStyle w:val="NormaleWeb"/>
        <w:spacing w:line="360" w:lineRule="auto"/>
        <w:ind w:firstLine="284"/>
        <w:jc w:val="both"/>
      </w:pPr>
      <w:r w:rsidRPr="00994820">
        <w:t>«Quello che ha appena fatto… si può applicare anche ad altri? Tanti hanno EV alti solo per tristezza, morte e per questo caos.»</w:t>
      </w:r>
    </w:p>
    <w:p w14:paraId="55FA5786" w14:textId="77777777" w:rsidR="007C3C6C" w:rsidRPr="00994820" w:rsidRDefault="007C3C6C" w:rsidP="00B1354B">
      <w:pPr>
        <w:pStyle w:val="NormaleWeb"/>
        <w:spacing w:line="360" w:lineRule="auto"/>
        <w:ind w:firstLine="284"/>
        <w:jc w:val="both"/>
      </w:pPr>
      <w:r w:rsidRPr="00994820">
        <w:t>L’uomo la fissò. «Non conosci i doveri dei Dipartimenti, vero?»</w:t>
      </w:r>
    </w:p>
    <w:p w14:paraId="7FFC9C9F" w14:textId="77777777" w:rsidR="007C3C6C" w:rsidRPr="00994820" w:rsidRDefault="007C3C6C" w:rsidP="00B1354B">
      <w:pPr>
        <w:pStyle w:val="NormaleWeb"/>
        <w:spacing w:line="360" w:lineRule="auto"/>
        <w:ind w:firstLine="284"/>
        <w:jc w:val="both"/>
      </w:pPr>
      <w:r w:rsidRPr="00994820">
        <w:t>Scosse il capo. «No… mio malgrado.»</w:t>
      </w:r>
    </w:p>
    <w:p w14:paraId="19118403" w14:textId="562DF631" w:rsidR="007C3C6C" w:rsidRPr="00994820" w:rsidRDefault="007C3C6C" w:rsidP="00B1354B">
      <w:pPr>
        <w:pStyle w:val="NormaleWeb"/>
        <w:spacing w:line="360" w:lineRule="auto"/>
        <w:ind w:firstLine="284"/>
        <w:jc w:val="both"/>
      </w:pPr>
      <w:r w:rsidRPr="00994820">
        <w:t>Orso sospirò. «Il Dipartimento del Tramonto mantiene sicurezza e giustizia. Il Mezzogiorno si occupa della vita quotidiana e dell’equilibrio emotivo.</w:t>
      </w:r>
      <w:r w:rsidR="00695DCA">
        <w:t xml:space="preserve"> </w:t>
      </w:r>
      <w:r w:rsidRPr="00994820">
        <w:t>Ma oggi… è l’Alba ad aver risposto all’emergenza.</w:t>
      </w:r>
      <w:r w:rsidR="00695DCA">
        <w:t xml:space="preserve"> </w:t>
      </w:r>
      <w:r w:rsidRPr="00994820">
        <w:t>Perché ciò che sta accadendo mette in crisi non solo l’umore della città, ma la sua stessa struttura.»</w:t>
      </w:r>
    </w:p>
    <w:p w14:paraId="5002317E" w14:textId="77777777" w:rsidR="007C3C6C" w:rsidRPr="00994820" w:rsidRDefault="007C3C6C" w:rsidP="00B1354B">
      <w:pPr>
        <w:pStyle w:val="NormaleWeb"/>
        <w:spacing w:line="360" w:lineRule="auto"/>
        <w:ind w:firstLine="284"/>
        <w:jc w:val="both"/>
      </w:pPr>
      <w:r w:rsidRPr="00994820">
        <w:t>Poi Belam continuò «Stasera siamo stati convocati dal Mezzogiorno stesso. Perché persino la felicità è diventata instabile. Rivey crede centri qualcosa quel killer che abbiamo giudicato ieri sera, sta di fatto che moltissimi cittadini che si credevano già giudicati, ora stanno infestando la città»</w:t>
      </w:r>
    </w:p>
    <w:p w14:paraId="7F3196C5" w14:textId="77777777" w:rsidR="007C3C6C" w:rsidRPr="00994820" w:rsidRDefault="007C3C6C" w:rsidP="00B1354B">
      <w:pPr>
        <w:pStyle w:val="NormaleWeb"/>
        <w:spacing w:line="360" w:lineRule="auto"/>
        <w:ind w:firstLine="284"/>
        <w:jc w:val="both"/>
      </w:pPr>
      <w:r w:rsidRPr="00994820">
        <w:lastRenderedPageBreak/>
        <w:t xml:space="preserve">Fanny strinse i pugni. «Secondo la legge… questo bambino sarebbe morto. Ma si può evitare. Si </w:t>
      </w:r>
      <w:r w:rsidRPr="00994820">
        <w:rPr>
          <w:rStyle w:val="Enfasicorsivo"/>
          <w:rFonts w:eastAsiaTheme="majorEastAsia"/>
        </w:rPr>
        <w:t>può</w:t>
      </w:r>
      <w:r w:rsidRPr="00994820">
        <w:t xml:space="preserve"> parlare. L’Emotion Value si stava abbassando.»</w:t>
      </w:r>
    </w:p>
    <w:p w14:paraId="2C720844" w14:textId="77777777" w:rsidR="007C3C6C" w:rsidRPr="00994820" w:rsidRDefault="007C3C6C" w:rsidP="00B1354B">
      <w:pPr>
        <w:pStyle w:val="NormaleWeb"/>
        <w:spacing w:line="360" w:lineRule="auto"/>
        <w:ind w:firstLine="284"/>
        <w:jc w:val="both"/>
      </w:pPr>
      <w:r w:rsidRPr="00994820">
        <w:t>Belam annuì lentamente. «Per questo le esecuzioni non sono affidate alle macchine. Ma a voi Shinigami. Perché potete scegliere. O almeno… potevate.»</w:t>
      </w:r>
    </w:p>
    <w:p w14:paraId="2DB3E68E" w14:textId="77777777" w:rsidR="007C3C6C" w:rsidRPr="00994820" w:rsidRDefault="007C3C6C" w:rsidP="00B1354B">
      <w:pPr>
        <w:pStyle w:val="NormaleWeb"/>
        <w:spacing w:line="360" w:lineRule="auto"/>
        <w:ind w:firstLine="284"/>
        <w:jc w:val="both"/>
      </w:pPr>
      <w:r w:rsidRPr="00994820">
        <w:t>«Quindi… non disapprova ciò che ho fatto?»</w:t>
      </w:r>
    </w:p>
    <w:p w14:paraId="69A0A4DC" w14:textId="77777777" w:rsidR="007C3C6C" w:rsidRPr="00994820" w:rsidRDefault="007C3C6C" w:rsidP="00B1354B">
      <w:pPr>
        <w:pStyle w:val="NormaleWeb"/>
        <w:spacing w:line="360" w:lineRule="auto"/>
        <w:ind w:firstLine="284"/>
        <w:jc w:val="both"/>
      </w:pPr>
      <w:r w:rsidRPr="00994820">
        <w:t>«Perché dovrei? La salvaguardia dei cittadini fa parte dei miei doveri. E anche dei vostri.» Guardò in alto. Rock si stava allontanando.</w:t>
      </w:r>
    </w:p>
    <w:p w14:paraId="52E16C81" w14:textId="77777777" w:rsidR="007C3C6C" w:rsidRPr="00994820" w:rsidRDefault="007C3C6C" w:rsidP="00B1354B">
      <w:pPr>
        <w:pStyle w:val="NormaleWeb"/>
        <w:spacing w:line="360" w:lineRule="auto"/>
        <w:ind w:firstLine="284"/>
        <w:jc w:val="both"/>
      </w:pPr>
      <w:r w:rsidRPr="00994820">
        <w:t>«Allora… se riconosco un’ingiustizia, posso oppormi?»</w:t>
      </w:r>
    </w:p>
    <w:p w14:paraId="2D0C6FE0" w14:textId="77777777" w:rsidR="007C3C6C" w:rsidRPr="00994820" w:rsidRDefault="007C3C6C" w:rsidP="00B1354B">
      <w:pPr>
        <w:pStyle w:val="NormaleWeb"/>
        <w:spacing w:line="360" w:lineRule="auto"/>
        <w:ind w:firstLine="284"/>
        <w:jc w:val="both"/>
      </w:pPr>
      <w:r w:rsidRPr="00994820">
        <w:t xml:space="preserve">«Sei umana, no? È questo il motivo per cui esistono ancora Shinigami umani. Per </w:t>
      </w:r>
      <w:r w:rsidRPr="00994820">
        <w:rPr>
          <w:rStyle w:val="Enfasicorsivo"/>
          <w:rFonts w:eastAsiaTheme="majorEastAsia"/>
        </w:rPr>
        <w:t>scegliere</w:t>
      </w:r>
      <w:r w:rsidRPr="00994820">
        <w:t>.»</w:t>
      </w:r>
    </w:p>
    <w:p w14:paraId="512CA423" w14:textId="77777777" w:rsidR="007C3C6C" w:rsidRPr="00994820" w:rsidRDefault="007C3C6C" w:rsidP="00B1354B">
      <w:pPr>
        <w:pStyle w:val="NormaleWeb"/>
        <w:spacing w:line="360" w:lineRule="auto"/>
        <w:ind w:firstLine="284"/>
        <w:jc w:val="both"/>
      </w:pPr>
      <w:r w:rsidRPr="00994820">
        <w:t>Fanny annuì. «Allora c’è ancora qualcosa di buono in mezzo a tutta questa politica brutale… Grazie. Davvero.»</w:t>
      </w:r>
    </w:p>
    <w:p w14:paraId="38A1C2A9" w14:textId="77777777" w:rsidR="007C3C6C" w:rsidRPr="00994820" w:rsidRDefault="007C3C6C" w:rsidP="00B1354B">
      <w:pPr>
        <w:pStyle w:val="NormaleWeb"/>
        <w:spacing w:line="360" w:lineRule="auto"/>
        <w:ind w:firstLine="284"/>
        <w:jc w:val="both"/>
      </w:pPr>
      <w:r w:rsidRPr="00994820">
        <w:t>Il giudice fece per andarsene. Il vento iniziò a sollevarsi attorno a lui.</w:t>
      </w:r>
    </w:p>
    <w:p w14:paraId="30B58F1C" w14:textId="77777777" w:rsidR="007C3C6C" w:rsidRPr="00994820" w:rsidRDefault="007C3C6C" w:rsidP="00B1354B">
      <w:pPr>
        <w:pStyle w:val="NormaleWeb"/>
        <w:spacing w:line="360" w:lineRule="auto"/>
        <w:ind w:firstLine="284"/>
        <w:jc w:val="both"/>
      </w:pPr>
      <w:r w:rsidRPr="00994820">
        <w:t>«In caso di problemi,» disse senza voltarsi, «basterà pronunciare: “Richiedo l’intervento dell’Ago della Bilancia.” E qualcuno del Dipartimento dell’alba risponderà. Stasera anche noi siamo stati convocati dal Mezzogiorno.»</w:t>
      </w:r>
    </w:p>
    <w:p w14:paraId="403FE41D" w14:textId="77777777" w:rsidR="007C3C6C" w:rsidRPr="00994820" w:rsidRDefault="007C3C6C" w:rsidP="00B1354B">
      <w:pPr>
        <w:pStyle w:val="NormaleWeb"/>
        <w:spacing w:line="360" w:lineRule="auto"/>
        <w:ind w:firstLine="284"/>
        <w:jc w:val="both"/>
      </w:pPr>
      <w:r w:rsidRPr="00994820">
        <w:t>Poi svanì.</w:t>
      </w:r>
    </w:p>
    <w:p w14:paraId="6E1EF630" w14:textId="77777777" w:rsidR="007C3C6C" w:rsidRPr="00994820" w:rsidRDefault="007C3C6C" w:rsidP="00B1354B">
      <w:pPr>
        <w:spacing w:before="100" w:beforeAutospacing="1" w:after="100" w:afterAutospacing="1" w:line="360" w:lineRule="auto"/>
        <w:ind w:firstLine="284"/>
        <w:jc w:val="both"/>
      </w:pPr>
      <w:r w:rsidRPr="00994820">
        <w:t>«Ehi, piccino…» disse Fanny con un tono più leggero, mentre si chinava accanto a lui. «Facciamo questa cosa, poi ti accompagno a casa. Va bene?»</w:t>
      </w:r>
    </w:p>
    <w:p w14:paraId="34D77E7B" w14:textId="77777777" w:rsidR="007C3C6C" w:rsidRPr="00994820" w:rsidRDefault="007C3C6C" w:rsidP="00B1354B">
      <w:pPr>
        <w:spacing w:before="100" w:beforeAutospacing="1" w:after="100" w:afterAutospacing="1" w:line="360" w:lineRule="auto"/>
        <w:ind w:firstLine="284"/>
        <w:jc w:val="both"/>
      </w:pPr>
      <w:r w:rsidRPr="00994820">
        <w:t>«C-certo…» rispose il bambino, ancora tremante, le lacrime che gli rigavano le guance come pioggia sul vetro.</w:t>
      </w:r>
    </w:p>
    <w:p w14:paraId="4A1C1604" w14:textId="77777777" w:rsidR="007C3C6C" w:rsidRPr="00994820" w:rsidRDefault="007C3C6C" w:rsidP="00B1354B">
      <w:pPr>
        <w:spacing w:before="100" w:beforeAutospacing="1" w:after="100" w:afterAutospacing="1" w:line="360" w:lineRule="auto"/>
        <w:ind w:firstLine="284"/>
        <w:jc w:val="both"/>
      </w:pPr>
      <w:r w:rsidRPr="00994820">
        <w:t>Lei gli accarezzò la testa con un gesto che sapeva d’infanzia, poi si allontanò per qualche minuto. Tornò stringendo un piccolo sacchetto bianco. All’interno, una nuova torta. Uguale a quella schiacciata sull’asfalto.</w:t>
      </w:r>
    </w:p>
    <w:p w14:paraId="32856F6C" w14:textId="77777777" w:rsidR="007C3C6C" w:rsidRPr="00994820" w:rsidRDefault="007C3C6C" w:rsidP="00B1354B">
      <w:pPr>
        <w:spacing w:before="100" w:beforeAutospacing="1" w:after="100" w:afterAutospacing="1" w:line="360" w:lineRule="auto"/>
        <w:ind w:firstLine="284"/>
        <w:jc w:val="both"/>
      </w:pPr>
      <w:r w:rsidRPr="00994820">
        <w:t>Gliela porse con delicatezza. «Tieni. Ora cerca di essere forte. Per te. E per la tua mamma. D’accordo?»</w:t>
      </w:r>
    </w:p>
    <w:p w14:paraId="44103F27" w14:textId="77777777" w:rsidR="007C3C6C" w:rsidRPr="00994820" w:rsidRDefault="007C3C6C" w:rsidP="00B1354B">
      <w:pPr>
        <w:spacing w:before="100" w:beforeAutospacing="1" w:after="100" w:afterAutospacing="1" w:line="360" w:lineRule="auto"/>
        <w:ind w:firstLine="284"/>
        <w:jc w:val="both"/>
      </w:pPr>
      <w:r w:rsidRPr="00994820">
        <w:t>Lui annuì. «G-grazie… se non fosse stato per te…» La frase si sciolse in un singhiozzo. Poi le si avvinghiò al busto, stringendola forte.</w:t>
      </w:r>
    </w:p>
    <w:p w14:paraId="3E53887F" w14:textId="77777777" w:rsidR="007C3C6C" w:rsidRPr="00994820" w:rsidRDefault="007C3C6C" w:rsidP="00B1354B">
      <w:pPr>
        <w:spacing w:before="100" w:beforeAutospacing="1" w:after="100" w:afterAutospacing="1" w:line="360" w:lineRule="auto"/>
        <w:ind w:firstLine="284"/>
        <w:jc w:val="both"/>
      </w:pPr>
      <w:r w:rsidRPr="00994820">
        <w:lastRenderedPageBreak/>
        <w:t>Fanny, sorpresa, rimase immobile un istante. Poi lo abbracciò, lenta. Con affetto sincero. Una lacrima le solcò il volto, che asciugò col dorso della mano. «Vorrei… essere arrivata prima.»</w:t>
      </w:r>
    </w:p>
    <w:p w14:paraId="25A834FF" w14:textId="77777777" w:rsidR="007C3C6C" w:rsidRPr="00994820" w:rsidRDefault="007C3C6C" w:rsidP="00B1354B">
      <w:pPr>
        <w:spacing w:before="100" w:beforeAutospacing="1" w:after="100" w:afterAutospacing="1" w:line="360" w:lineRule="auto"/>
        <w:ind w:firstLine="284"/>
        <w:jc w:val="both"/>
      </w:pPr>
      <w:r w:rsidRPr="00994820">
        <w:t>«Su… ora vai.»</w:t>
      </w:r>
    </w:p>
    <w:p w14:paraId="4105F1B4" w14:textId="77777777" w:rsidR="007C3C6C" w:rsidRPr="00994820" w:rsidRDefault="007C3C6C" w:rsidP="00B1354B">
      <w:pPr>
        <w:spacing w:before="100" w:beforeAutospacing="1" w:after="100" w:afterAutospacing="1" w:line="360" w:lineRule="auto"/>
        <w:ind w:firstLine="284"/>
        <w:jc w:val="both"/>
      </w:pPr>
      <w:r w:rsidRPr="00994820">
        <w:t>Il bambino le diede un bacio sulla guancia, poi si voltò ed entrò in casa. La porta si chiuse piano.</w:t>
      </w:r>
    </w:p>
    <w:p w14:paraId="1C1662C8" w14:textId="77777777" w:rsidR="007C3C6C" w:rsidRPr="00994820" w:rsidRDefault="007C3C6C" w:rsidP="00B1354B">
      <w:pPr>
        <w:spacing w:before="100" w:beforeAutospacing="1" w:after="100" w:afterAutospacing="1" w:line="360" w:lineRule="auto"/>
        <w:ind w:firstLine="284"/>
        <w:jc w:val="both"/>
      </w:pPr>
      <w:r w:rsidRPr="00994820">
        <w:t>Fanny rimase lì, immobile. Lo sguardo perso. Il pensiero tornò a Rock e a Momo, che di umano avevano ben poco. Poi un sussurro appena udibile. «Quelle… schifose bambine.»</w:t>
      </w:r>
    </w:p>
    <w:p w14:paraId="21D844B6" w14:textId="77777777" w:rsidR="007C3C6C" w:rsidRPr="00994820" w:rsidRDefault="007C3C6C" w:rsidP="00B1354B">
      <w:pPr>
        <w:spacing w:before="100" w:beforeAutospacing="1" w:after="100" w:afterAutospacing="1" w:line="360" w:lineRule="auto"/>
        <w:ind w:firstLine="284"/>
        <w:jc w:val="both"/>
      </w:pPr>
      <w:r w:rsidRPr="00994820">
        <w:t>«Forse… sono l’unica vera umana lì in mezzo.»</w:t>
      </w:r>
    </w:p>
    <w:p w14:paraId="00D0BA7C" w14:textId="77777777" w:rsidR="007C3C6C" w:rsidRPr="00994820" w:rsidRDefault="007C3C6C" w:rsidP="00B1354B">
      <w:pPr>
        <w:spacing w:before="100" w:beforeAutospacing="1" w:after="100" w:afterAutospacing="1" w:line="360" w:lineRule="auto"/>
        <w:ind w:firstLine="284"/>
        <w:jc w:val="both"/>
      </w:pPr>
      <w:r w:rsidRPr="00994820">
        <w:t>Si voltò e si incamminò verso il prossimo obiettivo segnalato da Becky.</w:t>
      </w:r>
    </w:p>
    <w:p w14:paraId="628EDBA5" w14:textId="77777777" w:rsidR="007C3C6C" w:rsidRPr="00994820" w:rsidRDefault="007C3C6C" w:rsidP="00B1354B">
      <w:pPr>
        <w:spacing w:before="100" w:beforeAutospacing="1" w:after="100" w:afterAutospacing="1" w:line="360" w:lineRule="auto"/>
        <w:ind w:firstLine="284"/>
        <w:jc w:val="both"/>
      </w:pPr>
      <w:r w:rsidRPr="00994820">
        <w:t>Poco più avanti, appoggiato al muro, Rift la aspettava. Sbuffava. Nervoso.</w:t>
      </w:r>
    </w:p>
    <w:p w14:paraId="1D8D366A" w14:textId="77777777" w:rsidR="007C3C6C" w:rsidRPr="00994820" w:rsidRDefault="007C3C6C" w:rsidP="00B1354B">
      <w:pPr>
        <w:spacing w:before="100" w:beforeAutospacing="1" w:after="100" w:afterAutospacing="1" w:line="360" w:lineRule="auto"/>
        <w:ind w:firstLine="284"/>
        <w:jc w:val="both"/>
      </w:pPr>
      <w:r w:rsidRPr="00994820">
        <w:t>«Ci hai soffiato il lavoro, mocciosa.»</w:t>
      </w:r>
    </w:p>
    <w:p w14:paraId="4D6D4DE9" w14:textId="77777777" w:rsidR="007C3C6C" w:rsidRPr="00994820" w:rsidRDefault="007C3C6C" w:rsidP="00B1354B">
      <w:pPr>
        <w:spacing w:before="100" w:beforeAutospacing="1" w:after="100" w:afterAutospacing="1" w:line="360" w:lineRule="auto"/>
        <w:ind w:firstLine="284"/>
        <w:jc w:val="both"/>
      </w:pPr>
      <w:r w:rsidRPr="00994820">
        <w:t>Fanny non lo degnò neanche di uno sguardo. «Non parlarmi come se te ne fregasse qualcosa. L’ho solo fatto meglio di lei. Quella stupida mocciosa.»</w:t>
      </w:r>
    </w:p>
    <w:p w14:paraId="7552AF78" w14:textId="77777777" w:rsidR="007C3C6C" w:rsidRPr="00994820" w:rsidRDefault="007C3C6C" w:rsidP="00B1354B">
      <w:pPr>
        <w:spacing w:before="100" w:beforeAutospacing="1" w:after="100" w:afterAutospacing="1" w:line="360" w:lineRule="auto"/>
        <w:ind w:firstLine="284"/>
        <w:jc w:val="both"/>
      </w:pPr>
      <w:r w:rsidRPr="00994820">
        <w:t>Gli passò accanto senza fermarsi. Poi decise di fermarsi e guidata da una rabbia che le saliva da dentro il petto scaraventò un pugno contro il volto del ragazzo, che preso alla sprovvista non riuscì ad attivare il boost per tempo</w:t>
      </w:r>
    </w:p>
    <w:p w14:paraId="002287E8" w14:textId="77777777" w:rsidR="007C3C6C" w:rsidRPr="00994820" w:rsidRDefault="007C3C6C" w:rsidP="00B1354B">
      <w:pPr>
        <w:spacing w:before="100" w:beforeAutospacing="1" w:after="100" w:afterAutospacing="1" w:line="360" w:lineRule="auto"/>
        <w:ind w:firstLine="284"/>
        <w:jc w:val="both"/>
      </w:pPr>
      <w:r w:rsidRPr="00994820">
        <w:t>«SEI DAVVERO UN IDIOTA!» gli urlò. «Come fai a starle vicino sapendo che cosa le hanno fatto?» chiese con furia Fanny.</w:t>
      </w:r>
    </w:p>
    <w:p w14:paraId="47C485C1" w14:textId="77777777" w:rsidR="007C3C6C" w:rsidRPr="00994820" w:rsidRDefault="007C3C6C" w:rsidP="00B1354B">
      <w:pPr>
        <w:spacing w:before="100" w:beforeAutospacing="1" w:after="100" w:afterAutospacing="1" w:line="360" w:lineRule="auto"/>
        <w:ind w:firstLine="284"/>
        <w:jc w:val="both"/>
      </w:pPr>
      <w:r w:rsidRPr="00994820">
        <w:t>Rift sgranò gli occhi, dal suolo dove il pugno lo aveva fatto precipitare. Poi il suo volto si riempì d’ira «Ma tu che ne sai?» le urlò sputando del sangue dalla bocca, mentre con furia si rialzava</w:t>
      </w:r>
    </w:p>
    <w:p w14:paraId="594C18FA" w14:textId="77777777" w:rsidR="007C3C6C" w:rsidRPr="00994820" w:rsidRDefault="007C3C6C" w:rsidP="00B1354B">
      <w:pPr>
        <w:spacing w:before="100" w:beforeAutospacing="1" w:after="100" w:afterAutospacing="1" w:line="360" w:lineRule="auto"/>
        <w:ind w:firstLine="284"/>
        <w:jc w:val="both"/>
      </w:pPr>
      <w:r w:rsidRPr="00994820">
        <w:t>«Era o così, o vederla diventare una fottuta Elvenar!» i suoi occhi colmi d’ira cominciarono a brillare di lacrime sincere «Tu credi davvero che mi piaccia dover scavare tra quel poco che è rimasto di lei, in quel cazzo di corpo che non è più suo? MI PIACE SECONDO TE DOVERLA GUARDARE SPERANDO CHE MI SORRIDA ANCORA COME UNA VOLTA?» Fanny rimase sconvolta, non si aspettava certo una risposta simile.</w:t>
      </w:r>
    </w:p>
    <w:p w14:paraId="57670B35" w14:textId="77777777" w:rsidR="007C3C6C" w:rsidRPr="00994820" w:rsidRDefault="007C3C6C" w:rsidP="00B1354B">
      <w:pPr>
        <w:spacing w:before="100" w:beforeAutospacing="1" w:after="100" w:afterAutospacing="1" w:line="360" w:lineRule="auto"/>
        <w:ind w:firstLine="284"/>
        <w:jc w:val="both"/>
      </w:pPr>
      <w:r w:rsidRPr="00994820">
        <w:t>«Non tutti qua sono fortunati come te e quell’altro» Fanny arrossì violentemente, scossa da quelle parole.</w:t>
      </w:r>
    </w:p>
    <w:p w14:paraId="2725C8AC"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«Di che stai parl…» ma la sua risposta venne rapidamente interrotta. </w:t>
      </w:r>
    </w:p>
    <w:p w14:paraId="6F902ED8" w14:textId="77777777" w:rsidR="007C3C6C" w:rsidRPr="00994820" w:rsidRDefault="007C3C6C" w:rsidP="00B1354B">
      <w:pPr>
        <w:spacing w:before="100" w:beforeAutospacing="1" w:after="100" w:afterAutospacing="1" w:line="360" w:lineRule="auto"/>
        <w:ind w:firstLine="284"/>
        <w:jc w:val="both"/>
      </w:pPr>
      <w:r w:rsidRPr="00994820">
        <w:t>«Vedi semplicemente di stare fuori dai miei affari, capito? Se sarò abbastanza diligente, potrò richiedere di reinstallare il vecchio modello di Emotion Reader… e lei… lei tornerà» disse con un tono sconsolato, ma un vistoso sorriso isterico sul volto. Fanny non riuscì a resistere e lo sollevò per il petto</w:t>
      </w:r>
    </w:p>
    <w:p w14:paraId="096215CC" w14:textId="77777777" w:rsidR="007C3C6C" w:rsidRPr="00994820" w:rsidRDefault="007C3C6C" w:rsidP="00B1354B">
      <w:pPr>
        <w:spacing w:before="100" w:beforeAutospacing="1" w:after="100" w:afterAutospacing="1" w:line="360" w:lineRule="auto"/>
        <w:ind w:firstLine="284"/>
        <w:jc w:val="both"/>
      </w:pPr>
      <w:r w:rsidRPr="00994820">
        <w:t>«Ma di che cazzo parli! Non la riavrai mai indietro, tanto vale ammazzarla.» Gli occhi di rift si riempirono di furia, ma Fanny continuò «Abbiamo assistito a una conversazione privata di Rivey, vogliono installare un nuovo modello, un certo Emotion Hive» Gli occhi di rift si spalancarono.</w:t>
      </w:r>
    </w:p>
    <w:p w14:paraId="12EAFA5F" w14:textId="77777777" w:rsidR="007C3C6C" w:rsidRPr="00994820" w:rsidRDefault="007C3C6C" w:rsidP="00B1354B">
      <w:pPr>
        <w:spacing w:before="100" w:beforeAutospacing="1" w:after="100" w:afterAutospacing="1" w:line="360" w:lineRule="auto"/>
        <w:ind w:firstLine="284"/>
        <w:jc w:val="both"/>
      </w:pPr>
      <w:r w:rsidRPr="00994820">
        <w:t xml:space="preserve">«Hive…? Quando?» </w:t>
      </w:r>
    </w:p>
    <w:p w14:paraId="5B93B805" w14:textId="77777777" w:rsidR="007C3C6C" w:rsidRPr="00994820" w:rsidRDefault="007C3C6C" w:rsidP="00B1354B">
      <w:pPr>
        <w:spacing w:before="100" w:beforeAutospacing="1" w:after="100" w:afterAutospacing="1" w:line="360" w:lineRule="auto"/>
        <w:ind w:firstLine="284"/>
        <w:jc w:val="both"/>
      </w:pPr>
      <w:r w:rsidRPr="00994820">
        <w:t>«Presto, per cui…» ma Fanny non riuscì a completare il pensiero: Rift aveva attivato il suo Boost Tek, ed era sparito dalle sue grinfie ad una velocità disumana</w:t>
      </w:r>
    </w:p>
    <w:p w14:paraId="1D87B56A" w14:textId="4B0FF044" w:rsidR="00A20E7A" w:rsidRDefault="007C3C6C" w:rsidP="00B1354B">
      <w:pPr>
        <w:spacing w:before="100" w:beforeAutospacing="1" w:after="100" w:afterAutospacing="1" w:line="360" w:lineRule="auto"/>
        <w:ind w:firstLine="284"/>
        <w:jc w:val="both"/>
      </w:pPr>
      <w:r w:rsidRPr="00994820">
        <w:t xml:space="preserve">«Mah, fai come ti pare… almeno </w:t>
      </w:r>
      <w:r w:rsidRPr="00994820">
        <w:rPr>
          <w:i/>
          <w:iCs/>
        </w:rPr>
        <w:t>qualcuno altro</w:t>
      </w:r>
      <w:r w:rsidRPr="00994820">
        <w:t xml:space="preserve"> lo sa.»</w:t>
      </w:r>
      <w:r w:rsidR="00A20E7A">
        <w:t xml:space="preserve"> </w:t>
      </w:r>
      <w:r w:rsidRPr="00994820">
        <w:t>Si sistemò i capelli con stizza. «Anche se non credo cambierà davvero qualcosa.</w:t>
      </w:r>
    </w:p>
    <w:p w14:paraId="0DA1B1C5" w14:textId="4278D7A7" w:rsidR="00CD408F" w:rsidRPr="00994820" w:rsidRDefault="00A20E7A" w:rsidP="00A20E7A">
      <w:pPr>
        <w:spacing w:after="160" w:line="259" w:lineRule="auto"/>
      </w:pPr>
      <w:r>
        <w:br w:type="page"/>
      </w:r>
    </w:p>
    <w:p w14:paraId="7A475362" w14:textId="5C3780D9" w:rsidR="007C3C6C" w:rsidRPr="00547236" w:rsidRDefault="007C3C6C" w:rsidP="001F6492">
      <w:pPr>
        <w:pStyle w:val="Titolo1"/>
        <w:jc w:val="center"/>
      </w:pPr>
      <w:r w:rsidRPr="00547236">
        <w:lastRenderedPageBreak/>
        <w:t xml:space="preserve">Capitolo </w:t>
      </w:r>
      <w:r w:rsidR="00547236">
        <w:t>XII</w:t>
      </w:r>
      <w:r w:rsidRPr="00547236">
        <w:t xml:space="preserve"> - Tra le braccia di Selene</w:t>
      </w:r>
    </w:p>
    <w:p w14:paraId="068F2932" w14:textId="77777777" w:rsidR="00547236" w:rsidRDefault="00547236" w:rsidP="00B1354B">
      <w:pPr>
        <w:spacing w:before="100" w:beforeAutospacing="1" w:after="100" w:afterAutospacing="1" w:line="360" w:lineRule="auto"/>
        <w:ind w:firstLine="284"/>
        <w:jc w:val="both"/>
      </w:pPr>
    </w:p>
    <w:p w14:paraId="61C90817" w14:textId="77777777" w:rsidR="00547236" w:rsidRDefault="00547236" w:rsidP="00B1354B">
      <w:pPr>
        <w:spacing w:before="100" w:beforeAutospacing="1" w:after="100" w:afterAutospacing="1" w:line="360" w:lineRule="auto"/>
        <w:ind w:firstLine="284"/>
        <w:jc w:val="both"/>
      </w:pPr>
    </w:p>
    <w:p w14:paraId="077F9763" w14:textId="77777777" w:rsidR="00547236" w:rsidRDefault="00547236" w:rsidP="00B1354B">
      <w:pPr>
        <w:spacing w:before="100" w:beforeAutospacing="1" w:after="100" w:afterAutospacing="1" w:line="360" w:lineRule="auto"/>
        <w:ind w:firstLine="284"/>
        <w:jc w:val="both"/>
      </w:pPr>
    </w:p>
    <w:p w14:paraId="1515B268" w14:textId="7C69EBFC" w:rsidR="00547236" w:rsidRDefault="007C3C6C" w:rsidP="00B1354B">
      <w:pPr>
        <w:spacing w:before="100" w:beforeAutospacing="1" w:after="100" w:afterAutospacing="1" w:line="360" w:lineRule="auto"/>
        <w:ind w:firstLine="284"/>
        <w:jc w:val="both"/>
      </w:pPr>
      <w:r w:rsidRPr="00994820">
        <w:t>Le luci cambiano.</w:t>
      </w:r>
    </w:p>
    <w:p w14:paraId="1D56D96E" w14:textId="19F2DD04" w:rsidR="007C3C6C" w:rsidRPr="00994820" w:rsidRDefault="007C3C6C" w:rsidP="00B1354B">
      <w:pPr>
        <w:spacing w:before="100" w:beforeAutospacing="1" w:after="100" w:afterAutospacing="1" w:line="360" w:lineRule="auto"/>
        <w:ind w:firstLine="284"/>
        <w:jc w:val="both"/>
      </w:pPr>
      <w:r w:rsidRPr="00994820">
        <w:t>Fanny sbuca da Piazza Zefiro come un proiettile, la gamba cibernetica che scheggia il suolo a ogni falcata. Si lascia alle spalle i flussi psichedelici dell’acqua, il tepore insidioso che cerca di rallentarla. Ma Gaudia non perdona chi entra impreparato.</w:t>
      </w:r>
    </w:p>
    <w:p w14:paraId="5CC6DD03" w14:textId="77777777" w:rsidR="00695DCA" w:rsidRDefault="007C3C6C" w:rsidP="00B1354B">
      <w:pPr>
        <w:spacing w:before="100" w:beforeAutospacing="1" w:after="100" w:afterAutospacing="1" w:line="360" w:lineRule="auto"/>
        <w:ind w:firstLine="284"/>
        <w:jc w:val="both"/>
      </w:pPr>
      <w:r w:rsidRPr="00994820">
        <w:t>Appena oltrepassa l’arco al neon di Viale delle Tentazioni, la realtà si scompone.</w:t>
      </w:r>
      <w:r w:rsidRPr="00994820">
        <w:br/>
        <w:t>Profumi dolci e corrosivi le invadono la sua mente. Suoni bassi, come un battito cardiaco amplificato, pulsano nei vicoli. Corpi seminudi, modificati con Boost Tek dalle forme organiche, danzano sospesi in bolle di vetro liquido. Una lapdancer olografica si volta verso di lei, sfocata ma tremendamente reale. Le sussurra:</w:t>
      </w:r>
    </w:p>
    <w:p w14:paraId="27E00A22" w14:textId="13025D6D" w:rsidR="007C3C6C" w:rsidRPr="00994820" w:rsidRDefault="007C3C6C" w:rsidP="00B1354B">
      <w:pPr>
        <w:spacing w:before="100" w:beforeAutospacing="1" w:after="100" w:afterAutospacing="1" w:line="360" w:lineRule="auto"/>
        <w:ind w:firstLine="284"/>
        <w:jc w:val="both"/>
      </w:pPr>
      <w:r w:rsidRPr="00994820">
        <w:t>"Benvenuta, fuoco fatuo. Hai bisogno di toccare, o di essere toccata?"</w:t>
      </w:r>
    </w:p>
    <w:p w14:paraId="58F18488" w14:textId="77777777" w:rsidR="007C3C6C" w:rsidRPr="00994820" w:rsidRDefault="007C3C6C" w:rsidP="00B1354B">
      <w:pPr>
        <w:spacing w:before="100" w:beforeAutospacing="1" w:after="100" w:afterAutospacing="1" w:line="360" w:lineRule="auto"/>
        <w:ind w:firstLine="284"/>
        <w:jc w:val="both"/>
      </w:pPr>
      <w:r w:rsidRPr="00994820">
        <w:t>Fanny non risponde. Serra la mascella, evita i manifesti interattivi che proiettano desideri direttamente nel sistema limbico. Un uomo con la pelle traslucida le passa accanto, i suoi nervi in evidenza come vene d’oro pulsanti. Sente le sue emozioni come scariche statiche nell’aria.</w:t>
      </w:r>
    </w:p>
    <w:p w14:paraId="44762880" w14:textId="77777777" w:rsidR="007C3C6C" w:rsidRPr="00994820" w:rsidRDefault="007C3C6C" w:rsidP="00B1354B">
      <w:pPr>
        <w:spacing w:before="100" w:beforeAutospacing="1" w:after="100" w:afterAutospacing="1" w:line="360" w:lineRule="auto"/>
        <w:ind w:firstLine="284"/>
        <w:jc w:val="both"/>
      </w:pPr>
      <w:r w:rsidRPr="00994820">
        <w:t>Ogni passo su quel viale è una battaglia. Le luci le scompensano l’equilibrio. I display biometrici tentano di leggere i suoi occhi artificiali, proiettandole fantasie su misura.</w:t>
      </w:r>
    </w:p>
    <w:p w14:paraId="03FCA134" w14:textId="25ED1438" w:rsidR="007C3C6C" w:rsidRPr="00994820" w:rsidRDefault="007C3C6C" w:rsidP="00B1354B">
      <w:pPr>
        <w:spacing w:before="100" w:beforeAutospacing="1" w:after="100" w:afterAutospacing="1" w:line="360" w:lineRule="auto"/>
        <w:ind w:firstLine="284"/>
        <w:jc w:val="both"/>
      </w:pPr>
      <w:r w:rsidRPr="00994820">
        <w:t>Un altro passo.</w:t>
      </w:r>
      <w:r w:rsidR="00E5628F">
        <w:t xml:space="preserve"> </w:t>
      </w:r>
      <w:r w:rsidRPr="00994820">
        <w:t>Un altro stimolo.</w:t>
      </w:r>
      <w:r w:rsidR="00E5628F">
        <w:t xml:space="preserve"> </w:t>
      </w:r>
      <w:r w:rsidRPr="00994820">
        <w:t>Un altro invito a cedere.</w:t>
      </w:r>
    </w:p>
    <w:p w14:paraId="0DC0EE2F" w14:textId="535E1CF4" w:rsidR="007C3C6C" w:rsidRPr="00994820" w:rsidRDefault="007C3C6C" w:rsidP="00B1354B">
      <w:pPr>
        <w:spacing w:before="100" w:beforeAutospacing="1" w:after="100" w:afterAutospacing="1" w:line="360" w:lineRule="auto"/>
        <w:ind w:firstLine="284"/>
        <w:jc w:val="both"/>
      </w:pPr>
      <w:r w:rsidRPr="00994820">
        <w:t>Ma lei è Fanny.</w:t>
      </w:r>
      <w:r w:rsidR="00E5628F">
        <w:t xml:space="preserve"> </w:t>
      </w:r>
      <w:r w:rsidRPr="00994820">
        <w:t>E Gaudia, con tutto il suo lusso erotico e i suoi eccessi sensoriali,</w:t>
      </w:r>
      <w:r w:rsidRPr="00994820">
        <w:br/>
        <w:t>non è pronta per lei.</w:t>
      </w:r>
    </w:p>
    <w:p w14:paraId="3D7E2D95" w14:textId="77777777" w:rsidR="007C3C6C" w:rsidRPr="00994820" w:rsidRDefault="007C3C6C" w:rsidP="00B1354B">
      <w:pPr>
        <w:spacing w:before="100" w:beforeAutospacing="1" w:after="100" w:afterAutospacing="1" w:line="360" w:lineRule="auto"/>
        <w:ind w:firstLine="284"/>
        <w:jc w:val="both"/>
      </w:pPr>
      <w:r w:rsidRPr="00994820">
        <w:t>Ancora una volta un suono violento in un vicolo secondario le richiama l’attenzione. Le urla di una ragazza nell’ombra fecero voltare Fanny. Nell’ombra di quel vicolo un synborn folle, più macchina che uomo stava violentando una ragazza ormai inerme. Accanto a lei il corpo smembrato di un’altra fanciulla dai capelli dorati rendeva chiara la scena. Quella bestia avrebbe ucciso di nuovo, solo dopo aver soddisfatto il surrogato di felicità che era definita libido.</w:t>
      </w:r>
    </w:p>
    <w:p w14:paraId="2CA782EC" w14:textId="765CE8D3" w:rsidR="007C3C6C" w:rsidRPr="00994820" w:rsidRDefault="007C3C6C" w:rsidP="00B1354B">
      <w:pPr>
        <w:spacing w:before="100" w:beforeAutospacing="1" w:after="100" w:afterAutospacing="1" w:line="360" w:lineRule="auto"/>
        <w:ind w:firstLine="284"/>
        <w:jc w:val="both"/>
      </w:pPr>
      <w:r w:rsidRPr="00994820">
        <w:lastRenderedPageBreak/>
        <w:t>Il sangue e la mistura sintetica pomparono con forza dal cuore meccanico di Fanny. Le investì il corpo di energia, come fosse pura elettricità riempiendola di rabbia e stanchezza. Il pugno colpì dritto alla testa.</w:t>
      </w:r>
      <w:r w:rsidR="00695DCA">
        <w:t xml:space="preserve"> </w:t>
      </w:r>
      <w:r w:rsidRPr="00994820">
        <w:t>L’uomo barcollò, lasciando cadere la ragazza che fuggì urlando. Il sangue gli colava dagli zigomi spaccati, ma non sembrava accorgersene. Si voltò verso Fanny con gli occhi dilatati, folli, brillanti come vetro frantumato.</w:t>
      </w:r>
    </w:p>
    <w:p w14:paraId="315670C0" w14:textId="77777777" w:rsidR="007C3C6C" w:rsidRPr="00994820" w:rsidRDefault="007C3C6C" w:rsidP="00B1354B">
      <w:pPr>
        <w:spacing w:before="100" w:beforeAutospacing="1" w:after="100" w:afterAutospacing="1" w:line="360" w:lineRule="auto"/>
        <w:ind w:firstLine="284"/>
        <w:jc w:val="both"/>
      </w:pPr>
      <w:r w:rsidRPr="00994820">
        <w:t>«EV 400. EMERGENZA. EMERGENZA.» gracchiò la voce meccanica di Becky.</w:t>
      </w:r>
    </w:p>
    <w:p w14:paraId="5C30477F" w14:textId="77777777" w:rsidR="007C3C6C" w:rsidRPr="00994820" w:rsidRDefault="007C3C6C" w:rsidP="00B1354B">
      <w:pPr>
        <w:spacing w:before="100" w:beforeAutospacing="1" w:after="100" w:afterAutospacing="1" w:line="360" w:lineRule="auto"/>
        <w:ind w:firstLine="284"/>
        <w:jc w:val="both"/>
      </w:pPr>
      <w:r w:rsidRPr="00994820">
        <w:t>La bestia umana si scagliò su di lei, afferrandola per le spalle. La gettò a terra. Peso e rabbia le piombarono addosso come un macigno.</w:t>
      </w:r>
    </w:p>
    <w:p w14:paraId="4333B37F" w14:textId="38C6493C" w:rsidR="007C3C6C" w:rsidRPr="00994820" w:rsidRDefault="007C3C6C" w:rsidP="00B1354B">
      <w:pPr>
        <w:spacing w:before="100" w:beforeAutospacing="1" w:after="100" w:afterAutospacing="1" w:line="360" w:lineRule="auto"/>
        <w:ind w:firstLine="284"/>
        <w:jc w:val="both"/>
      </w:pPr>
      <w:r w:rsidRPr="00994820">
        <w:t>Ma non riuscì a bloccarla del tutto. Fanny grugnì, fece forza sulla gamba cibernetica e lo disarcionò con uno scatto di bacino.</w:t>
      </w:r>
      <w:r w:rsidR="00695DCA">
        <w:t xml:space="preserve"> </w:t>
      </w:r>
      <w:r w:rsidRPr="00994820">
        <w:t>Rotolò sopra di lui, e poi giù di nuovo, con un colpo secco.</w:t>
      </w:r>
    </w:p>
    <w:p w14:paraId="3B1C8525" w14:textId="77777777" w:rsidR="00695DCA" w:rsidRDefault="007C3C6C" w:rsidP="00B1354B">
      <w:pPr>
        <w:spacing w:before="100" w:beforeAutospacing="1" w:after="100" w:afterAutospacing="1" w:line="360" w:lineRule="auto"/>
        <w:ind w:firstLine="284"/>
        <w:jc w:val="both"/>
      </w:pPr>
      <w:r w:rsidRPr="00994820">
        <w:t>Un pugno.</w:t>
      </w:r>
    </w:p>
    <w:p w14:paraId="3179D93E" w14:textId="5C26532D" w:rsidR="007C3C6C" w:rsidRPr="00994820" w:rsidRDefault="007C3C6C" w:rsidP="00B1354B">
      <w:pPr>
        <w:spacing w:before="100" w:beforeAutospacing="1" w:after="100" w:afterAutospacing="1" w:line="360" w:lineRule="auto"/>
        <w:ind w:firstLine="284"/>
        <w:jc w:val="both"/>
      </w:pPr>
      <w:r w:rsidRPr="00994820">
        <w:t>Uno solo.</w:t>
      </w:r>
      <w:r w:rsidR="00695DCA">
        <w:t xml:space="preserve"> </w:t>
      </w:r>
      <w:r w:rsidRPr="00994820">
        <w:t>Al centro della fronte.</w:t>
      </w:r>
    </w:p>
    <w:p w14:paraId="2A8FEBA7" w14:textId="77777777" w:rsidR="007C3C6C" w:rsidRPr="00994820" w:rsidRDefault="007C3C6C" w:rsidP="00B1354B">
      <w:pPr>
        <w:spacing w:before="100" w:beforeAutospacing="1" w:after="100" w:afterAutospacing="1" w:line="360" w:lineRule="auto"/>
        <w:ind w:firstLine="284"/>
        <w:jc w:val="both"/>
      </w:pPr>
      <w:r w:rsidRPr="00994820">
        <w:t>Il suono fu quello di un vetro che si spezza e un pezzo di carne vecchia che esplode. La testa dell’uomo si spaccò all’indietro, un fiotto di sangue e materia grigia che macchiò il muro.</w:t>
      </w:r>
      <w:r w:rsidRPr="00994820">
        <w:br/>
        <w:t>Il suo corpo collassò su di lei, morto ancor prima di toccare il suolo.</w:t>
      </w:r>
    </w:p>
    <w:p w14:paraId="6E502E1F" w14:textId="77777777" w:rsidR="007C3C6C" w:rsidRPr="00994820" w:rsidRDefault="007C3C6C" w:rsidP="00B1354B">
      <w:pPr>
        <w:spacing w:before="100" w:beforeAutospacing="1" w:after="100" w:afterAutospacing="1" w:line="360" w:lineRule="auto"/>
        <w:ind w:firstLine="284"/>
        <w:jc w:val="both"/>
      </w:pPr>
      <w:r w:rsidRPr="00994820">
        <w:t>Fanny si rialzò con lentezza, spolverandosi i vestiti e ripulendosi il guanto sporco scuotendolo vigorosamente. E mentre osservava la potenza che quelle armi le donava, ora che stava imparando a usarle con efficienza sorrise. Un ghigno di orgoglio misto a furia le curvò le labbra.</w:t>
      </w:r>
      <w:r w:rsidRPr="00994820">
        <w:br/>
        <w:t>«Interessante.»</w:t>
      </w:r>
    </w:p>
    <w:p w14:paraId="15064DE8" w14:textId="77777777" w:rsidR="007C3C6C" w:rsidRPr="00994820" w:rsidRDefault="007C3C6C" w:rsidP="00B1354B">
      <w:pPr>
        <w:spacing w:before="100" w:beforeAutospacing="1" w:after="100" w:afterAutospacing="1" w:line="360" w:lineRule="auto"/>
        <w:ind w:firstLine="284"/>
        <w:jc w:val="both"/>
      </w:pPr>
      <w:r w:rsidRPr="00994820">
        <w:t>«Madame» disse Becky, «nelle vicinanze c’è un EV a 197.»</w:t>
      </w:r>
    </w:p>
    <w:p w14:paraId="2DE76D76" w14:textId="77777777" w:rsidR="007C3C6C" w:rsidRPr="00994820" w:rsidRDefault="007C3C6C" w:rsidP="00B1354B">
      <w:pPr>
        <w:spacing w:before="100" w:beforeAutospacing="1" w:after="100" w:afterAutospacing="1" w:line="360" w:lineRule="auto"/>
        <w:ind w:firstLine="284"/>
        <w:jc w:val="both"/>
      </w:pPr>
      <w:r w:rsidRPr="00994820">
        <w:t>Fanny sospirò, ogni respiro pesante aveva lo scopo di calmare il suo cuore che correva con furia «Oh… beh. Andiamo.»</w:t>
      </w:r>
    </w:p>
    <w:p w14:paraId="225F19D7" w14:textId="77777777" w:rsidR="007C3C6C" w:rsidRPr="00994820" w:rsidRDefault="007C3C6C" w:rsidP="00B1354B">
      <w:pPr>
        <w:spacing w:before="100" w:beforeAutospacing="1" w:after="100" w:afterAutospacing="1" w:line="360" w:lineRule="auto"/>
        <w:ind w:firstLine="284"/>
        <w:jc w:val="both"/>
      </w:pPr>
      <w:r w:rsidRPr="00994820">
        <w:t>La trovò pochi metri più in là. Ma non subito. Prima, c’era solo il buio di quei vicoli. Accasciata contro un muro, tremante c’era la ragazza che era riuscita a fuggire.</w:t>
      </w:r>
      <w:r w:rsidRPr="00994820">
        <w:br/>
        <w:t>Lacrime, sangue, e ancora addosso i segni dello stupro. I vestiti strappati le pendevano come stracci. Lo sguardo, completamente vuoto.</w:t>
      </w:r>
    </w:p>
    <w:p w14:paraId="356F1C02" w14:textId="77777777" w:rsidR="007C3C6C" w:rsidRPr="00994820" w:rsidRDefault="007C3C6C" w:rsidP="00B1354B">
      <w:pPr>
        <w:spacing w:before="100" w:beforeAutospacing="1" w:after="100" w:afterAutospacing="1" w:line="360" w:lineRule="auto"/>
        <w:ind w:firstLine="284"/>
        <w:jc w:val="both"/>
      </w:pPr>
      <w:r w:rsidRPr="00994820">
        <w:t>Fanny si avvicinò. Le parlò piano. Decise di lasciar cadere il pesante guantone ancora sporco di sangue e frammenti di cranio.</w:t>
      </w:r>
    </w:p>
    <w:p w14:paraId="02923679" w14:textId="77777777" w:rsidR="007C3C6C" w:rsidRPr="00994820" w:rsidRDefault="007C3C6C" w:rsidP="00B1354B">
      <w:pPr>
        <w:spacing w:before="100" w:beforeAutospacing="1" w:after="100" w:afterAutospacing="1" w:line="360" w:lineRule="auto"/>
        <w:ind w:firstLine="284"/>
        <w:jc w:val="both"/>
      </w:pPr>
      <w:r w:rsidRPr="00994820">
        <w:lastRenderedPageBreak/>
        <w:t>«So che hai avuto paura. Ma è finita. Non potrà più farti del male. Calmati. E fallo in fretta. Così potrai lavarti via questo orrore.»</w:t>
      </w:r>
    </w:p>
    <w:p w14:paraId="3E4066D8" w14:textId="77777777" w:rsidR="007C3C6C" w:rsidRPr="00994820" w:rsidRDefault="007C3C6C" w:rsidP="00B1354B">
      <w:pPr>
        <w:spacing w:before="100" w:beforeAutospacing="1" w:after="100" w:afterAutospacing="1" w:line="360" w:lineRule="auto"/>
        <w:ind w:firstLine="284"/>
        <w:jc w:val="both"/>
      </w:pPr>
      <w:r w:rsidRPr="00994820">
        <w:t>Nessuna reazione.</w:t>
      </w:r>
    </w:p>
    <w:p w14:paraId="47B650BA" w14:textId="77777777" w:rsidR="007C3C6C" w:rsidRPr="00994820" w:rsidRDefault="007C3C6C" w:rsidP="00B1354B">
      <w:pPr>
        <w:spacing w:before="100" w:beforeAutospacing="1" w:after="100" w:afterAutospacing="1" w:line="360" w:lineRule="auto"/>
        <w:ind w:firstLine="284"/>
        <w:jc w:val="both"/>
      </w:pPr>
      <w:r w:rsidRPr="00994820">
        <w:t xml:space="preserve">«Vuoi morire piuttosto che riprenderti e tornare a casa?» Le si avvicinò, furente. «Conta così poco la tua vita per te? </w:t>
      </w:r>
      <w:r w:rsidRPr="00994820">
        <w:rPr>
          <w:i/>
          <w:iCs/>
        </w:rPr>
        <w:t>Stupida!</w:t>
      </w:r>
      <w:r w:rsidRPr="00994820">
        <w:t>»</w:t>
      </w:r>
    </w:p>
    <w:p w14:paraId="3843BB66" w14:textId="77777777" w:rsidR="007C3C6C" w:rsidRPr="00994820" w:rsidRDefault="007C3C6C" w:rsidP="00B1354B">
      <w:pPr>
        <w:spacing w:before="100" w:beforeAutospacing="1" w:after="100" w:afterAutospacing="1" w:line="360" w:lineRule="auto"/>
        <w:ind w:firstLine="284"/>
        <w:jc w:val="both"/>
      </w:pPr>
      <w:r w:rsidRPr="00994820">
        <w:t>Le diede uno schiaffo. Fu il secondo schiaffo a un innocente quella sera. Fanny provò colpa, ma non aveva tempo per capire come comportarsi, se uno Shinigami fosse passato di là, anche per lei sarebbe stata la fine.</w:t>
      </w:r>
    </w:p>
    <w:p w14:paraId="19790B01" w14:textId="77777777" w:rsidR="007C3C6C" w:rsidRPr="00994820" w:rsidRDefault="007C3C6C" w:rsidP="00B1354B">
      <w:pPr>
        <w:spacing w:before="100" w:beforeAutospacing="1" w:after="100" w:afterAutospacing="1" w:line="360" w:lineRule="auto"/>
        <w:ind w:firstLine="284"/>
        <w:jc w:val="both"/>
      </w:pPr>
      <w:r w:rsidRPr="00994820">
        <w:t>«Sii forte! Ti ho salvata. Devi essermi grata. E fare come ti viene detto. Oppure… muori da codarda. Sporca. Di sperma.»</w:t>
      </w:r>
    </w:p>
    <w:p w14:paraId="53A7DBC3" w14:textId="77777777" w:rsidR="007C3C6C" w:rsidRPr="00994820" w:rsidRDefault="007C3C6C" w:rsidP="00B1354B">
      <w:pPr>
        <w:spacing w:before="100" w:beforeAutospacing="1" w:after="100" w:afterAutospacing="1" w:line="360" w:lineRule="auto"/>
        <w:ind w:firstLine="284"/>
        <w:jc w:val="both"/>
      </w:pPr>
      <w:r w:rsidRPr="00994820">
        <w:t>Un’ala, più simile a una lama circondò il collo di Fanny.</w:t>
      </w:r>
    </w:p>
    <w:p w14:paraId="69A69CBB" w14:textId="77777777" w:rsidR="007C3C6C" w:rsidRPr="00994820" w:rsidRDefault="007C3C6C" w:rsidP="00B1354B">
      <w:pPr>
        <w:spacing w:before="100" w:beforeAutospacing="1" w:after="100" w:afterAutospacing="1" w:line="360" w:lineRule="auto"/>
        <w:ind w:firstLine="284"/>
        <w:jc w:val="both"/>
      </w:pPr>
      <w:r w:rsidRPr="00994820">
        <w:t xml:space="preserve">«Non è così che si trattano le emergenze.» disse una voce piatta. Aman. </w:t>
      </w:r>
    </w:p>
    <w:p w14:paraId="37D7AA6B" w14:textId="77777777" w:rsidR="007C3C6C" w:rsidRPr="00994820" w:rsidRDefault="007C3C6C" w:rsidP="00B1354B">
      <w:pPr>
        <w:spacing w:before="100" w:beforeAutospacing="1" w:after="100" w:afterAutospacing="1" w:line="360" w:lineRule="auto"/>
        <w:ind w:firstLine="284"/>
        <w:jc w:val="both"/>
      </w:pPr>
      <w:r w:rsidRPr="00994820">
        <w:t>Fanny si girò, incazzata.</w:t>
      </w:r>
    </w:p>
    <w:p w14:paraId="67B1A7B5" w14:textId="77777777" w:rsidR="007C3C6C" w:rsidRPr="00994820" w:rsidRDefault="007C3C6C" w:rsidP="00B1354B">
      <w:pPr>
        <w:spacing w:before="100" w:beforeAutospacing="1" w:after="100" w:afterAutospacing="1" w:line="360" w:lineRule="auto"/>
        <w:ind w:firstLine="284"/>
        <w:jc w:val="both"/>
      </w:pPr>
      <w:r w:rsidRPr="00994820">
        <w:t>«Possibile che debba sempre essere interrotta? Ero qui prima di te. Ho tutto sotto controllo.»</w:t>
      </w:r>
    </w:p>
    <w:p w14:paraId="257BA69E" w14:textId="77777777" w:rsidR="007C3C6C" w:rsidRPr="00994820" w:rsidRDefault="007C3C6C" w:rsidP="00B1354B">
      <w:pPr>
        <w:spacing w:before="100" w:beforeAutospacing="1" w:after="100" w:afterAutospacing="1" w:line="360" w:lineRule="auto"/>
        <w:ind w:firstLine="284"/>
        <w:jc w:val="both"/>
      </w:pPr>
      <w:r w:rsidRPr="00994820">
        <w:t>«Questo non è un gioco!»</w:t>
      </w:r>
    </w:p>
    <w:p w14:paraId="13B3C967" w14:textId="77777777" w:rsidR="007C3C6C" w:rsidRPr="00994820" w:rsidRDefault="007C3C6C" w:rsidP="00B1354B">
      <w:pPr>
        <w:spacing w:before="100" w:beforeAutospacing="1" w:after="100" w:afterAutospacing="1" w:line="360" w:lineRule="auto"/>
        <w:ind w:firstLine="284"/>
        <w:jc w:val="both"/>
      </w:pPr>
      <w:r w:rsidRPr="00994820">
        <w:t>«Allora trovati un altro bersaglio! Me ne sto occupando io!» disse, coprendo la ragazza con il corpo.</w:t>
      </w:r>
    </w:p>
    <w:p w14:paraId="73422B43" w14:textId="77777777" w:rsidR="007C3C6C" w:rsidRPr="00994820" w:rsidRDefault="007C3C6C" w:rsidP="00B1354B">
      <w:pPr>
        <w:spacing w:before="100" w:beforeAutospacing="1" w:after="100" w:afterAutospacing="1" w:line="360" w:lineRule="auto"/>
        <w:ind w:firstLine="284"/>
        <w:jc w:val="both"/>
      </w:pPr>
      <w:r w:rsidRPr="00994820">
        <w:t>Aman non rispose. Prese la mira. E premette il grilletto.</w:t>
      </w:r>
    </w:p>
    <w:p w14:paraId="4C82A80B" w14:textId="77777777" w:rsidR="007C3C6C" w:rsidRPr="00994820" w:rsidRDefault="007C3C6C" w:rsidP="00B1354B">
      <w:pPr>
        <w:spacing w:before="100" w:beforeAutospacing="1" w:after="100" w:afterAutospacing="1" w:line="360" w:lineRule="auto"/>
        <w:ind w:firstLine="284"/>
        <w:jc w:val="both"/>
      </w:pPr>
      <w:r w:rsidRPr="00994820">
        <w:rPr>
          <w:i/>
          <w:iCs/>
        </w:rPr>
        <w:t>Ma non partì nulla.</w:t>
      </w:r>
    </w:p>
    <w:p w14:paraId="4B758DD4" w14:textId="77777777" w:rsidR="007C3C6C" w:rsidRPr="00994820" w:rsidRDefault="007C3C6C" w:rsidP="00B1354B">
      <w:pPr>
        <w:spacing w:before="100" w:beforeAutospacing="1" w:after="100" w:afterAutospacing="1" w:line="360" w:lineRule="auto"/>
        <w:ind w:firstLine="284"/>
        <w:jc w:val="both"/>
      </w:pPr>
      <w:r w:rsidRPr="00994820">
        <w:t>Alle sue spalle, un uomo si tolse il guanto e lo colpì con la mano nuda. Un solo gesto. Aman si accasciò al suolo come addormentato.</w:t>
      </w:r>
    </w:p>
    <w:p w14:paraId="77CEE411" w14:textId="77777777" w:rsidR="007C3C6C" w:rsidRPr="00994820" w:rsidRDefault="007C3C6C" w:rsidP="00B1354B">
      <w:pPr>
        <w:spacing w:before="100" w:beforeAutospacing="1" w:after="100" w:afterAutospacing="1" w:line="360" w:lineRule="auto"/>
        <w:ind w:firstLine="284"/>
        <w:jc w:val="both"/>
      </w:pPr>
      <w:r w:rsidRPr="00994820">
        <w:t>«Il riposo è la chiave per un corpo sano.» mormorò Belam.</w:t>
      </w:r>
    </w:p>
    <w:p w14:paraId="57104926" w14:textId="77777777" w:rsidR="007C3C6C" w:rsidRPr="00994820" w:rsidRDefault="007C3C6C" w:rsidP="00B1354B">
      <w:pPr>
        <w:spacing w:before="100" w:beforeAutospacing="1" w:after="100" w:afterAutospacing="1" w:line="360" w:lineRule="auto"/>
        <w:ind w:firstLine="284"/>
        <w:jc w:val="both"/>
      </w:pPr>
      <w:r w:rsidRPr="00994820">
        <w:t>Fanny sussultò. «Tu…»</w:t>
      </w:r>
    </w:p>
    <w:p w14:paraId="26D32314" w14:textId="77777777" w:rsidR="007C3C6C" w:rsidRPr="00994820" w:rsidRDefault="007C3C6C" w:rsidP="00B1354B">
      <w:pPr>
        <w:spacing w:before="100" w:beforeAutospacing="1" w:after="100" w:afterAutospacing="1" w:line="360" w:lineRule="auto"/>
        <w:ind w:firstLine="284"/>
        <w:jc w:val="both"/>
      </w:pPr>
      <w:r w:rsidRPr="00994820">
        <w:t>Lui non la guardò. Osservava la ragazza in lacrime. Poi parlò con la sua solita calma.</w:t>
      </w:r>
    </w:p>
    <w:p w14:paraId="0CF57BCD" w14:textId="77777777" w:rsidR="007C3C6C" w:rsidRPr="00994820" w:rsidRDefault="007C3C6C" w:rsidP="00B1354B">
      <w:pPr>
        <w:spacing w:before="100" w:beforeAutospacing="1" w:after="100" w:afterAutospacing="1" w:line="360" w:lineRule="auto"/>
        <w:ind w:firstLine="284"/>
        <w:jc w:val="both"/>
      </w:pPr>
      <w:r w:rsidRPr="00994820">
        <w:lastRenderedPageBreak/>
        <w:t>«Non sono qui per te. Il Ministero del Tramonto fa calare la notte. Elimina gli ingiusti. Il mio, invece, difende la città. E le sue vittime. Anche da chi voi giustiziate.»</w:t>
      </w:r>
    </w:p>
    <w:p w14:paraId="409B3087" w14:textId="77777777" w:rsidR="007C3C6C" w:rsidRPr="00994820" w:rsidRDefault="007C3C6C" w:rsidP="00B1354B">
      <w:pPr>
        <w:spacing w:before="100" w:beforeAutospacing="1" w:after="100" w:afterAutospacing="1" w:line="360" w:lineRule="auto"/>
        <w:ind w:firstLine="284"/>
        <w:jc w:val="both"/>
      </w:pPr>
      <w:r w:rsidRPr="00994820">
        <w:t>Fanny cercò di giustificarsi. «Io volevo aiutarla… Aman mi ha intralciata…»</w:t>
      </w:r>
    </w:p>
    <w:p w14:paraId="1CA188B5" w14:textId="77777777" w:rsidR="007C3C6C" w:rsidRPr="00994820" w:rsidRDefault="007C3C6C" w:rsidP="00B1354B">
      <w:pPr>
        <w:spacing w:before="100" w:beforeAutospacing="1" w:after="100" w:afterAutospacing="1" w:line="360" w:lineRule="auto"/>
        <w:ind w:firstLine="284"/>
        <w:jc w:val="both"/>
      </w:pPr>
      <w:r w:rsidRPr="00994820">
        <w:t>«Per eseguire il suo compito. Voi dovete giustiziare. Noi… aiutare. Anche chi ha un EV sopra la soglia. E per sua fortuna io non ho superiori a cui rispondere.»</w:t>
      </w:r>
    </w:p>
    <w:p w14:paraId="7C063D2D" w14:textId="77777777" w:rsidR="007C3C6C" w:rsidRPr="00994820" w:rsidRDefault="007C3C6C" w:rsidP="00B1354B">
      <w:pPr>
        <w:spacing w:before="100" w:beforeAutospacing="1" w:after="100" w:afterAutospacing="1" w:line="360" w:lineRule="auto"/>
        <w:ind w:firstLine="284"/>
        <w:jc w:val="both"/>
      </w:pPr>
      <w:r w:rsidRPr="00994820">
        <w:t>Lei abbassò lo sguardo. «Quindi non dovrei aiutare?... sono condannata a essere solo una macchina di morte?...» Fanny scrutò Belam con occhi sconsolati. Tutto sommato vicino a lui si sentiva bene. «Credevo che almeno stasera avrei potuto anche proteggere e non solo distruggere…»</w:t>
      </w:r>
    </w:p>
    <w:p w14:paraId="1665D4BF" w14:textId="77777777" w:rsidR="007C3C6C" w:rsidRPr="00994820" w:rsidRDefault="007C3C6C" w:rsidP="00B1354B">
      <w:pPr>
        <w:spacing w:before="100" w:beforeAutospacing="1" w:after="100" w:afterAutospacing="1" w:line="360" w:lineRule="auto"/>
        <w:ind w:firstLine="284"/>
        <w:jc w:val="both"/>
      </w:pPr>
      <w:r w:rsidRPr="00994820">
        <w:t>«Puoi. Ma esistono tre Ministeri per un motivo.» Fece un cenno verso Becky. «In casi simili, devi chiamare il Ministero del Mezzogiorno. Credevo fossi stato chiaro.»</w:t>
      </w:r>
    </w:p>
    <w:p w14:paraId="5B9F5E5B" w14:textId="77777777" w:rsidR="007C3C6C" w:rsidRPr="00994820" w:rsidRDefault="007C3C6C" w:rsidP="00B1354B">
      <w:pPr>
        <w:spacing w:before="100" w:beforeAutospacing="1" w:after="100" w:afterAutospacing="1" w:line="360" w:lineRule="auto"/>
        <w:ind w:firstLine="284"/>
        <w:jc w:val="both"/>
      </w:pPr>
      <w:r w:rsidRPr="00994820">
        <w:t>Fanny annuì lentamente. «Va bene… non mi intrometterò più da sola.»</w:t>
      </w:r>
    </w:p>
    <w:p w14:paraId="0BF3A107" w14:textId="77777777" w:rsidR="007C3C6C" w:rsidRPr="00994820" w:rsidRDefault="007C3C6C" w:rsidP="00B1354B">
      <w:pPr>
        <w:spacing w:before="100" w:beforeAutospacing="1" w:after="100" w:afterAutospacing="1" w:line="360" w:lineRule="auto"/>
        <w:ind w:firstLine="284"/>
        <w:jc w:val="both"/>
      </w:pPr>
      <w:r w:rsidRPr="00994820">
        <w:t>Si voltò. «Con permesso.»</w:t>
      </w:r>
    </w:p>
    <w:p w14:paraId="1C754676" w14:textId="77777777" w:rsidR="007C3C6C" w:rsidRPr="00994820" w:rsidRDefault="007C3C6C" w:rsidP="00B1354B">
      <w:pPr>
        <w:spacing w:before="100" w:beforeAutospacing="1" w:after="100" w:afterAutospacing="1" w:line="360" w:lineRule="auto"/>
        <w:ind w:firstLine="284"/>
        <w:jc w:val="both"/>
      </w:pPr>
      <w:r w:rsidRPr="00994820">
        <w:t>«Sei una brava ragazza. Continua così.»</w:t>
      </w:r>
    </w:p>
    <w:p w14:paraId="5A1CEA31" w14:textId="77777777" w:rsidR="007C3C6C" w:rsidRPr="00994820" w:rsidRDefault="007C3C6C" w:rsidP="00B1354B">
      <w:pPr>
        <w:spacing w:before="100" w:beforeAutospacing="1" w:after="100" w:afterAutospacing="1" w:line="360" w:lineRule="auto"/>
        <w:ind w:firstLine="284"/>
        <w:jc w:val="both"/>
      </w:pPr>
      <w:r w:rsidRPr="00994820">
        <w:t>La ragazza a terra svanì in un lampo di luce, e Belam con lei.</w:t>
      </w:r>
    </w:p>
    <w:p w14:paraId="22514506" w14:textId="77777777" w:rsidR="007C3C6C" w:rsidRPr="00994820" w:rsidRDefault="007C3C6C" w:rsidP="00B1354B">
      <w:pPr>
        <w:spacing w:before="100" w:beforeAutospacing="1" w:after="100" w:afterAutospacing="1" w:line="360" w:lineRule="auto"/>
        <w:ind w:firstLine="284"/>
        <w:jc w:val="both"/>
      </w:pPr>
      <w:r w:rsidRPr="00994820">
        <w:t>Fanny si incamminò verso il centro. «Becky… c’è altro?»</w:t>
      </w:r>
    </w:p>
    <w:p w14:paraId="22D1CE40" w14:textId="77777777" w:rsidR="007C3C6C" w:rsidRPr="00994820" w:rsidRDefault="007C3C6C" w:rsidP="00B1354B">
      <w:pPr>
        <w:spacing w:before="100" w:beforeAutospacing="1" w:after="100" w:afterAutospacing="1" w:line="360" w:lineRule="auto"/>
        <w:ind w:firstLine="284"/>
        <w:jc w:val="both"/>
      </w:pPr>
      <w:r w:rsidRPr="00994820">
        <w:t>«Due casi già in risoluzione. Da Rock e Rift. Forse è il momento di raggiungere Taker.»</w:t>
      </w:r>
    </w:p>
    <w:p w14:paraId="65E22345" w14:textId="77777777" w:rsidR="007C3C6C" w:rsidRPr="00994820" w:rsidRDefault="007C3C6C" w:rsidP="00B1354B">
      <w:pPr>
        <w:spacing w:before="100" w:beforeAutospacing="1" w:after="100" w:afterAutospacing="1" w:line="360" w:lineRule="auto"/>
        <w:ind w:firstLine="284"/>
        <w:jc w:val="both"/>
      </w:pPr>
      <w:r w:rsidRPr="00994820">
        <w:t>«Sono d’accordo… E lui?» chiese guardando l’ologramma e indicando il corpo steso di Aman</w:t>
      </w:r>
    </w:p>
    <w:p w14:paraId="2F700CD9" w14:textId="77777777" w:rsidR="007C3C6C" w:rsidRPr="00994820" w:rsidRDefault="007C3C6C" w:rsidP="00B1354B">
      <w:pPr>
        <w:spacing w:before="100" w:beforeAutospacing="1" w:after="100" w:afterAutospacing="1" w:line="360" w:lineRule="auto"/>
        <w:ind w:firstLine="284"/>
        <w:jc w:val="both"/>
      </w:pPr>
      <w:r w:rsidRPr="00994820">
        <w:t>Becky le sorrise «Portiamolo con noi, Kieran ci aveva detto di avvisarlo, potrà farlo da sé»</w:t>
      </w:r>
    </w:p>
    <w:p w14:paraId="78A9A131" w14:textId="77777777" w:rsidR="007C3C6C" w:rsidRPr="00994820" w:rsidRDefault="007C3C6C" w:rsidP="00B1354B">
      <w:pPr>
        <w:spacing w:before="100" w:beforeAutospacing="1" w:after="100" w:afterAutospacing="1" w:line="360" w:lineRule="auto"/>
        <w:ind w:firstLine="284"/>
        <w:jc w:val="both"/>
      </w:pPr>
      <w:r w:rsidRPr="00994820">
        <w:t>Fanny si fermò. Sbuffò e si caricò in spalla il corpo addormentato di Aman. «Oh Dei, queste cose pesano davvero un casino»</w:t>
      </w:r>
    </w:p>
    <w:p w14:paraId="1E99D621" w14:textId="77777777" w:rsidR="007C3C6C" w:rsidRPr="00994820" w:rsidRDefault="007C3C6C" w:rsidP="00B1354B">
      <w:pPr>
        <w:spacing w:before="100" w:beforeAutospacing="1" w:after="100" w:afterAutospacing="1" w:line="360" w:lineRule="auto"/>
        <w:ind w:firstLine="284"/>
        <w:jc w:val="both"/>
      </w:pPr>
      <w:r w:rsidRPr="00994820">
        <w:t>E si avviarono verso la Hope Factory.</w:t>
      </w:r>
    </w:p>
    <w:p w14:paraId="0EB87740" w14:textId="77777777" w:rsidR="007C3C6C" w:rsidRPr="00994820" w:rsidRDefault="007C3C6C" w:rsidP="00B1354B">
      <w:pPr>
        <w:spacing w:before="100" w:beforeAutospacing="1" w:after="100" w:afterAutospacing="1" w:line="360" w:lineRule="auto"/>
        <w:ind w:firstLine="284"/>
        <w:jc w:val="both"/>
      </w:pPr>
      <w:r w:rsidRPr="00994820">
        <w:t>Il silenzio, per la prima volta, sembrava riemergere da quelle vie debolmente illuminate.</w:t>
      </w:r>
    </w:p>
    <w:p w14:paraId="55C37BC2" w14:textId="77777777" w:rsidR="007C3C6C" w:rsidRPr="00994820" w:rsidRDefault="007C3C6C" w:rsidP="00B1354B">
      <w:pPr>
        <w:spacing w:before="100" w:beforeAutospacing="1" w:after="100" w:afterAutospacing="1" w:line="360" w:lineRule="auto"/>
        <w:ind w:firstLine="284"/>
        <w:jc w:val="both"/>
      </w:pPr>
      <w:r w:rsidRPr="00994820">
        <w:t xml:space="preserve">Le luci di Ecliptica avevano smesso di urlare colori. L’anello commerciale si stava svuotando del caos di una notte frenetica, e dei Synborn. Persino gli Emotion Eye fluttuavano più lenti, come se anche loro stessero tirando </w:t>
      </w:r>
      <w:r w:rsidRPr="00994820">
        <w:lastRenderedPageBreak/>
        <w:t>il fiato. I megaschermi proiettavano bollettini rassicuranti, ma la voce sintetica della Sorridente era ormai un sussurro nell’aria tiepida della notte.</w:t>
      </w:r>
    </w:p>
    <w:p w14:paraId="476FB371" w14:textId="77777777" w:rsidR="007C3C6C" w:rsidRPr="00994820" w:rsidRDefault="007C3C6C" w:rsidP="00B1354B">
      <w:pPr>
        <w:spacing w:before="100" w:beforeAutospacing="1" w:after="100" w:afterAutospacing="1" w:line="360" w:lineRule="auto"/>
        <w:ind w:firstLine="284"/>
        <w:jc w:val="both"/>
      </w:pPr>
      <w:r w:rsidRPr="00994820">
        <w:t>Fanny camminava.</w:t>
      </w:r>
      <w:r w:rsidRPr="00994820">
        <w:br/>
        <w:t>Le scarpe cigolavano a ogni passo, sporche di polvere e sangue secco.</w:t>
      </w:r>
    </w:p>
    <w:p w14:paraId="2343DA75" w14:textId="77777777" w:rsidR="007C3C6C" w:rsidRPr="00994820" w:rsidRDefault="007C3C6C" w:rsidP="00B1354B">
      <w:pPr>
        <w:spacing w:before="100" w:beforeAutospacing="1" w:after="100" w:afterAutospacing="1" w:line="360" w:lineRule="auto"/>
        <w:ind w:firstLine="284"/>
        <w:jc w:val="both"/>
      </w:pPr>
      <w:r w:rsidRPr="00994820">
        <w:t>Sulle spalle, Aman dormiva. Il suo volto sereno era davvero bello, si trovò a pensare la ragazza.</w:t>
      </w:r>
      <w:r w:rsidRPr="00994820">
        <w:br/>
        <w:t>Il suo corpo — slanciato, pesante, ancora teso nella tuta nera — oscillava a ogni passo. Le ali piegate emettevano riflessi spenti: bronzo rovinato, azzurro livido. Un angelo esausto.</w:t>
      </w:r>
    </w:p>
    <w:p w14:paraId="7D207D43" w14:textId="77777777" w:rsidR="007C3C6C" w:rsidRPr="00994820" w:rsidRDefault="007C3C6C" w:rsidP="00B1354B">
      <w:pPr>
        <w:spacing w:before="100" w:beforeAutospacing="1" w:after="100" w:afterAutospacing="1" w:line="360" w:lineRule="auto"/>
        <w:ind w:firstLine="284"/>
        <w:jc w:val="both"/>
      </w:pPr>
      <w:r w:rsidRPr="00994820">
        <w:t>«Non sei affatto leggero, se vuoi saperlo.» sussurrò Fanny, più per rompere il vuoto che per lui. Ogni pochi passi era costretta a risistemare quel peso umano che le scivolava dalle spalle.</w:t>
      </w:r>
    </w:p>
    <w:p w14:paraId="62726D79" w14:textId="77777777" w:rsidR="007C3C6C" w:rsidRPr="00994820" w:rsidRDefault="007C3C6C" w:rsidP="00B1354B">
      <w:pPr>
        <w:spacing w:before="100" w:beforeAutospacing="1" w:after="100" w:afterAutospacing="1" w:line="360" w:lineRule="auto"/>
        <w:ind w:firstLine="284"/>
        <w:jc w:val="both"/>
      </w:pPr>
      <w:r w:rsidRPr="00994820">
        <w:t>Nessuno le rispose. Ma la Hope Factory non era lontana.</w:t>
      </w:r>
      <w:r w:rsidRPr="00994820">
        <w:br/>
        <w:t xml:space="preserve">Poteva vederla laggiù, tra le insegne al neon che stavano lentamente abbassando l’intensità. La facciata storta, il portone con le serrature multiple, e quel logo vecchio e sbeccato che si ostinava a rimanere acceso: </w:t>
      </w:r>
      <w:r w:rsidRPr="00994820">
        <w:rPr>
          <w:b/>
          <w:bCs/>
        </w:rPr>
        <w:t>un occhio meccanico che simulava un occhiolino</w:t>
      </w:r>
      <w:r w:rsidRPr="00994820">
        <w:t>.</w:t>
      </w:r>
    </w:p>
    <w:p w14:paraId="5ADE97CB" w14:textId="6C5FA343" w:rsidR="007C3C6C" w:rsidRPr="00994820" w:rsidRDefault="007C3C6C" w:rsidP="00B1354B">
      <w:pPr>
        <w:spacing w:before="100" w:beforeAutospacing="1" w:after="100" w:afterAutospacing="1" w:line="360" w:lineRule="auto"/>
        <w:ind w:firstLine="284"/>
        <w:jc w:val="both"/>
      </w:pPr>
      <w:r w:rsidRPr="00994820">
        <w:t>Fanny strinse meglio la presa attorno al busto di Aman.</w:t>
      </w:r>
      <w:r w:rsidR="00695DCA">
        <w:t xml:space="preserve"> </w:t>
      </w:r>
      <w:r w:rsidRPr="00994820">
        <w:t xml:space="preserve">Sentiva il respiro calmo contro la sua schiena. E per un istante, si chiese cosa stesse sognando. </w:t>
      </w:r>
    </w:p>
    <w:p w14:paraId="2872229C" w14:textId="77777777" w:rsidR="007C3C6C" w:rsidRPr="00994820" w:rsidRDefault="007C3C6C" w:rsidP="00B1354B">
      <w:pPr>
        <w:spacing w:before="100" w:beforeAutospacing="1" w:after="100" w:afterAutospacing="1" w:line="360" w:lineRule="auto"/>
        <w:ind w:firstLine="284"/>
        <w:jc w:val="both"/>
      </w:pPr>
      <w:r w:rsidRPr="00994820">
        <w:t>Ma il dolore nel braccio, la stanchezza negli occhi cibernetici, il peso reale sulle spalle... la riportavano alla realtà.</w:t>
      </w:r>
    </w:p>
    <w:p w14:paraId="3DA688AC" w14:textId="77777777" w:rsidR="007C3C6C" w:rsidRPr="00994820" w:rsidRDefault="007C3C6C" w:rsidP="00B1354B">
      <w:pPr>
        <w:spacing w:before="100" w:beforeAutospacing="1" w:after="100" w:afterAutospacing="1" w:line="360" w:lineRule="auto"/>
        <w:ind w:firstLine="284"/>
        <w:jc w:val="both"/>
      </w:pPr>
      <w:r w:rsidRPr="00994820">
        <w:t>«Spero che tu ci sia, Taker...» sussurrò ancora, «...perché se si sveglia prima che lo scarico... mi spacca in due.»</w:t>
      </w:r>
    </w:p>
    <w:p w14:paraId="38D60BB2" w14:textId="77777777" w:rsidR="007C3C6C" w:rsidRPr="00994820" w:rsidRDefault="007C3C6C" w:rsidP="00B1354B">
      <w:pPr>
        <w:spacing w:before="100" w:beforeAutospacing="1" w:after="100" w:afterAutospacing="1" w:line="360" w:lineRule="auto"/>
        <w:ind w:firstLine="284"/>
        <w:jc w:val="both"/>
      </w:pPr>
      <w:r w:rsidRPr="00994820">
        <w:t>Un sorriso stanco le sfiorò le labbra.</w:t>
      </w:r>
    </w:p>
    <w:p w14:paraId="068B8402" w14:textId="77777777" w:rsidR="007C3C6C" w:rsidRPr="00994820" w:rsidRDefault="007C3C6C" w:rsidP="00B1354B">
      <w:pPr>
        <w:spacing w:before="100" w:beforeAutospacing="1" w:after="100" w:afterAutospacing="1" w:line="360" w:lineRule="auto"/>
        <w:ind w:firstLine="284"/>
        <w:jc w:val="both"/>
      </w:pPr>
      <w:r w:rsidRPr="00994820">
        <w:t>Poi fece l’ultimo passo verso la bottega semichiusa.</w:t>
      </w:r>
    </w:p>
    <w:p w14:paraId="3153FA1F" w14:textId="77777777" w:rsidR="007C3C6C" w:rsidRPr="00994820" w:rsidRDefault="007C3C6C" w:rsidP="00B1354B">
      <w:pPr>
        <w:spacing w:before="100" w:beforeAutospacing="1" w:after="100" w:afterAutospacing="1" w:line="360" w:lineRule="auto"/>
        <w:ind w:firstLine="284"/>
        <w:jc w:val="both"/>
      </w:pPr>
      <w:r w:rsidRPr="00994820">
        <w:t>E la notte li richiuse, insieme.</w:t>
      </w:r>
    </w:p>
    <w:p w14:paraId="7DAF5658" w14:textId="77777777" w:rsidR="007C3C6C" w:rsidRPr="00994820" w:rsidRDefault="007C3C6C" w:rsidP="00B1354B">
      <w:pPr>
        <w:spacing w:before="100" w:beforeAutospacing="1" w:after="100" w:afterAutospacing="1" w:line="360" w:lineRule="auto"/>
        <w:ind w:firstLine="284"/>
        <w:jc w:val="both"/>
      </w:pPr>
      <w:r w:rsidRPr="00994820">
        <w:t>La Monaca, Elysis la osservava sorridente da dietro il bancone.</w:t>
      </w:r>
    </w:p>
    <w:p w14:paraId="4A905B10" w14:textId="77777777" w:rsidR="007C3C6C" w:rsidRPr="00994820" w:rsidRDefault="007C3C6C" w:rsidP="00B1354B">
      <w:pPr>
        <w:spacing w:before="100" w:beforeAutospacing="1" w:after="100" w:afterAutospacing="1" w:line="360" w:lineRule="auto"/>
        <w:ind w:firstLine="284"/>
        <w:jc w:val="both"/>
      </w:pPr>
      <w:r w:rsidRPr="00994820">
        <w:t>«Immagino che quell’altro sia ancora a sguazzare nei liquami della città» e mostrando tutta la sua stanchezza scaricò quel peso in un angolo del negozio.</w:t>
      </w:r>
    </w:p>
    <w:p w14:paraId="1F0260A3" w14:textId="77777777" w:rsidR="007C3C6C" w:rsidRPr="00994820" w:rsidRDefault="007C3C6C" w:rsidP="00B1354B">
      <w:pPr>
        <w:spacing w:before="100" w:beforeAutospacing="1" w:after="100" w:afterAutospacing="1" w:line="360" w:lineRule="auto"/>
        <w:ind w:firstLine="284"/>
        <w:jc w:val="both"/>
      </w:pPr>
      <w:r w:rsidRPr="00994820">
        <w:lastRenderedPageBreak/>
        <w:t>«Temo dovrai aspettare per le tue risposte, Fanny» le disse sorridente la Monaca «Il tuo ospite non è lo Shinigami Aman?»</w:t>
      </w:r>
    </w:p>
    <w:p w14:paraId="39420F4D" w14:textId="77777777" w:rsidR="007C3C6C" w:rsidRPr="00994820" w:rsidRDefault="007C3C6C" w:rsidP="00B1354B">
      <w:pPr>
        <w:spacing w:before="100" w:beforeAutospacing="1" w:after="100" w:afterAutospacing="1" w:line="360" w:lineRule="auto"/>
        <w:ind w:firstLine="284"/>
        <w:jc w:val="both"/>
      </w:pPr>
      <w:r w:rsidRPr="00994820">
        <w:t>Fanny si limitò a stiracchiarsi la schiena e con un tono esausto e sconsolato aggiunse «Lo immaginavo… Comunque non avrei avuto le forze per mettermi ad ascoltarle, queste famose risposte» con passi lenti e calmi si diresse verso le scale che portavano al Time Inn.</w:t>
      </w:r>
    </w:p>
    <w:p w14:paraId="3651DEC1" w14:textId="77777777" w:rsidR="007C3C6C" w:rsidRPr="00994820" w:rsidRDefault="007C3C6C" w:rsidP="00B1354B">
      <w:pPr>
        <w:spacing w:before="100" w:beforeAutospacing="1" w:after="100" w:afterAutospacing="1" w:line="360" w:lineRule="auto"/>
        <w:ind w:firstLine="284"/>
        <w:jc w:val="both"/>
      </w:pPr>
      <w:r w:rsidRPr="00994820">
        <w:t>«Solo una cosa, assicurati che non scappi fino a domani, ho bisogno di parlargli e farà bene ad ascoltarmi» Elysis annuì mentre cercava di sistemarsi le ciocche rosate che sbucavano da sotto la sua tunica scura, sul volto un caldo sorriso e occhi persi nel fondo della stanza.</w:t>
      </w:r>
    </w:p>
    <w:p w14:paraId="7DDB6D86" w14:textId="77777777" w:rsidR="007C3C6C" w:rsidRPr="00994820" w:rsidRDefault="007C3C6C" w:rsidP="00B1354B">
      <w:pPr>
        <w:spacing w:before="100" w:beforeAutospacing="1" w:after="100" w:afterAutospacing="1" w:line="360" w:lineRule="auto"/>
        <w:ind w:firstLine="284"/>
        <w:jc w:val="both"/>
      </w:pPr>
      <w:r w:rsidRPr="00994820">
        <w:t>Fanny raggiunse finalmente la sua vecchia stanza, mise sul mobile vicino a letto la sua preziosa moneta e si lasciò cadere a volto all’ingiù sul materasso</w:t>
      </w:r>
    </w:p>
    <w:p w14:paraId="66059E98" w14:textId="77777777" w:rsidR="007C3C6C" w:rsidRPr="00994820" w:rsidRDefault="007C3C6C" w:rsidP="00B1354B">
      <w:pPr>
        <w:spacing w:before="100" w:beforeAutospacing="1" w:after="100" w:afterAutospacing="1" w:line="360" w:lineRule="auto"/>
        <w:ind w:firstLine="284"/>
        <w:jc w:val="both"/>
      </w:pPr>
      <w:r w:rsidRPr="00994820">
        <w:t>Poi mugugnò attraverso quelle morbide lenzuola «Esiste qualcosa per distendere i nervi che non sia quella dannata droga qui?»</w:t>
      </w:r>
    </w:p>
    <w:p w14:paraId="00A2233C" w14:textId="77777777" w:rsidR="007C3C6C" w:rsidRPr="00994820" w:rsidRDefault="007C3C6C" w:rsidP="00B1354B">
      <w:pPr>
        <w:spacing w:before="100" w:beforeAutospacing="1" w:after="100" w:afterAutospacing="1" w:line="360" w:lineRule="auto"/>
        <w:ind w:firstLine="284"/>
        <w:jc w:val="both"/>
      </w:pPr>
      <w:r w:rsidRPr="00994820">
        <w:t>Becky proiettò un ologramma di sé in versione barista, sorriso cortese e pettorina finta.</w:t>
      </w:r>
    </w:p>
    <w:p w14:paraId="672E6B7E" w14:textId="77777777" w:rsidR="007C3C6C" w:rsidRPr="00994820" w:rsidRDefault="007C3C6C" w:rsidP="00B1354B">
      <w:pPr>
        <w:spacing w:before="100" w:beforeAutospacing="1" w:after="100" w:afterAutospacing="1" w:line="360" w:lineRule="auto"/>
        <w:ind w:firstLine="284"/>
        <w:jc w:val="both"/>
      </w:pPr>
      <w:r w:rsidRPr="00994820">
        <w:t>«Cosa le porto?»</w:t>
      </w:r>
    </w:p>
    <w:p w14:paraId="7ADEB18A" w14:textId="77777777" w:rsidR="007C3C6C" w:rsidRPr="00994820" w:rsidRDefault="007C3C6C" w:rsidP="00B1354B">
      <w:pPr>
        <w:spacing w:before="100" w:beforeAutospacing="1" w:after="100" w:afterAutospacing="1" w:line="360" w:lineRule="auto"/>
        <w:ind w:firstLine="284"/>
        <w:jc w:val="both"/>
      </w:pPr>
      <w:r w:rsidRPr="00994820">
        <w:t>Fanny ruotò la testa leggermente e guardandola le sorrise. «Oh Dei, è rilassante avere a che fare con te. Sei così… semplice. Buona. A volte sei il mio calmante del giorno. Cosa offre la casa?»</w:t>
      </w:r>
    </w:p>
    <w:p w14:paraId="4C4DEE99" w14:textId="77777777" w:rsidR="007C3C6C" w:rsidRPr="00994820" w:rsidRDefault="007C3C6C" w:rsidP="00B1354B">
      <w:pPr>
        <w:spacing w:before="100" w:beforeAutospacing="1" w:after="100" w:afterAutospacing="1" w:line="360" w:lineRule="auto"/>
        <w:ind w:firstLine="284"/>
        <w:jc w:val="both"/>
      </w:pPr>
      <w:r w:rsidRPr="00994820">
        <w:t>«Blue Lagoon, madame»</w:t>
      </w:r>
    </w:p>
    <w:p w14:paraId="64C739F9" w14:textId="77777777" w:rsidR="007C3C6C" w:rsidRPr="00994820" w:rsidRDefault="007C3C6C" w:rsidP="00B1354B">
      <w:pPr>
        <w:spacing w:before="100" w:beforeAutospacing="1" w:after="100" w:afterAutospacing="1" w:line="360" w:lineRule="auto"/>
        <w:ind w:firstLine="284"/>
        <w:jc w:val="both"/>
      </w:pPr>
      <w:r w:rsidRPr="00994820">
        <w:t>Il sorriso mutò in un’espressione confusa, ma poi scrollò le spalle e decisa di rimettersi seduta, ignorando del tutto di cosa stesse parlando becky. «Basta che sia rinfrescante.»</w:t>
      </w:r>
    </w:p>
    <w:p w14:paraId="4A07EFDB" w14:textId="77777777" w:rsidR="007C3C6C" w:rsidRPr="00994820" w:rsidRDefault="007C3C6C" w:rsidP="00B1354B">
      <w:pPr>
        <w:spacing w:before="100" w:beforeAutospacing="1" w:after="100" w:afterAutospacing="1" w:line="360" w:lineRule="auto"/>
        <w:ind w:firstLine="284"/>
        <w:jc w:val="both"/>
      </w:pPr>
      <w:r w:rsidRPr="00994820">
        <w:t>«le consiglio allora anche del ghiaccio. Fa caldo stanotte.» La voce calma di Becky la tranquillizzava mentre si sfilava quei pesanti guantoni che lasciò cadere semplicemente sul pavimento.</w:t>
      </w:r>
    </w:p>
    <w:p w14:paraId="2D897BB4" w14:textId="77777777" w:rsidR="007C3C6C" w:rsidRPr="00994820" w:rsidRDefault="007C3C6C" w:rsidP="00B1354B">
      <w:pPr>
        <w:spacing w:before="100" w:beforeAutospacing="1" w:after="100" w:afterAutospacing="1" w:line="360" w:lineRule="auto"/>
        <w:ind w:firstLine="284"/>
        <w:jc w:val="both"/>
      </w:pPr>
      <w:r w:rsidRPr="00994820">
        <w:t>«Grazie, cara.» disse con tono cortese. Con un sospiro di soddisfazione si sfilò anche, finalmente, la sua armatura di battaglia. Era proprio lì che l’aveva ottenuta, le sembrò quasi di riportarla a casa.</w:t>
      </w:r>
    </w:p>
    <w:p w14:paraId="0E5B6563" w14:textId="77777777" w:rsidR="007C3C6C" w:rsidRPr="00994820" w:rsidRDefault="007C3C6C" w:rsidP="00B1354B">
      <w:pPr>
        <w:spacing w:before="100" w:beforeAutospacing="1" w:after="100" w:afterAutospacing="1" w:line="360" w:lineRule="auto"/>
        <w:ind w:firstLine="284"/>
        <w:jc w:val="both"/>
      </w:pPr>
      <w:r w:rsidRPr="00994820">
        <w:t>Becky le porse due bicchieri. “Casa” pensò Fanny. Per la prima volta le mancava sinceramente la sua piccola, sporca casa fuori le Mura della Notte.</w:t>
      </w:r>
    </w:p>
    <w:p w14:paraId="634D34E5" w14:textId="77777777" w:rsidR="007C3C6C" w:rsidRPr="00994820" w:rsidRDefault="007C3C6C" w:rsidP="00B1354B">
      <w:pPr>
        <w:spacing w:before="100" w:beforeAutospacing="1" w:after="100" w:afterAutospacing="1" w:line="360" w:lineRule="auto"/>
        <w:ind w:firstLine="284"/>
        <w:jc w:val="both"/>
      </w:pPr>
      <w:r w:rsidRPr="00994820">
        <w:t>«Cosa c’è, madame?»</w:t>
      </w:r>
    </w:p>
    <w:p w14:paraId="23F31C4B" w14:textId="77777777" w:rsidR="007C3C6C" w:rsidRPr="00994820" w:rsidRDefault="007C3C6C" w:rsidP="00B1354B">
      <w:pPr>
        <w:spacing w:before="100" w:beforeAutospacing="1" w:after="100" w:afterAutospacing="1" w:line="360" w:lineRule="auto"/>
        <w:ind w:firstLine="284"/>
        <w:jc w:val="both"/>
      </w:pPr>
      <w:r w:rsidRPr="00994820">
        <w:lastRenderedPageBreak/>
        <w:t>Lei bevve il primo tutto d’un fiato. Poi lasciò precipitare il suo corpo nudo su quel letto morbido. «Niente. O forse… solo sentimenti contrastanti.» gli occhi le caddero sulle giunture che univano la sua pelle candida a quelle protesi di acciaio ruvido.</w:t>
      </w:r>
    </w:p>
    <w:p w14:paraId="409140B0" w14:textId="77777777" w:rsidR="007C3C6C" w:rsidRPr="00994820" w:rsidRDefault="007C3C6C" w:rsidP="00B1354B">
      <w:pPr>
        <w:spacing w:before="100" w:beforeAutospacing="1" w:after="100" w:afterAutospacing="1" w:line="360" w:lineRule="auto"/>
        <w:ind w:firstLine="284"/>
        <w:jc w:val="both"/>
      </w:pPr>
      <w:r w:rsidRPr="00994820">
        <w:t>«Sul drink?» chiese becky. Fanny ebbe l’impressione che l’ologramma stesse cercando di distogliere lo sguardo dalla sua nudità, ma scacciò subito il pensiero. Era troppo umano come atteggiamento, persino per Becky.</w:t>
      </w:r>
    </w:p>
    <w:p w14:paraId="1F6B78CE" w14:textId="77777777" w:rsidR="007C3C6C" w:rsidRPr="00994820" w:rsidRDefault="007C3C6C" w:rsidP="00B1354B">
      <w:pPr>
        <w:spacing w:before="100" w:beforeAutospacing="1" w:after="100" w:afterAutospacing="1" w:line="360" w:lineRule="auto"/>
        <w:ind w:firstLine="284"/>
        <w:jc w:val="both"/>
      </w:pPr>
      <w:r w:rsidRPr="00994820">
        <w:t>Fanny rise appena. «No. Su tutta questa storia.»</w:t>
      </w:r>
    </w:p>
    <w:p w14:paraId="79063AA5" w14:textId="77777777" w:rsidR="007C3C6C" w:rsidRPr="00994820" w:rsidRDefault="007C3C6C" w:rsidP="00B1354B">
      <w:pPr>
        <w:spacing w:before="100" w:beforeAutospacing="1" w:after="100" w:afterAutospacing="1" w:line="360" w:lineRule="auto"/>
        <w:ind w:firstLine="284"/>
        <w:jc w:val="both"/>
      </w:pPr>
      <w:r w:rsidRPr="00994820">
        <w:t>«Vuole parlarmene?»</w:t>
      </w:r>
    </w:p>
    <w:p w14:paraId="7F04B48A" w14:textId="77777777" w:rsidR="007C3C6C" w:rsidRPr="00994820" w:rsidRDefault="007C3C6C" w:rsidP="00B1354B">
      <w:pPr>
        <w:spacing w:before="100" w:beforeAutospacing="1" w:after="100" w:afterAutospacing="1" w:line="360" w:lineRule="auto"/>
        <w:ind w:firstLine="284"/>
        <w:jc w:val="both"/>
      </w:pPr>
      <w:r w:rsidRPr="00994820">
        <w:t>«Credevo fosse tutto più semplice. Buoni. Cattivi. Invece c’è del giusto nella società. Il problema… sono alcuni che ci lavorano.» si osservò per un istante anche il petto liscio, ma spaccato da quelle incisioni sommarie che custodivano il vero ingresso per quel suo cuore d’acciaio, che ora stava riservando così tanti dubbi.</w:t>
      </w:r>
    </w:p>
    <w:p w14:paraId="728F01D9" w14:textId="77777777" w:rsidR="007C3C6C" w:rsidRPr="00994820" w:rsidRDefault="007C3C6C" w:rsidP="00B1354B">
      <w:pPr>
        <w:spacing w:before="100" w:beforeAutospacing="1" w:after="100" w:afterAutospacing="1" w:line="360" w:lineRule="auto"/>
        <w:ind w:firstLine="284"/>
        <w:jc w:val="both"/>
      </w:pPr>
      <w:r w:rsidRPr="00994820">
        <w:t xml:space="preserve">«Mocciose robot, sadici, pazzi. E stanno </w:t>
      </w:r>
      <w:r w:rsidRPr="00994820">
        <w:rPr>
          <w:i/>
          <w:iCs/>
        </w:rPr>
        <w:t>nel mio stesso Dipartimento</w:t>
      </w:r>
      <w:r w:rsidRPr="00994820">
        <w:t>. Quello che dovrebbe incarnare la giustizia.»</w:t>
      </w:r>
    </w:p>
    <w:p w14:paraId="7346DB70" w14:textId="77777777" w:rsidR="007C3C6C" w:rsidRPr="00994820" w:rsidRDefault="007C3C6C" w:rsidP="00B1354B">
      <w:pPr>
        <w:spacing w:before="100" w:beforeAutospacing="1" w:after="100" w:afterAutospacing="1" w:line="360" w:lineRule="auto"/>
        <w:ind w:firstLine="284"/>
        <w:jc w:val="both"/>
      </w:pPr>
      <w:r w:rsidRPr="00994820">
        <w:t>Bevve il secondo. Lentamente, gustandoselo per la prima volta. Era un mistero per lei quel sapore. Becky lo aveva ottenuto miscelando alcune misteriose bottiglie che erano abbandonate tra la polvere di uno scaffale poco distante. Il primo sapore che le salì fino al suo cervello di carne era un qualcosa di acido. Solo tenendo quel liquido azzurrò più a lungo contro la sua lingua poté percepire una dolcezza inaspettata, che l’avvolse.</w:t>
      </w:r>
    </w:p>
    <w:p w14:paraId="005D5067" w14:textId="77777777" w:rsidR="007C3C6C" w:rsidRPr="00994820" w:rsidRDefault="007C3C6C" w:rsidP="00B1354B">
      <w:pPr>
        <w:spacing w:before="100" w:beforeAutospacing="1" w:after="100" w:afterAutospacing="1" w:line="360" w:lineRule="auto"/>
        <w:ind w:firstLine="284"/>
        <w:jc w:val="both"/>
      </w:pPr>
      <w:r w:rsidRPr="00994820">
        <w:t>«Se non fosse per loro… forse… forse si starebbe anche bene qui.» mentre sorseggiava quel drink studiando quello strano sapore. Quel drink... le ricordava Kieran anche se non avrebbe potuto spiegarne il motivo.</w:t>
      </w:r>
    </w:p>
    <w:p w14:paraId="16E22483" w14:textId="77777777" w:rsidR="007C3C6C" w:rsidRPr="00994820" w:rsidRDefault="007C3C6C" w:rsidP="00B1354B">
      <w:pPr>
        <w:spacing w:before="100" w:beforeAutospacing="1" w:after="100" w:afterAutospacing="1" w:line="360" w:lineRule="auto"/>
        <w:ind w:firstLine="284"/>
        <w:jc w:val="both"/>
      </w:pPr>
      <w:r w:rsidRPr="00994820">
        <w:t>Becky rimase in silenzio, il sorriso un po’ incerto.</w:t>
      </w:r>
    </w:p>
    <w:p w14:paraId="7C9F65B1" w14:textId="77777777" w:rsidR="007C3C6C" w:rsidRPr="00994820" w:rsidRDefault="007C3C6C" w:rsidP="00B1354B">
      <w:pPr>
        <w:spacing w:before="100" w:beforeAutospacing="1" w:after="100" w:afterAutospacing="1" w:line="360" w:lineRule="auto"/>
        <w:ind w:firstLine="284"/>
        <w:jc w:val="both"/>
      </w:pPr>
      <w:r w:rsidRPr="00994820">
        <w:t>«E sai una cosa? Sto capendo che io… servo. Servo a far scattare questo meccanismo arrugginito che tutti hanno paura di toccare. E non ho niente da perdere.»</w:t>
      </w:r>
    </w:p>
    <w:p w14:paraId="0A0D370A" w14:textId="77777777" w:rsidR="007C3C6C" w:rsidRPr="00994820" w:rsidRDefault="007C3C6C" w:rsidP="00B1354B">
      <w:pPr>
        <w:spacing w:before="100" w:beforeAutospacing="1" w:after="100" w:afterAutospacing="1" w:line="360" w:lineRule="auto"/>
        <w:ind w:firstLine="284"/>
        <w:jc w:val="both"/>
      </w:pPr>
      <w:r w:rsidRPr="00994820">
        <w:t>Il silenzio avvolse per un momento la stanza, mentre Fanny terminava l’ultimo sorso di quel “Blue Lagoon”.</w:t>
      </w:r>
    </w:p>
    <w:p w14:paraId="38052A5D" w14:textId="77777777" w:rsidR="007C3C6C" w:rsidRPr="00994820" w:rsidRDefault="007C3C6C" w:rsidP="00B1354B">
      <w:pPr>
        <w:spacing w:before="100" w:beforeAutospacing="1" w:after="100" w:afterAutospacing="1" w:line="360" w:lineRule="auto"/>
        <w:ind w:firstLine="284"/>
        <w:jc w:val="both"/>
      </w:pPr>
      <w:r w:rsidRPr="00994820">
        <w:t>«Resta solo da decidere in che verso farlo girare, non crede madame?» chiese Becky, con una nota dolce.</w:t>
      </w:r>
    </w:p>
    <w:p w14:paraId="39370050" w14:textId="77777777" w:rsidR="007C3C6C" w:rsidRPr="00994820" w:rsidRDefault="007C3C6C" w:rsidP="00B1354B">
      <w:pPr>
        <w:spacing w:before="100" w:beforeAutospacing="1" w:after="100" w:afterAutospacing="1" w:line="360" w:lineRule="auto"/>
        <w:ind w:firstLine="284"/>
        <w:jc w:val="both"/>
      </w:pPr>
      <w:r w:rsidRPr="00994820">
        <w:t xml:space="preserve">«Sì… ma finché non rimuoviamo quella gente dannosa, anche solo farlo girare questo ingranaggio sembra impossibile.» Poggiò con delicatezza il secondo bicchiere sul mobile, proprio a fianco alla moneta del padre. </w:t>
      </w:r>
    </w:p>
    <w:p w14:paraId="0E13BE54"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«Una cosa però l’ho capita: </w:t>
      </w:r>
      <w:r w:rsidRPr="00994820">
        <w:rPr>
          <w:i/>
          <w:iCs/>
        </w:rPr>
        <w:t>in questo posto, io servo</w:t>
      </w:r>
      <w:r w:rsidRPr="00994820">
        <w:t xml:space="preserve">. E servo a fare la differenza. Per i superiori, certo. Ma soprattutto per </w:t>
      </w:r>
      <w:r w:rsidRPr="00994820">
        <w:rPr>
          <w:i/>
          <w:iCs/>
        </w:rPr>
        <w:t>la gente</w:t>
      </w:r>
      <w:r w:rsidRPr="00994820">
        <w:t>.»</w:t>
      </w:r>
    </w:p>
    <w:p w14:paraId="26795803" w14:textId="77777777" w:rsidR="007C3C6C" w:rsidRPr="00994820" w:rsidRDefault="007C3C6C" w:rsidP="00B1354B">
      <w:pPr>
        <w:spacing w:before="100" w:beforeAutospacing="1" w:after="100" w:afterAutospacing="1" w:line="360" w:lineRule="auto"/>
        <w:ind w:firstLine="284"/>
        <w:jc w:val="both"/>
      </w:pPr>
      <w:r w:rsidRPr="00994820">
        <w:t>Si alzò, e dirigendosi verso lo specchio dove aveva conosciuto per la prima volta Becky continuò a parlare.</w:t>
      </w:r>
    </w:p>
    <w:p w14:paraId="1832271C" w14:textId="77777777" w:rsidR="007C3C6C" w:rsidRPr="00994820" w:rsidRDefault="007C3C6C" w:rsidP="00B1354B">
      <w:pPr>
        <w:spacing w:before="100" w:beforeAutospacing="1" w:after="100" w:afterAutospacing="1" w:line="360" w:lineRule="auto"/>
        <w:ind w:firstLine="284"/>
        <w:jc w:val="both"/>
      </w:pPr>
      <w:r w:rsidRPr="00994820">
        <w:t>«Oggi ho mostrato a quel bambino che anche l’autorità può essere compassionevole. Se fossi stata una normale cittadina, non sarebbe importato a nessuno. Ma da membro del Ministero… posso fare la mia parte.»</w:t>
      </w:r>
    </w:p>
    <w:p w14:paraId="5713239A" w14:textId="77777777" w:rsidR="007C3C6C" w:rsidRPr="00994820" w:rsidRDefault="007C3C6C" w:rsidP="00B1354B">
      <w:pPr>
        <w:spacing w:before="100" w:beforeAutospacing="1" w:after="100" w:afterAutospacing="1" w:line="360" w:lineRule="auto"/>
        <w:ind w:firstLine="284"/>
        <w:jc w:val="both"/>
      </w:pPr>
      <w:r w:rsidRPr="00994820">
        <w:t>Realizzò che quella doveva essere anche la casa di Becky, in fondo. Un tenero sorriso le illuminò il volto, mentre con cura controllava che non ci fossero nuove ferite su quel corpo già martoriato da una malattia che non conosceva. «Scusa se parlo a vanvera…»</w:t>
      </w:r>
    </w:p>
    <w:p w14:paraId="1449C143" w14:textId="77777777" w:rsidR="007C3C6C" w:rsidRPr="00994820" w:rsidRDefault="007C3C6C" w:rsidP="00B1354B">
      <w:pPr>
        <w:spacing w:before="100" w:beforeAutospacing="1" w:after="100" w:afterAutospacing="1" w:line="360" w:lineRule="auto"/>
        <w:ind w:firstLine="284"/>
        <w:jc w:val="both"/>
      </w:pPr>
      <w:r w:rsidRPr="00994820">
        <w:t>«Non mi secca, madame. E credo sia un bene che ne parli con qualcuno. Inoltre… sono una bargirl ora. Il mio lavoro include ascoltare» aggiunse con tono ilare l’ologramma.</w:t>
      </w:r>
    </w:p>
    <w:p w14:paraId="6C87D38C" w14:textId="77777777" w:rsidR="007C3C6C" w:rsidRPr="00994820" w:rsidRDefault="007C3C6C" w:rsidP="00B1354B">
      <w:pPr>
        <w:spacing w:before="100" w:beforeAutospacing="1" w:after="100" w:afterAutospacing="1" w:line="360" w:lineRule="auto"/>
        <w:ind w:firstLine="284"/>
        <w:jc w:val="both"/>
      </w:pPr>
      <w:r w:rsidRPr="00994820">
        <w:t>Fanny sorrise. «Hai ragione. Ma meglio evitare altri drink per stasera, rischio di non essere lucida. E dovremo essere molto cauti, stanotte.» disse ripensando al corpo inerme al piano di sotto.</w:t>
      </w:r>
    </w:p>
    <w:p w14:paraId="31CB8225" w14:textId="77777777" w:rsidR="007C3C6C" w:rsidRPr="00994820" w:rsidRDefault="007C3C6C" w:rsidP="00B1354B">
      <w:pPr>
        <w:spacing w:before="100" w:beforeAutospacing="1" w:after="100" w:afterAutospacing="1" w:line="360" w:lineRule="auto"/>
        <w:ind w:firstLine="284"/>
        <w:jc w:val="both"/>
      </w:pPr>
      <w:r w:rsidRPr="00994820">
        <w:t>Si avvicinò nuovamente al letto e lo disfò con la mente desiderosa di riposare. «Nel caso, più avanti sarò felice di sfruttare di nuovo le tue doti.»</w:t>
      </w:r>
    </w:p>
    <w:p w14:paraId="674C88A6" w14:textId="77777777" w:rsidR="007C3C6C" w:rsidRPr="00994820" w:rsidRDefault="007C3C6C" w:rsidP="00B1354B">
      <w:pPr>
        <w:spacing w:before="100" w:beforeAutospacing="1" w:after="100" w:afterAutospacing="1" w:line="360" w:lineRule="auto"/>
        <w:ind w:firstLine="284"/>
        <w:jc w:val="both"/>
      </w:pPr>
      <w:r w:rsidRPr="00994820">
        <w:t>«Yes, ma’am.»</w:t>
      </w:r>
    </w:p>
    <w:p w14:paraId="7E2345E2" w14:textId="6AC062EB" w:rsidR="00A20E7A" w:rsidRDefault="007C3C6C" w:rsidP="00B1354B">
      <w:pPr>
        <w:spacing w:before="100" w:beforeAutospacing="1" w:after="100" w:afterAutospacing="1" w:line="360" w:lineRule="auto"/>
        <w:ind w:firstLine="284"/>
        <w:jc w:val="both"/>
      </w:pPr>
      <w:r w:rsidRPr="00994820">
        <w:t>Bastarono pochi minuti su quel morbido letto, cullata dalla sensazione stordente che quella bibita le aveva dato per far crollare Fanny tra le Braccia di Selene, guardiana dei Sogni.</w:t>
      </w:r>
    </w:p>
    <w:p w14:paraId="2BDB7B1B" w14:textId="37657601" w:rsidR="007C3C6C" w:rsidRPr="00994820" w:rsidRDefault="00A20E7A" w:rsidP="00A20E7A">
      <w:pPr>
        <w:spacing w:after="160" w:line="259" w:lineRule="auto"/>
      </w:pPr>
      <w:r>
        <w:br w:type="page"/>
      </w:r>
    </w:p>
    <w:p w14:paraId="153DDB09" w14:textId="29F3765B" w:rsidR="007C3C6C" w:rsidRPr="00695DCA" w:rsidRDefault="007C3C6C" w:rsidP="001F6492">
      <w:pPr>
        <w:pStyle w:val="Titolo1"/>
        <w:jc w:val="center"/>
      </w:pPr>
      <w:r w:rsidRPr="00695DCA">
        <w:lastRenderedPageBreak/>
        <w:t xml:space="preserve">Capitolo </w:t>
      </w:r>
      <w:r w:rsidR="00695DCA">
        <w:t>XIII</w:t>
      </w:r>
      <w:r w:rsidRPr="00695DCA">
        <w:t xml:space="preserve"> - L'Alba e il Tramonto</w:t>
      </w:r>
    </w:p>
    <w:p w14:paraId="4E3E4FEE" w14:textId="77777777" w:rsidR="00695DCA" w:rsidRDefault="00695DCA" w:rsidP="00B1354B">
      <w:pPr>
        <w:spacing w:line="360" w:lineRule="auto"/>
        <w:ind w:firstLine="284"/>
        <w:jc w:val="both"/>
      </w:pPr>
    </w:p>
    <w:p w14:paraId="10B76954" w14:textId="77777777" w:rsidR="00695DCA" w:rsidRDefault="00695DCA" w:rsidP="00B1354B">
      <w:pPr>
        <w:spacing w:line="360" w:lineRule="auto"/>
        <w:ind w:firstLine="284"/>
        <w:jc w:val="both"/>
      </w:pPr>
    </w:p>
    <w:p w14:paraId="134EBCFE" w14:textId="77777777" w:rsidR="00695DCA" w:rsidRDefault="00695DCA" w:rsidP="00B1354B">
      <w:pPr>
        <w:spacing w:line="360" w:lineRule="auto"/>
        <w:ind w:firstLine="284"/>
        <w:jc w:val="both"/>
      </w:pPr>
    </w:p>
    <w:p w14:paraId="142F9EA8" w14:textId="77777777" w:rsidR="00695DCA" w:rsidRPr="00994820" w:rsidRDefault="00695DCA" w:rsidP="00B1354B">
      <w:pPr>
        <w:spacing w:line="360" w:lineRule="auto"/>
        <w:ind w:firstLine="284"/>
        <w:jc w:val="both"/>
      </w:pPr>
    </w:p>
    <w:p w14:paraId="5B8E2214" w14:textId="77777777" w:rsidR="00695DCA" w:rsidRDefault="007C3C6C" w:rsidP="00B1354B">
      <w:pPr>
        <w:pStyle w:val="NormaleWeb"/>
        <w:spacing w:line="360" w:lineRule="auto"/>
        <w:ind w:firstLine="284"/>
        <w:jc w:val="both"/>
      </w:pPr>
      <w:r w:rsidRPr="00994820">
        <w:t>Una giovane dai capelli rossi, appena ventenne, la pelle punteggiata di tenui lentiggini, si agitava lieve sul cuscino di una stanza buia.</w:t>
      </w:r>
      <w:r w:rsidR="00695DCA">
        <w:t xml:space="preserve"> </w:t>
      </w:r>
      <w:r w:rsidRPr="00994820">
        <w:t>La voce di suo padre la raggiunse come un sussurro smarrito nell’eco dei sogni, insinuandosi tra le pieghe del sonno, sotto gli occhi discreti della Dea Selene, guardiana delle notti più buie. Fu così che Fanny si ridestò, minuta e fragile, ma al sicuro.</w:t>
      </w:r>
    </w:p>
    <w:p w14:paraId="0108B261" w14:textId="527B3431" w:rsidR="007C3C6C" w:rsidRPr="00994820" w:rsidRDefault="007C3C6C" w:rsidP="00B1354B">
      <w:pPr>
        <w:pStyle w:val="NormaleWeb"/>
        <w:spacing w:line="360" w:lineRule="auto"/>
        <w:ind w:firstLine="284"/>
        <w:jc w:val="both"/>
      </w:pPr>
      <w:r w:rsidRPr="00994820">
        <w:t>Il padre la osservava dall’alto, con uno sguardo che sapeva di casa, e le dita ruvide, abituate al metallo più che alla carezza, si muovevano leggere tra i riccioli ramati della piccola Fanny. Sul comodino, la luce fioca di un vecchio ologramma proiettava ombre tremule sul soffitto, danzando come spiriti silenziosi. Fuori, oltre le lamiere contorte delle case fatiscenti — fredde come il gelo d’inverno, roventi come l’asfalto d’estate — si stagliavano le Mura di Ecliptica, la città dalla notte eterna.</w:t>
      </w:r>
    </w:p>
    <w:p w14:paraId="45AFD901" w14:textId="77777777" w:rsidR="007C3C6C" w:rsidRPr="00994820" w:rsidRDefault="007C3C6C" w:rsidP="00B1354B">
      <w:pPr>
        <w:pStyle w:val="NormaleWeb"/>
        <w:spacing w:line="360" w:lineRule="auto"/>
        <w:ind w:firstLine="284"/>
        <w:jc w:val="both"/>
      </w:pPr>
      <w:r w:rsidRPr="00994820">
        <w:t>«Papà…» mormorò la bambina con voce impastata, ancora prigioniera del dormiveglia. «Mi racconti una favola?»</w:t>
      </w:r>
    </w:p>
    <w:p w14:paraId="0624C3D3" w14:textId="77777777" w:rsidR="007C3C6C" w:rsidRPr="00994820" w:rsidRDefault="007C3C6C" w:rsidP="00B1354B">
      <w:pPr>
        <w:pStyle w:val="NormaleWeb"/>
        <w:spacing w:line="360" w:lineRule="auto"/>
        <w:ind w:firstLine="284"/>
        <w:jc w:val="both"/>
      </w:pPr>
      <w:r w:rsidRPr="00994820">
        <w:t>La pioggia picchiettava ostinata sul tetto di ferro battuto, e il rombo lontano dei tuoni si insinuava tra le mura, come un battito dimenticato del cielo. Era un tempo frequente sotto il manto plumbeo che da sempre sovrastava Grimvale, il piccolo borgo ai margini di tutto, rifugio di emarginati, rifugio dei Fleshborn. Ma per la piccola Fanny, che aveva appena sei anni, quella pioggia non era mai solo pioggia: ogni goccia che cadeva le sussurrava paure, ogni tuono la faceva stringere un po’ di più al padre.</w:t>
      </w:r>
    </w:p>
    <w:p w14:paraId="4B792708" w14:textId="77777777" w:rsidR="007C3C6C" w:rsidRPr="00994820" w:rsidRDefault="007C3C6C" w:rsidP="00B1354B">
      <w:pPr>
        <w:pStyle w:val="NormaleWeb"/>
        <w:spacing w:line="360" w:lineRule="auto"/>
        <w:ind w:firstLine="284"/>
        <w:jc w:val="both"/>
      </w:pPr>
      <w:r w:rsidRPr="00994820">
        <w:t>Il padre si chinò su di lei con un sorriso appena accennato. Le rughe intagliate sul suo volto si piegarono dolcemente, nonostante il peso degli anni e della fatica che la fucina gli aveva lasciato addosso come cicatrici.</w:t>
      </w:r>
    </w:p>
    <w:p w14:paraId="01DB2C49" w14:textId="77777777" w:rsidR="007C3C6C" w:rsidRPr="00994820" w:rsidRDefault="007C3C6C" w:rsidP="00B1354B">
      <w:pPr>
        <w:pStyle w:val="NormaleWeb"/>
        <w:spacing w:line="360" w:lineRule="auto"/>
        <w:ind w:firstLine="284"/>
        <w:jc w:val="both"/>
      </w:pPr>
      <w:r w:rsidRPr="00994820">
        <w:t>«Vuoi di nuovo che ti racconti di Ecliptica?» chiese, la voce stanca ma leggera come un soffio. Fanny scosse il capo, i capelli rossi che si sparpagliavano sul cuscino come fili di rame.</w:t>
      </w:r>
    </w:p>
    <w:p w14:paraId="503E9FD8" w14:textId="77777777" w:rsidR="007C3C6C" w:rsidRPr="00994820" w:rsidRDefault="007C3C6C" w:rsidP="00B1354B">
      <w:pPr>
        <w:pStyle w:val="NormaleWeb"/>
        <w:spacing w:line="360" w:lineRule="auto"/>
        <w:ind w:firstLine="284"/>
        <w:jc w:val="both"/>
      </w:pPr>
      <w:r w:rsidRPr="00994820">
        <w:t>«No… voglio una storia nuova» dichiarò con serietà infantile. Restò qualche secondo a riflettere, stringendo le labbra e arricciando il naso, poi assunse quella posa teatrale e goffa che sapeva far sorridere suo padre, come se dovesse prendere una decisione solenne. «Voglio una storia romantica! Qualcosa di romantico e… magico!»</w:t>
      </w:r>
    </w:p>
    <w:p w14:paraId="0D870B93" w14:textId="77777777" w:rsidR="007C3C6C" w:rsidRPr="00994820" w:rsidRDefault="007C3C6C" w:rsidP="00B1354B">
      <w:pPr>
        <w:pStyle w:val="NormaleWeb"/>
        <w:spacing w:line="360" w:lineRule="auto"/>
        <w:ind w:firstLine="284"/>
        <w:jc w:val="both"/>
      </w:pPr>
      <w:r w:rsidRPr="00994820">
        <w:lastRenderedPageBreak/>
        <w:t>L’uomo si chinò a rimboccarle la coperta, poi si alzò senza dire nulla, lasciando che la piccola stringesse sotto le lenzuola il braccio d’acciaio e la gamba meccanica che già facevano parte di lei. Attraversò la stanza a passi lenti e aprì un vecchio baule nascosto nell’angolo. Non c’erano tesori, lì dentro, almeno non per il resto del mondo. Ma per lui sì.</w:t>
      </w:r>
    </w:p>
    <w:p w14:paraId="10D3B250" w14:textId="77777777" w:rsidR="007C3C6C" w:rsidRPr="00994820" w:rsidRDefault="007C3C6C" w:rsidP="00B1354B">
      <w:pPr>
        <w:pStyle w:val="NormaleWeb"/>
        <w:spacing w:line="360" w:lineRule="auto"/>
        <w:ind w:firstLine="284"/>
        <w:jc w:val="both"/>
      </w:pPr>
      <w:r w:rsidRPr="00994820">
        <w:t>Tra quelle assi consumate conservava cose che il tempo e la città avevano dimenticato: vecchi oggetti, cimeli senza valore, frammenti di un’epoca passata. Erano gli scarti di un mondo che non aveva spazio per chi, come loro, era antiquato. E proprio per questo, li custodiva con cura.</w:t>
      </w:r>
    </w:p>
    <w:p w14:paraId="246C6B79" w14:textId="77777777" w:rsidR="007C3C6C" w:rsidRPr="00994820" w:rsidRDefault="007C3C6C" w:rsidP="00B1354B">
      <w:pPr>
        <w:spacing w:before="100" w:beforeAutospacing="1" w:after="100" w:afterAutospacing="1" w:line="360" w:lineRule="auto"/>
        <w:ind w:firstLine="284"/>
        <w:jc w:val="both"/>
      </w:pPr>
      <w:r w:rsidRPr="00994820">
        <w:t>Dal baule, il padre estrasse con cautela un libro logoro, dalle pagine ingiallite e la copertina sbiadita. Il titolo, ormai sbiadito dal tempo e dall’usura, era quasi del tutto illeggibile; soltanto una manciata di lettere sopravvivevano sulla costa rovinata: “…storie di…”. Era stato proprio quel frammento di parole a spingerlo, anni prima, a salvarlo da chissà quale discarica, riconoscendovi un’eco familiare.</w:t>
      </w:r>
    </w:p>
    <w:p w14:paraId="6E63D493" w14:textId="77777777" w:rsidR="007C3C6C" w:rsidRPr="00994820" w:rsidRDefault="007C3C6C" w:rsidP="00B1354B">
      <w:pPr>
        <w:spacing w:before="100" w:beforeAutospacing="1" w:after="100" w:afterAutospacing="1" w:line="360" w:lineRule="auto"/>
        <w:ind w:firstLine="284"/>
        <w:jc w:val="both"/>
      </w:pPr>
      <w:r w:rsidRPr="00994820">
        <w:t>Con il volume tra le mani, tornò ai piedi del letto della figlia e lo aprì lentamente, sfogliando le pagine con la delicatezza di chi maneggia reliquie. Le dita segnate dal lavoro scivolarono su ogni pagina, alla ricerca di un racconto che il tempo non avesse divorato. Sapeva che doveva esserci. L’aveva letta tante volte, quella storia. La conosceva a memoria, ma non aveva più avuto motivo di raccontarla da molto, troppo tempo. Da quando sua moglie non era più accanto a lui.</w:t>
      </w:r>
    </w:p>
    <w:p w14:paraId="06DF0085" w14:textId="77777777" w:rsidR="007C3C6C" w:rsidRPr="00994820" w:rsidRDefault="007C3C6C" w:rsidP="00B1354B">
      <w:pPr>
        <w:spacing w:before="100" w:beforeAutospacing="1" w:after="100" w:afterAutospacing="1" w:line="360" w:lineRule="auto"/>
        <w:ind w:firstLine="284"/>
        <w:jc w:val="both"/>
      </w:pPr>
      <w:r w:rsidRPr="00994820">
        <w:t>«Che ne dici della storia dei due fiori?» domandò infine, la voce quasi un soffio, mentre i suoi occhi si perdevano in quelli della bambina. Grandi, verdi, ancora umani — ma non lo sarebbero rimasti a lungo. Sapeva che presto anche quegli occhi avrebbero dovuto essere sostituiti.</w:t>
      </w:r>
    </w:p>
    <w:p w14:paraId="34239E32" w14:textId="77777777" w:rsidR="007C3C6C" w:rsidRPr="00994820" w:rsidRDefault="007C3C6C" w:rsidP="00B1354B">
      <w:pPr>
        <w:spacing w:before="100" w:beforeAutospacing="1" w:after="100" w:afterAutospacing="1" w:line="360" w:lineRule="auto"/>
        <w:ind w:firstLine="284"/>
        <w:jc w:val="both"/>
      </w:pPr>
      <w:r w:rsidRPr="00994820">
        <w:t>Fanny lo guardò con un’espressione confusa, inclinando appena la testa. «I due fiori? È una storia bella?» chiese con un lampo di curiosità che le attraversò lo sguardo.</w:t>
      </w:r>
    </w:p>
    <w:p w14:paraId="5578C0A0" w14:textId="77777777" w:rsidR="007C3C6C" w:rsidRPr="00994820" w:rsidRDefault="007C3C6C" w:rsidP="00B1354B">
      <w:pPr>
        <w:spacing w:before="100" w:beforeAutospacing="1" w:after="100" w:afterAutospacing="1" w:line="360" w:lineRule="auto"/>
        <w:ind w:firstLine="284"/>
        <w:jc w:val="both"/>
      </w:pPr>
      <w:r w:rsidRPr="00994820">
        <w:t>I Fleshborn, che come lei avevano radici nella terra e nella carne, erano cresciuti ascoltando racconti di piante, animali, foreste antiche. Erano storie che sentivano parte di loro, specchio della vita che la città sopra le mura aveva dimenticato. I Synborn di Ecliptica, invece, avrebbero riso di fronte a simili fantasie. Per loro, fiori e natura erano solo mezzi da usare per ottenere cibo o cosmetici. Anche le storie di per sé, per loro, erano futili.</w:t>
      </w:r>
    </w:p>
    <w:p w14:paraId="14829983" w14:textId="77777777" w:rsidR="007C3C6C" w:rsidRPr="00994820" w:rsidRDefault="007C3C6C" w:rsidP="00B1354B">
      <w:pPr>
        <w:spacing w:before="100" w:beforeAutospacing="1" w:after="100" w:afterAutospacing="1" w:line="360" w:lineRule="auto"/>
        <w:ind w:firstLine="284"/>
        <w:jc w:val="both"/>
      </w:pPr>
      <w:r w:rsidRPr="00994820">
        <w:t>Il padre le sfiorò dolcemente il viso, come a scacciare via ogni dubbio. «È una storia molto bella» mormorò, con quella voce che aveva il sapore di un tempo che nessuna macchina avrebbe mai potuto cancellare.</w:t>
      </w:r>
    </w:p>
    <w:p w14:paraId="7147F2D4" w14:textId="77777777" w:rsidR="007C3C6C" w:rsidRPr="00994820" w:rsidRDefault="007C3C6C" w:rsidP="00B1354B">
      <w:pPr>
        <w:spacing w:before="100" w:beforeAutospacing="1" w:after="100" w:afterAutospacing="1" w:line="360" w:lineRule="auto"/>
        <w:ind w:firstLine="284"/>
        <w:jc w:val="both"/>
      </w:pPr>
      <w:r w:rsidRPr="00994820">
        <w:t>«Tanto, tanto tempo fa» cominciò il padre, la voce che si abbassava fino a farsi morbida come un canto, «un meteorite immenso, con una scia di fuoco e tenebre, stava per abbattersi sul nostro mondo.»</w:t>
      </w:r>
    </w:p>
    <w:p w14:paraId="703BB0B7" w14:textId="77777777" w:rsidR="007C3C6C" w:rsidRPr="00994820" w:rsidRDefault="007C3C6C" w:rsidP="00B1354B">
      <w:pPr>
        <w:spacing w:before="100" w:beforeAutospacing="1" w:after="100" w:afterAutospacing="1" w:line="360" w:lineRule="auto"/>
        <w:ind w:firstLine="284"/>
        <w:jc w:val="both"/>
      </w:pPr>
      <w:r w:rsidRPr="00994820">
        <w:lastRenderedPageBreak/>
        <w:t>Fanny sgranò gli occhi, sollevandosi appena sul cuscino. «Cos’è un metotite?» chiese con tono curioso e ingenuo, storpiando la parola.</w:t>
      </w:r>
    </w:p>
    <w:p w14:paraId="3CF74681" w14:textId="77777777" w:rsidR="007C3C6C" w:rsidRPr="00994820" w:rsidRDefault="007C3C6C" w:rsidP="00B1354B">
      <w:pPr>
        <w:spacing w:before="100" w:beforeAutospacing="1" w:after="100" w:afterAutospacing="1" w:line="360" w:lineRule="auto"/>
        <w:ind w:firstLine="284"/>
        <w:jc w:val="both"/>
      </w:pPr>
      <w:r w:rsidRPr="00994820">
        <w:t>Il padre sorrise, scuotendo appena il capo. «Me-te-o-ri-te» scandì con pazienza, accarezzandole la fronte. «È un grosso, grossissimo sasso che arriva dal cielo. Così grande che, se fosse davvero caduto, avrebbe distrutto ogni cosa.»</w:t>
      </w:r>
    </w:p>
    <w:p w14:paraId="75589D99" w14:textId="77777777" w:rsidR="007C3C6C" w:rsidRPr="00994820" w:rsidRDefault="007C3C6C" w:rsidP="00B1354B">
      <w:pPr>
        <w:spacing w:before="100" w:beforeAutospacing="1" w:after="100" w:afterAutospacing="1" w:line="360" w:lineRule="auto"/>
        <w:ind w:firstLine="284"/>
        <w:jc w:val="both"/>
      </w:pPr>
      <w:r w:rsidRPr="00994820">
        <w:t>La bambina spalancò la bocca in un’espressione sconvolta. «Persino le mura della città?!»</w:t>
      </w:r>
    </w:p>
    <w:p w14:paraId="63A2F582" w14:textId="77777777" w:rsidR="007C3C6C" w:rsidRPr="00994820" w:rsidRDefault="007C3C6C" w:rsidP="00B1354B">
      <w:pPr>
        <w:spacing w:before="100" w:beforeAutospacing="1" w:after="100" w:afterAutospacing="1" w:line="360" w:lineRule="auto"/>
        <w:ind w:firstLine="284"/>
        <w:jc w:val="both"/>
      </w:pPr>
      <w:r w:rsidRPr="00994820">
        <w:t>L’uomo annuì, divertito dalla meraviglia sul volto della figlia. «Anche quelle. Le avrebbe rase al suolo come carta sotto la pioggia.»</w:t>
      </w:r>
    </w:p>
    <w:p w14:paraId="7DB17109" w14:textId="77777777" w:rsidR="007C3C6C" w:rsidRPr="00994820" w:rsidRDefault="007C3C6C" w:rsidP="00B1354B">
      <w:pPr>
        <w:spacing w:before="100" w:beforeAutospacing="1" w:after="100" w:afterAutospacing="1" w:line="360" w:lineRule="auto"/>
        <w:ind w:firstLine="284"/>
        <w:jc w:val="both"/>
      </w:pPr>
      <w:r w:rsidRPr="00994820">
        <w:t>«Ma sono altissime!» ribatté Fanny, quasi indignata, come se le Mura di Ecliptica fossero indistruttibili per legge divina.</w:t>
      </w:r>
    </w:p>
    <w:p w14:paraId="1B4A6D4B" w14:textId="77777777" w:rsidR="007C3C6C" w:rsidRPr="00994820" w:rsidRDefault="007C3C6C" w:rsidP="00B1354B">
      <w:pPr>
        <w:spacing w:before="100" w:beforeAutospacing="1" w:after="100" w:afterAutospacing="1" w:line="360" w:lineRule="auto"/>
        <w:ind w:firstLine="284"/>
        <w:jc w:val="both"/>
      </w:pPr>
      <w:r w:rsidRPr="00994820">
        <w:t>«Sì, sono alte…» mormorò lui, trattenendo un sorriso. «Ma questo meteorite non era un sasso qualunque. Era magico. E molto, molto potente. Ora, lasciami continuare.»</w:t>
      </w:r>
    </w:p>
    <w:p w14:paraId="114F9603" w14:textId="77777777" w:rsidR="007C3C6C" w:rsidRPr="00994820" w:rsidRDefault="007C3C6C" w:rsidP="00B1354B">
      <w:pPr>
        <w:spacing w:before="100" w:beforeAutospacing="1" w:after="100" w:afterAutospacing="1" w:line="360" w:lineRule="auto"/>
        <w:ind w:firstLine="284"/>
        <w:jc w:val="both"/>
      </w:pPr>
      <w:r w:rsidRPr="00994820">
        <w:t>Fanny si raggomitolò sotto la coperta, gli occhi spalancati e avidi di storie.</w:t>
      </w:r>
    </w:p>
    <w:p w14:paraId="353ABAAC" w14:textId="77777777" w:rsidR="007C3C6C" w:rsidRPr="00994820" w:rsidRDefault="007C3C6C" w:rsidP="00B1354B">
      <w:pPr>
        <w:spacing w:before="100" w:beforeAutospacing="1" w:after="100" w:afterAutospacing="1" w:line="360" w:lineRule="auto"/>
        <w:ind w:firstLine="284"/>
        <w:jc w:val="both"/>
      </w:pPr>
      <w:r w:rsidRPr="00994820">
        <w:t>«Dicevo… Mentre quel meteorite si avvicinava al nostro mondo, quando la terra già tremava e il cielo si faceva nero come la pece, in un angolo dimenticato delle Terre del Nord sbocciarono due piccoli boccioli. Erano soli, in un deserto di pietra e silenzio. Eppure, proprio quando il cielo si spaccò e la terra si contorse per la paura, quei due fiori germogliarono insieme. L’uno accanto all’altro, come se il mondo intero stesse crollando solo per permettere loro di nascere.»</w:t>
      </w:r>
    </w:p>
    <w:p w14:paraId="29181A33" w14:textId="77777777" w:rsidR="007C3C6C" w:rsidRPr="00994820" w:rsidRDefault="007C3C6C" w:rsidP="00B1354B">
      <w:pPr>
        <w:spacing w:before="100" w:beforeAutospacing="1" w:after="100" w:afterAutospacing="1" w:line="360" w:lineRule="auto"/>
        <w:ind w:firstLine="284"/>
        <w:jc w:val="both"/>
      </w:pPr>
      <w:r w:rsidRPr="00994820">
        <w:t>La voce dell’uomo si abbassò, solenne.</w:t>
      </w:r>
    </w:p>
    <w:p w14:paraId="1CB1D578" w14:textId="77777777" w:rsidR="007C3C6C" w:rsidRPr="00994820" w:rsidRDefault="007C3C6C" w:rsidP="00B1354B">
      <w:pPr>
        <w:spacing w:before="100" w:beforeAutospacing="1" w:after="100" w:afterAutospacing="1" w:line="360" w:lineRule="auto"/>
        <w:ind w:firstLine="284"/>
        <w:jc w:val="both"/>
      </w:pPr>
      <w:r w:rsidRPr="00994820">
        <w:t>«La forza della vita che portavano era tale che li protesse dalla tempesta. Tutto intorno a loro fu scosso e devastato: la terra si aprì in ferite profonde, le montagne crollarono, il cielo si chiuse su se stesso. Ma loro no. Quei due piccoli fiori restarono saldi, un filo sottile di vita che resistette alla furia dell’universo.»</w:t>
      </w:r>
    </w:p>
    <w:p w14:paraId="6D57263F" w14:textId="77777777" w:rsidR="007C3C6C" w:rsidRPr="00994820" w:rsidRDefault="007C3C6C" w:rsidP="00B1354B">
      <w:pPr>
        <w:spacing w:before="100" w:beforeAutospacing="1" w:after="100" w:afterAutospacing="1" w:line="360" w:lineRule="auto"/>
        <w:ind w:firstLine="284"/>
        <w:jc w:val="both"/>
      </w:pPr>
      <w:r w:rsidRPr="00994820">
        <w:t>Sotto le coperte, il volto di Fanny si trasformò di colpo: dalla sorpresa iniziale, alle labbra incurvate in un sorriso allegro e radioso, sollevata da quel piccolo lieto fine.</w:t>
      </w:r>
    </w:p>
    <w:p w14:paraId="43632DEE" w14:textId="77777777" w:rsidR="007C3C6C" w:rsidRPr="00994820" w:rsidRDefault="007C3C6C" w:rsidP="00B1354B">
      <w:pPr>
        <w:spacing w:before="100" w:beforeAutospacing="1" w:after="100" w:afterAutospacing="1" w:line="360" w:lineRule="auto"/>
        <w:ind w:firstLine="284"/>
        <w:jc w:val="both"/>
      </w:pPr>
      <w:r w:rsidRPr="00994820">
        <w:t xml:space="preserve">«Quando l’onda di fuoco e veleno si abbatté sulla terra, non fu l’unica a colpire il nostro mondo,» proseguì il padre, abbassando leggermente la voce come a custodire un segreto. «Una seconda ondata, invisibile agli </w:t>
      </w:r>
      <w:r w:rsidRPr="00994820">
        <w:lastRenderedPageBreak/>
        <w:t>occhi, seguì il meteorite. Era un’onda radioattiva, simile a quella che scorre nelle centrali di Ecliptica, sai? Ma allora era grezza, sfrenata, incontrollabile.»</w:t>
      </w:r>
    </w:p>
    <w:p w14:paraId="4EE5E4CB" w14:textId="77777777" w:rsidR="007C3C6C" w:rsidRPr="00994820" w:rsidRDefault="007C3C6C" w:rsidP="00B1354B">
      <w:pPr>
        <w:spacing w:before="100" w:beforeAutospacing="1" w:after="100" w:afterAutospacing="1" w:line="360" w:lineRule="auto"/>
        <w:ind w:firstLine="284"/>
        <w:jc w:val="both"/>
      </w:pPr>
      <w:r w:rsidRPr="00994820">
        <w:t>Gli occhi verdi della bambina si spalancarono, pendendo da ogni parola.</w:t>
      </w:r>
    </w:p>
    <w:p w14:paraId="648717B6" w14:textId="77777777" w:rsidR="007C3C6C" w:rsidRPr="00994820" w:rsidRDefault="007C3C6C" w:rsidP="00B1354B">
      <w:pPr>
        <w:spacing w:before="100" w:beforeAutospacing="1" w:after="100" w:afterAutospacing="1" w:line="360" w:lineRule="auto"/>
        <w:ind w:firstLine="284"/>
        <w:jc w:val="both"/>
      </w:pPr>
      <w:r w:rsidRPr="00994820">
        <w:t>«Uno dei due fiori, senza esitazione, si frappose tra l’onda e il gemello, come farebbe una sorella che protegge il fratello più fragile.» Il padre fece una breve pausa, e la voce gli si fece più bassa. «L’onda lo bruciò, lo rese nero come la notte e rosso come il sangue.»</w:t>
      </w:r>
    </w:p>
    <w:p w14:paraId="2DA58466" w14:textId="77777777" w:rsidR="007C3C6C" w:rsidRPr="00994820" w:rsidRDefault="007C3C6C" w:rsidP="00B1354B">
      <w:pPr>
        <w:spacing w:before="100" w:beforeAutospacing="1" w:after="100" w:afterAutospacing="1" w:line="360" w:lineRule="auto"/>
        <w:ind w:firstLine="284"/>
        <w:jc w:val="both"/>
      </w:pPr>
      <w:r w:rsidRPr="00994820">
        <w:t>«No!» si lasciò sfuggire Fanny, stringendo il lenzuolo tra le piccole dita, sempre più coinvolta dal racconto.</w:t>
      </w:r>
    </w:p>
    <w:p w14:paraId="41D50A62" w14:textId="77777777" w:rsidR="007C3C6C" w:rsidRPr="00994820" w:rsidRDefault="007C3C6C" w:rsidP="00B1354B">
      <w:pPr>
        <w:spacing w:before="100" w:beforeAutospacing="1" w:after="100" w:afterAutospacing="1" w:line="360" w:lineRule="auto"/>
        <w:ind w:firstLine="284"/>
        <w:jc w:val="both"/>
      </w:pPr>
      <w:r w:rsidRPr="00994820">
        <w:t>«Ma non morì.» Il padre le accarezzò piano una guancia, rassicurandola. «Continuò a vivere. Assunse i colori del fuoco e della notte.»</w:t>
      </w:r>
    </w:p>
    <w:p w14:paraId="24FC1676" w14:textId="77777777" w:rsidR="007C3C6C" w:rsidRPr="00994820" w:rsidRDefault="007C3C6C" w:rsidP="00B1354B">
      <w:pPr>
        <w:spacing w:before="100" w:beforeAutospacing="1" w:after="100" w:afterAutospacing="1" w:line="360" w:lineRule="auto"/>
        <w:ind w:firstLine="284"/>
        <w:jc w:val="both"/>
      </w:pPr>
      <w:r w:rsidRPr="00994820">
        <w:t>Fanny si rilassò lentamente, mentre lui riprese il filo del racconto.</w:t>
      </w:r>
    </w:p>
    <w:p w14:paraId="75F683EE" w14:textId="77777777" w:rsidR="007C3C6C" w:rsidRPr="00994820" w:rsidRDefault="007C3C6C" w:rsidP="00B1354B">
      <w:pPr>
        <w:spacing w:before="100" w:beforeAutospacing="1" w:after="100" w:afterAutospacing="1" w:line="360" w:lineRule="auto"/>
        <w:ind w:firstLine="284"/>
        <w:jc w:val="both"/>
      </w:pPr>
      <w:r w:rsidRPr="00994820">
        <w:t>«L’altro fiore, risparmiato, divenne d’oro e d’azzurro, forte e splendente. Di giorno si apriva al sole, raccogliendone i raggi, e di notte si chiudeva, riposando ignaro che il suo gemello l’avesse salvato. Il fiore oscuro, invece, non resisteva al calore: sbocciava soltanto al fresco della notte, nutrendosi della luce lunare.»</w:t>
      </w:r>
    </w:p>
    <w:p w14:paraId="0D304437" w14:textId="77777777" w:rsidR="007C3C6C" w:rsidRPr="00994820" w:rsidRDefault="007C3C6C" w:rsidP="00B1354B">
      <w:pPr>
        <w:spacing w:before="100" w:beforeAutospacing="1" w:after="100" w:afterAutospacing="1" w:line="360" w:lineRule="auto"/>
        <w:ind w:firstLine="284"/>
        <w:jc w:val="both"/>
      </w:pPr>
      <w:r w:rsidRPr="00994820">
        <w:t>L’uomo fece una breve pausa, lo sguardo fisso sulla figlia che ascoltava a bocca aperta, rapita.</w:t>
      </w:r>
    </w:p>
    <w:p w14:paraId="0FB5A41C" w14:textId="77777777" w:rsidR="007C3C6C" w:rsidRPr="00994820" w:rsidRDefault="007C3C6C" w:rsidP="00B1354B">
      <w:pPr>
        <w:spacing w:before="100" w:beforeAutospacing="1" w:after="100" w:afterAutospacing="1" w:line="360" w:lineRule="auto"/>
        <w:ind w:firstLine="284"/>
        <w:jc w:val="both"/>
      </w:pPr>
      <w:r w:rsidRPr="00994820">
        <w:t>«Sai, piccola mia… l’impatto del meteorite aveva separato i due fiori. Tra loro si era aperto un deserto sconfinato, chilometri e chilometri di solitudine. Ma le loro radici non si arresero. Scavarono nella terra in cerca l’una dell’altra, per anni, senza mai smettere. Come i cavi che attraversano le viscere di Ecliptica — invisibili ma sempre connessi — anche quelle radici non si fermarono mai. Una scavava di giorno, l’altra di notte. Sempre in cerca.»</w:t>
      </w:r>
    </w:p>
    <w:p w14:paraId="46658D81" w14:textId="77777777" w:rsidR="007C3C6C" w:rsidRPr="00994820" w:rsidRDefault="007C3C6C" w:rsidP="00B1354B">
      <w:pPr>
        <w:spacing w:before="100" w:beforeAutospacing="1" w:after="100" w:afterAutospacing="1" w:line="360" w:lineRule="auto"/>
        <w:ind w:firstLine="284"/>
        <w:jc w:val="both"/>
      </w:pPr>
      <w:r w:rsidRPr="00994820">
        <w:t>Fanny trattenne il fiato, stretta al cuscino, e il padre colse quell’attimo per proseguire.</w:t>
      </w:r>
    </w:p>
    <w:p w14:paraId="40F264B5" w14:textId="77777777" w:rsidR="007C3C6C" w:rsidRPr="00994820" w:rsidRDefault="007C3C6C" w:rsidP="00B1354B">
      <w:pPr>
        <w:spacing w:before="100" w:beforeAutospacing="1" w:after="100" w:afterAutospacing="1" w:line="360" w:lineRule="auto"/>
        <w:ind w:firstLine="284"/>
        <w:jc w:val="both"/>
      </w:pPr>
      <w:r w:rsidRPr="00994820">
        <w:t>«Quando finalmente si sfiorarono, fu come se l’intero mondo si fermasse. Per un istante, persino la luna e il sole parvero trattenere il respiro. I due fiori divennero splendidi, più belli che mai, e smisero di crescere verso il cielo. Invece, donarono la loro forza alla terra. Dal loro amore silenzioso nacque qualcosa di unico.»</w:t>
      </w:r>
    </w:p>
    <w:p w14:paraId="2E0E3B3D" w14:textId="77777777" w:rsidR="007C3C6C" w:rsidRPr="00994820" w:rsidRDefault="007C3C6C" w:rsidP="00B1354B">
      <w:pPr>
        <w:spacing w:before="100" w:beforeAutospacing="1" w:after="100" w:afterAutospacing="1" w:line="360" w:lineRule="auto"/>
        <w:ind w:firstLine="284"/>
        <w:jc w:val="both"/>
      </w:pPr>
      <w:r w:rsidRPr="00994820">
        <w:t>Sorrise vedendo gli occhi della bambina illuminarsi.</w:t>
      </w:r>
    </w:p>
    <w:p w14:paraId="73035193" w14:textId="77777777" w:rsidR="007C3C6C" w:rsidRPr="00994820" w:rsidRDefault="007C3C6C" w:rsidP="00B1354B">
      <w:pPr>
        <w:spacing w:before="100" w:beforeAutospacing="1" w:after="100" w:afterAutospacing="1" w:line="360" w:lineRule="auto"/>
        <w:ind w:firstLine="284"/>
        <w:jc w:val="both"/>
      </w:pPr>
      <w:r w:rsidRPr="00994820">
        <w:t xml:space="preserve">«Le loro radici, che ormai attraversavano ogni angolo del Nord, iniziarono a germogliare nuovi boccioli. Crescevano in fretta, forti e maestosi, fino a diventare alberi secolari. E così, là dove prima c’era solo deserto, </w:t>
      </w:r>
      <w:r w:rsidRPr="00994820">
        <w:lastRenderedPageBreak/>
        <w:t>nacque la Foresta Vivente: una terra che non aveva bisogno di energia né di chip, perché pulsava di vita vera. Una vita che nessuno scanner avrebbe mai potuto misurare.»</w:t>
      </w:r>
    </w:p>
    <w:p w14:paraId="615D5A01" w14:textId="77777777" w:rsidR="007C3C6C" w:rsidRPr="00994820" w:rsidRDefault="007C3C6C" w:rsidP="00B1354B">
      <w:pPr>
        <w:spacing w:before="100" w:beforeAutospacing="1" w:after="100" w:afterAutospacing="1" w:line="360" w:lineRule="auto"/>
        <w:ind w:firstLine="284"/>
        <w:jc w:val="both"/>
      </w:pPr>
      <w:r w:rsidRPr="00994820">
        <w:t>Fanny si strinse nella coperta, il volto raggiante di meraviglia.</w:t>
      </w:r>
    </w:p>
    <w:p w14:paraId="5552BDE4" w14:textId="77777777" w:rsidR="007C3C6C" w:rsidRPr="00994820" w:rsidRDefault="007C3C6C" w:rsidP="00B1354B">
      <w:pPr>
        <w:spacing w:before="100" w:beforeAutospacing="1" w:after="100" w:afterAutospacing="1" w:line="360" w:lineRule="auto"/>
        <w:ind w:firstLine="284"/>
        <w:jc w:val="both"/>
      </w:pPr>
      <w:r w:rsidRPr="00994820">
        <w:t>«Mentre nel resto del mondo le torri si alzavano e gli uomini imparavano ad affidarsi alle macchine e ai metalli, al Nord, in silenzio, la Vita metteva radici.»</w:t>
      </w:r>
    </w:p>
    <w:p w14:paraId="624BB263" w14:textId="77777777" w:rsidR="007C3C6C" w:rsidRPr="00994820" w:rsidRDefault="007C3C6C" w:rsidP="00B1354B">
      <w:pPr>
        <w:spacing w:before="100" w:beforeAutospacing="1" w:after="100" w:afterAutospacing="1" w:line="360" w:lineRule="auto"/>
        <w:ind w:firstLine="284"/>
        <w:jc w:val="both"/>
      </w:pPr>
      <w:r w:rsidRPr="00994820">
        <w:t>L’uomo abbassò la voce fino a farla diventare un sussurro.</w:t>
      </w:r>
    </w:p>
    <w:p w14:paraId="0D0762A6" w14:textId="77777777" w:rsidR="007C3C6C" w:rsidRPr="00994820" w:rsidRDefault="007C3C6C" w:rsidP="00B1354B">
      <w:pPr>
        <w:spacing w:before="100" w:beforeAutospacing="1" w:after="100" w:afterAutospacing="1" w:line="360" w:lineRule="auto"/>
        <w:ind w:firstLine="284"/>
        <w:jc w:val="both"/>
      </w:pPr>
      <w:r w:rsidRPr="00994820">
        <w:t>«E fu proprio in quel giorno, che i saggi chiamano Equinozio della Guerra, che accadde qualcosa di straordinario. Il fiore dorato si gonfiò, divenne un frutto, e da quel frutto nacque una donna così bella che la sua pelle sembrava fatta di luce: Humyo, Dea della Vita e dell’Amore. Si dice che quando sorrideva, persino le stelle si dimenticassero di brillare.»</w:t>
      </w:r>
    </w:p>
    <w:p w14:paraId="6F60363F" w14:textId="77777777" w:rsidR="007C3C6C" w:rsidRPr="00994820" w:rsidRDefault="007C3C6C" w:rsidP="00B1354B">
      <w:pPr>
        <w:spacing w:before="100" w:beforeAutospacing="1" w:after="100" w:afterAutospacing="1" w:line="360" w:lineRule="auto"/>
        <w:ind w:firstLine="284"/>
        <w:jc w:val="both"/>
      </w:pPr>
      <w:r w:rsidRPr="00994820">
        <w:t>Fanny portò una mano al petto, immaginando di diventare un giorno come quella donna luminosa.</w:t>
      </w:r>
    </w:p>
    <w:p w14:paraId="590DF4B7" w14:textId="77777777" w:rsidR="007C3C6C" w:rsidRPr="00994820" w:rsidRDefault="007C3C6C" w:rsidP="00B1354B">
      <w:pPr>
        <w:spacing w:before="100" w:beforeAutospacing="1" w:after="100" w:afterAutospacing="1" w:line="360" w:lineRule="auto"/>
        <w:ind w:firstLine="284"/>
        <w:jc w:val="both"/>
      </w:pPr>
      <w:r w:rsidRPr="00994820">
        <w:t>«E quella notte stessa, sotto il bagliore della luna,» continuò il padre con tono morbido, «accadde un altro miracolo.» Si interruppe un momento, lanciandole uno sguardo complice. «Ti ricordi cosa ti ho raccontato della luna? Nascosta oltre le nubi, ma sempre lì a guardarci.»</w:t>
      </w:r>
    </w:p>
    <w:p w14:paraId="0771E4A1" w14:textId="77777777" w:rsidR="007C3C6C" w:rsidRPr="00994820" w:rsidRDefault="007C3C6C" w:rsidP="00B1354B">
      <w:pPr>
        <w:spacing w:before="100" w:beforeAutospacing="1" w:after="100" w:afterAutospacing="1" w:line="360" w:lineRule="auto"/>
        <w:ind w:firstLine="284"/>
        <w:jc w:val="both"/>
      </w:pPr>
      <w:r w:rsidRPr="00994820">
        <w:t>Fanny annuì energicamente. «Sì, sì! Ma continua, papà!»</w:t>
      </w:r>
    </w:p>
    <w:p w14:paraId="375CA74A" w14:textId="77777777" w:rsidR="007C3C6C" w:rsidRPr="00994820" w:rsidRDefault="007C3C6C" w:rsidP="00B1354B">
      <w:pPr>
        <w:spacing w:before="100" w:beforeAutospacing="1" w:after="100" w:afterAutospacing="1" w:line="360" w:lineRule="auto"/>
        <w:ind w:firstLine="284"/>
        <w:jc w:val="both"/>
      </w:pPr>
      <w:r w:rsidRPr="00994820">
        <w:t>Lui sorrise, e proseguì: «Quella notte anche l’altro fiore si gonfiò e diede vita a un uomo. Maestoso, misterioso, con occhi scuri come la notte, capaci di leggere ogni emozione — proprio come i tuoi, Fanny, quando ti sfugge un pensiero e io lo vedo riflesso lì dentro.»</w:t>
      </w:r>
    </w:p>
    <w:p w14:paraId="788AA190" w14:textId="77777777" w:rsidR="007C3C6C" w:rsidRPr="00994820" w:rsidRDefault="007C3C6C" w:rsidP="00B1354B">
      <w:pPr>
        <w:spacing w:before="100" w:beforeAutospacing="1" w:after="100" w:afterAutospacing="1" w:line="360" w:lineRule="auto"/>
        <w:ind w:firstLine="284"/>
        <w:jc w:val="both"/>
      </w:pPr>
      <w:r w:rsidRPr="00994820">
        <w:t>La bambina rise, stringendo il lenzuolo tra le dita, mentre il padre continuava, la voce sempre più dolce, come un canto che cullava il cuore.</w:t>
      </w:r>
    </w:p>
    <w:p w14:paraId="79650FCA" w14:textId="77777777" w:rsidR="007C3C6C" w:rsidRPr="00994820" w:rsidRDefault="007C3C6C" w:rsidP="00B1354B">
      <w:pPr>
        <w:spacing w:before="100" w:beforeAutospacing="1" w:after="100" w:afterAutospacing="1" w:line="360" w:lineRule="auto"/>
        <w:ind w:firstLine="284"/>
        <w:jc w:val="both"/>
      </w:pPr>
      <w:r w:rsidRPr="00994820">
        <w:t>«Il suo nome era Lyra, Dio della Notte e della Morte, ma anche dei sogni e dei desideri nascosti.» La voce del padre si fece più bassa, quasi un sussurro che si mescolava al ticchettio della pioggia oltre le lamiere. «Quando i due Dei vennero al mondo, i fiori che li avevano generati si spensero.»</w:t>
      </w:r>
    </w:p>
    <w:p w14:paraId="351BA99A" w14:textId="77777777" w:rsidR="007C3C6C" w:rsidRPr="00994820" w:rsidRDefault="007C3C6C" w:rsidP="00B1354B">
      <w:pPr>
        <w:spacing w:before="100" w:beforeAutospacing="1" w:after="100" w:afterAutospacing="1" w:line="360" w:lineRule="auto"/>
        <w:ind w:firstLine="284"/>
        <w:jc w:val="both"/>
      </w:pPr>
      <w:r w:rsidRPr="00994820">
        <w:t>Fanny abbassò lo sguardo, il sorriso che aveva prima si affievolì, e un lieve sospiro le sfuggì dalle labbra.</w:t>
      </w:r>
    </w:p>
    <w:p w14:paraId="01463E1C" w14:textId="77777777" w:rsidR="007C3C6C" w:rsidRPr="00994820" w:rsidRDefault="007C3C6C" w:rsidP="00B1354B">
      <w:pPr>
        <w:spacing w:before="100" w:beforeAutospacing="1" w:after="100" w:afterAutospacing="1" w:line="360" w:lineRule="auto"/>
        <w:ind w:firstLine="284"/>
        <w:jc w:val="both"/>
      </w:pPr>
      <w:r w:rsidRPr="00994820">
        <w:t>«Ma prima di scomparire,» riprese il padre con dolcezza, «lasciarono un dono: un petalo nero si posò sulla fronte di Humyo, un petalo dorato sul cuore di Lyra. Così che nessuno dei due potesse mai dimenticare l’altro.»</w:t>
      </w:r>
    </w:p>
    <w:p w14:paraId="7EC95E62" w14:textId="77777777" w:rsidR="007C3C6C" w:rsidRPr="00994820" w:rsidRDefault="007C3C6C" w:rsidP="00B1354B">
      <w:pPr>
        <w:spacing w:before="100" w:beforeAutospacing="1" w:after="100" w:afterAutospacing="1" w:line="360" w:lineRule="auto"/>
        <w:ind w:firstLine="284"/>
        <w:jc w:val="both"/>
      </w:pPr>
      <w:r w:rsidRPr="00994820">
        <w:lastRenderedPageBreak/>
        <w:t>Fece una pausa, lasciando che la pioggia riempisse per un momento la stanza, poi proseguì con voce più lenta.</w:t>
      </w:r>
    </w:p>
    <w:p w14:paraId="0E36C7DF" w14:textId="77777777" w:rsidR="007C3C6C" w:rsidRPr="00994820" w:rsidRDefault="007C3C6C" w:rsidP="00B1354B">
      <w:pPr>
        <w:spacing w:before="100" w:beforeAutospacing="1" w:after="100" w:afterAutospacing="1" w:line="360" w:lineRule="auto"/>
        <w:ind w:firstLine="284"/>
        <w:jc w:val="both"/>
      </w:pPr>
      <w:r w:rsidRPr="00994820">
        <w:t>«Sai qual è la parte più triste di questa storia, piccola mia?» chiese, sfiorandole i capelli. «I due Dei erano fatti l’uno per l’altra, eppure non potevano mai incontrarsi davvero. Di giorno, Humyo danzava tra i rami della Foresta Vivente, cercando Lyra. Ma lui si nascondeva tra le ombre, schiacciato dalla luce. Di notte, era Lyra a cercare Humyo, colmo di desiderio, ma la Dea fuggiva, spaventata dalla sua oscurità.»</w:t>
      </w:r>
    </w:p>
    <w:p w14:paraId="669E752D" w14:textId="77777777" w:rsidR="007C3C6C" w:rsidRPr="00994820" w:rsidRDefault="007C3C6C" w:rsidP="00B1354B">
      <w:pPr>
        <w:spacing w:before="100" w:beforeAutospacing="1" w:after="100" w:afterAutospacing="1" w:line="360" w:lineRule="auto"/>
        <w:ind w:firstLine="284"/>
        <w:jc w:val="both"/>
      </w:pPr>
      <w:r w:rsidRPr="00994820">
        <w:t>Fanny ascoltava in silenzio, senza più domande, gli occhi fissi sul volto del padre.</w:t>
      </w:r>
    </w:p>
    <w:p w14:paraId="68021DE8" w14:textId="77777777" w:rsidR="007C3C6C" w:rsidRPr="00994820" w:rsidRDefault="007C3C6C" w:rsidP="00B1354B">
      <w:pPr>
        <w:spacing w:before="100" w:beforeAutospacing="1" w:after="100" w:afterAutospacing="1" w:line="360" w:lineRule="auto"/>
        <w:ind w:firstLine="284"/>
        <w:jc w:val="both"/>
      </w:pPr>
      <w:r w:rsidRPr="00994820">
        <w:t>«È così che funziona anche là fuori, in città,» aggiunse l’uomo, con un sorriso triste. «A volte, le cose che desideriamo sono sempre un passo avanti, o un passo dietro di noi. Come le persone che ci mancano. O come tuo padre che, anche se stanco, con pezzi di ferro sotto pelle e una vita che non gli appartiene più, trova sempre il tempo per raccontarti una storia.»</w:t>
      </w:r>
    </w:p>
    <w:p w14:paraId="34422FF6" w14:textId="77777777" w:rsidR="007C3C6C" w:rsidRPr="00994820" w:rsidRDefault="007C3C6C" w:rsidP="00B1354B">
      <w:pPr>
        <w:spacing w:before="100" w:beforeAutospacing="1" w:after="100" w:afterAutospacing="1" w:line="360" w:lineRule="auto"/>
        <w:ind w:firstLine="284"/>
        <w:jc w:val="both"/>
      </w:pPr>
      <w:r w:rsidRPr="00994820">
        <w:t>Fanny si strinse di più nella coperta, senza dire nulla.</w:t>
      </w:r>
    </w:p>
    <w:p w14:paraId="6A36D2AC" w14:textId="77777777" w:rsidR="007C3C6C" w:rsidRPr="00994820" w:rsidRDefault="007C3C6C" w:rsidP="00B1354B">
      <w:pPr>
        <w:spacing w:before="100" w:beforeAutospacing="1" w:after="100" w:afterAutospacing="1" w:line="360" w:lineRule="auto"/>
        <w:ind w:firstLine="284"/>
        <w:jc w:val="both"/>
      </w:pPr>
      <w:r w:rsidRPr="00994820">
        <w:t>«Ma c’erano due momenti in cui i due Dei potevano incontrarsi: l’Alba e il Tramonto.» La voce del padre si fece più morbida, come se stesse raccontando un segreto prezioso. «Al crepuscolo, Humyo riusciva a trovare Lyra e gli rubava un bacio, prima di fuggire via. All’alba, invece, era Lyra a raggiungerla, spinto dal desiderio, incapace di fermarsi.»</w:t>
      </w:r>
    </w:p>
    <w:p w14:paraId="543CF650" w14:textId="77777777" w:rsidR="007C3C6C" w:rsidRPr="00994820" w:rsidRDefault="007C3C6C" w:rsidP="00B1354B">
      <w:pPr>
        <w:spacing w:before="100" w:beforeAutospacing="1" w:after="100" w:afterAutospacing="1" w:line="360" w:lineRule="auto"/>
        <w:ind w:firstLine="284"/>
        <w:jc w:val="both"/>
      </w:pPr>
      <w:r w:rsidRPr="00994820">
        <w:t>Fece un cenno verso la finestra, verso quel cielo che nessuno lì, in quel borgo dimenticato, poteva davvero vedere.</w:t>
      </w:r>
    </w:p>
    <w:p w14:paraId="41C22F22" w14:textId="77777777" w:rsidR="007C3C6C" w:rsidRPr="00994820" w:rsidRDefault="007C3C6C" w:rsidP="00B1354B">
      <w:pPr>
        <w:spacing w:before="100" w:beforeAutospacing="1" w:after="100" w:afterAutospacing="1" w:line="360" w:lineRule="auto"/>
        <w:ind w:firstLine="284"/>
        <w:jc w:val="both"/>
      </w:pPr>
      <w:r w:rsidRPr="00994820">
        <w:t>«Si racconta che quel bagliore rosso che colora il cielo ogni mattina e ogni sera sia proprio il segno della loro passione. E che le eclissi… ah, Fanny, se solo potessimo vederne ancora una. Le eclissi sono il momento in cui, dopo secoli di rincorsa, Humyo e Lyra riescono finalmente a tenersi stretti senza fuggire.»</w:t>
      </w:r>
    </w:p>
    <w:p w14:paraId="5196FD8C" w14:textId="77777777" w:rsidR="007C3C6C" w:rsidRPr="00994820" w:rsidRDefault="007C3C6C" w:rsidP="00B1354B">
      <w:pPr>
        <w:spacing w:before="100" w:beforeAutospacing="1" w:after="100" w:afterAutospacing="1" w:line="360" w:lineRule="auto"/>
        <w:ind w:firstLine="284"/>
        <w:jc w:val="both"/>
      </w:pPr>
      <w:r w:rsidRPr="00994820">
        <w:t>Il padre abbassò lo sguardo su di lei, la voce divenne un sussurro caldo.</w:t>
      </w:r>
    </w:p>
    <w:p w14:paraId="2889C7AA" w14:textId="77777777" w:rsidR="007C3C6C" w:rsidRPr="00994820" w:rsidRDefault="007C3C6C" w:rsidP="00B1354B">
      <w:pPr>
        <w:spacing w:before="100" w:beforeAutospacing="1" w:after="100" w:afterAutospacing="1" w:line="360" w:lineRule="auto"/>
        <w:ind w:firstLine="284"/>
        <w:jc w:val="both"/>
      </w:pPr>
      <w:r w:rsidRPr="00994820">
        <w:t>«Ricordatelo sempre, piccola mia. Anche in un mondo fatto di acciaio e circuiti, dove la felicità si vende e le emozioni vengono scandagliate da occhi di vetro, ci sarà sempre una Foresta che vive. E dentro quella Foresta, ci sarà sempre una storia d’amore che nessuno potrà spegnere. E anche se un giorno io e te dovessimo perderci di vista… potremo sempre ritrovarci, all’alba o al tramonto.»</w:t>
      </w:r>
    </w:p>
    <w:p w14:paraId="48BD9C80" w14:textId="77777777" w:rsidR="007C3C6C" w:rsidRPr="00994820" w:rsidRDefault="007C3C6C" w:rsidP="00B1354B">
      <w:pPr>
        <w:spacing w:before="100" w:beforeAutospacing="1" w:after="100" w:afterAutospacing="1" w:line="360" w:lineRule="auto"/>
        <w:ind w:firstLine="284"/>
        <w:jc w:val="both"/>
      </w:pPr>
      <w:r w:rsidRPr="00994820">
        <w:t>Con dita ruvide, le accarezzò la guancia. La pelle della bambina era morbida, ma sotto la superficie si intravedeva appena la sottile linea metallica del chip innestato. Lui la sfiorò come si sfiora un talismano.</w:t>
      </w:r>
    </w:p>
    <w:p w14:paraId="2D29A8E0" w14:textId="77777777" w:rsidR="007C3C6C" w:rsidRPr="00994820" w:rsidRDefault="007C3C6C" w:rsidP="00B1354B">
      <w:pPr>
        <w:spacing w:before="100" w:beforeAutospacing="1" w:after="100" w:afterAutospacing="1" w:line="360" w:lineRule="auto"/>
        <w:ind w:firstLine="284"/>
        <w:jc w:val="both"/>
      </w:pPr>
      <w:r w:rsidRPr="00994820">
        <w:lastRenderedPageBreak/>
        <w:t>«Buonanotte, Fanny.»</w:t>
      </w:r>
    </w:p>
    <w:p w14:paraId="32407311" w14:textId="77777777" w:rsidR="007C3C6C" w:rsidRPr="00994820" w:rsidRDefault="007C3C6C" w:rsidP="00B1354B">
      <w:pPr>
        <w:spacing w:before="100" w:beforeAutospacing="1" w:after="100" w:afterAutospacing="1" w:line="360" w:lineRule="auto"/>
        <w:ind w:firstLine="284"/>
        <w:jc w:val="both"/>
      </w:pPr>
      <w:r w:rsidRPr="00994820">
        <w:t>Quelle parole furono le ultime che la piccola Fanny ascoltò prima che il sonno la reclamasse.</w:t>
      </w:r>
    </w:p>
    <w:p w14:paraId="6D8B16E9" w14:textId="533CB240" w:rsidR="00A20E7A" w:rsidRDefault="007C3C6C" w:rsidP="00B1354B">
      <w:pPr>
        <w:spacing w:before="100" w:beforeAutospacing="1" w:after="100" w:afterAutospacing="1" w:line="360" w:lineRule="auto"/>
        <w:ind w:firstLine="284"/>
        <w:jc w:val="both"/>
      </w:pPr>
      <w:r w:rsidRPr="00994820">
        <w:t>Ma nel futuro, in un letto diverso, più freddo e più comodo, illuminato da luci artificiali e circondato da mura di acciaio, una Fanny ormai adulta si risvegliò di soprassalto, il volto rigato da lacrime che non ricordava di aver versato. Si voltò di lato, verso il comodino. Lì, accanto a due bicchieri di vetro ormai vuoti e una runa dormiente, riposava la piccola moneta che il padre le aveva donato. Tanto, tanto tempo prima.</w:t>
      </w:r>
    </w:p>
    <w:p w14:paraId="02D1ACBF" w14:textId="602E3D29" w:rsidR="00695DCA" w:rsidRPr="00994820" w:rsidRDefault="00A20E7A" w:rsidP="00A20E7A">
      <w:pPr>
        <w:spacing w:after="160" w:line="259" w:lineRule="auto"/>
      </w:pPr>
      <w:r>
        <w:br w:type="page"/>
      </w:r>
    </w:p>
    <w:p w14:paraId="5E2426CA" w14:textId="000742BE" w:rsidR="00695DCA" w:rsidRPr="00695DCA" w:rsidRDefault="007C3C6C" w:rsidP="004739EF">
      <w:pPr>
        <w:pStyle w:val="Titolo1"/>
        <w:jc w:val="center"/>
      </w:pPr>
      <w:r w:rsidRPr="00695DCA">
        <w:lastRenderedPageBreak/>
        <w:t xml:space="preserve">Capitolo </w:t>
      </w:r>
      <w:r w:rsidR="00695DCA">
        <w:t>XIV</w:t>
      </w:r>
      <w:r w:rsidRPr="00695DCA">
        <w:t xml:space="preserve"> – L’Alveare</w:t>
      </w:r>
    </w:p>
    <w:p w14:paraId="72DBDBBD" w14:textId="77777777" w:rsidR="00695DCA" w:rsidRDefault="00695DCA" w:rsidP="00B1354B">
      <w:pPr>
        <w:spacing w:before="100" w:beforeAutospacing="1" w:after="100" w:afterAutospacing="1" w:line="360" w:lineRule="auto"/>
        <w:ind w:firstLine="284"/>
        <w:jc w:val="both"/>
      </w:pPr>
    </w:p>
    <w:p w14:paraId="00402650" w14:textId="77777777" w:rsidR="00695DCA" w:rsidRPr="00695DCA" w:rsidRDefault="00695DCA" w:rsidP="00B1354B">
      <w:pPr>
        <w:spacing w:before="100" w:beforeAutospacing="1" w:after="100" w:afterAutospacing="1" w:line="360" w:lineRule="auto"/>
        <w:ind w:firstLine="284"/>
        <w:jc w:val="both"/>
      </w:pPr>
    </w:p>
    <w:p w14:paraId="2E70C883" w14:textId="77777777" w:rsidR="007C3C6C" w:rsidRPr="00994820" w:rsidRDefault="007C3C6C" w:rsidP="00B1354B">
      <w:pPr>
        <w:spacing w:before="100" w:beforeAutospacing="1" w:after="100" w:afterAutospacing="1" w:line="360" w:lineRule="auto"/>
        <w:ind w:firstLine="284"/>
        <w:jc w:val="both"/>
      </w:pPr>
    </w:p>
    <w:p w14:paraId="37C91771" w14:textId="77777777" w:rsidR="007C3C6C" w:rsidRPr="00994820" w:rsidRDefault="007C3C6C" w:rsidP="00B1354B">
      <w:pPr>
        <w:spacing w:before="100" w:beforeAutospacing="1" w:after="100" w:afterAutospacing="1" w:line="360" w:lineRule="auto"/>
        <w:ind w:firstLine="284"/>
        <w:jc w:val="both"/>
      </w:pPr>
      <w:r w:rsidRPr="00994820">
        <w:t xml:space="preserve">Fanny riemerse da quel sogno piena di confusione e angoscia. Si risvegliò sudata e avvolta in quelle lenzuola, come se stesse cercando di nascondersi dal mondo. Una cosa sola era chiara nella sua mente, dopo tutto quello che era successo e che aveva fatto, meritava di incontrare il padre, lo meritava. </w:t>
      </w:r>
    </w:p>
    <w:p w14:paraId="079C5063" w14:textId="77777777" w:rsidR="00695DCA" w:rsidRDefault="007C3C6C" w:rsidP="00B1354B">
      <w:pPr>
        <w:spacing w:before="100" w:beforeAutospacing="1" w:after="100" w:afterAutospacing="1" w:line="360" w:lineRule="auto"/>
        <w:ind w:firstLine="284"/>
        <w:jc w:val="both"/>
      </w:pPr>
      <w:r w:rsidRPr="00994820">
        <w:t>Recuperate le sue cose, inforcati i guantoni, e recuperata la gemma di Becky uscì dalla stanza, per raggiungere la Hope Factory al piano inferiore. Era ormai metà mattina, quel sogno l’aveva tenuta troppo nel regno di Selene. Il Time Inn e anche la Hope Factory sottostante erano immerse in una calma stanca, come se anche le pareti e i macchinari avessero avuto fatica a riprendersi dopo il caos della notte precedente.</w:t>
      </w:r>
    </w:p>
    <w:p w14:paraId="38951953" w14:textId="33DEDBA0" w:rsidR="007C3C6C" w:rsidRPr="00994820" w:rsidRDefault="007C3C6C" w:rsidP="00B1354B">
      <w:pPr>
        <w:spacing w:before="100" w:beforeAutospacing="1" w:after="100" w:afterAutospacing="1" w:line="360" w:lineRule="auto"/>
        <w:ind w:firstLine="284"/>
        <w:jc w:val="both"/>
      </w:pPr>
      <w:r w:rsidRPr="00994820">
        <w:t>Fanny avanzava a passi decisi, il suono secco delle suole che schioccava contro il metallo dei corridoi deserti. Nonostante il tentativo di ripulire sommariamente il suo equipaggiamento; la terra della città le aderiva addosso come una seconda pelle. Aveva voglia di una doccia, ogni stanza del dipartimento ne era dotata, ma qui in questo negozio che trasudava antichità sembrava fosse un qualcosa di fuori posto. “chissà se quei due si sono mai lavati” pensò sbadigliando, poi immaginò che semplicemente dovessero avere altre dimore, altri rifugi con comodità di ogni sorta. Scese le scale con calma, Fanny ebbe una sensazione di Deja vu: Ricordava la prima mattina che aveva percorso quelle scale, l’immagine di Koro e Taker medicati da quella strana monaca di ieri sera, per un’istante ebbe il timore di rivivere quella scena, quella sensazione di colpa che era stanca di provare.</w:t>
      </w:r>
    </w:p>
    <w:p w14:paraId="4AF965BC" w14:textId="77777777" w:rsidR="007C3C6C" w:rsidRPr="00994820" w:rsidRDefault="007C3C6C" w:rsidP="00B1354B">
      <w:pPr>
        <w:spacing w:before="100" w:beforeAutospacing="1" w:after="100" w:afterAutospacing="1" w:line="360" w:lineRule="auto"/>
        <w:ind w:firstLine="284"/>
        <w:jc w:val="both"/>
      </w:pPr>
      <w:r w:rsidRPr="00994820">
        <w:t>Ma Taker la aspettava sorridente dietro il bancone del negozio, lo sguardo annoiato, le mani incrociate dietro la schiena. Una statua d’acciaio sotto le luci tremolanti. La monaca elysis sembrava non esserci, forse era nel retrobottega con Aman, visto che anche lui aveva abbandonato lo sgabello sul quale Fanny lo aveva “garbatamente” posato la sera prima.</w:t>
      </w:r>
    </w:p>
    <w:p w14:paraId="5CC0BC4E" w14:textId="77777777" w:rsidR="007C3C6C" w:rsidRPr="00994820" w:rsidRDefault="007C3C6C" w:rsidP="00B1354B">
      <w:pPr>
        <w:spacing w:before="100" w:beforeAutospacing="1" w:after="100" w:afterAutospacing="1" w:line="360" w:lineRule="auto"/>
        <w:ind w:firstLine="284"/>
        <w:jc w:val="both"/>
      </w:pPr>
      <w:r w:rsidRPr="00994820">
        <w:t>Raggiunto il bancone picchiò il palmo appesantito dal guantone sul bancone piegando lievemente l’acciaio che lo componeva «Allora, dov’è il mio papà?» chiese lei, senza preamboli. Lo sguardo fermo e deciso sul volto di Taker, cercando i suoi occhi nascosti dalle ciocche di capelli bianchi che emergevano da sotto quello strano cappello a cilindro.</w:t>
      </w:r>
    </w:p>
    <w:p w14:paraId="6904E276" w14:textId="77777777" w:rsidR="007C3C6C" w:rsidRPr="00994820" w:rsidRDefault="007C3C6C" w:rsidP="00B1354B">
      <w:pPr>
        <w:spacing w:before="100" w:beforeAutospacing="1" w:after="100" w:afterAutospacing="1" w:line="360" w:lineRule="auto"/>
        <w:ind w:firstLine="284"/>
        <w:jc w:val="both"/>
      </w:pPr>
      <w:r w:rsidRPr="00994820">
        <w:lastRenderedPageBreak/>
        <w:t>La voce le uscì più graffiata di quanto avesse voluto. Nonostante ciò, l’ultima parole risultava sempre più dolce, era sempre stato così: non era mai riuscita a unire un tono duro con quella parola che le ricordava solamente momenti dolci, lo trovava impossibile.</w:t>
      </w:r>
    </w:p>
    <w:p w14:paraId="7B70B8CF" w14:textId="77777777" w:rsidR="007C3C6C" w:rsidRPr="00994820" w:rsidRDefault="007C3C6C" w:rsidP="00B1354B">
      <w:pPr>
        <w:spacing w:before="100" w:beforeAutospacing="1" w:after="100" w:afterAutospacing="1" w:line="360" w:lineRule="auto"/>
        <w:ind w:firstLine="284"/>
        <w:jc w:val="both"/>
      </w:pPr>
      <w:r w:rsidRPr="00994820">
        <w:t xml:space="preserve">Taker sollevò lentamente gli occhi. Il primo suono che emerse da quella bocca era la sua solita risata isterica, incontrollabile. </w:t>
      </w:r>
    </w:p>
    <w:p w14:paraId="2E6EC547" w14:textId="77777777" w:rsidR="007C3C6C" w:rsidRPr="00994820" w:rsidRDefault="007C3C6C" w:rsidP="00B1354B">
      <w:pPr>
        <w:spacing w:before="100" w:beforeAutospacing="1" w:after="100" w:afterAutospacing="1" w:line="360" w:lineRule="auto"/>
        <w:ind w:firstLine="284"/>
        <w:jc w:val="both"/>
      </w:pPr>
      <w:r w:rsidRPr="00994820">
        <w:t xml:space="preserve">«Allora? E vedi di controllare quella cavolo di risata, mi mette i brividi.» Taker sembrò voler parlare, ma venne interrotto dalla monaca che giocherellano con le sue ciocche rosa acceso prese la parola «A me la sua risata piace, è così gioiosa, piena di allegria, continua, è bello sentirlo ridere così» Fanny si voltò, la ragazza era seduta su una sedia nascosta tra degli scaffali, sguardo incantato sul pavimento e gambe che dondolavano a penzoloni. </w:t>
      </w:r>
    </w:p>
    <w:p w14:paraId="6A92F3CE" w14:textId="77777777" w:rsidR="007C3C6C" w:rsidRPr="00994820" w:rsidRDefault="007C3C6C" w:rsidP="00B1354B">
      <w:pPr>
        <w:spacing w:before="100" w:beforeAutospacing="1" w:after="100" w:afterAutospacing="1" w:line="360" w:lineRule="auto"/>
        <w:ind w:firstLine="284"/>
        <w:jc w:val="both"/>
      </w:pPr>
      <w:r w:rsidRPr="00994820">
        <w:t>Fanny e Taker sembrarono ugualmente irritati da quell’osservazione vista la natura malsana della risata dell’ex shinigami. “e poi dov’è allora aman?” si chiese per un istante Fanny prima di voltarsi nuovamente verso Taker, suo padre aveva la precedenza. Ancora una volta lo sguardo feroce di Fanny sembrò attraversare Taker.</w:t>
      </w:r>
    </w:p>
    <w:p w14:paraId="1D337024" w14:textId="77777777" w:rsidR="00695DCA" w:rsidRDefault="007C3C6C" w:rsidP="00B1354B">
      <w:pPr>
        <w:spacing w:before="100" w:beforeAutospacing="1" w:after="100" w:afterAutospacing="1" w:line="360" w:lineRule="auto"/>
        <w:ind w:firstLine="284"/>
        <w:jc w:val="both"/>
      </w:pPr>
      <w:r w:rsidRPr="00994820">
        <w:t>«Mi… dispiace Fanny» il tono triste era tuttavia intervallato da quelle irritanti risate «Tuo padre… preferirebbe aspettare prima di farsi vedere… non è esattamente fiero di ciò che è diventato e di ciò…»</w:t>
      </w:r>
    </w:p>
    <w:p w14:paraId="22A01CD3" w14:textId="19C106ED" w:rsidR="007C3C6C" w:rsidRPr="00994820" w:rsidRDefault="007C3C6C" w:rsidP="00B1354B">
      <w:pPr>
        <w:spacing w:before="100" w:beforeAutospacing="1" w:after="100" w:afterAutospacing="1" w:line="360" w:lineRule="auto"/>
        <w:ind w:firstLine="284"/>
        <w:jc w:val="both"/>
      </w:pPr>
      <w:r w:rsidRPr="00994820">
        <w:t>Un altro colpo sul bancone interruppe tanto il discorso quanto la risata di Taker «Ma ti pare che possa fregarmene qualcosa di cosa potrebbe aver fatto in questo schifo di città? Ha ammazzato? Beh, l’ho fatto anche io!» Gridò con gli occhi smeraldini che si inumidivano. Poi abbassò lo sguardo come a volersi guardare il cuore meccanico. «È il mio papà… io sto facendo tutto questo solo per…» anche questa volta il pensiero di Fanny venne spezzato da un sogghignare, ma non fu Taker, bensì la monaca. La cosa irritò la ragazza a tal punto da trafiggere con uno sguardo severo la strana figura vestita di nero. «Scusa, scusa» disse freneticamente agitando le mani «La risata di Taker mi mette allegria, tutto qua…»</w:t>
      </w:r>
    </w:p>
    <w:p w14:paraId="737E8F35" w14:textId="77777777" w:rsidR="007C3C6C" w:rsidRPr="00994820" w:rsidRDefault="007C3C6C" w:rsidP="00B1354B">
      <w:pPr>
        <w:spacing w:before="100" w:beforeAutospacing="1" w:after="100" w:afterAutospacing="1" w:line="360" w:lineRule="auto"/>
        <w:ind w:firstLine="284"/>
        <w:jc w:val="both"/>
      </w:pPr>
      <w:r w:rsidRPr="00994820">
        <w:t>Fanny decise di lasciar correre, non era importante adesso. «Senti… almeno hai una sua foto?... è stato lui a darmi questi occhi, è solo grazie a lui che ho potuto riconoscere il mio volto in uno specchio» si sfilò rapidamente uno sei guantoni, lasciandolo sul bancone mentre parlava.</w:t>
      </w:r>
    </w:p>
    <w:p w14:paraId="5948EC2C" w14:textId="77777777" w:rsidR="007C3C6C" w:rsidRPr="00994820" w:rsidRDefault="007C3C6C" w:rsidP="00B1354B">
      <w:pPr>
        <w:spacing w:before="100" w:beforeAutospacing="1" w:after="100" w:afterAutospacing="1" w:line="360" w:lineRule="auto"/>
        <w:ind w:firstLine="284"/>
        <w:jc w:val="both"/>
      </w:pPr>
      <w:r w:rsidRPr="00994820">
        <w:t>«Prima dei miei dieci anni, non avrei saputo dire chi fosse la figura che vedevo riflessa» si massaggiò delicatamente il volto «Di chi fossero le labbra che mi parlavano ogni giorno, se fossero mie, o se fosse amiche o nemiche. Non ero mai certo di chi fossero gli occhi che mi giudicavano ogni giorno.» delle fredde lacrime colpirono il guantone arancione mescolandosi con il sangue secco. «Eppure lui se ne andò prima che io potessi finalmente guardarlo davvero.»</w:t>
      </w:r>
    </w:p>
    <w:p w14:paraId="5D994101" w14:textId="77777777" w:rsidR="007C3C6C" w:rsidRPr="00994820" w:rsidRDefault="007C3C6C" w:rsidP="00B1354B">
      <w:pPr>
        <w:spacing w:before="100" w:beforeAutospacing="1" w:after="100" w:afterAutospacing="1" w:line="360" w:lineRule="auto"/>
        <w:ind w:firstLine="284"/>
        <w:jc w:val="both"/>
      </w:pPr>
      <w:r w:rsidRPr="00994820">
        <w:lastRenderedPageBreak/>
        <w:t xml:space="preserve">Taker respirò profondamente le sue mani si intrecciavano agitate sotto il bancone. Avrebbe voluto soddisfare le richieste della ragazza, ma non voleva tradire la fedeltà di un amico che lo aveva liberato. In più sapeva che per ora era meglio proteggere Fanny da una verità difficile. </w:t>
      </w:r>
    </w:p>
    <w:p w14:paraId="5B5FA837" w14:textId="77777777" w:rsidR="007C3C6C" w:rsidRPr="00994820" w:rsidRDefault="007C3C6C" w:rsidP="00B1354B">
      <w:pPr>
        <w:spacing w:before="100" w:beforeAutospacing="1" w:after="100" w:afterAutospacing="1" w:line="360" w:lineRule="auto"/>
        <w:ind w:firstLine="284"/>
        <w:jc w:val="both"/>
      </w:pPr>
      <w:r w:rsidRPr="00994820">
        <w:t>«Purtroppo non posso… non adesso… posso dirti che ha gli occhi azzurri…»</w:t>
      </w:r>
    </w:p>
    <w:p w14:paraId="7FC5328C" w14:textId="77777777" w:rsidR="007C3C6C" w:rsidRPr="00994820" w:rsidRDefault="007C3C6C" w:rsidP="00B1354B">
      <w:pPr>
        <w:spacing w:before="100" w:beforeAutospacing="1" w:after="100" w:afterAutospacing="1" w:line="360" w:lineRule="auto"/>
        <w:ind w:firstLine="284"/>
        <w:jc w:val="both"/>
      </w:pPr>
      <w:r w:rsidRPr="00994820">
        <w:t>Fanny serrò i pugni. Il cuore pompava a vuoto.</w:t>
      </w:r>
      <w:r w:rsidRPr="00994820">
        <w:br/>
        <w:t>Era come svegliarsi da un sogno che aveva avuto paura anche solo di desiderare.</w:t>
      </w:r>
      <w:r w:rsidRPr="00994820">
        <w:br/>
        <w:t xml:space="preserve">«Questo lo so già! Anche prima sapevo riconoscere i dettagli, ma non riuscivo a metterli in ordine… io…» Poi si ascigò gli occhi e si reinfilò il guantone. </w:t>
      </w:r>
    </w:p>
    <w:p w14:paraId="4B312CA1" w14:textId="77777777" w:rsidR="007C3C6C" w:rsidRPr="00994820" w:rsidRDefault="007C3C6C" w:rsidP="00B1354B">
      <w:pPr>
        <w:spacing w:before="100" w:beforeAutospacing="1" w:after="100" w:afterAutospacing="1" w:line="360" w:lineRule="auto"/>
        <w:ind w:firstLine="284"/>
        <w:jc w:val="both"/>
      </w:pPr>
      <w:r w:rsidRPr="00994820">
        <w:t>«Ah, lasciamo perdere, chissà che mi aspettavo, lo troverò da sola con l’aiuto di becky, grazie di un cazzo.» disse voltandosi irritata verso la monaca.</w:t>
      </w:r>
    </w:p>
    <w:p w14:paraId="3889FB6C" w14:textId="77777777" w:rsidR="007C3C6C" w:rsidRPr="00994820" w:rsidRDefault="007C3C6C" w:rsidP="00B1354B">
      <w:pPr>
        <w:spacing w:before="100" w:beforeAutospacing="1" w:after="100" w:afterAutospacing="1" w:line="360" w:lineRule="auto"/>
        <w:ind w:firstLine="284"/>
        <w:jc w:val="both"/>
      </w:pPr>
      <w:r w:rsidRPr="00994820">
        <w:t xml:space="preserve">Il mondo attorno sembrava improvvisamente troppo grande, troppo complicato, troppo ingiusto. </w:t>
      </w:r>
    </w:p>
    <w:p w14:paraId="207F3D65" w14:textId="77777777" w:rsidR="007C3C6C" w:rsidRPr="00994820" w:rsidRDefault="007C3C6C" w:rsidP="00B1354B">
      <w:pPr>
        <w:spacing w:before="100" w:beforeAutospacing="1" w:after="100" w:afterAutospacing="1" w:line="360" w:lineRule="auto"/>
        <w:ind w:firstLine="284"/>
        <w:jc w:val="both"/>
      </w:pPr>
      <w:r w:rsidRPr="00994820">
        <w:t>Decise di scacciare via quel dolore, quei pensieri di frustrazione che le inondavano la mente, doveva focalizzarsi. Kieran. Doveva concentrarsi sulla loro missione, l’Emotion Hive era una cosa importante, si disse. Cercava solo una scusa per cercare di spostare la sua attenzione su qualcosa di esterno a quella ricerca che le sembrava diventare ridicola.</w:t>
      </w:r>
    </w:p>
    <w:p w14:paraId="7CBA3C0F" w14:textId="77777777" w:rsidR="00695DCA" w:rsidRDefault="007C3C6C" w:rsidP="00B1354B">
      <w:pPr>
        <w:spacing w:before="100" w:beforeAutospacing="1" w:after="100" w:afterAutospacing="1" w:line="360" w:lineRule="auto"/>
        <w:ind w:firstLine="284"/>
        <w:jc w:val="both"/>
      </w:pPr>
      <w:r w:rsidRPr="00994820">
        <w:t>Non appena Fanny si era voltata la monaca le sorrise amabilmente «Non devi essere triste, piccola mia.» disse, la voce carezzevole.</w:t>
      </w:r>
    </w:p>
    <w:p w14:paraId="4C631964" w14:textId="19A226E1" w:rsidR="007C3C6C" w:rsidRPr="00994820" w:rsidRDefault="007C3C6C" w:rsidP="00B1354B">
      <w:pPr>
        <w:spacing w:before="100" w:beforeAutospacing="1" w:after="100" w:afterAutospacing="1" w:line="360" w:lineRule="auto"/>
        <w:ind w:firstLine="284"/>
        <w:jc w:val="both"/>
      </w:pPr>
      <w:r w:rsidRPr="00994820">
        <w:t>«a volte, dimenticare è un dono. In fondo almeno hai ricordi felici di tuo padre, se ti rendono felice non devi sottovalutarli o inquinarli, no?»</w:t>
      </w:r>
    </w:p>
    <w:p w14:paraId="58355ABF" w14:textId="77777777" w:rsidR="008868FF" w:rsidRDefault="007C3C6C" w:rsidP="00B1354B">
      <w:pPr>
        <w:spacing w:before="100" w:beforeAutospacing="1" w:after="100" w:afterAutospacing="1" w:line="360" w:lineRule="auto"/>
        <w:ind w:firstLine="284"/>
        <w:jc w:val="both"/>
      </w:pPr>
      <w:r w:rsidRPr="00994820">
        <w:t>Fanny ignorò lo sproloquio della ragazza. Non aveva né voglia né pazienza per discussioni filosofiche.</w:t>
      </w:r>
      <w:r w:rsidRPr="00994820">
        <w:br/>
        <w:t>«Tu, vestita di nero...» borbottò, appena.</w:t>
      </w:r>
    </w:p>
    <w:p w14:paraId="02A353FE" w14:textId="77777777" w:rsidR="008868FF" w:rsidRDefault="007C3C6C" w:rsidP="00B1354B">
      <w:pPr>
        <w:spacing w:before="100" w:beforeAutospacing="1" w:after="100" w:afterAutospacing="1" w:line="360" w:lineRule="auto"/>
        <w:ind w:firstLine="284"/>
        <w:jc w:val="both"/>
      </w:pPr>
      <w:r w:rsidRPr="00994820">
        <w:t>«Elysis» la corresse quella, ancora sorridendo, come se sotto il mantello scuro non avesse mai conosciuto un pensiero serio.</w:t>
      </w:r>
    </w:p>
    <w:p w14:paraId="5F3CC047" w14:textId="77777777" w:rsidR="008868FF" w:rsidRDefault="007C3C6C" w:rsidP="00B1354B">
      <w:pPr>
        <w:spacing w:before="100" w:beforeAutospacing="1" w:after="100" w:afterAutospacing="1" w:line="360" w:lineRule="auto"/>
        <w:ind w:firstLine="284"/>
        <w:jc w:val="both"/>
      </w:pPr>
      <w:r w:rsidRPr="00994820">
        <w:t>«...Elysis. Dov’è il figo con le ali d’acciaio?»</w:t>
      </w:r>
    </w:p>
    <w:p w14:paraId="5C8D2B8D" w14:textId="77777777" w:rsidR="008868FF" w:rsidRDefault="007C3C6C" w:rsidP="00B1354B">
      <w:pPr>
        <w:spacing w:before="100" w:beforeAutospacing="1" w:after="100" w:afterAutospacing="1" w:line="360" w:lineRule="auto"/>
        <w:ind w:firstLine="284"/>
        <w:jc w:val="both"/>
      </w:pPr>
      <w:r w:rsidRPr="00994820">
        <w:t>La monaca inclinò la testa, per un attimo confusa. Poi si riprese.</w:t>
      </w:r>
      <w:r w:rsidRPr="00994820">
        <w:br/>
        <w:t>«Oh! Lo Shinigami Aman? È andato via.»</w:t>
      </w:r>
    </w:p>
    <w:p w14:paraId="10D1F908" w14:textId="54264E0D" w:rsidR="007C3C6C" w:rsidRPr="00994820" w:rsidRDefault="007C3C6C" w:rsidP="00B1354B">
      <w:pPr>
        <w:spacing w:before="100" w:beforeAutospacing="1" w:after="100" w:afterAutospacing="1" w:line="360" w:lineRule="auto"/>
        <w:ind w:firstLine="284"/>
        <w:jc w:val="both"/>
      </w:pPr>
      <w:r w:rsidRPr="00994820">
        <w:t>«Eh?» sbottò Fanny. Sentì il sangue iniziare a ribollirle nelle vene</w:t>
      </w:r>
    </w:p>
    <w:p w14:paraId="624B6A5E" w14:textId="77777777" w:rsidR="007C3C6C" w:rsidRPr="00994820" w:rsidRDefault="007C3C6C" w:rsidP="00B1354B">
      <w:pPr>
        <w:spacing w:before="100" w:beforeAutospacing="1" w:after="100" w:afterAutospacing="1" w:line="360" w:lineRule="auto"/>
        <w:ind w:firstLine="284"/>
        <w:jc w:val="both"/>
      </w:pPr>
      <w:r w:rsidRPr="00994820">
        <w:lastRenderedPageBreak/>
        <w:t>«Credevo ti avessi detto di tenerlo d’occhio. Dovevo parlargli!» il tono divenne sempre più spigoloso, ma la cosa non sembrò tangere l’umore della ragazza dai capelli biondi e il suo sorriso non abbandonò mai il suo volto candido.</w:t>
      </w:r>
    </w:p>
    <w:p w14:paraId="023C766A" w14:textId="77777777" w:rsidR="007C3C6C" w:rsidRPr="00994820" w:rsidRDefault="007C3C6C" w:rsidP="00B1354B">
      <w:pPr>
        <w:spacing w:before="100" w:beforeAutospacing="1" w:after="100" w:afterAutospacing="1" w:line="360" w:lineRule="auto"/>
        <w:ind w:firstLine="284"/>
        <w:jc w:val="both"/>
      </w:pPr>
      <w:r w:rsidRPr="00994820">
        <w:t>«Lo so…» disse con un tono dolce che irritò ulteriormente Fanny «… Ma aveva detto che era illegale, che sarei finita nei guai, che doveva trovare momo e poi…» La testa della ragazza ruotò e il sorriso si estese ancora «Come avrei potuto fermare uno shinigami?»</w:t>
      </w:r>
    </w:p>
    <w:p w14:paraId="649760F3" w14:textId="77777777" w:rsidR="007C3C6C" w:rsidRPr="00994820" w:rsidRDefault="007C3C6C" w:rsidP="00B1354B">
      <w:pPr>
        <w:spacing w:before="100" w:beforeAutospacing="1" w:after="100" w:afterAutospacing="1" w:line="360" w:lineRule="auto"/>
        <w:ind w:firstLine="284"/>
        <w:jc w:val="both"/>
      </w:pPr>
      <w:r w:rsidRPr="00994820">
        <w:t>La testa di Fanny si appesantì ulteriormente. I pensieri, la rabbia, l’irritazione l’affollavano il cervello come mosche fastidiose impossibili da scacciare. I suoni attorno sembravano farsi più ovattati, i colori più spenti.</w:t>
      </w:r>
    </w:p>
    <w:p w14:paraId="306500BF" w14:textId="77777777" w:rsidR="008868FF" w:rsidRDefault="007C3C6C" w:rsidP="00B1354B">
      <w:pPr>
        <w:spacing w:before="100" w:beforeAutospacing="1" w:after="100" w:afterAutospacing="1" w:line="360" w:lineRule="auto"/>
        <w:ind w:firstLine="284"/>
        <w:jc w:val="both"/>
      </w:pPr>
      <w:r w:rsidRPr="00994820">
        <w:t>«e pensi forse che io mi sia chiesta “come potessi fermare uno shinigami” quando ho salvato quella ragazza?»</w:t>
      </w:r>
    </w:p>
    <w:p w14:paraId="1E6F3D12" w14:textId="7D9AA2D0" w:rsidR="007C3C6C" w:rsidRPr="00994820" w:rsidRDefault="007C3C6C" w:rsidP="00B1354B">
      <w:pPr>
        <w:spacing w:before="100" w:beforeAutospacing="1" w:after="100" w:afterAutospacing="1" w:line="360" w:lineRule="auto"/>
        <w:ind w:firstLine="284"/>
        <w:jc w:val="both"/>
      </w:pPr>
      <w:r w:rsidRPr="00994820">
        <w:t>Non riconobbe nemmeno la sua stessa voce. Sembrava arrivare da qualcun altro, da un punto lontano. Tutto sembrava farsi più lontano. Il cuore stava accelerando, sentiva di star perdendo il controllo. Decise dunque che qui, non c’era altro da fare. Meglio tornare al dipartimento, forse poteva intercettare Aman, forse Kieran l’aspettava. Quest’ultimo pensiero sembrò avere un effetto calmante sulla sua mente appesantita.</w:t>
      </w:r>
    </w:p>
    <w:p w14:paraId="2C86B082" w14:textId="77777777" w:rsidR="007C3C6C" w:rsidRPr="00994820" w:rsidRDefault="007C3C6C" w:rsidP="00B1354B">
      <w:pPr>
        <w:spacing w:before="100" w:beforeAutospacing="1" w:after="100" w:afterAutospacing="1" w:line="360" w:lineRule="auto"/>
        <w:ind w:firstLine="284"/>
        <w:jc w:val="both"/>
      </w:pPr>
      <w:r w:rsidRPr="00994820">
        <w:t>Fanny non si rese nemmeno conto di aver fatto un passo avanti. Il suo corpo si era naturalmente mosso verso l’uscita</w:t>
      </w:r>
    </w:p>
    <w:p w14:paraId="462E4451" w14:textId="2F361117" w:rsidR="007C3C6C" w:rsidRPr="00994820" w:rsidRDefault="007C3C6C" w:rsidP="00B1354B">
      <w:pPr>
        <w:spacing w:before="100" w:beforeAutospacing="1" w:after="100" w:afterAutospacing="1" w:line="360" w:lineRule="auto"/>
        <w:ind w:firstLine="284"/>
        <w:jc w:val="both"/>
      </w:pPr>
      <w:r w:rsidRPr="00994820">
        <w:t>«Come ho detto, grazie di un cazzo.»</w:t>
      </w:r>
      <w:r w:rsidR="008868FF">
        <w:t xml:space="preserve"> </w:t>
      </w:r>
      <w:r w:rsidRPr="00994820">
        <w:t>Il tono si era fatto freddo, mentre si accingeva ad uscire.</w:t>
      </w:r>
    </w:p>
    <w:p w14:paraId="27153151" w14:textId="4EC1D2B5" w:rsidR="007C3C6C" w:rsidRPr="00994820" w:rsidRDefault="007C3C6C" w:rsidP="00B1354B">
      <w:pPr>
        <w:spacing w:before="100" w:beforeAutospacing="1" w:after="100" w:afterAutospacing="1" w:line="360" w:lineRule="auto"/>
        <w:ind w:firstLine="284"/>
        <w:jc w:val="both"/>
      </w:pPr>
      <w:r w:rsidRPr="00994820">
        <w:t>Il sorriso di Elysis sembrò mutare per un secondo in un ghigno— sottile, ma visibile come una crepa nel vetro.</w:t>
      </w:r>
      <w:r w:rsidR="008868FF">
        <w:t xml:space="preserve"> </w:t>
      </w:r>
      <w:r w:rsidRPr="00994820">
        <w:t>Taker, dietro di lei, fece un mezzo movimento, forse per intervenire, forse per fermarla.</w:t>
      </w:r>
      <w:r w:rsidR="008868FF">
        <w:t xml:space="preserve"> </w:t>
      </w:r>
      <w:r w:rsidRPr="00994820">
        <w:t>Non servì.</w:t>
      </w:r>
      <w:r w:rsidR="008868FF">
        <w:t xml:space="preserve"> </w:t>
      </w:r>
      <w:r w:rsidRPr="00994820">
        <w:t>Fanny superò l’uscio.</w:t>
      </w:r>
    </w:p>
    <w:p w14:paraId="7311BAFA" w14:textId="02CB9BEC" w:rsidR="007C3C6C" w:rsidRPr="00994820" w:rsidRDefault="007C3C6C" w:rsidP="00B1354B">
      <w:pPr>
        <w:spacing w:before="100" w:beforeAutospacing="1" w:after="100" w:afterAutospacing="1" w:line="360" w:lineRule="auto"/>
        <w:ind w:firstLine="284"/>
        <w:jc w:val="both"/>
      </w:pPr>
      <w:r w:rsidRPr="00994820">
        <w:t>La Hope Factory sembrava più grande ora.</w:t>
      </w:r>
      <w:r w:rsidR="008868FF">
        <w:t xml:space="preserve"> </w:t>
      </w:r>
      <w:r w:rsidRPr="00994820">
        <w:t>Più vuota.</w:t>
      </w:r>
    </w:p>
    <w:p w14:paraId="30C3696E" w14:textId="77777777" w:rsidR="00704DFD" w:rsidRDefault="007C3C6C" w:rsidP="00704DFD">
      <w:pPr>
        <w:spacing w:before="100" w:beforeAutospacing="1" w:line="360" w:lineRule="auto"/>
        <w:ind w:firstLine="284"/>
        <w:jc w:val="both"/>
      </w:pPr>
      <w:r w:rsidRPr="00994820">
        <w:t>Fanny spinse la porta della Hope Factory e uscì, lasciandosi dietro la penombra stanca del negozio.</w:t>
      </w:r>
      <w:r w:rsidRPr="00994820">
        <w:br/>
        <w:t>L’aria del mattino la investì con una sferzata tagliente, carica di polveri e odori spenti, ma lei non rallentò.</w:t>
      </w:r>
      <w:r w:rsidR="008868FF">
        <w:t xml:space="preserve"> </w:t>
      </w:r>
      <w:r w:rsidRPr="00994820">
        <w:t>Davanti a lei, il Settore Gaudia si stendeva in un silenzio irreale, come un palcoscenico abbandonato dopo l'ultima rappresentazione. Le insegne olografiche lampeggiavano ancora, pallide, sopra locali chiusi e strade vuote, mentre il battito regolare delle sue suole risuonava nel vuoto.</w:t>
      </w:r>
    </w:p>
    <w:p w14:paraId="2DC02EB8" w14:textId="0D487BD6" w:rsidR="007C3C6C" w:rsidRPr="00994820" w:rsidRDefault="007C3C6C" w:rsidP="00704DFD">
      <w:pPr>
        <w:spacing w:before="100" w:beforeAutospacing="1" w:line="360" w:lineRule="auto"/>
        <w:ind w:firstLine="284"/>
        <w:jc w:val="both"/>
      </w:pPr>
      <w:r w:rsidRPr="00994820">
        <w:t>I Synborn erano già al lavoro, dispersi nei centri produttivi, e Gaudia, che di notte ribolliva di voci e colori, ora sembrava solo un guscio svuotato.</w:t>
      </w:r>
    </w:p>
    <w:p w14:paraId="40CD254E" w14:textId="198B402F" w:rsidR="007C3C6C" w:rsidRPr="00994820" w:rsidRDefault="007C3C6C" w:rsidP="008C718F">
      <w:pPr>
        <w:spacing w:before="100" w:beforeAutospacing="1" w:line="360" w:lineRule="auto"/>
        <w:ind w:firstLine="284"/>
        <w:jc w:val="both"/>
      </w:pPr>
      <w:r w:rsidRPr="00994820">
        <w:lastRenderedPageBreak/>
        <w:t>Fanny si incamminò lungo il viale principale, superando senza distrazioni il Viale delle Tentazioni e la Piazza dei Sussurri, seguendo un percorso che conosceva a memoria, ma che ora le appariva diverso.</w:t>
      </w:r>
      <w:r w:rsidR="008868FF">
        <w:t xml:space="preserve"> </w:t>
      </w:r>
      <w:r w:rsidRPr="00994820">
        <w:t>Più grande.</w:t>
      </w:r>
      <w:r w:rsidR="008868FF">
        <w:t xml:space="preserve"> </w:t>
      </w:r>
      <w:r w:rsidRPr="00994820">
        <w:t>Più distante.</w:t>
      </w:r>
    </w:p>
    <w:p w14:paraId="191D00B9" w14:textId="77777777" w:rsidR="007C3C6C" w:rsidRPr="00994820" w:rsidRDefault="007C3C6C" w:rsidP="00B1354B">
      <w:pPr>
        <w:spacing w:before="100" w:beforeAutospacing="1" w:after="100" w:afterAutospacing="1" w:line="360" w:lineRule="auto"/>
        <w:ind w:firstLine="284"/>
        <w:jc w:val="both"/>
      </w:pPr>
      <w:r w:rsidRPr="00994820">
        <w:t>Al Gate di Controllo non trovò resistenza. I droni appollaiati sulle torrette monitoravano senza intervenire, il suo distintivo al petto sembrava renderla invisibile agli emotion eye di controllo. Si chiese, tuttavia, se sprovvista com’era di un Emotion Reader sarebbe stata comunque ignorata. In fondo al suo ingresso in città quella fatidica prima sera non trovò resistenza, ma ora era l’unica ad attraversare quelle strade vuote. Scacciò rapidamente quel futile pensiero.</w:t>
      </w:r>
    </w:p>
    <w:p w14:paraId="08B17574" w14:textId="77777777" w:rsidR="007C3C6C" w:rsidRPr="00994820" w:rsidRDefault="007C3C6C" w:rsidP="00B1354B">
      <w:pPr>
        <w:spacing w:before="100" w:beforeAutospacing="1" w:after="100" w:afterAutospacing="1" w:line="360" w:lineRule="auto"/>
        <w:ind w:firstLine="284"/>
        <w:jc w:val="both"/>
      </w:pPr>
      <w:r w:rsidRPr="00994820">
        <w:t>Nell'Anello Civile Interno, la città sembrava aver ripreso fiato.</w:t>
      </w:r>
      <w:r w:rsidRPr="00994820">
        <w:br/>
        <w:t>Gli edifici dai toni chiari e dalle superfici pulsanti respiravano una calma forzata, e file ordinate di Synborn si muovevano sui marciapiedi, senza uno sguardo, senza una parola.</w:t>
      </w:r>
      <w:r w:rsidRPr="00994820">
        <w:br/>
        <w:t>Tutto era troppo pulito, troppo perfetto, come se qualcuno avesse cancellato ogni sbavatura della vita reale.</w:t>
      </w:r>
    </w:p>
    <w:p w14:paraId="1AF3981E" w14:textId="77777777" w:rsidR="007C3C6C" w:rsidRPr="00994820" w:rsidRDefault="007C3C6C" w:rsidP="00B1354B">
      <w:pPr>
        <w:spacing w:before="100" w:beforeAutospacing="1" w:after="100" w:afterAutospacing="1" w:line="360" w:lineRule="auto"/>
        <w:ind w:firstLine="284"/>
        <w:jc w:val="both"/>
      </w:pPr>
      <w:r w:rsidRPr="00994820">
        <w:t>Fanny si strinse nel suo giubbotto, non per il freddo, ma per la sensazione crescente di estraneità. Anche in questo caso il suo distintivo e il suo abbigliamento tradivano la sua origine. I loro completi eleganti di colore azzurro sui maschi e dorato sulle ragazze, erano molto diversi dall’armatura di un blu spento che Fanny indossava. Quei vestiti sembravano eterei con un taglio slanciato e avvolgente, ed erano impreziositi da dettagli luminosi sul petto, sulle spalle e lungo le maniche. Il tessuto era il vero emblema del loro status sociale presentando sfumature delicate e una trama fluida, quasi liquida. Il tutto era poi completato da una mantella leggera e trasparente. Al passaggio di Fanny quei colori così tenui sembravano mutare, diventando più accessi e variando su tonalità sul viola e il rosso. Non serviva nemmeno cercare di scansare l’Elite di ecliptica. I synborn accorgendosi del mutamento evitavano rapidamente di avvicinarsi troppo alla shinigami e i più preoccupati ingerivano prontamente delle pastiglie dorate. Il gesto era poi accompagnato da un sospiro di sollievo e un calmo sorriso nel notare che gli abiti riacquisivano il loro colore abituale.</w:t>
      </w:r>
    </w:p>
    <w:p w14:paraId="0E1F7A7D" w14:textId="77777777" w:rsidR="007C3C6C" w:rsidRPr="00994820" w:rsidRDefault="007C3C6C" w:rsidP="00B1354B">
      <w:pPr>
        <w:spacing w:before="100" w:beforeAutospacing="1" w:after="100" w:afterAutospacing="1" w:line="360" w:lineRule="auto"/>
        <w:ind w:firstLine="284"/>
        <w:jc w:val="both"/>
      </w:pPr>
      <w:r w:rsidRPr="00994820">
        <w:t>E quando finalmente il cuore della città si aprì davanti a lei, sembrò sentirsi a casa. Fu strano, ma in fondo quelle torri sembravano essere meno controllate del resto della città. Iniziò quasi a gradire la loro visione. Questa sensazione la disgustò.</w:t>
      </w:r>
    </w:p>
    <w:p w14:paraId="68AABABD" w14:textId="7F0E16C0" w:rsidR="007C3C6C" w:rsidRPr="00994820" w:rsidRDefault="007C3C6C" w:rsidP="00B1354B">
      <w:pPr>
        <w:spacing w:before="100" w:beforeAutospacing="1" w:after="100" w:afterAutospacing="1" w:line="360" w:lineRule="auto"/>
        <w:ind w:firstLine="284"/>
        <w:jc w:val="both"/>
      </w:pPr>
      <w:r w:rsidRPr="00994820">
        <w:t>La Torre del Tramonto si innalzava cupa e silenziosa contro il cielo artificiale, una presenza che sembrava inghiottire la luce stessa.</w:t>
      </w:r>
      <w:r w:rsidR="008868FF">
        <w:t xml:space="preserve"> </w:t>
      </w:r>
      <w:r w:rsidRPr="00994820">
        <w:t>I cavi e le antenne che la circondavano pulsavano a ritmo lento, come se la torre respirasse, come se stesse aspettando.</w:t>
      </w:r>
    </w:p>
    <w:p w14:paraId="78CAE0BD" w14:textId="77777777" w:rsidR="007C3C6C" w:rsidRPr="00994820" w:rsidRDefault="007C3C6C" w:rsidP="00B1354B">
      <w:pPr>
        <w:spacing w:before="100" w:beforeAutospacing="1" w:after="100" w:afterAutospacing="1" w:line="360" w:lineRule="auto"/>
        <w:ind w:firstLine="284"/>
        <w:jc w:val="both"/>
      </w:pPr>
      <w:r w:rsidRPr="00994820">
        <w:t>Fanny si fermò un istante, inspirando l’aria carica di polvere e elettricità, poi riprese a camminare.</w:t>
      </w:r>
    </w:p>
    <w:p w14:paraId="1A1CAB13" w14:textId="39BD92BB" w:rsidR="007C3C6C" w:rsidRPr="00994820" w:rsidRDefault="007C3C6C" w:rsidP="00B1354B">
      <w:pPr>
        <w:spacing w:before="100" w:beforeAutospacing="1" w:after="100" w:afterAutospacing="1" w:line="360" w:lineRule="auto"/>
        <w:ind w:firstLine="284"/>
        <w:jc w:val="both"/>
      </w:pPr>
      <w:r w:rsidRPr="00994820">
        <w:lastRenderedPageBreak/>
        <w:t>Non era rabbia quella che la spingeva avanti.</w:t>
      </w:r>
      <w:r w:rsidR="008868FF">
        <w:t xml:space="preserve"> </w:t>
      </w:r>
      <w:r w:rsidRPr="00994820">
        <w:t>Non solo.</w:t>
      </w:r>
      <w:r w:rsidR="008868FF">
        <w:t xml:space="preserve"> </w:t>
      </w:r>
      <w:r w:rsidRPr="00994820">
        <w:t>Era desiderio.</w:t>
      </w:r>
      <w:r w:rsidRPr="00994820">
        <w:br/>
        <w:t>desiderio di risposte, di verità. Voleva trovare kieran, aveva bisogno di parlargli.</w:t>
      </w:r>
    </w:p>
    <w:p w14:paraId="58DBA77B" w14:textId="77777777" w:rsidR="007C3C6C" w:rsidRPr="00994820" w:rsidRDefault="007C3C6C" w:rsidP="00B1354B">
      <w:pPr>
        <w:spacing w:line="360" w:lineRule="auto"/>
        <w:ind w:firstLine="284"/>
        <w:jc w:val="both"/>
      </w:pPr>
      <w:r w:rsidRPr="00994820">
        <w:t>Ogni movimento scandito dal ritmo cupo del suo cuore artificiale. Quella sensazione strana, quasi familiare che aveva provato avvicinandosi alle torri, si stava dissolvendo rapidamente, lasciando spazio a un'inquietudine densa.</w:t>
      </w:r>
    </w:p>
    <w:p w14:paraId="7DB500A2" w14:textId="77777777" w:rsidR="007C3C6C" w:rsidRPr="00994820" w:rsidRDefault="007C3C6C" w:rsidP="00B1354B">
      <w:pPr>
        <w:spacing w:before="100" w:beforeAutospacing="1" w:after="100" w:afterAutospacing="1" w:line="360" w:lineRule="auto"/>
        <w:ind w:firstLine="284"/>
        <w:jc w:val="both"/>
      </w:pPr>
      <w:r w:rsidRPr="00994820">
        <w:t>Varcando l'ingresso del Dipartimento, fu accolta dall'eco metallica dei suoi passi sul pavimento levigato e dal mormorio ovattato dei Synborn in movimento costante. Il clima interno era più pesante del solito, quasi soffocante, come se ogni angolo celasse una tensione inespressa. Mentre procedeva nel lungo corridoio centrale, Fanny notò subito Aman, intento a salire i primi gradini della scalinata principale. Fanny scattò per cercare innanzitutto di completare l’obiettivo accordato con Kieran.</w:t>
      </w:r>
    </w:p>
    <w:p w14:paraId="23E636B9" w14:textId="77777777" w:rsidR="007C3C6C" w:rsidRPr="00994820" w:rsidRDefault="007C3C6C" w:rsidP="00B1354B">
      <w:pPr>
        <w:spacing w:before="100" w:beforeAutospacing="1" w:after="100" w:afterAutospacing="1" w:line="360" w:lineRule="auto"/>
        <w:ind w:firstLine="284"/>
        <w:jc w:val="both"/>
      </w:pPr>
      <w:r w:rsidRPr="00994820">
        <w:t>«Fermati! Ho bisogno di parlarti», disse la ragazza correndogli incontro.</w:t>
      </w:r>
    </w:p>
    <w:p w14:paraId="51CE1206" w14:textId="77777777" w:rsidR="007C3C6C" w:rsidRPr="00994820" w:rsidRDefault="007C3C6C" w:rsidP="00B1354B">
      <w:pPr>
        <w:spacing w:before="100" w:beforeAutospacing="1" w:after="100" w:afterAutospacing="1" w:line="360" w:lineRule="auto"/>
        <w:ind w:firstLine="284"/>
        <w:jc w:val="both"/>
      </w:pPr>
      <w:r w:rsidRPr="00994820">
        <w:t>«Ah, sei tu.» disse placidamente Aman, nonostante il volto tradisse la reale irritazione che ancora provava dalla sera prima. «Sei riuscita poi a salvare quell’altra mocciosa?» Fanny raggiunto Aman lo ignorò.</w:t>
      </w:r>
    </w:p>
    <w:p w14:paraId="3AF23353" w14:textId="77777777" w:rsidR="00B1354B" w:rsidRDefault="007C3C6C" w:rsidP="00B1354B">
      <w:pPr>
        <w:spacing w:before="100" w:beforeAutospacing="1" w:after="100" w:afterAutospacing="1" w:line="360" w:lineRule="auto"/>
        <w:ind w:firstLine="284"/>
        <w:jc w:val="both"/>
      </w:pPr>
      <w:r w:rsidRPr="00994820">
        <w:t>«Senti, devo dirti…» ma venne interrotta da Aman che con un ghigno beffardo aggiunse «Credevo che ti piacesse kieran, non ti facevo tipa da ragazze…» poi iniziò una risata beffarda.</w:t>
      </w:r>
    </w:p>
    <w:p w14:paraId="4903AC90" w14:textId="1159BE9C" w:rsidR="007C3C6C" w:rsidRPr="00994820" w:rsidRDefault="007C3C6C" w:rsidP="00B1354B">
      <w:pPr>
        <w:spacing w:before="100" w:beforeAutospacing="1" w:after="100" w:afterAutospacing="1" w:line="360" w:lineRule="auto"/>
        <w:ind w:firstLine="284"/>
        <w:jc w:val="both"/>
      </w:pPr>
      <w:r w:rsidRPr="00994820">
        <w:t>Tuttavia la risata di Aman venne bruscamente interrotta da un violento pugno di Fanny ben piazzato in basso ventre che costrinse Aman a piegarsi. Con un movimento fulmineo Fanny lo afferrò per i suoi lunghi capelli lisci e neri strattonandolo verso di sé.</w:t>
      </w:r>
    </w:p>
    <w:p w14:paraId="2CFFDCE4" w14:textId="77777777" w:rsidR="007C3C6C" w:rsidRPr="00994820" w:rsidRDefault="007C3C6C" w:rsidP="00B1354B">
      <w:pPr>
        <w:spacing w:before="100" w:beforeAutospacing="1" w:after="100" w:afterAutospacing="1" w:line="360" w:lineRule="auto"/>
        <w:ind w:firstLine="284"/>
        <w:jc w:val="both"/>
      </w:pPr>
      <w:r w:rsidRPr="00994820">
        <w:t>«Numero Uno.» iniziò la ragazza a denti stretti e con gli occhi che brillavano di un giallo intenso «Se proprio ti interessa mi piacciono tanto le ragazze, quanto i ragazzi.» Aman sembrava star per ribattere, ma Fanny lo sovrastò aumentando l’intensità del suo volume.</w:t>
      </w:r>
    </w:p>
    <w:p w14:paraId="6EC9E2BA" w14:textId="77777777" w:rsidR="007C3C6C" w:rsidRPr="00994820" w:rsidRDefault="007C3C6C" w:rsidP="00B1354B">
      <w:pPr>
        <w:spacing w:before="100" w:beforeAutospacing="1" w:after="100" w:afterAutospacing="1" w:line="360" w:lineRule="auto"/>
        <w:ind w:firstLine="284"/>
        <w:jc w:val="both"/>
      </w:pPr>
      <w:r w:rsidRPr="00994820">
        <w:t xml:space="preserve">«Numero Due – stammi a sentire – Non ho per niente voglia di fare questi inutile giochini.» culminò la frase con un'altra tirata a quei capelli folti «Per cui sarò </w:t>
      </w:r>
      <w:r w:rsidRPr="00994820">
        <w:rPr>
          <w:i/>
          <w:iCs/>
        </w:rPr>
        <w:t>molto</w:t>
      </w:r>
      <w:r w:rsidRPr="00994820">
        <w:t xml:space="preserve"> diretta: vogliono condizionarci tutti con una cosa chiamata Emotion Hive, comprese quelle due bamboline assassine» disse il tutto con tono freddo e rapidamente. Poi lo mollò. «E questa è fatta. Ora vedi che vuoi farci al rigurado, io vado a cercare Kieran» poi allontanandosi scosse debolmente la testa e sussurrò tra sé e sé «Chi l’avrebbe detto che il pazzo con la faccia da teschio era il più sano in questo circo.»</w:t>
      </w:r>
    </w:p>
    <w:p w14:paraId="520BF9D9" w14:textId="77777777" w:rsidR="007C3C6C" w:rsidRPr="00994820" w:rsidRDefault="007C3C6C" w:rsidP="00704DFD">
      <w:pPr>
        <w:spacing w:before="120" w:line="360" w:lineRule="auto"/>
        <w:ind w:firstLine="284"/>
        <w:jc w:val="both"/>
      </w:pPr>
      <w:r w:rsidRPr="00994820">
        <w:t xml:space="preserve">Appena Fanny si allontanò da Aman, una vibrazione improvvisa proveniente dal guantone d’acciaio la fece sussultare. </w:t>
      </w:r>
    </w:p>
    <w:p w14:paraId="307CD279" w14:textId="77777777" w:rsidR="007C3C6C" w:rsidRPr="00994820" w:rsidRDefault="007C3C6C" w:rsidP="00704DFD">
      <w:pPr>
        <w:spacing w:before="120" w:line="360" w:lineRule="auto"/>
        <w:ind w:firstLine="284"/>
        <w:jc w:val="both"/>
      </w:pPr>
      <w:r w:rsidRPr="00994820">
        <w:lastRenderedPageBreak/>
        <w:t>«Becky, per favore, non adesso»</w:t>
      </w:r>
    </w:p>
    <w:p w14:paraId="3FA3413A" w14:textId="77777777" w:rsidR="007C3C6C" w:rsidRPr="00994820" w:rsidRDefault="007C3C6C" w:rsidP="00704DFD">
      <w:pPr>
        <w:spacing w:before="120" w:line="360" w:lineRule="auto"/>
        <w:ind w:firstLine="284"/>
        <w:jc w:val="both"/>
      </w:pPr>
      <w:r w:rsidRPr="00994820">
        <w:t xml:space="preserve">Ma dalla mano non emerse il solito ologramma, ma solo un’onda sonora con un breve messaggio conciso: </w:t>
      </w:r>
      <w:r w:rsidRPr="00994820">
        <w:rPr>
          <w:b/>
          <w:bCs/>
        </w:rPr>
        <w:t>Convocazione immediata – Sala d’Addestramento</w:t>
      </w:r>
      <w:r w:rsidRPr="00994820">
        <w:t>. Nessun altro dettaglio.</w:t>
      </w:r>
    </w:p>
    <w:p w14:paraId="1FFABAB8" w14:textId="5A89CB8F" w:rsidR="007C3C6C" w:rsidRPr="00994820" w:rsidRDefault="007C3C6C" w:rsidP="00704DFD">
      <w:pPr>
        <w:spacing w:before="120" w:line="360" w:lineRule="auto"/>
        <w:ind w:firstLine="284"/>
        <w:jc w:val="both"/>
      </w:pPr>
      <w:r w:rsidRPr="00994820">
        <w:t>Fanny alzò lo sguardo e incrociò quello di Aman, che, massaggiandosi ancora la nuca con una smorfia, aveva ricevuto evidentemente lo stesso messaggio. Nessuno dei due disse una parola: senza commenti si incamminarono insieme lungo il corridoio che portava alla sala delle comunicazioni interne. “odio quando succede” pensò fra sé Fanny, indecisa se fosse il caso di scusarsi o meno</w:t>
      </w:r>
      <w:r w:rsidR="00F761B3">
        <w:t xml:space="preserve">. </w:t>
      </w:r>
      <w:r w:rsidRPr="00994820">
        <w:t>Lungo il tragitto si limitava a scrutare il volto di Aman e vederlo così impassibile, neutro come sempre la convinse che in fondo quel pugno se l’era meritato. Così continuò a camminare con un’espressione irritata.</w:t>
      </w:r>
    </w:p>
    <w:p w14:paraId="70D9DC37" w14:textId="77777777" w:rsidR="007C3C6C" w:rsidRPr="00994820" w:rsidRDefault="007C3C6C" w:rsidP="00704DFD">
      <w:pPr>
        <w:spacing w:before="120" w:line="360" w:lineRule="auto"/>
        <w:ind w:firstLine="284"/>
        <w:jc w:val="both"/>
      </w:pPr>
      <w:r w:rsidRPr="00994820">
        <w:t>Quando arrivarono, trovarono già ad aspettarli un piccolo gruppo di agenti del Dipartimento del Tramonto, sparsi e silenziosi come statue sotto la luce lattiginosa dei neon. Oltre agli altri Shinigami, tra la folla dei cadetti Fanny scrutò immediatamente Kairo. Il suo volto era sorridente, ma i suoi occhi rivelavano una mente ancora abbattuta. La ciocca azzurra di Juno si muoveva frenetica in mezzo a quei ricci dorati. Per un secondo, pensò Fanny, le sembrava che quella piccola chioma blu fosse, in qualche assurdo modo, felice. A distoglierla da quei pensieri fu l’arrivo di Kieran. Un rapido sorriso le si disegnò sul volto, debolezza che fu subito ritratta quando Fanny si accorse dello sguardo truce che arrivava da Rift poco più in là.</w:t>
      </w:r>
    </w:p>
    <w:p w14:paraId="70E20CBC" w14:textId="77777777" w:rsidR="007C3C6C" w:rsidRPr="00994820" w:rsidRDefault="007C3C6C" w:rsidP="00704DFD">
      <w:pPr>
        <w:spacing w:before="120" w:line="360" w:lineRule="auto"/>
        <w:ind w:firstLine="284"/>
        <w:jc w:val="both"/>
      </w:pPr>
      <w:r w:rsidRPr="00994820">
        <w:t xml:space="preserve">Kieran, tuttavia, appariva più stanco del solito. Non era più dritto come sempre, invece, appariva ricurvo, affaticato e per un momento sembrò zoppicare. </w:t>
      </w:r>
    </w:p>
    <w:p w14:paraId="2B0F71B9" w14:textId="77777777" w:rsidR="007C3C6C" w:rsidRPr="00994820" w:rsidRDefault="007C3C6C" w:rsidP="00704DFD">
      <w:pPr>
        <w:spacing w:before="120" w:line="360" w:lineRule="auto"/>
        <w:ind w:firstLine="284"/>
        <w:jc w:val="both"/>
      </w:pPr>
      <w:r w:rsidRPr="00994820">
        <w:t>Fanny decise che voleva raggiungerlo, ma non appena fece il primo passo un ologramma tremolante si accese al centro della sala, rivelando la figura di Stein. Ma qualcosa, fin da subito, non tornava.</w:t>
      </w:r>
    </w:p>
    <w:p w14:paraId="0A8A8F91" w14:textId="77777777" w:rsidR="007C3C6C" w:rsidRPr="00994820" w:rsidRDefault="007C3C6C" w:rsidP="00704DFD">
      <w:pPr>
        <w:spacing w:before="120" w:line="360" w:lineRule="auto"/>
        <w:ind w:firstLine="284"/>
        <w:jc w:val="both"/>
      </w:pPr>
      <w:r w:rsidRPr="00994820">
        <w:t>Il viso di Stein era sereno, troppo sereno. L'espressione stirata in un sorriso privo di emozioni reali, e la voce... la voce aveva una musicalità inquietante, quasi ipnotica.</w:t>
      </w:r>
    </w:p>
    <w:p w14:paraId="00B25A7D" w14:textId="77777777" w:rsidR="007C3C6C" w:rsidRPr="00994820" w:rsidRDefault="007C3C6C" w:rsidP="00704DFD">
      <w:pPr>
        <w:spacing w:before="120" w:line="360" w:lineRule="auto"/>
        <w:ind w:firstLine="284"/>
        <w:jc w:val="both"/>
      </w:pPr>
      <w:r w:rsidRPr="00994820">
        <w:t>«Eccoci! Finalmente!», trillò, scandendo ogni parola con una musicalità inquietante. «Che giornata meravigliosa, eh? Sapete, oggi è un giorno spe-cia-le!» Rise, una risata breve e stridula, fuori luogo.</w:t>
      </w:r>
    </w:p>
    <w:p w14:paraId="55461259" w14:textId="77777777" w:rsidR="007C3C6C" w:rsidRPr="00994820" w:rsidRDefault="007C3C6C" w:rsidP="00704DFD">
      <w:pPr>
        <w:spacing w:before="120" w:line="360" w:lineRule="auto"/>
        <w:ind w:firstLine="284"/>
        <w:jc w:val="both"/>
      </w:pPr>
      <w:r w:rsidRPr="00994820">
        <w:t>Fanny sentì i peli sulla nuca rizzarsi. Kieran, in fondo alla sala, si irrigidì.</w:t>
      </w:r>
    </w:p>
    <w:p w14:paraId="7C3ACF39" w14:textId="77777777" w:rsidR="007C3C6C" w:rsidRPr="00994820" w:rsidRDefault="007C3C6C" w:rsidP="00704DFD">
      <w:pPr>
        <w:spacing w:before="120" w:line="360" w:lineRule="auto"/>
        <w:ind w:firstLine="284"/>
        <w:jc w:val="both"/>
      </w:pPr>
      <w:r w:rsidRPr="00994820">
        <w:t>«Abbiamo preso un’importante decisione! Andremo tutti in vacanza!» Stein roteò una mano nell'aria con un gesto infantile. «Lavorare è troppo stressante per i cittadini…» disse, sta volta il tono di fece falsamente triste «Per cui a cominciare dal Dipartimeno, aboliremo il lavoro!» Un altro scoppio di risa isteriche.</w:t>
      </w:r>
    </w:p>
    <w:p w14:paraId="772CC2C7" w14:textId="77777777" w:rsidR="007C3C6C" w:rsidRPr="00994820" w:rsidRDefault="007C3C6C" w:rsidP="00704DFD">
      <w:pPr>
        <w:spacing w:before="120" w:line="360" w:lineRule="auto"/>
        <w:ind w:firstLine="284"/>
        <w:jc w:val="both"/>
      </w:pPr>
      <w:r w:rsidRPr="00994820">
        <w:t>«Ma come potrete riempire le vostre tristi, tristi e vuote giornate, senza il prezioso lavoro?» chiese con tono ironico e voce stridula «Semplice! Grazie al nuovo Emotion Hive!» il nome del dispostivo venne enfatizzato, quasi urlato. Sopra l’ologramma di Stein apparve un altro ologramma, enorme. Era l’ologramma di un chip, ma aveva l’apparenza di alveare, dove però ogni celletta era di forma triangolare.</w:t>
      </w:r>
    </w:p>
    <w:p w14:paraId="0B393CEA" w14:textId="77777777" w:rsidR="007C3C6C" w:rsidRPr="00994820" w:rsidRDefault="007C3C6C" w:rsidP="00704DFD">
      <w:pPr>
        <w:spacing w:before="120" w:line="360" w:lineRule="auto"/>
        <w:ind w:firstLine="284"/>
        <w:jc w:val="both"/>
      </w:pPr>
      <w:r w:rsidRPr="00994820">
        <w:lastRenderedPageBreak/>
        <w:t>«Questo nuovo dispositivo, quello definitivo» iniziò emulando il tono di un professore che illustra il prossimo argomento, o un venditore che pubblicizza il nuovo prodotto «Sarà meraviglioso! Nessuna tristezza, nessuna rabbia, ma non solo terrà sotto controllo quelle cattive, cattive emozioni…» ancora una volta eccolo, il tono falsamente triste. «In più vi fornirà intrattenimento illimitato!»</w:t>
      </w:r>
    </w:p>
    <w:p w14:paraId="2DE290C9" w14:textId="77777777" w:rsidR="007C3C6C" w:rsidRPr="00994820" w:rsidRDefault="007C3C6C" w:rsidP="00704DFD">
      <w:pPr>
        <w:spacing w:before="120" w:line="360" w:lineRule="auto"/>
        <w:ind w:firstLine="284"/>
        <w:jc w:val="both"/>
      </w:pPr>
      <w:r w:rsidRPr="00994820">
        <w:t>Fanny iniziò a scrutarsi attorno.</w:t>
      </w:r>
    </w:p>
    <w:p w14:paraId="67D93633" w14:textId="77777777" w:rsidR="007C3C6C" w:rsidRPr="00994820" w:rsidRDefault="007C3C6C" w:rsidP="00704DFD">
      <w:pPr>
        <w:spacing w:before="120" w:line="360" w:lineRule="auto"/>
        <w:ind w:firstLine="284"/>
        <w:jc w:val="both"/>
      </w:pPr>
      <w:r w:rsidRPr="00994820">
        <w:t>I cadetti erano estasiati, mormoravano tutti contenti di come avrebbero passato le giornate di ferie. Non stavano capendo nulla, pensò irritata la ragazza. Solo Kairo ascoltava con occhi spenti e sguardo fisso verso il basso, aveva capito o semplicemente non gli importava?</w:t>
      </w:r>
    </w:p>
    <w:p w14:paraId="130131CD" w14:textId="77777777" w:rsidR="007C3C6C" w:rsidRPr="00994820" w:rsidRDefault="007C3C6C" w:rsidP="00704DFD">
      <w:pPr>
        <w:spacing w:before="120" w:line="360" w:lineRule="auto"/>
        <w:ind w:firstLine="284"/>
        <w:jc w:val="both"/>
      </w:pPr>
      <w:r w:rsidRPr="00994820">
        <w:t>Poi anche Fanny comprese. Quei discorsi allegri di giornate di vacanze, giri nei quartieri della Gola, ogni elemento di quel discorso gli rimarcava quanto avesse perso e di quanto fosse ormai diverso dagli altri cadetti. Era con Juno che avrebbe voluto passare quei momenti liberi.</w:t>
      </w:r>
    </w:p>
    <w:p w14:paraId="2FE02ED6" w14:textId="77777777" w:rsidR="007C3C6C" w:rsidRPr="00994820" w:rsidRDefault="007C3C6C" w:rsidP="00704DFD">
      <w:pPr>
        <w:spacing w:before="120" w:line="360" w:lineRule="auto"/>
        <w:ind w:firstLine="284"/>
        <w:jc w:val="both"/>
      </w:pPr>
      <w:r w:rsidRPr="00994820">
        <w:t>Fanny strinse i pugni.</w:t>
      </w:r>
    </w:p>
    <w:p w14:paraId="46718568" w14:textId="77777777" w:rsidR="007C3C6C" w:rsidRPr="00994820" w:rsidRDefault="007C3C6C" w:rsidP="00704DFD">
      <w:pPr>
        <w:spacing w:before="120" w:line="360" w:lineRule="auto"/>
        <w:ind w:firstLine="284"/>
        <w:jc w:val="both"/>
      </w:pPr>
      <w:r w:rsidRPr="00994820">
        <w:t>Stein si inclinò in avanti nell'ologramma, come per confidare un segreto:</w:t>
      </w:r>
      <w:r w:rsidRPr="00994820">
        <w:br/>
        <w:t>«Il Dipartimento del Tramonto? Ahah! Sarà superato! Out! Non servirà più! Sarete tutti... bravini bravini. Senza bisogno di giudizi. Solo giorni spensierati!»</w:t>
      </w:r>
    </w:p>
    <w:p w14:paraId="0C17D36E" w14:textId="77777777" w:rsidR="007C3C6C" w:rsidRPr="00994820" w:rsidRDefault="007C3C6C" w:rsidP="00704DFD">
      <w:pPr>
        <w:spacing w:before="120" w:line="360" w:lineRule="auto"/>
        <w:ind w:firstLine="284"/>
        <w:jc w:val="both"/>
      </w:pPr>
      <w:r w:rsidRPr="00994820">
        <w:t>Un'altra risata, isterica e squillante.</w:t>
      </w:r>
    </w:p>
    <w:p w14:paraId="0916E4FA" w14:textId="77777777" w:rsidR="007C3C6C" w:rsidRPr="00994820" w:rsidRDefault="007C3C6C" w:rsidP="00704DFD">
      <w:pPr>
        <w:spacing w:before="120" w:line="360" w:lineRule="auto"/>
        <w:ind w:firstLine="284"/>
        <w:jc w:val="both"/>
      </w:pPr>
      <w:r w:rsidRPr="00994820">
        <w:t>«E la cosa più bella è che sarà operativo già da domani, e voi, miei giovani cadetti» disse indicando il gruppo in prima fila, con energia innaturale «Sarete i primi a beneficiare della ritrovata e definitiva Libertà!»</w:t>
      </w:r>
    </w:p>
    <w:p w14:paraId="4E5AFF45" w14:textId="77777777" w:rsidR="007C3C6C" w:rsidRPr="00994820" w:rsidRDefault="007C3C6C" w:rsidP="00704DFD">
      <w:pPr>
        <w:spacing w:before="120" w:line="360" w:lineRule="auto"/>
        <w:ind w:firstLine="284"/>
        <w:jc w:val="both"/>
      </w:pPr>
      <w:r w:rsidRPr="00994820">
        <w:t>Kieran si mosse appena, accostandosi di lato fino a raggiungere Fanny. Con un sussurro rapido, appena percettibile sopra il rumore dell'ologramma, disse:</w:t>
      </w:r>
    </w:p>
    <w:p w14:paraId="13FFD99A" w14:textId="77777777" w:rsidR="007C3C6C" w:rsidRPr="00994820" w:rsidRDefault="007C3C6C" w:rsidP="00704DFD">
      <w:pPr>
        <w:spacing w:before="120" w:line="360" w:lineRule="auto"/>
        <w:ind w:firstLine="284"/>
        <w:jc w:val="both"/>
      </w:pPr>
      <w:r w:rsidRPr="00994820">
        <w:t>«Camera tua. Subito. Dobbiamo muoverci.»</w:t>
      </w:r>
    </w:p>
    <w:p w14:paraId="594BB320" w14:textId="77777777" w:rsidR="007C3C6C" w:rsidRPr="00994820" w:rsidRDefault="007C3C6C" w:rsidP="00704DFD">
      <w:pPr>
        <w:spacing w:before="120" w:line="360" w:lineRule="auto"/>
        <w:ind w:firstLine="284"/>
        <w:jc w:val="both"/>
      </w:pPr>
      <w:r w:rsidRPr="00994820">
        <w:t>Fanny annuì senza voltarsi. Il cuore le batteva forte.</w:t>
      </w:r>
      <w:r w:rsidRPr="00994820">
        <w:br/>
        <w:t xml:space="preserve">Quel tono, quelle frasi: </w:t>
      </w:r>
      <w:r w:rsidRPr="00994820">
        <w:rPr>
          <w:b/>
          <w:bCs/>
        </w:rPr>
        <w:t>Stein parlava ormai esattamente come la Sorridente.</w:t>
      </w:r>
      <w:r w:rsidRPr="00994820">
        <w:br/>
        <w:t>Altro che definitiva libertà, pensò la ragazza.</w:t>
      </w:r>
    </w:p>
    <w:p w14:paraId="4823A5B8" w14:textId="77777777" w:rsidR="007C3C6C" w:rsidRPr="00994820" w:rsidRDefault="007C3C6C" w:rsidP="00704DFD">
      <w:pPr>
        <w:spacing w:before="120" w:line="360" w:lineRule="auto"/>
        <w:ind w:firstLine="284"/>
        <w:jc w:val="both"/>
      </w:pPr>
      <w:r w:rsidRPr="00994820">
        <w:t>I due decisero che avevano ascoltato fin troppo, e mentre l’ologramma di Stein esponeva diligentemente le meravigliose caratteristiche dell’Emotion Hive e le nuove prospettive che avrebbe portato alle loro menti, sgattaiolarono fuori dalla sala addestramento.</w:t>
      </w:r>
    </w:p>
    <w:p w14:paraId="1A996E8B" w14:textId="77777777" w:rsidR="007C3C6C" w:rsidRPr="00994820" w:rsidRDefault="007C3C6C" w:rsidP="00704DFD">
      <w:pPr>
        <w:spacing w:before="120" w:line="360" w:lineRule="auto"/>
        <w:ind w:firstLine="284"/>
        <w:jc w:val="both"/>
      </w:pPr>
      <w:r w:rsidRPr="00994820">
        <w:t>Aman fu l’unico ad accorgersene, gli altri sembravano troppo presi dalle nuove informazioni.</w:t>
      </w:r>
    </w:p>
    <w:p w14:paraId="0B329727" w14:textId="77777777" w:rsidR="007C3C6C" w:rsidRPr="00994820" w:rsidRDefault="007C3C6C" w:rsidP="00704DFD">
      <w:pPr>
        <w:spacing w:before="120" w:line="360" w:lineRule="auto"/>
        <w:ind w:firstLine="284"/>
        <w:jc w:val="both"/>
      </w:pPr>
      <w:r w:rsidRPr="00994820">
        <w:t>Raggiunta la camera di Fanny, Kieran si sfilò la maschera con rabbia, scaraventandola al suolo.</w:t>
      </w:r>
    </w:p>
    <w:p w14:paraId="63B2B386" w14:textId="77777777" w:rsidR="00B1354B" w:rsidRDefault="007C3C6C" w:rsidP="00704DFD">
      <w:pPr>
        <w:spacing w:before="120" w:line="360" w:lineRule="auto"/>
        <w:ind w:firstLine="284"/>
        <w:jc w:val="both"/>
      </w:pPr>
      <w:r w:rsidRPr="00994820">
        <w:lastRenderedPageBreak/>
        <w:t>«Dannazione! Non potevo certo immaginare che si sarebbero mossi così in fretta. In pratico così siamo soli. Niente tempo per prepararsi, niente tempo per radunare rinforzi, niente di niente!» concluse con rabbia Kieran lasciandosi cadere sul letto, con la testa pesante che crollava tra le sue mani.</w:t>
      </w:r>
    </w:p>
    <w:p w14:paraId="7DAC45A3" w14:textId="2CC3842E" w:rsidR="007C3C6C" w:rsidRPr="00994820" w:rsidRDefault="007C3C6C" w:rsidP="00704DFD">
      <w:pPr>
        <w:spacing w:before="120" w:line="360" w:lineRule="auto"/>
        <w:ind w:firstLine="284"/>
        <w:jc w:val="both"/>
      </w:pPr>
      <w:r w:rsidRPr="00994820">
        <w:t>Fanny cerco di avvicinarsi con calma a lui, il loro ultimo incontro la rendeva ancora agitata «Rinforzi? Taker e koro, dici?» chiese con tono affabile, sembrava voler stare attenta a non infrangere un vetro già incrinato.</w:t>
      </w:r>
    </w:p>
    <w:p w14:paraId="54F87D98" w14:textId="77777777" w:rsidR="007C3C6C" w:rsidRPr="00994820" w:rsidRDefault="007C3C6C" w:rsidP="00704DFD">
      <w:pPr>
        <w:spacing w:before="120" w:line="360" w:lineRule="auto"/>
        <w:ind w:firstLine="284"/>
        <w:jc w:val="both"/>
      </w:pPr>
      <w:r w:rsidRPr="00994820">
        <w:t>«Non solo… anche quella ragazza che hai salvato… voleva aiutarci con tutta se stessa. Sembra si sia dedicate all’arte di strada nelle fogne.» disse con tono soddisfatto e ridacchiando verso Fanny «hai decisamente fatto colpo.»</w:t>
      </w:r>
    </w:p>
    <w:p w14:paraId="5BF701F7" w14:textId="77777777" w:rsidR="007C3C6C" w:rsidRPr="00994820" w:rsidRDefault="007C3C6C" w:rsidP="00704DFD">
      <w:pPr>
        <w:spacing w:before="120" w:line="360" w:lineRule="auto"/>
        <w:ind w:firstLine="284"/>
        <w:jc w:val="both"/>
      </w:pPr>
      <w:r w:rsidRPr="00994820">
        <w:t xml:space="preserve">Fanny rimase immobile, imbarazzata a scrutare attentamente il suolo attorno ai suoi piedi, mentre un tenue rossore le decorava il volto. </w:t>
      </w:r>
    </w:p>
    <w:p w14:paraId="2E134117" w14:textId="77777777" w:rsidR="007C3C6C" w:rsidRPr="00994820" w:rsidRDefault="007C3C6C" w:rsidP="00704DFD">
      <w:pPr>
        <w:spacing w:before="120" w:line="360" w:lineRule="auto"/>
        <w:ind w:firstLine="284"/>
        <w:jc w:val="both"/>
      </w:pPr>
      <w:r w:rsidRPr="00994820">
        <w:t>«In ogni caso ora ci tocca sbrigarci, dov’è Becky? È vitale adesso!» aggiunse infine kieran allungando la mano aperta verso la ragazza</w:t>
      </w:r>
    </w:p>
    <w:p w14:paraId="33B4D976" w14:textId="77777777" w:rsidR="007C3C6C" w:rsidRPr="00994820" w:rsidRDefault="007C3C6C" w:rsidP="00704DFD">
      <w:pPr>
        <w:spacing w:before="120" w:line="360" w:lineRule="auto"/>
        <w:ind w:firstLine="284"/>
        <w:jc w:val="both"/>
      </w:pPr>
      <w:r w:rsidRPr="00994820">
        <w:t>«becky?» chiese confusa la ragazza.</w:t>
      </w:r>
    </w:p>
    <w:p w14:paraId="3C074FFF" w14:textId="075A7D70" w:rsidR="00A20E7A" w:rsidRDefault="007C3C6C" w:rsidP="00704DFD">
      <w:pPr>
        <w:spacing w:before="120" w:line="360" w:lineRule="auto"/>
        <w:ind w:firstLine="284"/>
        <w:jc w:val="both"/>
      </w:pPr>
      <w:r w:rsidRPr="00994820">
        <w:t>Ma prima di poter ottenere risposta, qualcuno busso alla porta.</w:t>
      </w:r>
    </w:p>
    <w:p w14:paraId="3E7C929B" w14:textId="64DFD899" w:rsidR="00CD408F" w:rsidRPr="00994820" w:rsidRDefault="00A20E7A" w:rsidP="00A20E7A">
      <w:pPr>
        <w:spacing w:after="160" w:line="259" w:lineRule="auto"/>
      </w:pPr>
      <w:r>
        <w:br w:type="page"/>
      </w:r>
    </w:p>
    <w:p w14:paraId="211B3516" w14:textId="5CBBDF9C" w:rsidR="007C3C6C" w:rsidRPr="008868FF" w:rsidRDefault="007C3C6C" w:rsidP="004739EF">
      <w:pPr>
        <w:pStyle w:val="Titolo1"/>
        <w:jc w:val="center"/>
      </w:pPr>
      <w:r w:rsidRPr="008868FF">
        <w:lastRenderedPageBreak/>
        <w:t xml:space="preserve">Capitolo </w:t>
      </w:r>
      <w:r w:rsidR="009B4B87">
        <w:t>XV</w:t>
      </w:r>
      <w:r w:rsidRPr="008868FF">
        <w:t xml:space="preserve"> – Il battito di Ecliptica (da cambiare)</w:t>
      </w:r>
    </w:p>
    <w:p w14:paraId="2BD04DBB" w14:textId="77777777" w:rsidR="007C3C6C" w:rsidRPr="00994820" w:rsidRDefault="007C3C6C" w:rsidP="00704DFD">
      <w:pPr>
        <w:spacing w:before="120" w:line="360" w:lineRule="auto"/>
        <w:ind w:firstLine="284"/>
        <w:jc w:val="both"/>
      </w:pPr>
    </w:p>
    <w:p w14:paraId="7142D65F" w14:textId="77777777" w:rsidR="007C3C6C" w:rsidRDefault="007C3C6C" w:rsidP="00704DFD">
      <w:pPr>
        <w:spacing w:before="120" w:line="360" w:lineRule="auto"/>
        <w:ind w:firstLine="284"/>
        <w:jc w:val="both"/>
      </w:pPr>
    </w:p>
    <w:p w14:paraId="418B59E6" w14:textId="77777777" w:rsidR="008868FF" w:rsidRDefault="008868FF" w:rsidP="00704DFD">
      <w:pPr>
        <w:spacing w:before="120" w:line="360" w:lineRule="auto"/>
        <w:ind w:firstLine="284"/>
        <w:jc w:val="both"/>
      </w:pPr>
    </w:p>
    <w:p w14:paraId="024AB570" w14:textId="77777777" w:rsidR="008868FF" w:rsidRDefault="008868FF" w:rsidP="00704DFD">
      <w:pPr>
        <w:spacing w:before="120" w:line="360" w:lineRule="auto"/>
        <w:ind w:firstLine="284"/>
        <w:jc w:val="both"/>
      </w:pPr>
    </w:p>
    <w:p w14:paraId="41504CC4" w14:textId="77777777" w:rsidR="008868FF" w:rsidRPr="00994820" w:rsidRDefault="008868FF" w:rsidP="00704DFD">
      <w:pPr>
        <w:spacing w:before="120" w:line="360" w:lineRule="auto"/>
        <w:ind w:firstLine="284"/>
        <w:jc w:val="both"/>
      </w:pPr>
    </w:p>
    <w:p w14:paraId="5D344DCB" w14:textId="77777777" w:rsidR="00B1354B" w:rsidRDefault="007C3C6C" w:rsidP="00704DFD">
      <w:pPr>
        <w:spacing w:before="120" w:line="360" w:lineRule="auto"/>
        <w:ind w:firstLine="284"/>
        <w:jc w:val="both"/>
      </w:pPr>
      <w:r w:rsidRPr="00994820">
        <w:t>La porta si aprì dopo un singolo colpo secco.</w:t>
      </w:r>
      <w:r w:rsidR="00B1354B">
        <w:t xml:space="preserve"> </w:t>
      </w:r>
    </w:p>
    <w:p w14:paraId="11D34C68" w14:textId="1C2BF3CA" w:rsidR="00B1354B" w:rsidRDefault="007C3C6C" w:rsidP="00704DFD">
      <w:pPr>
        <w:spacing w:before="120" w:line="360" w:lineRule="auto"/>
        <w:ind w:firstLine="284"/>
        <w:jc w:val="both"/>
      </w:pPr>
      <w:r w:rsidRPr="00994820">
        <w:t xml:space="preserve">Aman era al di là dell’uscio. Era immobile, fermo, con gli occhi fissi sui due ragazzi. Come sempre quel suo sguardo quasi malinconico non lasciava trasparire nulla dei suoi reali pensieri. Le immense ali di Rame e Zinco sembravano ostacolarlo nell’attraversare quella porta. Fanny ebbe una sensazione di deja vu e per un breve istante si chiese se per caso la porta della sua stanza fosse più grande per agevolarlo nei movimenti.  </w:t>
      </w:r>
      <w:r w:rsidR="008868FF">
        <w:t xml:space="preserve"> </w:t>
      </w:r>
      <w:r w:rsidRPr="00994820">
        <w:t>Fanny si irrigidì d’istinto, i muscoli caricati a molla. Temeva che quell’incontro fosse il preludio di uno scontro, forse se l’era presa per quel pugno?</w:t>
      </w:r>
      <w:r w:rsidR="00B1354B">
        <w:t xml:space="preserve"> </w:t>
      </w:r>
      <w:r w:rsidRPr="00994820">
        <w:t>Con movimenti ampi e lenti sollevò le sue braccia quasi sopra la sua testa. Le mani vuote, i palmi visibili.</w:t>
      </w:r>
    </w:p>
    <w:p w14:paraId="1771617F" w14:textId="03593F05" w:rsidR="00B1354B" w:rsidRDefault="007C3C6C" w:rsidP="00704DFD">
      <w:pPr>
        <w:spacing w:before="120" w:line="360" w:lineRule="auto"/>
        <w:ind w:firstLine="284"/>
        <w:jc w:val="both"/>
      </w:pPr>
      <w:r w:rsidRPr="00994820">
        <w:t>Un gesto piccolo, ma abbastanza chiaro.</w:t>
      </w:r>
    </w:p>
    <w:p w14:paraId="4F83E0B8" w14:textId="2D40D763" w:rsidR="007C3C6C" w:rsidRPr="00994820" w:rsidRDefault="007C3C6C" w:rsidP="00704DFD">
      <w:pPr>
        <w:spacing w:before="120" w:line="360" w:lineRule="auto"/>
        <w:ind w:firstLine="284"/>
        <w:jc w:val="both"/>
      </w:pPr>
      <w:r w:rsidRPr="00994820">
        <w:t>«Non sono qui per combattere.»</w:t>
      </w:r>
      <w:r w:rsidR="00704DFD">
        <w:t xml:space="preserve"> </w:t>
      </w:r>
      <w:r w:rsidRPr="00994820">
        <w:t>La sua voce era raschiata da qualcosa di più profondo della stanchezza.</w:t>
      </w:r>
      <w:r w:rsidR="00704DFD">
        <w:t xml:space="preserve"> </w:t>
      </w:r>
      <w:r w:rsidRPr="00994820">
        <w:t>Fanny socchiuse gli occhi, il corpo ancora pronto a scattare.</w:t>
      </w:r>
    </w:p>
    <w:p w14:paraId="1150DA79" w14:textId="77777777" w:rsidR="007C3C6C" w:rsidRPr="00994820" w:rsidRDefault="007C3C6C" w:rsidP="00704DFD">
      <w:pPr>
        <w:spacing w:before="120" w:line="360" w:lineRule="auto"/>
        <w:ind w:firstLine="284"/>
        <w:jc w:val="both"/>
      </w:pPr>
      <w:r w:rsidRPr="00994820">
        <w:t>«Posso entrare?» chiese con tono calmo ed educato. Fanny si limitò lanciare un rapido sguardo verso Kieran. Lo shinigami al suo fianco sembrava essere molto più tranquillo rispetto alla ragazza. Gli occhi smeraldini di Fanny si riposarono nuovamente sull’angelo d’acciaio prima di rispondere con un breve cenno del capo di assenso.</w:t>
      </w:r>
      <w:r w:rsidRPr="00994820">
        <w:br/>
        <w:t>Non appena Aman ripiegò le ali e curvò il busto per agevolare il suo ingresso in quella stanza, la tensione che quella bussata aveva generato poco prima sembrò dissolversi in un istante.</w:t>
      </w:r>
    </w:p>
    <w:p w14:paraId="65DA0F73" w14:textId="77777777" w:rsidR="007C3C6C" w:rsidRPr="00994820" w:rsidRDefault="007C3C6C" w:rsidP="00704DFD">
      <w:pPr>
        <w:spacing w:before="120" w:line="360" w:lineRule="auto"/>
        <w:ind w:firstLine="284"/>
        <w:jc w:val="both"/>
      </w:pPr>
      <w:r w:rsidRPr="00994820">
        <w:t>Nonostante ciò, né Fanny né Kieran si mossero, ma si limitarono a osservare con attenzione i goffi movimenti dell’angelo mentre entrava.</w:t>
      </w:r>
    </w:p>
    <w:p w14:paraId="798F9128" w14:textId="77777777" w:rsidR="007C3C6C" w:rsidRPr="00994820" w:rsidRDefault="007C3C6C" w:rsidP="00704DFD">
      <w:pPr>
        <w:spacing w:before="120" w:line="360" w:lineRule="auto"/>
        <w:ind w:firstLine="284"/>
        <w:jc w:val="both"/>
      </w:pPr>
      <w:r w:rsidRPr="00994820">
        <w:t>Non appena la porta alle sue spalle si chiuse, con un movimento tanto rapido da far sobbalzare Fanny, Aman si buttò ai piedi della ragazza. L’angelo era in ginocchio, testa chinata, mani congiunte e ali ampiamente aperte quasi a simulare un sofisticato tappeto in acciaio.</w:t>
      </w:r>
    </w:p>
    <w:p w14:paraId="13C09855" w14:textId="77777777" w:rsidR="007C3C6C" w:rsidRPr="00994820" w:rsidRDefault="007C3C6C" w:rsidP="00704DFD">
      <w:pPr>
        <w:spacing w:before="120" w:line="360" w:lineRule="auto"/>
        <w:ind w:firstLine="284"/>
        <w:jc w:val="both"/>
      </w:pPr>
      <w:r w:rsidRPr="00994820">
        <w:t>«eh?...» fu tutto ciò che la ragazza riuscì a tirar fuori in uno scenario così insaspettato.</w:t>
      </w:r>
    </w:p>
    <w:p w14:paraId="5EA09E76" w14:textId="77777777" w:rsidR="007C3C6C" w:rsidRPr="00994820" w:rsidRDefault="007C3C6C" w:rsidP="00704DFD">
      <w:pPr>
        <w:spacing w:before="120" w:line="360" w:lineRule="auto"/>
        <w:ind w:firstLine="284"/>
        <w:jc w:val="both"/>
      </w:pPr>
      <w:r w:rsidRPr="00994820">
        <w:t>«Ti supplico di perdonarmi!» disse Aman con un tono di voce così feroce da sembrare lo stesse urlando.</w:t>
      </w:r>
    </w:p>
    <w:p w14:paraId="52EC0DCD" w14:textId="77777777" w:rsidR="007C3C6C" w:rsidRPr="00994820" w:rsidRDefault="007C3C6C" w:rsidP="00704DFD">
      <w:pPr>
        <w:spacing w:before="120" w:line="360" w:lineRule="auto"/>
        <w:ind w:firstLine="284"/>
        <w:jc w:val="both"/>
      </w:pPr>
      <w:r w:rsidRPr="00994820">
        <w:lastRenderedPageBreak/>
        <w:t>Fanny si voltò verso Kieran che si limitò a far spallucce.</w:t>
      </w:r>
    </w:p>
    <w:p w14:paraId="44DA51C1" w14:textId="77777777" w:rsidR="007C3C6C" w:rsidRPr="00994820" w:rsidRDefault="007C3C6C" w:rsidP="00704DFD">
      <w:pPr>
        <w:spacing w:before="120" w:line="360" w:lineRule="auto"/>
        <w:ind w:firstLine="284"/>
        <w:jc w:val="both"/>
      </w:pPr>
      <w:r w:rsidRPr="00994820">
        <w:t>«Guarda che sono io quella che ti ha mollato un pugno mica tu…» rispose poi la ragazza.</w:t>
      </w:r>
    </w:p>
    <w:p w14:paraId="067F429E" w14:textId="77777777" w:rsidR="007C3C6C" w:rsidRPr="00994820" w:rsidRDefault="007C3C6C" w:rsidP="00704DFD">
      <w:pPr>
        <w:spacing w:before="120" w:line="360" w:lineRule="auto"/>
        <w:ind w:firstLine="284"/>
        <w:jc w:val="both"/>
      </w:pPr>
      <w:r w:rsidRPr="00994820">
        <w:t>Sul pavimento iniziarono a colare delle lacrime e Aman sembrò mugugnare</w:t>
      </w:r>
    </w:p>
    <w:p w14:paraId="5B2B5148" w14:textId="77777777" w:rsidR="007C3C6C" w:rsidRPr="00994820" w:rsidRDefault="007C3C6C" w:rsidP="00704DFD">
      <w:pPr>
        <w:spacing w:before="120" w:line="360" w:lineRule="auto"/>
        <w:ind w:firstLine="284"/>
        <w:jc w:val="both"/>
      </w:pPr>
      <w:r w:rsidRPr="00994820">
        <w:t>«Avrei… dovuto dirtelo prima… ma ero arrabbiato…» nel sentire il principio di un piagnucolio Fanny si chinò freneticamente verso il ragazzo.</w:t>
      </w:r>
    </w:p>
    <w:p w14:paraId="27DA259A" w14:textId="77777777" w:rsidR="007C3C6C" w:rsidRPr="00994820" w:rsidRDefault="007C3C6C" w:rsidP="00704DFD">
      <w:pPr>
        <w:spacing w:before="120" w:line="360" w:lineRule="auto"/>
        <w:ind w:firstLine="284"/>
        <w:jc w:val="both"/>
      </w:pPr>
      <w:r w:rsidRPr="00994820">
        <w:t>«Ehi! Non c’è bisogno di piangere! Senti io non so per cosa ti stai scusando, ma ti giuro che se la smetti e mi spieghi, ti perdono…» disse con aria confusa e agitata «Qualunque cosa tu abbia fatto si può risolvere.» per un momento le sembrò di star spiegando a un bambino che non fa niente se ha rotto il giocattolo nuovo.</w:t>
      </w:r>
    </w:p>
    <w:p w14:paraId="76E154BE" w14:textId="77777777" w:rsidR="007C3C6C" w:rsidRPr="00994820" w:rsidRDefault="007C3C6C" w:rsidP="00704DFD">
      <w:pPr>
        <w:spacing w:before="120" w:line="360" w:lineRule="auto"/>
        <w:ind w:firstLine="284"/>
        <w:jc w:val="both"/>
      </w:pPr>
      <w:r w:rsidRPr="00994820">
        <w:t>Aman alzò gli occhi arrossati dalle lacrime verso la ragazza. Il suo volto solitamente impassibile era pieno di rabbia e disperazione «La verità…» iniziò «e che volevo ucciderlo io!»</w:t>
      </w:r>
    </w:p>
    <w:p w14:paraId="3D7CE806" w14:textId="77777777" w:rsidR="007C3C6C" w:rsidRPr="00994820" w:rsidRDefault="007C3C6C" w:rsidP="00704DFD">
      <w:pPr>
        <w:spacing w:before="120" w:line="360" w:lineRule="auto"/>
        <w:ind w:firstLine="284"/>
        <w:jc w:val="both"/>
      </w:pPr>
      <w:r w:rsidRPr="00994820">
        <w:t>«Io non so di cosa stai parlando!» sbottò alla fine la ragazza.</w:t>
      </w:r>
    </w:p>
    <w:p w14:paraId="7BDDF057" w14:textId="77777777" w:rsidR="007C3C6C" w:rsidRPr="00994820" w:rsidRDefault="007C3C6C" w:rsidP="00704DFD">
      <w:pPr>
        <w:spacing w:before="120" w:line="360" w:lineRule="auto"/>
        <w:ind w:firstLine="284"/>
        <w:jc w:val="both"/>
      </w:pPr>
      <w:r w:rsidRPr="00994820">
        <w:t>Kieran si chinò verso Aman cercando di convincerlo a rialzarsi «Senti, Aman, perché non ti siedi e ci spieghi, andiamo un po’ di fretta» disse cercando di dissimulare la seccatura di dover gestire questa situazione.</w:t>
      </w:r>
    </w:p>
    <w:p w14:paraId="0C5A225C" w14:textId="77777777" w:rsidR="007C3C6C" w:rsidRPr="00994820" w:rsidRDefault="007C3C6C" w:rsidP="00704DFD">
      <w:pPr>
        <w:spacing w:before="120" w:line="360" w:lineRule="auto"/>
        <w:ind w:firstLine="284"/>
        <w:jc w:val="both"/>
      </w:pPr>
      <w:r w:rsidRPr="00994820">
        <w:t>«Momo...» Aman abbassò appena la testa, come se ogni parola gli costasse una guerra interna. «…lei è mia sorella.»</w:t>
      </w:r>
    </w:p>
    <w:p w14:paraId="72FED16B" w14:textId="77777777" w:rsidR="00704DFD" w:rsidRDefault="007C3C6C" w:rsidP="00704DFD">
      <w:pPr>
        <w:spacing w:before="120" w:line="360" w:lineRule="auto"/>
        <w:ind w:firstLine="284"/>
        <w:jc w:val="both"/>
      </w:pPr>
      <w:r w:rsidRPr="00994820">
        <w:t>Un battito. Solo uno.</w:t>
      </w:r>
      <w:r w:rsidR="00704DFD">
        <w:t xml:space="preserve"> </w:t>
      </w:r>
    </w:p>
    <w:p w14:paraId="78E4D47F" w14:textId="110474BB" w:rsidR="007C3C6C" w:rsidRPr="00994820" w:rsidRDefault="007C3C6C" w:rsidP="00704DFD">
      <w:pPr>
        <w:spacing w:before="120" w:line="360" w:lineRule="auto"/>
        <w:ind w:firstLine="284"/>
        <w:jc w:val="both"/>
      </w:pPr>
      <w:r w:rsidRPr="00994820">
        <w:t>Fanny sentì il cuore mancargli per una frazione di secondo, prima di ancorarsi di nuovo al suolo. Poi realizzò che, per quanto interessante, questa informazione non spiegava affatto nulla di ciò che stava accadendo.</w:t>
      </w:r>
    </w:p>
    <w:p w14:paraId="7DB90B5D" w14:textId="77777777" w:rsidR="007C3C6C" w:rsidRPr="00994820" w:rsidRDefault="007C3C6C" w:rsidP="00704DFD">
      <w:pPr>
        <w:spacing w:before="120" w:line="360" w:lineRule="auto"/>
        <w:ind w:firstLine="284"/>
        <w:jc w:val="both"/>
      </w:pPr>
      <w:r w:rsidRPr="00994820">
        <w:t>«ok…?» mormorò appena, senza rendersene conto. Ma Aman sembrava già aver deciso di parlare. E stavolta nessuno lo avrebbe fermato.</w:t>
      </w:r>
    </w:p>
    <w:p w14:paraId="3EF5D91C" w14:textId="77777777" w:rsidR="007C3C6C" w:rsidRPr="00994820" w:rsidRDefault="007C3C6C" w:rsidP="00704DFD">
      <w:pPr>
        <w:spacing w:before="120" w:line="360" w:lineRule="auto"/>
        <w:ind w:firstLine="284"/>
        <w:jc w:val="both"/>
      </w:pPr>
      <w:r w:rsidRPr="00994820">
        <w:t>«Entrammo insieme nel Dipartimento. Eravamo diversi dagli altri. Lei…» Aman si interruppe un istante, il pugno chiuso come se stesse schiacciando qualcosa di invisibile nella mano. «Lei aveva sempre avuto un Emotion Value instabile. Troppo alto. Io… invece ero il gioiello della famiglia. Un EV sempre inalterato… ma io amavo la mia sorellina» Una volta seduto su una sedia a fianco alla scrivania Becky gli passò un bicchiere d’acqua fornito dal dipartimento.</w:t>
      </w:r>
    </w:p>
    <w:p w14:paraId="7896D76B" w14:textId="77777777" w:rsidR="007C3C6C" w:rsidRPr="00994820" w:rsidRDefault="007C3C6C" w:rsidP="00704DFD">
      <w:pPr>
        <w:spacing w:before="120" w:line="360" w:lineRule="auto"/>
        <w:ind w:firstLine="284"/>
        <w:jc w:val="both"/>
      </w:pPr>
      <w:r w:rsidRPr="00994820">
        <w:t>«Vi giuro!» disse nuovamente con la voce alterata «Era davvero buona, certo forse un po’ esuberante…»</w:t>
      </w:r>
    </w:p>
    <w:p w14:paraId="4DD31251" w14:textId="77777777" w:rsidR="007C3C6C" w:rsidRPr="00994820" w:rsidRDefault="007C3C6C" w:rsidP="00704DFD">
      <w:pPr>
        <w:spacing w:before="120" w:line="360" w:lineRule="auto"/>
        <w:ind w:firstLine="284"/>
        <w:jc w:val="both"/>
      </w:pPr>
      <w:r w:rsidRPr="00994820">
        <w:t>Fanny cercò di associare quell'idea di esuberanza all'impassibilità spettrale di Momo, senza riuscirci.</w:t>
      </w:r>
    </w:p>
    <w:p w14:paraId="35727D60" w14:textId="77777777" w:rsidR="007C3C6C" w:rsidRPr="00994820" w:rsidRDefault="007C3C6C" w:rsidP="00704DFD">
      <w:pPr>
        <w:spacing w:before="120" w:line="360" w:lineRule="auto"/>
        <w:ind w:firstLine="284"/>
        <w:jc w:val="both"/>
      </w:pPr>
      <w:r w:rsidRPr="00994820">
        <w:t xml:space="preserve">«Andava tutto bene… finché non andò da sola a indagare su una serie di omicidi…» </w:t>
      </w:r>
    </w:p>
    <w:p w14:paraId="04409E73" w14:textId="77777777" w:rsidR="007C3C6C" w:rsidRPr="00994820" w:rsidRDefault="007C3C6C" w:rsidP="00704DFD">
      <w:pPr>
        <w:spacing w:before="120" w:line="360" w:lineRule="auto"/>
        <w:ind w:firstLine="284"/>
        <w:jc w:val="both"/>
      </w:pPr>
      <w:r w:rsidRPr="00994820">
        <w:t>Fanny si lasciò cadere sul letto e sospirando interruppe il ragazzo.</w:t>
      </w:r>
    </w:p>
    <w:p w14:paraId="3E0B5BB3" w14:textId="77777777" w:rsidR="007C3C6C" w:rsidRPr="00994820" w:rsidRDefault="007C3C6C" w:rsidP="00704DFD">
      <w:pPr>
        <w:spacing w:before="120" w:line="360" w:lineRule="auto"/>
        <w:ind w:firstLine="284"/>
        <w:jc w:val="both"/>
      </w:pPr>
      <w:r w:rsidRPr="00994820">
        <w:lastRenderedPageBreak/>
        <w:t>«Davvero sono certa che il vostro passato sia emozionante, ma abbiamo una piccola emergenza in corso, potresti spiegarmi in maniera semplice perché ti sei inchinato» poi si portò le mani alle tempie «Fai finta, per un secondo, che sia completamente idiota e spiegamelo nella maniera più semplice possibile…»</w:t>
      </w:r>
    </w:p>
    <w:p w14:paraId="54C9A52A" w14:textId="77777777" w:rsidR="007C3C6C" w:rsidRPr="00994820" w:rsidRDefault="007C3C6C" w:rsidP="00704DFD">
      <w:pPr>
        <w:spacing w:before="120" w:line="360" w:lineRule="auto"/>
        <w:ind w:firstLine="284"/>
        <w:jc w:val="both"/>
      </w:pPr>
      <w:r w:rsidRPr="00994820">
        <w:t>«L’assassino dell’altra sera, quello che ha ucciso la cadetta…»</w:t>
      </w:r>
    </w:p>
    <w:p w14:paraId="56D20C81" w14:textId="77777777" w:rsidR="007C3C6C" w:rsidRPr="00994820" w:rsidRDefault="007C3C6C" w:rsidP="00704DFD">
      <w:pPr>
        <w:spacing w:before="120" w:line="360" w:lineRule="auto"/>
        <w:ind w:firstLine="284"/>
        <w:jc w:val="both"/>
      </w:pPr>
      <w:r w:rsidRPr="00994820">
        <w:t>Per un momento il mondò attorno a Fanny sembrò fermarsi. Sapeva ciò che doveva essere successo, l’aveva intuito, ma sentirselo dire così bruscamente in faccia le fece ribollire il snague.</w:t>
      </w:r>
    </w:p>
    <w:p w14:paraId="53369F4F" w14:textId="77777777" w:rsidR="007C3C6C" w:rsidRPr="00994820" w:rsidRDefault="007C3C6C" w:rsidP="00704DFD">
      <w:pPr>
        <w:spacing w:before="120" w:line="360" w:lineRule="auto"/>
        <w:ind w:firstLine="284"/>
        <w:jc w:val="both"/>
      </w:pPr>
      <w:r w:rsidRPr="00994820">
        <w:t>«Il suo nome era Juno!» sbottò alzandosi in piedi «E se hai finito sai da dove uscire.» concluse bruscamente.</w:t>
      </w:r>
    </w:p>
    <w:p w14:paraId="718A697F" w14:textId="77777777" w:rsidR="007C3C6C" w:rsidRPr="00994820" w:rsidRDefault="007C3C6C" w:rsidP="00704DFD">
      <w:pPr>
        <w:spacing w:before="120" w:line="360" w:lineRule="auto"/>
        <w:ind w:firstLine="284"/>
        <w:jc w:val="both"/>
      </w:pPr>
      <w:r w:rsidRPr="00994820">
        <w:t>Ma kieran le afferrò la mano umana, cercando di rasserenarla «Non voleva offenderla, Fanny» nel guardare quegli occhi limpidi Fanny arrossì debolmente e si rimise a sedere.</w:t>
      </w:r>
    </w:p>
    <w:p w14:paraId="65FE1822" w14:textId="77777777" w:rsidR="007C3C6C" w:rsidRPr="00994820" w:rsidRDefault="007C3C6C" w:rsidP="00704DFD">
      <w:pPr>
        <w:spacing w:before="120" w:line="360" w:lineRule="auto"/>
        <w:ind w:firstLine="284"/>
        <w:jc w:val="both"/>
      </w:pPr>
      <w:r w:rsidRPr="00994820">
        <w:t>«… va avanti.»</w:t>
      </w:r>
    </w:p>
    <w:p w14:paraId="5FF0B8E0" w14:textId="77777777" w:rsidR="007C3C6C" w:rsidRPr="00994820" w:rsidRDefault="007C3C6C" w:rsidP="00704DFD">
      <w:pPr>
        <w:spacing w:before="120" w:line="360" w:lineRule="auto"/>
        <w:ind w:firstLine="284"/>
        <w:jc w:val="both"/>
      </w:pPr>
      <w:r w:rsidRPr="00994820">
        <w:t>Aman proseguì a testa bassa «Momo venne ingannata dal suo EV pari a 0 e quella bestia le sparò in fronte» poi portò il dito poco sopra il sopracciglio sinistro «Proprio qui.»</w:t>
      </w:r>
    </w:p>
    <w:p w14:paraId="30F15220" w14:textId="77777777" w:rsidR="007C3C6C" w:rsidRPr="00994820" w:rsidRDefault="007C3C6C" w:rsidP="00704DFD">
      <w:pPr>
        <w:spacing w:before="120" w:line="360" w:lineRule="auto"/>
        <w:ind w:firstLine="284"/>
        <w:jc w:val="both"/>
      </w:pPr>
      <w:r w:rsidRPr="00994820">
        <w:t>Fanny si limitò a portarsi le mani alla bocca con un gesto istintivo</w:t>
      </w:r>
    </w:p>
    <w:p w14:paraId="34E86CEB" w14:textId="77777777" w:rsidR="007C3C6C" w:rsidRPr="00994820" w:rsidRDefault="007C3C6C" w:rsidP="00704DFD">
      <w:pPr>
        <w:spacing w:before="120" w:line="360" w:lineRule="auto"/>
        <w:ind w:firstLine="284"/>
        <w:jc w:val="both"/>
      </w:pPr>
      <w:r w:rsidRPr="00994820">
        <w:t>«Mi dispiace…» aggiunse Kieran «… non immaginavo fosse a causa di quel ragazzino dai capelli neri…»</w:t>
      </w:r>
    </w:p>
    <w:p w14:paraId="53A73E4C" w14:textId="77777777" w:rsidR="007C3C6C" w:rsidRPr="00994820" w:rsidRDefault="007C3C6C" w:rsidP="00704DFD">
      <w:pPr>
        <w:spacing w:before="120" w:line="360" w:lineRule="auto"/>
        <w:ind w:firstLine="284"/>
        <w:jc w:val="both"/>
      </w:pPr>
      <w:r w:rsidRPr="00994820">
        <w:t>«Era testarda. Irrequieta. Odiava che le camminassi sempre dietro. Credeva che volessi tenerla in gabbia. Non capiva che... volevo solo tenerla viva.»</w:t>
      </w:r>
    </w:p>
    <w:p w14:paraId="520DDC06" w14:textId="77777777" w:rsidR="007C3C6C" w:rsidRPr="00994820" w:rsidRDefault="007C3C6C" w:rsidP="00704DFD">
      <w:pPr>
        <w:spacing w:before="120" w:line="360" w:lineRule="auto"/>
        <w:ind w:firstLine="284"/>
        <w:jc w:val="both"/>
      </w:pPr>
      <w:r w:rsidRPr="00994820">
        <w:t>Si lasciò cadere contro lo schienale della sedia. Per un momento Aman sembrò un uomo consumato.</w:t>
      </w:r>
    </w:p>
    <w:p w14:paraId="0C0035F4" w14:textId="77777777" w:rsidR="00704DFD" w:rsidRDefault="007C3C6C" w:rsidP="00704DFD">
      <w:pPr>
        <w:spacing w:before="120" w:line="360" w:lineRule="auto"/>
        <w:ind w:firstLine="284"/>
        <w:jc w:val="both"/>
      </w:pPr>
      <w:r w:rsidRPr="00994820">
        <w:t>«le sue ferite errano…irreversibili. Io…»</w:t>
      </w:r>
    </w:p>
    <w:p w14:paraId="78BEBA07" w14:textId="1BBBBAF6" w:rsidR="007C3C6C" w:rsidRPr="00994820" w:rsidRDefault="007C3C6C" w:rsidP="00704DFD">
      <w:pPr>
        <w:spacing w:before="120" w:line="360" w:lineRule="auto"/>
        <w:ind w:firstLine="284"/>
        <w:jc w:val="both"/>
      </w:pPr>
      <w:r w:rsidRPr="00994820">
        <w:t>Si passò una mano tra i capelli in un gesto che non aveva nulla di controllato.</w:t>
      </w:r>
      <w:r w:rsidRPr="00994820">
        <w:br/>
        <w:t>«Io avrei dato tutto per salvarla. Ma l’unico modo era... permettere a Stein di trasformarla.»</w:t>
      </w:r>
    </w:p>
    <w:p w14:paraId="37C25BFD" w14:textId="77777777" w:rsidR="00704DFD" w:rsidRDefault="007C3C6C" w:rsidP="00704DFD">
      <w:pPr>
        <w:spacing w:before="120" w:line="360" w:lineRule="auto"/>
        <w:ind w:firstLine="284"/>
        <w:jc w:val="both"/>
      </w:pPr>
      <w:r w:rsidRPr="00994820">
        <w:t>Si voltò finalmente verso Fanny. Lo sguardo trasudava un senso di colpa sincero.</w:t>
      </w:r>
      <w:r w:rsidR="00704DFD">
        <w:t xml:space="preserve"> </w:t>
      </w:r>
      <w:r w:rsidRPr="00994820">
        <w:t>Quell’angelo si disgustava per quello che aveva fatto.</w:t>
      </w:r>
    </w:p>
    <w:p w14:paraId="47F3954E" w14:textId="1BAC3037" w:rsidR="007C3C6C" w:rsidRPr="00994820" w:rsidRDefault="007C3C6C" w:rsidP="00704DFD">
      <w:pPr>
        <w:spacing w:before="120" w:line="360" w:lineRule="auto"/>
        <w:ind w:firstLine="284"/>
        <w:jc w:val="both"/>
      </w:pPr>
      <w:r w:rsidRPr="00994820">
        <w:t>«Quel giorno... non ho salvato mia sorella. Ho salvato quello che ne restava.»</w:t>
      </w:r>
    </w:p>
    <w:p w14:paraId="66B3A76D" w14:textId="587E8848" w:rsidR="007C3C6C" w:rsidRPr="00994820" w:rsidRDefault="007C3C6C" w:rsidP="00704DFD">
      <w:pPr>
        <w:spacing w:before="120" w:line="360" w:lineRule="auto"/>
        <w:ind w:firstLine="284"/>
        <w:jc w:val="both"/>
      </w:pPr>
      <w:r w:rsidRPr="00994820">
        <w:t>Fanny si morse l’interno della guancia per non parlare. Per non lasciarsi scivolare dentro quella storia come una crepa nel cemento.</w:t>
      </w:r>
      <w:r w:rsidR="00704DFD">
        <w:t xml:space="preserve"> </w:t>
      </w:r>
      <w:r w:rsidRPr="00994820">
        <w:t>Ora capiva.</w:t>
      </w:r>
      <w:r w:rsidR="00704DFD">
        <w:t xml:space="preserve"> </w:t>
      </w:r>
      <w:r w:rsidRPr="00994820">
        <w:t>Ora vedeva quello che Aman proteggeva, con quella ferocia silenziosa che non aveva mai saputo spiegarsi prima.</w:t>
      </w:r>
    </w:p>
    <w:p w14:paraId="78FCF79D" w14:textId="186FAC09" w:rsidR="00704DFD" w:rsidRDefault="007C3C6C" w:rsidP="00704DFD">
      <w:pPr>
        <w:spacing w:before="120" w:line="360" w:lineRule="auto"/>
        <w:ind w:firstLine="284"/>
        <w:jc w:val="both"/>
      </w:pPr>
      <w:r w:rsidRPr="00994820">
        <w:t>«Sono rimasto al Dipartimento... non per fedeltà.» La voce di Aman</w:t>
      </w:r>
      <w:r w:rsidR="00704DFD">
        <w:t xml:space="preserve"> </w:t>
      </w:r>
      <w:r w:rsidRPr="00994820">
        <w:t>quasi un sussurro.</w:t>
      </w:r>
    </w:p>
    <w:p w14:paraId="152AF57D" w14:textId="51DBD165" w:rsidR="007C3C6C" w:rsidRPr="00994820" w:rsidRDefault="007C3C6C" w:rsidP="00704DFD">
      <w:pPr>
        <w:spacing w:before="120" w:line="360" w:lineRule="auto"/>
        <w:ind w:firstLine="284"/>
        <w:jc w:val="both"/>
      </w:pPr>
      <w:r w:rsidRPr="00994820">
        <w:t>«Sono rimasto... solo per lei.»</w:t>
      </w:r>
    </w:p>
    <w:p w14:paraId="2C187DAD" w14:textId="77777777" w:rsidR="007C3C6C" w:rsidRPr="00994820" w:rsidRDefault="007C3C6C" w:rsidP="00704DFD">
      <w:pPr>
        <w:spacing w:before="120" w:line="360" w:lineRule="auto"/>
        <w:ind w:firstLine="284"/>
        <w:jc w:val="both"/>
      </w:pPr>
      <w:r w:rsidRPr="00994820">
        <w:t>Per qualche secondo nessuno parlò.</w:t>
      </w:r>
    </w:p>
    <w:p w14:paraId="429A1157" w14:textId="77777777" w:rsidR="007C3C6C" w:rsidRPr="00994820" w:rsidRDefault="007C3C6C" w:rsidP="00704DFD">
      <w:pPr>
        <w:spacing w:before="120" w:line="360" w:lineRule="auto"/>
        <w:ind w:firstLine="284"/>
        <w:jc w:val="both"/>
      </w:pPr>
      <w:r w:rsidRPr="00994820">
        <w:lastRenderedPageBreak/>
        <w:t>Fanny inspirò piano, incapace di trovare parole.</w:t>
      </w:r>
      <w:r w:rsidRPr="00994820">
        <w:br/>
        <w:t>Il silenzio si era appena adagiato su di loro, quando Kieran si mosse.</w:t>
      </w:r>
      <w:r w:rsidRPr="00994820">
        <w:br/>
        <w:t>Con pochi passi raggiunse Aman.</w:t>
      </w:r>
    </w:p>
    <w:p w14:paraId="2B9818FD" w14:textId="77777777" w:rsidR="007C3C6C" w:rsidRPr="00994820" w:rsidRDefault="007C3C6C" w:rsidP="00704DFD">
      <w:pPr>
        <w:spacing w:before="120" w:line="360" w:lineRule="auto"/>
        <w:ind w:firstLine="284"/>
        <w:jc w:val="both"/>
      </w:pPr>
      <w:r w:rsidRPr="00994820">
        <w:t>«Senti Aman…» iniziò piano, come se cercasse di non turbarlo «Credo di capire perché sei qui»</w:t>
      </w:r>
    </w:p>
    <w:p w14:paraId="05036859" w14:textId="77777777" w:rsidR="007C3C6C" w:rsidRPr="00994820" w:rsidRDefault="007C3C6C" w:rsidP="00704DFD">
      <w:pPr>
        <w:spacing w:before="120" w:line="360" w:lineRule="auto"/>
        <w:ind w:firstLine="284"/>
        <w:jc w:val="both"/>
      </w:pPr>
      <w:r w:rsidRPr="00994820">
        <w:t>Aman lo fissò con degli occhi che, per la prima volta, apparivano come davvero umani</w:t>
      </w:r>
    </w:p>
    <w:p w14:paraId="6EC6C7EA" w14:textId="77777777" w:rsidR="007C3C6C" w:rsidRPr="00994820" w:rsidRDefault="007C3C6C" w:rsidP="00704DFD">
      <w:pPr>
        <w:spacing w:before="120" w:line="360" w:lineRule="auto"/>
        <w:ind w:firstLine="284"/>
        <w:jc w:val="both"/>
      </w:pPr>
      <w:r w:rsidRPr="00994820">
        <w:t>«Hai paura di perdere ciò che resta di lei… grazie a quel… Hive» l’ultima parola era carica di disprezzo.</w:t>
      </w:r>
    </w:p>
    <w:p w14:paraId="5AF054F1" w14:textId="77777777" w:rsidR="007C3C6C" w:rsidRPr="00994820" w:rsidRDefault="007C3C6C" w:rsidP="00704DFD">
      <w:pPr>
        <w:spacing w:before="120" w:line="360" w:lineRule="auto"/>
        <w:ind w:firstLine="284"/>
        <w:jc w:val="both"/>
      </w:pPr>
      <w:r w:rsidRPr="00994820">
        <w:t>Aman si limitò ad annuire debolmente, mentre le ultime lacrime gli rigavano il viso. I suoi capelli, normalmente lisci e perfetti si erano increspati, lasciandolo apparire ancora più distrutto di quanto non fosse.</w:t>
      </w:r>
    </w:p>
    <w:p w14:paraId="50F781FC" w14:textId="77777777" w:rsidR="007C3C6C" w:rsidRPr="00994820" w:rsidRDefault="007C3C6C" w:rsidP="00704DFD">
      <w:pPr>
        <w:spacing w:before="120" w:line="360" w:lineRule="auto"/>
        <w:ind w:firstLine="284"/>
        <w:jc w:val="both"/>
      </w:pPr>
      <w:r w:rsidRPr="00994820">
        <w:t>«Allora perdonami, ma non c’è molto tempo»</w:t>
      </w:r>
    </w:p>
    <w:p w14:paraId="4242719F" w14:textId="77777777" w:rsidR="007C3C6C" w:rsidRPr="00994820" w:rsidRDefault="007C3C6C" w:rsidP="00704DFD">
      <w:pPr>
        <w:spacing w:before="120" w:line="360" w:lineRule="auto"/>
        <w:ind w:firstLine="284"/>
        <w:jc w:val="both"/>
      </w:pPr>
      <w:r w:rsidRPr="00994820">
        <w:t>Con un movimento lento, controllato, il ragazzo si diresse verso Becky. L’ologramma era rimasta in un angolo, sorridente ad osservare la scena, temeva di disturbare, ma volevo comunque essere utile, perciò era rimasta lì.</w:t>
      </w:r>
    </w:p>
    <w:p w14:paraId="0A0DA8C5" w14:textId="77777777" w:rsidR="007C3C6C" w:rsidRPr="00994820" w:rsidRDefault="007C3C6C" w:rsidP="00704DFD">
      <w:pPr>
        <w:spacing w:before="120" w:line="360" w:lineRule="auto"/>
        <w:ind w:firstLine="284"/>
        <w:jc w:val="both"/>
      </w:pPr>
      <w:r w:rsidRPr="00994820">
        <w:t>Guardando lo sguardo di Kieran sembrò intuire cosa stava per succedere.</w:t>
      </w:r>
    </w:p>
    <w:p w14:paraId="49105665" w14:textId="77777777" w:rsidR="007C3C6C" w:rsidRPr="00994820" w:rsidRDefault="007C3C6C" w:rsidP="00704DFD">
      <w:pPr>
        <w:spacing w:before="120" w:line="360" w:lineRule="auto"/>
        <w:ind w:firstLine="284"/>
        <w:jc w:val="both"/>
      </w:pPr>
      <w:r w:rsidRPr="00994820">
        <w:t>«Becky… per favore puoi attuare il protocollo Bartolomeo?»</w:t>
      </w:r>
    </w:p>
    <w:p w14:paraId="12CF4FD0" w14:textId="77777777" w:rsidR="007C3C6C" w:rsidRPr="00994820" w:rsidRDefault="007C3C6C" w:rsidP="00704DFD">
      <w:pPr>
        <w:spacing w:before="120" w:line="360" w:lineRule="auto"/>
        <w:ind w:firstLine="284"/>
        <w:jc w:val="both"/>
      </w:pPr>
      <w:r w:rsidRPr="00994820">
        <w:t>Fanny si voltò di scatto verso i due nel sentire quel nome</w:t>
      </w:r>
    </w:p>
    <w:p w14:paraId="3635A05A" w14:textId="7AF7F615" w:rsidR="007C3C6C" w:rsidRPr="00994820" w:rsidRDefault="007C3C6C" w:rsidP="00704DFD">
      <w:pPr>
        <w:spacing w:before="120" w:line="360" w:lineRule="auto"/>
        <w:ind w:firstLine="284"/>
        <w:jc w:val="both"/>
      </w:pPr>
      <w:r w:rsidRPr="00994820">
        <w:t>«Protocollo Bartolomeo? Ma è mio padre!» ruggì schiettamente.</w:t>
      </w:r>
      <w:r w:rsidR="00704DFD">
        <w:t xml:space="preserve"> </w:t>
      </w:r>
      <w:r w:rsidRPr="00994820">
        <w:t>La voce di Kieran rimbombò nella stanza, più dura del solito.</w:t>
      </w:r>
    </w:p>
    <w:p w14:paraId="4255629B" w14:textId="77777777" w:rsidR="007C3C6C" w:rsidRPr="00994820" w:rsidRDefault="007C3C6C" w:rsidP="00704DFD">
      <w:pPr>
        <w:spacing w:before="120" w:line="360" w:lineRule="auto"/>
        <w:ind w:firstLine="284"/>
        <w:jc w:val="both"/>
      </w:pPr>
      <w:r w:rsidRPr="00994820">
        <w:t>Kieran mosse le dita, e Becky sembrò distorcersi, come se stesse perdendo il segnale, poi l’immagine ritornò nitida, ma non era più quella di Becky. L'ologramma mutò forma: da semplice supporto fluttuante assunse l’aspetto di una serie di dati codificati che scorrevano come vene dorate nel vuoto.</w:t>
      </w:r>
    </w:p>
    <w:p w14:paraId="60B499D7" w14:textId="5F63D4D3" w:rsidR="007C3C6C" w:rsidRPr="00994820" w:rsidRDefault="007C3C6C" w:rsidP="00704DFD">
      <w:pPr>
        <w:spacing w:before="120" w:line="360" w:lineRule="auto"/>
        <w:ind w:firstLine="284"/>
        <w:jc w:val="both"/>
      </w:pPr>
      <w:r w:rsidRPr="00994820">
        <w:t>«Becky non è solo una compagna di supporto.»</w:t>
      </w:r>
      <w:r w:rsidR="00704DFD">
        <w:t xml:space="preserve"> </w:t>
      </w:r>
      <w:r w:rsidRPr="00994820">
        <w:t>Kieran alzò lo sguardo su di loro. Fanny sentì la pelle pizzicarle sulle braccia.</w:t>
      </w:r>
      <w:r w:rsidR="00704DFD">
        <w:t xml:space="preserve"> </w:t>
      </w:r>
      <w:r w:rsidRPr="00994820">
        <w:t>«È un virus.»</w:t>
      </w:r>
    </w:p>
    <w:p w14:paraId="33A1324D" w14:textId="38D7AE37" w:rsidR="00704DFD" w:rsidRDefault="007C3C6C" w:rsidP="00704DFD">
      <w:pPr>
        <w:spacing w:before="120" w:line="360" w:lineRule="auto"/>
        <w:ind w:firstLine="284"/>
        <w:jc w:val="both"/>
      </w:pPr>
      <w:r w:rsidRPr="00994820">
        <w:t>Aman si mosse appena. Non un passo indietro. Solo un piccolo scatto muscolare, come un felino che fiuta il pericolo.</w:t>
      </w:r>
      <w:r w:rsidR="00704DFD">
        <w:t xml:space="preserve"> </w:t>
      </w:r>
      <w:r w:rsidRPr="00994820">
        <w:t>Fanny, invece, si costrinse a restare ferma.</w:t>
      </w:r>
    </w:p>
    <w:p w14:paraId="18133E58" w14:textId="5CD6B316" w:rsidR="007C3C6C" w:rsidRPr="00994820" w:rsidRDefault="007C3C6C" w:rsidP="00704DFD">
      <w:pPr>
        <w:spacing w:before="120" w:line="360" w:lineRule="auto"/>
        <w:ind w:firstLine="284"/>
        <w:jc w:val="both"/>
      </w:pPr>
      <w:r w:rsidRPr="00994820">
        <w:t>«Spiegati.»</w:t>
      </w:r>
    </w:p>
    <w:p w14:paraId="0A19EDD4" w14:textId="77777777" w:rsidR="00704DFD" w:rsidRDefault="007C3C6C" w:rsidP="00704DFD">
      <w:pPr>
        <w:spacing w:before="120" w:line="360" w:lineRule="auto"/>
        <w:ind w:firstLine="284"/>
        <w:jc w:val="both"/>
      </w:pPr>
      <w:r w:rsidRPr="00994820">
        <w:t>Kieran annuì, come se si aspettasse quella reazione.</w:t>
      </w:r>
      <w:r w:rsidR="00704DFD">
        <w:t xml:space="preserve"> </w:t>
      </w:r>
    </w:p>
    <w:p w14:paraId="32C92730" w14:textId="77777777" w:rsidR="00704DFD" w:rsidRDefault="007C3C6C" w:rsidP="00704DFD">
      <w:pPr>
        <w:spacing w:before="120" w:line="360" w:lineRule="auto"/>
        <w:ind w:firstLine="284"/>
        <w:jc w:val="both"/>
      </w:pPr>
      <w:r w:rsidRPr="00994820">
        <w:t>«Anni fa... quando ancora Taker si divertiva a picchiarmi come allenamento mattutino, lui e tuo padre svilupparono un sistema per bypassare il controllo della Sorridente.»</w:t>
      </w:r>
      <w:r w:rsidRPr="00994820">
        <w:br/>
        <w:t>Indicò Becky, che continuava a pulsare.</w:t>
      </w:r>
    </w:p>
    <w:p w14:paraId="354B6B65" w14:textId="7BD84482" w:rsidR="007C3C6C" w:rsidRPr="00994820" w:rsidRDefault="007C3C6C" w:rsidP="00704DFD">
      <w:pPr>
        <w:spacing w:before="120" w:line="360" w:lineRule="auto"/>
        <w:ind w:firstLine="284"/>
        <w:jc w:val="both"/>
      </w:pPr>
      <w:r w:rsidRPr="00994820">
        <w:lastRenderedPageBreak/>
        <w:t>«Lei è il risultato. Un IA modulare, tuo padre l’aveva creata per imparare le emozioni umane, emulare e distruggere i controlli dei Tringle Chip.»</w:t>
      </w:r>
    </w:p>
    <w:p w14:paraId="2963C8BA" w14:textId="77777777" w:rsidR="007C3C6C" w:rsidRPr="00994820" w:rsidRDefault="007C3C6C" w:rsidP="00704DFD">
      <w:pPr>
        <w:spacing w:before="120" w:line="360" w:lineRule="auto"/>
        <w:ind w:firstLine="284"/>
        <w:jc w:val="both"/>
      </w:pPr>
      <w:r w:rsidRPr="00994820">
        <w:t>Aman incrociò le braccia al petto. I suoi occhi erano due fessure taglienti.</w:t>
      </w:r>
      <w:r w:rsidRPr="00994820">
        <w:br/>
        <w:t>«E perché non l’avete usato subito?»</w:t>
      </w:r>
    </w:p>
    <w:p w14:paraId="74184289" w14:textId="77777777" w:rsidR="007C3C6C" w:rsidRPr="00994820" w:rsidRDefault="007C3C6C" w:rsidP="00704DFD">
      <w:pPr>
        <w:spacing w:before="120" w:line="360" w:lineRule="auto"/>
        <w:ind w:firstLine="284"/>
        <w:jc w:val="both"/>
      </w:pPr>
      <w:r w:rsidRPr="00994820">
        <w:t>Kieran abbassò la voce, rendendola ancora più tagliente.</w:t>
      </w:r>
      <w:r w:rsidRPr="00994820">
        <w:br/>
        <w:t xml:space="preserve">«Perché non funzionava. Nonostante i tentativi non riuscivamo a insegnare all’IA a comprendere le emozioni umane.» Gli occhi di Fanny erano fissi sulla stringa di codice che aveva sostituito Becky. Vederla trasformarsi in qualcosa di così freddo e inumano fu come vederla morire. </w:t>
      </w:r>
    </w:p>
    <w:p w14:paraId="61BD8019" w14:textId="77777777" w:rsidR="007C3C6C" w:rsidRPr="00994820" w:rsidRDefault="007C3C6C" w:rsidP="00704DFD">
      <w:pPr>
        <w:spacing w:before="120" w:line="360" w:lineRule="auto"/>
        <w:ind w:firstLine="284"/>
        <w:jc w:val="both"/>
      </w:pPr>
      <w:r w:rsidRPr="00994820">
        <w:t>«…Becky?...» sussurrò appena.</w:t>
      </w:r>
    </w:p>
    <w:p w14:paraId="3DE82283" w14:textId="77777777" w:rsidR="007C3C6C" w:rsidRPr="00994820" w:rsidRDefault="007C3C6C" w:rsidP="00704DFD">
      <w:pPr>
        <w:spacing w:before="120" w:line="360" w:lineRule="auto"/>
        <w:ind w:firstLine="284"/>
        <w:jc w:val="both"/>
      </w:pPr>
      <w:r w:rsidRPr="00994820">
        <w:t>«Il problema era che nessuno in città era sprovvisto di controllo emotivo, tranne Fanny»</w:t>
      </w:r>
    </w:p>
    <w:p w14:paraId="0D80D6DB" w14:textId="77777777" w:rsidR="007C3C6C" w:rsidRPr="00994820" w:rsidRDefault="007C3C6C" w:rsidP="00704DFD">
      <w:pPr>
        <w:spacing w:before="120" w:line="360" w:lineRule="auto"/>
        <w:ind w:firstLine="284"/>
        <w:jc w:val="both"/>
      </w:pPr>
      <w:r w:rsidRPr="00994820">
        <w:t>Fanny sentì un brivido salirle lungo la spina dorsale.</w:t>
      </w:r>
      <w:r w:rsidRPr="00994820">
        <w:br/>
        <w:t>«Tuo padre l’ha creata per te, ce lo disse: solo sua figlia sarebbe riuscita a interfacciarsi con questo programma.» aggiunse cercando di emulare il tono di Taker. Ovviamente tutte queste informazioni dovevano provenire da quello stronzo di un negoziante, pensò irritata Fanny.</w:t>
      </w:r>
    </w:p>
    <w:p w14:paraId="22BF4C2D" w14:textId="77777777" w:rsidR="007C3C6C" w:rsidRPr="00994820" w:rsidRDefault="007C3C6C" w:rsidP="00704DFD">
      <w:pPr>
        <w:spacing w:before="120" w:line="360" w:lineRule="auto"/>
        <w:ind w:firstLine="284"/>
        <w:jc w:val="both"/>
      </w:pPr>
      <w:r w:rsidRPr="00994820">
        <w:t>«Ovviamente non siamo stati in panciolla, anche se ci aveva avvisato dovevamo tentare di istruire l’IA» poi Kieran si appoggiò al muro, accanto al suo skate «Comunque poi sei arrivata e Taker ha fatto in modo di darti Becky»</w:t>
      </w:r>
    </w:p>
    <w:p w14:paraId="1FDA322A" w14:textId="77777777" w:rsidR="007C3C6C" w:rsidRPr="00994820" w:rsidRDefault="007C3C6C" w:rsidP="00704DFD">
      <w:pPr>
        <w:spacing w:before="120" w:line="360" w:lineRule="auto"/>
        <w:ind w:firstLine="284"/>
        <w:jc w:val="both"/>
      </w:pPr>
      <w:r w:rsidRPr="00994820">
        <w:t>Fanny si senti trafiggere e scattò in piedi «Sarebbe moooolto apprezzabile se da adesso in poi foste onesti con me invece di continuare ad architettare piani assurdi per sfruttarmi.» picchiò un pugno sul tavolo su cui era poggiata la moneta del padre «Vi bastava chiederlo. Bastava dirmi che era l’ennessimo, meraviglioso regalo di mio padre.» delle calde lacrime caddero infine sulla moneta.</w:t>
      </w:r>
    </w:p>
    <w:p w14:paraId="10C34A9B" w14:textId="77777777" w:rsidR="007C3C6C" w:rsidRPr="00994820" w:rsidRDefault="007C3C6C" w:rsidP="00704DFD">
      <w:pPr>
        <w:spacing w:before="120" w:line="360" w:lineRule="auto"/>
        <w:ind w:firstLine="284"/>
        <w:jc w:val="both"/>
      </w:pPr>
      <w:r w:rsidRPr="00994820">
        <w:t>Ma non c’era tempo per lasciarsi prendere dall’emozione, per cui si asciò rapidamente il volto e scrutò i due con occhi severi. «Quindi dobbiamo solo portare il virus al centro del sistema?»</w:t>
      </w:r>
    </w:p>
    <w:p w14:paraId="0009F7E1" w14:textId="77777777" w:rsidR="009B4B87" w:rsidRDefault="007C3C6C" w:rsidP="009B4B87">
      <w:pPr>
        <w:spacing w:before="120" w:line="360" w:lineRule="auto"/>
        <w:ind w:firstLine="284"/>
        <w:jc w:val="both"/>
      </w:pPr>
      <w:r w:rsidRPr="00994820">
        <w:t>«Sì» rispose secco Kieran «Se portiamo Becky nella torre della sorridente, all’ultimo piano, dove risiede la fonte energetica che alimenta il sistema della città, questo stupido Emotion Hive collasserà.»</w:t>
      </w:r>
    </w:p>
    <w:p w14:paraId="2F11CB84" w14:textId="2718DE04" w:rsidR="007C3C6C" w:rsidRPr="00994820" w:rsidRDefault="007C3C6C" w:rsidP="009B4B87">
      <w:pPr>
        <w:spacing w:before="120" w:line="360" w:lineRule="auto"/>
        <w:ind w:firstLine="284"/>
        <w:jc w:val="both"/>
      </w:pPr>
      <w:r w:rsidRPr="00994820">
        <w:t>Kieran sembrava scolpito nel granito adesso.</w:t>
      </w:r>
      <w:r w:rsidR="009B4B87">
        <w:t xml:space="preserve"> </w:t>
      </w:r>
      <w:r w:rsidRPr="00994820">
        <w:t>«Nessun più controllo sulle emozioni. Nessun più EV monitorato. La Sorridente... perderà il suo occhio onnisciente.»</w:t>
      </w:r>
    </w:p>
    <w:p w14:paraId="58B94B10" w14:textId="09B74C88" w:rsidR="007C3C6C" w:rsidRPr="00994820" w:rsidRDefault="007C3C6C" w:rsidP="00704DFD">
      <w:pPr>
        <w:spacing w:before="120" w:line="360" w:lineRule="auto"/>
        <w:ind w:firstLine="284"/>
        <w:jc w:val="both"/>
      </w:pPr>
      <w:r w:rsidRPr="00994820">
        <w:t>Un momento di silenzio.</w:t>
      </w:r>
      <w:r w:rsidR="009B4B87">
        <w:t xml:space="preserve"> </w:t>
      </w:r>
      <w:r w:rsidRPr="00994820">
        <w:t>Pesante. Asfissiante.</w:t>
      </w:r>
    </w:p>
    <w:p w14:paraId="578182EC" w14:textId="0574CBCA" w:rsidR="007C3C6C" w:rsidRPr="00994820" w:rsidRDefault="007C3C6C" w:rsidP="00704DFD">
      <w:pPr>
        <w:spacing w:before="120" w:line="360" w:lineRule="auto"/>
        <w:ind w:firstLine="284"/>
        <w:jc w:val="both"/>
      </w:pPr>
      <w:r w:rsidRPr="00994820">
        <w:t>Fanny abbassò lo sguardo su Becky.</w:t>
      </w:r>
      <w:r w:rsidR="009B4B87">
        <w:t xml:space="preserve"> </w:t>
      </w:r>
      <w:r w:rsidRPr="00994820">
        <w:t>Sembrava impossibile che qualcosa di così piccolo contenesse una bomba così enorme.</w:t>
      </w:r>
    </w:p>
    <w:p w14:paraId="1E8876F8" w14:textId="54400CAB" w:rsidR="007C3C6C" w:rsidRPr="00994820" w:rsidRDefault="007C3C6C" w:rsidP="00704DFD">
      <w:pPr>
        <w:spacing w:before="120" w:line="360" w:lineRule="auto"/>
        <w:ind w:firstLine="284"/>
        <w:jc w:val="both"/>
      </w:pPr>
      <w:r w:rsidRPr="00994820">
        <w:lastRenderedPageBreak/>
        <w:t>«E... gli effetti collaterali?» Fanny stava inizialmente pensando a Becky, non ai cittadini, ma poi si ricompose. Becky in fondo era un’arma, proprio come Momo e Rock. “Stupida io a legarmici tanto.” Pensò afflitta.</w:t>
      </w:r>
      <w:r w:rsidR="009B4B87">
        <w:t xml:space="preserve"> </w:t>
      </w:r>
      <w:r w:rsidRPr="00994820">
        <w:t>La sua voce era dura, spezzata.</w:t>
      </w:r>
    </w:p>
    <w:p w14:paraId="7448DCC3" w14:textId="77777777" w:rsidR="007C3C6C" w:rsidRPr="00994820" w:rsidRDefault="007C3C6C" w:rsidP="00704DFD">
      <w:pPr>
        <w:spacing w:before="120" w:line="360" w:lineRule="auto"/>
        <w:ind w:firstLine="284"/>
        <w:jc w:val="both"/>
      </w:pPr>
      <w:r w:rsidRPr="00994820">
        <w:t>Kieran chiuse brevemente gli occhi. Quando li riaprì, erano pieni di una strana luce. Sembrava avesse letto nella mente della ragazza.</w:t>
      </w:r>
      <w:r w:rsidRPr="00994820">
        <w:br/>
        <w:t>«Becky starà benissimo, deve solo installare il codice del virus.» disse verso Fanny con un ampio sorriso.</w:t>
      </w:r>
    </w:p>
    <w:p w14:paraId="2A4A086C" w14:textId="77777777" w:rsidR="007C3C6C" w:rsidRPr="00994820" w:rsidRDefault="007C3C6C" w:rsidP="00704DFD">
      <w:pPr>
        <w:spacing w:before="120" w:line="360" w:lineRule="auto"/>
        <w:ind w:firstLine="284"/>
        <w:jc w:val="both"/>
      </w:pPr>
      <w:r w:rsidRPr="00994820">
        <w:t>La risposta inaspettata colpì profondamente la ragazza.</w:t>
      </w:r>
    </w:p>
    <w:p w14:paraId="7531DA24" w14:textId="77777777" w:rsidR="007C3C6C" w:rsidRPr="00994820" w:rsidRDefault="007C3C6C" w:rsidP="00704DFD">
      <w:pPr>
        <w:spacing w:before="120" w:line="360" w:lineRule="auto"/>
        <w:ind w:firstLine="284"/>
        <w:jc w:val="both"/>
      </w:pPr>
      <w:r w:rsidRPr="00994820">
        <w:t>«Per quanto riguarda gli altri» continuò Kieran guardando Aman «Bisogna agire in fretta. Chiunque venga connesso all’Hive subirà gli effetti del virus, e non sappiamo quanti danni porterebbe alle loro psiche. Più tardi agiamo più vittime innocenti ci saranno»</w:t>
      </w:r>
    </w:p>
    <w:p w14:paraId="148A9F27" w14:textId="11F38848" w:rsidR="007C3C6C" w:rsidRPr="00994820" w:rsidRDefault="007C3C6C" w:rsidP="00704DFD">
      <w:pPr>
        <w:spacing w:before="120" w:line="360" w:lineRule="auto"/>
        <w:ind w:firstLine="284"/>
        <w:jc w:val="both"/>
      </w:pPr>
      <w:r w:rsidRPr="00994820">
        <w:t>Aman lo fissava senza battere ciglio.</w:t>
      </w:r>
      <w:r w:rsidR="009B4B87">
        <w:t xml:space="preserve"> </w:t>
      </w:r>
      <w:r w:rsidRPr="00994820">
        <w:t>«E probabilmente Momo sarà tra le prime a ricevere questo dono dalla nostra “Dea”» disse a denti stretti Aman.</w:t>
      </w:r>
    </w:p>
    <w:p w14:paraId="25084940" w14:textId="77777777" w:rsidR="007C3C6C" w:rsidRPr="00994820" w:rsidRDefault="007C3C6C" w:rsidP="00704DFD">
      <w:pPr>
        <w:spacing w:before="120" w:line="360" w:lineRule="auto"/>
        <w:ind w:firstLine="284"/>
        <w:jc w:val="both"/>
      </w:pPr>
      <w:r w:rsidRPr="00994820">
        <w:t>Un silenzio greve cadde su di loro e Kieran si limitò ad annuire deciso.</w:t>
      </w:r>
    </w:p>
    <w:p w14:paraId="49EEEAED" w14:textId="14B86023" w:rsidR="007C3C6C" w:rsidRPr="00994820" w:rsidRDefault="007C3C6C" w:rsidP="00704DFD">
      <w:pPr>
        <w:spacing w:before="120" w:line="360" w:lineRule="auto"/>
        <w:ind w:firstLine="284"/>
        <w:jc w:val="both"/>
      </w:pPr>
      <w:r w:rsidRPr="00994820">
        <w:t>Aman rimase immobile.</w:t>
      </w:r>
      <w:r w:rsidR="009B4B87">
        <w:t xml:space="preserve"> </w:t>
      </w:r>
      <w:r w:rsidRPr="00994820">
        <w:t>Sembrava si fosse completamente arrestato, ma Fanny vedeva il modo in cui le sue spalle si alzavano e si abbassavano a ogni respiro.</w:t>
      </w:r>
      <w:r w:rsidR="009B4B87">
        <w:t xml:space="preserve"> </w:t>
      </w:r>
      <w:r w:rsidRPr="00994820">
        <w:t>Un respiro lento. Carico.</w:t>
      </w:r>
    </w:p>
    <w:p w14:paraId="2D501E3A" w14:textId="791F1BF2" w:rsidR="007C3C6C" w:rsidRPr="00994820" w:rsidRDefault="007C3C6C" w:rsidP="009B4B87">
      <w:pPr>
        <w:spacing w:before="120" w:line="360" w:lineRule="auto"/>
        <w:ind w:firstLine="284"/>
        <w:jc w:val="both"/>
      </w:pPr>
      <w:r w:rsidRPr="00994820">
        <w:t>Fanny non si mosse. Non disse niente.</w:t>
      </w:r>
      <w:r w:rsidR="009B4B87">
        <w:t xml:space="preserve"> </w:t>
      </w:r>
      <w:r w:rsidRPr="00994820">
        <w:t>Anche Kieran rimase in silenzio, lasciando che fosse Aman a scegliere da solo.</w:t>
      </w:r>
      <w:r w:rsidR="009B4B87">
        <w:t xml:space="preserve"> </w:t>
      </w:r>
      <w:r w:rsidRPr="00994820">
        <w:t>Per lunghi secondi, la stanza fu solo il rumore sordo del sistema di ventilazione, e il battito pesante della ragazza, che accelerava poco per volta.</w:t>
      </w:r>
    </w:p>
    <w:p w14:paraId="75A453D6" w14:textId="00C93EE4" w:rsidR="007C3C6C" w:rsidRPr="00994820" w:rsidRDefault="007C3C6C" w:rsidP="00704DFD">
      <w:pPr>
        <w:spacing w:before="120" w:line="360" w:lineRule="auto"/>
        <w:ind w:firstLine="284"/>
        <w:jc w:val="both"/>
      </w:pPr>
      <w:r w:rsidRPr="00994820">
        <w:t>Poi Aman parlò.</w:t>
      </w:r>
      <w:r w:rsidR="009B4B87">
        <w:t xml:space="preserve"> </w:t>
      </w:r>
      <w:r w:rsidRPr="00994820">
        <w:t>Con voce bassa. Quella calma che precede una decisione irrevocabile.</w:t>
      </w:r>
    </w:p>
    <w:p w14:paraId="3C311E7F" w14:textId="77777777" w:rsidR="007C3C6C" w:rsidRPr="00994820" w:rsidRDefault="007C3C6C" w:rsidP="00704DFD">
      <w:pPr>
        <w:spacing w:before="120" w:line="360" w:lineRule="auto"/>
        <w:ind w:firstLine="284"/>
        <w:jc w:val="both"/>
      </w:pPr>
      <w:r w:rsidRPr="00994820">
        <w:t>«Io vengo.»</w:t>
      </w:r>
    </w:p>
    <w:p w14:paraId="1700A939" w14:textId="7C9ADC6C" w:rsidR="007C3C6C" w:rsidRPr="00994820" w:rsidRDefault="007C3C6C" w:rsidP="009B4B87">
      <w:pPr>
        <w:spacing w:before="120" w:line="360" w:lineRule="auto"/>
        <w:ind w:firstLine="284"/>
        <w:jc w:val="both"/>
      </w:pPr>
      <w:r w:rsidRPr="00994820">
        <w:t>Lo disse senza enfasi, senza esitazione.</w:t>
      </w:r>
      <w:r w:rsidR="009B4B87">
        <w:t xml:space="preserve"> </w:t>
      </w:r>
      <w:r w:rsidRPr="00994820">
        <w:t>Fece un passo avanti.</w:t>
      </w:r>
      <w:r w:rsidR="009B4B87">
        <w:t xml:space="preserve"> </w:t>
      </w:r>
      <w:r w:rsidRPr="00994820">
        <w:t>Un suono metallico accompagnò il movimento, il rumore delle sue ali che si aprivano lente. Sembrava che anche loro stessero finalmente prendendo respiro.</w:t>
      </w:r>
    </w:p>
    <w:p w14:paraId="0F68A489" w14:textId="3CDA38EF" w:rsidR="007C3C6C" w:rsidRPr="00994820" w:rsidRDefault="007C3C6C" w:rsidP="00704DFD">
      <w:pPr>
        <w:spacing w:before="120" w:line="360" w:lineRule="auto"/>
        <w:ind w:firstLine="284"/>
        <w:jc w:val="both"/>
      </w:pPr>
      <w:r w:rsidRPr="00994820">
        <w:t>«Non per il vostro piano.»</w:t>
      </w:r>
      <w:r w:rsidR="009B4B87">
        <w:t xml:space="preserve"> </w:t>
      </w:r>
      <w:r w:rsidRPr="00994820">
        <w:t>La sua voce era più ruvida ora, piena di qualcosa che Fanny riconobbe troppo bene: dolore trattenuto.</w:t>
      </w:r>
      <w:r w:rsidR="009B4B87">
        <w:t xml:space="preserve"> </w:t>
      </w:r>
      <w:r w:rsidRPr="00994820">
        <w:t>«Non per salvare questa città.»</w:t>
      </w:r>
    </w:p>
    <w:p w14:paraId="3C7CD16B" w14:textId="77777777" w:rsidR="007C3C6C" w:rsidRPr="00994820" w:rsidRDefault="007C3C6C" w:rsidP="00704DFD">
      <w:pPr>
        <w:spacing w:before="120" w:line="360" w:lineRule="auto"/>
        <w:ind w:firstLine="284"/>
        <w:jc w:val="both"/>
      </w:pPr>
      <w:r w:rsidRPr="00994820">
        <w:t>Un altro passo. Più deciso.</w:t>
      </w:r>
    </w:p>
    <w:p w14:paraId="1B7AD1D0" w14:textId="77777777" w:rsidR="007C3C6C" w:rsidRPr="00994820" w:rsidRDefault="007C3C6C" w:rsidP="00704DFD">
      <w:pPr>
        <w:spacing w:before="120" w:line="360" w:lineRule="auto"/>
        <w:ind w:firstLine="284"/>
        <w:jc w:val="both"/>
      </w:pPr>
      <w:r w:rsidRPr="00994820">
        <w:t>«Lo faccio... per quello che resta di lei.»</w:t>
      </w:r>
    </w:p>
    <w:p w14:paraId="51CFC72B" w14:textId="77777777" w:rsidR="007C3C6C" w:rsidRPr="00994820" w:rsidRDefault="007C3C6C" w:rsidP="00704DFD">
      <w:pPr>
        <w:spacing w:before="120" w:line="360" w:lineRule="auto"/>
        <w:ind w:firstLine="284"/>
        <w:jc w:val="both"/>
      </w:pPr>
      <w:r w:rsidRPr="00994820">
        <w:t xml:space="preserve">Fanny vide la contrazione leggera della mascella di Aman e a fatica trattenne uno sguardo di rimprovero. Si ostinava a voler salvare qualcosa che era già perso da tempo. Fanny non riusciva a capirlo del tutto. </w:t>
      </w:r>
    </w:p>
    <w:p w14:paraId="2B1895B6" w14:textId="77777777" w:rsidR="007C3C6C" w:rsidRPr="00994820" w:rsidRDefault="007C3C6C" w:rsidP="00704DFD">
      <w:pPr>
        <w:spacing w:before="120" w:line="360" w:lineRule="auto"/>
        <w:ind w:firstLine="284"/>
        <w:jc w:val="both"/>
      </w:pPr>
      <w:r w:rsidRPr="00994820">
        <w:t>Quello che però riusciva a capire perfettamente era l’amore per una persona cara, e tanto gli bastava.</w:t>
      </w:r>
    </w:p>
    <w:p w14:paraId="69343FD5" w14:textId="77777777" w:rsidR="007C3C6C" w:rsidRPr="00994820" w:rsidRDefault="007C3C6C" w:rsidP="00704DFD">
      <w:pPr>
        <w:spacing w:before="120" w:line="360" w:lineRule="auto"/>
        <w:ind w:firstLine="284"/>
        <w:jc w:val="both"/>
      </w:pPr>
      <w:r w:rsidRPr="00994820">
        <w:lastRenderedPageBreak/>
        <w:t>«Se anche solo una parte di lei può sopravvivere... allora io combatterò.»</w:t>
      </w:r>
      <w:r w:rsidRPr="00994820">
        <w:br/>
        <w:t>Serrò i pugni lungo i fianchi, le nocche che scricchiolavano piano.</w:t>
      </w:r>
    </w:p>
    <w:p w14:paraId="1481AA9E" w14:textId="77777777" w:rsidR="007C3C6C" w:rsidRPr="00994820" w:rsidRDefault="007C3C6C" w:rsidP="00704DFD">
      <w:pPr>
        <w:spacing w:before="120" w:line="360" w:lineRule="auto"/>
        <w:ind w:firstLine="284"/>
        <w:jc w:val="both"/>
      </w:pPr>
      <w:r w:rsidRPr="00994820">
        <w:t>«Anche a costo di morire qui.»</w:t>
      </w:r>
    </w:p>
    <w:p w14:paraId="4D7B39E0" w14:textId="77777777" w:rsidR="007C3C6C" w:rsidRPr="00994820" w:rsidRDefault="007C3C6C" w:rsidP="00704DFD">
      <w:pPr>
        <w:spacing w:before="120" w:line="360" w:lineRule="auto"/>
        <w:ind w:firstLine="284"/>
        <w:jc w:val="both"/>
      </w:pPr>
      <w:r w:rsidRPr="00994820">
        <w:t>A questo punto la ragazza non riuscì a trattenersi.</w:t>
      </w:r>
    </w:p>
    <w:p w14:paraId="0B683559" w14:textId="77777777" w:rsidR="007C3C6C" w:rsidRPr="00994820" w:rsidRDefault="007C3C6C" w:rsidP="00704DFD">
      <w:pPr>
        <w:spacing w:before="120" w:line="360" w:lineRule="auto"/>
        <w:ind w:firstLine="284"/>
        <w:jc w:val="both"/>
      </w:pPr>
      <w:r w:rsidRPr="00994820">
        <w:t>«Questo no.» disse con voce brusca e decisa, tanto che i due ragazzi si voltarono all’unisono verso di lei.</w:t>
      </w:r>
    </w:p>
    <w:p w14:paraId="37D34B2F" w14:textId="77777777" w:rsidR="007C3C6C" w:rsidRPr="00994820" w:rsidRDefault="007C3C6C" w:rsidP="00704DFD">
      <w:pPr>
        <w:spacing w:before="120" w:line="360" w:lineRule="auto"/>
        <w:ind w:firstLine="284"/>
        <w:jc w:val="both"/>
      </w:pPr>
      <w:r w:rsidRPr="00994820">
        <w:t xml:space="preserve">«Ascoltami bene» iniziò avvicinandosi con movimenti minacciosi e gli occhi del verde smeraldo passarono al dorato «Ti aiuterò a fare il possibile per salvare tua sorella, ma» e dicendo ciò lo afferrò per la collottola della sua divisa. Aman si irrigidì in risposta, quasi temendo un nuovo pugno improvviso dalla ragazza dallo sguardo infuocato. «Non ti permetterò di buttare al vento la tua vita.» aggiunse decisa, con i suoi occhi immersi in quelli di Aman «La cosa più preziosa che esista di tua sorella, quella vera, quella che solo tu conosci e ami, è il ricordo che conservi di lei.» </w:t>
      </w:r>
    </w:p>
    <w:p w14:paraId="3FF8183A" w14:textId="77777777" w:rsidR="007C3C6C" w:rsidRPr="00994820" w:rsidRDefault="007C3C6C" w:rsidP="00704DFD">
      <w:pPr>
        <w:spacing w:before="120" w:line="360" w:lineRule="auto"/>
        <w:ind w:firstLine="284"/>
        <w:jc w:val="both"/>
      </w:pPr>
      <w:r w:rsidRPr="00994820">
        <w:t>«Non il suo corpo o il suo volto inespressivo» concluse con volto truce mollando la presa sul ragazzo.</w:t>
      </w:r>
    </w:p>
    <w:p w14:paraId="2BC62DDB" w14:textId="77777777" w:rsidR="007C3C6C" w:rsidRPr="00994820" w:rsidRDefault="007C3C6C" w:rsidP="00704DFD">
      <w:pPr>
        <w:spacing w:before="120" w:line="360" w:lineRule="auto"/>
        <w:ind w:firstLine="284"/>
        <w:jc w:val="both"/>
      </w:pPr>
      <w:r w:rsidRPr="00994820">
        <w:t>La porta si richiuse alle spalle dei tre Shinigami. I tre avevano deciso. E sapevano molto bene che dovevano muoversi. Ora che anche Stein era perso, sapevano perfettamente che, se avessero voluto avere una minima chance di salvare anche Momo e Rock non avrebbero potuto permettersi il lusso di temporeggiare o di pianificare. Avrebbero lasciato molto al caso, questo sì.</w:t>
      </w:r>
    </w:p>
    <w:p w14:paraId="6CD9FAA8" w14:textId="77777777" w:rsidR="007C3C6C" w:rsidRPr="00994820" w:rsidRDefault="007C3C6C" w:rsidP="00704DFD">
      <w:pPr>
        <w:spacing w:before="120" w:line="360" w:lineRule="auto"/>
        <w:ind w:firstLine="284"/>
        <w:jc w:val="both"/>
      </w:pPr>
      <w:r w:rsidRPr="00994820">
        <w:t>Nonostante ciò, Fanny sembrò quasi sorridere, agire istintivamente la faceva sentire più serena. Niente piani da dover seguire, da vedere infranti davanti ai propri occhi. Trovava che così tutto fosse più naturale.</w:t>
      </w:r>
    </w:p>
    <w:p w14:paraId="0171DF8B" w14:textId="77777777" w:rsidR="007C3C6C" w:rsidRPr="00994820" w:rsidRDefault="007C3C6C" w:rsidP="00704DFD">
      <w:pPr>
        <w:spacing w:before="120" w:line="360" w:lineRule="auto"/>
        <w:ind w:firstLine="284"/>
        <w:jc w:val="both"/>
      </w:pPr>
      <w:r w:rsidRPr="00994820">
        <w:t>Era ormai primo pomeriggio. Il Dipartimento del Tramonto, tenendo fede al suo nome, sembrava deserto in quelle ore in cui il sole artificiale picchiava sulla torre. I tre ragazzi avanzavano spediti lungo i corridoi del dipartimento e fra le scale di quell’ampio edificio. Ciò che dominava i loro sensi era il rumore sordo dei passi che martellavano il cemento.</w:t>
      </w:r>
      <w:r w:rsidRPr="00994820">
        <w:br/>
        <w:t>Quello e il fruscio furioso dei loro respiri agitati.</w:t>
      </w:r>
    </w:p>
    <w:p w14:paraId="0899892D" w14:textId="77777777" w:rsidR="007C3C6C" w:rsidRPr="00994820" w:rsidRDefault="007C3C6C" w:rsidP="00704DFD">
      <w:pPr>
        <w:spacing w:before="120" w:line="360" w:lineRule="auto"/>
        <w:ind w:firstLine="284"/>
        <w:jc w:val="both"/>
      </w:pPr>
      <w:r w:rsidRPr="00994820">
        <w:t>Becky guizzava accanto a loro, il suo ologramma vibrante di un’ansia che sembrava quasi umana.</w:t>
      </w:r>
    </w:p>
    <w:p w14:paraId="0530473D" w14:textId="5DD83B49" w:rsidR="007C3C6C" w:rsidRPr="00994820" w:rsidRDefault="007C3C6C" w:rsidP="00704DFD">
      <w:pPr>
        <w:spacing w:before="120" w:line="360" w:lineRule="auto"/>
        <w:ind w:firstLine="284"/>
        <w:jc w:val="both"/>
      </w:pPr>
      <w:r w:rsidRPr="00994820">
        <w:t>Corridoio dopo corridoio, il mondo si restringeva.</w:t>
      </w:r>
      <w:r w:rsidR="009B4B87">
        <w:t xml:space="preserve"> </w:t>
      </w:r>
      <w:r w:rsidRPr="00994820">
        <w:t>Tutto intorno a loro era buio sporco, lampade tremolanti, tubature che gemevano come vecchie ossa.</w:t>
      </w:r>
    </w:p>
    <w:p w14:paraId="28299D81" w14:textId="52E226A7" w:rsidR="007C3C6C" w:rsidRPr="00994820" w:rsidRDefault="007C3C6C" w:rsidP="00704DFD">
      <w:pPr>
        <w:spacing w:before="120" w:line="360" w:lineRule="auto"/>
        <w:ind w:firstLine="284"/>
        <w:jc w:val="both"/>
      </w:pPr>
      <w:r w:rsidRPr="00994820">
        <w:t>Arrivati a un crocevia, si separarono senza bisogno di una parola.</w:t>
      </w:r>
      <w:r w:rsidR="009B4B87">
        <w:t xml:space="preserve"> </w:t>
      </w:r>
      <w:r w:rsidRPr="00994820">
        <w:t>Era stato deciso molto prima che scattassero.</w:t>
      </w:r>
    </w:p>
    <w:p w14:paraId="5F8C31BE" w14:textId="7B981932" w:rsidR="007C3C6C" w:rsidRPr="00994820" w:rsidRDefault="007C3C6C" w:rsidP="00704DFD">
      <w:pPr>
        <w:spacing w:before="120" w:line="360" w:lineRule="auto"/>
        <w:ind w:firstLine="284"/>
        <w:jc w:val="both"/>
      </w:pPr>
      <w:r w:rsidRPr="00994820">
        <w:t>«Becky...» Fanny la chiamò con un soffio, senza fermarsi, come a volerla salutare, o forse nel tentativo futile di incoraggiarla.</w:t>
      </w:r>
      <w:r w:rsidR="009B4B87">
        <w:t xml:space="preserve"> </w:t>
      </w:r>
      <w:r w:rsidRPr="00994820">
        <w:t xml:space="preserve">Ma l’ologramma sembrava sereno come non mai, si limitò a fare un piccolo cenno con il capo </w:t>
      </w:r>
      <w:r w:rsidRPr="00994820">
        <w:lastRenderedPageBreak/>
        <w:t>prima di infilarsi come fumo nel guantone sinistro di Fanny. Alcuni istanti dopo la luce azzurra normalmente emessa dai guantoni da quando Fanny vi inserì quell’IA svanì.</w:t>
      </w:r>
    </w:p>
    <w:p w14:paraId="205D4059" w14:textId="57C21915" w:rsidR="007C3C6C" w:rsidRPr="00994820" w:rsidRDefault="007C3C6C" w:rsidP="00704DFD">
      <w:pPr>
        <w:spacing w:before="120" w:line="360" w:lineRule="auto"/>
        <w:ind w:firstLine="284"/>
        <w:jc w:val="both"/>
      </w:pPr>
      <w:r w:rsidRPr="00994820">
        <w:t>Becky era già in viaggio attraverso il sistema.</w:t>
      </w:r>
      <w:r w:rsidR="009B4B87">
        <w:t xml:space="preserve"> </w:t>
      </w:r>
      <w:r w:rsidRPr="00994820">
        <w:t xml:space="preserve">Il suo primo compito era semplice: raggiungere la sua </w:t>
      </w:r>
      <w:r w:rsidRPr="00994820">
        <w:rPr>
          <w:b/>
          <w:bCs/>
        </w:rPr>
        <w:t>gemma nascosta nella Hope Factory</w:t>
      </w:r>
      <w:r w:rsidRPr="00994820">
        <w:t>.</w:t>
      </w:r>
      <w:r w:rsidR="009B4B87">
        <w:t xml:space="preserve"> </w:t>
      </w:r>
      <w:r w:rsidRPr="00994820">
        <w:t xml:space="preserve">Da lì avrebbe trasmesso l’avviso a </w:t>
      </w:r>
      <w:r w:rsidRPr="00994820">
        <w:rPr>
          <w:b/>
          <w:bCs/>
        </w:rPr>
        <w:t>Koro</w:t>
      </w:r>
      <w:r w:rsidRPr="00994820">
        <w:t xml:space="preserve">, </w:t>
      </w:r>
      <w:r w:rsidRPr="00994820">
        <w:rPr>
          <w:b/>
          <w:bCs/>
        </w:rPr>
        <w:t>Taker</w:t>
      </w:r>
      <w:r w:rsidRPr="00994820">
        <w:t xml:space="preserve"> e </w:t>
      </w:r>
      <w:r w:rsidRPr="00994820">
        <w:rPr>
          <w:b/>
          <w:bCs/>
        </w:rPr>
        <w:t>Elysis</w:t>
      </w:r>
      <w:r w:rsidRPr="00994820">
        <w:t>.</w:t>
      </w:r>
      <w:r w:rsidR="009B4B87">
        <w:t xml:space="preserve"> </w:t>
      </w:r>
      <w:r w:rsidRPr="00994820">
        <w:t>Senza quel segnale, sarebbero stati soli.</w:t>
      </w:r>
    </w:p>
    <w:p w14:paraId="347A4AEF" w14:textId="2D7D306B" w:rsidR="007C3C6C" w:rsidRPr="00994820" w:rsidRDefault="007C3C6C" w:rsidP="00704DFD">
      <w:pPr>
        <w:spacing w:before="120" w:line="360" w:lineRule="auto"/>
        <w:ind w:firstLine="284"/>
        <w:jc w:val="both"/>
      </w:pPr>
      <w:r w:rsidRPr="00994820">
        <w:t>Fanny non ci pensò troppo su.</w:t>
      </w:r>
      <w:r w:rsidR="009B4B87">
        <w:t xml:space="preserve"> </w:t>
      </w:r>
      <w:r w:rsidRPr="00994820">
        <w:t>Non c’era più tempo.</w:t>
      </w:r>
    </w:p>
    <w:p w14:paraId="529979EE" w14:textId="3037F573" w:rsidR="007C3C6C" w:rsidRPr="00994820" w:rsidRDefault="007C3C6C" w:rsidP="00704DFD">
      <w:pPr>
        <w:spacing w:before="120" w:line="360" w:lineRule="auto"/>
        <w:ind w:firstLine="284"/>
        <w:jc w:val="both"/>
      </w:pPr>
      <w:r w:rsidRPr="00994820">
        <w:t>Si voltò appena verso Aman e Kieran, che correvano accanto a lei.</w:t>
      </w:r>
      <w:r w:rsidR="009B4B87">
        <w:t xml:space="preserve"> </w:t>
      </w:r>
      <w:r w:rsidRPr="00994820">
        <w:t>Tre ombre spinte dalla stessa furia.</w:t>
      </w:r>
    </w:p>
    <w:p w14:paraId="60862F32" w14:textId="77777777" w:rsidR="009B4B87" w:rsidRDefault="007C3C6C" w:rsidP="00704DFD">
      <w:pPr>
        <w:spacing w:before="120" w:line="360" w:lineRule="auto"/>
        <w:ind w:firstLine="284"/>
        <w:jc w:val="both"/>
      </w:pPr>
      <w:r w:rsidRPr="00994820">
        <w:t>La strada davanti a loro conduceva all’ingresso più sicuro — e più sorvegliato — della Torre della Sorridente. Il portone che connetteva il Dipartimento del Tramonto alla Sorridente. Ogni dipartimento aveva quel tipo di ingresso, ed erano tutti uguali: bianchi come dei denti nuovi e lisci come la seta. Solo i Giudici avevano il permesso di accedervi, e nel dipartimento del tramonto, così affollato di cadetti armati e Shinigami letali non erano necessarie ulteriori guardie.</w:t>
      </w:r>
    </w:p>
    <w:p w14:paraId="215017B0" w14:textId="593CE79D" w:rsidR="007C3C6C" w:rsidRPr="00994820" w:rsidRDefault="007C3C6C" w:rsidP="009B4B87">
      <w:pPr>
        <w:spacing w:before="120" w:line="360" w:lineRule="auto"/>
        <w:ind w:firstLine="284"/>
        <w:jc w:val="both"/>
      </w:pPr>
      <w:r w:rsidRPr="00994820">
        <w:t>Un muro d’acciaio candido che proteggeva il cuore del sistema.</w:t>
      </w:r>
      <w:r w:rsidRPr="00994820">
        <w:br/>
        <w:t>E che loro stavano per squarciare.</w:t>
      </w:r>
      <w:r w:rsidR="009B4B87">
        <w:t xml:space="preserve"> </w:t>
      </w:r>
      <w:r w:rsidRPr="00994820">
        <w:t>Sotto i piedi, il suolo vibrava piano: il battito cardiaco di un sistema che non sapeva ancora di essere prossimo alla morte.</w:t>
      </w:r>
    </w:p>
    <w:p w14:paraId="18A9783B" w14:textId="40EA208D" w:rsidR="007C3C6C" w:rsidRPr="00994820" w:rsidRDefault="007C3C6C" w:rsidP="00704DFD">
      <w:pPr>
        <w:spacing w:before="120" w:line="360" w:lineRule="auto"/>
        <w:ind w:firstLine="284"/>
        <w:jc w:val="both"/>
      </w:pPr>
      <w:r w:rsidRPr="00994820">
        <w:t>Fanny si fermò a pochi metri dal portale principale.</w:t>
      </w:r>
      <w:r w:rsidR="009B4B87">
        <w:t xml:space="preserve"> </w:t>
      </w:r>
      <w:r w:rsidRPr="00994820">
        <w:t>Il respiro corto, le mani pronte.</w:t>
      </w:r>
    </w:p>
    <w:p w14:paraId="592A3E3B" w14:textId="4FE91CD2" w:rsidR="007C3C6C" w:rsidRPr="00994820" w:rsidRDefault="007C3C6C" w:rsidP="009B4B87">
      <w:pPr>
        <w:spacing w:before="120" w:line="360" w:lineRule="auto"/>
        <w:ind w:firstLine="284"/>
        <w:jc w:val="both"/>
      </w:pPr>
      <w:r w:rsidRPr="00994820">
        <w:t>Aman si avvicinò senza esitare.</w:t>
      </w:r>
      <w:r w:rsidR="009B4B87">
        <w:t xml:space="preserve"> </w:t>
      </w:r>
      <w:r w:rsidRPr="00994820">
        <w:t>Non ci fu esitazione nei suoi movimenti, né tremore.</w:t>
      </w:r>
      <w:r w:rsidR="009B4B87">
        <w:t xml:space="preserve"> </w:t>
      </w:r>
      <w:r w:rsidRPr="00994820">
        <w:t>Solo decisione.</w:t>
      </w:r>
      <w:r w:rsidR="009B4B87">
        <w:t xml:space="preserve"> </w:t>
      </w:r>
      <w:r w:rsidRPr="00994820">
        <w:t>Davanti al terminale, Aman avvicinò le piume metalliche delle sue ali da cui emergeva una lieve vibrazione elettrica. I sensori su quelle eleganti lame si attivarono, captando le frequenze nascoste sotto la superficie del portale.</w:t>
      </w:r>
    </w:p>
    <w:p w14:paraId="44A24E93" w14:textId="4B7A791B" w:rsidR="007C3C6C" w:rsidRPr="00994820" w:rsidRDefault="007C3C6C" w:rsidP="00704DFD">
      <w:pPr>
        <w:spacing w:before="120" w:line="360" w:lineRule="auto"/>
        <w:ind w:firstLine="284"/>
        <w:jc w:val="both"/>
      </w:pPr>
      <w:r w:rsidRPr="00994820">
        <w:t>Con un gesto secco, spezzò il collegamento principale.</w:t>
      </w:r>
      <w:r w:rsidR="009B4B87">
        <w:t xml:space="preserve"> </w:t>
      </w:r>
      <w:r w:rsidRPr="00994820">
        <w:t>Un suono breve, stridulo, attraversò l’aria — qualcosa a metà tra un grido e uno schianto.</w:t>
      </w:r>
    </w:p>
    <w:p w14:paraId="21AD41E2" w14:textId="69239432" w:rsidR="007C3C6C" w:rsidRPr="00994820" w:rsidRDefault="007C3C6C" w:rsidP="00704DFD">
      <w:pPr>
        <w:spacing w:before="120" w:line="360" w:lineRule="auto"/>
        <w:ind w:firstLine="284"/>
        <w:jc w:val="both"/>
      </w:pPr>
      <w:r w:rsidRPr="00994820">
        <w:t>Il sistema tentò di reagire.</w:t>
      </w:r>
      <w:r w:rsidR="009B4B87">
        <w:t xml:space="preserve"> </w:t>
      </w:r>
      <w:r w:rsidRPr="00994820">
        <w:t>Luce rossa, allarmi silenziosi, codici di sicurezza che lampeggiavano a raffica.</w:t>
      </w:r>
    </w:p>
    <w:p w14:paraId="0EC544D6" w14:textId="38C76995" w:rsidR="007C3C6C" w:rsidRPr="00994820" w:rsidRDefault="007C3C6C" w:rsidP="00704DFD">
      <w:pPr>
        <w:spacing w:before="120" w:line="360" w:lineRule="auto"/>
        <w:ind w:firstLine="284"/>
        <w:jc w:val="both"/>
      </w:pPr>
      <w:r w:rsidRPr="00994820">
        <w:t>Aman non si mosse.</w:t>
      </w:r>
      <w:r w:rsidR="009B4B87">
        <w:t xml:space="preserve"> </w:t>
      </w:r>
      <w:r w:rsidRPr="00994820">
        <w:t>Era più veloce. Più spietato.</w:t>
      </w:r>
    </w:p>
    <w:p w14:paraId="40EE6F07" w14:textId="77777777" w:rsidR="007C3C6C" w:rsidRPr="00994820" w:rsidRDefault="007C3C6C" w:rsidP="00704DFD">
      <w:pPr>
        <w:spacing w:before="120" w:line="360" w:lineRule="auto"/>
        <w:ind w:firstLine="284"/>
        <w:jc w:val="both"/>
      </w:pPr>
      <w:r w:rsidRPr="00994820">
        <w:t>Un secondo impulso — un colpo preciso — e il sistema di difesa interno si spense.</w:t>
      </w:r>
      <w:r w:rsidRPr="00994820">
        <w:br/>
        <w:t>Come un cuore che, per un attimo, dimentica di battere.</w:t>
      </w:r>
    </w:p>
    <w:p w14:paraId="16263C9B" w14:textId="77777777" w:rsidR="007C3C6C" w:rsidRPr="00994820" w:rsidRDefault="007C3C6C" w:rsidP="00704DFD">
      <w:pPr>
        <w:spacing w:before="120" w:line="360" w:lineRule="auto"/>
        <w:ind w:firstLine="284"/>
        <w:jc w:val="both"/>
      </w:pPr>
      <w:r w:rsidRPr="00994820">
        <w:t>Il portale tremò.</w:t>
      </w:r>
    </w:p>
    <w:p w14:paraId="53EFD0B6" w14:textId="77777777" w:rsidR="007C3C6C" w:rsidRPr="00994820" w:rsidRDefault="007C3C6C" w:rsidP="00704DFD">
      <w:pPr>
        <w:spacing w:before="120" w:line="360" w:lineRule="auto"/>
        <w:ind w:firstLine="284"/>
        <w:jc w:val="both"/>
      </w:pPr>
      <w:r w:rsidRPr="00994820">
        <w:t>Poi, con un rumore greve, si spalancò.</w:t>
      </w:r>
    </w:p>
    <w:p w14:paraId="3226BE1E" w14:textId="56C7BFA4" w:rsidR="007C3C6C" w:rsidRPr="00994820" w:rsidRDefault="007C3C6C" w:rsidP="00704DFD">
      <w:pPr>
        <w:spacing w:before="120" w:line="360" w:lineRule="auto"/>
        <w:ind w:firstLine="284"/>
        <w:jc w:val="both"/>
      </w:pPr>
      <w:r w:rsidRPr="00994820">
        <w:t>Davanti a loro, si aprì un corridoio immenso.</w:t>
      </w:r>
      <w:r w:rsidR="009B4B87">
        <w:t xml:space="preserve"> </w:t>
      </w:r>
      <w:r w:rsidRPr="00994820">
        <w:t>Buio. Vivo.</w:t>
      </w:r>
      <w:r w:rsidR="009B4B87">
        <w:t xml:space="preserve"> </w:t>
      </w:r>
      <w:r w:rsidRPr="00994820">
        <w:t>Come un viscere pronto a inghiottirli.</w:t>
      </w:r>
    </w:p>
    <w:p w14:paraId="1358633C" w14:textId="233119BC" w:rsidR="007C3C6C" w:rsidRPr="00994820" w:rsidRDefault="007C3C6C" w:rsidP="00704DFD">
      <w:pPr>
        <w:spacing w:before="120" w:line="360" w:lineRule="auto"/>
        <w:ind w:firstLine="284"/>
        <w:jc w:val="both"/>
      </w:pPr>
      <w:r w:rsidRPr="00994820">
        <w:t>Fanny fece un passo avanti senza pensare.</w:t>
      </w:r>
      <w:r w:rsidR="009B4B87">
        <w:t xml:space="preserve"> </w:t>
      </w:r>
      <w:r w:rsidRPr="00994820">
        <w:t>Sentì Kieran al suo fianco, silenzioso come un’ombra.</w:t>
      </w:r>
    </w:p>
    <w:p w14:paraId="40E3C293" w14:textId="77777777" w:rsidR="007C3C6C" w:rsidRPr="00994820" w:rsidRDefault="007C3C6C" w:rsidP="00704DFD">
      <w:pPr>
        <w:spacing w:before="120" w:line="360" w:lineRule="auto"/>
        <w:ind w:firstLine="284"/>
        <w:jc w:val="both"/>
      </w:pPr>
      <w:r w:rsidRPr="00994820">
        <w:t>Aman chiuse il pugno, lentamente, come a suggellare ciò che avevano appena iniziato.</w:t>
      </w:r>
    </w:p>
    <w:p w14:paraId="7CAC49B4" w14:textId="77777777" w:rsidR="007C3C6C" w:rsidRPr="00994820" w:rsidRDefault="007C3C6C" w:rsidP="00704DFD">
      <w:pPr>
        <w:spacing w:before="120" w:line="360" w:lineRule="auto"/>
        <w:ind w:firstLine="284"/>
        <w:jc w:val="both"/>
      </w:pPr>
      <w:r w:rsidRPr="00994820">
        <w:lastRenderedPageBreak/>
        <w:t>«Da qui...» disse Fanny, stringendo i denti, «non si torna più indietro.»</w:t>
      </w:r>
    </w:p>
    <w:p w14:paraId="78948974" w14:textId="004D3FB1" w:rsidR="00A20E7A" w:rsidRDefault="007C3C6C" w:rsidP="00704DFD">
      <w:pPr>
        <w:spacing w:before="120" w:line="360" w:lineRule="auto"/>
        <w:ind w:firstLine="284"/>
        <w:jc w:val="both"/>
      </w:pPr>
      <w:r w:rsidRPr="00994820">
        <w:t>E varcarono la soglia.</w:t>
      </w:r>
    </w:p>
    <w:p w14:paraId="48B675E6" w14:textId="235F43B0" w:rsidR="009B4B87" w:rsidRPr="00994820" w:rsidRDefault="00A20E7A" w:rsidP="00A20E7A">
      <w:pPr>
        <w:spacing w:after="160" w:line="259" w:lineRule="auto"/>
      </w:pPr>
      <w:r>
        <w:br w:type="page"/>
      </w:r>
    </w:p>
    <w:p w14:paraId="6AD1BC1E" w14:textId="4DD9218F" w:rsidR="007C3C6C" w:rsidRPr="009B4B87" w:rsidRDefault="007C3C6C" w:rsidP="004739EF">
      <w:pPr>
        <w:pStyle w:val="Titolo1"/>
        <w:jc w:val="center"/>
      </w:pPr>
      <w:r w:rsidRPr="009B4B87">
        <w:lastRenderedPageBreak/>
        <w:t xml:space="preserve">Capitolo </w:t>
      </w:r>
      <w:r w:rsidR="009B4B87">
        <w:t>XVI</w:t>
      </w:r>
      <w:r w:rsidRPr="009B4B87">
        <w:t xml:space="preserve"> - Quel Che Resta di Noi</w:t>
      </w:r>
    </w:p>
    <w:p w14:paraId="0B2ABAD8" w14:textId="77777777" w:rsidR="007C3C6C" w:rsidRDefault="007C3C6C" w:rsidP="00704DFD">
      <w:pPr>
        <w:spacing w:before="120" w:line="360" w:lineRule="auto"/>
        <w:ind w:firstLine="284"/>
        <w:jc w:val="both"/>
        <w:rPr>
          <w:b/>
          <w:bCs/>
        </w:rPr>
      </w:pPr>
    </w:p>
    <w:p w14:paraId="1B031B30" w14:textId="77777777" w:rsidR="009B4B87" w:rsidRDefault="009B4B87" w:rsidP="00704DFD">
      <w:pPr>
        <w:spacing w:before="120" w:line="360" w:lineRule="auto"/>
        <w:ind w:firstLine="284"/>
        <w:jc w:val="both"/>
        <w:rPr>
          <w:b/>
          <w:bCs/>
        </w:rPr>
      </w:pPr>
    </w:p>
    <w:p w14:paraId="0F0D76BB" w14:textId="77777777" w:rsidR="009B4B87" w:rsidRPr="00994820" w:rsidRDefault="009B4B87" w:rsidP="00704DFD">
      <w:pPr>
        <w:spacing w:before="120" w:line="360" w:lineRule="auto"/>
        <w:ind w:firstLine="284"/>
        <w:jc w:val="both"/>
        <w:rPr>
          <w:b/>
          <w:bCs/>
        </w:rPr>
      </w:pPr>
    </w:p>
    <w:p w14:paraId="014EB256" w14:textId="77777777" w:rsidR="007C3C6C" w:rsidRPr="00994820" w:rsidRDefault="007C3C6C" w:rsidP="00704DFD">
      <w:pPr>
        <w:spacing w:before="120" w:line="360" w:lineRule="auto"/>
        <w:ind w:firstLine="284"/>
        <w:jc w:val="both"/>
        <w:rPr>
          <w:b/>
          <w:bCs/>
        </w:rPr>
      </w:pPr>
    </w:p>
    <w:p w14:paraId="431C33C1" w14:textId="77777777" w:rsidR="007C3C6C" w:rsidRPr="00994820" w:rsidRDefault="007C3C6C" w:rsidP="00704DFD">
      <w:pPr>
        <w:spacing w:before="120" w:line="360" w:lineRule="auto"/>
        <w:ind w:firstLine="284"/>
        <w:jc w:val="both"/>
      </w:pPr>
      <w:r w:rsidRPr="00994820">
        <w:t>La porta si richiuse alle loro spalle con un respiro sordo, come se anche la Torre trattenesse il fiato. Fanny non disse nulla. Si limitò a osservare. Il primo passo fu un tradimento. Appena superato l’arco d’ingresso, il pavimento sotto i piedi di Fanny sembrò liquefarsi in una melma lattiginosa. Una flebile nebbiolina argentea avvolgeva nel suo candore il pavimento e le caviglie di Aman, Kieran e Fanny.</w:t>
      </w:r>
    </w:p>
    <w:p w14:paraId="2BFA5AE4" w14:textId="77777777" w:rsidR="007C3C6C" w:rsidRPr="00994820" w:rsidRDefault="007C3C6C" w:rsidP="00704DFD">
      <w:pPr>
        <w:spacing w:before="120" w:line="360" w:lineRule="auto"/>
        <w:ind w:firstLine="284"/>
        <w:jc w:val="both"/>
      </w:pPr>
      <w:r w:rsidRPr="00994820">
        <w:t xml:space="preserve">Fanny sentì un gelido brivido risalirle dai piedi su lungo la schiena. </w:t>
      </w:r>
    </w:p>
    <w:p w14:paraId="3E7DB1B9" w14:textId="77777777" w:rsidR="007C3C6C" w:rsidRPr="00994820" w:rsidRDefault="007C3C6C" w:rsidP="00704DFD">
      <w:pPr>
        <w:spacing w:before="120" w:line="360" w:lineRule="auto"/>
        <w:ind w:firstLine="284"/>
        <w:jc w:val="both"/>
      </w:pPr>
      <w:r w:rsidRPr="00994820">
        <w:t>«Scansione Genetica» rivelò seccamente Aman mentre i suoi occhi si lanciavano al di là delle sue ali, alle sue spalle.</w:t>
      </w:r>
    </w:p>
    <w:p w14:paraId="7717D853" w14:textId="77777777" w:rsidR="007C3C6C" w:rsidRPr="00994820" w:rsidRDefault="007C3C6C" w:rsidP="00704DFD">
      <w:pPr>
        <w:spacing w:before="120" w:line="360" w:lineRule="auto"/>
        <w:ind w:firstLine="284"/>
        <w:jc w:val="both"/>
      </w:pPr>
      <w:r w:rsidRPr="00994820">
        <w:t>«Tranquillo» iniziò kieran intuendo i pensieri del collega. «Se Becky ha raggiunto Koro, Taker ed Elysis, il caos sarà già esploso in città, per un po’ saranno distratti.» ma la sua voce sembrava in certa, le sue parole sembravano più una speranza che una sicurezza.</w:t>
      </w:r>
    </w:p>
    <w:p w14:paraId="68D2EB5A" w14:textId="77777777" w:rsidR="007C3C6C" w:rsidRPr="00994820" w:rsidRDefault="007C3C6C" w:rsidP="00704DFD">
      <w:pPr>
        <w:spacing w:before="120" w:line="360" w:lineRule="auto"/>
        <w:ind w:firstLine="284"/>
        <w:jc w:val="both"/>
      </w:pPr>
      <w:r w:rsidRPr="00994820">
        <w:t>Fanny si fermò su quel letto di nebbia che li avvolgeva e ruotò il palmo in cerca della compagnia, che, tuttavia, non emerse da quel raggio di luce arancione.</w:t>
      </w:r>
    </w:p>
    <w:p w14:paraId="7E9BB7A1" w14:textId="77777777" w:rsidR="007C3C6C" w:rsidRPr="00994820" w:rsidRDefault="007C3C6C" w:rsidP="00704DFD">
      <w:pPr>
        <w:spacing w:before="120" w:line="360" w:lineRule="auto"/>
        <w:ind w:firstLine="284"/>
        <w:jc w:val="both"/>
      </w:pPr>
      <w:r w:rsidRPr="00994820">
        <w:t>Kieran le poggiò una mano sulla spalla e sorridendole cercava di rasserenarla «Non possiamo fermarci, Fanny» La ragazza ritrovò il suo fervore e annuì energicamente, con lo sguardo nuovamente deciso che si posava su quella stanza ignota.</w:t>
      </w:r>
    </w:p>
    <w:p w14:paraId="36E096D2" w14:textId="77777777" w:rsidR="007C3C6C" w:rsidRPr="00994820" w:rsidRDefault="007C3C6C" w:rsidP="00704DFD">
      <w:pPr>
        <w:spacing w:before="120" w:line="360" w:lineRule="auto"/>
        <w:ind w:firstLine="284"/>
        <w:jc w:val="both"/>
      </w:pPr>
      <w:r w:rsidRPr="00994820">
        <w:t>Davanti a loro si apriva il Santuario della Sorgente. Un atrio immenso, simmetrico solo in apparenza, gremito da pareti pulsanti di colore e da installazioni che mutavano forma in base agli stati d’animo dei visitatori. Ma ora era vuoto. Nessun passo, nessun sussurro. Solo opere emozionali lasciate accese, come se stessero aspettando lei. O come se non avessero mai smesso di guardarla.</w:t>
      </w:r>
    </w:p>
    <w:p w14:paraId="6106CF87" w14:textId="77777777" w:rsidR="007C3C6C" w:rsidRPr="00994820" w:rsidRDefault="007C3C6C" w:rsidP="00704DFD">
      <w:pPr>
        <w:spacing w:before="120" w:line="360" w:lineRule="auto"/>
        <w:ind w:firstLine="284"/>
        <w:jc w:val="both"/>
      </w:pPr>
      <w:r w:rsidRPr="00994820">
        <w:t>I quadri erano sparsi lungo il perimetro come guardiani muti. Non avevano tela. Fluttuavano nell’aria, vibrazioni stabili di immagini proiettate da fonti invisibili, sospese a mezz’aria in cornici di vetro spezzato. Ciascuna opera era un’emozione distillata, esposta come reliquia sacra.</w:t>
      </w:r>
    </w:p>
    <w:p w14:paraId="074204AA" w14:textId="2D2CA389" w:rsidR="007C3C6C" w:rsidRPr="00994820" w:rsidRDefault="007C3C6C" w:rsidP="009B4B87">
      <w:pPr>
        <w:spacing w:before="120" w:line="360" w:lineRule="auto"/>
        <w:ind w:firstLine="284"/>
        <w:jc w:val="both"/>
      </w:pPr>
      <w:r w:rsidRPr="00994820">
        <w:t>Aman si avvicinò a uno dei quadri e quasi sembrò sconvolto. La targa sotto quell’opera recitava:</w:t>
      </w:r>
    </w:p>
    <w:p w14:paraId="73A5FFF9" w14:textId="77777777" w:rsidR="009B4B87" w:rsidRDefault="007C3C6C" w:rsidP="009B4B87">
      <w:pPr>
        <w:spacing w:before="120" w:line="360" w:lineRule="auto"/>
        <w:ind w:firstLine="284"/>
        <w:jc w:val="center"/>
        <w:rPr>
          <w:i/>
          <w:iCs/>
        </w:rPr>
      </w:pPr>
      <w:r w:rsidRPr="00994820">
        <w:rPr>
          <w:i/>
          <w:iCs/>
        </w:rPr>
        <w:t>“ERR 23.42%. Classe: AURORA. Autore ignoto. Primo esemplare esposto nel Santuario della Sorgente. Si dice che questa opera abbia fermato un suicidio collettivo agli albori di Ecliptica nell’Anello civile Esterno.”</w:t>
      </w:r>
    </w:p>
    <w:p w14:paraId="45BEC84E" w14:textId="0B2DB5D9" w:rsidR="007C3C6C" w:rsidRPr="009B4B87" w:rsidRDefault="007C3C6C" w:rsidP="009B4B87">
      <w:pPr>
        <w:spacing w:before="120" w:line="360" w:lineRule="auto"/>
        <w:ind w:firstLine="284"/>
        <w:jc w:val="both"/>
        <w:rPr>
          <w:i/>
          <w:iCs/>
        </w:rPr>
      </w:pPr>
      <w:r w:rsidRPr="00994820">
        <w:lastRenderedPageBreak/>
        <w:br/>
        <w:t>«Un Classe Aurora» esclamò senza riuscire a controllare lo stupore. Fanny attirata da quella reazione si avvicinò a quel quadro. Da lontano infatti, l’immagine appariva sfocata, irregolare, indefinita.</w:t>
      </w:r>
    </w:p>
    <w:p w14:paraId="43172A3C" w14:textId="77777777" w:rsidR="007C3C6C" w:rsidRPr="00994820" w:rsidRDefault="007C3C6C" w:rsidP="00704DFD">
      <w:pPr>
        <w:spacing w:before="120" w:line="360" w:lineRule="auto"/>
        <w:ind w:firstLine="284"/>
        <w:jc w:val="both"/>
      </w:pPr>
      <w:r w:rsidRPr="00994820">
        <w:t xml:space="preserve">Solo quando vi si avvicinò poté leggerne il titolo: </w:t>
      </w:r>
    </w:p>
    <w:p w14:paraId="18D89410" w14:textId="77777777" w:rsidR="009B4B87" w:rsidRDefault="007C3C6C" w:rsidP="009B4B87">
      <w:pPr>
        <w:spacing w:before="120" w:line="360" w:lineRule="auto"/>
        <w:ind w:firstLine="284"/>
        <w:jc w:val="center"/>
      </w:pPr>
      <w:r w:rsidRPr="00994820">
        <w:rPr>
          <w:i/>
          <w:iCs/>
        </w:rPr>
        <w:t>“Frammenti di Memoria”</w:t>
      </w:r>
    </w:p>
    <w:p w14:paraId="6ABC07BA" w14:textId="0FA06F40" w:rsidR="007C3C6C" w:rsidRPr="00994820" w:rsidRDefault="007C3C6C" w:rsidP="00704DFD">
      <w:pPr>
        <w:spacing w:before="120" w:line="360" w:lineRule="auto"/>
        <w:ind w:firstLine="284"/>
        <w:jc w:val="both"/>
      </w:pPr>
      <w:r w:rsidRPr="00994820">
        <w:t>L’opera non aveva cornice. Era come un piccolo lago rettangolare di acqua limpida che fluttuava a mezz’aria. Sospesa tra due colonne, si attivò appena Fanny le passò accanto.</w:t>
      </w:r>
      <w:r w:rsidRPr="00994820">
        <w:br/>
        <w:t>Nessun allarme. Nessuna luce. Solo un impulso, diretto, secco, piantato nei nervi ottici.</w:t>
      </w:r>
    </w:p>
    <w:p w14:paraId="4A8152CC" w14:textId="77777777" w:rsidR="007C3C6C" w:rsidRPr="00994820" w:rsidRDefault="007C3C6C" w:rsidP="00704DFD">
      <w:pPr>
        <w:spacing w:before="120" w:line="360" w:lineRule="auto"/>
        <w:ind w:firstLine="284"/>
        <w:jc w:val="both"/>
      </w:pPr>
      <w:r w:rsidRPr="00994820">
        <w:t>La visione prese forma.</w:t>
      </w:r>
    </w:p>
    <w:p w14:paraId="5E5228FC" w14:textId="4B280573" w:rsidR="007C3C6C" w:rsidRPr="00994820" w:rsidRDefault="007C3C6C" w:rsidP="009B4B87">
      <w:pPr>
        <w:spacing w:before="120" w:line="360" w:lineRule="auto"/>
        <w:ind w:firstLine="284"/>
        <w:jc w:val="both"/>
      </w:pPr>
      <w:r w:rsidRPr="00994820">
        <w:t>Un campo.</w:t>
      </w:r>
      <w:r w:rsidR="009B4B87">
        <w:t xml:space="preserve"> </w:t>
      </w:r>
      <w:r w:rsidRPr="00994820">
        <w:t>Terra umida sotto le unghie, aria di pioggia passata.</w:t>
      </w:r>
      <w:r w:rsidRPr="00994820">
        <w:br/>
        <w:t>Lei — undici anni appena — seduta su un ammasso di rottami, con il ginocchio aperto e il sangue misto al liquido meccanico della sua gamba sintetica che colava lento tra le grinze della sua pelle. A quel tempo aveva solo il cuore e la gamba artificiale e anche quest’ultima, lo sentiva, era nuova. Le sembrò di poter sentire il calore del braccio a cui aveva rinunciato anni prima. La pelle le si era strappata proprio sopra l’innesto, come una pellicola troppo sottile. Riusciva a sentirne il dolore, vedeva quella ferita che mostrava i circuiti tra le sue vene.</w:t>
      </w:r>
    </w:p>
    <w:p w14:paraId="10FB3353" w14:textId="363302BA" w:rsidR="007C3C6C" w:rsidRPr="00994820" w:rsidRDefault="007C3C6C" w:rsidP="00704DFD">
      <w:pPr>
        <w:spacing w:before="120" w:line="360" w:lineRule="auto"/>
        <w:ind w:firstLine="284"/>
        <w:jc w:val="both"/>
      </w:pPr>
      <w:r w:rsidRPr="00994820">
        <w:t>E lì, accanto, suo padre. In ginocchio. Le mani sporche.</w:t>
      </w:r>
      <w:r w:rsidRPr="00994820">
        <w:br/>
        <w:t>La voce calma.</w:t>
      </w:r>
      <w:r w:rsidR="009B4B87">
        <w:t xml:space="preserve"> </w:t>
      </w:r>
      <w:r w:rsidRPr="00994820">
        <w:t>«Fa male, Fanny?»</w:t>
      </w:r>
    </w:p>
    <w:p w14:paraId="21527536" w14:textId="77777777" w:rsidR="009B4B87" w:rsidRDefault="007C3C6C" w:rsidP="00704DFD">
      <w:pPr>
        <w:spacing w:before="120" w:line="360" w:lineRule="auto"/>
        <w:ind w:firstLine="284"/>
        <w:jc w:val="both"/>
      </w:pPr>
      <w:r w:rsidRPr="00994820">
        <w:t>Non era la domanda a colpirla, ma il tono. Quel tono che non sentiva da… quanto? Anni. Forse una vita.</w:t>
      </w:r>
    </w:p>
    <w:p w14:paraId="0FECC096" w14:textId="35693CE9" w:rsidR="007C3C6C" w:rsidRPr="00994820" w:rsidRDefault="007C3C6C" w:rsidP="00704DFD">
      <w:pPr>
        <w:spacing w:before="120" w:line="360" w:lineRule="auto"/>
        <w:ind w:firstLine="284"/>
        <w:jc w:val="both"/>
      </w:pPr>
      <w:r w:rsidRPr="00994820">
        <w:t>Lui non la stava curando. Le stava insegnando a ripararsi da sola.</w:t>
      </w:r>
      <w:r w:rsidRPr="00994820">
        <w:br/>
        <w:t>Le mostrava dove saldare, come stringere la fibra muscolare al conduttore.</w:t>
      </w:r>
      <w:r w:rsidRPr="00994820">
        <w:br/>
        <w:t>«Il dolore è solo un segnale. Non è un vero pericolo, è solo una nuova informazione. Ti avvisa solo che hai bisogno di ripararti, anche se gli altri ti tratteranno male quando vedranno il modo in cui curi certe ferite, ricordati che questa gamba è un dono che ti farà correre sempre più lontano.»</w:t>
      </w:r>
    </w:p>
    <w:p w14:paraId="08A4EE45" w14:textId="60B8FA08" w:rsidR="007C3C6C" w:rsidRPr="00994820" w:rsidRDefault="007C3C6C" w:rsidP="00704DFD">
      <w:pPr>
        <w:spacing w:before="120" w:line="360" w:lineRule="auto"/>
        <w:ind w:firstLine="284"/>
        <w:jc w:val="both"/>
      </w:pPr>
      <w:r w:rsidRPr="00994820">
        <w:t>La scena non era un ricordo. Era presente.</w:t>
      </w:r>
      <w:r w:rsidR="009B4B87">
        <w:t xml:space="preserve"> </w:t>
      </w:r>
      <w:r w:rsidRPr="00994820">
        <w:t>Fanny lo rivisse tutto, anche l’odore acre del metallo caldo, il tremolio del labbro mentre cercava di non piangere.</w:t>
      </w:r>
      <w:r w:rsidRPr="00994820">
        <w:br/>
        <w:t>Riuscì a tenersi ferma fino alla fine.</w:t>
      </w:r>
    </w:p>
    <w:p w14:paraId="00252429" w14:textId="5AFD0502" w:rsidR="007C3C6C" w:rsidRPr="00994820" w:rsidRDefault="007C3C6C" w:rsidP="009B4B87">
      <w:pPr>
        <w:spacing w:before="120" w:line="360" w:lineRule="auto"/>
        <w:ind w:firstLine="284"/>
        <w:jc w:val="both"/>
      </w:pPr>
      <w:r w:rsidRPr="00994820">
        <w:t>Poi l’immagine si spense.</w:t>
      </w:r>
      <w:r w:rsidR="009B4B87">
        <w:t xml:space="preserve"> </w:t>
      </w:r>
      <w:r w:rsidRPr="00994820">
        <w:t>Il vuoto. Di nuovo il silenzio della Torre</w:t>
      </w:r>
      <w:r w:rsidR="009B4B87">
        <w:t xml:space="preserve">. </w:t>
      </w:r>
      <w:r w:rsidRPr="00994820">
        <w:t>Il cuore rallentò. Il respiro si assestò.</w:t>
      </w:r>
      <w:r w:rsidR="009B4B87">
        <w:t xml:space="preserve"> </w:t>
      </w:r>
      <w:r w:rsidRPr="00994820">
        <w:t>Solo la spalla tremava, appena.</w:t>
      </w:r>
    </w:p>
    <w:p w14:paraId="203CBBA5" w14:textId="3E571A1E" w:rsidR="007C3C6C" w:rsidRPr="009B4B87" w:rsidRDefault="007C3C6C" w:rsidP="009B4B87">
      <w:pPr>
        <w:spacing w:before="120" w:line="360" w:lineRule="auto"/>
        <w:ind w:firstLine="284"/>
        <w:jc w:val="both"/>
      </w:pPr>
      <w:r w:rsidRPr="00994820">
        <w:t>La targa proiettò una scritta in ritardo:</w:t>
      </w:r>
    </w:p>
    <w:p w14:paraId="359AAD41" w14:textId="42EFD463" w:rsidR="007C3C6C" w:rsidRPr="009B4B87" w:rsidRDefault="007C3C6C" w:rsidP="009B4B87">
      <w:pPr>
        <w:spacing w:before="120" w:line="360" w:lineRule="auto"/>
        <w:ind w:firstLine="284"/>
        <w:jc w:val="center"/>
        <w:rPr>
          <w:i/>
          <w:iCs/>
        </w:rPr>
      </w:pPr>
      <w:r w:rsidRPr="00994820">
        <w:rPr>
          <w:i/>
          <w:iCs/>
        </w:rPr>
        <w:lastRenderedPageBreak/>
        <w:t>ERR: 26.83% | Classe: AURORA | Codice: E-SN/01/92</w:t>
      </w:r>
      <w:r w:rsidRPr="00994820">
        <w:rPr>
          <w:i/>
          <w:iCs/>
        </w:rPr>
        <w:br/>
        <w:t>Nota automatica: Evento personale attivato – memoria certificata autentica.</w:t>
      </w:r>
      <w:r w:rsidRPr="00994820">
        <w:rPr>
          <w:i/>
          <w:iCs/>
        </w:rPr>
        <w:br/>
        <w:t>Effetto: regressione emotiva positiva.</w:t>
      </w:r>
    </w:p>
    <w:p w14:paraId="09F55974" w14:textId="5BF9E101" w:rsidR="007C3C6C" w:rsidRPr="00994820" w:rsidRDefault="007C3C6C" w:rsidP="00704DFD">
      <w:pPr>
        <w:spacing w:before="120" w:line="360" w:lineRule="auto"/>
        <w:ind w:firstLine="284"/>
        <w:jc w:val="both"/>
      </w:pPr>
      <w:r w:rsidRPr="00994820">
        <w:t>Superato il primo Fanny li attraversò uno ad uno, e ad ogni passo sentiva la propria mente calmarsi quasi assopirsi. Un brivido di vergogna, un impulso di desiderio, una malinconia feroce. Le immagini la toccavano senza contatto.</w:t>
      </w:r>
      <w:r w:rsidR="009B4B87">
        <w:t xml:space="preserve"> </w:t>
      </w:r>
      <w:r w:rsidRPr="00994820">
        <w:t>Ogni opera sembrava osservarti nel profondo, cambiavano. Ti restituivano qualcosa che non avevi mai detto a nessuno.</w:t>
      </w:r>
    </w:p>
    <w:p w14:paraId="24756B84" w14:textId="77777777" w:rsidR="007C3C6C" w:rsidRPr="00994820" w:rsidRDefault="007C3C6C" w:rsidP="00704DFD">
      <w:pPr>
        <w:spacing w:before="120" w:line="360" w:lineRule="auto"/>
        <w:ind w:firstLine="284"/>
        <w:jc w:val="both"/>
      </w:pPr>
      <w:r w:rsidRPr="00994820">
        <w:t xml:space="preserve">Uno mostrava suo padre. Il profilo esatto, l’ombra degli occhi, il modo in cui stringeva la mascella quando taceva troppo. Ma nemmeno quei quadri riuscivano a darle un’immagine chiara e distinta. I suoi lineamenti mutavano troppo rapidamente. </w:t>
      </w:r>
    </w:p>
    <w:p w14:paraId="47AA7F85" w14:textId="77777777" w:rsidR="007C3C6C" w:rsidRPr="00994820" w:rsidRDefault="007C3C6C" w:rsidP="00704DFD">
      <w:pPr>
        <w:spacing w:before="120" w:line="360" w:lineRule="auto"/>
        <w:ind w:firstLine="284"/>
        <w:jc w:val="both"/>
      </w:pPr>
      <w:r w:rsidRPr="00994820">
        <w:t>Fece un passo indietro. Il quadro si dissolse, come se avesse ottenuto ciò che voleva.</w:t>
      </w:r>
    </w:p>
    <w:p w14:paraId="72EADF9D" w14:textId="77777777" w:rsidR="007C3C6C" w:rsidRPr="00994820" w:rsidRDefault="007C3C6C" w:rsidP="00704DFD">
      <w:pPr>
        <w:spacing w:before="120" w:line="360" w:lineRule="auto"/>
        <w:ind w:firstLine="284"/>
        <w:jc w:val="both"/>
      </w:pPr>
      <w:r w:rsidRPr="00994820">
        <w:t>«Questi specchi…» disse voltandosi verso Aman e Kieran che erano a loro volta immersi in altre opere.</w:t>
      </w:r>
    </w:p>
    <w:p w14:paraId="3791831F" w14:textId="77777777" w:rsidR="007C3C6C" w:rsidRPr="00994820" w:rsidRDefault="007C3C6C" w:rsidP="00704DFD">
      <w:pPr>
        <w:spacing w:before="120" w:line="360" w:lineRule="auto"/>
        <w:ind w:firstLine="284"/>
        <w:jc w:val="both"/>
      </w:pPr>
      <w:r w:rsidRPr="00994820">
        <w:t>«Mostrano ricordi, vero?» chiese voltandosi verso i due con voce calma ma malinconica. Aman sembrava cercare di accarezzare una di quelle pozze d’acqua fluttuanti, mentre sul suo volto si era dipinto un sorriso sereno e sincero. Kieran sorrideva, ma qualcosa non tornava. Solo quando le lacrime iniziarono a scendere sulle sue guance, Fanny si accorse di quanto quel sorriso fosse sbagliato</w:t>
      </w:r>
    </w:p>
    <w:p w14:paraId="6460041E" w14:textId="77777777" w:rsidR="007C3C6C" w:rsidRPr="00994820" w:rsidRDefault="007C3C6C" w:rsidP="00704DFD">
      <w:pPr>
        <w:spacing w:before="120" w:line="360" w:lineRule="auto"/>
        <w:ind w:firstLine="284"/>
        <w:jc w:val="both"/>
      </w:pPr>
      <w:r w:rsidRPr="00994820">
        <w:t xml:space="preserve">«ragazzi?» </w:t>
      </w:r>
    </w:p>
    <w:p w14:paraId="528AD428" w14:textId="77777777" w:rsidR="007C3C6C" w:rsidRPr="00994820" w:rsidRDefault="007C3C6C" w:rsidP="00704DFD">
      <w:pPr>
        <w:spacing w:before="120" w:line="360" w:lineRule="auto"/>
        <w:ind w:firstLine="284"/>
        <w:jc w:val="both"/>
      </w:pPr>
      <w:r w:rsidRPr="00994820">
        <w:t>Quando si avvicinò a Kieran lo sentì sussurrare “Sabrina” con voce flebile. Fanny decise di dar loro ancora un momento e osservò meglio il resto della stanza.</w:t>
      </w:r>
    </w:p>
    <w:p w14:paraId="32F9D388" w14:textId="77777777" w:rsidR="007C3C6C" w:rsidRPr="00994820" w:rsidRDefault="007C3C6C" w:rsidP="00704DFD">
      <w:pPr>
        <w:spacing w:before="120" w:line="360" w:lineRule="auto"/>
        <w:ind w:firstLine="284"/>
        <w:jc w:val="both"/>
      </w:pPr>
      <w:r w:rsidRPr="00994820">
        <w:t>Al centro della sala dominava la Fontana della Sorgente: una spirale fluida sospesa a mezz’aria, che esalava emozione liquida sotto forma di nebbia opalescente. Ogni respiro la intrappolava in una rete di ricordi non suoi, come se quel vapore avesse rubato sentimenti a migliaia di corpi e ora li restituiva a caso. Un frammento di gioia infantile. Una paura senza nome. Il peso di un addio.</w:t>
      </w:r>
    </w:p>
    <w:p w14:paraId="3534C972" w14:textId="77777777" w:rsidR="007C3C6C" w:rsidRPr="00994820" w:rsidRDefault="007C3C6C" w:rsidP="00704DFD">
      <w:pPr>
        <w:spacing w:before="120" w:line="360" w:lineRule="auto"/>
        <w:ind w:firstLine="284"/>
        <w:jc w:val="both"/>
      </w:pPr>
      <w:r w:rsidRPr="00994820">
        <w:t>Fanny deglutì. Il braccio cibernetico reagì prima del cervello, attivandosi come se percepisse un pericolo impercettibile ai sensi umani. Nessuna minaccia tangibile, ma il terreno stesso sembrava vivo. Vibrava a intermittenza, come se respirasse attraverso le fondamenta.</w:t>
      </w:r>
    </w:p>
    <w:p w14:paraId="4520E75E" w14:textId="77777777" w:rsidR="007C3C6C" w:rsidRPr="00994820" w:rsidRDefault="007C3C6C" w:rsidP="00704DFD">
      <w:pPr>
        <w:spacing w:before="120" w:line="360" w:lineRule="auto"/>
        <w:ind w:firstLine="284"/>
        <w:jc w:val="both"/>
      </w:pPr>
      <w:r w:rsidRPr="00994820">
        <w:t>La luce proveniva dal basso, non dall’alto. Dai bordi della fontana, da incisioni invisibili nel pavimento, da piccole lacrime aperte nella struttura. Tutto era progettato per nutrire qualcosa – un’onda emozionale silenziosa che, lo capiva ora, era viva quanto lei. Tutto sembrava emergere dal sottosuolo.</w:t>
      </w:r>
      <w:r w:rsidRPr="00994820">
        <w:br/>
        <w:t>Quel liquido, che a volte sembrava più fumo e che inondava il basso della sala, dalla fontana saliva verso l’alto, superando il soffitto e raggiungendo il piano superiore.</w:t>
      </w:r>
    </w:p>
    <w:p w14:paraId="1A58C988" w14:textId="77777777" w:rsidR="007C3C6C" w:rsidRPr="00994820" w:rsidRDefault="007C3C6C" w:rsidP="00704DFD">
      <w:pPr>
        <w:spacing w:before="120" w:line="360" w:lineRule="auto"/>
        <w:ind w:firstLine="284"/>
        <w:jc w:val="both"/>
      </w:pPr>
      <w:r w:rsidRPr="00994820">
        <w:lastRenderedPageBreak/>
        <w:t>Solo quando gli occhi cibernetici della ragazza raggiunsero il soffitto, seguendo quella scia eterea Fanny sembrò risvegliarsi e si ricordò perché erano lì.</w:t>
      </w:r>
    </w:p>
    <w:p w14:paraId="5B382BB7" w14:textId="77777777" w:rsidR="007C3C6C" w:rsidRPr="00994820" w:rsidRDefault="007C3C6C" w:rsidP="00704DFD">
      <w:pPr>
        <w:spacing w:before="120" w:line="360" w:lineRule="auto"/>
        <w:ind w:firstLine="284"/>
        <w:jc w:val="both"/>
      </w:pPr>
      <w:r w:rsidRPr="00994820">
        <w:t>Si voltò di scatto per richiamare alla realtà i due amici, ma proprio in quel frangente un violento scossone vibrò lungo le pareti e sembrò investire l’intera struttura.</w:t>
      </w:r>
    </w:p>
    <w:p w14:paraId="14F1E5FF" w14:textId="77777777" w:rsidR="007C3C6C" w:rsidRPr="00994820" w:rsidRDefault="007C3C6C" w:rsidP="00704DFD">
      <w:pPr>
        <w:spacing w:before="120" w:line="360" w:lineRule="auto"/>
        <w:ind w:firstLine="284"/>
        <w:jc w:val="both"/>
      </w:pPr>
      <w:r w:rsidRPr="00994820">
        <w:t>Un allarme lontano li raggiungeva da oltre l’ingresso e finalmente Becky fece capolino sul guanto destro della ragazza</w:t>
      </w:r>
    </w:p>
    <w:p w14:paraId="1F112B4D" w14:textId="77777777" w:rsidR="007C3C6C" w:rsidRPr="00994820" w:rsidRDefault="007C3C6C" w:rsidP="00704DFD">
      <w:pPr>
        <w:spacing w:before="120" w:line="360" w:lineRule="auto"/>
        <w:ind w:firstLine="284"/>
        <w:jc w:val="both"/>
      </w:pPr>
      <w:r w:rsidRPr="00994820">
        <w:t>«Madame! Koro e Taker hanno iniziato l’assalto nell’Anello commerciale!» disse energica l’IA.</w:t>
      </w:r>
    </w:p>
    <w:p w14:paraId="70B6DD45" w14:textId="77777777" w:rsidR="007C3C6C" w:rsidRPr="00994820" w:rsidRDefault="007C3C6C" w:rsidP="00704DFD">
      <w:pPr>
        <w:spacing w:before="120" w:line="360" w:lineRule="auto"/>
        <w:ind w:firstLine="284"/>
        <w:jc w:val="both"/>
      </w:pPr>
      <w:r w:rsidRPr="00994820">
        <w:t>Prima lo scossone e poi la voce dell’ologramma risvegliarono da quel tepore anche Aman e Kieran.</w:t>
      </w:r>
    </w:p>
    <w:p w14:paraId="32539807" w14:textId="77777777" w:rsidR="007C3C6C" w:rsidRPr="00994820" w:rsidRDefault="007C3C6C" w:rsidP="00704DFD">
      <w:pPr>
        <w:spacing w:before="120" w:line="360" w:lineRule="auto"/>
        <w:ind w:firstLine="284"/>
        <w:jc w:val="both"/>
      </w:pPr>
      <w:r w:rsidRPr="00994820">
        <w:t>«Dannazione!» disse Kieran asciugandosi gli occhi.</w:t>
      </w:r>
    </w:p>
    <w:p w14:paraId="4BFC170A" w14:textId="77777777" w:rsidR="007C3C6C" w:rsidRPr="00994820" w:rsidRDefault="007C3C6C" w:rsidP="00704DFD">
      <w:pPr>
        <w:spacing w:before="120" w:line="360" w:lineRule="auto"/>
        <w:ind w:firstLine="284"/>
        <w:jc w:val="both"/>
      </w:pPr>
      <w:r w:rsidRPr="00994820">
        <w:t>«Stiamo perdendo tempo!» aggiunse cercando di evitare di incrociare lo sguardo ancora una volta con quei quadri.</w:t>
      </w:r>
    </w:p>
    <w:p w14:paraId="210CB3F3" w14:textId="77777777" w:rsidR="007C3C6C" w:rsidRPr="00994820" w:rsidRDefault="007C3C6C" w:rsidP="00704DFD">
      <w:pPr>
        <w:spacing w:before="120" w:line="360" w:lineRule="auto"/>
        <w:ind w:firstLine="284"/>
        <w:jc w:val="both"/>
      </w:pPr>
      <w:r w:rsidRPr="00994820">
        <w:t>«Non immaginavo che i classe Aurora fossero così potenti» aggiunse Aman raggiungendo Fanny al centro della sala.</w:t>
      </w:r>
    </w:p>
    <w:p w14:paraId="7F603888" w14:textId="77777777" w:rsidR="007C3C6C" w:rsidRPr="00994820" w:rsidRDefault="007C3C6C" w:rsidP="00704DFD">
      <w:pPr>
        <w:spacing w:before="120" w:line="360" w:lineRule="auto"/>
        <w:ind w:firstLine="284"/>
        <w:jc w:val="both"/>
      </w:pPr>
      <w:r w:rsidRPr="00994820">
        <w:t>I tre attraversarono la stanza per raggiungere le scale che li avrebbero portati al piano successivo. Fanny decise che per mantenere la concentrazione stabile sul loro obiettivo fosse meglio parlare di qualcosa di asettico, qualcosa che non avesse elementi emotivi.</w:t>
      </w:r>
    </w:p>
    <w:p w14:paraId="2965AFA5" w14:textId="77777777" w:rsidR="007C3C6C" w:rsidRPr="00994820" w:rsidRDefault="007C3C6C" w:rsidP="00704DFD">
      <w:pPr>
        <w:spacing w:before="120" w:line="360" w:lineRule="auto"/>
        <w:ind w:firstLine="284"/>
        <w:jc w:val="both"/>
      </w:pPr>
      <w:r w:rsidRPr="00994820">
        <w:t>«Cosa sono di preciso? Che diavolo sarebbe un classe Aurora?» chiese Fanny. Non sembrava essere davvero interessata, voleva solo distrarre le loro menti con una qualunque conversazione.</w:t>
      </w:r>
    </w:p>
    <w:p w14:paraId="3D1018B2" w14:textId="77777777" w:rsidR="007C3C6C" w:rsidRPr="00994820" w:rsidRDefault="007C3C6C" w:rsidP="00704DFD">
      <w:pPr>
        <w:spacing w:before="120" w:line="360" w:lineRule="auto"/>
        <w:ind w:firstLine="284"/>
        <w:jc w:val="both"/>
      </w:pPr>
      <w:r w:rsidRPr="00994820">
        <w:t>«Sono Opere Emotive, modulano le emozioni di chi le guarda» iniziò Kieran. La voce era quella dell’Aula Theta. Ma i passi lo portavano su scale che nessuno avrebbe mai dovuto salire.</w:t>
      </w:r>
    </w:p>
    <w:p w14:paraId="2D9030A5" w14:textId="77777777" w:rsidR="007C3C6C" w:rsidRPr="00994820" w:rsidRDefault="007C3C6C" w:rsidP="00704DFD">
      <w:pPr>
        <w:spacing w:before="120" w:line="360" w:lineRule="auto"/>
        <w:ind w:firstLine="284"/>
        <w:jc w:val="both"/>
      </w:pPr>
      <w:r w:rsidRPr="00994820">
        <w:t>«La loro efficienza è misurata attraverso l’Emotion Reduction Rate, ovvero la capacità di ridurre l’EV, le opere che raggiungono o superano il 20% di ERR sono inestimabili, riescono a rievocare ricordi profondi, in maniera concreta» La ragazza sembrò essere già annoiata dalla conversazione, e si concentrò sulla prossima sala, nella quale erano appena entrati.</w:t>
      </w:r>
    </w:p>
    <w:p w14:paraId="0FA6E477" w14:textId="564A2C83" w:rsidR="007C3C6C" w:rsidRPr="00994820" w:rsidRDefault="007C3C6C" w:rsidP="00704DFD">
      <w:pPr>
        <w:spacing w:before="120" w:line="360" w:lineRule="auto"/>
        <w:ind w:firstLine="284"/>
        <w:jc w:val="both"/>
      </w:pPr>
      <w:r w:rsidRPr="00994820">
        <w:t>Il secondo piano era silenzioso. Non un silenzio naturale, ma uno costruito, innaturale come le emozioni filtrate da un vetro opaco.</w:t>
      </w:r>
      <w:r w:rsidR="009B4B87">
        <w:t xml:space="preserve"> </w:t>
      </w:r>
      <w:r w:rsidRPr="00994820">
        <w:t>Fanny avanzò un passo alla volta, stringendo i denti mentre il cuore, o ciò che ne restava, le tremava dietro il petto. Davanti a lei si spalancava una sala immensa, senza pareti visibili, solo terminali, file ordinate di schermi piene di codici. Perfettamente ordinate come tombe tecnologiche. Su ogni sedile, figure piegate: uomini e donne dalla pelle cerea, occhi sbarrati e dita che correvano su tastiere luminescenti senza mai fermarsi. Elvenar, ma questi non erano stati obbligati al sorriso. Non avevano bocca, ma avevano occhi. Nessuno parlava. Nessuno si voltava. Scrivevano.</w:t>
      </w:r>
    </w:p>
    <w:p w14:paraId="10975764" w14:textId="77777777" w:rsidR="007C3C6C" w:rsidRPr="00994820" w:rsidRDefault="007C3C6C" w:rsidP="00704DFD">
      <w:pPr>
        <w:spacing w:before="120" w:line="360" w:lineRule="auto"/>
        <w:ind w:firstLine="284"/>
        <w:jc w:val="both"/>
      </w:pPr>
      <w:r w:rsidRPr="00994820">
        <w:lastRenderedPageBreak/>
        <w:t>Al centro della stanza, sospeso nell’aria come un occhio onnisciente, c’era il Core del Racconto. Un globo liquido e pulsante, attraversato da lampi di luce ambrata, sincronizzati con un battito che non apparteneva a nessuno eppure dominava tutto. Ogni volta che pulsava, le dita dei Narratori acceleravano. Ogni impulso, un comando. Ogni parola sussurrata dalla Sorridente, una verità nuova da incidere.</w:t>
      </w:r>
    </w:p>
    <w:p w14:paraId="1900469C" w14:textId="77777777" w:rsidR="007C3C6C" w:rsidRPr="00994820" w:rsidRDefault="007C3C6C" w:rsidP="00704DFD">
      <w:pPr>
        <w:spacing w:before="120" w:line="360" w:lineRule="auto"/>
        <w:ind w:firstLine="284"/>
        <w:jc w:val="both"/>
      </w:pPr>
      <w:r w:rsidRPr="00994820">
        <w:t>Fanny si portò una mano agli occhi. Per un istante, le parve di ricordare qualcosa… ma era diverso. Il viso di sua madre—il profumo che usava—no, non era quello. Una storia si era sovrapposta alla sua memoria. Una più utile. Più felice.</w:t>
      </w:r>
      <w:r w:rsidRPr="00994820">
        <w:br/>
        <w:t xml:space="preserve">Inspirò a fondo, cercando appigli reali. La consistenza metallica del pavimento sotto gli stivali, il ronzio elettrico dietro la nuca. Quella stanza non raccontava: riscriveva. E ogni emozione provata diventava carburante. </w:t>
      </w:r>
    </w:p>
    <w:p w14:paraId="3AA199C0" w14:textId="77777777" w:rsidR="007C3C6C" w:rsidRPr="00994820" w:rsidRDefault="007C3C6C" w:rsidP="00704DFD">
      <w:pPr>
        <w:spacing w:before="120" w:line="360" w:lineRule="auto"/>
        <w:ind w:firstLine="284"/>
        <w:jc w:val="both"/>
      </w:pPr>
      <w:r w:rsidRPr="00994820">
        <w:t>«No… non sono di nuovo ricordi…» iniziò Fanny mentre cercava di decifrare quelle sensazioni.</w:t>
      </w:r>
    </w:p>
    <w:p w14:paraId="649434BD" w14:textId="77777777" w:rsidR="007C3C6C" w:rsidRPr="00994820" w:rsidRDefault="007C3C6C" w:rsidP="00704DFD">
      <w:pPr>
        <w:spacing w:before="120" w:line="360" w:lineRule="auto"/>
        <w:ind w:firstLine="284"/>
        <w:jc w:val="both"/>
      </w:pPr>
      <w:r w:rsidRPr="00994820">
        <w:t>«I ricordi sono gli stessi, ma sembra che…» Aman la interruppe mentre si avvicinava a uno di quegli strani Elvenar.</w:t>
      </w:r>
    </w:p>
    <w:p w14:paraId="24B81645" w14:textId="77777777" w:rsidR="007C3C6C" w:rsidRPr="00994820" w:rsidRDefault="007C3C6C" w:rsidP="00704DFD">
      <w:pPr>
        <w:spacing w:before="120" w:line="360" w:lineRule="auto"/>
        <w:ind w:firstLine="284"/>
        <w:jc w:val="both"/>
      </w:pPr>
      <w:r w:rsidRPr="00994820">
        <w:t>«Stanno solo riscrivendo le emozioni dei nostri ricordi, li rendono più felici» poi si voltò a guardare questi Elvenar. Non avevano nome, né EV inciso sulla fronte. I loro corpi erano assai più snelli e fragili, il Sorriso che li contraddistingueva qui era assente, erano invece presenti i loro occhi umani, quelli che avevano avuto un tempo.</w:t>
      </w:r>
    </w:p>
    <w:p w14:paraId="453B2637" w14:textId="77777777" w:rsidR="007C3C6C" w:rsidRPr="00994820" w:rsidRDefault="007C3C6C" w:rsidP="00704DFD">
      <w:pPr>
        <w:spacing w:before="120" w:line="360" w:lineRule="auto"/>
        <w:ind w:firstLine="284"/>
        <w:jc w:val="both"/>
      </w:pPr>
      <w:r w:rsidRPr="00994820">
        <w:t>«Questa roba deve essere ancora sperimentale» concluse Kieran.</w:t>
      </w:r>
    </w:p>
    <w:p w14:paraId="0935DAF5" w14:textId="77777777" w:rsidR="007C3C6C" w:rsidRPr="00994820" w:rsidRDefault="007C3C6C" w:rsidP="00704DFD">
      <w:pPr>
        <w:spacing w:before="120" w:line="360" w:lineRule="auto"/>
        <w:ind w:firstLine="284"/>
        <w:jc w:val="both"/>
      </w:pPr>
      <w:r w:rsidRPr="00994820">
        <w:t>«Beh, io non la voglio.» e con un violento pugno distrusse uno degli Elvenar intenti a scrivere su quelle lastre olografiche.</w:t>
      </w:r>
    </w:p>
    <w:p w14:paraId="721DADB6" w14:textId="77777777" w:rsidR="007C3C6C" w:rsidRPr="00994820" w:rsidRDefault="007C3C6C" w:rsidP="00704DFD">
      <w:pPr>
        <w:spacing w:before="120" w:line="360" w:lineRule="auto"/>
        <w:ind w:firstLine="284"/>
        <w:jc w:val="both"/>
      </w:pPr>
      <w:r w:rsidRPr="00994820">
        <w:t>Kieran e Aman la osservavano incerti mentre Fanny, seguendo il perimetro della sala distruggeva con furia misurata ogni Elvenar intento a scrivere. A ogni colpo il Core al centro della sala sembrava sussultare, come se stesse soffrendo un dolore intimo. Solo quando l’ultimo Elvenar era in pezzi sentì la mente alleggerirsi e il globo al centro della sala sembrò rallentare la sua pulsazione.</w:t>
      </w:r>
    </w:p>
    <w:p w14:paraId="779E0E9B" w14:textId="77777777" w:rsidR="007C3C6C" w:rsidRPr="00994820" w:rsidRDefault="007C3C6C" w:rsidP="00704DFD">
      <w:pPr>
        <w:spacing w:before="120" w:line="360" w:lineRule="auto"/>
        <w:ind w:firstLine="284"/>
        <w:jc w:val="both"/>
      </w:pPr>
      <w:r w:rsidRPr="00994820">
        <w:t>Fanny lo osservò: quel fluido che dalla fontana era risalito fino a questo piano lo aveva attraversato e superato portandosi verso il pavimento del terzo.</w:t>
      </w:r>
    </w:p>
    <w:p w14:paraId="05A35B4E" w14:textId="77777777" w:rsidR="007C3C6C" w:rsidRPr="00994820" w:rsidRDefault="007C3C6C" w:rsidP="00704DFD">
      <w:pPr>
        <w:spacing w:before="120" w:line="360" w:lineRule="auto"/>
        <w:ind w:firstLine="284"/>
        <w:jc w:val="both"/>
      </w:pPr>
      <w:r w:rsidRPr="00994820">
        <w:t>«Questo posto è terrificante e mi sto stufando, vedete di rendervi utili o darvi una mossa quanto meno» commentò irritata quell’apparente paralisi che li aveva colti.</w:t>
      </w:r>
    </w:p>
    <w:p w14:paraId="66F270B6" w14:textId="77777777" w:rsidR="007C3C6C" w:rsidRPr="00994820" w:rsidRDefault="007C3C6C" w:rsidP="00704DFD">
      <w:pPr>
        <w:spacing w:before="120" w:line="360" w:lineRule="auto"/>
        <w:ind w:firstLine="284"/>
        <w:jc w:val="both"/>
      </w:pPr>
      <w:r w:rsidRPr="00994820">
        <w:t>«Spero non abbiate lasciato il cervello al primo piano, perché ce ne aspettano ancora dodici» concluse furioso mentre si dirigeva verso le scale che portavano al terzo piano.</w:t>
      </w:r>
    </w:p>
    <w:p w14:paraId="7DDAEADA" w14:textId="77777777" w:rsidR="007C3C6C" w:rsidRPr="00994820" w:rsidRDefault="007C3C6C" w:rsidP="00704DFD">
      <w:pPr>
        <w:spacing w:before="120" w:line="360" w:lineRule="auto"/>
        <w:ind w:firstLine="284"/>
        <w:jc w:val="both"/>
      </w:pPr>
      <w:r w:rsidRPr="00994820">
        <w:t xml:space="preserve">I due la seguirono con sguardi colpevoli. </w:t>
      </w:r>
    </w:p>
    <w:p w14:paraId="5270AD3F" w14:textId="77777777" w:rsidR="007C3C6C" w:rsidRPr="00994820" w:rsidRDefault="007C3C6C" w:rsidP="00704DFD">
      <w:pPr>
        <w:spacing w:before="120" w:line="360" w:lineRule="auto"/>
        <w:ind w:firstLine="284"/>
        <w:jc w:val="both"/>
      </w:pPr>
      <w:r w:rsidRPr="00994820">
        <w:lastRenderedPageBreak/>
        <w:t>Il terzo piano si aprì senza rumore. Solo un cambio d’atmosfera, sottile come una variazione di temperatura nella pelle artificiale. L’aria odorava di zucchero bruciato e plastica sterile.</w:t>
      </w:r>
      <w:r w:rsidRPr="00994820">
        <w:br/>
        <w:t>Fanny avanzò, seguita in silenzio dagli altri due. La stanza era enorme, circolare, immersa in una penombra lattiginosa interrotta solo dal bagliore pulsante delle colonne emotive. Il flusso che emergeva dal centro del pavimento sembrava radunarsi in filamenti diretti verso le colonne che adornavano la sala.</w:t>
      </w:r>
    </w:p>
    <w:p w14:paraId="47B3340F" w14:textId="77777777" w:rsidR="007C3C6C" w:rsidRPr="00994820" w:rsidRDefault="007C3C6C" w:rsidP="00704DFD">
      <w:pPr>
        <w:spacing w:before="120" w:line="360" w:lineRule="auto"/>
        <w:ind w:firstLine="284"/>
        <w:jc w:val="both"/>
      </w:pPr>
      <w:r w:rsidRPr="00994820">
        <w:t>Centinaia di cilindri trasparenti si ergevano dal pavimento al soffitto, riempiti di liquido denso in cui fluttuavano frammenti emozionali. Non ricordi. Non immagini. Ma sensazioni pure, slegate da volti e contesti: dolore, estasi, vergogna, quiete. Pulsavano come embrioni in sospensione, ciascuno con un codice e un colore.</w:t>
      </w:r>
    </w:p>
    <w:p w14:paraId="40E10C0D" w14:textId="1E1871D1" w:rsidR="007C3C6C" w:rsidRPr="00994820" w:rsidRDefault="007C3C6C" w:rsidP="00704DFD">
      <w:pPr>
        <w:spacing w:before="120" w:line="360" w:lineRule="auto"/>
        <w:ind w:firstLine="284"/>
        <w:jc w:val="both"/>
      </w:pPr>
      <w:r w:rsidRPr="00994820">
        <w:t>E i guardiani… non erano tecnici.</w:t>
      </w:r>
      <w:r w:rsidR="009B4B87">
        <w:t xml:space="preserve"> </w:t>
      </w:r>
      <w:r w:rsidRPr="00994820">
        <w:t>Erano bambini.</w:t>
      </w:r>
    </w:p>
    <w:p w14:paraId="14981815" w14:textId="77777777" w:rsidR="007C3C6C" w:rsidRPr="00994820" w:rsidRDefault="007C3C6C" w:rsidP="00704DFD">
      <w:pPr>
        <w:spacing w:before="120" w:line="360" w:lineRule="auto"/>
        <w:ind w:firstLine="284"/>
        <w:jc w:val="both"/>
      </w:pPr>
      <w:r w:rsidRPr="00994820">
        <w:t>Elvenar giovani, troppo giovani. Questa volta più simili alle loro controparti mature: Niente occhi, solo la bocca. Il loro nome sul petto, proprio sopra la loro colpa e il loro EV inciso sulla fronte, lì dove un tempo erano presenti occhi innocenti. Camminavano scalzi tra le colonne, completamente nudi. Fanny sembrò scossa da quei loro corpi, le apparivano sbagliati: seppur così minuti apparivano molto più maturi degli Elvenar “classici”. Mentre i guardiani sorridenti della città erano stati privati dei loro tratti fisionomici che più richiamavano alla loro nudità, in questi bambini quegli stessi tratti erano stati artificialmente accentuati, era disgustoso. Ogni Elvenar aveva poi un’interfaccia cerebrale impiantata direttamente nel cranio. Le dita scivolavano sulle pareti dei cilindri con la grazia di chi accarezza qualcosa di sacro. Ogni gesto modulava il ritmo dei frammenti. Uno di loro si fermò accanto a una colonna blu e, sfiorandola con il palmo, ne rallentò la pulsazione: come se avesse calmato un cuore in crisi.</w:t>
      </w:r>
    </w:p>
    <w:p w14:paraId="29E08A70" w14:textId="77777777" w:rsidR="007C3C6C" w:rsidRPr="00994820" w:rsidRDefault="007C3C6C" w:rsidP="00704DFD">
      <w:pPr>
        <w:spacing w:before="120" w:line="360" w:lineRule="auto"/>
        <w:ind w:firstLine="284"/>
        <w:jc w:val="both"/>
      </w:pPr>
      <w:r w:rsidRPr="00994820">
        <w:t>Fanny sentì la pelle vibrare sotto il tessuto.</w:t>
      </w:r>
    </w:p>
    <w:p w14:paraId="262BB5FE" w14:textId="77777777" w:rsidR="007C3C6C" w:rsidRPr="00994820" w:rsidRDefault="007C3C6C" w:rsidP="00704DFD">
      <w:pPr>
        <w:spacing w:before="120" w:line="360" w:lineRule="auto"/>
        <w:ind w:firstLine="284"/>
        <w:jc w:val="both"/>
      </w:pPr>
      <w:r w:rsidRPr="00994820">
        <w:t>«Gratia.» commentò secco Aman.</w:t>
      </w:r>
    </w:p>
    <w:p w14:paraId="75F199CD" w14:textId="0202223A" w:rsidR="007C3C6C" w:rsidRPr="00994820" w:rsidRDefault="007C3C6C" w:rsidP="00704DFD">
      <w:pPr>
        <w:spacing w:before="120" w:line="360" w:lineRule="auto"/>
        <w:ind w:firstLine="284"/>
        <w:jc w:val="both"/>
      </w:pPr>
      <w:r w:rsidRPr="00994820">
        <w:t>Questi bambini non custodivano la Gratia.</w:t>
      </w:r>
      <w:r w:rsidR="009B4B87">
        <w:t xml:space="preserve"> </w:t>
      </w:r>
      <w:r w:rsidRPr="00994820">
        <w:t>La regolavano, la contenevano.</w:t>
      </w:r>
    </w:p>
    <w:p w14:paraId="50A64715" w14:textId="77777777" w:rsidR="007C3C6C" w:rsidRPr="00994820" w:rsidRDefault="007C3C6C" w:rsidP="00704DFD">
      <w:pPr>
        <w:spacing w:before="120" w:line="360" w:lineRule="auto"/>
        <w:ind w:firstLine="284"/>
        <w:jc w:val="both"/>
      </w:pPr>
      <w:r w:rsidRPr="00994820">
        <w:t>«Sono dosatori viventi. La Gratia li legge e li plasma. E poi li usa per ricalibrare la felicità degli altri» aggiunse Kieran con i pugni serrati.</w:t>
      </w:r>
    </w:p>
    <w:p w14:paraId="1601C2FA" w14:textId="77777777" w:rsidR="007C3C6C" w:rsidRPr="00994820" w:rsidRDefault="007C3C6C" w:rsidP="00704DFD">
      <w:pPr>
        <w:spacing w:before="120" w:line="360" w:lineRule="auto"/>
        <w:ind w:firstLine="284"/>
        <w:jc w:val="both"/>
      </w:pPr>
      <w:r w:rsidRPr="00994820">
        <w:t>Ogni frammento veniva selezionato, ricombinato, schedato tramite un gesto, un pensiero, una frequenza interiore. Le colonne reagivano al loro EV, come se il dolore o la serenità di ognuno di quei guardiani silenti fosse un banco di prova per quei campioni di sentimenti ed emozioni distillate. Quei liquidi sembravano fluire dal piano superiore.</w:t>
      </w:r>
    </w:p>
    <w:p w14:paraId="5CA1BC32" w14:textId="23C50FB1" w:rsidR="007C3C6C" w:rsidRPr="00994820" w:rsidRDefault="007C3C6C" w:rsidP="00704DFD">
      <w:pPr>
        <w:spacing w:before="120" w:line="360" w:lineRule="auto"/>
        <w:ind w:firstLine="284"/>
        <w:jc w:val="both"/>
      </w:pPr>
      <w:r w:rsidRPr="00994820">
        <w:t xml:space="preserve">Fanny quasi per errore si soffermò troppo a lungo su quei bambini ormai dilaniati. Una piccola Elvenar teneva in mano una sfera emotiva ancora grezza, la stava modellando come se fosse argilla viva. Fanny non poteva dubitare che quella fosse stata un tempo una fanciulla. Il suo corpo era stato smontato e riassemblato per </w:t>
      </w:r>
      <w:r w:rsidRPr="00994820">
        <w:lastRenderedPageBreak/>
        <w:t>accentuare ogni tratto che richiamasse la sua femminilità, un tempo umana.</w:t>
      </w:r>
      <w:r w:rsidR="009B4B87">
        <w:t xml:space="preserve"> </w:t>
      </w:r>
      <w:r w:rsidRPr="00994820">
        <w:t>Quando Fanny la osservò troppo a lungo, la bambina inclinò la testa. E sorrise.</w:t>
      </w:r>
    </w:p>
    <w:p w14:paraId="43BDC007" w14:textId="0EF6B118" w:rsidR="007C3C6C" w:rsidRPr="00994820" w:rsidRDefault="007C3C6C" w:rsidP="00704DFD">
      <w:pPr>
        <w:spacing w:before="120" w:line="360" w:lineRule="auto"/>
        <w:ind w:firstLine="284"/>
        <w:jc w:val="both"/>
      </w:pPr>
      <w:r w:rsidRPr="00994820">
        <w:t>Non un sorriso forzato, non un’espressione scolpita, come negli Elvenar più adulti, ma un sorriso fragile, quasi umano.</w:t>
      </w:r>
      <w:r w:rsidR="009B4B87">
        <w:t xml:space="preserve"> </w:t>
      </w:r>
      <w:r w:rsidRPr="00994820">
        <w:t>Un sorriso che non avrebbe dovuto esserci.</w:t>
      </w:r>
    </w:p>
    <w:p w14:paraId="617C9BAA" w14:textId="77777777" w:rsidR="007C3C6C" w:rsidRPr="00994820" w:rsidRDefault="007C3C6C" w:rsidP="00704DFD">
      <w:pPr>
        <w:spacing w:before="120" w:line="360" w:lineRule="auto"/>
        <w:ind w:firstLine="284"/>
        <w:jc w:val="both"/>
      </w:pPr>
      <w:r w:rsidRPr="00994820">
        <w:t>«Oh! Ecco chi ha spento la stanza della narrazione!» La voce alterata di Stein invase la stanza, seguita dalla sua nuova e innaturale risata squillante</w:t>
      </w:r>
    </w:p>
    <w:p w14:paraId="046CC1C5" w14:textId="77777777" w:rsidR="007C3C6C" w:rsidRPr="00994820" w:rsidRDefault="007C3C6C" w:rsidP="00704DFD">
      <w:pPr>
        <w:spacing w:before="120" w:line="360" w:lineRule="auto"/>
        <w:ind w:firstLine="284"/>
        <w:jc w:val="both"/>
      </w:pPr>
      <w:r w:rsidRPr="00994820">
        <w:t>«Certo c’erano modi migliori di avvisarmi del vostro arrivo, potevate suonare il campanello!» Ancora una volta una risata squillante emessa dalla voce mascolina di Stein seguì quella che doveva essere stata una battuta.</w:t>
      </w:r>
    </w:p>
    <w:p w14:paraId="5B526374" w14:textId="77777777" w:rsidR="007C3C6C" w:rsidRPr="00994820" w:rsidRDefault="007C3C6C" w:rsidP="00704DFD">
      <w:pPr>
        <w:spacing w:before="120" w:line="360" w:lineRule="auto"/>
        <w:ind w:firstLine="284"/>
        <w:jc w:val="both"/>
      </w:pPr>
      <w:r w:rsidRPr="00994820">
        <w:t>I tre si voltarono in ogni direzione allarmati come a cercare la fonte di quella voce che appariva così vicina.</w:t>
      </w:r>
    </w:p>
    <w:p w14:paraId="02BE3E86" w14:textId="77777777" w:rsidR="007C3C6C" w:rsidRPr="00994820" w:rsidRDefault="007C3C6C" w:rsidP="00704DFD">
      <w:pPr>
        <w:spacing w:before="120" w:line="360" w:lineRule="auto"/>
        <w:ind w:firstLine="284"/>
        <w:jc w:val="both"/>
      </w:pPr>
      <w:r w:rsidRPr="00994820">
        <w:t>«Vi piacciono questi piccoli Elvenar? Amavo il periodo dell’accademia quando potevo usarli come più mi aggradava e dare libero sfogo al mio desiderio di Gaudia» continuò ridacchiando Stein.</w:t>
      </w:r>
    </w:p>
    <w:p w14:paraId="577144F0" w14:textId="77777777" w:rsidR="007C3C6C" w:rsidRPr="00994820" w:rsidRDefault="007C3C6C" w:rsidP="00704DFD">
      <w:pPr>
        <w:spacing w:before="120" w:line="360" w:lineRule="auto"/>
        <w:ind w:firstLine="284"/>
        <w:jc w:val="both"/>
      </w:pPr>
      <w:r w:rsidRPr="00994820">
        <w:t>Nel sentire ciò Fanny si voltò d’istinto verso i due Shinigami che la stavano accompagnando</w:t>
      </w:r>
    </w:p>
    <w:p w14:paraId="2F6E961D" w14:textId="77777777" w:rsidR="007C3C6C" w:rsidRPr="00994820" w:rsidRDefault="007C3C6C" w:rsidP="00704DFD">
      <w:pPr>
        <w:spacing w:before="120" w:line="360" w:lineRule="auto"/>
        <w:ind w:firstLine="284"/>
        <w:jc w:val="both"/>
      </w:pPr>
      <w:r w:rsidRPr="00994820">
        <w:t>«Sfogo? Su questi cosi?» chiese sconvolta verso gli altri due.</w:t>
      </w:r>
    </w:p>
    <w:p w14:paraId="4081A8BB" w14:textId="77777777" w:rsidR="007C3C6C" w:rsidRPr="00994820" w:rsidRDefault="007C3C6C" w:rsidP="00704DFD">
      <w:pPr>
        <w:spacing w:before="120" w:line="360" w:lineRule="auto"/>
        <w:ind w:firstLine="284"/>
        <w:jc w:val="both"/>
      </w:pPr>
      <w:r w:rsidRPr="00994820">
        <w:t>Nessuna risposta uscì dalle loro bocche, ma i loro sguardi rivelarono la verità che la loro voce aveva timore di liberare.</w:t>
      </w:r>
    </w:p>
    <w:p w14:paraId="4932F1BD" w14:textId="77777777" w:rsidR="007C3C6C" w:rsidRPr="00994820" w:rsidRDefault="007C3C6C" w:rsidP="00704DFD">
      <w:pPr>
        <w:spacing w:before="120" w:line="360" w:lineRule="auto"/>
        <w:ind w:firstLine="284"/>
        <w:jc w:val="both"/>
      </w:pPr>
      <w:r w:rsidRPr="00994820">
        <w:t>«Ma che schifo!» disse la ragazza, ogni parola le sembrò uscire dal cuore.</w:t>
      </w:r>
    </w:p>
    <w:p w14:paraId="4270B767" w14:textId="77777777" w:rsidR="007C3C6C" w:rsidRPr="00994820" w:rsidRDefault="007C3C6C" w:rsidP="00704DFD">
      <w:pPr>
        <w:spacing w:before="120" w:line="360" w:lineRule="auto"/>
        <w:ind w:firstLine="284"/>
        <w:jc w:val="both"/>
      </w:pPr>
      <w:r w:rsidRPr="00994820">
        <w:t>«Oh non dire così, lascia che ti mostri quanto possano essere morbidi e gustosi questi piccoli corpicini»</w:t>
      </w:r>
    </w:p>
    <w:p w14:paraId="7938B8CA" w14:textId="77777777" w:rsidR="007C3C6C" w:rsidRPr="00994820" w:rsidRDefault="007C3C6C" w:rsidP="00704DFD">
      <w:pPr>
        <w:spacing w:before="120" w:line="360" w:lineRule="auto"/>
        <w:ind w:firstLine="284"/>
        <w:jc w:val="both"/>
      </w:pPr>
      <w:r w:rsidRPr="00994820">
        <w:t>Detto ciò, ogni Elvenar nella stanza stoppò le proprie attività e si diresse lentamente verso il gruppo dei tre ragazzi. Alcuni si avvicinavano a braccia aperte, altri si massaggiavano dolcemente i seni o i genitali.</w:t>
      </w:r>
    </w:p>
    <w:p w14:paraId="10161D70" w14:textId="77777777" w:rsidR="007C3C6C" w:rsidRPr="00994820" w:rsidRDefault="007C3C6C" w:rsidP="00704DFD">
      <w:pPr>
        <w:spacing w:before="120" w:line="360" w:lineRule="auto"/>
        <w:ind w:firstLine="284"/>
        <w:jc w:val="both"/>
      </w:pPr>
      <w:r w:rsidRPr="00994820">
        <w:t>Fanny non ebbe un attimo di esitazione e si precipitò con furia su quei corpi con il solo scopo di spegnerli per sempre.</w:t>
      </w:r>
    </w:p>
    <w:p w14:paraId="3B741580" w14:textId="77777777" w:rsidR="007C3C6C" w:rsidRPr="00994820" w:rsidRDefault="007C3C6C" w:rsidP="00704DFD">
      <w:pPr>
        <w:spacing w:before="120" w:line="360" w:lineRule="auto"/>
        <w:ind w:firstLine="284"/>
        <w:jc w:val="both"/>
      </w:pPr>
      <w:r w:rsidRPr="00994820">
        <w:t>«Questa non ha niente a che vedere con la vita.» ringhiò ansimante mentre i suoi pugni si abbattevano su quei piccoli corpi. «Meglio essere morti che diventare oggetti per dei bambini depravati e corrotti da questo schifo di città!» urlò infine verso il soffitto.</w:t>
      </w:r>
    </w:p>
    <w:p w14:paraId="6F6991BC" w14:textId="77777777" w:rsidR="007C3C6C" w:rsidRPr="00994820" w:rsidRDefault="007C3C6C" w:rsidP="00704DFD">
      <w:pPr>
        <w:spacing w:before="120" w:line="360" w:lineRule="auto"/>
        <w:ind w:firstLine="284"/>
        <w:jc w:val="both"/>
      </w:pPr>
      <w:r w:rsidRPr="00994820">
        <w:t>Qualcosa sfrigolava alle sue spalle: Fanny si voltò appena in tempo per vedere Aman fulminare due di quei corpi minuti. I suoi occhi erano fissi, troppo fermi.</w:t>
      </w:r>
    </w:p>
    <w:p w14:paraId="4008C904" w14:textId="77777777" w:rsidR="007C3C6C" w:rsidRPr="00994820" w:rsidRDefault="007C3C6C" w:rsidP="00704DFD">
      <w:pPr>
        <w:spacing w:before="120" w:line="360" w:lineRule="auto"/>
        <w:ind w:firstLine="284"/>
        <w:jc w:val="both"/>
      </w:pPr>
      <w:r w:rsidRPr="00994820">
        <w:t>Fanny si voltò verso Kieran, pronta a urlargli contro, ma si bloccò. Era fermo. Non tremava. Non parlava. Solo le lacrime gli rigavano il volto, silenziose. E qualcosa nella sua postura, nel modo in cui teneva la testa piegata, le strinse il petto. Nel mentre altri piccoli Elvenar, con in braccio delle piccole armi giocattolo che Fanny era certa fossero letali quanto delle armi autentiche, si dirigevano verso di loro.</w:t>
      </w:r>
    </w:p>
    <w:p w14:paraId="2C1471B3" w14:textId="77777777" w:rsidR="007C3C6C" w:rsidRPr="00994820" w:rsidRDefault="007C3C6C" w:rsidP="00704DFD">
      <w:pPr>
        <w:spacing w:before="120" w:line="360" w:lineRule="auto"/>
        <w:ind w:firstLine="284"/>
        <w:jc w:val="both"/>
      </w:pPr>
      <w:r w:rsidRPr="00994820">
        <w:lastRenderedPageBreak/>
        <w:t>Sparata verso Kieran iniziò a gridargli «Che cazzo combini?! Ti vuoi muovere?»</w:t>
      </w:r>
    </w:p>
    <w:p w14:paraId="275AB24D" w14:textId="77777777" w:rsidR="007C3C6C" w:rsidRPr="00994820" w:rsidRDefault="007C3C6C" w:rsidP="00704DFD">
      <w:pPr>
        <w:spacing w:before="120" w:line="360" w:lineRule="auto"/>
        <w:ind w:firstLine="284"/>
        <w:jc w:val="both"/>
      </w:pPr>
      <w:r w:rsidRPr="00994820">
        <w:t>Raggiunto Kieran, lasciando a brandelli ogni minuto Elvenar che cercava di fermarla, caricò la spalla destra come fosse un fucile, pronta a sferrare un colpo letale verso l’Elvenar che lo teneva stretto.</w:t>
      </w:r>
    </w:p>
    <w:p w14:paraId="5D76F861" w14:textId="77777777" w:rsidR="007C3C6C" w:rsidRPr="00994820" w:rsidRDefault="007C3C6C" w:rsidP="00704DFD">
      <w:pPr>
        <w:spacing w:before="120" w:line="360" w:lineRule="auto"/>
        <w:ind w:firstLine="284"/>
        <w:jc w:val="both"/>
      </w:pPr>
      <w:r w:rsidRPr="00994820">
        <w:t>Fu un attimo, un rapido scatto e Kieran si voltò proteggendo la piccola Elvenar con il suo corpo. Fanny non fu in grado di fermarsi e le sue nocche precipitarono sulla schiena inerme di Kieran.</w:t>
      </w:r>
    </w:p>
    <w:p w14:paraId="38239B39" w14:textId="77777777" w:rsidR="007C3C6C" w:rsidRPr="00994820" w:rsidRDefault="007C3C6C" w:rsidP="00704DFD">
      <w:pPr>
        <w:spacing w:before="120" w:line="360" w:lineRule="auto"/>
        <w:ind w:firstLine="284"/>
        <w:jc w:val="both"/>
      </w:pPr>
      <w:r w:rsidRPr="00994820">
        <w:t>Il volto di Fanny mutò, dall’ira all’ansia «Kieran!» gridò tirandosi indietro come avesse terrore che gli si sarebbe infranto davanti come un vaso che cade al suolo. E come quel vaso anche Kieran stava ricadendo a terra, stretto saldamente dalla giovane Elvenar che aumentava gradualmente la sua forza.</w:t>
      </w:r>
    </w:p>
    <w:p w14:paraId="4906A875" w14:textId="77777777" w:rsidR="007C3C6C" w:rsidRPr="00994820" w:rsidRDefault="007C3C6C" w:rsidP="00704DFD">
      <w:pPr>
        <w:spacing w:before="120" w:line="360" w:lineRule="auto"/>
        <w:ind w:firstLine="284"/>
        <w:jc w:val="both"/>
      </w:pPr>
      <w:r w:rsidRPr="00994820">
        <w:t>Ora che Kieran stava cadendo sulle sue ginocchia, Fanny riuscì a leggere il nome dell’Elvenar, proprio nel momento in cui stava riaprendo le braccia per avvolgere questa volta il volto di Kieran contro il suo petto. Sabrina.</w:t>
      </w:r>
    </w:p>
    <w:p w14:paraId="1F7966AC" w14:textId="77777777" w:rsidR="007C3C6C" w:rsidRPr="00994820" w:rsidRDefault="007C3C6C" w:rsidP="00704DFD">
      <w:pPr>
        <w:spacing w:before="120" w:line="360" w:lineRule="auto"/>
        <w:ind w:firstLine="284"/>
        <w:jc w:val="both"/>
      </w:pPr>
      <w:r w:rsidRPr="00994820">
        <w:t>Aman li aveva raggiunti e si premuniva di tenere al sicuro i due dagli assalti di quei piccoli demoni che stavano accelerando. Nella sala c’era un crescendo di piccoli passi frenetici e risatine squillanti.</w:t>
      </w:r>
    </w:p>
    <w:p w14:paraId="0F64A9FB" w14:textId="77777777" w:rsidR="007C3C6C" w:rsidRPr="00994820" w:rsidRDefault="007C3C6C" w:rsidP="00704DFD">
      <w:pPr>
        <w:spacing w:before="120" w:line="360" w:lineRule="auto"/>
        <w:ind w:firstLine="284"/>
        <w:jc w:val="both"/>
      </w:pPr>
      <w:r w:rsidRPr="00994820">
        <w:t>«Chi è Sabrina, Kieran?» chiese dolcemente infine Fanny chinandosi per avvicinarsi di più al ragazzo, e guardare meglio la piccola Elvenar. Ora che la vedeva più da vicino non sembrava avere intenzioni nocive, e quel sorriso sembrava tremare, come a tradire un’indecisione nella sua volontà piegata.</w:t>
      </w:r>
    </w:p>
    <w:p w14:paraId="23D9BF54" w14:textId="77777777" w:rsidR="007C3C6C" w:rsidRPr="00994820" w:rsidRDefault="007C3C6C" w:rsidP="00704DFD">
      <w:pPr>
        <w:spacing w:before="120" w:line="360" w:lineRule="auto"/>
        <w:ind w:firstLine="284"/>
        <w:jc w:val="both"/>
      </w:pPr>
      <w:r w:rsidRPr="00994820">
        <w:t>«Era mia sorella… il suo EV divenne irrecuperabile quando era ancora molto piccola…»  cercò di rivelare un singhiozzo e l’altro.</w:t>
      </w:r>
    </w:p>
    <w:p w14:paraId="738DB561" w14:textId="77777777" w:rsidR="007C3C6C" w:rsidRPr="00994820" w:rsidRDefault="007C3C6C" w:rsidP="00704DFD">
      <w:pPr>
        <w:spacing w:before="120" w:line="360" w:lineRule="auto"/>
        <w:ind w:firstLine="284"/>
        <w:jc w:val="both"/>
      </w:pPr>
      <w:r w:rsidRPr="00994820">
        <w:t xml:space="preserve">Fanny si mise in ginocchio accanto a lui, mentre con la mano ancora umana cercava di trasmettergli il suo calore, poggiandola con delicatezza sul pugno chiuso di Kieran. </w:t>
      </w:r>
    </w:p>
    <w:p w14:paraId="1E744F77" w14:textId="77777777" w:rsidR="007C3C6C" w:rsidRPr="00994820" w:rsidRDefault="007C3C6C" w:rsidP="00704DFD">
      <w:pPr>
        <w:spacing w:before="120" w:line="360" w:lineRule="auto"/>
        <w:ind w:firstLine="284"/>
        <w:jc w:val="both"/>
      </w:pPr>
      <w:r w:rsidRPr="00994820">
        <w:t>«Fu un trauma… per tutti noi… mio padre non si riprese più…» con la mano libera si indicò lo squarcio sul volto «Fu lui a farmelo, quando anche il mio EV cominciò a salire»</w:t>
      </w:r>
    </w:p>
    <w:p w14:paraId="6F193A35" w14:textId="77777777" w:rsidR="007C3C6C" w:rsidRPr="00994820" w:rsidRDefault="007C3C6C" w:rsidP="00704DFD">
      <w:pPr>
        <w:spacing w:before="120" w:line="360" w:lineRule="auto"/>
        <w:ind w:firstLine="284"/>
        <w:jc w:val="both"/>
      </w:pPr>
      <w:r w:rsidRPr="00994820">
        <w:t>Fanny cercò inutilmente nella sua mente le parole adatte. Solo dopo alcuni secondi di silenzio decise che la cosa migliore fosse la verità.</w:t>
      </w:r>
    </w:p>
    <w:p w14:paraId="35DAE303" w14:textId="77777777" w:rsidR="007C3C6C" w:rsidRPr="00994820" w:rsidRDefault="007C3C6C" w:rsidP="00704DFD">
      <w:pPr>
        <w:spacing w:before="120" w:line="360" w:lineRule="auto"/>
        <w:ind w:firstLine="284"/>
        <w:jc w:val="both"/>
      </w:pPr>
      <w:r w:rsidRPr="00994820">
        <w:t>«Kieran, siccome è tua sorella, né io né Aman la toccheremo, ma…» nel breve silenzio che ne seguì ci fu un rapido scambio di sguardi pesanti tra Fanny e Aman che nel mentre spegneva diligentemente quei piccoli corpi.</w:t>
      </w:r>
    </w:p>
    <w:p w14:paraId="2943C953" w14:textId="77777777" w:rsidR="007C3C6C" w:rsidRPr="00994820" w:rsidRDefault="007C3C6C" w:rsidP="00704DFD">
      <w:pPr>
        <w:spacing w:before="120" w:line="360" w:lineRule="auto"/>
        <w:ind w:firstLine="284"/>
        <w:jc w:val="both"/>
      </w:pPr>
      <w:r w:rsidRPr="00994820">
        <w:t>«Lei se n’è andata da molto tempo, lo sai sì?» disse con tono tremante cercando di tirare fuori tutto il tatto di cui era capace.</w:t>
      </w:r>
    </w:p>
    <w:p w14:paraId="288F49D3" w14:textId="77777777" w:rsidR="007C3C6C" w:rsidRPr="00994820" w:rsidRDefault="007C3C6C" w:rsidP="00704DFD">
      <w:pPr>
        <w:spacing w:before="120" w:line="360" w:lineRule="auto"/>
        <w:ind w:firstLine="284"/>
        <w:jc w:val="both"/>
      </w:pPr>
      <w:r w:rsidRPr="00994820">
        <w:t>Kieran si limitò ad annuire e mentre il suo pianto si intensificava estrasse dalla veste la sua falce.</w:t>
      </w:r>
    </w:p>
    <w:p w14:paraId="1C0FE0DF" w14:textId="77777777" w:rsidR="007C3C6C" w:rsidRPr="00994820" w:rsidRDefault="007C3C6C" w:rsidP="00704DFD">
      <w:pPr>
        <w:spacing w:before="120" w:line="360" w:lineRule="auto"/>
        <w:ind w:firstLine="284"/>
        <w:jc w:val="both"/>
      </w:pPr>
      <w:r w:rsidRPr="00994820">
        <w:t>Fanny decise di allontanarsi, e Aman distolse lo sguardo. Volevano dargli tutta l’intimità di cui aveva bisogno.</w:t>
      </w:r>
    </w:p>
    <w:p w14:paraId="28328DD9" w14:textId="77777777" w:rsidR="007C3C6C" w:rsidRPr="00994820" w:rsidRDefault="007C3C6C" w:rsidP="00704DFD">
      <w:pPr>
        <w:spacing w:before="120" w:line="360" w:lineRule="auto"/>
        <w:ind w:firstLine="284"/>
        <w:jc w:val="both"/>
      </w:pPr>
      <w:r w:rsidRPr="00994820">
        <w:lastRenderedPageBreak/>
        <w:t>Pochi secondi e la piccola Sabrina si spense nel caldo abbraccio del fratello poco dopo che quella lunga falce le penetrò il cuore attraversandole la schiena.</w:t>
      </w:r>
    </w:p>
    <w:p w14:paraId="36789892" w14:textId="2F3AEB22" w:rsidR="00A20E7A" w:rsidRDefault="007C3C6C" w:rsidP="00704DFD">
      <w:pPr>
        <w:spacing w:before="120" w:line="360" w:lineRule="auto"/>
        <w:ind w:firstLine="284"/>
        <w:jc w:val="both"/>
      </w:pPr>
      <w:r w:rsidRPr="00994820">
        <w:t>Prima che quel suo sorriso forzato lasciò quel volto dilaniato, le sue piccole braccia avvolsero un’ultima volta il fratello e la sua piccola testa si lasciò cadere sulla spalla di Kieran, ormai umida dalle lacrime del ragazzo.</w:t>
      </w:r>
    </w:p>
    <w:p w14:paraId="3C0D60D2" w14:textId="168051E9" w:rsidR="00CD408F" w:rsidRPr="00A20E7A" w:rsidRDefault="00A20E7A" w:rsidP="00A20E7A">
      <w:pPr>
        <w:spacing w:after="160" w:line="259" w:lineRule="auto"/>
      </w:pPr>
      <w:r>
        <w:br w:type="page"/>
      </w:r>
    </w:p>
    <w:p w14:paraId="7B8A769B" w14:textId="71245DCC" w:rsidR="007C3C6C" w:rsidRPr="009B4B87" w:rsidRDefault="007C3C6C" w:rsidP="004739EF">
      <w:pPr>
        <w:pStyle w:val="Titolo1"/>
        <w:jc w:val="center"/>
      </w:pPr>
      <w:r w:rsidRPr="009B4B87">
        <w:lastRenderedPageBreak/>
        <w:t xml:space="preserve">Capitolo </w:t>
      </w:r>
      <w:r w:rsidR="009B4B87">
        <w:t>XVII</w:t>
      </w:r>
      <w:r w:rsidRPr="009B4B87">
        <w:t xml:space="preserve"> – Il Fumo</w:t>
      </w:r>
    </w:p>
    <w:p w14:paraId="09F51BD0" w14:textId="77777777" w:rsidR="007C3C6C" w:rsidRPr="00994820" w:rsidRDefault="007C3C6C" w:rsidP="00704DFD">
      <w:pPr>
        <w:spacing w:before="120" w:line="360" w:lineRule="auto"/>
        <w:ind w:firstLine="284"/>
        <w:jc w:val="both"/>
      </w:pPr>
    </w:p>
    <w:p w14:paraId="1B38A5A6" w14:textId="77777777" w:rsidR="007C3C6C" w:rsidRDefault="007C3C6C" w:rsidP="00704DFD">
      <w:pPr>
        <w:spacing w:before="120" w:line="360" w:lineRule="auto"/>
        <w:ind w:firstLine="284"/>
        <w:jc w:val="both"/>
      </w:pPr>
    </w:p>
    <w:p w14:paraId="776AB198" w14:textId="77777777" w:rsidR="009B4B87" w:rsidRDefault="009B4B87" w:rsidP="00704DFD">
      <w:pPr>
        <w:spacing w:before="120" w:line="360" w:lineRule="auto"/>
        <w:ind w:firstLine="284"/>
        <w:jc w:val="both"/>
      </w:pPr>
    </w:p>
    <w:p w14:paraId="5D54A230" w14:textId="77777777" w:rsidR="009B4B87" w:rsidRPr="00994820" w:rsidRDefault="009B4B87" w:rsidP="00704DFD">
      <w:pPr>
        <w:spacing w:before="120" w:line="360" w:lineRule="auto"/>
        <w:ind w:firstLine="284"/>
        <w:jc w:val="both"/>
      </w:pPr>
    </w:p>
    <w:p w14:paraId="673795C9" w14:textId="77777777" w:rsidR="007C3C6C" w:rsidRPr="00994820" w:rsidRDefault="007C3C6C" w:rsidP="00704DFD">
      <w:pPr>
        <w:spacing w:before="120" w:line="360" w:lineRule="auto"/>
        <w:ind w:firstLine="284"/>
        <w:jc w:val="both"/>
      </w:pPr>
      <w:r w:rsidRPr="00994820">
        <w:t>Il corpo della bambina si afflosciò come un fiore reciso. Nessun grido. Nessun rantolo. Solo il rumore ovattato dell’ultimo respiro e il ticchettio morbido delle sue dita che scivolano via dalla veste del fratello.</w:t>
      </w:r>
    </w:p>
    <w:p w14:paraId="5A7A40F8" w14:textId="77777777" w:rsidR="007C3C6C" w:rsidRPr="00994820" w:rsidRDefault="007C3C6C" w:rsidP="00704DFD">
      <w:pPr>
        <w:spacing w:before="120" w:line="360" w:lineRule="auto"/>
        <w:ind w:firstLine="284"/>
        <w:jc w:val="both"/>
      </w:pPr>
      <w:r w:rsidRPr="00994820">
        <w:t>Kieran restò in ginocchio, immobile. La falce ancora stretta in una mano, l’altra adagiata sulla schiena ormai fredda di Sabrina. Il volto premuto contro la pelle morbida di quel volto assopito. Fanny si voltò solo quando sentì il suo respiro rallentare.</w:t>
      </w:r>
    </w:p>
    <w:p w14:paraId="1F1B5B17" w14:textId="77777777" w:rsidR="007C3C6C" w:rsidRPr="00994820" w:rsidRDefault="007C3C6C" w:rsidP="00704DFD">
      <w:pPr>
        <w:spacing w:before="120" w:line="360" w:lineRule="auto"/>
        <w:ind w:firstLine="284"/>
        <w:jc w:val="both"/>
      </w:pPr>
      <w:r w:rsidRPr="00994820">
        <w:t>Aman si era già mosso. Con movimenti lenti e rispettosi, si chinò accanto al corpo della bambina che nel frattempo era scivolata dalle braccia di Kieran. Con gentilezza si strappò parte delle sue vesti per comporre un velo con il quale coprire quel piccolo corpo deturpato da esperimenti ignoti. Kieran rimase immobile a osservare la scena. Le sue dita tremavano, debolmente, un movimento quasi impercettibile, eppure non sfuggì agli occhi cibernetici di Fanny. Solo quando quel breve ma prezioso rituale terminò decise di alzarsi, come svuotato. Fanny era rimasta in disparte con gli occhi fissi sui due colleghi, incerta su come agire o quando avvicinarsi.</w:t>
      </w:r>
    </w:p>
    <w:p w14:paraId="77823188" w14:textId="77777777" w:rsidR="007C3C6C" w:rsidRPr="00994820" w:rsidRDefault="007C3C6C" w:rsidP="00704DFD">
      <w:pPr>
        <w:spacing w:before="120" w:line="360" w:lineRule="auto"/>
        <w:ind w:firstLine="284"/>
        <w:jc w:val="both"/>
      </w:pPr>
      <w:r w:rsidRPr="00994820">
        <w:t>Nessuno parlò. Nemmeno Becky sembrava avere il coraggio di rompere quel momento, rimase quindi muta e sospesa in una finestra olografica sul guanto di Fanny.</w:t>
      </w:r>
    </w:p>
    <w:p w14:paraId="58B326BD" w14:textId="77777777" w:rsidR="007C3C6C" w:rsidRPr="00994820" w:rsidRDefault="007C3C6C" w:rsidP="00704DFD">
      <w:pPr>
        <w:spacing w:before="120" w:line="360" w:lineRule="auto"/>
        <w:ind w:firstLine="284"/>
        <w:jc w:val="both"/>
      </w:pPr>
      <w:r w:rsidRPr="00994820">
        <w:t>La stanza, che fino a poco prima pulsava di Gratia viva e risatine oscene, sembrava spenta. Tutto sembrava essere piombato nell’oscurità, come se l’ambiente fosse scivolato in una melassa ingrigita. Anche i colori dei cilindri sembravano essersi attenuati, e l’energia che fluiva dai piani inferiori sembrava si stesse esaurendo. Tutto il piano era fermo, in attesa.</w:t>
      </w:r>
    </w:p>
    <w:p w14:paraId="6BE21612" w14:textId="77777777" w:rsidR="007C3C6C" w:rsidRPr="00994820" w:rsidRDefault="007C3C6C" w:rsidP="00704DFD">
      <w:pPr>
        <w:spacing w:before="120" w:line="360" w:lineRule="auto"/>
        <w:ind w:firstLine="284"/>
        <w:jc w:val="both"/>
      </w:pPr>
      <w:r w:rsidRPr="00994820">
        <w:t>Alla fine, fu proprio la ragazza dai capelli rossi e fluenti a rompere quel fragile silenzio «Dobbiamo proseguire...» disse Fanny con voce flebile e con gli occhi che cercavano disperatamente un punto su cui posarsi. Le sue mani si sfregavano tra loro in modo agitato. Le dita di carne sembravano avvolgere quei sottili tubi metallici che componevano la sua mano destra.</w:t>
      </w:r>
    </w:p>
    <w:p w14:paraId="630EDC68" w14:textId="77777777" w:rsidR="009B4B87" w:rsidRDefault="007C3C6C" w:rsidP="00704DFD">
      <w:pPr>
        <w:spacing w:before="120" w:line="360" w:lineRule="auto"/>
        <w:ind w:firstLine="284"/>
        <w:jc w:val="both"/>
      </w:pPr>
      <w:r w:rsidRPr="00994820">
        <w:t>Kieran non rispose. Si limitò a voltarsi verso la ragazza con lentezza, come chi porta ancora il peso di un corpo che non c’è più. La falce sparì in un sussurro metallico dietro la sua schiena. Non una parola. Solo passi. Senza preavviso, senza pensarci il corpo di Fanny si mosse come seguendo un automatismo innato.</w:t>
      </w:r>
    </w:p>
    <w:p w14:paraId="5B75A294" w14:textId="01FD0754" w:rsidR="007C3C6C" w:rsidRPr="00994820" w:rsidRDefault="007C3C6C" w:rsidP="00704DFD">
      <w:pPr>
        <w:spacing w:before="120" w:line="360" w:lineRule="auto"/>
        <w:ind w:firstLine="284"/>
        <w:jc w:val="both"/>
      </w:pPr>
      <w:r w:rsidRPr="00994820">
        <w:t>Appena Kieran fu abbastanza vicino lo avvolse con il suo corpo, permettendo al volto di Kieran, ormai privato della sua maschera, di nascondersi tra i capelli della ragazza.</w:t>
      </w:r>
    </w:p>
    <w:p w14:paraId="4AEAF34A" w14:textId="77777777" w:rsidR="007C3C6C" w:rsidRPr="00994820" w:rsidRDefault="007C3C6C" w:rsidP="00704DFD">
      <w:pPr>
        <w:spacing w:before="120" w:line="360" w:lineRule="auto"/>
        <w:ind w:firstLine="284"/>
        <w:jc w:val="both"/>
      </w:pPr>
      <w:r w:rsidRPr="00994820">
        <w:lastRenderedPageBreak/>
        <w:t>Aman rimase in disparte. «Mi dispiace…» si limitò a sussurrargli in un orecchio la giovane Fleshborn. Kieran non rispose. I movimenti pulsatili del petto di Kieran che premeva sopra l’armatura della ragazza rivelavano i suoi sforzi per non piombare in un violento pianto.</w:t>
      </w:r>
    </w:p>
    <w:p w14:paraId="32842A76" w14:textId="77777777" w:rsidR="007C3C6C" w:rsidRPr="00994820" w:rsidRDefault="007C3C6C" w:rsidP="00704DFD">
      <w:pPr>
        <w:spacing w:before="120" w:line="360" w:lineRule="auto"/>
        <w:ind w:firstLine="284"/>
        <w:jc w:val="both"/>
      </w:pPr>
      <w:r w:rsidRPr="00994820">
        <w:t xml:space="preserve">Rimasero immobili per alcuni secondi prima che Kieran decise di ricambiare in pieno quel caldo abbraccio. </w:t>
      </w:r>
    </w:p>
    <w:p w14:paraId="135DBCC6" w14:textId="77777777" w:rsidR="007C3C6C" w:rsidRPr="00994820" w:rsidRDefault="007C3C6C" w:rsidP="00704DFD">
      <w:pPr>
        <w:spacing w:before="120" w:line="360" w:lineRule="auto"/>
        <w:ind w:firstLine="284"/>
        <w:jc w:val="both"/>
      </w:pPr>
      <w:r w:rsidRPr="00994820">
        <w:t>«Grazie Occhi Dolci…» rispose con una voce quasi spenta Kieran, ma con un tono familiare alla ragazza. Fanny si limitò a disegnare un debole sorriso sul suo volto che stava arrossendo nel sentirsi chiamare con un nome che fino a pochi giorni prima aveva disprezzato.</w:t>
      </w:r>
    </w:p>
    <w:p w14:paraId="0E1FAB7C" w14:textId="77777777" w:rsidR="007C3C6C" w:rsidRPr="00994820" w:rsidRDefault="007C3C6C" w:rsidP="00704DFD">
      <w:pPr>
        <w:spacing w:before="120" w:line="360" w:lineRule="auto"/>
        <w:ind w:firstLine="284"/>
        <w:jc w:val="both"/>
      </w:pPr>
      <w:r w:rsidRPr="00994820">
        <w:t>«Sapevo che alla fine non l’avremmo cambiato» disse cercando di spezzare la tensione che aveva invaso i tre.</w:t>
      </w:r>
    </w:p>
    <w:p w14:paraId="70026652" w14:textId="77777777" w:rsidR="007C3C6C" w:rsidRPr="00994820" w:rsidRDefault="007C3C6C" w:rsidP="00704DFD">
      <w:pPr>
        <w:spacing w:before="120" w:line="360" w:lineRule="auto"/>
        <w:ind w:firstLine="284"/>
        <w:jc w:val="both"/>
      </w:pPr>
      <w:r w:rsidRPr="00994820">
        <w:t>Dopo qualche minuto immersi in quel calore i tre si avviarono verso le scale.</w:t>
      </w:r>
    </w:p>
    <w:p w14:paraId="271C536C" w14:textId="77777777" w:rsidR="007C3C6C" w:rsidRPr="00994820" w:rsidRDefault="007C3C6C" w:rsidP="00704DFD">
      <w:pPr>
        <w:spacing w:before="120" w:line="360" w:lineRule="auto"/>
        <w:ind w:firstLine="284"/>
        <w:jc w:val="both"/>
      </w:pPr>
      <w:r w:rsidRPr="00994820">
        <w:t>Uno dopo l’altro.</w:t>
      </w:r>
    </w:p>
    <w:p w14:paraId="04B924FD" w14:textId="77777777" w:rsidR="007C3C6C" w:rsidRPr="00994820" w:rsidRDefault="007C3C6C" w:rsidP="00704DFD">
      <w:pPr>
        <w:spacing w:before="120" w:line="360" w:lineRule="auto"/>
        <w:ind w:firstLine="284"/>
        <w:jc w:val="both"/>
      </w:pPr>
      <w:r w:rsidRPr="00994820">
        <w:t>Ma non salirono.</w:t>
      </w:r>
    </w:p>
    <w:p w14:paraId="4DCCADB7" w14:textId="77777777" w:rsidR="007C3C6C" w:rsidRPr="00994820" w:rsidRDefault="007C3C6C" w:rsidP="00704DFD">
      <w:pPr>
        <w:spacing w:before="120" w:line="360" w:lineRule="auto"/>
        <w:ind w:firstLine="284"/>
        <w:jc w:val="both"/>
      </w:pPr>
      <w:r w:rsidRPr="00994820">
        <w:t>Appena il piede di Fanny toccò il primo gradino, una vertigine la colpì. Una scossa sottile, come un riflesso mal calibrato nei sensori del braccio. La luce attorno mutò impercettibilmente. Un calore denso si spalmò sulla pelle come crema pesante.</w:t>
      </w:r>
    </w:p>
    <w:p w14:paraId="40311AF9" w14:textId="77777777" w:rsidR="007C3C6C" w:rsidRPr="00994820" w:rsidRDefault="007C3C6C" w:rsidP="00704DFD">
      <w:pPr>
        <w:spacing w:before="120" w:line="360" w:lineRule="auto"/>
        <w:ind w:firstLine="284"/>
        <w:jc w:val="both"/>
      </w:pPr>
      <w:r w:rsidRPr="00994820">
        <w:t>E quando sollevò lo sguardo… erano di nuovo lì.</w:t>
      </w:r>
    </w:p>
    <w:p w14:paraId="36E4A5F6" w14:textId="77777777" w:rsidR="007C3C6C" w:rsidRPr="00994820" w:rsidRDefault="007C3C6C" w:rsidP="00704DFD">
      <w:pPr>
        <w:spacing w:before="120" w:line="360" w:lineRule="auto"/>
        <w:ind w:firstLine="284"/>
        <w:jc w:val="both"/>
      </w:pPr>
      <w:r w:rsidRPr="00994820">
        <w:t>Nel terzo piano.</w:t>
      </w:r>
    </w:p>
    <w:p w14:paraId="7CBFB098" w14:textId="77777777" w:rsidR="007C3C6C" w:rsidRPr="00994820" w:rsidRDefault="007C3C6C" w:rsidP="00704DFD">
      <w:pPr>
        <w:spacing w:before="120" w:line="360" w:lineRule="auto"/>
        <w:ind w:firstLine="284"/>
        <w:jc w:val="both"/>
      </w:pPr>
      <w:r w:rsidRPr="00994820">
        <w:t>Nella stessa sala.</w:t>
      </w:r>
    </w:p>
    <w:p w14:paraId="0ED81365" w14:textId="1B2D50EF" w:rsidR="007C3C6C" w:rsidRPr="00994820" w:rsidRDefault="007C3C6C" w:rsidP="009B4B87">
      <w:pPr>
        <w:spacing w:before="120" w:line="360" w:lineRule="auto"/>
        <w:ind w:firstLine="284"/>
        <w:jc w:val="both"/>
      </w:pPr>
      <w:r w:rsidRPr="00994820">
        <w:t>Con gli stessi corpi.</w:t>
      </w:r>
    </w:p>
    <w:p w14:paraId="126CC317" w14:textId="77777777" w:rsidR="007C3C6C" w:rsidRPr="00994820" w:rsidRDefault="007C3C6C" w:rsidP="00704DFD">
      <w:pPr>
        <w:spacing w:before="120" w:line="360" w:lineRule="auto"/>
        <w:ind w:firstLine="284"/>
        <w:jc w:val="both"/>
      </w:pPr>
      <w:r w:rsidRPr="00994820">
        <w:t>La luce era identica. Il pavimento, anche. Le pareti sussurravano ancora, nel solito idioma sommesso, e i corpi… erano lì. Non si erano mai mossi.</w:t>
      </w:r>
    </w:p>
    <w:p w14:paraId="71850213" w14:textId="77777777" w:rsidR="007C3C6C" w:rsidRPr="00994820" w:rsidRDefault="007C3C6C" w:rsidP="00704DFD">
      <w:pPr>
        <w:spacing w:before="120" w:line="360" w:lineRule="auto"/>
        <w:ind w:firstLine="284"/>
        <w:jc w:val="both"/>
      </w:pPr>
      <w:r w:rsidRPr="00994820">
        <w:t xml:space="preserve">Fanny fissava le piccole sagome immobili, sparse in modo disordinato tra le mensole dell’Archivio Emotivo. </w:t>
      </w:r>
    </w:p>
    <w:p w14:paraId="16AD8000" w14:textId="77777777" w:rsidR="007C3C6C" w:rsidRPr="00994820" w:rsidRDefault="007C3C6C" w:rsidP="00704DFD">
      <w:pPr>
        <w:spacing w:before="120" w:line="360" w:lineRule="auto"/>
        <w:ind w:firstLine="284"/>
        <w:jc w:val="both"/>
      </w:pPr>
      <w:r w:rsidRPr="00994820">
        <w:t>Kieran le stava accanto, ma non parlava. Aveva la bocca serrata, la fronte imperlata di sudore, e uno sguardo che cercava un punto fermo in quel mare di menzogne appena evaporato.</w:t>
      </w:r>
    </w:p>
    <w:p w14:paraId="19144576" w14:textId="77777777" w:rsidR="007C3C6C" w:rsidRPr="00994820" w:rsidRDefault="007C3C6C" w:rsidP="00704DFD">
      <w:pPr>
        <w:spacing w:before="120" w:line="360" w:lineRule="auto"/>
        <w:ind w:firstLine="284"/>
        <w:jc w:val="both"/>
      </w:pPr>
      <w:r w:rsidRPr="00994820">
        <w:t>Aman, invece, camminava tra i corpi come un sonnambulo. I suoi passi erano lenti, quasi attenti a non disturbare ciò che restava. Poi si fermò. E il suo corpo si piegò su sé stesso, come se un peso improvviso gli avesse spezzato la colonna vertebrale. Cadde in ginocchio, e le mani gli tremarono.</w:t>
      </w:r>
    </w:p>
    <w:p w14:paraId="39B981F4" w14:textId="77777777" w:rsidR="007C3C6C" w:rsidRPr="00994820" w:rsidRDefault="007C3C6C" w:rsidP="00704DFD">
      <w:pPr>
        <w:spacing w:before="120" w:line="360" w:lineRule="auto"/>
        <w:ind w:firstLine="284"/>
        <w:jc w:val="both"/>
      </w:pPr>
      <w:r w:rsidRPr="00994820">
        <w:t>«No…» sussurrò. «Come ho fatto a cascarci…» La voce gli si spezzò.</w:t>
      </w:r>
    </w:p>
    <w:p w14:paraId="1CBB4F6D" w14:textId="77777777" w:rsidR="007C3C6C" w:rsidRPr="00994820" w:rsidRDefault="007C3C6C" w:rsidP="00704DFD">
      <w:pPr>
        <w:spacing w:before="120" w:line="360" w:lineRule="auto"/>
        <w:ind w:firstLine="284"/>
        <w:jc w:val="both"/>
      </w:pPr>
      <w:r w:rsidRPr="00994820">
        <w:t>Fanny si avvicinò, ma non osò toccarlo. «Aman che sta succedendo?» chiese confusa la ragazza guardandosi attentamente intorno.</w:t>
      </w:r>
    </w:p>
    <w:p w14:paraId="58E2BDA5" w14:textId="77777777" w:rsidR="007C3C6C" w:rsidRPr="00994820" w:rsidRDefault="007C3C6C" w:rsidP="00704DFD">
      <w:pPr>
        <w:spacing w:before="120" w:line="360" w:lineRule="auto"/>
        <w:ind w:firstLine="284"/>
        <w:jc w:val="both"/>
      </w:pPr>
      <w:r w:rsidRPr="00994820">
        <w:lastRenderedPageBreak/>
        <w:t>I suoi occhi sembravano cercare la verità che aveva investito Aman, ma nulla sembrava invariato.</w:t>
      </w:r>
    </w:p>
    <w:p w14:paraId="0D9253DD" w14:textId="77777777" w:rsidR="007C3C6C" w:rsidRPr="00994820" w:rsidRDefault="007C3C6C" w:rsidP="00704DFD">
      <w:pPr>
        <w:spacing w:before="120" w:line="360" w:lineRule="auto"/>
        <w:ind w:firstLine="284"/>
        <w:jc w:val="both"/>
      </w:pPr>
      <w:r w:rsidRPr="00994820">
        <w:t>Nonostante la sua ricerca di qualcosa di diverso, di un segnale di allarme, tutto sembrava al suo posto, ed era questo il problema: erano di nuovo al terzo piano, dal quale erano usciti pochi passi fa.</w:t>
      </w:r>
    </w:p>
    <w:p w14:paraId="41A7EE7F" w14:textId="77777777" w:rsidR="007C3C6C" w:rsidRPr="00994820" w:rsidRDefault="007C3C6C" w:rsidP="00704DFD">
      <w:pPr>
        <w:spacing w:before="120" w:line="360" w:lineRule="auto"/>
        <w:ind w:firstLine="284"/>
        <w:jc w:val="both"/>
      </w:pPr>
      <w:r w:rsidRPr="00994820">
        <w:t>«Fanny… perdonami… ma abbiamo perso…» disse con tono tetro il ragazzo alato che era al centro della sala, piegato sulle sue ginocchia.</w:t>
      </w:r>
    </w:p>
    <w:p w14:paraId="6275543A" w14:textId="77777777" w:rsidR="007C3C6C" w:rsidRPr="00994820" w:rsidRDefault="007C3C6C" w:rsidP="00704DFD">
      <w:pPr>
        <w:spacing w:before="120" w:line="360" w:lineRule="auto"/>
        <w:ind w:firstLine="284"/>
        <w:jc w:val="both"/>
      </w:pPr>
      <w:r w:rsidRPr="00994820">
        <w:t>Un brivido le percorse la schiena. Era come se qualcosa si stesse incrinando, di nuovo. Ma stavolta non era il corpo: era tutto ciò che era fuori da sé che si stava incrinando. Si voltò nuovamente verso Aman, nel tentativo di decifrare quelle sue parole, ma completato il movimento con la testa, la stanza, stranamente, non smise affatto di girare. Era come se stesse ruotando su se stessa, ma non era lei a girare.</w:t>
      </w:r>
    </w:p>
    <w:p w14:paraId="4A2D29F5" w14:textId="77777777" w:rsidR="007C3C6C" w:rsidRPr="00994820" w:rsidRDefault="007C3C6C" w:rsidP="00704DFD">
      <w:pPr>
        <w:spacing w:before="120" w:line="360" w:lineRule="auto"/>
        <w:ind w:firstLine="284"/>
        <w:jc w:val="both"/>
      </w:pPr>
      <w:r w:rsidRPr="00994820">
        <w:t>Il mondo girava. E sembrava venire avvolto da una fitta tempesta di sabbia rosata.</w:t>
      </w:r>
    </w:p>
    <w:p w14:paraId="41AF83A1" w14:textId="77777777" w:rsidR="007C3C6C" w:rsidRPr="00994820" w:rsidRDefault="007C3C6C" w:rsidP="00704DFD">
      <w:pPr>
        <w:spacing w:before="120" w:line="360" w:lineRule="auto"/>
        <w:ind w:firstLine="284"/>
        <w:jc w:val="both"/>
      </w:pPr>
      <w:r w:rsidRPr="00994820">
        <w:t>Poi quel mondo si dissolse nel silenzio.</w:t>
      </w:r>
    </w:p>
    <w:p w14:paraId="05599959" w14:textId="77777777" w:rsidR="007C3C6C" w:rsidRPr="00994820" w:rsidRDefault="007C3C6C" w:rsidP="00704DFD">
      <w:pPr>
        <w:spacing w:before="120" w:line="360" w:lineRule="auto"/>
        <w:ind w:firstLine="284"/>
        <w:jc w:val="both"/>
      </w:pPr>
      <w:r w:rsidRPr="00994820">
        <w:t>Quando Fanny riaprì gli occhi, non c’era più la Torre, né i suoi compagni. Nessun corridoio, nessun Elvenar, nessuna colonna di Gratia. Solo l’aria fredda e familiare della polvere sotto le unghie e del ferro nel naso.</w:t>
      </w:r>
    </w:p>
    <w:p w14:paraId="595CA759" w14:textId="77777777" w:rsidR="007C3C6C" w:rsidRPr="00994820" w:rsidRDefault="007C3C6C" w:rsidP="00704DFD">
      <w:pPr>
        <w:spacing w:before="120" w:line="360" w:lineRule="auto"/>
        <w:ind w:firstLine="284"/>
        <w:jc w:val="both"/>
      </w:pPr>
      <w:r w:rsidRPr="00994820">
        <w:t>Era tornata.</w:t>
      </w:r>
    </w:p>
    <w:p w14:paraId="528CEE21" w14:textId="77777777" w:rsidR="007C3C6C" w:rsidRPr="00994820" w:rsidRDefault="007C3C6C" w:rsidP="00704DFD">
      <w:pPr>
        <w:spacing w:before="120" w:line="360" w:lineRule="auto"/>
        <w:ind w:firstLine="284"/>
        <w:jc w:val="both"/>
      </w:pPr>
      <w:r w:rsidRPr="00994820">
        <w:t>Grimvale la accoglieva esattamente com’era nei suoi ricordi: sporco, rugginoso, vivo. Il cielo era quel grigio eterno, lo stesso che filtrava dalla sua infanzia. Le baracche erano lì, disordinate come bestie inginocchiate, e il rumore dei martelli rimbalzava tra le lamiere con la stessa cadenza irregolare di allora. La nebbia sottile tra le case odorava di metallo bruciato e pelle sudata.</w:t>
      </w:r>
    </w:p>
    <w:p w14:paraId="039837F1" w14:textId="77777777" w:rsidR="007C3C6C" w:rsidRPr="00994820" w:rsidRDefault="007C3C6C" w:rsidP="00704DFD">
      <w:pPr>
        <w:spacing w:before="120" w:line="360" w:lineRule="auto"/>
        <w:ind w:firstLine="284"/>
        <w:jc w:val="both"/>
      </w:pPr>
      <w:r w:rsidRPr="00994820">
        <w:t>Fanny inspirò.</w:t>
      </w:r>
    </w:p>
    <w:p w14:paraId="01A6C4C3" w14:textId="77777777" w:rsidR="007C3C6C" w:rsidRPr="00994820" w:rsidRDefault="007C3C6C" w:rsidP="00704DFD">
      <w:pPr>
        <w:spacing w:before="120" w:line="360" w:lineRule="auto"/>
        <w:ind w:firstLine="284"/>
        <w:jc w:val="both"/>
      </w:pPr>
      <w:r w:rsidRPr="00994820">
        <w:t>Non si chiese come fosse possibile. Non si chiese se stesse sognando. Era troppo bello per dubitare.</w:t>
      </w:r>
    </w:p>
    <w:p w14:paraId="75D726C2" w14:textId="77777777" w:rsidR="007C3C6C" w:rsidRPr="00994820" w:rsidRDefault="007C3C6C" w:rsidP="00704DFD">
      <w:pPr>
        <w:spacing w:before="120" w:line="360" w:lineRule="auto"/>
        <w:ind w:firstLine="284"/>
        <w:jc w:val="both"/>
      </w:pPr>
      <w:r w:rsidRPr="00994820">
        <w:t>Le sue protesi non scricchiolavano. Il cuore ticchettava in modo regolare. Persino il vento sembrava accarezzarla, non morderla.</w:t>
      </w:r>
    </w:p>
    <w:p w14:paraId="59F6C9FA" w14:textId="77777777" w:rsidR="007C3C6C" w:rsidRPr="00994820" w:rsidRDefault="007C3C6C" w:rsidP="00704DFD">
      <w:pPr>
        <w:spacing w:before="120" w:line="360" w:lineRule="auto"/>
        <w:ind w:firstLine="284"/>
        <w:jc w:val="both"/>
      </w:pPr>
      <w:r w:rsidRPr="00994820">
        <w:t>Poi lo vide.</w:t>
      </w:r>
    </w:p>
    <w:p w14:paraId="6BAF579B" w14:textId="77777777" w:rsidR="007C3C6C" w:rsidRPr="00994820" w:rsidRDefault="007C3C6C" w:rsidP="00704DFD">
      <w:pPr>
        <w:spacing w:before="120" w:line="360" w:lineRule="auto"/>
        <w:ind w:firstLine="284"/>
        <w:jc w:val="both"/>
      </w:pPr>
      <w:r w:rsidRPr="00994820">
        <w:t>Il padre.</w:t>
      </w:r>
    </w:p>
    <w:p w14:paraId="40C0C2B4" w14:textId="77777777" w:rsidR="007C3C6C" w:rsidRPr="00994820" w:rsidRDefault="007C3C6C" w:rsidP="00704DFD">
      <w:pPr>
        <w:spacing w:before="120" w:line="360" w:lineRule="auto"/>
        <w:ind w:firstLine="284"/>
        <w:jc w:val="both"/>
      </w:pPr>
      <w:r w:rsidRPr="00994820">
        <w:t>Sulla soglia del loro capanno, con le mani ancora sporche di grasso e lo sguardo stanco ma vivo. Sorrideva, come faceva solo nei giorni migliori, quelli in cui le lasciava tenere il saldatore o smontare pezzi troppo piccoli per le sue dita grosse.</w:t>
      </w:r>
    </w:p>
    <w:p w14:paraId="3DFA54B9" w14:textId="77777777" w:rsidR="007C3C6C" w:rsidRPr="00994820" w:rsidRDefault="007C3C6C" w:rsidP="00704DFD">
      <w:pPr>
        <w:spacing w:before="120" w:line="360" w:lineRule="auto"/>
        <w:ind w:firstLine="284"/>
        <w:jc w:val="both"/>
      </w:pPr>
      <w:r w:rsidRPr="00994820">
        <w:t>«Fanny…» disse piano, con la voce che sapeva di legno affumicato e fuoco. Le sembrò di vederlo per la prima volta.</w:t>
      </w:r>
    </w:p>
    <w:p w14:paraId="4791152C" w14:textId="77777777" w:rsidR="007C3C6C" w:rsidRPr="00994820" w:rsidRDefault="007C3C6C" w:rsidP="00704DFD">
      <w:pPr>
        <w:spacing w:before="120" w:line="360" w:lineRule="auto"/>
        <w:ind w:firstLine="284"/>
        <w:jc w:val="both"/>
      </w:pPr>
      <w:r w:rsidRPr="00994820">
        <w:lastRenderedPageBreak/>
        <w:t>La ragazza corse. Non pensò. Non analizzò. Lo abbracciò come se nulla fosse mai accaduto. Come se il tempo, la morte di Juno e Sabrina, la Sorridente e ogni orrore si fossero spezzati di colpo. E per un istante, fu di nuovo bambina.</w:t>
      </w:r>
    </w:p>
    <w:p w14:paraId="23E61C44" w14:textId="77777777" w:rsidR="007C3C6C" w:rsidRPr="00994820" w:rsidRDefault="007C3C6C" w:rsidP="00704DFD">
      <w:pPr>
        <w:spacing w:before="120" w:line="360" w:lineRule="auto"/>
        <w:ind w:firstLine="284"/>
        <w:jc w:val="both"/>
      </w:pPr>
      <w:r w:rsidRPr="00994820">
        <w:t>«Papà… sei vivo… sei vivo, vero?» sussurrò. La voce le tremava, ma il corpo era caldo. Sentiva la stretta delle sue braccia. Il tocco del mantello ruvido. Il peso della sicurezza.</w:t>
      </w:r>
    </w:p>
    <w:p w14:paraId="4DD72A07" w14:textId="77777777" w:rsidR="007C3C6C" w:rsidRPr="00994820" w:rsidRDefault="007C3C6C" w:rsidP="00704DFD">
      <w:pPr>
        <w:spacing w:before="120" w:line="360" w:lineRule="auto"/>
        <w:ind w:firstLine="284"/>
        <w:jc w:val="both"/>
      </w:pPr>
      <w:r w:rsidRPr="00994820">
        <w:t>Lui non rispose. Le accarezzò solo i capelli, piano, come faceva un tempo, e le appoggiò la fronte contro la sua.</w:t>
      </w:r>
    </w:p>
    <w:p w14:paraId="527439C4" w14:textId="77777777" w:rsidR="007C3C6C" w:rsidRPr="00994820" w:rsidRDefault="007C3C6C" w:rsidP="00704DFD">
      <w:pPr>
        <w:spacing w:before="120" w:line="360" w:lineRule="auto"/>
        <w:ind w:firstLine="284"/>
        <w:jc w:val="both"/>
      </w:pPr>
      <w:r w:rsidRPr="00994820">
        <w:t>«Certo che sono vivo» disse ridacchiando con la voce che Fanny finalmente ricordava nitidamente «Oggi devo averti fatta stancare più del previsto piccola mia… Per oggi possiamo anche smettere di lavorare su quei ferri vecchi, ok?» disse con voce dolce, ma ruvida.</w:t>
      </w:r>
    </w:p>
    <w:p w14:paraId="4FD8EB45" w14:textId="77777777" w:rsidR="007C3C6C" w:rsidRPr="00994820" w:rsidRDefault="007C3C6C" w:rsidP="00704DFD">
      <w:pPr>
        <w:spacing w:before="120" w:line="360" w:lineRule="auto"/>
        <w:ind w:firstLine="284"/>
        <w:jc w:val="both"/>
      </w:pPr>
      <w:r w:rsidRPr="00994820">
        <w:t>Fanny annuì, chiudendo gli occhi.</w:t>
      </w:r>
    </w:p>
    <w:p w14:paraId="4FC69274" w14:textId="77777777" w:rsidR="007C3C6C" w:rsidRPr="00994820" w:rsidRDefault="007C3C6C" w:rsidP="00704DFD">
      <w:pPr>
        <w:spacing w:before="120" w:line="360" w:lineRule="auto"/>
        <w:ind w:firstLine="284"/>
        <w:jc w:val="both"/>
      </w:pPr>
      <w:r w:rsidRPr="00994820">
        <w:t>«Vorrei restare qui. Solo un po’…»</w:t>
      </w:r>
    </w:p>
    <w:p w14:paraId="0FED448F" w14:textId="77777777" w:rsidR="007C3C6C" w:rsidRPr="00994820" w:rsidRDefault="007C3C6C" w:rsidP="00704DFD">
      <w:pPr>
        <w:spacing w:before="120" w:line="360" w:lineRule="auto"/>
        <w:ind w:firstLine="284"/>
        <w:jc w:val="both"/>
      </w:pPr>
      <w:r w:rsidRPr="00994820">
        <w:t>«Puoi. Puoi restare quanto vuoi.»</w:t>
      </w:r>
    </w:p>
    <w:p w14:paraId="1C6BE251" w14:textId="77777777" w:rsidR="007C3C6C" w:rsidRPr="00994820" w:rsidRDefault="007C3C6C" w:rsidP="00704DFD">
      <w:pPr>
        <w:spacing w:before="120" w:line="360" w:lineRule="auto"/>
        <w:ind w:firstLine="284"/>
        <w:jc w:val="both"/>
      </w:pPr>
      <w:r w:rsidRPr="00994820">
        <w:t>Ma nel tono c’era qualcosa di strano. Un’eco lieve, appena un’ombra sotto la voce. Fanny non ci badò subito. Non voleva.</w:t>
      </w:r>
    </w:p>
    <w:p w14:paraId="71D5F206" w14:textId="77777777" w:rsidR="007C3C6C" w:rsidRPr="00994820" w:rsidRDefault="007C3C6C" w:rsidP="00704DFD">
      <w:pPr>
        <w:spacing w:before="120" w:line="360" w:lineRule="auto"/>
        <w:ind w:firstLine="284"/>
        <w:jc w:val="both"/>
      </w:pPr>
      <w:r w:rsidRPr="00994820">
        <w:t>Finché non udì lo sparo.</w:t>
      </w:r>
    </w:p>
    <w:p w14:paraId="37B2BDA7" w14:textId="77777777" w:rsidR="007C3C6C" w:rsidRPr="00994820" w:rsidRDefault="007C3C6C" w:rsidP="00704DFD">
      <w:pPr>
        <w:spacing w:before="120" w:line="360" w:lineRule="auto"/>
        <w:ind w:firstLine="284"/>
        <w:jc w:val="both"/>
      </w:pPr>
      <w:r w:rsidRPr="00994820">
        <w:t>Il suono non era forte. Era secco, lontano. Come se venisse da un’altra scena, da un altro sogno. Ma il suo corpo reagì prima della mente. Il cuore si bloccò. La gamba destra vacillò.</w:t>
      </w:r>
    </w:p>
    <w:p w14:paraId="5F2271AE" w14:textId="77777777" w:rsidR="007C3C6C" w:rsidRPr="00994820" w:rsidRDefault="007C3C6C" w:rsidP="00704DFD">
      <w:pPr>
        <w:spacing w:before="120" w:line="360" w:lineRule="auto"/>
        <w:ind w:firstLine="284"/>
        <w:jc w:val="both"/>
      </w:pPr>
      <w:r w:rsidRPr="00994820">
        <w:t>Poi il dolore.</w:t>
      </w:r>
    </w:p>
    <w:p w14:paraId="476FFB06" w14:textId="77777777" w:rsidR="007C3C6C" w:rsidRPr="00994820" w:rsidRDefault="007C3C6C" w:rsidP="00704DFD">
      <w:pPr>
        <w:spacing w:before="120" w:line="360" w:lineRule="auto"/>
        <w:ind w:firstLine="284"/>
        <w:jc w:val="both"/>
      </w:pPr>
      <w:r w:rsidRPr="00994820">
        <w:t>Una lancia le aveva trapassato il fianco, rigida e metallica, piantata tra le costole. Non riuscì nemmeno a gridare: l’urlo le si ruppe in gola.</w:t>
      </w:r>
    </w:p>
    <w:p w14:paraId="2DFDF4B7" w14:textId="77777777" w:rsidR="007C3C6C" w:rsidRPr="00994820" w:rsidRDefault="007C3C6C" w:rsidP="00704DFD">
      <w:pPr>
        <w:spacing w:before="120" w:line="360" w:lineRule="auto"/>
        <w:ind w:firstLine="284"/>
        <w:jc w:val="both"/>
      </w:pPr>
      <w:r w:rsidRPr="00994820">
        <w:t>Il padre non c’era più.</w:t>
      </w:r>
    </w:p>
    <w:p w14:paraId="02A1DAAA" w14:textId="77777777" w:rsidR="007C3C6C" w:rsidRPr="00994820" w:rsidRDefault="007C3C6C" w:rsidP="00704DFD">
      <w:pPr>
        <w:spacing w:before="120" w:line="360" w:lineRule="auto"/>
        <w:ind w:firstLine="284"/>
        <w:jc w:val="both"/>
      </w:pPr>
      <w:r w:rsidRPr="00994820">
        <w:t>Davanti a lei, un cittadino di Grimvale — o ciò che ne restava — la fissava con occhi vuoti e mascella contratta. Urlava qualcosa che Fanny non comprese subito, ma che divenne sempre più chiaro, più feroce, più inumano.</w:t>
      </w:r>
    </w:p>
    <w:p w14:paraId="164E587E" w14:textId="77777777" w:rsidR="007C3C6C" w:rsidRPr="00994820" w:rsidRDefault="007C3C6C" w:rsidP="00704DFD">
      <w:pPr>
        <w:spacing w:before="120" w:line="360" w:lineRule="auto"/>
        <w:ind w:firstLine="284"/>
        <w:jc w:val="both"/>
      </w:pPr>
      <w:r w:rsidRPr="00994820">
        <w:t>«Mostro di ferro! Maledetta!»</w:t>
      </w:r>
    </w:p>
    <w:p w14:paraId="56A59E1C" w14:textId="77777777" w:rsidR="007C3C6C" w:rsidRPr="00994820" w:rsidRDefault="007C3C6C" w:rsidP="00704DFD">
      <w:pPr>
        <w:spacing w:before="120" w:line="360" w:lineRule="auto"/>
        <w:ind w:firstLine="284"/>
        <w:jc w:val="both"/>
      </w:pPr>
      <w:r w:rsidRPr="00994820">
        <w:t>Attorno a lei, il villaggio cominciò a cambiare. Le case si contorcevano, le lamiere si piegavano in angoli impossibili. L’aria si riempì di cenere. E ovunque, risate.</w:t>
      </w:r>
    </w:p>
    <w:p w14:paraId="2AAF7BD4" w14:textId="77777777" w:rsidR="007C3C6C" w:rsidRPr="00994820" w:rsidRDefault="007C3C6C" w:rsidP="00704DFD">
      <w:pPr>
        <w:spacing w:before="120" w:line="360" w:lineRule="auto"/>
        <w:ind w:firstLine="284"/>
        <w:jc w:val="both"/>
      </w:pPr>
      <w:r w:rsidRPr="00994820">
        <w:t>La lancia non le uscì mai dal fianco. Rimase lì, come se facesse parte del corpo, un’appendice di dolore puro incastonata tra muscolo e metallo.</w:t>
      </w:r>
    </w:p>
    <w:p w14:paraId="292E3DD2" w14:textId="77777777" w:rsidR="007C3C6C" w:rsidRPr="00994820" w:rsidRDefault="007C3C6C" w:rsidP="00704DFD">
      <w:pPr>
        <w:spacing w:before="120" w:line="360" w:lineRule="auto"/>
        <w:ind w:firstLine="284"/>
        <w:jc w:val="both"/>
      </w:pPr>
      <w:r w:rsidRPr="00994820">
        <w:lastRenderedPageBreak/>
        <w:t>Fanny cadde in ginocchio. Il mondo non si mosse per soccorrerla.</w:t>
      </w:r>
    </w:p>
    <w:p w14:paraId="6E0677E7" w14:textId="77777777" w:rsidR="007C3C6C" w:rsidRPr="00994820" w:rsidRDefault="007C3C6C" w:rsidP="00704DFD">
      <w:pPr>
        <w:spacing w:before="120" w:line="360" w:lineRule="auto"/>
        <w:ind w:firstLine="284"/>
        <w:jc w:val="both"/>
      </w:pPr>
      <w:r w:rsidRPr="00994820">
        <w:t xml:space="preserve">Il cittadino che l’aveva colpita si era già dissolto tra la folla, che ora si stava radunando. Non gridavano, non correvano. </w:t>
      </w:r>
      <w:r w:rsidRPr="00994820">
        <w:rPr>
          <w:b/>
          <w:bCs/>
        </w:rPr>
        <w:t>Camminavano</w:t>
      </w:r>
      <w:r w:rsidRPr="00994820">
        <w:t>, lentamente, come pellegrini in processione. Le loro vesti erano lacerate, la pelle annerita, eppure sul volto portavano sorrisi. Di quelli sbagliati. Quelli di Ecliptica.</w:t>
      </w:r>
    </w:p>
    <w:p w14:paraId="0932D83A" w14:textId="77777777" w:rsidR="007C3C6C" w:rsidRPr="00994820" w:rsidRDefault="007C3C6C" w:rsidP="00704DFD">
      <w:pPr>
        <w:spacing w:before="120" w:line="360" w:lineRule="auto"/>
        <w:ind w:firstLine="284"/>
        <w:jc w:val="both"/>
      </w:pPr>
      <w:r w:rsidRPr="00994820">
        <w:t xml:space="preserve">Al centro della piazza di Grimvale — se mai fosse stata davvero Grimvale — si stava formando un </w:t>
      </w:r>
      <w:r w:rsidRPr="00994820">
        <w:rPr>
          <w:b/>
          <w:bCs/>
        </w:rPr>
        <w:t>rogo</w:t>
      </w:r>
      <w:r w:rsidRPr="00994820">
        <w:t>.</w:t>
      </w:r>
    </w:p>
    <w:p w14:paraId="7E9DCD8F" w14:textId="77777777" w:rsidR="007C3C6C" w:rsidRPr="00994820" w:rsidRDefault="007C3C6C" w:rsidP="00704DFD">
      <w:pPr>
        <w:spacing w:before="120" w:line="360" w:lineRule="auto"/>
        <w:ind w:firstLine="284"/>
        <w:jc w:val="both"/>
      </w:pPr>
      <w:r w:rsidRPr="00994820">
        <w:t xml:space="preserve">Il legno sembrava vivo, come se il patibolo e le fiamme stessero danzando e l’uno alimentasse l’altro. Sopra quel groviglio di fiamme e legno nero, </w:t>
      </w:r>
      <w:r w:rsidRPr="00994820">
        <w:rPr>
          <w:b/>
          <w:bCs/>
        </w:rPr>
        <w:t>c’era lui</w:t>
      </w:r>
      <w:r w:rsidRPr="00994820">
        <w:t>.</w:t>
      </w:r>
    </w:p>
    <w:p w14:paraId="06E3D266" w14:textId="77777777" w:rsidR="007C3C6C" w:rsidRPr="00994820" w:rsidRDefault="007C3C6C" w:rsidP="00704DFD">
      <w:pPr>
        <w:spacing w:before="120" w:line="360" w:lineRule="auto"/>
        <w:ind w:firstLine="284"/>
        <w:jc w:val="both"/>
      </w:pPr>
      <w:r w:rsidRPr="00994820">
        <w:t>Il padre.</w:t>
      </w:r>
    </w:p>
    <w:p w14:paraId="6D0B58CF" w14:textId="77777777" w:rsidR="007C3C6C" w:rsidRPr="00994820" w:rsidRDefault="007C3C6C" w:rsidP="00704DFD">
      <w:pPr>
        <w:spacing w:before="120" w:line="360" w:lineRule="auto"/>
        <w:ind w:firstLine="284"/>
        <w:jc w:val="both"/>
      </w:pPr>
      <w:r w:rsidRPr="00994820">
        <w:t>Legato, sì, ma in piedi. Fermo. Gli occhi chiusi, la testa alta. Come se volesse sfidare il cielo che non c’era.</w:t>
      </w:r>
    </w:p>
    <w:p w14:paraId="675B0185" w14:textId="77777777" w:rsidR="007C3C6C" w:rsidRPr="00994820" w:rsidRDefault="007C3C6C" w:rsidP="00704DFD">
      <w:pPr>
        <w:spacing w:before="120" w:line="360" w:lineRule="auto"/>
        <w:ind w:firstLine="284"/>
        <w:jc w:val="both"/>
      </w:pPr>
      <w:r w:rsidRPr="00994820">
        <w:t>«Sciamano di ferro!» gridavano in coro.</w:t>
      </w:r>
    </w:p>
    <w:p w14:paraId="29564321" w14:textId="77777777" w:rsidR="007C3C6C" w:rsidRPr="00994820" w:rsidRDefault="007C3C6C" w:rsidP="00704DFD">
      <w:pPr>
        <w:spacing w:before="120" w:line="360" w:lineRule="auto"/>
        <w:ind w:firstLine="284"/>
        <w:jc w:val="both"/>
      </w:pPr>
      <w:r w:rsidRPr="00994820">
        <w:t>«Corrotto! Abominio! Ha violato troppo a lungo la sacralità del corpo umano!»</w:t>
      </w:r>
    </w:p>
    <w:p w14:paraId="6D5A0D78" w14:textId="77777777" w:rsidR="007C3C6C" w:rsidRPr="00994820" w:rsidRDefault="007C3C6C" w:rsidP="00704DFD">
      <w:pPr>
        <w:spacing w:before="120" w:line="360" w:lineRule="auto"/>
        <w:ind w:firstLine="284"/>
        <w:jc w:val="both"/>
      </w:pPr>
      <w:r w:rsidRPr="00994820">
        <w:t>Fanny cercò di rialzarsi, ma il corpo non rispondeva. Solo le dita tremavano, e il cuore sibilava nei condotti come se stesse per scoppiare. La nebbia attorno a lei era densa, un liquido grigio che le riempiva la bocca e gli occhi.</w:t>
      </w:r>
    </w:p>
    <w:p w14:paraId="32C3B58C" w14:textId="77777777" w:rsidR="007C3C6C" w:rsidRPr="00994820" w:rsidRDefault="007C3C6C" w:rsidP="00704DFD">
      <w:pPr>
        <w:spacing w:before="120" w:line="360" w:lineRule="auto"/>
        <w:ind w:firstLine="284"/>
        <w:jc w:val="both"/>
      </w:pPr>
      <w:r w:rsidRPr="00994820">
        <w:t>Poi le fiamme.</w:t>
      </w:r>
    </w:p>
    <w:p w14:paraId="19188691" w14:textId="77777777" w:rsidR="007C3C6C" w:rsidRPr="00994820" w:rsidRDefault="007C3C6C" w:rsidP="00704DFD">
      <w:pPr>
        <w:spacing w:before="120" w:line="360" w:lineRule="auto"/>
        <w:ind w:firstLine="284"/>
        <w:jc w:val="both"/>
      </w:pPr>
      <w:r w:rsidRPr="00994820">
        <w:t>Non divamparono all’improvviso. Nacquero dal basso, silenziose, come se non volessero farsi sentire. Ma salirono. Lente, feroci. Accarezzarono le caviglie del padre, le ginocchia, il ventre.</w:t>
      </w:r>
    </w:p>
    <w:p w14:paraId="5CEF1FD2" w14:textId="77777777" w:rsidR="007C3C6C" w:rsidRPr="00994820" w:rsidRDefault="007C3C6C" w:rsidP="00704DFD">
      <w:pPr>
        <w:spacing w:before="120" w:line="360" w:lineRule="auto"/>
        <w:ind w:firstLine="284"/>
        <w:jc w:val="both"/>
      </w:pPr>
      <w:r w:rsidRPr="00994820">
        <w:t>Fanny urlò. Un suono che non sembrava neanche umano.</w:t>
      </w:r>
    </w:p>
    <w:p w14:paraId="5CA4AF80" w14:textId="77777777" w:rsidR="007C3C6C" w:rsidRPr="00994820" w:rsidRDefault="007C3C6C" w:rsidP="00704DFD">
      <w:pPr>
        <w:spacing w:before="120" w:line="360" w:lineRule="auto"/>
        <w:ind w:firstLine="284"/>
        <w:jc w:val="both"/>
      </w:pPr>
      <w:r w:rsidRPr="00994820">
        <w:t>Nessuno reagì.</w:t>
      </w:r>
    </w:p>
    <w:p w14:paraId="34EDB723" w14:textId="77777777" w:rsidR="007C3C6C" w:rsidRPr="00994820" w:rsidRDefault="007C3C6C" w:rsidP="00704DFD">
      <w:pPr>
        <w:spacing w:before="120" w:line="360" w:lineRule="auto"/>
        <w:ind w:firstLine="284"/>
        <w:jc w:val="both"/>
      </w:pPr>
      <w:r w:rsidRPr="00994820">
        <w:t>Nemmeno lui.</w:t>
      </w:r>
    </w:p>
    <w:p w14:paraId="1E979A4D" w14:textId="77777777" w:rsidR="007C3C6C" w:rsidRPr="00994820" w:rsidRDefault="007C3C6C" w:rsidP="00704DFD">
      <w:pPr>
        <w:spacing w:before="120" w:line="360" w:lineRule="auto"/>
        <w:ind w:firstLine="284"/>
        <w:jc w:val="both"/>
      </w:pPr>
      <w:r w:rsidRPr="00994820">
        <w:t xml:space="preserve">Il padre aprì gli occhi. La vide. E sorrise. Ma non era il sorriso della baracca, né quello dei giorni in cui costruivano insieme. Era il sorriso di un uomo che sa di essere </w:t>
      </w:r>
      <w:r w:rsidRPr="00994820">
        <w:rPr>
          <w:b/>
          <w:bCs/>
        </w:rPr>
        <w:t>irreale</w:t>
      </w:r>
      <w:r w:rsidRPr="00994820">
        <w:t xml:space="preserve">, eppure vuole </w:t>
      </w:r>
      <w:r w:rsidRPr="00994820">
        <w:rPr>
          <w:b/>
          <w:bCs/>
        </w:rPr>
        <w:t>restare</w:t>
      </w:r>
      <w:r w:rsidRPr="00994820">
        <w:t>.</w:t>
      </w:r>
    </w:p>
    <w:p w14:paraId="3907349F" w14:textId="77777777" w:rsidR="007C3C6C" w:rsidRPr="00994820" w:rsidRDefault="007C3C6C" w:rsidP="00704DFD">
      <w:pPr>
        <w:spacing w:before="120" w:line="360" w:lineRule="auto"/>
        <w:ind w:firstLine="284"/>
        <w:jc w:val="both"/>
      </w:pPr>
      <w:r w:rsidRPr="00994820">
        <w:t>«Non è colpa tua…» mormorò, con la voce che superava le fiamme.</w:t>
      </w:r>
    </w:p>
    <w:p w14:paraId="647A7786" w14:textId="77777777" w:rsidR="007C3C6C" w:rsidRPr="00994820" w:rsidRDefault="007C3C6C" w:rsidP="00704DFD">
      <w:pPr>
        <w:spacing w:before="120" w:line="360" w:lineRule="auto"/>
        <w:ind w:firstLine="284"/>
        <w:jc w:val="both"/>
      </w:pPr>
      <w:r w:rsidRPr="00994820">
        <w:t>«Non crede a queste tue parole, non sei mai stata un mostro, né qui, né ad Ecliptica.»</w:t>
      </w:r>
    </w:p>
    <w:p w14:paraId="49483F9F" w14:textId="77777777" w:rsidR="007C3C6C" w:rsidRPr="00994820" w:rsidRDefault="007C3C6C" w:rsidP="00704DFD">
      <w:pPr>
        <w:spacing w:before="120" w:line="360" w:lineRule="auto"/>
        <w:ind w:firstLine="284"/>
        <w:jc w:val="both"/>
      </w:pPr>
      <w:r w:rsidRPr="00994820">
        <w:t xml:space="preserve">E poi le braccia si aprirono. Come se volesse abbracciarla un’ultima volta. Ma dietro di lui — </w:t>
      </w:r>
      <w:r w:rsidRPr="00994820">
        <w:rPr>
          <w:b/>
          <w:bCs/>
        </w:rPr>
        <w:t>dentro</w:t>
      </w:r>
      <w:r w:rsidRPr="00994820">
        <w:t xml:space="preserve"> di lui — qualcosa si muoveva.</w:t>
      </w:r>
    </w:p>
    <w:p w14:paraId="73BD9ED6" w14:textId="77777777" w:rsidR="007C3C6C" w:rsidRPr="00994820" w:rsidRDefault="007C3C6C" w:rsidP="00704DFD">
      <w:pPr>
        <w:spacing w:before="120" w:line="360" w:lineRule="auto"/>
        <w:ind w:firstLine="284"/>
        <w:jc w:val="both"/>
      </w:pPr>
      <w:r w:rsidRPr="00994820">
        <w:t xml:space="preserve">Il fuoco non era più fuoco. Era carne che si spezzava, vetro che si piegava. E le </w:t>
      </w:r>
      <w:r w:rsidRPr="00994820">
        <w:rPr>
          <w:b/>
          <w:bCs/>
        </w:rPr>
        <w:t>ombre della folla iniziarono a cambiare</w:t>
      </w:r>
      <w:r w:rsidRPr="00994820">
        <w:t>.</w:t>
      </w:r>
    </w:p>
    <w:p w14:paraId="4C835D0B" w14:textId="77777777" w:rsidR="007C3C6C" w:rsidRPr="00994820" w:rsidRDefault="007C3C6C" w:rsidP="00704DFD">
      <w:pPr>
        <w:spacing w:before="120" w:line="360" w:lineRule="auto"/>
        <w:ind w:firstLine="284"/>
        <w:jc w:val="both"/>
      </w:pPr>
      <w:r w:rsidRPr="00994820">
        <w:t>Uno alla volta, i cittadini di Grimvale mutarono volto.</w:t>
      </w:r>
    </w:p>
    <w:p w14:paraId="66955F03" w14:textId="77777777" w:rsidR="007C3C6C" w:rsidRPr="00994820" w:rsidRDefault="007C3C6C" w:rsidP="00704DFD">
      <w:pPr>
        <w:spacing w:before="120" w:line="360" w:lineRule="auto"/>
        <w:ind w:firstLine="284"/>
        <w:jc w:val="both"/>
      </w:pPr>
      <w:r w:rsidRPr="00994820">
        <w:lastRenderedPageBreak/>
        <w:t>Lineamenti noti, poi distorti.</w:t>
      </w:r>
    </w:p>
    <w:p w14:paraId="0B6AE523" w14:textId="77777777" w:rsidR="007C3C6C" w:rsidRPr="00994820" w:rsidRDefault="007C3C6C" w:rsidP="00704DFD">
      <w:pPr>
        <w:spacing w:before="120" w:line="360" w:lineRule="auto"/>
        <w:ind w:firstLine="284"/>
        <w:jc w:val="both"/>
      </w:pPr>
      <w:r w:rsidRPr="00994820">
        <w:t>Tutti uguali.</w:t>
      </w:r>
    </w:p>
    <w:p w14:paraId="1EE52A89" w14:textId="77777777" w:rsidR="007C3C6C" w:rsidRPr="00994820" w:rsidRDefault="007C3C6C" w:rsidP="00704DFD">
      <w:pPr>
        <w:spacing w:before="120" w:line="360" w:lineRule="auto"/>
        <w:ind w:firstLine="284"/>
        <w:jc w:val="both"/>
      </w:pPr>
      <w:r w:rsidRPr="00994820">
        <w:t xml:space="preserve">Tutti </w:t>
      </w:r>
      <w:r w:rsidRPr="00994820">
        <w:rPr>
          <w:b/>
          <w:bCs/>
        </w:rPr>
        <w:t>Stein</w:t>
      </w:r>
      <w:r w:rsidRPr="00994820">
        <w:t>.</w:t>
      </w:r>
    </w:p>
    <w:p w14:paraId="589D93CC" w14:textId="77777777" w:rsidR="007C3C6C" w:rsidRPr="00994820" w:rsidRDefault="007C3C6C" w:rsidP="00704DFD">
      <w:pPr>
        <w:spacing w:before="120" w:line="360" w:lineRule="auto"/>
        <w:ind w:firstLine="284"/>
        <w:jc w:val="both"/>
      </w:pPr>
      <w:r w:rsidRPr="00994820">
        <w:t>C’erano venti, trenta, cento Stein. Alcuni con occhi ciechi, altri con bocche cucite, altri ancora con sorrisi spalancati fino agli zigomi. Camminavano verso di lei come se nulla fosse. Come se il mondo stesso si stesse piegando in quella forma malata.</w:t>
      </w:r>
    </w:p>
    <w:p w14:paraId="303BE4A2" w14:textId="77777777" w:rsidR="007C3C6C" w:rsidRPr="00994820" w:rsidRDefault="007C3C6C" w:rsidP="00704DFD">
      <w:pPr>
        <w:spacing w:before="120" w:line="360" w:lineRule="auto"/>
        <w:ind w:firstLine="284"/>
        <w:jc w:val="both"/>
      </w:pPr>
      <w:r w:rsidRPr="00994820">
        <w:t>E Fanny?</w:t>
      </w:r>
    </w:p>
    <w:p w14:paraId="04BEE76F" w14:textId="77777777" w:rsidR="007C3C6C" w:rsidRPr="00994820" w:rsidRDefault="007C3C6C" w:rsidP="00704DFD">
      <w:pPr>
        <w:spacing w:before="120" w:line="360" w:lineRule="auto"/>
        <w:ind w:firstLine="284"/>
        <w:jc w:val="both"/>
      </w:pPr>
      <w:r w:rsidRPr="00994820">
        <w:t xml:space="preserve">Fanny </w:t>
      </w:r>
      <w:r w:rsidRPr="00994820">
        <w:rPr>
          <w:b/>
          <w:bCs/>
        </w:rPr>
        <w:t>si spezzò</w:t>
      </w:r>
      <w:r w:rsidRPr="00994820">
        <w:t>.</w:t>
      </w:r>
    </w:p>
    <w:p w14:paraId="2AC132DD" w14:textId="77777777" w:rsidR="007C3C6C" w:rsidRPr="00994820" w:rsidRDefault="007C3C6C" w:rsidP="00704DFD">
      <w:pPr>
        <w:spacing w:before="120" w:line="360" w:lineRule="auto"/>
        <w:ind w:firstLine="284"/>
        <w:jc w:val="both"/>
      </w:pPr>
      <w:r w:rsidRPr="00994820">
        <w:t>Non gridò più. Non si mosse.</w:t>
      </w:r>
    </w:p>
    <w:p w14:paraId="50C92233" w14:textId="77777777" w:rsidR="007C3C6C" w:rsidRPr="00994820" w:rsidRDefault="007C3C6C" w:rsidP="00704DFD">
      <w:pPr>
        <w:spacing w:before="120" w:line="360" w:lineRule="auto"/>
        <w:ind w:firstLine="284"/>
        <w:jc w:val="both"/>
      </w:pPr>
      <w:r w:rsidRPr="00994820">
        <w:t>Cadde su un fianco, tremando.</w:t>
      </w:r>
    </w:p>
    <w:p w14:paraId="4F31D72B" w14:textId="77777777" w:rsidR="007C3C6C" w:rsidRPr="00994820" w:rsidRDefault="007C3C6C" w:rsidP="00704DFD">
      <w:pPr>
        <w:spacing w:before="120" w:line="360" w:lineRule="auto"/>
        <w:ind w:firstLine="284"/>
        <w:jc w:val="both"/>
      </w:pPr>
      <w:r w:rsidRPr="00994820">
        <w:t>Il corpo le pesava come cemento liquido.</w:t>
      </w:r>
    </w:p>
    <w:p w14:paraId="461861E4" w14:textId="77777777" w:rsidR="007C3C6C" w:rsidRPr="00994820" w:rsidRDefault="007C3C6C" w:rsidP="00704DFD">
      <w:pPr>
        <w:spacing w:before="120" w:line="360" w:lineRule="auto"/>
        <w:ind w:firstLine="284"/>
        <w:jc w:val="both"/>
      </w:pPr>
      <w:r w:rsidRPr="00994820">
        <w:t>E mentre le copie di Stein si avvicinavano… una risata soffiò sull’incendio.</w:t>
      </w:r>
    </w:p>
    <w:p w14:paraId="3070366E" w14:textId="77777777" w:rsidR="007C3C6C" w:rsidRPr="00994820" w:rsidRDefault="007C3C6C" w:rsidP="00704DFD">
      <w:pPr>
        <w:spacing w:before="120" w:line="360" w:lineRule="auto"/>
        <w:ind w:firstLine="284"/>
        <w:jc w:val="both"/>
      </w:pPr>
      <w:r w:rsidRPr="00994820">
        <w:t>«Vedi, piccola mia… questo schifo, questo ammasso di superstizioni e fango. Questo è il tuo posto»</w:t>
      </w:r>
    </w:p>
    <w:p w14:paraId="5BE4E231" w14:textId="77777777" w:rsidR="007C3C6C" w:rsidRPr="00994820" w:rsidRDefault="007C3C6C" w:rsidP="00704DFD">
      <w:pPr>
        <w:spacing w:before="120" w:line="360" w:lineRule="auto"/>
        <w:ind w:firstLine="284"/>
        <w:jc w:val="both"/>
      </w:pPr>
      <w:r w:rsidRPr="00994820">
        <w:t>Fanny si rialzò a fatica. Il dolore della lancia era svanito, ma non per guarigione: era stato sostituito da qualcosa di peggiore. Dal fuoco.</w:t>
      </w:r>
    </w:p>
    <w:p w14:paraId="76C64F88" w14:textId="77777777" w:rsidR="007C3C6C" w:rsidRPr="00994820" w:rsidRDefault="007C3C6C" w:rsidP="00704DFD">
      <w:pPr>
        <w:spacing w:before="120" w:line="360" w:lineRule="auto"/>
        <w:ind w:firstLine="284"/>
        <w:jc w:val="both"/>
      </w:pPr>
      <w:r w:rsidRPr="00994820">
        <w:t xml:space="preserve">Il rogo non bruciava più suo padre. Bruciava il cielo. Bruciava la realtà. E intorno, la folla rideva. O meglio, </w:t>
      </w:r>
      <w:r w:rsidRPr="00994820">
        <w:rPr>
          <w:b/>
          <w:bCs/>
        </w:rPr>
        <w:t>ridevano</w:t>
      </w:r>
      <w:r w:rsidRPr="00994820">
        <w:t xml:space="preserve">. Decine di voci identiche, taglienti come vetro, sature di un’ironia isterica che sapeva di vomito e incubo. Ogni volto… ogni dannato volto… era </w:t>
      </w:r>
      <w:r w:rsidRPr="00994820">
        <w:rPr>
          <w:b/>
          <w:bCs/>
        </w:rPr>
        <w:t>Stein</w:t>
      </w:r>
      <w:r w:rsidRPr="00994820">
        <w:t>.</w:t>
      </w:r>
    </w:p>
    <w:p w14:paraId="30E61D87" w14:textId="77777777" w:rsidR="007C3C6C" w:rsidRPr="00994820" w:rsidRDefault="007C3C6C" w:rsidP="00704DFD">
      <w:pPr>
        <w:spacing w:before="120" w:line="360" w:lineRule="auto"/>
        <w:ind w:firstLine="284"/>
        <w:jc w:val="both"/>
      </w:pPr>
      <w:r w:rsidRPr="00994820">
        <w:t>Uguali.</w:t>
      </w:r>
    </w:p>
    <w:p w14:paraId="0707871C" w14:textId="77777777" w:rsidR="007C3C6C" w:rsidRPr="00994820" w:rsidRDefault="007C3C6C" w:rsidP="00704DFD">
      <w:pPr>
        <w:spacing w:before="120" w:line="360" w:lineRule="auto"/>
        <w:ind w:firstLine="284"/>
        <w:jc w:val="both"/>
      </w:pPr>
      <w:r w:rsidRPr="00994820">
        <w:t>Grotteschi.</w:t>
      </w:r>
    </w:p>
    <w:p w14:paraId="46D6E017" w14:textId="77777777" w:rsidR="007C3C6C" w:rsidRPr="00994820" w:rsidRDefault="007C3C6C" w:rsidP="00704DFD">
      <w:pPr>
        <w:spacing w:before="120" w:line="360" w:lineRule="auto"/>
        <w:ind w:firstLine="284"/>
        <w:jc w:val="both"/>
      </w:pPr>
      <w:r w:rsidRPr="00994820">
        <w:t>Alcuni danzavano attorno al rogo, con mani sproporzionate e pupille sbagliate. Altri avevano la bocca spalancata fino alle orecchie, o ridevano con la lingua penzolante.</w:t>
      </w:r>
    </w:p>
    <w:p w14:paraId="3C5F9E8F" w14:textId="77777777" w:rsidR="007C3C6C" w:rsidRPr="00994820" w:rsidRDefault="007C3C6C" w:rsidP="00704DFD">
      <w:pPr>
        <w:spacing w:before="120" w:line="360" w:lineRule="auto"/>
        <w:ind w:firstLine="284"/>
        <w:jc w:val="both"/>
      </w:pPr>
      <w:r w:rsidRPr="00994820">
        <w:t>Uno si avvicinò, con passo da burattino.</w:t>
      </w:r>
    </w:p>
    <w:p w14:paraId="3B52A360" w14:textId="77777777" w:rsidR="007C3C6C" w:rsidRPr="00994820" w:rsidRDefault="007C3C6C" w:rsidP="00704DFD">
      <w:pPr>
        <w:spacing w:before="120" w:line="360" w:lineRule="auto"/>
        <w:ind w:firstLine="284"/>
        <w:jc w:val="both"/>
      </w:pPr>
      <w:r w:rsidRPr="00994820">
        <w:t>«Piccola Fragile Ragazzina…» gorgogliò con la voce di Stein deformata, «vuoi un abbraccio dal tuo papino?»</w:t>
      </w:r>
    </w:p>
    <w:p w14:paraId="6C526207" w14:textId="77777777" w:rsidR="007C3C6C" w:rsidRPr="00994820" w:rsidRDefault="007C3C6C" w:rsidP="00704DFD">
      <w:pPr>
        <w:spacing w:before="120" w:line="360" w:lineRule="auto"/>
        <w:ind w:firstLine="284"/>
        <w:jc w:val="both"/>
      </w:pPr>
      <w:r w:rsidRPr="00994820">
        <w:t>Fanny lo colpì d’istinto, un diretto con il destro cibernetico che gli sfondò la mandibola fino alla nuca. La testa gli scoppiò come un uovo. Ma invece di cadere, il corpo evaporò in una nuvola di cenere e risata. Un’altra copia prese il suo posto.</w:t>
      </w:r>
    </w:p>
    <w:p w14:paraId="2F87A3AD" w14:textId="77777777" w:rsidR="007C3C6C" w:rsidRPr="00994820" w:rsidRDefault="007C3C6C" w:rsidP="00704DFD">
      <w:pPr>
        <w:spacing w:before="120" w:line="360" w:lineRule="auto"/>
        <w:ind w:firstLine="284"/>
        <w:jc w:val="both"/>
      </w:pPr>
      <w:r w:rsidRPr="00994820">
        <w:t>«Oh, il mostro è nervoso. Vuoi giocare col papà?»</w:t>
      </w:r>
    </w:p>
    <w:p w14:paraId="019EE484" w14:textId="77777777" w:rsidR="007C3C6C" w:rsidRPr="00994820" w:rsidRDefault="007C3C6C" w:rsidP="00704DFD">
      <w:pPr>
        <w:spacing w:before="120" w:line="360" w:lineRule="auto"/>
        <w:ind w:firstLine="284"/>
        <w:jc w:val="both"/>
      </w:pPr>
      <w:r w:rsidRPr="00994820">
        <w:lastRenderedPageBreak/>
        <w:t>La mano sinistra di Fanny si alzò, rabbiosa. Stavolta il colpo fece esplodere il petto del secondo Stein, che si piegò su sé stesso in un’esplosione di marionette rotte. Ma anche lui si dissolse. Polvere. Fumo.</w:t>
      </w:r>
    </w:p>
    <w:p w14:paraId="47B14610" w14:textId="77777777" w:rsidR="007C3C6C" w:rsidRPr="00994820" w:rsidRDefault="007C3C6C" w:rsidP="00704DFD">
      <w:pPr>
        <w:spacing w:before="120" w:line="360" w:lineRule="auto"/>
        <w:ind w:firstLine="284"/>
        <w:jc w:val="both"/>
      </w:pPr>
      <w:r w:rsidRPr="00994820">
        <w:t>La sala si fece più stretta. I confini si muovevano. Lo spazio ruotava su sé stesso.</w:t>
      </w:r>
    </w:p>
    <w:p w14:paraId="76D9B0CC" w14:textId="77777777" w:rsidR="007C3C6C" w:rsidRPr="00994820" w:rsidRDefault="007C3C6C" w:rsidP="00704DFD">
      <w:pPr>
        <w:spacing w:before="120" w:line="360" w:lineRule="auto"/>
        <w:ind w:firstLine="284"/>
        <w:jc w:val="both"/>
      </w:pPr>
      <w:r w:rsidRPr="00994820">
        <w:t>Stein. Stein. Stein.</w:t>
      </w:r>
    </w:p>
    <w:p w14:paraId="18607760" w14:textId="77777777" w:rsidR="007C3C6C" w:rsidRPr="00994820" w:rsidRDefault="007C3C6C" w:rsidP="00704DFD">
      <w:pPr>
        <w:spacing w:before="120" w:line="360" w:lineRule="auto"/>
        <w:ind w:firstLine="284"/>
        <w:jc w:val="both"/>
      </w:pPr>
      <w:r w:rsidRPr="00994820">
        <w:t xml:space="preserve">Fanny li colpiva, li sfondava, li smembrava. Ma ogni volta che ne frantumava uno, un altro appariva. Ridevano. </w:t>
      </w:r>
      <w:r w:rsidRPr="00994820">
        <w:rPr>
          <w:b/>
          <w:bCs/>
        </w:rPr>
        <w:t>Ridevano sempre</w:t>
      </w:r>
      <w:r w:rsidRPr="00994820">
        <w:t>.</w:t>
      </w:r>
    </w:p>
    <w:p w14:paraId="47D05BB1" w14:textId="77777777" w:rsidR="007C3C6C" w:rsidRPr="00994820" w:rsidRDefault="007C3C6C" w:rsidP="00704DFD">
      <w:pPr>
        <w:spacing w:before="120" w:line="360" w:lineRule="auto"/>
        <w:ind w:firstLine="284"/>
        <w:jc w:val="both"/>
      </w:pPr>
      <w:r w:rsidRPr="00994820">
        <w:t>Le nocche dei guanti erano roventi, le vene meccaniche cariche. Il cuore correva impazzito nel petto.</w:t>
      </w:r>
    </w:p>
    <w:p w14:paraId="1F5A6986" w14:textId="77777777" w:rsidR="007C3C6C" w:rsidRPr="00994820" w:rsidRDefault="007C3C6C" w:rsidP="00704DFD">
      <w:pPr>
        <w:spacing w:before="120" w:line="360" w:lineRule="auto"/>
        <w:ind w:firstLine="284"/>
        <w:jc w:val="both"/>
      </w:pPr>
      <w:r w:rsidRPr="00994820">
        <w:t xml:space="preserve">Poi ne arrivò uno che </w:t>
      </w:r>
      <w:r w:rsidRPr="00994820">
        <w:rPr>
          <w:b/>
          <w:bCs/>
        </w:rPr>
        <w:t>non svanì</w:t>
      </w:r>
      <w:r w:rsidRPr="00994820">
        <w:t>.</w:t>
      </w:r>
    </w:p>
    <w:p w14:paraId="6A8EF372" w14:textId="77777777" w:rsidR="007C3C6C" w:rsidRPr="00994820" w:rsidRDefault="007C3C6C" w:rsidP="00704DFD">
      <w:pPr>
        <w:spacing w:before="120" w:line="360" w:lineRule="auto"/>
        <w:ind w:firstLine="284"/>
        <w:jc w:val="both"/>
      </w:pPr>
      <w:r w:rsidRPr="00994820">
        <w:t>Fanny lo colpì al volto. Il suono fu diverso. Carne e osso. Non polvere.</w:t>
      </w:r>
    </w:p>
    <w:p w14:paraId="091E5E58" w14:textId="77777777" w:rsidR="007C3C6C" w:rsidRPr="00994820" w:rsidRDefault="007C3C6C" w:rsidP="00704DFD">
      <w:pPr>
        <w:spacing w:before="120" w:line="360" w:lineRule="auto"/>
        <w:ind w:firstLine="284"/>
        <w:jc w:val="both"/>
      </w:pPr>
      <w:r w:rsidRPr="00994820">
        <w:t xml:space="preserve">La copia barcollò indietro, sputò sangue. Si leccò le labbra e rise, ma stavolta il suono era </w:t>
      </w:r>
      <w:r w:rsidRPr="00994820">
        <w:rPr>
          <w:b/>
          <w:bCs/>
        </w:rPr>
        <w:t>troppo umano</w:t>
      </w:r>
      <w:r w:rsidRPr="00994820">
        <w:t>. Troppo reale.</w:t>
      </w:r>
    </w:p>
    <w:p w14:paraId="6D160818" w14:textId="77777777" w:rsidR="007C3C6C" w:rsidRPr="00994820" w:rsidRDefault="007C3C6C" w:rsidP="00704DFD">
      <w:pPr>
        <w:spacing w:before="120" w:line="360" w:lineRule="auto"/>
        <w:ind w:firstLine="284"/>
        <w:jc w:val="both"/>
      </w:pPr>
      <w:r w:rsidRPr="00994820">
        <w:t xml:space="preserve">Fanny lo fissò. </w:t>
      </w:r>
    </w:p>
    <w:p w14:paraId="01416E6B" w14:textId="77777777" w:rsidR="007C3C6C" w:rsidRPr="00994820" w:rsidRDefault="007C3C6C" w:rsidP="00704DFD">
      <w:pPr>
        <w:spacing w:before="120" w:line="360" w:lineRule="auto"/>
        <w:ind w:firstLine="284"/>
        <w:jc w:val="both"/>
      </w:pPr>
      <w:r w:rsidRPr="00994820">
        <w:t xml:space="preserve">«Eccoti qua stronzo.» ringhiò con furia la ragazza. L’aver colpito finalmente qualcosa di reale, di tangibile, la riempì di gioia e rabbia. Sembrò che le fiamme del rogo le stessero entrando dentro, infiammandole occhi e spirito. </w:t>
      </w:r>
      <w:r w:rsidRPr="00994820">
        <w:br/>
        <w:t>Questo Stein iniziò a rispondere ai colpi. Fanny non desiderava altro. Finalmente avrebbe potuto picchiare qualcuno che se lo meritava davvero. Non doveva trattenersi, poteva infiammarsi a piacimento. Ma qualcosa… qualcosa non tornava.</w:t>
      </w:r>
    </w:p>
    <w:p w14:paraId="4635AF5A" w14:textId="77777777" w:rsidR="007C3C6C" w:rsidRPr="00994820" w:rsidRDefault="007C3C6C" w:rsidP="00704DFD">
      <w:pPr>
        <w:spacing w:before="120" w:line="360" w:lineRule="auto"/>
        <w:ind w:firstLine="284"/>
        <w:jc w:val="both"/>
      </w:pPr>
      <w:r w:rsidRPr="00994820">
        <w:t>Le mosse erano familiari.</w:t>
      </w:r>
    </w:p>
    <w:p w14:paraId="1494D72E" w14:textId="77777777" w:rsidR="007C3C6C" w:rsidRPr="00994820" w:rsidRDefault="007C3C6C" w:rsidP="00704DFD">
      <w:pPr>
        <w:spacing w:before="120" w:line="360" w:lineRule="auto"/>
        <w:ind w:firstLine="284"/>
        <w:jc w:val="both"/>
      </w:pPr>
      <w:r w:rsidRPr="00994820">
        <w:t>Il modo in cui si portava il braccio alla schiena, come si piegava leggermente in avanti…</w:t>
      </w:r>
    </w:p>
    <w:p w14:paraId="2D0FC997" w14:textId="77777777" w:rsidR="007C3C6C" w:rsidRPr="00994820" w:rsidRDefault="007C3C6C" w:rsidP="00704DFD">
      <w:pPr>
        <w:spacing w:before="120" w:line="360" w:lineRule="auto"/>
        <w:ind w:firstLine="284"/>
        <w:jc w:val="both"/>
      </w:pPr>
      <w:r w:rsidRPr="00994820">
        <w:t xml:space="preserve">Un brivido le percorse la schiena. </w:t>
      </w:r>
    </w:p>
    <w:p w14:paraId="51B58371" w14:textId="77777777" w:rsidR="007C3C6C" w:rsidRPr="00994820" w:rsidRDefault="007C3C6C" w:rsidP="00704DFD">
      <w:pPr>
        <w:spacing w:before="120" w:line="360" w:lineRule="auto"/>
        <w:ind w:firstLine="284"/>
        <w:jc w:val="both"/>
      </w:pPr>
      <w:r w:rsidRPr="00994820">
        <w:t>“E poi Stein usava una pistola no? Perché adesso stava usando una falce, un’altra illusione?” si chiese la ragazza, ma vedendo quei volti che non smettevano di ridere comprese che alla fine non aveva nessuna importanza quali armi le avrebbe usato contro. Finalmente aveva un bersagli da poter distruggere.</w:t>
      </w:r>
    </w:p>
    <w:p w14:paraId="3B805ADF" w14:textId="77777777" w:rsidR="007C3C6C" w:rsidRPr="00994820" w:rsidRDefault="007C3C6C" w:rsidP="00704DFD">
      <w:pPr>
        <w:spacing w:before="120" w:line="360" w:lineRule="auto"/>
        <w:ind w:firstLine="284"/>
        <w:jc w:val="both"/>
      </w:pPr>
      <w:r w:rsidRPr="00994820">
        <w:t>Stava per colpire ancora, il pugno già alzato. Ma una voce la fermò.</w:t>
      </w:r>
    </w:p>
    <w:p w14:paraId="462AE82A" w14:textId="77777777" w:rsidR="007C3C6C" w:rsidRPr="00994820" w:rsidRDefault="007C3C6C" w:rsidP="00704DFD">
      <w:pPr>
        <w:spacing w:before="120" w:line="360" w:lineRule="auto"/>
        <w:ind w:firstLine="284"/>
        <w:jc w:val="both"/>
      </w:pPr>
      <w:r w:rsidRPr="00994820">
        <w:t>«Fanny, NO!»</w:t>
      </w:r>
    </w:p>
    <w:p w14:paraId="77197436" w14:textId="77777777" w:rsidR="007C3C6C" w:rsidRPr="00994820" w:rsidRDefault="007C3C6C" w:rsidP="00704DFD">
      <w:pPr>
        <w:spacing w:before="120" w:line="360" w:lineRule="auto"/>
        <w:ind w:firstLine="284"/>
        <w:jc w:val="both"/>
      </w:pPr>
      <w:r w:rsidRPr="00994820">
        <w:t>Becky.</w:t>
      </w:r>
    </w:p>
    <w:p w14:paraId="268C3D78" w14:textId="77777777" w:rsidR="007C3C6C" w:rsidRPr="00994820" w:rsidRDefault="007C3C6C" w:rsidP="00704DFD">
      <w:pPr>
        <w:spacing w:before="120" w:line="360" w:lineRule="auto"/>
        <w:ind w:firstLine="284"/>
        <w:jc w:val="both"/>
      </w:pPr>
      <w:r w:rsidRPr="00994820">
        <w:t>Becky era apparsa come un ologramma sul guanto. Il suo volto era distorto, frastornato. Ma lo sguardo era lucido.</w:t>
      </w:r>
    </w:p>
    <w:p w14:paraId="6D1EF630" w14:textId="77777777" w:rsidR="007C3C6C" w:rsidRPr="00994820" w:rsidRDefault="007C3C6C" w:rsidP="00704DFD">
      <w:pPr>
        <w:spacing w:before="120" w:line="360" w:lineRule="auto"/>
        <w:ind w:firstLine="284"/>
        <w:jc w:val="both"/>
      </w:pPr>
      <w:r w:rsidRPr="00994820">
        <w:t>«È Kieran! Non è Stein! È Kieran sotto la Gratia!»</w:t>
      </w:r>
    </w:p>
    <w:p w14:paraId="57D78839" w14:textId="77777777" w:rsidR="007C3C6C" w:rsidRPr="00994820" w:rsidRDefault="007C3C6C" w:rsidP="00704DFD">
      <w:pPr>
        <w:spacing w:before="120" w:line="360" w:lineRule="auto"/>
        <w:ind w:firstLine="284"/>
        <w:jc w:val="both"/>
      </w:pPr>
      <w:r w:rsidRPr="00994820">
        <w:lastRenderedPageBreak/>
        <w:t>Fanny si bloccò.</w:t>
      </w:r>
    </w:p>
    <w:p w14:paraId="0291C50F" w14:textId="77777777" w:rsidR="007C3C6C" w:rsidRPr="00994820" w:rsidRDefault="007C3C6C" w:rsidP="00704DFD">
      <w:pPr>
        <w:spacing w:before="120" w:line="360" w:lineRule="auto"/>
        <w:ind w:firstLine="284"/>
        <w:jc w:val="both"/>
      </w:pPr>
      <w:r w:rsidRPr="00994820">
        <w:t>Il fumo attorno a loro si contorceva. La realtà sembrava resistere a quella verità.</w:t>
      </w:r>
    </w:p>
    <w:p w14:paraId="2D417577" w14:textId="77777777" w:rsidR="007C3C6C" w:rsidRPr="00994820" w:rsidRDefault="007C3C6C" w:rsidP="00704DFD">
      <w:pPr>
        <w:spacing w:before="120" w:line="360" w:lineRule="auto"/>
        <w:ind w:firstLine="284"/>
        <w:jc w:val="both"/>
      </w:pPr>
      <w:r w:rsidRPr="00994820">
        <w:t>Fanny si voltò. L’altro Stein, quello tangibile, era piegato, il volto tumefatto. Ma ora che lo guardava meglio… le proporzioni… il colore degli occhi… le reazioni agli attacchi…</w:t>
      </w:r>
    </w:p>
    <w:p w14:paraId="434425BB" w14:textId="77777777" w:rsidR="007C3C6C" w:rsidRPr="00994820" w:rsidRDefault="007C3C6C" w:rsidP="00704DFD">
      <w:pPr>
        <w:spacing w:before="120" w:line="360" w:lineRule="auto"/>
        <w:ind w:firstLine="284"/>
        <w:jc w:val="both"/>
      </w:pPr>
      <w:r w:rsidRPr="00994820">
        <w:t xml:space="preserve">Era </w:t>
      </w:r>
      <w:r w:rsidRPr="00994820">
        <w:rPr>
          <w:b/>
          <w:bCs/>
        </w:rPr>
        <w:t>Kieran</w:t>
      </w:r>
      <w:r w:rsidRPr="00994820">
        <w:t>.</w:t>
      </w:r>
    </w:p>
    <w:p w14:paraId="28685D10" w14:textId="77777777" w:rsidR="007C3C6C" w:rsidRPr="00994820" w:rsidRDefault="007C3C6C" w:rsidP="00704DFD">
      <w:pPr>
        <w:spacing w:before="120" w:line="360" w:lineRule="auto"/>
        <w:ind w:firstLine="284"/>
        <w:jc w:val="both"/>
      </w:pPr>
      <w:r w:rsidRPr="00994820">
        <w:t>Fanny si ritrasse di scatto, il pugno ancora tremante a mezz’aria.</w:t>
      </w:r>
    </w:p>
    <w:p w14:paraId="46C6F864" w14:textId="77777777" w:rsidR="007C3C6C" w:rsidRPr="00994820" w:rsidRDefault="007C3C6C" w:rsidP="00704DFD">
      <w:pPr>
        <w:spacing w:before="120" w:line="360" w:lineRule="auto"/>
        <w:ind w:firstLine="284"/>
        <w:jc w:val="both"/>
      </w:pPr>
      <w:r w:rsidRPr="00994820">
        <w:t>«Merda… Merda, no…»</w:t>
      </w:r>
    </w:p>
    <w:p w14:paraId="5A33FC67" w14:textId="77777777" w:rsidR="007C3C6C" w:rsidRPr="00994820" w:rsidRDefault="007C3C6C" w:rsidP="00704DFD">
      <w:pPr>
        <w:spacing w:before="120" w:line="360" w:lineRule="auto"/>
        <w:ind w:firstLine="284"/>
        <w:jc w:val="both"/>
      </w:pPr>
      <w:r w:rsidRPr="00994820">
        <w:t>Kieran cadde in ginocchio. Gli occhi rossi, sbarrati. La maschera illusoria cominciò a sfarfallare. Un ghigno di Stein. Poi il volto di Kieran sotto. Poi di nuovo Stein.</w:t>
      </w:r>
    </w:p>
    <w:p w14:paraId="1766E0B9" w14:textId="77777777" w:rsidR="007C3C6C" w:rsidRPr="00994820" w:rsidRDefault="007C3C6C" w:rsidP="00704DFD">
      <w:pPr>
        <w:spacing w:before="120" w:line="360" w:lineRule="auto"/>
        <w:ind w:firstLine="284"/>
        <w:jc w:val="both"/>
      </w:pPr>
      <w:r w:rsidRPr="00994820">
        <w:t>Becky parlò di nuovo.</w:t>
      </w:r>
    </w:p>
    <w:p w14:paraId="60C7E2DC" w14:textId="77777777" w:rsidR="007C3C6C" w:rsidRPr="00994820" w:rsidRDefault="007C3C6C" w:rsidP="00704DFD">
      <w:pPr>
        <w:spacing w:before="120" w:line="360" w:lineRule="auto"/>
        <w:ind w:firstLine="284"/>
        <w:jc w:val="both"/>
      </w:pPr>
      <w:r w:rsidRPr="00994820">
        <w:t>«Io non sono soggetta alla Gratia Rosa. Riesco a distinguere i flussi. Quello vero… il vero Stein… non è qui.»</w:t>
      </w:r>
    </w:p>
    <w:p w14:paraId="6F5700F7" w14:textId="77777777" w:rsidR="007C3C6C" w:rsidRPr="00994820" w:rsidRDefault="007C3C6C" w:rsidP="00704DFD">
      <w:pPr>
        <w:spacing w:before="120" w:line="360" w:lineRule="auto"/>
        <w:ind w:firstLine="284"/>
        <w:jc w:val="both"/>
      </w:pPr>
      <w:r w:rsidRPr="00994820">
        <w:t>«Dove?!» gridò Fanny, col cuore che le esplodeva nelle orecchie.</w:t>
      </w:r>
    </w:p>
    <w:p w14:paraId="77CCE4E9" w14:textId="77777777" w:rsidR="007C3C6C" w:rsidRPr="00994820" w:rsidRDefault="007C3C6C" w:rsidP="00704DFD">
      <w:pPr>
        <w:spacing w:before="120" w:line="360" w:lineRule="auto"/>
        <w:ind w:firstLine="284"/>
        <w:jc w:val="both"/>
      </w:pPr>
      <w:r w:rsidRPr="00994820">
        <w:t xml:space="preserve">Becky si voltò verso il rogo. Le fiamme non erano più rosse. </w:t>
      </w:r>
      <w:r w:rsidRPr="00994820">
        <w:rPr>
          <w:b/>
          <w:bCs/>
        </w:rPr>
        <w:t>Erano rosa</w:t>
      </w:r>
      <w:r w:rsidRPr="00994820">
        <w:t>.</w:t>
      </w:r>
    </w:p>
    <w:p w14:paraId="0A76AF1E" w14:textId="77777777" w:rsidR="007C3C6C" w:rsidRPr="00994820" w:rsidRDefault="007C3C6C" w:rsidP="00704DFD">
      <w:pPr>
        <w:spacing w:before="120" w:line="360" w:lineRule="auto"/>
        <w:ind w:firstLine="284"/>
        <w:jc w:val="both"/>
      </w:pPr>
      <w:r w:rsidRPr="00994820">
        <w:t>E lì, tra le fiamme, una figura bruciava, ma non si consumava.</w:t>
      </w:r>
    </w:p>
    <w:p w14:paraId="0628B7BE" w14:textId="77777777" w:rsidR="007C3C6C" w:rsidRPr="00994820" w:rsidRDefault="007C3C6C" w:rsidP="00704DFD">
      <w:pPr>
        <w:spacing w:before="120" w:line="360" w:lineRule="auto"/>
        <w:ind w:firstLine="284"/>
        <w:jc w:val="both"/>
      </w:pPr>
      <w:r w:rsidRPr="00994820">
        <w:t xml:space="preserve">Il </w:t>
      </w:r>
      <w:r w:rsidRPr="00994820">
        <w:rPr>
          <w:b/>
          <w:bCs/>
        </w:rPr>
        <w:t>vero Stein</w:t>
      </w:r>
      <w:r w:rsidRPr="00994820">
        <w:t xml:space="preserve">. Legato come suo padre. Ma rideva. </w:t>
      </w:r>
      <w:r w:rsidRPr="00994820">
        <w:rPr>
          <w:b/>
          <w:bCs/>
        </w:rPr>
        <w:t>Rideva ancora.</w:t>
      </w:r>
    </w:p>
    <w:p w14:paraId="631D9D15" w14:textId="77777777" w:rsidR="007C3C6C" w:rsidRPr="00994820" w:rsidRDefault="007C3C6C" w:rsidP="00704DFD">
      <w:pPr>
        <w:spacing w:before="120" w:line="360" w:lineRule="auto"/>
        <w:ind w:firstLine="284"/>
        <w:jc w:val="both"/>
      </w:pPr>
    </w:p>
    <w:p w14:paraId="02201D27" w14:textId="77777777" w:rsidR="007C3C6C" w:rsidRPr="00994820" w:rsidRDefault="007C3C6C" w:rsidP="00704DFD">
      <w:pPr>
        <w:spacing w:before="120" w:line="360" w:lineRule="auto"/>
        <w:ind w:firstLine="284"/>
        <w:jc w:val="both"/>
      </w:pPr>
      <w:r w:rsidRPr="00994820">
        <w:t>«Lì… tra le fiamme…» sussurrò Becky.</w:t>
      </w:r>
    </w:p>
    <w:p w14:paraId="250B1193" w14:textId="77777777" w:rsidR="007C3C6C" w:rsidRPr="00994820" w:rsidRDefault="007C3C6C" w:rsidP="00704DFD">
      <w:pPr>
        <w:spacing w:before="120" w:line="360" w:lineRule="auto"/>
        <w:ind w:firstLine="284"/>
        <w:jc w:val="both"/>
      </w:pPr>
      <w:r w:rsidRPr="00994820">
        <w:t xml:space="preserve">Fanny seguì il suo sguardo. Il rogo non era più solo un’illusione. Ora bruciava davvero. E in mezzo a quella colonna di fuoco distorta dalla Gratia Rosa, </w:t>
      </w:r>
      <w:r w:rsidRPr="00994820">
        <w:rPr>
          <w:b/>
          <w:bCs/>
        </w:rPr>
        <w:t>c’era lui</w:t>
      </w:r>
      <w:r w:rsidRPr="00994820">
        <w:t>.</w:t>
      </w:r>
    </w:p>
    <w:p w14:paraId="34ADF4EB" w14:textId="77777777" w:rsidR="007C3C6C" w:rsidRPr="00994820" w:rsidRDefault="007C3C6C" w:rsidP="00704DFD">
      <w:pPr>
        <w:spacing w:before="120" w:line="360" w:lineRule="auto"/>
        <w:ind w:firstLine="284"/>
        <w:jc w:val="both"/>
      </w:pPr>
      <w:r w:rsidRPr="00994820">
        <w:t>Stein.</w:t>
      </w:r>
    </w:p>
    <w:p w14:paraId="1099B4EA" w14:textId="77777777" w:rsidR="007C3C6C" w:rsidRPr="00994820" w:rsidRDefault="007C3C6C" w:rsidP="00704DFD">
      <w:pPr>
        <w:spacing w:before="120" w:line="360" w:lineRule="auto"/>
        <w:ind w:firstLine="284"/>
        <w:jc w:val="both"/>
      </w:pPr>
      <w:r w:rsidRPr="00994820">
        <w:t>In piedi, con la maschera da volpe ancora intatta, legato al palo come una caricatura sacrificale. Ma rideva. Rideva con quel suono stridulo e deformato che aveva infestato tutto il piano.</w:t>
      </w:r>
    </w:p>
    <w:p w14:paraId="73BE2ACE" w14:textId="77777777" w:rsidR="007C3C6C" w:rsidRPr="00994820" w:rsidRDefault="007C3C6C" w:rsidP="00704DFD">
      <w:pPr>
        <w:spacing w:before="120" w:line="360" w:lineRule="auto"/>
        <w:ind w:firstLine="284"/>
        <w:jc w:val="both"/>
      </w:pPr>
      <w:r w:rsidRPr="00994820">
        <w:t>«È lui. Il vero corpo.» continuò Becky, rapida. «Il fumo parte da lì. L’intero piano era solo una diffusione della sua Gratia Rosa. Lo stiamo respirando ancora adesso.»</w:t>
      </w:r>
    </w:p>
    <w:p w14:paraId="617D0AB5" w14:textId="77777777" w:rsidR="007C3C6C" w:rsidRPr="00994820" w:rsidRDefault="007C3C6C" w:rsidP="00704DFD">
      <w:pPr>
        <w:spacing w:before="120" w:line="360" w:lineRule="auto"/>
        <w:ind w:firstLine="284"/>
        <w:jc w:val="both"/>
      </w:pPr>
      <w:r w:rsidRPr="00994820">
        <w:t>Fanny non rispose.</w:t>
      </w:r>
    </w:p>
    <w:p w14:paraId="1510B4EC" w14:textId="77777777" w:rsidR="007C3C6C" w:rsidRPr="00994820" w:rsidRDefault="007C3C6C" w:rsidP="00704DFD">
      <w:pPr>
        <w:spacing w:before="120" w:line="360" w:lineRule="auto"/>
        <w:ind w:firstLine="284"/>
        <w:jc w:val="both"/>
      </w:pPr>
      <w:r w:rsidRPr="00994820">
        <w:t>I suoi occhi si accesero. I guanti iniziarono a vibrare. Non era solo rabbia. Era qualcosa di più profondo. Qualcosa che le partiva dallo stomaco e le saliva in gola come un ruggito muto.</w:t>
      </w:r>
    </w:p>
    <w:p w14:paraId="3CF97C2E" w14:textId="77777777" w:rsidR="007C3C6C" w:rsidRPr="00994820" w:rsidRDefault="007C3C6C" w:rsidP="00704DFD">
      <w:pPr>
        <w:spacing w:before="120" w:line="360" w:lineRule="auto"/>
        <w:ind w:firstLine="284"/>
        <w:jc w:val="both"/>
      </w:pPr>
      <w:r w:rsidRPr="00994820">
        <w:t>Non doveva pensarci. Doveva solo colpire.</w:t>
      </w:r>
    </w:p>
    <w:p w14:paraId="4A1DBE43" w14:textId="77777777" w:rsidR="007C3C6C" w:rsidRPr="00994820" w:rsidRDefault="007C3C6C" w:rsidP="00704DFD">
      <w:pPr>
        <w:spacing w:before="120" w:line="360" w:lineRule="auto"/>
        <w:ind w:firstLine="284"/>
        <w:jc w:val="both"/>
      </w:pPr>
      <w:r w:rsidRPr="00994820">
        <w:lastRenderedPageBreak/>
        <w:t>«Becky.»</w:t>
      </w:r>
    </w:p>
    <w:p w14:paraId="7218EA1A" w14:textId="77777777" w:rsidR="007C3C6C" w:rsidRPr="00994820" w:rsidRDefault="007C3C6C" w:rsidP="00704DFD">
      <w:pPr>
        <w:spacing w:before="120" w:line="360" w:lineRule="auto"/>
        <w:ind w:firstLine="284"/>
        <w:jc w:val="both"/>
      </w:pPr>
      <w:r w:rsidRPr="00994820">
        <w:t>«Madame.»</w:t>
      </w:r>
    </w:p>
    <w:p w14:paraId="40D9D883" w14:textId="77777777" w:rsidR="007C3C6C" w:rsidRPr="00994820" w:rsidRDefault="007C3C6C" w:rsidP="00704DFD">
      <w:pPr>
        <w:spacing w:before="120" w:line="360" w:lineRule="auto"/>
        <w:ind w:firstLine="284"/>
        <w:jc w:val="both"/>
      </w:pPr>
      <w:r w:rsidRPr="00994820">
        <w:t>«Limitatori.»</w:t>
      </w:r>
    </w:p>
    <w:p w14:paraId="0053F72E" w14:textId="77777777" w:rsidR="007C3C6C" w:rsidRPr="00994820" w:rsidRDefault="007C3C6C" w:rsidP="00704DFD">
      <w:pPr>
        <w:spacing w:before="120" w:line="360" w:lineRule="auto"/>
        <w:ind w:firstLine="284"/>
        <w:jc w:val="both"/>
      </w:pPr>
      <w:r w:rsidRPr="00994820">
        <w:t>Un secondo di silenzio.</w:t>
      </w:r>
    </w:p>
    <w:p w14:paraId="303E4E2B" w14:textId="77777777" w:rsidR="007C3C6C" w:rsidRPr="00994820" w:rsidRDefault="007C3C6C" w:rsidP="00704DFD">
      <w:pPr>
        <w:spacing w:before="120" w:line="360" w:lineRule="auto"/>
        <w:ind w:firstLine="284"/>
        <w:jc w:val="both"/>
      </w:pPr>
      <w:r w:rsidRPr="00994820">
        <w:t>Poi un bip. Breve. Secco.</w:t>
      </w:r>
    </w:p>
    <w:p w14:paraId="614992C6" w14:textId="77777777" w:rsidR="007C3C6C" w:rsidRPr="00994820" w:rsidRDefault="007C3C6C" w:rsidP="00704DFD">
      <w:pPr>
        <w:spacing w:before="120" w:line="360" w:lineRule="auto"/>
        <w:ind w:firstLine="284"/>
        <w:jc w:val="both"/>
      </w:pPr>
      <w:r w:rsidRPr="00994820">
        <w:t>«Disattivati. Puoi andare.»</w:t>
      </w:r>
    </w:p>
    <w:p w14:paraId="5E90A546" w14:textId="77777777" w:rsidR="007C3C6C" w:rsidRPr="00994820" w:rsidRDefault="007C3C6C" w:rsidP="00704DFD">
      <w:pPr>
        <w:spacing w:before="120" w:line="360" w:lineRule="auto"/>
        <w:ind w:firstLine="284"/>
        <w:jc w:val="both"/>
      </w:pPr>
      <w:r w:rsidRPr="00994820">
        <w:t>Fanny piegò le gambe. Il suolo scricchiolò sotto i piedi.</w:t>
      </w:r>
    </w:p>
    <w:p w14:paraId="6E21451F" w14:textId="77777777" w:rsidR="007C3C6C" w:rsidRPr="00994820" w:rsidRDefault="007C3C6C" w:rsidP="00704DFD">
      <w:pPr>
        <w:spacing w:before="120" w:line="360" w:lineRule="auto"/>
        <w:ind w:firstLine="284"/>
        <w:jc w:val="both"/>
      </w:pPr>
      <w:r w:rsidRPr="00994820">
        <w:t>La tuta si accese.</w:t>
      </w:r>
    </w:p>
    <w:p w14:paraId="0D65962C" w14:textId="77777777" w:rsidR="007C3C6C" w:rsidRPr="00994820" w:rsidRDefault="007C3C6C" w:rsidP="00704DFD">
      <w:pPr>
        <w:spacing w:before="120" w:line="360" w:lineRule="auto"/>
        <w:ind w:firstLine="284"/>
        <w:jc w:val="both"/>
      </w:pPr>
      <w:r w:rsidRPr="00994820">
        <w:t xml:space="preserve">Non era un bagliore violento. Era </w:t>
      </w:r>
      <w:r w:rsidRPr="00994820">
        <w:rPr>
          <w:b/>
          <w:bCs/>
        </w:rPr>
        <w:t>una pulsazione</w:t>
      </w:r>
      <w:r w:rsidRPr="00994820">
        <w:t>.</w:t>
      </w:r>
    </w:p>
    <w:p w14:paraId="0D3EDCA5" w14:textId="77777777" w:rsidR="007C3C6C" w:rsidRPr="00994820" w:rsidRDefault="007C3C6C" w:rsidP="00704DFD">
      <w:pPr>
        <w:spacing w:before="120" w:line="360" w:lineRule="auto"/>
        <w:ind w:firstLine="284"/>
        <w:jc w:val="both"/>
      </w:pPr>
      <w:r w:rsidRPr="00994820">
        <w:t>Dai guanti partì un impulso arancione che attraversò le braccia, s’incrociò nel petto e si aprì come un’esplosione liquida lungo i fianchi, correndo dentro la gamba cibernetica e risalendo in un’onda nervosa lungo la colonna vertebrale. La bocca si aprì leggermente, senza un suono.</w:t>
      </w:r>
    </w:p>
    <w:p w14:paraId="3FA3646F" w14:textId="77777777" w:rsidR="007C3C6C" w:rsidRPr="00994820" w:rsidRDefault="007C3C6C" w:rsidP="00704DFD">
      <w:pPr>
        <w:spacing w:before="120" w:line="360" w:lineRule="auto"/>
        <w:ind w:firstLine="284"/>
        <w:jc w:val="both"/>
      </w:pPr>
      <w:r w:rsidRPr="00994820">
        <w:t xml:space="preserve">Era </w:t>
      </w:r>
      <w:r w:rsidRPr="00994820">
        <w:rPr>
          <w:b/>
          <w:bCs/>
        </w:rPr>
        <w:t>piena</w:t>
      </w:r>
      <w:r w:rsidRPr="00994820">
        <w:t>.</w:t>
      </w:r>
    </w:p>
    <w:p w14:paraId="7A50BC87" w14:textId="77777777" w:rsidR="007C3C6C" w:rsidRPr="00994820" w:rsidRDefault="007C3C6C" w:rsidP="00704DFD">
      <w:pPr>
        <w:spacing w:before="120" w:line="360" w:lineRule="auto"/>
        <w:ind w:firstLine="284"/>
        <w:jc w:val="both"/>
      </w:pPr>
      <w:r w:rsidRPr="00994820">
        <w:t>Carica.</w:t>
      </w:r>
    </w:p>
    <w:p w14:paraId="065D8ED1" w14:textId="77777777" w:rsidR="007C3C6C" w:rsidRPr="00994820" w:rsidRDefault="007C3C6C" w:rsidP="00704DFD">
      <w:pPr>
        <w:spacing w:before="120" w:line="360" w:lineRule="auto"/>
        <w:ind w:firstLine="284"/>
        <w:jc w:val="both"/>
      </w:pPr>
      <w:r w:rsidRPr="00994820">
        <w:t xml:space="preserve">Fanny </w:t>
      </w:r>
      <w:r w:rsidRPr="00994820">
        <w:rPr>
          <w:b/>
          <w:bCs/>
        </w:rPr>
        <w:t>saltò</w:t>
      </w:r>
      <w:r w:rsidRPr="00994820">
        <w:t>.</w:t>
      </w:r>
    </w:p>
    <w:p w14:paraId="4E3CA07F" w14:textId="77777777" w:rsidR="007C3C6C" w:rsidRPr="00994820" w:rsidRDefault="007C3C6C" w:rsidP="00704DFD">
      <w:pPr>
        <w:spacing w:before="120" w:line="360" w:lineRule="auto"/>
        <w:ind w:firstLine="284"/>
        <w:jc w:val="both"/>
      </w:pPr>
      <w:r w:rsidRPr="00994820">
        <w:t>Lo fece senza gridare, senza slanci teatrali. Solo un colpo secco di potenza.</w:t>
      </w:r>
    </w:p>
    <w:p w14:paraId="06E6074D" w14:textId="77777777" w:rsidR="007C3C6C" w:rsidRPr="00994820" w:rsidRDefault="007C3C6C" w:rsidP="00704DFD">
      <w:pPr>
        <w:spacing w:before="120" w:line="360" w:lineRule="auto"/>
        <w:ind w:firstLine="284"/>
        <w:jc w:val="both"/>
      </w:pPr>
      <w:r w:rsidRPr="00994820">
        <w:t>Il terreno si sfaldò sotto il suo piede destro. Una lastra intera del pavimento fu sollevata dalla pressione. Il suo corpo fendeva l’aria come una freccia incandescente. Le copie di Stein si dissolsero al solo passaggio. Il rogo sembrò esplodere mentre lo attraversava.</w:t>
      </w:r>
    </w:p>
    <w:p w14:paraId="41B2BC4F" w14:textId="77777777" w:rsidR="007C3C6C" w:rsidRPr="00994820" w:rsidRDefault="007C3C6C" w:rsidP="00704DFD">
      <w:pPr>
        <w:spacing w:before="120" w:line="360" w:lineRule="auto"/>
        <w:ind w:firstLine="284"/>
        <w:jc w:val="both"/>
      </w:pPr>
      <w:r w:rsidRPr="00994820">
        <w:t xml:space="preserve">Lo afferrò </w:t>
      </w:r>
      <w:r w:rsidRPr="00994820">
        <w:rPr>
          <w:b/>
          <w:bCs/>
        </w:rPr>
        <w:t>al volo</w:t>
      </w:r>
      <w:r w:rsidRPr="00994820">
        <w:t>. Per la gola.</w:t>
      </w:r>
    </w:p>
    <w:p w14:paraId="00EF0A67" w14:textId="77777777" w:rsidR="007C3C6C" w:rsidRPr="00994820" w:rsidRDefault="007C3C6C" w:rsidP="00704DFD">
      <w:pPr>
        <w:spacing w:before="120" w:line="360" w:lineRule="auto"/>
        <w:ind w:firstLine="284"/>
        <w:jc w:val="both"/>
      </w:pPr>
      <w:r w:rsidRPr="00994820">
        <w:t>Stein non fece in tempo a reagire. Il suo ghigno sparì. Il mondo lo seguì.</w:t>
      </w:r>
    </w:p>
    <w:p w14:paraId="6D6ED3E0" w14:textId="77777777" w:rsidR="007C3C6C" w:rsidRPr="00994820" w:rsidRDefault="007C3C6C" w:rsidP="00704DFD">
      <w:pPr>
        <w:spacing w:before="120" w:line="360" w:lineRule="auto"/>
        <w:ind w:firstLine="284"/>
        <w:jc w:val="both"/>
      </w:pPr>
      <w:r w:rsidRPr="00994820">
        <w:t xml:space="preserve">Un </w:t>
      </w:r>
      <w:r w:rsidRPr="00994820">
        <w:rPr>
          <w:b/>
          <w:bCs/>
        </w:rPr>
        <w:t>boato</w:t>
      </w:r>
      <w:r w:rsidRPr="00994820">
        <w:t>.</w:t>
      </w:r>
    </w:p>
    <w:p w14:paraId="4FC33D00" w14:textId="77777777" w:rsidR="007C3C6C" w:rsidRPr="00994820" w:rsidRDefault="007C3C6C" w:rsidP="00704DFD">
      <w:pPr>
        <w:spacing w:before="120" w:line="360" w:lineRule="auto"/>
        <w:ind w:firstLine="284"/>
        <w:jc w:val="both"/>
      </w:pPr>
      <w:r w:rsidRPr="00994820">
        <w:t xml:space="preserve">Fanny e Stein attraversarono il soffitto. Il fuoco si piegò verso l’alto, trascinato dalla loro salita, e quando sfondarono l’ultimo strato del quarto piano, il </w:t>
      </w:r>
      <w:r w:rsidRPr="00994820">
        <w:rPr>
          <w:b/>
          <w:bCs/>
        </w:rPr>
        <w:t>quinto li accolse con violenza</w:t>
      </w:r>
      <w:r w:rsidRPr="00994820">
        <w:t>.</w:t>
      </w:r>
    </w:p>
    <w:p w14:paraId="1007FB59" w14:textId="77777777" w:rsidR="007C3C6C" w:rsidRPr="00994820" w:rsidRDefault="007C3C6C" w:rsidP="00704DFD">
      <w:pPr>
        <w:spacing w:before="120" w:line="360" w:lineRule="auto"/>
        <w:ind w:firstLine="284"/>
        <w:jc w:val="both"/>
      </w:pPr>
      <w:r w:rsidRPr="00994820">
        <w:t>Atterrò con un colpo secco, piegando le ginocchia, mentre Stein rotolava via come un pupazzo di pezza incenerito.</w:t>
      </w:r>
    </w:p>
    <w:p w14:paraId="1D4250B6" w14:textId="77777777" w:rsidR="007C3C6C" w:rsidRPr="00994820" w:rsidRDefault="007C3C6C" w:rsidP="00704DFD">
      <w:pPr>
        <w:spacing w:before="120" w:line="360" w:lineRule="auto"/>
        <w:ind w:firstLine="284"/>
        <w:jc w:val="both"/>
      </w:pPr>
      <w:r w:rsidRPr="00994820">
        <w:t>La maschera era ancora lì. Fumava.</w:t>
      </w:r>
    </w:p>
    <w:p w14:paraId="141F259E" w14:textId="77777777" w:rsidR="007C3C6C" w:rsidRPr="00994820" w:rsidRDefault="007C3C6C" w:rsidP="00704DFD">
      <w:pPr>
        <w:spacing w:before="120" w:line="360" w:lineRule="auto"/>
        <w:ind w:firstLine="284"/>
        <w:jc w:val="both"/>
      </w:pPr>
      <w:r w:rsidRPr="00994820">
        <w:t>Il fumo rosa colava dai bordi della bocca, dalle fessure degli occhi. Il pavimento ne era intriso. Un odore dolciastro e nauseante riempiva l’aria.</w:t>
      </w:r>
    </w:p>
    <w:p w14:paraId="09F2ED87" w14:textId="77777777" w:rsidR="007C3C6C" w:rsidRPr="00994820" w:rsidRDefault="007C3C6C" w:rsidP="00704DFD">
      <w:pPr>
        <w:spacing w:before="120" w:line="360" w:lineRule="auto"/>
        <w:ind w:firstLine="284"/>
        <w:jc w:val="both"/>
      </w:pPr>
      <w:r w:rsidRPr="00994820">
        <w:lastRenderedPageBreak/>
        <w:t>Fanny si avvicinò. Le spalle sollevate, il respiro spezzato ma regolare. I guanti ancora carichi. Ogni passo era una dichiarazione di guerra.</w:t>
      </w:r>
    </w:p>
    <w:p w14:paraId="478F0053" w14:textId="77777777" w:rsidR="007C3C6C" w:rsidRPr="00994820" w:rsidRDefault="007C3C6C" w:rsidP="00704DFD">
      <w:pPr>
        <w:spacing w:before="120" w:line="360" w:lineRule="auto"/>
        <w:ind w:firstLine="284"/>
        <w:jc w:val="both"/>
      </w:pPr>
      <w:r w:rsidRPr="00994820">
        <w:t>Stein si tirò su a fatica. La maschera sussultava a ogni respiro. Provò a sollevare la voce, ma il suono uscì spezzato.</w:t>
      </w:r>
    </w:p>
    <w:p w14:paraId="540C5767" w14:textId="77777777" w:rsidR="007C3C6C" w:rsidRPr="00994820" w:rsidRDefault="007C3C6C" w:rsidP="00704DFD">
      <w:pPr>
        <w:spacing w:before="120" w:line="360" w:lineRule="auto"/>
        <w:ind w:firstLine="284"/>
        <w:jc w:val="both"/>
      </w:pPr>
      <w:r w:rsidRPr="00994820">
        <w:t>Fanny gli fu addosso in un istante.</w:t>
      </w:r>
    </w:p>
    <w:p w14:paraId="7881EFCB" w14:textId="77777777" w:rsidR="007C3C6C" w:rsidRPr="00994820" w:rsidRDefault="007C3C6C" w:rsidP="00704DFD">
      <w:pPr>
        <w:spacing w:before="120" w:line="360" w:lineRule="auto"/>
        <w:ind w:firstLine="284"/>
        <w:jc w:val="both"/>
      </w:pPr>
      <w:r w:rsidRPr="00994820">
        <w:t>Il pugno partì dall’alto, con una semplicità brutale.</w:t>
      </w:r>
    </w:p>
    <w:p w14:paraId="2BD935BC" w14:textId="77777777" w:rsidR="007C3C6C" w:rsidRPr="00994820" w:rsidRDefault="007C3C6C" w:rsidP="00704DFD">
      <w:pPr>
        <w:spacing w:before="120" w:line="360" w:lineRule="auto"/>
        <w:ind w:firstLine="284"/>
        <w:jc w:val="both"/>
      </w:pPr>
      <w:r w:rsidRPr="00994820">
        <w:t xml:space="preserve">Il colpo </w:t>
      </w:r>
      <w:r w:rsidRPr="00994820">
        <w:rPr>
          <w:b/>
          <w:bCs/>
        </w:rPr>
        <w:t>frantumò</w:t>
      </w:r>
      <w:r w:rsidRPr="00994820">
        <w:t xml:space="preserve"> la maschera.</w:t>
      </w:r>
    </w:p>
    <w:p w14:paraId="46EF31DB" w14:textId="77777777" w:rsidR="007C3C6C" w:rsidRPr="00994820" w:rsidRDefault="007C3C6C" w:rsidP="00704DFD">
      <w:pPr>
        <w:spacing w:before="120" w:line="360" w:lineRule="auto"/>
        <w:ind w:firstLine="284"/>
        <w:jc w:val="both"/>
      </w:pPr>
      <w:r w:rsidRPr="00994820">
        <w:t>E insieme a lei, il naso di Stein.</w:t>
      </w:r>
    </w:p>
    <w:p w14:paraId="6158801D" w14:textId="77777777" w:rsidR="007C3C6C" w:rsidRPr="00994820" w:rsidRDefault="007C3C6C" w:rsidP="00704DFD">
      <w:pPr>
        <w:spacing w:before="120" w:line="360" w:lineRule="auto"/>
        <w:ind w:firstLine="284"/>
        <w:jc w:val="both"/>
      </w:pPr>
      <w:r w:rsidRPr="00994820">
        <w:t>Un’esplosione di fumo rosa e sangue caldo gli spruzzò sul volto, mentre lui cadeva all’indietro con un urlo strozzato.</w:t>
      </w:r>
    </w:p>
    <w:p w14:paraId="1B37C569" w14:textId="77777777" w:rsidR="007C3C6C" w:rsidRPr="00994820" w:rsidRDefault="007C3C6C" w:rsidP="00704DFD">
      <w:pPr>
        <w:spacing w:before="120" w:line="360" w:lineRule="auto"/>
        <w:ind w:firstLine="284"/>
        <w:jc w:val="both"/>
      </w:pPr>
      <w:r w:rsidRPr="00994820">
        <w:t>Il fumo rosa si contorceva sul pavimento come serpenti densi. Lentamente, quasi riluttante, si ritirava dalle pareti, dagli spigoli, dai pilastri curvi del quinto piano. Ogni respiro era più nitido. Ogni suono tornava a vibrare in maniera reale.</w:t>
      </w:r>
      <w:r w:rsidRPr="00994820">
        <w:br/>
        <w:t xml:space="preserve">L’illusione si stava </w:t>
      </w:r>
      <w:r w:rsidRPr="00994820">
        <w:rPr>
          <w:b/>
          <w:bCs/>
        </w:rPr>
        <w:t>dissolvendo</w:t>
      </w:r>
      <w:r w:rsidRPr="00994820">
        <w:t>.</w:t>
      </w:r>
    </w:p>
    <w:p w14:paraId="459CFDB3" w14:textId="77777777" w:rsidR="007C3C6C" w:rsidRPr="00994820" w:rsidRDefault="007C3C6C" w:rsidP="00704DFD">
      <w:pPr>
        <w:spacing w:before="120" w:line="360" w:lineRule="auto"/>
        <w:ind w:firstLine="284"/>
        <w:jc w:val="both"/>
      </w:pPr>
      <w:r w:rsidRPr="00994820">
        <w:t>Fanny avanzava con passi pesanti. I guanti fumavano ancora, le nocche screpolate dal calore.</w:t>
      </w:r>
      <w:r w:rsidRPr="00994820">
        <w:br/>
        <w:t xml:space="preserve">Davanti a lei, </w:t>
      </w:r>
      <w:r w:rsidRPr="00994820">
        <w:rPr>
          <w:b/>
          <w:bCs/>
        </w:rPr>
        <w:t>Stein giaceva a terra</w:t>
      </w:r>
      <w:r w:rsidRPr="00994820">
        <w:t>, la maschera da volpe ancora appoggiata al volto come una seconda pelle incrinata.</w:t>
      </w:r>
    </w:p>
    <w:p w14:paraId="32BD8A7A" w14:textId="77777777" w:rsidR="007C3C6C" w:rsidRPr="00994820" w:rsidRDefault="007C3C6C" w:rsidP="00704DFD">
      <w:pPr>
        <w:spacing w:before="120" w:line="360" w:lineRule="auto"/>
        <w:ind w:firstLine="284"/>
        <w:jc w:val="both"/>
      </w:pPr>
      <w:r w:rsidRPr="00994820">
        <w:t>«Basta…» sussurrò nuovamente lui, tossendo sangue.</w:t>
      </w:r>
    </w:p>
    <w:p w14:paraId="2C764AFB" w14:textId="77777777" w:rsidR="007C3C6C" w:rsidRPr="00994820" w:rsidRDefault="007C3C6C" w:rsidP="00704DFD">
      <w:pPr>
        <w:spacing w:before="120" w:line="360" w:lineRule="auto"/>
        <w:ind w:firstLine="284"/>
        <w:jc w:val="both"/>
      </w:pPr>
      <w:r w:rsidRPr="00994820">
        <w:t>Fanny non rispose. Le iridi verdi e gialle pulsavano a intermittenza, come fari nel buio.</w:t>
      </w:r>
      <w:r w:rsidRPr="00994820">
        <w:br/>
        <w:t xml:space="preserve">Il fumo rosa </w:t>
      </w:r>
      <w:r w:rsidRPr="00994820">
        <w:rPr>
          <w:b/>
          <w:bCs/>
        </w:rPr>
        <w:t>usciva ancora</w:t>
      </w:r>
      <w:r w:rsidRPr="00994820">
        <w:t xml:space="preserve"> da quella maschera. Non dai polmoni. Non dalla bocca. Solo da lì. Dal centro di tutto.</w:t>
      </w:r>
    </w:p>
    <w:p w14:paraId="0132CAA1" w14:textId="77777777" w:rsidR="009B4B87" w:rsidRDefault="007C3C6C" w:rsidP="00704DFD">
      <w:pPr>
        <w:spacing w:before="120" w:line="360" w:lineRule="auto"/>
        <w:ind w:firstLine="284"/>
        <w:jc w:val="both"/>
      </w:pPr>
      <w:r w:rsidRPr="00994820">
        <w:t>«La fonte…» mormorò Becky, proiettandosi sul guanto.</w:t>
      </w:r>
    </w:p>
    <w:p w14:paraId="51273ECC" w14:textId="2D35BA24" w:rsidR="007C3C6C" w:rsidRPr="00994820" w:rsidRDefault="007C3C6C" w:rsidP="00704DFD">
      <w:pPr>
        <w:spacing w:before="120" w:line="360" w:lineRule="auto"/>
        <w:ind w:firstLine="284"/>
        <w:jc w:val="both"/>
      </w:pPr>
      <w:r w:rsidRPr="00994820">
        <w:t>«Quella maschera è il cuore della diffusione. Se la distruggi, la Gratia Rosa si dissiperà.»</w:t>
      </w:r>
    </w:p>
    <w:p w14:paraId="69A0FA1D" w14:textId="3107D063" w:rsidR="007C3C6C" w:rsidRPr="00994820" w:rsidRDefault="007C3C6C" w:rsidP="00704DFD">
      <w:pPr>
        <w:spacing w:before="120" w:line="360" w:lineRule="auto"/>
        <w:ind w:firstLine="284"/>
        <w:jc w:val="both"/>
      </w:pPr>
      <w:r w:rsidRPr="00994820">
        <w:t>Fanny annuì lentamente. Senza rabbia.</w:t>
      </w:r>
      <w:r w:rsidR="00FA331A">
        <w:t xml:space="preserve"> </w:t>
      </w:r>
      <w:r w:rsidRPr="00994820">
        <w:t>Solo stanchezza. E determinazione.</w:t>
      </w:r>
    </w:p>
    <w:p w14:paraId="5FA81ADA" w14:textId="77777777" w:rsidR="007C3C6C" w:rsidRPr="00994820" w:rsidRDefault="007C3C6C" w:rsidP="00704DFD">
      <w:pPr>
        <w:spacing w:before="120" w:line="360" w:lineRule="auto"/>
        <w:ind w:firstLine="284"/>
        <w:jc w:val="both"/>
      </w:pPr>
      <w:r w:rsidRPr="00994820">
        <w:t>Si chinò. Prese la maschera per il bordo, tirandola via come una crosta incollata alla pelle.</w:t>
      </w:r>
    </w:p>
    <w:p w14:paraId="4F1B01C0" w14:textId="033CFB24" w:rsidR="007C3C6C" w:rsidRPr="00994820" w:rsidRDefault="007C3C6C" w:rsidP="00704DFD">
      <w:pPr>
        <w:spacing w:before="120" w:line="360" w:lineRule="auto"/>
        <w:ind w:firstLine="284"/>
        <w:jc w:val="both"/>
      </w:pPr>
      <w:r w:rsidRPr="00994820">
        <w:t>Stein si dimenò appena. «No, ti prego… no… non così…»</w:t>
      </w:r>
      <w:r w:rsidR="00FA331A">
        <w:t xml:space="preserve"> </w:t>
      </w:r>
      <w:r w:rsidRPr="00994820">
        <w:t>Ma era troppo tardi.</w:t>
      </w:r>
    </w:p>
    <w:p w14:paraId="5A1EF372" w14:textId="77777777" w:rsidR="007C3C6C" w:rsidRPr="00994820" w:rsidRDefault="007C3C6C" w:rsidP="00704DFD">
      <w:pPr>
        <w:spacing w:before="120" w:line="360" w:lineRule="auto"/>
        <w:ind w:firstLine="284"/>
        <w:jc w:val="both"/>
      </w:pPr>
      <w:r w:rsidRPr="00994820">
        <w:t xml:space="preserve">Con un colpo secco, </w:t>
      </w:r>
      <w:r w:rsidRPr="00994820">
        <w:rPr>
          <w:b/>
          <w:bCs/>
        </w:rPr>
        <w:t>il guanto le esplose contro la maschera</w:t>
      </w:r>
      <w:r w:rsidRPr="00994820">
        <w:t>, schiacciandola come vetro tra le dita.</w:t>
      </w:r>
    </w:p>
    <w:p w14:paraId="706E4E4D" w14:textId="7754EEA9" w:rsidR="007C3C6C" w:rsidRPr="00994820" w:rsidRDefault="007C3C6C" w:rsidP="00704DFD">
      <w:pPr>
        <w:spacing w:before="120" w:line="360" w:lineRule="auto"/>
        <w:ind w:firstLine="284"/>
        <w:jc w:val="both"/>
      </w:pPr>
      <w:r w:rsidRPr="00994820">
        <w:t>Il fumo si innalzò in un ultimo spasmo, poi svanì.</w:t>
      </w:r>
      <w:r w:rsidR="00FA331A">
        <w:t xml:space="preserve"> </w:t>
      </w:r>
      <w:r w:rsidRPr="00994820">
        <w:t>Nel pugno chiuso di Fanny, rimasero solo frammenti di rame anneriti e una chiazza scura che grondava tra le giunture.</w:t>
      </w:r>
    </w:p>
    <w:p w14:paraId="52BEE3C5" w14:textId="77777777" w:rsidR="007C3C6C" w:rsidRPr="00994820" w:rsidRDefault="007C3C6C" w:rsidP="00704DFD">
      <w:pPr>
        <w:spacing w:before="120" w:line="360" w:lineRule="auto"/>
        <w:ind w:firstLine="284"/>
        <w:jc w:val="both"/>
      </w:pPr>
      <w:r w:rsidRPr="00994820">
        <w:lastRenderedPageBreak/>
        <w:t>Il volto di Stein — ora scoperto — era una maschera di carne vera. Il naso rotto, il sangue che gli colava sulle labbra, gli occhi gonfi e stralunati.</w:t>
      </w:r>
    </w:p>
    <w:p w14:paraId="0034E9E4" w14:textId="1DC15B9C" w:rsidR="007C3C6C" w:rsidRPr="00994820" w:rsidRDefault="007C3C6C" w:rsidP="00704DFD">
      <w:pPr>
        <w:spacing w:before="120" w:line="360" w:lineRule="auto"/>
        <w:ind w:firstLine="284"/>
        <w:jc w:val="both"/>
      </w:pPr>
      <w:r w:rsidRPr="00994820">
        <w:t>«Stronza di una mocciosa.» ansimò.</w:t>
      </w:r>
      <w:r w:rsidR="00FA331A">
        <w:t xml:space="preserve"> </w:t>
      </w:r>
      <w:r w:rsidRPr="00994820">
        <w:t>La voce era diversa. Reale. Umana. Spezzata.</w:t>
      </w:r>
    </w:p>
    <w:p w14:paraId="08FD83D5" w14:textId="77777777" w:rsidR="007C3C6C" w:rsidRPr="00994820" w:rsidRDefault="007C3C6C" w:rsidP="00704DFD">
      <w:pPr>
        <w:spacing w:before="120" w:line="360" w:lineRule="auto"/>
        <w:ind w:firstLine="284"/>
        <w:jc w:val="both"/>
      </w:pPr>
      <w:r w:rsidRPr="00994820">
        <w:t>Fanny lo guardò dall’alto, l’ombra del suo corpo proiettata sopra di lui come una condanna.</w:t>
      </w:r>
      <w:r w:rsidRPr="00994820">
        <w:br/>
        <w:t>Il braccio si sollevò di nuovo. Lento. Ma deciso.</w:t>
      </w:r>
    </w:p>
    <w:p w14:paraId="00B7381C" w14:textId="77777777" w:rsidR="007C3C6C" w:rsidRPr="00994820" w:rsidRDefault="007C3C6C" w:rsidP="00704DFD">
      <w:pPr>
        <w:spacing w:before="120" w:line="360" w:lineRule="auto"/>
        <w:ind w:firstLine="284"/>
        <w:jc w:val="both"/>
      </w:pPr>
      <w:r w:rsidRPr="00994820">
        <w:t>Un ultimo pugno.</w:t>
      </w:r>
    </w:p>
    <w:p w14:paraId="0FF02EBB" w14:textId="77777777" w:rsidR="007C3C6C" w:rsidRPr="00994820" w:rsidRDefault="007C3C6C" w:rsidP="00704DFD">
      <w:pPr>
        <w:spacing w:before="120" w:line="360" w:lineRule="auto"/>
        <w:ind w:firstLine="284"/>
        <w:jc w:val="both"/>
      </w:pPr>
      <w:r w:rsidRPr="00994820">
        <w:t>Uno solo.</w:t>
      </w:r>
    </w:p>
    <w:p w14:paraId="0C3D78BC" w14:textId="77777777" w:rsidR="007C3C6C" w:rsidRPr="00994820" w:rsidRDefault="007C3C6C" w:rsidP="00704DFD">
      <w:pPr>
        <w:spacing w:before="120" w:line="360" w:lineRule="auto"/>
        <w:ind w:firstLine="284"/>
        <w:jc w:val="both"/>
      </w:pPr>
      <w:r w:rsidRPr="00994820">
        <w:t>Tutto quello che restava della sua rabbia, della sua pietà spezzata, della notte.</w:t>
      </w:r>
    </w:p>
    <w:p w14:paraId="2D4D703A" w14:textId="77777777" w:rsidR="007C3C6C" w:rsidRPr="00994820" w:rsidRDefault="007C3C6C" w:rsidP="00704DFD">
      <w:pPr>
        <w:spacing w:before="120" w:line="360" w:lineRule="auto"/>
        <w:ind w:firstLine="284"/>
        <w:jc w:val="both"/>
      </w:pPr>
      <w:r w:rsidRPr="00994820">
        <w:t>«Con quanti bambini ti sei divertito, Stein?» sussurrò piano.</w:t>
      </w:r>
      <w:r w:rsidRPr="00994820">
        <w:br/>
        <w:t>«Quanti ne hai spezzati… per creare quei tuoi giocattoli?» ringhiò mentre gli occhi si infiammavano</w:t>
      </w:r>
    </w:p>
    <w:p w14:paraId="0ED71DA2" w14:textId="77777777" w:rsidR="007C3C6C" w:rsidRPr="00994820" w:rsidRDefault="007C3C6C" w:rsidP="00704DFD">
      <w:pPr>
        <w:spacing w:before="120" w:line="360" w:lineRule="auto"/>
        <w:ind w:firstLine="284"/>
        <w:jc w:val="both"/>
      </w:pPr>
      <w:r w:rsidRPr="00994820">
        <w:t>«Però ti ringrazio per quel tuo cazzo di fumo rosa, mi hai restituito ricordi che non credevo di avere ancora, per cui ora ci salutiamo» disse con un ghigno feroce e pieno di estasi.</w:t>
      </w:r>
    </w:p>
    <w:p w14:paraId="6D9898D4" w14:textId="77777777" w:rsidR="007C3C6C" w:rsidRPr="00994820" w:rsidRDefault="007C3C6C" w:rsidP="00704DFD">
      <w:pPr>
        <w:spacing w:before="120" w:line="360" w:lineRule="auto"/>
        <w:ind w:firstLine="284"/>
        <w:jc w:val="both"/>
      </w:pPr>
      <w:r w:rsidRPr="00994820">
        <w:t>Il guanto si tese.</w:t>
      </w:r>
    </w:p>
    <w:p w14:paraId="122BFA13" w14:textId="77777777" w:rsidR="007C3C6C" w:rsidRPr="00994820" w:rsidRDefault="007C3C6C" w:rsidP="00704DFD">
      <w:pPr>
        <w:spacing w:before="120" w:line="360" w:lineRule="auto"/>
        <w:ind w:firstLine="284"/>
        <w:jc w:val="both"/>
      </w:pPr>
      <w:r w:rsidRPr="00994820">
        <w:t>Il colpo partì.</w:t>
      </w:r>
    </w:p>
    <w:p w14:paraId="3C256486" w14:textId="77777777" w:rsidR="007C3C6C" w:rsidRPr="00994820" w:rsidRDefault="007C3C6C" w:rsidP="00704DFD">
      <w:pPr>
        <w:spacing w:before="120" w:line="360" w:lineRule="auto"/>
        <w:ind w:firstLine="284"/>
        <w:jc w:val="both"/>
      </w:pPr>
      <w:r w:rsidRPr="00994820">
        <w:t xml:space="preserve">Ma </w:t>
      </w:r>
      <w:r w:rsidRPr="00994820">
        <w:rPr>
          <w:b/>
          <w:bCs/>
        </w:rPr>
        <w:t>qualcosa lo fermò</w:t>
      </w:r>
      <w:r w:rsidRPr="00994820">
        <w:t>.</w:t>
      </w:r>
    </w:p>
    <w:p w14:paraId="018E364F" w14:textId="77777777" w:rsidR="007C3C6C" w:rsidRPr="00994820" w:rsidRDefault="007C3C6C" w:rsidP="00704DFD">
      <w:pPr>
        <w:spacing w:before="120" w:line="360" w:lineRule="auto"/>
        <w:ind w:firstLine="284"/>
        <w:jc w:val="both"/>
      </w:pPr>
      <w:r w:rsidRPr="00994820">
        <w:t>Una mano. Una voce. Una forza.</w:t>
      </w:r>
    </w:p>
    <w:p w14:paraId="47C62F11" w14:textId="77777777" w:rsidR="007C3C6C" w:rsidRPr="00994820" w:rsidRDefault="007C3C6C" w:rsidP="00704DFD">
      <w:pPr>
        <w:spacing w:before="120" w:line="360" w:lineRule="auto"/>
        <w:ind w:firstLine="284"/>
        <w:jc w:val="both"/>
      </w:pPr>
      <w:r w:rsidRPr="00994820">
        <w:t>«Basta così.»</w:t>
      </w:r>
    </w:p>
    <w:p w14:paraId="19088C20" w14:textId="77777777" w:rsidR="007C3C6C" w:rsidRPr="00994820" w:rsidRDefault="007C3C6C" w:rsidP="00704DFD">
      <w:pPr>
        <w:spacing w:before="120" w:line="360" w:lineRule="auto"/>
        <w:ind w:firstLine="284"/>
        <w:jc w:val="both"/>
      </w:pPr>
      <w:r w:rsidRPr="00994820">
        <w:t>Le Falci di Momo intercettarono a fatica il pugno della ragazza. Da sotto il pavimento emergeva la ragazza spettrale con sguardo fermo: gli occhi dorati cibernetici fissarono per alcuni secondi gli occhi tetri di Momo mentre emergeva davanti a Fanny.</w:t>
      </w:r>
      <w:r w:rsidRPr="00994820">
        <w:br/>
        <w:t xml:space="preserve">Alle sue spalle, </w:t>
      </w:r>
      <w:r w:rsidRPr="00994820">
        <w:rPr>
          <w:b/>
          <w:bCs/>
        </w:rPr>
        <w:t>Rock</w:t>
      </w:r>
      <w:r w:rsidRPr="00994820">
        <w:t xml:space="preserve"> le puntava la canna di un fucile contro la schiena, mentre </w:t>
      </w:r>
      <w:r w:rsidRPr="00994820">
        <w:rPr>
          <w:b/>
          <w:bCs/>
        </w:rPr>
        <w:t>Rift</w:t>
      </w:r>
      <w:r w:rsidRPr="00994820">
        <w:t xml:space="preserve"> portava via quel corpo deturpato di Stein. Con la sua velocità fuori scala aveva strappato via da Fanny il suo bersaglio, in silenzio.</w:t>
      </w:r>
    </w:p>
    <w:p w14:paraId="77F46A9C" w14:textId="570DB8FB" w:rsidR="007C3C6C" w:rsidRPr="00994820" w:rsidRDefault="007C3C6C" w:rsidP="00704DFD">
      <w:pPr>
        <w:spacing w:before="120" w:line="360" w:lineRule="auto"/>
        <w:ind w:firstLine="284"/>
        <w:jc w:val="both"/>
      </w:pPr>
      <w:r w:rsidRPr="00994820">
        <w:t xml:space="preserve">«Non puoi ammazzarlo.» disse Rift. È </w:t>
      </w:r>
      <w:r w:rsidR="00FA331A">
        <w:t xml:space="preserve"> </w:t>
      </w:r>
      <w:r w:rsidRPr="00994820">
        <w:t>«Non ancora.»</w:t>
      </w:r>
    </w:p>
    <w:p w14:paraId="76AACB58" w14:textId="3D9EBFDC" w:rsidR="007C3C6C" w:rsidRPr="00994820" w:rsidRDefault="007C3C6C" w:rsidP="00704DFD">
      <w:pPr>
        <w:spacing w:before="120" w:line="360" w:lineRule="auto"/>
        <w:ind w:firstLine="284"/>
        <w:jc w:val="both"/>
      </w:pPr>
      <w:r w:rsidRPr="00994820">
        <w:t>Fanny tremava. Di collera. Di impotenza.</w:t>
      </w:r>
      <w:r w:rsidR="00FA331A">
        <w:t xml:space="preserve"> </w:t>
      </w:r>
      <w:r w:rsidRPr="00994820">
        <w:t>Di troppa verità in gola.</w:t>
      </w:r>
    </w:p>
    <w:p w14:paraId="0465BEF7" w14:textId="77777777" w:rsidR="00FA331A" w:rsidRDefault="007C3C6C" w:rsidP="00704DFD">
      <w:pPr>
        <w:spacing w:before="120" w:line="360" w:lineRule="auto"/>
        <w:ind w:firstLine="284"/>
        <w:jc w:val="both"/>
      </w:pPr>
      <w:r w:rsidRPr="00994820">
        <w:t>«Perché continui a essere così idiota?» ringhiò.</w:t>
      </w:r>
    </w:p>
    <w:p w14:paraId="1147E5BC" w14:textId="5CAA17F3" w:rsidR="007C3C6C" w:rsidRPr="00994820" w:rsidRDefault="007C3C6C" w:rsidP="00704DFD">
      <w:pPr>
        <w:spacing w:before="120" w:line="360" w:lineRule="auto"/>
        <w:ind w:firstLine="284"/>
        <w:jc w:val="both"/>
      </w:pPr>
      <w:r w:rsidRPr="00994820">
        <w:t>« È colpa sua se queste due sono poco più di quegli Elvenar che abbiamo massacrato al piano inferiore. E tu… ti ostini a dirmi che dovrei lasciarlo andare?»</w:t>
      </w:r>
    </w:p>
    <w:p w14:paraId="0E450D08" w14:textId="305F6CF6" w:rsidR="007C3C6C" w:rsidRPr="00994820" w:rsidRDefault="007C3C6C" w:rsidP="00704DFD">
      <w:pPr>
        <w:spacing w:before="120" w:line="360" w:lineRule="auto"/>
        <w:ind w:firstLine="284"/>
        <w:jc w:val="both"/>
      </w:pPr>
      <w:r w:rsidRPr="00994820">
        <w:t>«Sì.» rispose Momo con tono spento.</w:t>
      </w:r>
      <w:r w:rsidR="00FA331A">
        <w:t xml:space="preserve"> </w:t>
      </w:r>
      <w:r w:rsidRPr="00994820">
        <w:t>«Perché così ci è stato ordinato.» completò Rock.</w:t>
      </w:r>
    </w:p>
    <w:p w14:paraId="0A119412" w14:textId="5E15D403" w:rsidR="007C3C6C" w:rsidRPr="00994820" w:rsidRDefault="007C3C6C" w:rsidP="00704DFD">
      <w:pPr>
        <w:spacing w:before="120" w:line="360" w:lineRule="auto"/>
        <w:ind w:firstLine="284"/>
        <w:jc w:val="both"/>
      </w:pPr>
      <w:r w:rsidRPr="00994820">
        <w:t>Fanny aggrottò la fronte.</w:t>
      </w:r>
      <w:r w:rsidR="00FA331A">
        <w:t xml:space="preserve"> </w:t>
      </w:r>
      <w:r w:rsidRPr="00994820">
        <w:t>«Che cazzo significa?»</w:t>
      </w:r>
    </w:p>
    <w:p w14:paraId="5F6A37CD" w14:textId="77777777" w:rsidR="007C3C6C" w:rsidRPr="00994820" w:rsidRDefault="007C3C6C" w:rsidP="00704DFD">
      <w:pPr>
        <w:spacing w:before="120" w:line="360" w:lineRule="auto"/>
        <w:ind w:firstLine="284"/>
        <w:jc w:val="both"/>
      </w:pPr>
      <w:r w:rsidRPr="00994820">
        <w:lastRenderedPageBreak/>
        <w:t>Rift si posizionò tra Fanny e Stein, a debita distanza.</w:t>
      </w:r>
    </w:p>
    <w:p w14:paraId="50CC99E5" w14:textId="7A5F7106" w:rsidR="00A20E7A" w:rsidRDefault="007C3C6C" w:rsidP="00FA331A">
      <w:pPr>
        <w:spacing w:before="120" w:line="360" w:lineRule="auto"/>
        <w:ind w:firstLine="284"/>
        <w:jc w:val="both"/>
      </w:pPr>
      <w:r w:rsidRPr="00994820">
        <w:t>Fanny abbassò lentamente il braccio.</w:t>
      </w:r>
      <w:r w:rsidR="00FA331A">
        <w:t xml:space="preserve"> </w:t>
      </w:r>
      <w:r w:rsidRPr="00994820">
        <w:t xml:space="preserve">Non per perdonare. Ma perché </w:t>
      </w:r>
      <w:r w:rsidRPr="00994820">
        <w:rPr>
          <w:b/>
          <w:bCs/>
        </w:rPr>
        <w:t>non c’era più nulla da colpire</w:t>
      </w:r>
      <w:r w:rsidRPr="00994820">
        <w:t>.</w:t>
      </w:r>
      <w:r w:rsidR="00FA331A">
        <w:t xml:space="preserve"> </w:t>
      </w:r>
      <w:r w:rsidRPr="00994820">
        <w:t>I suoi occhi si concentravano solo su Rift, l’unico con cui poteva avere ancora senso discutere.</w:t>
      </w:r>
    </w:p>
    <w:p w14:paraId="121FF09D" w14:textId="14E4F6DF" w:rsidR="00CD408F" w:rsidRPr="00994820" w:rsidRDefault="00A20E7A" w:rsidP="00A20E7A">
      <w:pPr>
        <w:spacing w:after="160" w:line="259" w:lineRule="auto"/>
      </w:pPr>
      <w:r>
        <w:br w:type="page"/>
      </w:r>
    </w:p>
    <w:p w14:paraId="490E301B" w14:textId="68F6D76E" w:rsidR="007C3C6C" w:rsidRPr="00FA331A" w:rsidRDefault="007C3C6C" w:rsidP="004739EF">
      <w:pPr>
        <w:pStyle w:val="Titolo1"/>
        <w:jc w:val="center"/>
      </w:pPr>
      <w:r w:rsidRPr="00FA331A">
        <w:lastRenderedPageBreak/>
        <w:t xml:space="preserve">Capitolo </w:t>
      </w:r>
      <w:r w:rsidR="00FA331A">
        <w:t>XVIII</w:t>
      </w:r>
      <w:r w:rsidRPr="00FA331A">
        <w:t xml:space="preserve"> – Solo il Bianco</w:t>
      </w:r>
    </w:p>
    <w:p w14:paraId="50CB4D3D" w14:textId="77777777" w:rsidR="004739EF" w:rsidRPr="00994820" w:rsidRDefault="004739EF" w:rsidP="00704DFD">
      <w:pPr>
        <w:spacing w:before="120" w:line="360" w:lineRule="auto"/>
        <w:ind w:firstLine="284"/>
        <w:jc w:val="both"/>
      </w:pPr>
    </w:p>
    <w:p w14:paraId="1659644F" w14:textId="77777777" w:rsidR="007C3C6C" w:rsidRDefault="007C3C6C" w:rsidP="00704DFD">
      <w:pPr>
        <w:spacing w:before="120" w:line="360" w:lineRule="auto"/>
        <w:ind w:firstLine="284"/>
        <w:jc w:val="both"/>
      </w:pPr>
    </w:p>
    <w:p w14:paraId="7B8CB126" w14:textId="77777777" w:rsidR="00FA331A" w:rsidRDefault="00FA331A" w:rsidP="00704DFD">
      <w:pPr>
        <w:spacing w:before="120" w:line="360" w:lineRule="auto"/>
        <w:ind w:firstLine="284"/>
        <w:jc w:val="both"/>
      </w:pPr>
    </w:p>
    <w:p w14:paraId="240C1CA2" w14:textId="77777777" w:rsidR="00FA331A" w:rsidRPr="00994820" w:rsidRDefault="00FA331A" w:rsidP="00704DFD">
      <w:pPr>
        <w:spacing w:before="120" w:line="360" w:lineRule="auto"/>
        <w:ind w:firstLine="284"/>
        <w:jc w:val="both"/>
      </w:pPr>
    </w:p>
    <w:p w14:paraId="7E69ECDB" w14:textId="77777777" w:rsidR="007C3C6C" w:rsidRPr="00994820" w:rsidRDefault="007C3C6C" w:rsidP="00704DFD">
      <w:pPr>
        <w:spacing w:before="120" w:line="360" w:lineRule="auto"/>
        <w:ind w:firstLine="284"/>
        <w:jc w:val="both"/>
      </w:pPr>
      <w:r w:rsidRPr="00994820">
        <w:t xml:space="preserve">Fanny non si mosse subito. I guanti pulsavano ancora. Il petto le si alzava e abbassava a un ritmo feroce. Lo sguardo cibernetico scansionava il nuovo ambiente: </w:t>
      </w:r>
    </w:p>
    <w:p w14:paraId="40B09CAC" w14:textId="77777777" w:rsidR="007C3C6C" w:rsidRPr="00994820" w:rsidRDefault="007C3C6C" w:rsidP="00704DFD">
      <w:pPr>
        <w:spacing w:before="120" w:line="360" w:lineRule="auto"/>
        <w:ind w:firstLine="284"/>
        <w:jc w:val="both"/>
      </w:pPr>
      <w:r w:rsidRPr="00994820">
        <w:t>Ogni zona su cui le sue pupille dorate si posavano sembravano sapere di venire osservare. Ogni movimento del suo sguardo era seguito da una variazione impercettibile ma inesorabile di colore, di temperatura, di umore. Blu. Verde. Giallo. Rosso. Viola. Era come osservare i neuroni della propria mente, dove ogni pensiero aveva un odore, un suono, una frequenza. La Gratia si muoveva invisibile, ma tangibile, modulata da diffusori nascosti che pulsavano microscariche a ritmo costante. La musica non si sentiva, si avvertiva nel petto — synth eterei che si adattavano al suo battito, come se qualcuno la stesse già leggendo.</w:t>
      </w:r>
    </w:p>
    <w:p w14:paraId="527749ED" w14:textId="77777777" w:rsidR="007C3C6C" w:rsidRPr="00994820" w:rsidRDefault="007C3C6C" w:rsidP="00704DFD">
      <w:pPr>
        <w:spacing w:before="120" w:line="360" w:lineRule="auto"/>
        <w:ind w:firstLine="284"/>
        <w:jc w:val="both"/>
      </w:pPr>
      <w:r w:rsidRPr="00994820">
        <w:t>Poi le sensazioni della ragazza passarono dai suoi occhi al terreno sotto i suoi stivali: Il pavimento cambiava consistenza sotto i suoi piedi: liscio come vetro un momento, poroso e caldo un momento dopo. Ogni volta che si concentrava su qualcosa in quella stanza sembrava che quel piano rispondesse a quegli stimoli invisibili. Come se stesse cercando di modulare le reazioni delle menti che si avvicinavano troppo a quel piano. Non in senso fisico, ma più investivi energie mentali su quel piano, più la stanza si concentrava su di te. Calma. Euforia. Sollievo. Estasi. Sembravano entrarti dentro, ma in lei, niente attecchiva. I suoi occhi cibernetici si riflettevano distorti sulle pareti traslucide, mentre i sensori ambientali — ancora attivi, ancora attenti — captavano segnali da un corpo che non aveva più nulla da offrire.</w:t>
      </w:r>
    </w:p>
    <w:p w14:paraId="455BE1F6" w14:textId="77777777" w:rsidR="007C3C6C" w:rsidRPr="00994820" w:rsidRDefault="007C3C6C" w:rsidP="00704DFD">
      <w:pPr>
        <w:spacing w:before="120" w:line="360" w:lineRule="auto"/>
        <w:ind w:firstLine="284"/>
        <w:jc w:val="both"/>
      </w:pPr>
      <w:r w:rsidRPr="00994820">
        <w:t>E al centro… l’Anello Specchiante.</w:t>
      </w:r>
    </w:p>
    <w:p w14:paraId="70F8848A" w14:textId="77777777" w:rsidR="007C3C6C" w:rsidRPr="00994820" w:rsidRDefault="007C3C6C" w:rsidP="00704DFD">
      <w:pPr>
        <w:spacing w:before="120" w:line="360" w:lineRule="auto"/>
        <w:ind w:firstLine="284"/>
        <w:jc w:val="both"/>
      </w:pPr>
      <w:r w:rsidRPr="00994820">
        <w:t>Una vasca incastonata sul soffitto, liquida, quasi viva. Rifletteva in parte il pavimento, in parte il piano inferiore. Fanny vi si concentrò per un secondo. Fu un attimo, ma fu sufficiente per notare dei corpi che galleggiavano in quel liquido sottosopra. Era lì che testavano le versioni più pericolose della Gratia, su corpi al limite, menti spezzate. Quanti erano affondati senza riemergere? Quanti erano usciti credendo di essere qualcun altro?</w:t>
      </w:r>
    </w:p>
    <w:p w14:paraId="09018ABD" w14:textId="77777777" w:rsidR="007C3C6C" w:rsidRPr="00994820" w:rsidRDefault="007C3C6C" w:rsidP="00704DFD">
      <w:pPr>
        <w:spacing w:before="120" w:line="360" w:lineRule="auto"/>
        <w:ind w:firstLine="284"/>
        <w:jc w:val="both"/>
      </w:pPr>
      <w:r w:rsidRPr="00994820">
        <w:t>Inspirò. Il vapore viola pizzicò la gola come vetro tritato.</w:t>
      </w:r>
    </w:p>
    <w:p w14:paraId="1B3417A7" w14:textId="77777777" w:rsidR="007C3C6C" w:rsidRPr="00994820" w:rsidRDefault="007C3C6C" w:rsidP="00704DFD">
      <w:pPr>
        <w:spacing w:before="120" w:line="360" w:lineRule="auto"/>
        <w:ind w:firstLine="284"/>
        <w:jc w:val="both"/>
      </w:pPr>
      <w:r w:rsidRPr="00994820">
        <w:t>Questo non era un luogo di cura. Era un altare. E la felicità, qui, non era un’emozione: era un esperimento.</w:t>
      </w:r>
    </w:p>
    <w:p w14:paraId="387C34D7" w14:textId="77777777" w:rsidR="007C3C6C" w:rsidRPr="00994820" w:rsidRDefault="007C3C6C" w:rsidP="00704DFD">
      <w:pPr>
        <w:spacing w:before="120" w:line="360" w:lineRule="auto"/>
        <w:ind w:firstLine="284"/>
        <w:jc w:val="both"/>
      </w:pPr>
      <w:r w:rsidRPr="00994820">
        <w:t>Alle sue spalle, un rombo. L’aria si squarciò per un istante.</w:t>
      </w:r>
    </w:p>
    <w:p w14:paraId="1003E769" w14:textId="77777777" w:rsidR="007C3C6C" w:rsidRPr="00994820" w:rsidRDefault="007C3C6C" w:rsidP="00704DFD">
      <w:pPr>
        <w:spacing w:before="120" w:line="360" w:lineRule="auto"/>
        <w:ind w:firstLine="284"/>
        <w:jc w:val="both"/>
      </w:pPr>
      <w:r w:rsidRPr="00994820">
        <w:lastRenderedPageBreak/>
        <w:t>Due figure piombarono dal buco aperto nel pavimento: Aman, le ali meccaniche spalancate, e Kieran aggrappato al suo braccio destro. L’impatto fu secco, preciso. Aman piantò i piedi tra due placche di metallo fluttuanti, avvolto in un arco elettrico generato dalle sue ali ramate. Kieran si staccò, rotolò sul pavimento, e senza nemmeno alzare la testa, estrasse la falce.</w:t>
      </w:r>
    </w:p>
    <w:p w14:paraId="00D16FAE" w14:textId="77777777" w:rsidR="007C3C6C" w:rsidRPr="00994820" w:rsidRDefault="007C3C6C" w:rsidP="00704DFD">
      <w:pPr>
        <w:spacing w:before="120" w:line="360" w:lineRule="auto"/>
        <w:ind w:firstLine="284"/>
        <w:jc w:val="both"/>
      </w:pPr>
      <w:r w:rsidRPr="00994820">
        <w:t>Non c’era tempo.</w:t>
      </w:r>
    </w:p>
    <w:p w14:paraId="7DB61317" w14:textId="77777777" w:rsidR="007C3C6C" w:rsidRPr="00994820" w:rsidRDefault="007C3C6C" w:rsidP="00704DFD">
      <w:pPr>
        <w:spacing w:before="120" w:line="360" w:lineRule="auto"/>
        <w:ind w:firstLine="284"/>
        <w:jc w:val="both"/>
      </w:pPr>
      <w:r w:rsidRPr="00994820">
        <w:t>Rock e Momo erano già pronte a colpire, pronte a uccidere.</w:t>
      </w:r>
    </w:p>
    <w:p w14:paraId="4D0751FE" w14:textId="77777777" w:rsidR="007C3C6C" w:rsidRPr="00994820" w:rsidRDefault="007C3C6C" w:rsidP="00704DFD">
      <w:pPr>
        <w:spacing w:before="120" w:line="360" w:lineRule="auto"/>
        <w:ind w:firstLine="284"/>
        <w:jc w:val="both"/>
      </w:pPr>
      <w:r w:rsidRPr="00994820">
        <w:t>Kieran non esitò.</w:t>
      </w:r>
    </w:p>
    <w:p w14:paraId="2CE14D39" w14:textId="77777777" w:rsidR="007C3C6C" w:rsidRPr="00994820" w:rsidRDefault="007C3C6C" w:rsidP="00704DFD">
      <w:pPr>
        <w:spacing w:before="120" w:line="360" w:lineRule="auto"/>
        <w:ind w:firstLine="284"/>
        <w:jc w:val="both"/>
      </w:pPr>
      <w:r w:rsidRPr="00994820">
        <w:t>In un solo movimento, si lanciò alle spalle di Rock e la colpì con la parte piatta della lama. Il colpo fu potente, abbastanza da farle perdere l’equilibrio e interrompere la morsa in cui stava chiudendo Fanny pochi secondi prima. La ragazza dai capelli rossi scattò all’indietro, in tempo per schivare le due falci nere e tetre di Momo. I suoi occhi incrociarono quelli di Kieran, che ora fissava Rock con lo stesso sguardo che aveva dedicato al padre, anni prima.</w:t>
      </w:r>
    </w:p>
    <w:p w14:paraId="5A5C5647" w14:textId="77777777" w:rsidR="007C3C6C" w:rsidRPr="00994820" w:rsidRDefault="007C3C6C" w:rsidP="00704DFD">
      <w:pPr>
        <w:spacing w:before="120" w:line="360" w:lineRule="auto"/>
        <w:ind w:firstLine="284"/>
        <w:jc w:val="both"/>
      </w:pPr>
      <w:r w:rsidRPr="00994820">
        <w:t>Aman si voltò, pronto a proteggere il gruppo. Ma Momo era già svanita. Il suo corpo sembrava essersi liquefatto nell’aria.</w:t>
      </w:r>
    </w:p>
    <w:p w14:paraId="2366C214" w14:textId="77777777" w:rsidR="007C3C6C" w:rsidRPr="00994820" w:rsidRDefault="007C3C6C" w:rsidP="00704DFD">
      <w:pPr>
        <w:spacing w:before="120" w:line="360" w:lineRule="auto"/>
        <w:ind w:firstLine="284"/>
        <w:jc w:val="both"/>
      </w:pPr>
      <w:r w:rsidRPr="00994820">
        <w:t>La risposta arrivò da sotto.</w:t>
      </w:r>
    </w:p>
    <w:p w14:paraId="38303C67" w14:textId="77777777" w:rsidR="007C3C6C" w:rsidRPr="00994820" w:rsidRDefault="007C3C6C" w:rsidP="00704DFD">
      <w:pPr>
        <w:spacing w:before="120" w:line="360" w:lineRule="auto"/>
        <w:ind w:firstLine="284"/>
        <w:jc w:val="both"/>
      </w:pPr>
      <w:r w:rsidRPr="00994820">
        <w:t>Un’ombra attraversò il pavimento traslucido, come un’anomalia liquida. Momo emerse dalla zona blu, colma di vapori soporiferi, e balzò verso Aman come una scheggia scagliata dalla Gratia stessa. Le sue falci brillavano di luce violacea.</w:t>
      </w:r>
    </w:p>
    <w:p w14:paraId="2D8A0BAB" w14:textId="77777777" w:rsidR="007C3C6C" w:rsidRPr="00994820" w:rsidRDefault="007C3C6C" w:rsidP="00704DFD">
      <w:pPr>
        <w:spacing w:before="120" w:line="360" w:lineRule="auto"/>
        <w:ind w:firstLine="284"/>
        <w:jc w:val="both"/>
      </w:pPr>
      <w:r w:rsidRPr="00994820">
        <w:t>«Aman!» gridò Fanny.</w:t>
      </w:r>
    </w:p>
    <w:p w14:paraId="23EE6734" w14:textId="77777777" w:rsidR="007C3C6C" w:rsidRPr="00994820" w:rsidRDefault="007C3C6C" w:rsidP="00704DFD">
      <w:pPr>
        <w:spacing w:before="120" w:line="360" w:lineRule="auto"/>
        <w:ind w:firstLine="284"/>
        <w:jc w:val="both"/>
      </w:pPr>
      <w:r w:rsidRPr="00994820">
        <w:t>Le lame si incrociarono a mezz’aria con le ali del ragazzo, che riuscì a bloccare l’assalto solo grazie ai riflessi automatizzati impiantati nelle ali. Il rimbalzo generò un impulso sonoro che si rifletté sulle pareti. La zona cromatica virò al rosso, come se l’ambiente stesso avesse riconosciuto l’emergenza.</w:t>
      </w:r>
    </w:p>
    <w:p w14:paraId="0BFA05B1" w14:textId="77777777" w:rsidR="007C3C6C" w:rsidRPr="00994820" w:rsidRDefault="007C3C6C" w:rsidP="00704DFD">
      <w:pPr>
        <w:spacing w:before="120" w:line="360" w:lineRule="auto"/>
        <w:ind w:firstLine="284"/>
        <w:jc w:val="both"/>
      </w:pPr>
      <w:r w:rsidRPr="00994820">
        <w:t>Stein, accasciato ma ancora cosciente, tossì un fiotto di sangue.</w:t>
      </w:r>
    </w:p>
    <w:p w14:paraId="11B91BF0" w14:textId="77777777" w:rsidR="007C3C6C" w:rsidRPr="00994820" w:rsidRDefault="007C3C6C" w:rsidP="00704DFD">
      <w:pPr>
        <w:spacing w:before="120" w:line="360" w:lineRule="auto"/>
        <w:ind w:firstLine="284"/>
        <w:jc w:val="both"/>
      </w:pPr>
      <w:r w:rsidRPr="00994820">
        <w:t>«Uccidilo…» biascicò. «Ha tradito La Sorridente!»</w:t>
      </w:r>
    </w:p>
    <w:p w14:paraId="0571885A" w14:textId="77777777" w:rsidR="007C3C6C" w:rsidRPr="00994820" w:rsidRDefault="007C3C6C" w:rsidP="00704DFD">
      <w:pPr>
        <w:spacing w:before="120" w:line="360" w:lineRule="auto"/>
        <w:ind w:firstLine="284"/>
        <w:jc w:val="both"/>
      </w:pPr>
      <w:r w:rsidRPr="00994820">
        <w:t>Le sue parole scivolarono nell’aria come comandi subliminali. E Momo obbedì.</w:t>
      </w:r>
    </w:p>
    <w:p w14:paraId="6F88A714" w14:textId="77777777" w:rsidR="007C3C6C" w:rsidRPr="00994820" w:rsidRDefault="007C3C6C" w:rsidP="00704DFD">
      <w:pPr>
        <w:spacing w:before="120" w:line="360" w:lineRule="auto"/>
        <w:ind w:firstLine="284"/>
        <w:jc w:val="both"/>
      </w:pPr>
      <w:r w:rsidRPr="00994820">
        <w:t>Roteò su sé stessa e affondò una falce verso il petto di Aman.</w:t>
      </w:r>
    </w:p>
    <w:p w14:paraId="687EA7EB" w14:textId="77777777" w:rsidR="007C3C6C" w:rsidRPr="00994820" w:rsidRDefault="007C3C6C" w:rsidP="00704DFD">
      <w:pPr>
        <w:spacing w:before="120" w:line="360" w:lineRule="auto"/>
        <w:ind w:firstLine="284"/>
        <w:jc w:val="both"/>
      </w:pPr>
      <w:r w:rsidRPr="00994820">
        <w:t>Lui non si mosse.</w:t>
      </w:r>
    </w:p>
    <w:p w14:paraId="5DFCD3BC" w14:textId="77777777" w:rsidR="007C3C6C" w:rsidRPr="00994820" w:rsidRDefault="007C3C6C" w:rsidP="00704DFD">
      <w:pPr>
        <w:spacing w:before="120" w:line="360" w:lineRule="auto"/>
        <w:ind w:firstLine="284"/>
        <w:jc w:val="both"/>
      </w:pPr>
      <w:r w:rsidRPr="00994820">
        <w:t>Non parò. Non attaccò. Le braccia abbassate. Il volto scoperto.</w:t>
      </w:r>
    </w:p>
    <w:p w14:paraId="4753CCAE" w14:textId="77777777" w:rsidR="007C3C6C" w:rsidRPr="00994820" w:rsidRDefault="007C3C6C" w:rsidP="00704DFD">
      <w:pPr>
        <w:spacing w:before="120" w:line="360" w:lineRule="auto"/>
        <w:ind w:firstLine="284"/>
        <w:jc w:val="both"/>
      </w:pPr>
      <w:r w:rsidRPr="00994820">
        <w:t>La lama affondò nella carne scoperta del petto di Aman.</w:t>
      </w:r>
    </w:p>
    <w:p w14:paraId="74E012F0" w14:textId="77777777" w:rsidR="007C3C6C" w:rsidRPr="00994820" w:rsidRDefault="007C3C6C" w:rsidP="00704DFD">
      <w:pPr>
        <w:spacing w:before="120" w:line="360" w:lineRule="auto"/>
        <w:ind w:firstLine="284"/>
        <w:jc w:val="both"/>
      </w:pPr>
      <w:r w:rsidRPr="00994820">
        <w:lastRenderedPageBreak/>
        <w:t>Silenzio. Il ragazzo alato non emise un fiato. I suoi occhi erano fissi sulla figura della ragazza, i denti stretti in una smorfia di dolore.</w:t>
      </w:r>
    </w:p>
    <w:p w14:paraId="53437853" w14:textId="77777777" w:rsidR="007C3C6C" w:rsidRPr="00994820" w:rsidRDefault="007C3C6C" w:rsidP="00704DFD">
      <w:pPr>
        <w:spacing w:before="120" w:line="360" w:lineRule="auto"/>
        <w:ind w:firstLine="284"/>
        <w:jc w:val="both"/>
      </w:pPr>
      <w:r w:rsidRPr="00994820">
        <w:t>«Sorella… non devi obbedirgli» biascicò a fatica. Ma le sue parole non sembravano raggiungere la ragazza che fece vibrare la seconda falce, pronta a colpirlo al collo. Questa volta la sua ala destra rispose in automatico interponendosi tra quella lama e le sue arterie. L’impatto del colpo rimbombò nell’etere. «Almeno guardami se vuoi uccidermi, momo!» iniziò a gridare mentre cercava di parare gli attacchi della sorella. Ma l’assassina non sembrava reagire alle sue parole.</w:t>
      </w:r>
    </w:p>
    <w:p w14:paraId="5E6BDACC" w14:textId="77777777" w:rsidR="007C3C6C" w:rsidRPr="00994820" w:rsidRDefault="007C3C6C" w:rsidP="00704DFD">
      <w:pPr>
        <w:spacing w:before="120" w:line="360" w:lineRule="auto"/>
        <w:ind w:firstLine="284"/>
        <w:jc w:val="both"/>
      </w:pPr>
      <w:r w:rsidRPr="00994820">
        <w:t>«So che sei ancora lì, sono io, sono AMAN!» L’ultima parola uscì con furia dalla sua bocca piegata dalla rabbia e dal dolore.</w:t>
      </w:r>
    </w:p>
    <w:p w14:paraId="6AB5AB5C" w14:textId="77777777" w:rsidR="007C3C6C" w:rsidRPr="00994820" w:rsidRDefault="007C3C6C" w:rsidP="00704DFD">
      <w:pPr>
        <w:spacing w:before="120" w:line="360" w:lineRule="auto"/>
        <w:ind w:firstLine="284"/>
        <w:jc w:val="both"/>
      </w:pPr>
      <w:r w:rsidRPr="00994820">
        <w:t>Fanny si voltò. Kieran le era accanto. Dietro di loro, due figure si mossero.</w:t>
      </w:r>
    </w:p>
    <w:p w14:paraId="567BCDCC" w14:textId="77777777" w:rsidR="007C3C6C" w:rsidRPr="00994820" w:rsidRDefault="007C3C6C" w:rsidP="00704DFD">
      <w:pPr>
        <w:spacing w:before="120" w:line="360" w:lineRule="auto"/>
        <w:ind w:firstLine="284"/>
        <w:jc w:val="both"/>
      </w:pPr>
      <w:r w:rsidRPr="00994820">
        <w:t>Rift e Rock.</w:t>
      </w:r>
    </w:p>
    <w:p w14:paraId="66930218" w14:textId="77777777" w:rsidR="007C3C6C" w:rsidRPr="00994820" w:rsidRDefault="007C3C6C" w:rsidP="00704DFD">
      <w:pPr>
        <w:spacing w:before="120" w:line="360" w:lineRule="auto"/>
        <w:ind w:firstLine="284"/>
        <w:jc w:val="both"/>
      </w:pPr>
      <w:r w:rsidRPr="00994820">
        <w:t>L’arma della cecchina era già mutata in un fucile d’assalto, lo stesso che Fanny vide durante il loro primo combattimento. I suoi occhi inespressivi. Ma le dita tremavano leggermente, come se qualcosa sotto la superficie stesse collassando.</w:t>
      </w:r>
    </w:p>
    <w:p w14:paraId="30C43DA5" w14:textId="77777777" w:rsidR="007C3C6C" w:rsidRPr="00994820" w:rsidRDefault="007C3C6C" w:rsidP="00704DFD">
      <w:pPr>
        <w:spacing w:before="120" w:line="360" w:lineRule="auto"/>
        <w:ind w:firstLine="284"/>
        <w:jc w:val="both"/>
      </w:pPr>
      <w:r w:rsidRPr="00994820">
        <w:t>Rift fece un passo avanti, il volto immobile, ma il cuore già in guerra.</w:t>
      </w:r>
    </w:p>
    <w:p w14:paraId="737D9E22" w14:textId="77777777" w:rsidR="007C3C6C" w:rsidRPr="00994820" w:rsidRDefault="007C3C6C" w:rsidP="00704DFD">
      <w:pPr>
        <w:spacing w:before="120" w:line="360" w:lineRule="auto"/>
        <w:ind w:firstLine="284"/>
        <w:jc w:val="both"/>
      </w:pPr>
      <w:r w:rsidRPr="00994820">
        <w:t>Sopra di loro, l’</w:t>
      </w:r>
      <w:r w:rsidRPr="00994820">
        <w:rPr>
          <w:b/>
          <w:bCs/>
        </w:rPr>
        <w:t>Anello Specchiante</w:t>
      </w:r>
      <w:r w:rsidRPr="00994820">
        <w:t xml:space="preserve"> rifletteva ogni movimento come un occhio d’acqua senziente.</w:t>
      </w:r>
    </w:p>
    <w:p w14:paraId="35286B39" w14:textId="77777777" w:rsidR="007C3C6C" w:rsidRPr="00994820" w:rsidRDefault="007C3C6C" w:rsidP="00704DFD">
      <w:pPr>
        <w:spacing w:before="120" w:line="360" w:lineRule="auto"/>
        <w:ind w:firstLine="284"/>
        <w:jc w:val="both"/>
      </w:pPr>
      <w:r w:rsidRPr="00994820">
        <w:t>Tutto era pronto.</w:t>
      </w:r>
    </w:p>
    <w:p w14:paraId="6AA640B2" w14:textId="77777777" w:rsidR="007C3C6C" w:rsidRPr="00994820" w:rsidRDefault="007C3C6C" w:rsidP="00704DFD">
      <w:pPr>
        <w:spacing w:before="120" w:line="360" w:lineRule="auto"/>
        <w:ind w:firstLine="284"/>
        <w:jc w:val="both"/>
      </w:pPr>
      <w:r w:rsidRPr="00994820">
        <w:t>«Momo.»</w:t>
      </w:r>
    </w:p>
    <w:p w14:paraId="070CE873" w14:textId="77777777" w:rsidR="007C3C6C" w:rsidRPr="00994820" w:rsidRDefault="007C3C6C" w:rsidP="00704DFD">
      <w:pPr>
        <w:spacing w:before="120" w:line="360" w:lineRule="auto"/>
        <w:ind w:firstLine="284"/>
        <w:jc w:val="both"/>
      </w:pPr>
      <w:r w:rsidRPr="00994820">
        <w:t>La voce di Stein era rotta, ma ancora tagliente. Un comando lanciato nel vuoto, che vibrava nei condotti del pavimento come un richiamo innaturale. La ragazza lo udì, e qualcosa nei suoi muscoli si irrigidì. Le falci girarono tra le dita con un suono d’acciaio liquido.</w:t>
      </w:r>
    </w:p>
    <w:p w14:paraId="153E39F4" w14:textId="77777777" w:rsidR="007C3C6C" w:rsidRPr="00994820" w:rsidRDefault="007C3C6C" w:rsidP="00704DFD">
      <w:pPr>
        <w:spacing w:before="120" w:line="360" w:lineRule="auto"/>
        <w:ind w:firstLine="284"/>
        <w:jc w:val="both"/>
      </w:pPr>
      <w:r w:rsidRPr="00994820">
        <w:t>«È un traditore. Non merita pietà.»</w:t>
      </w:r>
    </w:p>
    <w:p w14:paraId="0F4205A2" w14:textId="77777777" w:rsidR="007C3C6C" w:rsidRPr="00994820" w:rsidRDefault="007C3C6C" w:rsidP="00704DFD">
      <w:pPr>
        <w:spacing w:before="120" w:line="360" w:lineRule="auto"/>
        <w:ind w:firstLine="284"/>
        <w:jc w:val="both"/>
      </w:pPr>
      <w:r w:rsidRPr="00994820">
        <w:t>Aman abbassò le ali. Non per resa. Ma per amore.</w:t>
      </w:r>
    </w:p>
    <w:p w14:paraId="72DECFF8" w14:textId="77777777" w:rsidR="007C3C6C" w:rsidRPr="00994820" w:rsidRDefault="007C3C6C" w:rsidP="00704DFD">
      <w:pPr>
        <w:spacing w:before="120" w:line="360" w:lineRule="auto"/>
        <w:ind w:firstLine="284"/>
        <w:jc w:val="both"/>
      </w:pPr>
      <w:r w:rsidRPr="00994820">
        <w:t>Momo si mosse senza scatto. Un passo lento. Due. Poi svanì di nuovo nel pavimento modulabile sotto di loro. Al passaggio del corpo della ragazza, la stanza rispondeva emettendo colorazioni azzurrine e tenui.</w:t>
      </w:r>
    </w:p>
    <w:p w14:paraId="68DD5F2B" w14:textId="77777777" w:rsidR="007C3C6C" w:rsidRPr="00994820" w:rsidRDefault="007C3C6C" w:rsidP="00704DFD">
      <w:pPr>
        <w:spacing w:before="120" w:line="360" w:lineRule="auto"/>
        <w:ind w:firstLine="284"/>
        <w:jc w:val="both"/>
      </w:pPr>
      <w:r w:rsidRPr="00994820">
        <w:t>Fanny fece per intervenire, ma Rift e Rock le si paravano davanti. Silenziosi. Inevitabili.</w:t>
      </w:r>
    </w:p>
    <w:p w14:paraId="0F98DB0D" w14:textId="77777777" w:rsidR="007C3C6C" w:rsidRPr="00994820" w:rsidRDefault="007C3C6C" w:rsidP="00704DFD">
      <w:pPr>
        <w:spacing w:before="120" w:line="360" w:lineRule="auto"/>
        <w:ind w:firstLine="284"/>
        <w:jc w:val="both"/>
      </w:pPr>
      <w:r w:rsidRPr="00994820">
        <w:t>«Davvero volete ancora proteggerlo?» ringhiò Fanny, i guanti già accesi. «Vi rendete conto che ha provato a trasformarvi in mostri? In burattini…?» poi indicò alzando il braccio rock, con movimenti bruschi «E per la cronaca con lei ci è pure riuscito, qual ora non te ne fossi reso conto»</w:t>
      </w:r>
    </w:p>
    <w:p w14:paraId="761840CF" w14:textId="77777777" w:rsidR="007C3C6C" w:rsidRPr="00994820" w:rsidRDefault="007C3C6C" w:rsidP="00704DFD">
      <w:pPr>
        <w:spacing w:before="120" w:line="360" w:lineRule="auto"/>
        <w:ind w:firstLine="284"/>
        <w:jc w:val="both"/>
      </w:pPr>
      <w:r w:rsidRPr="00994820">
        <w:lastRenderedPageBreak/>
        <w:t>«STA ZITTA!» gridò Rift stringendo i pugni mentre il suo cuore rosso sul petto sembrava infiammarsi. «è da quando sei arrivata che parli come se sapessi tutto, ma tu che diavolo ne sai di cosa sia meglio per me o…» e si voltò verso Rock «…o per lei?»</w:t>
      </w:r>
    </w:p>
    <w:p w14:paraId="1B7B4328" w14:textId="77777777" w:rsidR="007C3C6C" w:rsidRPr="00994820" w:rsidRDefault="007C3C6C" w:rsidP="00704DFD">
      <w:pPr>
        <w:spacing w:before="120" w:line="360" w:lineRule="auto"/>
        <w:ind w:firstLine="284"/>
        <w:jc w:val="both"/>
      </w:pPr>
      <w:r w:rsidRPr="00994820">
        <w:t>Dall’altra parte della sala, Kieran aveva alzato la falce. Il suo sguardo puntava Rock, ma solo in parte. Era la mano di Fanny che seguiva con più attenzione. Come se fosse pronto a coprirla, qualsiasi cosa avesse deciso di fare.</w:t>
      </w:r>
    </w:p>
    <w:p w14:paraId="62CC160B" w14:textId="77777777" w:rsidR="007C3C6C" w:rsidRPr="00994820" w:rsidRDefault="007C3C6C" w:rsidP="00704DFD">
      <w:pPr>
        <w:spacing w:before="120" w:line="360" w:lineRule="auto"/>
        <w:ind w:firstLine="284"/>
        <w:jc w:val="both"/>
      </w:pPr>
      <w:r w:rsidRPr="00994820">
        <w:t>Sopra le loro teste, l’</w:t>
      </w:r>
      <w:r w:rsidRPr="00994820">
        <w:rPr>
          <w:b/>
          <w:bCs/>
        </w:rPr>
        <w:t>Anello Specchiante</w:t>
      </w:r>
      <w:r w:rsidRPr="00994820">
        <w:t xml:space="preserve"> proiettava riflessi distorti delle loro emozioni. Il metallo liquido sembrava reagire alle loro menti in tempo reale. L’acqua tremolava sotto il peso del dubbio.</w:t>
      </w:r>
    </w:p>
    <w:p w14:paraId="4A768CE5" w14:textId="77777777" w:rsidR="007C3C6C" w:rsidRPr="00994820" w:rsidRDefault="007C3C6C" w:rsidP="00704DFD">
      <w:pPr>
        <w:spacing w:before="120" w:line="360" w:lineRule="auto"/>
        <w:ind w:firstLine="284"/>
        <w:jc w:val="both"/>
      </w:pPr>
      <w:r w:rsidRPr="00994820">
        <w:t>Un’esplosione di luce gialla attraversò la stanza. Un diffusore si era attivato. Gratia Entusiastica. I corpi risposero con accelerazioni involontarie. I battiti aumentavano. Gli impulsi muscolari si moltiplicavano.</w:t>
      </w:r>
    </w:p>
    <w:p w14:paraId="4108126B" w14:textId="77777777" w:rsidR="007C3C6C" w:rsidRPr="00994820" w:rsidRDefault="007C3C6C" w:rsidP="00704DFD">
      <w:pPr>
        <w:spacing w:before="120" w:line="360" w:lineRule="auto"/>
        <w:ind w:firstLine="284"/>
        <w:jc w:val="both"/>
      </w:pPr>
      <w:r w:rsidRPr="00994820">
        <w:t>Era come se lo stesso pavimento stesse drogando la battaglia.</w:t>
      </w:r>
    </w:p>
    <w:p w14:paraId="6DB77BEB" w14:textId="77777777" w:rsidR="007C3C6C" w:rsidRPr="00994820" w:rsidRDefault="007C3C6C" w:rsidP="00704DFD">
      <w:pPr>
        <w:spacing w:before="120" w:line="360" w:lineRule="auto"/>
        <w:ind w:firstLine="284"/>
        <w:jc w:val="both"/>
      </w:pPr>
      <w:r w:rsidRPr="00994820">
        <w:t>«Attenta!» urlò Kieran.</w:t>
      </w:r>
    </w:p>
    <w:p w14:paraId="3319D989" w14:textId="77777777" w:rsidR="007C3C6C" w:rsidRPr="00994820" w:rsidRDefault="007C3C6C" w:rsidP="00704DFD">
      <w:pPr>
        <w:spacing w:before="120" w:line="360" w:lineRule="auto"/>
        <w:ind w:firstLine="284"/>
        <w:jc w:val="both"/>
      </w:pPr>
      <w:r w:rsidRPr="00994820">
        <w:t>Rock aveva sparato.</w:t>
      </w:r>
    </w:p>
    <w:p w14:paraId="01BB3DA8" w14:textId="77777777" w:rsidR="007C3C6C" w:rsidRPr="00994820" w:rsidRDefault="007C3C6C" w:rsidP="00704DFD">
      <w:pPr>
        <w:spacing w:before="120" w:line="360" w:lineRule="auto"/>
        <w:ind w:firstLine="284"/>
        <w:jc w:val="both"/>
      </w:pPr>
      <w:r w:rsidRPr="00994820">
        <w:t>Fanny scattò a lato. Il colpo le sfiorò l’orecchio, bruciando l’aria. Rotolò e si rialzò in una zona verde. Serenità forzata. Un leggero sorriso le deformava il volto, contro la sua volontà.</w:t>
      </w:r>
    </w:p>
    <w:p w14:paraId="07390431" w14:textId="77777777" w:rsidR="007C3C6C" w:rsidRPr="00994820" w:rsidRDefault="007C3C6C" w:rsidP="00704DFD">
      <w:pPr>
        <w:spacing w:before="120" w:line="360" w:lineRule="auto"/>
        <w:ind w:firstLine="284"/>
        <w:jc w:val="both"/>
      </w:pPr>
      <w:r w:rsidRPr="00994820">
        <w:t>«Che schifo…» sibilò, mentre a fatica riprendeva il controllo sui propri muscoli corrotti, ancora una volta.</w:t>
      </w:r>
    </w:p>
    <w:p w14:paraId="31627B16" w14:textId="77777777" w:rsidR="007C3C6C" w:rsidRPr="00994820" w:rsidRDefault="007C3C6C" w:rsidP="00704DFD">
      <w:pPr>
        <w:spacing w:before="120" w:line="360" w:lineRule="auto"/>
        <w:ind w:firstLine="284"/>
        <w:jc w:val="both"/>
      </w:pPr>
      <w:r w:rsidRPr="00994820">
        <w:t>Rift attaccò.</w:t>
      </w:r>
    </w:p>
    <w:p w14:paraId="2A18B6B4" w14:textId="77777777" w:rsidR="007C3C6C" w:rsidRPr="00994820" w:rsidRDefault="007C3C6C" w:rsidP="00704DFD">
      <w:pPr>
        <w:spacing w:before="120" w:line="360" w:lineRule="auto"/>
        <w:ind w:firstLine="284"/>
        <w:jc w:val="both"/>
      </w:pPr>
      <w:r w:rsidRPr="00994820">
        <w:t>Un salto impossibile. Lame nascoste nei gomiti. Il ragazzo cominciò a sfrecciare nella sala, al suo rapido passaggio la stanza era costretta a rispondere in ritardo, incapace di reagire ai suoi stimoli con sufficiente velocità. In un attimo aveva raggiunto Kieran.</w:t>
      </w:r>
    </w:p>
    <w:p w14:paraId="1125D912" w14:textId="77777777" w:rsidR="007C3C6C" w:rsidRPr="00994820" w:rsidRDefault="007C3C6C" w:rsidP="00704DFD">
      <w:pPr>
        <w:spacing w:before="120" w:line="360" w:lineRule="auto"/>
        <w:ind w:firstLine="284"/>
        <w:jc w:val="both"/>
      </w:pPr>
      <w:r w:rsidRPr="00994820">
        <w:t>Kieran lo parò con l’asta della falce. L’impatto lo fece arretrare. Ma non cadde. Ruotò l’arma e lo respinse con uno scatto. Solo il puro istinto l’aveva salvato da un attacco che gli occhi non riuscivano a seguire.</w:t>
      </w:r>
    </w:p>
    <w:p w14:paraId="74052FCF" w14:textId="77777777" w:rsidR="007C3C6C" w:rsidRPr="00994820" w:rsidRDefault="007C3C6C" w:rsidP="00704DFD">
      <w:pPr>
        <w:spacing w:before="120" w:line="360" w:lineRule="auto"/>
        <w:ind w:firstLine="284"/>
        <w:jc w:val="both"/>
      </w:pPr>
      <w:r w:rsidRPr="00994820">
        <w:t>Aman, nel frattempo, non combatteva.</w:t>
      </w:r>
    </w:p>
    <w:p w14:paraId="06081D77" w14:textId="77777777" w:rsidR="007C3C6C" w:rsidRPr="00994820" w:rsidRDefault="007C3C6C" w:rsidP="00704DFD">
      <w:pPr>
        <w:spacing w:before="120" w:line="360" w:lineRule="auto"/>
        <w:ind w:firstLine="284"/>
        <w:jc w:val="both"/>
      </w:pPr>
      <w:r w:rsidRPr="00994820">
        <w:t>Momo lo circondava. I suoi passi erano come danza. Ogni volta che si avvicinava, Aman si limitava a schivare. Non una parola, non un grido.</w:t>
      </w:r>
    </w:p>
    <w:p w14:paraId="005F007A" w14:textId="77777777" w:rsidR="007C3C6C" w:rsidRPr="00994820" w:rsidRDefault="007C3C6C" w:rsidP="00704DFD">
      <w:pPr>
        <w:spacing w:before="120" w:line="360" w:lineRule="auto"/>
        <w:ind w:firstLine="284"/>
        <w:jc w:val="both"/>
      </w:pPr>
      <w:r w:rsidRPr="00994820">
        <w:t>Solo silenzio.</w:t>
      </w:r>
    </w:p>
    <w:p w14:paraId="57A1FC2B" w14:textId="77777777" w:rsidR="007C3C6C" w:rsidRPr="00994820" w:rsidRDefault="007C3C6C" w:rsidP="00704DFD">
      <w:pPr>
        <w:spacing w:before="120" w:line="360" w:lineRule="auto"/>
        <w:ind w:firstLine="284"/>
        <w:jc w:val="both"/>
      </w:pPr>
      <w:r w:rsidRPr="00994820">
        <w:t>Poi parlò. Piano. Come se non volesse farsi sentire.</w:t>
      </w:r>
    </w:p>
    <w:p w14:paraId="7C53F222" w14:textId="77777777" w:rsidR="007C3C6C" w:rsidRPr="00994820" w:rsidRDefault="007C3C6C" w:rsidP="00704DFD">
      <w:pPr>
        <w:spacing w:before="120" w:line="360" w:lineRule="auto"/>
        <w:ind w:firstLine="284"/>
        <w:jc w:val="both"/>
      </w:pPr>
      <w:r w:rsidRPr="00994820">
        <w:t>«Tu non vuoi colpirmi, vero?»</w:t>
      </w:r>
    </w:p>
    <w:p w14:paraId="3B7CFBE3" w14:textId="77777777" w:rsidR="007C3C6C" w:rsidRPr="00994820" w:rsidRDefault="007C3C6C" w:rsidP="00704DFD">
      <w:pPr>
        <w:spacing w:before="120" w:line="360" w:lineRule="auto"/>
        <w:ind w:firstLine="284"/>
        <w:jc w:val="both"/>
      </w:pPr>
      <w:r w:rsidRPr="00994820">
        <w:t>Momo si fermò per un istante. Solo un battito.</w:t>
      </w:r>
    </w:p>
    <w:p w14:paraId="44D7FEEB" w14:textId="77777777" w:rsidR="007C3C6C" w:rsidRPr="00994820" w:rsidRDefault="007C3C6C" w:rsidP="00704DFD">
      <w:pPr>
        <w:spacing w:before="120" w:line="360" w:lineRule="auto"/>
        <w:ind w:firstLine="284"/>
        <w:jc w:val="both"/>
      </w:pPr>
      <w:r w:rsidRPr="00994820">
        <w:t>Aman abbassò lo sguardo.</w:t>
      </w:r>
    </w:p>
    <w:p w14:paraId="2D5B53D7" w14:textId="77777777" w:rsidR="007C3C6C" w:rsidRPr="00994820" w:rsidRDefault="007C3C6C" w:rsidP="00704DFD">
      <w:pPr>
        <w:spacing w:before="120" w:line="360" w:lineRule="auto"/>
        <w:ind w:firstLine="284"/>
        <w:jc w:val="both"/>
      </w:pPr>
      <w:r w:rsidRPr="00994820">
        <w:lastRenderedPageBreak/>
        <w:t xml:space="preserve">«Perché mia sorella… lei… non sarebbe mai riuscita a colpirmi, </w:t>
      </w:r>
      <w:r w:rsidRPr="00994820">
        <w:rPr>
          <w:i/>
          <w:iCs/>
        </w:rPr>
        <w:t>davvero</w:t>
      </w:r>
      <w:r w:rsidRPr="00994820">
        <w:t>.»</w:t>
      </w:r>
    </w:p>
    <w:p w14:paraId="23AC2A1C" w14:textId="77777777" w:rsidR="007C3C6C" w:rsidRPr="00994820" w:rsidRDefault="007C3C6C" w:rsidP="00704DFD">
      <w:pPr>
        <w:spacing w:before="120" w:line="360" w:lineRule="auto"/>
        <w:ind w:firstLine="284"/>
        <w:jc w:val="both"/>
      </w:pPr>
      <w:r w:rsidRPr="00994820">
        <w:t>Un altro colpo. Un’altra parata passiva.</w:t>
      </w:r>
    </w:p>
    <w:p w14:paraId="1ED84732" w14:textId="77777777" w:rsidR="007C3C6C" w:rsidRPr="00994820" w:rsidRDefault="007C3C6C" w:rsidP="00704DFD">
      <w:pPr>
        <w:spacing w:before="120" w:line="360" w:lineRule="auto"/>
        <w:ind w:firstLine="284"/>
        <w:jc w:val="both"/>
      </w:pPr>
      <w:r w:rsidRPr="00994820">
        <w:t xml:space="preserve">«Io non so se tu ci riesci ancora, ma io… mi ricordo di com’eri» </w:t>
      </w:r>
    </w:p>
    <w:p w14:paraId="6A300687" w14:textId="77777777" w:rsidR="007C3C6C" w:rsidRPr="00994820" w:rsidRDefault="007C3C6C" w:rsidP="00704DFD">
      <w:pPr>
        <w:spacing w:before="120" w:line="360" w:lineRule="auto"/>
        <w:ind w:firstLine="284"/>
        <w:jc w:val="both"/>
      </w:pPr>
      <w:r w:rsidRPr="00994820">
        <w:t>Tutto attorno a quel susseguirsi di colpi che si infrangevano nell’aria o contro le sue ali ramate, i colori della stanza cambiavano. Blu. Verde. Giallo. Rosso.</w:t>
      </w:r>
    </w:p>
    <w:p w14:paraId="4F77602E" w14:textId="77777777" w:rsidR="007C3C6C" w:rsidRPr="00994820" w:rsidRDefault="007C3C6C" w:rsidP="00704DFD">
      <w:pPr>
        <w:spacing w:before="120" w:line="360" w:lineRule="auto"/>
        <w:ind w:firstLine="284"/>
        <w:jc w:val="both"/>
      </w:pPr>
      <w:r w:rsidRPr="00994820">
        <w:t>Sempre più rosso.</w:t>
      </w:r>
    </w:p>
    <w:p w14:paraId="0A4685F2" w14:textId="77777777" w:rsidR="00FA331A" w:rsidRDefault="007C3C6C" w:rsidP="00704DFD">
      <w:pPr>
        <w:spacing w:before="120" w:line="360" w:lineRule="auto"/>
        <w:ind w:firstLine="284"/>
        <w:jc w:val="both"/>
      </w:pPr>
      <w:r w:rsidRPr="00994820">
        <w:t>«Fu nostro padre a trovarci un posto nel dipartimento… ma tu… tu non hai mai sopportato quelle missioni.» Momo balzò di lato, le falci roteanti in perfetta simmetria. Il corpo sfocato, il viso impassibile. Una danzatrice della distruzione.</w:t>
      </w:r>
    </w:p>
    <w:p w14:paraId="31B19735" w14:textId="5FB051FF" w:rsidR="007C3C6C" w:rsidRPr="00994820" w:rsidRDefault="007C3C6C" w:rsidP="00704DFD">
      <w:pPr>
        <w:spacing w:before="120" w:line="360" w:lineRule="auto"/>
        <w:ind w:firstLine="284"/>
        <w:jc w:val="both"/>
      </w:pPr>
      <w:r w:rsidRPr="00994820">
        <w:t>«Piangevi… dopo ogni notte, e io…» delle lacrime cominciarono a rigare il suo volto, mentre si chiudeva sempre di più tra le sue ali, e si piegava sotto il peso dei colpi di Momo.</w:t>
      </w:r>
    </w:p>
    <w:p w14:paraId="0502A593" w14:textId="77777777" w:rsidR="007C3C6C" w:rsidRPr="00994820" w:rsidRDefault="007C3C6C" w:rsidP="00704DFD">
      <w:pPr>
        <w:spacing w:before="120" w:line="360" w:lineRule="auto"/>
        <w:ind w:firstLine="284"/>
        <w:jc w:val="both"/>
      </w:pPr>
      <w:r w:rsidRPr="00994820">
        <w:t>«io ti ho sempre detto che eri debole… e che avresti dovuto a sopportare queste missioni, quelle… morti.»</w:t>
      </w:r>
    </w:p>
    <w:p w14:paraId="5196994C" w14:textId="77777777" w:rsidR="007C3C6C" w:rsidRPr="00994820" w:rsidRDefault="007C3C6C" w:rsidP="00704DFD">
      <w:pPr>
        <w:spacing w:before="120" w:line="360" w:lineRule="auto"/>
        <w:ind w:firstLine="284"/>
        <w:jc w:val="both"/>
      </w:pPr>
      <w:r w:rsidRPr="00994820">
        <w:t>Momo non esitava. Ma non reagiva, ma aveva cominciato a tremare</w:t>
      </w:r>
      <w:r w:rsidRPr="00994820">
        <w:br/>
        <w:t>I colpi che superavano le sue ali diventando intangibili, lui li schivava all’ultimo momento, lasciando che le lame gli sfiorassero il petto, i fianchi, le guance.</w:t>
      </w:r>
      <w:r w:rsidRPr="00994820">
        <w:br/>
        <w:t>Una lo graffiò sotto l’occhio. Il sangue colò lento, lucido, mescolandosi con quelle lacrime cristalline, diventando dello stesso colore rosa che i sensori avevano iniziato a emettere attorno a loro.</w:t>
      </w:r>
    </w:p>
    <w:p w14:paraId="1983C87C" w14:textId="77777777" w:rsidR="007C3C6C" w:rsidRPr="00994820" w:rsidRDefault="007C3C6C" w:rsidP="00704DFD">
      <w:pPr>
        <w:spacing w:before="120" w:line="360" w:lineRule="auto"/>
        <w:ind w:firstLine="284"/>
        <w:jc w:val="both"/>
      </w:pPr>
      <w:r w:rsidRPr="00994820">
        <w:t>Ma Aman non batté ciglio.</w:t>
      </w:r>
    </w:p>
    <w:p w14:paraId="6FAF08A6" w14:textId="77777777" w:rsidR="007C3C6C" w:rsidRPr="00994820" w:rsidRDefault="007C3C6C" w:rsidP="00704DFD">
      <w:pPr>
        <w:spacing w:before="120" w:line="360" w:lineRule="auto"/>
        <w:ind w:firstLine="284"/>
        <w:jc w:val="both"/>
      </w:pPr>
      <w:r w:rsidRPr="00994820">
        <w:t>La zona cromatica mutò di nuovo.</w:t>
      </w:r>
    </w:p>
    <w:p w14:paraId="28EBACB6" w14:textId="77777777" w:rsidR="007C3C6C" w:rsidRPr="00994820" w:rsidRDefault="007C3C6C" w:rsidP="00704DFD">
      <w:pPr>
        <w:spacing w:before="120" w:line="360" w:lineRule="auto"/>
        <w:ind w:firstLine="284"/>
        <w:jc w:val="both"/>
      </w:pPr>
      <w:r w:rsidRPr="00994820">
        <w:rPr>
          <w:b/>
          <w:bCs/>
        </w:rPr>
        <w:t>Viola.</w:t>
      </w:r>
    </w:p>
    <w:p w14:paraId="744D84E0" w14:textId="77777777" w:rsidR="007C3C6C" w:rsidRPr="00994820" w:rsidRDefault="007C3C6C" w:rsidP="00704DFD">
      <w:pPr>
        <w:spacing w:before="120" w:line="360" w:lineRule="auto"/>
        <w:ind w:firstLine="284"/>
        <w:jc w:val="both"/>
      </w:pPr>
      <w:r w:rsidRPr="00994820">
        <w:t>Estasi pericolosa. Ogni cosa brillava troppo. Il respiro si faceva corto, le luci pulsavano in sincronia con l’adrenalina. Persino la pelle sembrava diventare più sensibile. Ogni suono troppo acuto, ogni odore troppo forte.</w:t>
      </w:r>
    </w:p>
    <w:p w14:paraId="5CEF7F82" w14:textId="77777777" w:rsidR="007C3C6C" w:rsidRPr="00994820" w:rsidRDefault="007C3C6C" w:rsidP="00704DFD">
      <w:pPr>
        <w:spacing w:before="120" w:line="360" w:lineRule="auto"/>
        <w:ind w:firstLine="284"/>
        <w:jc w:val="both"/>
      </w:pPr>
      <w:r w:rsidRPr="00994820">
        <w:t>Fanny affondò un pugno nel suolo. Il pavimento viola reagì con un’esplosione circolare che scagliò via la nebbia per un attimo. Kieran le copriva il fianco sinistro, falce in posizione, mentre Rock avanzava con armi riflesse generate dal metallo delle sue stesse braccia.</w:t>
      </w:r>
    </w:p>
    <w:p w14:paraId="6AFB7B0F" w14:textId="77777777" w:rsidR="007C3C6C" w:rsidRPr="00994820" w:rsidRDefault="007C3C6C" w:rsidP="00704DFD">
      <w:pPr>
        <w:spacing w:before="120" w:line="360" w:lineRule="auto"/>
        <w:ind w:firstLine="284"/>
        <w:jc w:val="both"/>
      </w:pPr>
      <w:r w:rsidRPr="00994820">
        <w:t>Rift attaccava in silenzio, rapido, chirurgico. Non cercava lo scontro diretto: si muoveva intorno a Kieran e Fanny come un predatore ipnotico. Gli occhi sembravano spenti, ma ogni movimento era preciso, matematico.</w:t>
      </w:r>
    </w:p>
    <w:p w14:paraId="4CACF0AD" w14:textId="77777777" w:rsidR="007C3C6C" w:rsidRPr="00994820" w:rsidRDefault="007C3C6C" w:rsidP="00704DFD">
      <w:pPr>
        <w:spacing w:before="120" w:line="360" w:lineRule="auto"/>
        <w:ind w:firstLine="284"/>
        <w:jc w:val="both"/>
      </w:pPr>
      <w:r w:rsidRPr="00994820">
        <w:t>Fanny sentiva il cuore esplodere. Ma non per la fatica.</w:t>
      </w:r>
    </w:p>
    <w:p w14:paraId="2199EB00" w14:textId="77777777" w:rsidR="007C3C6C" w:rsidRPr="00994820" w:rsidRDefault="007C3C6C" w:rsidP="00704DFD">
      <w:pPr>
        <w:spacing w:before="120" w:line="360" w:lineRule="auto"/>
        <w:ind w:firstLine="284"/>
        <w:jc w:val="both"/>
      </w:pPr>
      <w:r w:rsidRPr="00994820">
        <w:t>Per lui.</w:t>
      </w:r>
    </w:p>
    <w:p w14:paraId="28D923C9" w14:textId="77777777" w:rsidR="007C3C6C" w:rsidRPr="00994820" w:rsidRDefault="007C3C6C" w:rsidP="00704DFD">
      <w:pPr>
        <w:spacing w:before="120" w:line="360" w:lineRule="auto"/>
        <w:ind w:firstLine="284"/>
        <w:jc w:val="both"/>
      </w:pPr>
      <w:r w:rsidRPr="00994820">
        <w:lastRenderedPageBreak/>
        <w:t>Per Rift.</w:t>
      </w:r>
    </w:p>
    <w:p w14:paraId="2D3EA61F" w14:textId="77777777" w:rsidR="007C3C6C" w:rsidRPr="00994820" w:rsidRDefault="007C3C6C" w:rsidP="00704DFD">
      <w:pPr>
        <w:spacing w:before="120" w:line="360" w:lineRule="auto"/>
        <w:ind w:firstLine="284"/>
        <w:jc w:val="both"/>
      </w:pPr>
      <w:r w:rsidRPr="00994820">
        <w:t>«Tu non vuoi questo.» urlò, deviando un colpo di Rock con la spalla corazzata. Il proiettile si infranse su una colonna di vetro cromatico, sprigionando una scia di euforia instabile.</w:t>
      </w:r>
    </w:p>
    <w:p w14:paraId="5777AD68" w14:textId="77777777" w:rsidR="007C3C6C" w:rsidRPr="00994820" w:rsidRDefault="007C3C6C" w:rsidP="00704DFD">
      <w:pPr>
        <w:spacing w:before="120" w:line="360" w:lineRule="auto"/>
        <w:ind w:firstLine="284"/>
        <w:jc w:val="both"/>
      </w:pPr>
      <w:r w:rsidRPr="00994820">
        <w:t>«Hai mai pensato a cosa ti resterà… se vincerete?»</w:t>
      </w:r>
    </w:p>
    <w:p w14:paraId="254446D3" w14:textId="77777777" w:rsidR="007C3C6C" w:rsidRPr="00994820" w:rsidRDefault="007C3C6C" w:rsidP="00704DFD">
      <w:pPr>
        <w:spacing w:before="120" w:line="360" w:lineRule="auto"/>
        <w:ind w:firstLine="284"/>
        <w:jc w:val="both"/>
      </w:pPr>
      <w:r w:rsidRPr="00994820">
        <w:t>Rift si fermò. Per meno di un secondo. Ma abbastanza.</w:t>
      </w:r>
    </w:p>
    <w:p w14:paraId="475DD08A" w14:textId="77777777" w:rsidR="007C3C6C" w:rsidRPr="00994820" w:rsidRDefault="007C3C6C" w:rsidP="00704DFD">
      <w:pPr>
        <w:spacing w:before="120" w:line="360" w:lineRule="auto"/>
        <w:ind w:firstLine="284"/>
        <w:jc w:val="both"/>
      </w:pPr>
      <w:r w:rsidRPr="00994820">
        <w:t>«Se diventiamo tutti parte del sistema, se tutti avremo il sorriso stampato e gli occhi spenti di queste due… che ne sarà dell’unica cosa che ti resta di lei?»</w:t>
      </w:r>
    </w:p>
    <w:p w14:paraId="75160756" w14:textId="77777777" w:rsidR="007C3C6C" w:rsidRPr="00994820" w:rsidRDefault="007C3C6C" w:rsidP="00704DFD">
      <w:pPr>
        <w:spacing w:before="120" w:line="360" w:lineRule="auto"/>
        <w:ind w:firstLine="284"/>
        <w:jc w:val="both"/>
      </w:pPr>
      <w:r w:rsidRPr="00994820">
        <w:t xml:space="preserve">Il suo sguardo virò verso Rock. </w:t>
      </w:r>
    </w:p>
    <w:p w14:paraId="692459D6" w14:textId="77777777" w:rsidR="007C3C6C" w:rsidRPr="00994820" w:rsidRDefault="007C3C6C" w:rsidP="00704DFD">
      <w:pPr>
        <w:spacing w:before="120" w:line="360" w:lineRule="auto"/>
        <w:ind w:firstLine="284"/>
        <w:jc w:val="both"/>
      </w:pPr>
      <w:r w:rsidRPr="00994820">
        <w:t>Rift rispose con violenza scattando per attaccare Fanny. «Sta zitta!» ringhiò mentre si apprestava a colpirla a una velocità che lo rendeva impercettibile.</w:t>
      </w:r>
    </w:p>
    <w:p w14:paraId="329760A7" w14:textId="77777777" w:rsidR="007C3C6C" w:rsidRPr="00994820" w:rsidRDefault="007C3C6C" w:rsidP="00704DFD">
      <w:pPr>
        <w:spacing w:before="120" w:line="360" w:lineRule="auto"/>
        <w:ind w:firstLine="284"/>
        <w:jc w:val="both"/>
      </w:pPr>
      <w:r w:rsidRPr="00994820">
        <w:t>Ma appena fu abbastanza vicino, Fanny interruppe il suo attacco afferrandolo per il collo, i suoi occhi cibernetici brillavano di un giallo intenso, mentre un sorriso soddisfatto si disegnò sul volto della ragazza.</w:t>
      </w:r>
    </w:p>
    <w:p w14:paraId="7463AE72" w14:textId="77777777" w:rsidR="007C3C6C" w:rsidRPr="00994820" w:rsidRDefault="007C3C6C" w:rsidP="00704DFD">
      <w:pPr>
        <w:spacing w:before="120" w:line="360" w:lineRule="auto"/>
        <w:ind w:firstLine="284"/>
        <w:jc w:val="both"/>
      </w:pPr>
      <w:r w:rsidRPr="00994820">
        <w:t>«Devo ricordarmi di ringraziare Taker per questi occhi nuovi» poi poco prima di lanciarlo lontano con forza gli sussurrò «Mi dispiace, ma io ti vedo, Rift, molto più di quanto tu possa credere»</w:t>
      </w:r>
    </w:p>
    <w:p w14:paraId="2F284C11" w14:textId="77777777" w:rsidR="007C3C6C" w:rsidRPr="00994820" w:rsidRDefault="007C3C6C" w:rsidP="00704DFD">
      <w:pPr>
        <w:spacing w:before="120" w:line="360" w:lineRule="auto"/>
        <w:ind w:firstLine="284"/>
        <w:jc w:val="both"/>
      </w:pPr>
      <w:r w:rsidRPr="00994820">
        <w:t>Il corpo di Rift precipitò su una parete, rompendo un sensore che rilasciò un nuovo fumo colorato.</w:t>
      </w:r>
    </w:p>
    <w:p w14:paraId="37FAFD5F" w14:textId="77777777" w:rsidR="007C3C6C" w:rsidRPr="00994820" w:rsidRDefault="007C3C6C" w:rsidP="00704DFD">
      <w:pPr>
        <w:spacing w:before="120" w:line="360" w:lineRule="auto"/>
        <w:ind w:firstLine="284"/>
        <w:jc w:val="both"/>
      </w:pPr>
      <w:r w:rsidRPr="00994820">
        <w:t>Rosso Intenso, il colore dell’amore. Il colpo di Fanny lo fece finire proprio a pochi passi da Rock.</w:t>
      </w:r>
    </w:p>
    <w:p w14:paraId="32D6ED25" w14:textId="77777777" w:rsidR="007C3C6C" w:rsidRPr="00994820" w:rsidRDefault="007C3C6C" w:rsidP="00704DFD">
      <w:pPr>
        <w:spacing w:before="120" w:line="360" w:lineRule="auto"/>
        <w:ind w:firstLine="284"/>
        <w:jc w:val="both"/>
      </w:pPr>
      <w:r w:rsidRPr="00994820">
        <w:t>La cecchina sembrava ignorare quella conversazione. I suoi occhi erano tutti su cui Kieran su cui faceva precipitare una pioggia di colpi chirurgici. Mirava sia per uccidere, ma soprattutto per mantenere le distanze con il ragazzo dagli occhi cristallini.</w:t>
      </w:r>
    </w:p>
    <w:p w14:paraId="7A5470CA" w14:textId="77777777" w:rsidR="007C3C6C" w:rsidRPr="00994820" w:rsidRDefault="007C3C6C" w:rsidP="00704DFD">
      <w:pPr>
        <w:spacing w:before="120" w:line="360" w:lineRule="auto"/>
        <w:ind w:firstLine="284"/>
        <w:jc w:val="both"/>
      </w:pPr>
      <w:r w:rsidRPr="00994820">
        <w:t>Fanny riprese il suo assalto fatto con la voce, per una volta i suoi pugni potevano riposare «Tu la ami, vero? È l’unica cosa che ti rende ancora diverso da un burattino. Ma se lei diventa come tutti… se anche tu lo diventi… cosa resterà di quell’amore?»</w:t>
      </w:r>
    </w:p>
    <w:p w14:paraId="1477F91C" w14:textId="77777777" w:rsidR="007C3C6C" w:rsidRPr="00994820" w:rsidRDefault="007C3C6C" w:rsidP="00704DFD">
      <w:pPr>
        <w:spacing w:before="120" w:line="360" w:lineRule="auto"/>
        <w:ind w:firstLine="284"/>
        <w:jc w:val="both"/>
      </w:pPr>
      <w:r w:rsidRPr="00994820">
        <w:t>Kieran non disse nulla. Ma si era fermato anche lui. I suoi occhi, ancora umidi per Sabrina, fissavano Rift con una tensione sospesa.</w:t>
      </w:r>
    </w:p>
    <w:p w14:paraId="599C673C" w14:textId="77777777" w:rsidR="007C3C6C" w:rsidRPr="00994820" w:rsidRDefault="007C3C6C" w:rsidP="00704DFD">
      <w:pPr>
        <w:spacing w:before="120" w:line="360" w:lineRule="auto"/>
        <w:ind w:firstLine="284"/>
        <w:jc w:val="both"/>
      </w:pPr>
      <w:r w:rsidRPr="00994820">
        <w:t>Rift si rialzò a fatica. Sollevava il suo corpo, ma non il suo sguardo, non riusciva a sostenere gli occhi dorati della ragazza.</w:t>
      </w:r>
    </w:p>
    <w:p w14:paraId="60314E40" w14:textId="77777777" w:rsidR="007C3C6C" w:rsidRPr="00994820" w:rsidRDefault="007C3C6C" w:rsidP="00704DFD">
      <w:pPr>
        <w:spacing w:before="120" w:line="360" w:lineRule="auto"/>
        <w:ind w:firstLine="284"/>
        <w:jc w:val="both"/>
      </w:pPr>
      <w:r w:rsidRPr="00994820">
        <w:t>Fanny fece un passo avanti. Il guanto vibrava, ma spento. Non voleva colpire. Voleva scuotere.</w:t>
      </w:r>
    </w:p>
    <w:p w14:paraId="5E93C4D7" w14:textId="77777777" w:rsidR="007C3C6C" w:rsidRPr="00994820" w:rsidRDefault="007C3C6C" w:rsidP="00704DFD">
      <w:pPr>
        <w:spacing w:before="120" w:line="360" w:lineRule="auto"/>
        <w:ind w:firstLine="284"/>
        <w:jc w:val="both"/>
      </w:pPr>
      <w:r w:rsidRPr="00994820">
        <w:t>«Non è Stein a essere il vero nemico. È l’idea che ci si debba spegnere per proteggere ciò che si ama. Ma l’amore…»</w:t>
      </w:r>
    </w:p>
    <w:p w14:paraId="65F352E8" w14:textId="77777777" w:rsidR="007C3C6C" w:rsidRPr="00994820" w:rsidRDefault="007C3C6C" w:rsidP="00704DFD">
      <w:pPr>
        <w:spacing w:before="120" w:line="360" w:lineRule="auto"/>
        <w:ind w:firstLine="284"/>
        <w:jc w:val="both"/>
      </w:pPr>
      <w:r w:rsidRPr="00994820">
        <w:t>La voce le tremò.</w:t>
      </w:r>
    </w:p>
    <w:p w14:paraId="42C07036" w14:textId="77777777" w:rsidR="007C3C6C" w:rsidRPr="00994820" w:rsidRDefault="007C3C6C" w:rsidP="00704DFD">
      <w:pPr>
        <w:spacing w:before="120" w:line="360" w:lineRule="auto"/>
        <w:ind w:firstLine="284"/>
        <w:jc w:val="both"/>
      </w:pPr>
      <w:r w:rsidRPr="00994820">
        <w:lastRenderedPageBreak/>
        <w:t>«…l’amore non è qualcosa che si dovrebbe temere, non dovrebbe essere un segreto e soprattutto, non dovrebbe fare male.»</w:t>
      </w:r>
    </w:p>
    <w:p w14:paraId="6B9DB0F7" w14:textId="77777777" w:rsidR="007C3C6C" w:rsidRPr="00994820" w:rsidRDefault="007C3C6C" w:rsidP="00704DFD">
      <w:pPr>
        <w:spacing w:before="120" w:line="360" w:lineRule="auto"/>
        <w:ind w:firstLine="284"/>
        <w:jc w:val="both"/>
      </w:pPr>
      <w:r w:rsidRPr="00994820">
        <w:t>Rift inspirò. Gli occhi si strinsero.</w:t>
      </w:r>
    </w:p>
    <w:p w14:paraId="1B9ADC68" w14:textId="77777777" w:rsidR="007C3C6C" w:rsidRPr="00994820" w:rsidRDefault="007C3C6C" w:rsidP="00704DFD">
      <w:pPr>
        <w:spacing w:before="120" w:line="360" w:lineRule="auto"/>
        <w:ind w:firstLine="284"/>
        <w:jc w:val="both"/>
      </w:pPr>
      <w:r w:rsidRPr="00994820">
        <w:t>Fece per aprire la bocca, i suoi muscoli sembravano volersi avvicinare a Fanny.</w:t>
      </w:r>
    </w:p>
    <w:p w14:paraId="1F06522F" w14:textId="77777777" w:rsidR="007C3C6C" w:rsidRPr="00994820" w:rsidRDefault="007C3C6C" w:rsidP="00704DFD">
      <w:pPr>
        <w:spacing w:before="120" w:line="360" w:lineRule="auto"/>
        <w:ind w:firstLine="284"/>
        <w:jc w:val="both"/>
      </w:pPr>
      <w:r w:rsidRPr="00994820">
        <w:t>Poi si voltò di scatto.</w:t>
      </w:r>
    </w:p>
    <w:p w14:paraId="508B84BA" w14:textId="77777777" w:rsidR="007C3C6C" w:rsidRPr="00994820" w:rsidRDefault="007C3C6C" w:rsidP="00704DFD">
      <w:pPr>
        <w:spacing w:before="120" w:line="360" w:lineRule="auto"/>
        <w:ind w:firstLine="284"/>
        <w:jc w:val="both"/>
      </w:pPr>
      <w:r w:rsidRPr="00994820">
        <w:t>Dietro di lui, Rock aveva smesso di sparare.</w:t>
      </w:r>
    </w:p>
    <w:p w14:paraId="136FC17E" w14:textId="77777777" w:rsidR="007C3C6C" w:rsidRPr="00994820" w:rsidRDefault="007C3C6C" w:rsidP="00704DFD">
      <w:pPr>
        <w:spacing w:before="120" w:line="360" w:lineRule="auto"/>
        <w:ind w:firstLine="284"/>
        <w:jc w:val="both"/>
      </w:pPr>
      <w:r w:rsidRPr="00994820">
        <w:t>La sua mano destra era aperta. L’avambraccio si deformava. Il metallo si piegava in una forma nuova. Fluida.</w:t>
      </w:r>
    </w:p>
    <w:p w14:paraId="415EC428" w14:textId="77777777" w:rsidR="007C3C6C" w:rsidRPr="00994820" w:rsidRDefault="007C3C6C" w:rsidP="00704DFD">
      <w:pPr>
        <w:spacing w:before="120" w:line="360" w:lineRule="auto"/>
        <w:ind w:firstLine="284"/>
        <w:jc w:val="both"/>
      </w:pPr>
      <w:r w:rsidRPr="00994820">
        <w:t>Una lama, non un’arma da fuoco emerse dalle sue dita.</w:t>
      </w:r>
    </w:p>
    <w:p w14:paraId="6B981403" w14:textId="77777777" w:rsidR="007C3C6C" w:rsidRPr="00994820" w:rsidRDefault="007C3C6C" w:rsidP="00704DFD">
      <w:pPr>
        <w:spacing w:before="120" w:line="360" w:lineRule="auto"/>
        <w:ind w:firstLine="284"/>
        <w:jc w:val="both"/>
      </w:pPr>
      <w:r w:rsidRPr="00994820">
        <w:t>Ancora una volta i colori nella stanza mutarono: Blu piombo. Un blu intenso, ma spento avvolse la sala. Un ronzio sordo premeva sul cuore di Fanny, come se il pavimento sotto di lei avesse un battito lento e malato. Ogni tanto, un'eco metallica si propagava nell’aria — come il suono di un cavo che vibra sott’acqua, distante, trattenuto. Nessuna voce. Nessuna melodia. Solo frammenti di armonie spezzate, note che si arrendevano prima di nascere.</w:t>
      </w:r>
    </w:p>
    <w:p w14:paraId="33D265E6" w14:textId="77777777" w:rsidR="00FA331A" w:rsidRDefault="007C3C6C" w:rsidP="00704DFD">
      <w:pPr>
        <w:spacing w:before="120" w:line="360" w:lineRule="auto"/>
        <w:ind w:firstLine="284"/>
        <w:jc w:val="both"/>
      </w:pPr>
      <w:r w:rsidRPr="00994820">
        <w:t>Momo si fermò. Le sue pupille si contrassero.</w:t>
      </w:r>
    </w:p>
    <w:p w14:paraId="44449CFE" w14:textId="1EEAE14F" w:rsidR="007C3C6C" w:rsidRPr="00994820" w:rsidRDefault="007C3C6C" w:rsidP="00704DFD">
      <w:pPr>
        <w:spacing w:before="120" w:line="360" w:lineRule="auto"/>
        <w:ind w:firstLine="284"/>
        <w:jc w:val="both"/>
      </w:pPr>
      <w:r w:rsidRPr="00994820">
        <w:t>Un attimo.</w:t>
      </w:r>
    </w:p>
    <w:p w14:paraId="17479750" w14:textId="77777777" w:rsidR="007C3C6C" w:rsidRPr="00994820" w:rsidRDefault="007C3C6C" w:rsidP="00704DFD">
      <w:pPr>
        <w:spacing w:before="120" w:line="360" w:lineRule="auto"/>
        <w:ind w:firstLine="284"/>
        <w:jc w:val="both"/>
      </w:pPr>
      <w:r w:rsidRPr="00994820">
        <w:t>Poi affondò un fendente secco, dal basso. Una delle falci mirava al cuore.</w:t>
      </w:r>
      <w:r w:rsidRPr="00994820">
        <w:br/>
        <w:t>Aman non si mosse.</w:t>
      </w:r>
    </w:p>
    <w:p w14:paraId="3084A624" w14:textId="77777777" w:rsidR="007C3C6C" w:rsidRPr="00994820" w:rsidRDefault="007C3C6C" w:rsidP="00704DFD">
      <w:pPr>
        <w:spacing w:before="120" w:line="360" w:lineRule="auto"/>
        <w:ind w:firstLine="284"/>
        <w:jc w:val="both"/>
      </w:pPr>
      <w:r w:rsidRPr="00994820">
        <w:t>Il metallo si fermò a un soffio dal centro del petto.</w:t>
      </w:r>
    </w:p>
    <w:p w14:paraId="6BE670E4" w14:textId="77777777" w:rsidR="007C3C6C" w:rsidRPr="00994820" w:rsidRDefault="007C3C6C" w:rsidP="00704DFD">
      <w:pPr>
        <w:spacing w:before="120" w:line="360" w:lineRule="auto"/>
        <w:ind w:firstLine="284"/>
        <w:jc w:val="both"/>
      </w:pPr>
      <w:r w:rsidRPr="00994820">
        <w:t>«Perché…?» mormorò Momo.</w:t>
      </w:r>
    </w:p>
    <w:p w14:paraId="0285D56A" w14:textId="5CD33F60" w:rsidR="007C3C6C" w:rsidRPr="00994820" w:rsidRDefault="007C3C6C" w:rsidP="00704DFD">
      <w:pPr>
        <w:spacing w:before="120" w:line="360" w:lineRule="auto"/>
        <w:ind w:firstLine="284"/>
        <w:jc w:val="both"/>
      </w:pPr>
      <w:r w:rsidRPr="00994820">
        <w:t>Fu solo un sussurro, ma Aman lo sentì.</w:t>
      </w:r>
      <w:r w:rsidR="00FA331A">
        <w:t xml:space="preserve"> </w:t>
      </w:r>
      <w:r w:rsidRPr="00994820">
        <w:t>Gli occhi gli si velarono. Lentamente. Come se ogni ricordo dell’infanzia fosse tornato tutto insieme: il viso di sua sorella, le sue risate, il giorno in cui la perse convinto di averla salvata da morte certa.</w:t>
      </w:r>
    </w:p>
    <w:p w14:paraId="6358FD47" w14:textId="77777777" w:rsidR="007C3C6C" w:rsidRPr="00994820" w:rsidRDefault="007C3C6C" w:rsidP="00704DFD">
      <w:pPr>
        <w:spacing w:before="120" w:line="360" w:lineRule="auto"/>
        <w:ind w:firstLine="284"/>
        <w:jc w:val="both"/>
      </w:pPr>
      <w:r w:rsidRPr="00994820">
        <w:t>«Perché vorrei solo riavere la mia fragile sorellina...»</w:t>
      </w:r>
    </w:p>
    <w:p w14:paraId="67F9685B" w14:textId="77777777" w:rsidR="007C3C6C" w:rsidRPr="00994820" w:rsidRDefault="007C3C6C" w:rsidP="00704DFD">
      <w:pPr>
        <w:spacing w:before="120" w:line="360" w:lineRule="auto"/>
        <w:ind w:firstLine="284"/>
        <w:jc w:val="both"/>
      </w:pPr>
      <w:r w:rsidRPr="00994820">
        <w:t>Un altro passo. Un’altra falce si conficcò nel suo addome scoperto. Il sangue ormai aveva macchiato ciò che restava del suo completo scuro, e si era mescolato con il sudore del suo corpo scoperto e ferito.</w:t>
      </w:r>
      <w:r w:rsidRPr="00994820">
        <w:br/>
        <w:t>Aman cadde in ginocchio. Non per dolore. Ma per riconoscimento.</w:t>
      </w:r>
    </w:p>
    <w:p w14:paraId="66255A8D" w14:textId="77777777" w:rsidR="007C3C6C" w:rsidRPr="00994820" w:rsidRDefault="007C3C6C" w:rsidP="00704DFD">
      <w:pPr>
        <w:spacing w:before="120" w:line="360" w:lineRule="auto"/>
        <w:ind w:firstLine="284"/>
        <w:jc w:val="both"/>
      </w:pPr>
      <w:r w:rsidRPr="00994820">
        <w:t>Accettava.</w:t>
      </w:r>
      <w:r w:rsidRPr="00994820">
        <w:br/>
        <w:t>Non era più lì. Non da anni.</w:t>
      </w:r>
    </w:p>
    <w:p w14:paraId="420FB7DA" w14:textId="77777777" w:rsidR="007C3C6C" w:rsidRPr="00994820" w:rsidRDefault="007C3C6C" w:rsidP="00704DFD">
      <w:pPr>
        <w:spacing w:before="120" w:line="360" w:lineRule="auto"/>
        <w:ind w:firstLine="284"/>
        <w:jc w:val="both"/>
      </w:pPr>
      <w:r w:rsidRPr="00994820">
        <w:lastRenderedPageBreak/>
        <w:t>Momo lo afferrò per il collo, lo sollevò in aria con una mano sola. Il suo corpo era sorprendentemente forte per quanto etereo apparisse.</w:t>
      </w:r>
      <w:r w:rsidRPr="00994820">
        <w:br/>
        <w:t>Lo fissò negli occhi.</w:t>
      </w:r>
    </w:p>
    <w:p w14:paraId="700CFDDC" w14:textId="77777777" w:rsidR="007C3C6C" w:rsidRPr="00994820" w:rsidRDefault="007C3C6C" w:rsidP="00704DFD">
      <w:pPr>
        <w:spacing w:before="120" w:line="360" w:lineRule="auto"/>
        <w:ind w:firstLine="284"/>
        <w:jc w:val="both"/>
      </w:pPr>
      <w:r w:rsidRPr="00994820">
        <w:t>Lui non lottava.</w:t>
      </w:r>
    </w:p>
    <w:p w14:paraId="3D73CEB1" w14:textId="77777777" w:rsidR="007C3C6C" w:rsidRPr="00994820" w:rsidRDefault="007C3C6C" w:rsidP="00704DFD">
      <w:pPr>
        <w:spacing w:before="120" w:line="360" w:lineRule="auto"/>
        <w:ind w:firstLine="284"/>
        <w:jc w:val="both"/>
      </w:pPr>
      <w:r w:rsidRPr="00994820">
        <w:t>Le gambe penzolanti. Le braccia lungo i fianchi.</w:t>
      </w:r>
    </w:p>
    <w:p w14:paraId="1ECD3A30" w14:textId="77777777" w:rsidR="007C3C6C" w:rsidRPr="00994820" w:rsidRDefault="007C3C6C" w:rsidP="00704DFD">
      <w:pPr>
        <w:spacing w:before="120" w:line="360" w:lineRule="auto"/>
        <w:ind w:firstLine="284"/>
        <w:jc w:val="both"/>
      </w:pPr>
      <w:r w:rsidRPr="00994820">
        <w:t>Solo le ali, quelle ali meccaniche, tremavano leggermente, come se volessero ancora volare via</w:t>
      </w:r>
    </w:p>
    <w:p w14:paraId="04AA0D4F" w14:textId="77777777" w:rsidR="00FA331A" w:rsidRDefault="007C3C6C" w:rsidP="00704DFD">
      <w:pPr>
        <w:spacing w:before="120" w:line="360" w:lineRule="auto"/>
        <w:ind w:firstLine="284"/>
        <w:jc w:val="both"/>
      </w:pPr>
      <w:r w:rsidRPr="00994820">
        <w:t>Momo lo lasciò cadere.</w:t>
      </w:r>
    </w:p>
    <w:p w14:paraId="423E0DC4" w14:textId="39C24892" w:rsidR="007C3C6C" w:rsidRPr="00994820" w:rsidRDefault="007C3C6C" w:rsidP="00704DFD">
      <w:pPr>
        <w:spacing w:before="120" w:line="360" w:lineRule="auto"/>
        <w:ind w:firstLine="284"/>
        <w:jc w:val="both"/>
      </w:pPr>
      <w:r w:rsidRPr="00994820">
        <w:t>Un tonfo sordo. Aman rimase supino, il fiato corto.</w:t>
      </w:r>
      <w:r w:rsidR="00FA331A">
        <w:t xml:space="preserve"> </w:t>
      </w:r>
      <w:r w:rsidRPr="00994820">
        <w:t>Il suo volto guardava l’alto. E sopra di lui… i colori del soffitto si erano fatti neri. Nessuna Gratia.</w:t>
      </w:r>
    </w:p>
    <w:p w14:paraId="61A2F93C" w14:textId="77777777" w:rsidR="007C3C6C" w:rsidRPr="00994820" w:rsidRDefault="007C3C6C" w:rsidP="00704DFD">
      <w:pPr>
        <w:spacing w:before="120" w:line="360" w:lineRule="auto"/>
        <w:ind w:firstLine="284"/>
        <w:jc w:val="both"/>
      </w:pPr>
      <w:r w:rsidRPr="00994820">
        <w:t>Solo buio.</w:t>
      </w:r>
    </w:p>
    <w:p w14:paraId="44405541" w14:textId="1B929C20" w:rsidR="007C3C6C" w:rsidRPr="00994820" w:rsidRDefault="007C3C6C" w:rsidP="00704DFD">
      <w:pPr>
        <w:spacing w:before="120" w:line="360" w:lineRule="auto"/>
        <w:ind w:firstLine="284"/>
        <w:jc w:val="both"/>
      </w:pPr>
      <w:r w:rsidRPr="00994820">
        <w:t>La lama di Rock si formò lentamente.</w:t>
      </w:r>
      <w:r w:rsidR="00FA331A">
        <w:t xml:space="preserve"> </w:t>
      </w:r>
      <w:r w:rsidRPr="00994820">
        <w:t>Come un ramo che si torce sotto un peso invisibile, il metallo scivolò lungo l’avambraccio di Rock, piegandosi in una curva lunga, sottile, perfetta.</w:t>
      </w:r>
      <w:r w:rsidRPr="00994820">
        <w:br/>
        <w:t>Nessun suono meccanico. Solo un sibilo lieve, come quello di un respiro trattenuto troppo a lungo.</w:t>
      </w:r>
    </w:p>
    <w:p w14:paraId="73136C03" w14:textId="77777777" w:rsidR="007C3C6C" w:rsidRPr="00994820" w:rsidRDefault="007C3C6C" w:rsidP="00704DFD">
      <w:pPr>
        <w:spacing w:before="120" w:line="360" w:lineRule="auto"/>
        <w:ind w:firstLine="284"/>
        <w:jc w:val="both"/>
      </w:pPr>
      <w:r w:rsidRPr="00994820">
        <w:t>Fanny sentì il sangue fermarsi nelle vene.</w:t>
      </w:r>
    </w:p>
    <w:p w14:paraId="4B23A148" w14:textId="77777777" w:rsidR="007C3C6C" w:rsidRPr="00994820" w:rsidRDefault="007C3C6C" w:rsidP="00704DFD">
      <w:pPr>
        <w:spacing w:before="120" w:line="360" w:lineRule="auto"/>
        <w:ind w:firstLine="284"/>
        <w:jc w:val="both"/>
      </w:pPr>
      <w:r w:rsidRPr="00994820">
        <w:t>«No…»</w:t>
      </w:r>
    </w:p>
    <w:p w14:paraId="30EF1A1A" w14:textId="77777777" w:rsidR="007C3C6C" w:rsidRPr="00994820" w:rsidRDefault="007C3C6C" w:rsidP="00704DFD">
      <w:pPr>
        <w:spacing w:before="120" w:line="360" w:lineRule="auto"/>
        <w:ind w:firstLine="284"/>
        <w:jc w:val="both"/>
      </w:pPr>
      <w:r w:rsidRPr="00994820">
        <w:t>Rift non reagì subito. Si voltò appena. Gli occhi su Rock. Una piega sul volto. Un dubbio negli occhi.</w:t>
      </w:r>
    </w:p>
    <w:p w14:paraId="5FC93434" w14:textId="77777777" w:rsidR="007C3C6C" w:rsidRPr="00994820" w:rsidRDefault="007C3C6C" w:rsidP="00704DFD">
      <w:pPr>
        <w:spacing w:before="120" w:line="360" w:lineRule="auto"/>
        <w:ind w:firstLine="284"/>
        <w:jc w:val="both"/>
      </w:pPr>
      <w:r w:rsidRPr="00994820">
        <w:t>Fece un passo.</w:t>
      </w:r>
    </w:p>
    <w:p w14:paraId="44E4AA26" w14:textId="77777777" w:rsidR="007C3C6C" w:rsidRPr="00994820" w:rsidRDefault="007C3C6C" w:rsidP="00704DFD">
      <w:pPr>
        <w:spacing w:before="120" w:line="360" w:lineRule="auto"/>
        <w:ind w:firstLine="284"/>
        <w:jc w:val="both"/>
      </w:pPr>
      <w:r w:rsidRPr="00994820">
        <w:t>«Rock…?»</w:t>
      </w:r>
    </w:p>
    <w:p w14:paraId="136045EE" w14:textId="77777777" w:rsidR="007C3C6C" w:rsidRPr="00994820" w:rsidRDefault="007C3C6C" w:rsidP="00704DFD">
      <w:pPr>
        <w:spacing w:before="120" w:line="360" w:lineRule="auto"/>
        <w:ind w:firstLine="284"/>
        <w:jc w:val="both"/>
      </w:pPr>
      <w:r w:rsidRPr="00994820">
        <w:t>Lei si mosse.</w:t>
      </w:r>
    </w:p>
    <w:p w14:paraId="6F6771EE" w14:textId="77777777" w:rsidR="007C3C6C" w:rsidRPr="00994820" w:rsidRDefault="007C3C6C" w:rsidP="00704DFD">
      <w:pPr>
        <w:spacing w:before="120" w:line="360" w:lineRule="auto"/>
        <w:ind w:firstLine="284"/>
        <w:jc w:val="both"/>
      </w:pPr>
      <w:r w:rsidRPr="00994820">
        <w:t>Un solo affondo.</w:t>
      </w:r>
    </w:p>
    <w:p w14:paraId="6E8AB9AF" w14:textId="77777777" w:rsidR="007C3C6C" w:rsidRPr="00994820" w:rsidRDefault="007C3C6C" w:rsidP="00704DFD">
      <w:pPr>
        <w:spacing w:before="120" w:line="360" w:lineRule="auto"/>
        <w:ind w:firstLine="284"/>
        <w:jc w:val="both"/>
      </w:pPr>
      <w:r w:rsidRPr="00994820">
        <w:t>Pulito. Preciso.</w:t>
      </w:r>
    </w:p>
    <w:p w14:paraId="5B026316" w14:textId="77777777" w:rsidR="007C3C6C" w:rsidRPr="00994820" w:rsidRDefault="007C3C6C" w:rsidP="00704DFD">
      <w:pPr>
        <w:spacing w:before="120" w:line="360" w:lineRule="auto"/>
        <w:ind w:firstLine="284"/>
        <w:jc w:val="both"/>
      </w:pPr>
      <w:r w:rsidRPr="00994820">
        <w:t>La spada gli attraversò il petto con la grazia di un gesto rituale. Nessuno strattone. Nessun contraccolpo. Solo un unico movimento, guidato da qualcosa di più profondo della volontà.</w:t>
      </w:r>
    </w:p>
    <w:p w14:paraId="05A02E38" w14:textId="77777777" w:rsidR="007C3C6C" w:rsidRPr="00994820" w:rsidRDefault="007C3C6C" w:rsidP="00704DFD">
      <w:pPr>
        <w:spacing w:before="120" w:line="360" w:lineRule="auto"/>
        <w:ind w:firstLine="284"/>
        <w:jc w:val="both"/>
      </w:pPr>
      <w:r w:rsidRPr="00994820">
        <w:t>Un ordine inciso nel cuore.</w:t>
      </w:r>
    </w:p>
    <w:p w14:paraId="6D19CB0B" w14:textId="77777777" w:rsidR="007C3C6C" w:rsidRPr="00994820" w:rsidRDefault="007C3C6C" w:rsidP="00704DFD">
      <w:pPr>
        <w:spacing w:before="120" w:line="360" w:lineRule="auto"/>
        <w:ind w:firstLine="284"/>
        <w:jc w:val="both"/>
      </w:pPr>
      <w:r w:rsidRPr="00994820">
        <w:t>Rift spalancò gli occhi. Non urlò. Non cadde.</w:t>
      </w:r>
    </w:p>
    <w:p w14:paraId="118F67C0" w14:textId="77777777" w:rsidR="007C3C6C" w:rsidRPr="00994820" w:rsidRDefault="007C3C6C" w:rsidP="00704DFD">
      <w:pPr>
        <w:spacing w:before="120" w:line="360" w:lineRule="auto"/>
        <w:ind w:firstLine="284"/>
        <w:jc w:val="both"/>
      </w:pPr>
      <w:r w:rsidRPr="00994820">
        <w:t>Le sue mani cercarono il volto di lei.</w:t>
      </w:r>
      <w:r w:rsidRPr="00994820">
        <w:br/>
        <w:t>Le dita — ora macchiate del proprio sangue — le accarezzarono la guancia. Un gesto tenero. Intimo. Inaccettabile.</w:t>
      </w:r>
    </w:p>
    <w:p w14:paraId="458BE2E1" w14:textId="77777777" w:rsidR="007C3C6C" w:rsidRPr="00994820" w:rsidRDefault="007C3C6C" w:rsidP="00704DFD">
      <w:pPr>
        <w:spacing w:before="120" w:line="360" w:lineRule="auto"/>
        <w:ind w:firstLine="284"/>
        <w:jc w:val="both"/>
      </w:pPr>
      <w:r w:rsidRPr="00994820">
        <w:t>Rock lo guardava.</w:t>
      </w:r>
    </w:p>
    <w:p w14:paraId="228B9912" w14:textId="77777777" w:rsidR="007C3C6C" w:rsidRPr="00994820" w:rsidRDefault="007C3C6C" w:rsidP="00704DFD">
      <w:pPr>
        <w:spacing w:before="120" w:line="360" w:lineRule="auto"/>
        <w:ind w:firstLine="284"/>
        <w:jc w:val="both"/>
      </w:pPr>
      <w:r w:rsidRPr="00994820">
        <w:lastRenderedPageBreak/>
        <w:t>Gli occhi sempre gelidi. Ma bagnati.</w:t>
      </w:r>
    </w:p>
    <w:p w14:paraId="607C1E61" w14:textId="226F1552" w:rsidR="007C3C6C" w:rsidRPr="00994820" w:rsidRDefault="007C3C6C" w:rsidP="00704DFD">
      <w:pPr>
        <w:spacing w:before="120" w:line="360" w:lineRule="auto"/>
        <w:ind w:firstLine="284"/>
        <w:jc w:val="both"/>
      </w:pPr>
      <w:r w:rsidRPr="00994820">
        <w:t>Una sola lacrima.</w:t>
      </w:r>
      <w:r w:rsidR="00FA331A">
        <w:t xml:space="preserve"> </w:t>
      </w:r>
      <w:r w:rsidRPr="00994820">
        <w:t>Poi un’altra.</w:t>
      </w:r>
      <w:r w:rsidR="00FA331A">
        <w:t xml:space="preserve"> </w:t>
      </w:r>
      <w:r w:rsidRPr="00994820">
        <w:t>Poi una terza, che corse lungo la linea della mascella e si perse sulla spalla.</w:t>
      </w:r>
    </w:p>
    <w:p w14:paraId="14A65D16" w14:textId="77777777" w:rsidR="007C3C6C" w:rsidRPr="00994820" w:rsidRDefault="007C3C6C" w:rsidP="00704DFD">
      <w:pPr>
        <w:spacing w:before="120" w:line="360" w:lineRule="auto"/>
        <w:ind w:firstLine="284"/>
        <w:jc w:val="both"/>
      </w:pPr>
      <w:r w:rsidRPr="00994820">
        <w:t>Fanny non riusciva a respirare.</w:t>
      </w:r>
    </w:p>
    <w:p w14:paraId="4D4DD368" w14:textId="77777777" w:rsidR="007C3C6C" w:rsidRPr="00994820" w:rsidRDefault="007C3C6C" w:rsidP="00704DFD">
      <w:pPr>
        <w:spacing w:before="120" w:line="360" w:lineRule="auto"/>
        <w:ind w:firstLine="284"/>
        <w:jc w:val="both"/>
      </w:pPr>
      <w:r w:rsidRPr="00994820">
        <w:t>«Che cazzo fai…» sussurrò, ma nessuno rispose.</w:t>
      </w:r>
    </w:p>
    <w:p w14:paraId="3DB42262" w14:textId="77777777" w:rsidR="007C3C6C" w:rsidRPr="00994820" w:rsidRDefault="007C3C6C" w:rsidP="00704DFD">
      <w:pPr>
        <w:spacing w:before="120" w:line="360" w:lineRule="auto"/>
        <w:ind w:firstLine="284"/>
        <w:jc w:val="both"/>
      </w:pPr>
      <w:r w:rsidRPr="00994820">
        <w:t>Rift aprì la bocca. Solo un filo di voce.</w:t>
      </w:r>
    </w:p>
    <w:p w14:paraId="4297EF21" w14:textId="77777777" w:rsidR="007C3C6C" w:rsidRPr="00994820" w:rsidRDefault="007C3C6C" w:rsidP="00704DFD">
      <w:pPr>
        <w:spacing w:before="120" w:line="360" w:lineRule="auto"/>
        <w:ind w:firstLine="284"/>
        <w:jc w:val="both"/>
      </w:pPr>
      <w:r w:rsidRPr="00994820">
        <w:t>«…Ti… amo.»</w:t>
      </w:r>
    </w:p>
    <w:p w14:paraId="59BDA38C" w14:textId="77777777" w:rsidR="007C3C6C" w:rsidRPr="00994820" w:rsidRDefault="007C3C6C" w:rsidP="00704DFD">
      <w:pPr>
        <w:spacing w:before="120" w:line="360" w:lineRule="auto"/>
        <w:ind w:firstLine="284"/>
        <w:jc w:val="both"/>
      </w:pPr>
      <w:r w:rsidRPr="00994820">
        <w:t>Poi cadde.</w:t>
      </w:r>
    </w:p>
    <w:p w14:paraId="5B38148A" w14:textId="77777777" w:rsidR="007C3C6C" w:rsidRPr="00994820" w:rsidRDefault="007C3C6C" w:rsidP="00704DFD">
      <w:pPr>
        <w:spacing w:before="120" w:line="360" w:lineRule="auto"/>
        <w:ind w:firstLine="284"/>
        <w:jc w:val="both"/>
      </w:pPr>
      <w:r w:rsidRPr="00994820">
        <w:t>Le gambe cedettero, il busto si inclinò in avanti, ma Rock lo accompagnò nella discesa.</w:t>
      </w:r>
      <w:r w:rsidRPr="00994820">
        <w:br/>
        <w:t>Lo strinse tra le braccia, senza dire una parola. Lo adagiò al suolo come un bambino addormentato.</w:t>
      </w:r>
    </w:p>
    <w:p w14:paraId="1178D471" w14:textId="77777777" w:rsidR="007C3C6C" w:rsidRPr="00994820" w:rsidRDefault="007C3C6C" w:rsidP="00704DFD">
      <w:pPr>
        <w:spacing w:before="120" w:line="360" w:lineRule="auto"/>
        <w:ind w:firstLine="284"/>
        <w:jc w:val="both"/>
      </w:pPr>
      <w:r w:rsidRPr="00994820">
        <w:t>Le sue mani tremavano.</w:t>
      </w:r>
    </w:p>
    <w:p w14:paraId="637AB283" w14:textId="77777777" w:rsidR="007C3C6C" w:rsidRPr="00994820" w:rsidRDefault="007C3C6C" w:rsidP="00704DFD">
      <w:pPr>
        <w:spacing w:before="120" w:line="360" w:lineRule="auto"/>
        <w:ind w:firstLine="284"/>
        <w:jc w:val="both"/>
      </w:pPr>
      <w:r w:rsidRPr="00994820">
        <w:t>Le lacrime continuavano a scendere.</w:t>
      </w:r>
    </w:p>
    <w:p w14:paraId="751F4605" w14:textId="77777777" w:rsidR="007C3C6C" w:rsidRPr="00994820" w:rsidRDefault="007C3C6C" w:rsidP="00704DFD">
      <w:pPr>
        <w:spacing w:before="120" w:line="360" w:lineRule="auto"/>
        <w:ind w:firstLine="284"/>
        <w:jc w:val="both"/>
      </w:pPr>
      <w:r w:rsidRPr="00994820">
        <w:t>Ma il viso era ancora lo stesso.</w:t>
      </w:r>
    </w:p>
    <w:p w14:paraId="4BCE2660" w14:textId="77777777" w:rsidR="007C3C6C" w:rsidRPr="00994820" w:rsidRDefault="007C3C6C" w:rsidP="00704DFD">
      <w:pPr>
        <w:spacing w:before="120" w:line="360" w:lineRule="auto"/>
        <w:ind w:firstLine="284"/>
        <w:jc w:val="both"/>
      </w:pPr>
      <w:r w:rsidRPr="00994820">
        <w:t>Vuoto.</w:t>
      </w:r>
    </w:p>
    <w:p w14:paraId="3EA314C1" w14:textId="77777777" w:rsidR="007C3C6C" w:rsidRPr="00994820" w:rsidRDefault="007C3C6C" w:rsidP="00704DFD">
      <w:pPr>
        <w:spacing w:before="120" w:line="360" w:lineRule="auto"/>
        <w:ind w:firstLine="284"/>
        <w:jc w:val="both"/>
      </w:pPr>
      <w:r w:rsidRPr="00994820">
        <w:t>Obbediente.</w:t>
      </w:r>
    </w:p>
    <w:p w14:paraId="11600ED3" w14:textId="77777777" w:rsidR="007C3C6C" w:rsidRPr="00994820" w:rsidRDefault="007C3C6C" w:rsidP="00704DFD">
      <w:pPr>
        <w:spacing w:before="120" w:line="360" w:lineRule="auto"/>
        <w:ind w:firstLine="284"/>
        <w:jc w:val="both"/>
      </w:pPr>
      <w:r w:rsidRPr="00994820">
        <w:t>Fanny si fece avanti. A passi lenti. Il guanto si ricaricava da solo, come rispondendo alla corrente emotiva che le attraversava la colonna vertebrale.</w:t>
      </w:r>
    </w:p>
    <w:p w14:paraId="2D257EE8" w14:textId="77777777" w:rsidR="007C3C6C" w:rsidRPr="00994820" w:rsidRDefault="007C3C6C" w:rsidP="00704DFD">
      <w:pPr>
        <w:spacing w:before="120" w:line="360" w:lineRule="auto"/>
        <w:ind w:firstLine="284"/>
        <w:jc w:val="both"/>
      </w:pPr>
      <w:r w:rsidRPr="00994820">
        <w:t>La sua voce non era più umana.</w:t>
      </w:r>
    </w:p>
    <w:p w14:paraId="12826459" w14:textId="77777777" w:rsidR="007C3C6C" w:rsidRPr="00994820" w:rsidRDefault="007C3C6C" w:rsidP="00704DFD">
      <w:pPr>
        <w:spacing w:before="120" w:line="360" w:lineRule="auto"/>
        <w:ind w:firstLine="284"/>
        <w:jc w:val="both"/>
      </w:pPr>
      <w:r w:rsidRPr="00994820">
        <w:t>«Questo non è amore.»</w:t>
      </w:r>
    </w:p>
    <w:p w14:paraId="2F506A8C" w14:textId="77777777" w:rsidR="007C3C6C" w:rsidRPr="00994820" w:rsidRDefault="007C3C6C" w:rsidP="00704DFD">
      <w:pPr>
        <w:spacing w:before="120" w:line="360" w:lineRule="auto"/>
        <w:ind w:firstLine="284"/>
        <w:jc w:val="both"/>
      </w:pPr>
      <w:r w:rsidRPr="00994820">
        <w:t>Rock non si mosse.</w:t>
      </w:r>
    </w:p>
    <w:p w14:paraId="3B1449E3" w14:textId="77777777" w:rsidR="007C3C6C" w:rsidRPr="00994820" w:rsidRDefault="007C3C6C" w:rsidP="00704DFD">
      <w:pPr>
        <w:spacing w:before="120" w:line="360" w:lineRule="auto"/>
        <w:ind w:firstLine="284"/>
        <w:jc w:val="both"/>
      </w:pPr>
      <w:r w:rsidRPr="00994820">
        <w:t>Non disse nulla.</w:t>
      </w:r>
    </w:p>
    <w:p w14:paraId="146358D1" w14:textId="77777777" w:rsidR="007C3C6C" w:rsidRPr="00994820" w:rsidRDefault="007C3C6C" w:rsidP="00704DFD">
      <w:pPr>
        <w:spacing w:before="120" w:line="360" w:lineRule="auto"/>
        <w:ind w:firstLine="284"/>
        <w:jc w:val="both"/>
      </w:pPr>
      <w:r w:rsidRPr="00994820">
        <w:t>Fanny sollevò il pugno.</w:t>
      </w:r>
    </w:p>
    <w:p w14:paraId="42530B1D" w14:textId="77777777" w:rsidR="007C3C6C" w:rsidRPr="00994820" w:rsidRDefault="007C3C6C" w:rsidP="00704DFD">
      <w:pPr>
        <w:spacing w:before="120" w:line="360" w:lineRule="auto"/>
        <w:ind w:firstLine="284"/>
        <w:jc w:val="both"/>
      </w:pPr>
      <w:r w:rsidRPr="00994820">
        <w:t>«Questa…» sibilò Fanny, il braccio teso verso Rock, il guanto incandescente, «…non è vita. È solo l’ennesimo fantoccio nelle mani di una Dea ingrata.»</w:t>
      </w:r>
    </w:p>
    <w:p w14:paraId="06DE326D" w14:textId="77777777" w:rsidR="007C3C6C" w:rsidRPr="00994820" w:rsidRDefault="007C3C6C" w:rsidP="00704DFD">
      <w:pPr>
        <w:spacing w:before="120" w:line="360" w:lineRule="auto"/>
        <w:ind w:firstLine="284"/>
        <w:jc w:val="both"/>
      </w:pPr>
      <w:r w:rsidRPr="00994820">
        <w:t>Rock non si mosse.</w:t>
      </w:r>
    </w:p>
    <w:p w14:paraId="15413FBD" w14:textId="77777777" w:rsidR="007C3C6C" w:rsidRPr="00994820" w:rsidRDefault="007C3C6C" w:rsidP="00704DFD">
      <w:pPr>
        <w:spacing w:before="120" w:line="360" w:lineRule="auto"/>
        <w:ind w:firstLine="284"/>
        <w:jc w:val="both"/>
      </w:pPr>
      <w:r w:rsidRPr="00994820">
        <w:t>Aveva ancora Rift tra le braccia, ma non lo guardava più.</w:t>
      </w:r>
    </w:p>
    <w:p w14:paraId="0336FBB9" w14:textId="77777777" w:rsidR="007C3C6C" w:rsidRPr="00994820" w:rsidRDefault="007C3C6C" w:rsidP="00704DFD">
      <w:pPr>
        <w:spacing w:before="120" w:line="360" w:lineRule="auto"/>
        <w:ind w:firstLine="284"/>
        <w:jc w:val="both"/>
      </w:pPr>
      <w:r w:rsidRPr="00994820">
        <w:t>Fissava il vuoto.</w:t>
      </w:r>
    </w:p>
    <w:p w14:paraId="6F639550" w14:textId="77777777" w:rsidR="007C3C6C" w:rsidRPr="00994820" w:rsidRDefault="007C3C6C" w:rsidP="00704DFD">
      <w:pPr>
        <w:spacing w:before="120" w:line="360" w:lineRule="auto"/>
        <w:ind w:firstLine="284"/>
        <w:jc w:val="both"/>
      </w:pPr>
      <w:r w:rsidRPr="00994820">
        <w:t>Come se, insieme a lui, fosse morto anche l’ultimo frammento che ancora la rendeva umana e viva. L’ultimo senso.</w:t>
      </w:r>
    </w:p>
    <w:p w14:paraId="5A64053D" w14:textId="77777777" w:rsidR="007C3C6C" w:rsidRPr="00994820" w:rsidRDefault="007C3C6C" w:rsidP="00704DFD">
      <w:pPr>
        <w:spacing w:before="120" w:line="360" w:lineRule="auto"/>
        <w:ind w:firstLine="284"/>
        <w:jc w:val="both"/>
      </w:pPr>
      <w:r w:rsidRPr="00994820">
        <w:lastRenderedPageBreak/>
        <w:t>Fanny caricò il colpo.</w:t>
      </w:r>
      <w:r w:rsidRPr="00994820">
        <w:br/>
        <w:t>Becky non disse nulla. Nemmeno un avviso. Kieran si limitò ad abbassare lo sguardo, sapeva che sarebbe stato inutile. Tutto il piano taceva.</w:t>
      </w:r>
      <w:r w:rsidRPr="00994820">
        <w:br/>
        <w:t xml:space="preserve">Solo la risata di stein spezzava quel silenzio rituale, la stessa risata della sorridente.  </w:t>
      </w:r>
    </w:p>
    <w:p w14:paraId="4A29EA93" w14:textId="77777777" w:rsidR="007C3C6C" w:rsidRPr="00994820" w:rsidRDefault="007C3C6C" w:rsidP="00704DFD">
      <w:pPr>
        <w:spacing w:before="120" w:line="360" w:lineRule="auto"/>
        <w:ind w:firstLine="284"/>
        <w:jc w:val="both"/>
      </w:pPr>
      <w:r w:rsidRPr="00994820">
        <w:t>«Siete davvero magnifici ragazzi» sibilò con la voce distorta e squillante.</w:t>
      </w:r>
    </w:p>
    <w:p w14:paraId="4518D514" w14:textId="77777777" w:rsidR="007C3C6C" w:rsidRPr="00994820" w:rsidRDefault="007C3C6C" w:rsidP="00704DFD">
      <w:pPr>
        <w:spacing w:before="120" w:line="360" w:lineRule="auto"/>
        <w:ind w:firstLine="284"/>
        <w:jc w:val="both"/>
      </w:pPr>
      <w:r w:rsidRPr="00994820">
        <w:t>Il pugno partì.</w:t>
      </w:r>
    </w:p>
    <w:p w14:paraId="64B34BA3" w14:textId="77777777" w:rsidR="007C3C6C" w:rsidRPr="00994820" w:rsidRDefault="007C3C6C" w:rsidP="00704DFD">
      <w:pPr>
        <w:spacing w:before="120" w:line="360" w:lineRule="auto"/>
        <w:ind w:firstLine="284"/>
        <w:jc w:val="both"/>
      </w:pPr>
      <w:r w:rsidRPr="00994820">
        <w:t>Un’esplosione d’arancio liquido, un cratere nel pavimento.</w:t>
      </w:r>
    </w:p>
    <w:p w14:paraId="4D699138" w14:textId="77777777" w:rsidR="007C3C6C" w:rsidRPr="00994820" w:rsidRDefault="007C3C6C" w:rsidP="00704DFD">
      <w:pPr>
        <w:spacing w:before="120" w:line="360" w:lineRule="auto"/>
        <w:ind w:firstLine="284"/>
        <w:jc w:val="both"/>
      </w:pPr>
      <w:r w:rsidRPr="00994820">
        <w:t>Rock fu scaraventata contro la parete della zona rossa, quella della Gratia euforica. Il muro si incrinò in una ragnatela di vetro. Il volto sembrò frantumarsi. La lama che aveva generato e con essa il suo stesso braccio volò via nell’impatto, lasciando solo un fiume di sangue e olio, il volto rigato di sangue e lacrime che non sembravano sue.</w:t>
      </w:r>
    </w:p>
    <w:p w14:paraId="65F4E57C" w14:textId="77777777" w:rsidR="007C3C6C" w:rsidRPr="00994820" w:rsidRDefault="007C3C6C" w:rsidP="00704DFD">
      <w:pPr>
        <w:spacing w:before="120" w:line="360" w:lineRule="auto"/>
        <w:ind w:firstLine="284"/>
        <w:jc w:val="both"/>
      </w:pPr>
      <w:r w:rsidRPr="00994820">
        <w:t>Fanny la raggiunse a passi decisi e il volto spento mentre superava il corpo di Rift «Mi dispiace, Rift… avrei voluto salvare almeno te» sussurrò Fanny. Ma non si salva nessuno, non davvero.</w:t>
      </w:r>
      <w:r w:rsidRPr="00994820">
        <w:br/>
        <w:t>Non quando la verità e l’amore diventano colpe. Ma non aveva importanza, lei non si sarebbe fermata fino alla fine, per tutti colore che erano morti nel tragitto, e per quelli che ancora dovevano cadere. Poi lo sguardo si diresse verso Rock, era ormai vicina.</w:t>
      </w:r>
      <w:r w:rsidRPr="00994820">
        <w:br/>
        <w:t>«Io non so chi tu fossi prima, ma spero che in un'altra vita voi possiate amarvi» disse con un tono privato di ogni emozione.</w:t>
      </w:r>
    </w:p>
    <w:p w14:paraId="7F14C592" w14:textId="64792E6F" w:rsidR="007C3C6C" w:rsidRPr="00994820" w:rsidRDefault="007C3C6C" w:rsidP="00704DFD">
      <w:pPr>
        <w:spacing w:before="120" w:line="360" w:lineRule="auto"/>
        <w:ind w:firstLine="284"/>
        <w:jc w:val="both"/>
      </w:pPr>
      <w:r w:rsidRPr="00994820">
        <w:t>Rock non rispose.</w:t>
      </w:r>
      <w:r w:rsidR="00FA331A">
        <w:t xml:space="preserve"> </w:t>
      </w:r>
      <w:r w:rsidRPr="00994820">
        <w:t>Fece per rialzarsi.</w:t>
      </w:r>
    </w:p>
    <w:p w14:paraId="5AEC7816" w14:textId="77777777" w:rsidR="007C3C6C" w:rsidRPr="00994820" w:rsidRDefault="007C3C6C" w:rsidP="00704DFD">
      <w:pPr>
        <w:spacing w:before="120" w:line="360" w:lineRule="auto"/>
        <w:ind w:firstLine="284"/>
        <w:jc w:val="both"/>
      </w:pPr>
      <w:r w:rsidRPr="00994820">
        <w:t>Fanny glielo impedì.</w:t>
      </w:r>
    </w:p>
    <w:p w14:paraId="3CC7BC2F" w14:textId="0642CDC5" w:rsidR="007C3C6C" w:rsidRPr="00994820" w:rsidRDefault="007C3C6C" w:rsidP="00704DFD">
      <w:pPr>
        <w:spacing w:before="120" w:line="360" w:lineRule="auto"/>
        <w:ind w:firstLine="284"/>
        <w:jc w:val="both"/>
      </w:pPr>
      <w:r w:rsidRPr="00994820">
        <w:t>Il secondo pugno le trapassò il petto.</w:t>
      </w:r>
      <w:r w:rsidR="00FA331A">
        <w:t xml:space="preserve"> </w:t>
      </w:r>
      <w:r w:rsidRPr="00994820">
        <w:t>Non fu spettacolare. Non fu un'esplosione.</w:t>
      </w:r>
    </w:p>
    <w:p w14:paraId="558B28E5" w14:textId="6F92800A" w:rsidR="007C3C6C" w:rsidRPr="00994820" w:rsidRDefault="007C3C6C" w:rsidP="00704DFD">
      <w:pPr>
        <w:spacing w:before="120" w:line="360" w:lineRule="auto"/>
        <w:ind w:firstLine="284"/>
        <w:jc w:val="both"/>
      </w:pPr>
      <w:r w:rsidRPr="00994820">
        <w:t>Fu distruzione.</w:t>
      </w:r>
      <w:r w:rsidR="00FA331A">
        <w:t xml:space="preserve"> </w:t>
      </w:r>
      <w:r w:rsidRPr="00994820">
        <w:t>Pura.</w:t>
      </w:r>
    </w:p>
    <w:p w14:paraId="56ACC084" w14:textId="77777777" w:rsidR="007C3C6C" w:rsidRPr="00994820" w:rsidRDefault="007C3C6C" w:rsidP="00704DFD">
      <w:pPr>
        <w:spacing w:before="120" w:line="360" w:lineRule="auto"/>
        <w:ind w:firstLine="284"/>
        <w:jc w:val="both"/>
      </w:pPr>
      <w:r w:rsidRPr="00994820">
        <w:t>Le giunture si piegarono. I sistemi sensoriali si spensero come lampadine. Il cuore sintetico, quello nascosto tra gli innesti, emise un unico suono.</w:t>
      </w:r>
    </w:p>
    <w:p w14:paraId="3C62744D" w14:textId="77777777" w:rsidR="007C3C6C" w:rsidRPr="00994820" w:rsidRDefault="007C3C6C" w:rsidP="00704DFD">
      <w:pPr>
        <w:spacing w:before="120" w:line="360" w:lineRule="auto"/>
        <w:ind w:firstLine="284"/>
        <w:jc w:val="both"/>
      </w:pPr>
      <w:r w:rsidRPr="00994820">
        <w:rPr>
          <w:b/>
          <w:bCs/>
        </w:rPr>
        <w:t>Click.</w:t>
      </w:r>
    </w:p>
    <w:p w14:paraId="28147A7A" w14:textId="77777777" w:rsidR="007C3C6C" w:rsidRPr="00994820" w:rsidRDefault="007C3C6C" w:rsidP="00704DFD">
      <w:pPr>
        <w:spacing w:before="120" w:line="360" w:lineRule="auto"/>
        <w:ind w:firstLine="284"/>
        <w:jc w:val="both"/>
      </w:pPr>
      <w:r w:rsidRPr="00994820">
        <w:t>Poi silenzio.</w:t>
      </w:r>
    </w:p>
    <w:p w14:paraId="34AB5F41" w14:textId="77777777" w:rsidR="007C3C6C" w:rsidRPr="00994820" w:rsidRDefault="007C3C6C" w:rsidP="00704DFD">
      <w:pPr>
        <w:spacing w:before="120" w:line="360" w:lineRule="auto"/>
        <w:ind w:firstLine="284"/>
        <w:jc w:val="both"/>
      </w:pPr>
      <w:r w:rsidRPr="00994820">
        <w:t>Il corpo si afflosciò.</w:t>
      </w:r>
    </w:p>
    <w:p w14:paraId="2D721EA6" w14:textId="77777777" w:rsidR="007C3C6C" w:rsidRPr="00994820" w:rsidRDefault="007C3C6C" w:rsidP="00704DFD">
      <w:pPr>
        <w:spacing w:before="120" w:line="360" w:lineRule="auto"/>
        <w:ind w:firstLine="284"/>
        <w:jc w:val="both"/>
      </w:pPr>
      <w:r w:rsidRPr="00994820">
        <w:t>Fanny rimase in piedi. Le braccia abbassate. Il respiro fuori controllo. Il cuore che ancora non si era accorto di aver finito.</w:t>
      </w:r>
    </w:p>
    <w:p w14:paraId="0E0E9E93" w14:textId="77777777" w:rsidR="007C3C6C" w:rsidRPr="00994820" w:rsidRDefault="007C3C6C" w:rsidP="00704DFD">
      <w:pPr>
        <w:spacing w:before="120" w:line="360" w:lineRule="auto"/>
        <w:ind w:firstLine="284"/>
        <w:jc w:val="both"/>
      </w:pPr>
      <w:r w:rsidRPr="00994820">
        <w:t>Kieran si avvicinò piano. Non per fermarla. Solo per esserci.</w:t>
      </w:r>
    </w:p>
    <w:p w14:paraId="61E61FD4" w14:textId="77777777" w:rsidR="007C3C6C" w:rsidRPr="00994820" w:rsidRDefault="007C3C6C" w:rsidP="00704DFD">
      <w:pPr>
        <w:spacing w:before="120" w:line="360" w:lineRule="auto"/>
        <w:ind w:firstLine="284"/>
        <w:jc w:val="both"/>
      </w:pPr>
      <w:r w:rsidRPr="00994820">
        <w:lastRenderedPageBreak/>
        <w:t>Dall’altra parte della sala, Aman era inginocchiato accanto a Momo.</w:t>
      </w:r>
    </w:p>
    <w:p w14:paraId="545FEB38" w14:textId="77777777" w:rsidR="007C3C6C" w:rsidRPr="00994820" w:rsidRDefault="007C3C6C" w:rsidP="00704DFD">
      <w:pPr>
        <w:spacing w:before="120" w:line="360" w:lineRule="auto"/>
        <w:ind w:firstLine="284"/>
        <w:jc w:val="both"/>
      </w:pPr>
      <w:r w:rsidRPr="00994820">
        <w:t>Lei non aveva reagito.</w:t>
      </w:r>
    </w:p>
    <w:p w14:paraId="7ECFB010" w14:textId="77777777" w:rsidR="007C3C6C" w:rsidRPr="00994820" w:rsidRDefault="007C3C6C" w:rsidP="00704DFD">
      <w:pPr>
        <w:spacing w:before="120" w:line="360" w:lineRule="auto"/>
        <w:ind w:firstLine="284"/>
        <w:jc w:val="both"/>
      </w:pPr>
      <w:r w:rsidRPr="00994820">
        <w:t>Non dopo l’ultimo colpo. Non dopo la decisione di Rock.</w:t>
      </w:r>
    </w:p>
    <w:p w14:paraId="00A24529" w14:textId="77777777" w:rsidR="007C3C6C" w:rsidRPr="00994820" w:rsidRDefault="007C3C6C" w:rsidP="00704DFD">
      <w:pPr>
        <w:spacing w:before="120" w:line="360" w:lineRule="auto"/>
        <w:ind w:firstLine="284"/>
        <w:jc w:val="both"/>
      </w:pPr>
      <w:r w:rsidRPr="00994820">
        <w:t>Guardava il soffitto. Gli occhi argentei appena umidi. Nessuna espressione. Nessuna paura.</w:t>
      </w:r>
    </w:p>
    <w:p w14:paraId="6C43E65F" w14:textId="5927C29C" w:rsidR="007C3C6C" w:rsidRPr="00994820" w:rsidRDefault="007C3C6C" w:rsidP="00704DFD">
      <w:pPr>
        <w:spacing w:before="120" w:line="360" w:lineRule="auto"/>
        <w:ind w:firstLine="284"/>
        <w:jc w:val="both"/>
      </w:pPr>
      <w:r w:rsidRPr="00994820">
        <w:t>Aman le sfiorò la fronte.</w:t>
      </w:r>
      <w:r w:rsidR="00FA331A">
        <w:t xml:space="preserve"> </w:t>
      </w:r>
      <w:r w:rsidRPr="00994820">
        <w:t>Un gesto lieve. Fraterno.</w:t>
      </w:r>
    </w:p>
    <w:p w14:paraId="03E9B85D" w14:textId="77777777" w:rsidR="007C3C6C" w:rsidRPr="00994820" w:rsidRDefault="007C3C6C" w:rsidP="00704DFD">
      <w:pPr>
        <w:spacing w:before="120" w:line="360" w:lineRule="auto"/>
        <w:ind w:firstLine="284"/>
        <w:jc w:val="both"/>
      </w:pPr>
      <w:r w:rsidRPr="00994820">
        <w:t>«Sei ancora lì?...» disse piano. Fu Fanny a rispondere, mentre si dirigeva verso Stein, steso a terra, troppo ferito per allontanrsi.</w:t>
      </w:r>
    </w:p>
    <w:p w14:paraId="38526B60" w14:textId="77777777" w:rsidR="007C3C6C" w:rsidRPr="00994820" w:rsidRDefault="007C3C6C" w:rsidP="00704DFD">
      <w:pPr>
        <w:spacing w:before="120" w:line="360" w:lineRule="auto"/>
        <w:ind w:firstLine="284"/>
        <w:jc w:val="both"/>
      </w:pPr>
      <w:r w:rsidRPr="00994820">
        <w:t>«No. E tu lo sai Aman» ringhiò con voce profonda, una voce che riempì l’intera sala.</w:t>
      </w:r>
    </w:p>
    <w:p w14:paraId="4CEE266E" w14:textId="77777777" w:rsidR="007C3C6C" w:rsidRPr="00994820" w:rsidRDefault="007C3C6C" w:rsidP="00704DFD">
      <w:pPr>
        <w:spacing w:before="120" w:line="360" w:lineRule="auto"/>
        <w:ind w:firstLine="284"/>
        <w:jc w:val="both"/>
      </w:pPr>
      <w:r w:rsidRPr="00994820">
        <w:t>Ancora un mutamento. L’arancio non brillava. Era spento, sporco, intriso di qualcosa di più vecchio del fuoco: rancore.</w:t>
      </w:r>
    </w:p>
    <w:p w14:paraId="67451AA8" w14:textId="77777777" w:rsidR="007C3C6C" w:rsidRPr="00994820" w:rsidRDefault="007C3C6C" w:rsidP="00704DFD">
      <w:pPr>
        <w:spacing w:before="120" w:line="360" w:lineRule="auto"/>
        <w:ind w:firstLine="284"/>
        <w:jc w:val="both"/>
      </w:pPr>
      <w:r w:rsidRPr="00994820">
        <w:t>Non ardeva, non riscaldava. Corrodeva.</w:t>
      </w:r>
    </w:p>
    <w:p w14:paraId="611C90EC" w14:textId="77777777" w:rsidR="007C3C6C" w:rsidRPr="00994820" w:rsidRDefault="007C3C6C" w:rsidP="00704DFD">
      <w:pPr>
        <w:spacing w:before="120" w:line="360" w:lineRule="auto"/>
        <w:ind w:firstLine="284"/>
        <w:jc w:val="both"/>
      </w:pPr>
      <w:r w:rsidRPr="00994820">
        <w:t xml:space="preserve">Le pareti sembravano arrugginire dall’interno, come se il colore fosse colato da una ferita antica e mai cicatrizzata. </w:t>
      </w:r>
    </w:p>
    <w:p w14:paraId="1FF08B2C" w14:textId="70093AC0" w:rsidR="007C3C6C" w:rsidRPr="00994820" w:rsidRDefault="007C3C6C" w:rsidP="00704DFD">
      <w:pPr>
        <w:spacing w:before="120" w:line="360" w:lineRule="auto"/>
        <w:ind w:firstLine="284"/>
        <w:jc w:val="both"/>
      </w:pPr>
      <w:r w:rsidRPr="00994820">
        <w:t>Perfino la luce sembrava risentirne: vibrava senza ritmo, come un muscolo teso da giorni. Ogni oggetto toccato da quel riflesso appariva più vecchio, più stanco, come se il tempo stesso si consumasse in silenzio.</w:t>
      </w:r>
      <w:r w:rsidR="00FA331A">
        <w:t xml:space="preserve"> </w:t>
      </w:r>
      <w:r w:rsidRPr="00994820">
        <w:t>Gli occhi pieni di lacrime di Aman, si incupirono «Lo sapevo da tempo…» sussurrò debolmente il ragazzo, mentre un tenue sorriso amorevole apparve sotto il suo naso sottile.</w:t>
      </w:r>
    </w:p>
    <w:p w14:paraId="6A17DDDD" w14:textId="3908A4D6" w:rsidR="007C3C6C" w:rsidRPr="00994820" w:rsidRDefault="007C3C6C" w:rsidP="00704DFD">
      <w:pPr>
        <w:spacing w:before="120" w:line="360" w:lineRule="auto"/>
        <w:ind w:firstLine="284"/>
        <w:jc w:val="both"/>
      </w:pPr>
      <w:r w:rsidRPr="00994820">
        <w:t>Poi baciò tra gli occhi Momo. Proprio come Rock, anche lei sembrava essersi spenta, aveva cessato i suoi attacchi, ma era rimasta lì, immobile. Sembrava in attesa di qualcosa, e delle piccole lacrime iniziarono a brillarle negli occhi argentei.</w:t>
      </w:r>
      <w:r w:rsidR="00FA331A">
        <w:t xml:space="preserve"> </w:t>
      </w:r>
      <w:r w:rsidRPr="00994820">
        <w:t>Aman la avvolse tra le sue ali, in un caldo abbraccio. E le passò una scarica elettrica lieve, dolce, precisa. Una carezza fatta d’addio.</w:t>
      </w:r>
    </w:p>
    <w:p w14:paraId="30A7610B" w14:textId="77777777" w:rsidR="007C3C6C" w:rsidRPr="00994820" w:rsidRDefault="007C3C6C" w:rsidP="00704DFD">
      <w:pPr>
        <w:spacing w:before="120" w:line="360" w:lineRule="auto"/>
        <w:ind w:firstLine="284"/>
        <w:jc w:val="both"/>
      </w:pPr>
      <w:r w:rsidRPr="00994820">
        <w:t>Momo chiuse gli occhi.</w:t>
      </w:r>
    </w:p>
    <w:p w14:paraId="2042C335" w14:textId="77777777" w:rsidR="007C3C6C" w:rsidRPr="00994820" w:rsidRDefault="007C3C6C" w:rsidP="00704DFD">
      <w:pPr>
        <w:spacing w:before="120" w:line="360" w:lineRule="auto"/>
        <w:ind w:firstLine="284"/>
        <w:jc w:val="both"/>
      </w:pPr>
      <w:r w:rsidRPr="00994820">
        <w:t>Non tremò.</w:t>
      </w:r>
    </w:p>
    <w:p w14:paraId="3C47846C" w14:textId="77777777" w:rsidR="007C3C6C" w:rsidRPr="00994820" w:rsidRDefault="007C3C6C" w:rsidP="00704DFD">
      <w:pPr>
        <w:spacing w:before="120" w:line="360" w:lineRule="auto"/>
        <w:ind w:firstLine="284"/>
        <w:jc w:val="both"/>
      </w:pPr>
      <w:r w:rsidRPr="00994820">
        <w:t>Non pianse.</w:t>
      </w:r>
    </w:p>
    <w:p w14:paraId="1EAFF79B" w14:textId="77777777" w:rsidR="007C3C6C" w:rsidRPr="00994820" w:rsidRDefault="007C3C6C" w:rsidP="00704DFD">
      <w:pPr>
        <w:spacing w:before="120" w:line="360" w:lineRule="auto"/>
        <w:ind w:firstLine="284"/>
        <w:jc w:val="both"/>
      </w:pPr>
      <w:r w:rsidRPr="00994820">
        <w:t>Si spense.</w:t>
      </w:r>
    </w:p>
    <w:p w14:paraId="5FBABD03" w14:textId="77777777" w:rsidR="007C3C6C" w:rsidRPr="00994820" w:rsidRDefault="007C3C6C" w:rsidP="00704DFD">
      <w:pPr>
        <w:spacing w:before="120" w:line="360" w:lineRule="auto"/>
        <w:ind w:firstLine="284"/>
        <w:jc w:val="both"/>
      </w:pPr>
      <w:r w:rsidRPr="00994820">
        <w:t>E le luci del piano, per un attimo, tornarono bianche.</w:t>
      </w:r>
    </w:p>
    <w:p w14:paraId="19F215C7" w14:textId="77777777" w:rsidR="007C3C6C" w:rsidRPr="00994820" w:rsidRDefault="007C3C6C" w:rsidP="00704DFD">
      <w:pPr>
        <w:spacing w:before="120" w:line="360" w:lineRule="auto"/>
        <w:ind w:firstLine="284"/>
        <w:jc w:val="both"/>
      </w:pPr>
      <w:r w:rsidRPr="00994820">
        <w:t>Il quinto piano tacque.</w:t>
      </w:r>
    </w:p>
    <w:p w14:paraId="773A262B" w14:textId="272E0B97" w:rsidR="007C3C6C" w:rsidRPr="00994820" w:rsidRDefault="007C3C6C" w:rsidP="00704DFD">
      <w:pPr>
        <w:spacing w:before="120" w:line="360" w:lineRule="auto"/>
        <w:ind w:firstLine="284"/>
        <w:jc w:val="both"/>
      </w:pPr>
      <w:r w:rsidRPr="00994820">
        <w:t>Nessun allarme. Nessuna voce dagli altoparlanti. Nessuna emergenza.</w:t>
      </w:r>
      <w:r w:rsidR="00FA331A">
        <w:t xml:space="preserve"> </w:t>
      </w:r>
      <w:r w:rsidRPr="00994820">
        <w:t>Solo il bianco.</w:t>
      </w:r>
    </w:p>
    <w:p w14:paraId="0CD72647" w14:textId="2EDD301D" w:rsidR="007C3C6C" w:rsidRPr="00994820" w:rsidRDefault="007C3C6C" w:rsidP="00704DFD">
      <w:pPr>
        <w:spacing w:before="120" w:line="360" w:lineRule="auto"/>
        <w:ind w:firstLine="284"/>
        <w:jc w:val="both"/>
      </w:pPr>
      <w:r w:rsidRPr="00994820">
        <w:lastRenderedPageBreak/>
        <w:t>Eppure, non c’era silenzio.</w:t>
      </w:r>
      <w:r w:rsidR="00FA331A">
        <w:t xml:space="preserve"> </w:t>
      </w:r>
      <w:r w:rsidRPr="00994820">
        <w:t>Una nota unica, continua, piatta, le martellava il fondo del cranio come una lama senza affondo.</w:t>
      </w:r>
      <w:r w:rsidR="00FA331A">
        <w:t xml:space="preserve"> </w:t>
      </w:r>
      <w:r w:rsidRPr="00994820">
        <w:t>Un suono vuoto che faceva male alle orecchie, come se la stanza stessa non sapesse come rispondere a quella marea di emozioni instabili.</w:t>
      </w:r>
      <w:r w:rsidRPr="00994820">
        <w:br/>
        <w:t>Persino il respiro sembrava assordante.</w:t>
      </w:r>
    </w:p>
    <w:p w14:paraId="34E41F93" w14:textId="77777777" w:rsidR="007C3C6C" w:rsidRPr="00994820" w:rsidRDefault="007C3C6C" w:rsidP="00704DFD">
      <w:pPr>
        <w:spacing w:before="120" w:line="360" w:lineRule="auto"/>
        <w:ind w:firstLine="284"/>
        <w:jc w:val="both"/>
      </w:pPr>
      <w:r w:rsidRPr="00994820">
        <w:t>Tutte le zone cromatiche si spensero, assorbite in un’unica luce lattiginosa.</w:t>
      </w:r>
      <w:r w:rsidRPr="00994820">
        <w:br/>
        <w:t>Un bianco sterile. Senza emozione. Senza Gratia.</w:t>
      </w:r>
    </w:p>
    <w:p w14:paraId="2E9C2392" w14:textId="77777777" w:rsidR="007C3C6C" w:rsidRPr="00994820" w:rsidRDefault="007C3C6C" w:rsidP="00704DFD">
      <w:pPr>
        <w:spacing w:before="120" w:line="360" w:lineRule="auto"/>
        <w:ind w:firstLine="284"/>
        <w:jc w:val="both"/>
      </w:pPr>
      <w:r w:rsidRPr="00994820">
        <w:t>Il corpo di Rock era ancora lì, piegato su sé stesso come un soldato spezzato.</w:t>
      </w:r>
      <w:r w:rsidRPr="00994820">
        <w:br/>
        <w:t>Quello di Rift, poco distante, sembrava ancora stringerle una mano.</w:t>
      </w:r>
      <w:r w:rsidRPr="00994820">
        <w:br/>
        <w:t>Momo, distesa accanto ad Aman, aveva un’espressione leggera, quasi infantile.</w:t>
      </w:r>
      <w:r w:rsidRPr="00994820">
        <w:br/>
        <w:t>Come se, per un istante, avesse sognato di essere ancora amata.</w:t>
      </w:r>
    </w:p>
    <w:p w14:paraId="370D515C" w14:textId="77777777" w:rsidR="007C3C6C" w:rsidRPr="00994820" w:rsidRDefault="007C3C6C" w:rsidP="00704DFD">
      <w:pPr>
        <w:spacing w:before="120" w:line="360" w:lineRule="auto"/>
        <w:ind w:firstLine="284"/>
        <w:jc w:val="both"/>
      </w:pPr>
      <w:r w:rsidRPr="00994820">
        <w:t>Fanny non parlava. Aveva finalmente raggiunto il suo obiettivo.</w:t>
      </w:r>
    </w:p>
    <w:p w14:paraId="14F70E8A" w14:textId="77777777" w:rsidR="007C3C6C" w:rsidRPr="00994820" w:rsidRDefault="007C3C6C" w:rsidP="00704DFD">
      <w:pPr>
        <w:spacing w:before="120" w:line="360" w:lineRule="auto"/>
        <w:ind w:firstLine="284"/>
        <w:jc w:val="both"/>
      </w:pPr>
      <w:r w:rsidRPr="00994820">
        <w:t>Gli occhi di Stein la fissavano profondamente e l’uomo immobile non la smetteva di ridere istericamente</w:t>
      </w:r>
    </w:p>
    <w:p w14:paraId="64F58EFC" w14:textId="77777777" w:rsidR="007C3C6C" w:rsidRPr="00994820" w:rsidRDefault="007C3C6C" w:rsidP="00704DFD">
      <w:pPr>
        <w:spacing w:before="120" w:line="360" w:lineRule="auto"/>
        <w:ind w:firstLine="284"/>
        <w:jc w:val="both"/>
      </w:pPr>
      <w:r w:rsidRPr="00994820">
        <w:t>«Non vedo l’ora di incontrarti ragazza» si limitò ad aggiungere mentre rideva di gusto.</w:t>
      </w:r>
    </w:p>
    <w:p w14:paraId="3B7B44FF" w14:textId="77777777" w:rsidR="007C3C6C" w:rsidRPr="00994820" w:rsidRDefault="007C3C6C" w:rsidP="00704DFD">
      <w:pPr>
        <w:spacing w:before="120" w:line="360" w:lineRule="auto"/>
        <w:ind w:firstLine="284"/>
        <w:jc w:val="both"/>
      </w:pPr>
      <w:r w:rsidRPr="00994820">
        <w:t xml:space="preserve">Quella risata, quella reazione, fu sufficiente. </w:t>
      </w:r>
    </w:p>
    <w:p w14:paraId="0312B040" w14:textId="77777777" w:rsidR="007C3C6C" w:rsidRPr="00994820" w:rsidRDefault="007C3C6C" w:rsidP="00704DFD">
      <w:pPr>
        <w:spacing w:before="120" w:line="360" w:lineRule="auto"/>
        <w:ind w:firstLine="284"/>
        <w:jc w:val="both"/>
      </w:pPr>
      <w:r w:rsidRPr="00994820">
        <w:t>L’ira di Fanny esplose totalmente e pienamente, questa volta non c’era nulla a trattenerla.</w:t>
      </w:r>
    </w:p>
    <w:p w14:paraId="7F0030E8" w14:textId="77777777" w:rsidR="007C3C6C" w:rsidRPr="00994820" w:rsidRDefault="007C3C6C" w:rsidP="00704DFD">
      <w:pPr>
        <w:spacing w:before="120" w:line="360" w:lineRule="auto"/>
        <w:ind w:firstLine="284"/>
        <w:jc w:val="both"/>
      </w:pPr>
      <w:r w:rsidRPr="00994820">
        <w:t>«…Becky.» si limitò a dire la ragazza, e l’ologramma sembrò intuire, spegnendo ancora una volta i limitatori dei guanti.</w:t>
      </w:r>
    </w:p>
    <w:p w14:paraId="45613430" w14:textId="6628EB50" w:rsidR="007C3C6C" w:rsidRPr="00994820" w:rsidRDefault="007C3C6C" w:rsidP="00704DFD">
      <w:pPr>
        <w:spacing w:before="120" w:line="360" w:lineRule="auto"/>
        <w:ind w:firstLine="284"/>
        <w:jc w:val="both"/>
      </w:pPr>
      <w:r w:rsidRPr="00994820">
        <w:t>L’ambiente reagì prima ancora che i guanti si accendessero.</w:t>
      </w:r>
      <w:r w:rsidRPr="00994820">
        <w:br/>
        <w:t>L’arancio ossidato si diffuse come una febbre: non esplose, ma colò dalle pareti, insinuandosi nei solchi del pavimento come ruggine liquida.</w:t>
      </w:r>
      <w:r w:rsidRPr="00994820">
        <w:br/>
        <w:t>L’aria si fece più densa, più sporca, e l’odore di metallo marcio prese il sopravvento su tutto.</w:t>
      </w:r>
      <w:r w:rsidRPr="00994820">
        <w:br/>
        <w:t>La luce non illuminava: avvelenava.</w:t>
      </w:r>
      <w:r w:rsidR="00FA331A">
        <w:t xml:space="preserve"> </w:t>
      </w:r>
      <w:r w:rsidRPr="00994820">
        <w:t>Ogni suono si deformava, come se anche l’acustica stesse arrendendosi.</w:t>
      </w:r>
      <w:r w:rsidRPr="00994820">
        <w:br/>
        <w:t>Fanny lo sentì sulla lingua, sulle gengive, sotto le unghie. Non era solo rabbia: era corrosione.</w:t>
      </w:r>
    </w:p>
    <w:p w14:paraId="3D1BE23D" w14:textId="77777777" w:rsidR="007C3C6C" w:rsidRPr="00994820" w:rsidRDefault="007C3C6C" w:rsidP="00704DFD">
      <w:pPr>
        <w:spacing w:before="120" w:line="360" w:lineRule="auto"/>
        <w:ind w:firstLine="284"/>
        <w:jc w:val="both"/>
      </w:pPr>
      <w:r w:rsidRPr="00994820">
        <w:t>Per la prima volta la scarica di Furia che la investì sembrò essere controllata e calibrata. La ragazza si scaricò con tutte le sue forze sul corpo di Stein, rompendolo e spaccandolo. I guantoni in acciaio che lui stesso le aveva donato, ora cadevano in profondità nella sua carne. Il suono della morte era spezzato solo dalle urla di dolore della ragazza.</w:t>
      </w:r>
    </w:p>
    <w:p w14:paraId="71C31EF7" w14:textId="77777777" w:rsidR="007C3C6C" w:rsidRPr="00994820" w:rsidRDefault="007C3C6C" w:rsidP="00704DFD">
      <w:pPr>
        <w:spacing w:before="120" w:line="360" w:lineRule="auto"/>
        <w:ind w:firstLine="284"/>
        <w:jc w:val="both"/>
      </w:pPr>
      <w:r w:rsidRPr="00994820">
        <w:t>Non urlava per lei, quelle urla erano per Rift, per Rock, per Momo.</w:t>
      </w:r>
    </w:p>
    <w:p w14:paraId="6587DDA4" w14:textId="77777777" w:rsidR="007C3C6C" w:rsidRPr="00994820" w:rsidRDefault="007C3C6C" w:rsidP="00704DFD">
      <w:pPr>
        <w:spacing w:before="120" w:line="360" w:lineRule="auto"/>
        <w:ind w:firstLine="284"/>
        <w:jc w:val="both"/>
      </w:pPr>
      <w:r w:rsidRPr="00994820">
        <w:t>Erano per Sabrina, ed erano anche per Juno.</w:t>
      </w:r>
    </w:p>
    <w:p w14:paraId="6E90A4BA" w14:textId="640A5070" w:rsidR="00A20E7A" w:rsidRDefault="007C3C6C" w:rsidP="00CD408F">
      <w:pPr>
        <w:spacing w:before="120" w:line="360" w:lineRule="auto"/>
        <w:ind w:firstLine="284"/>
        <w:jc w:val="both"/>
      </w:pPr>
      <w:r w:rsidRPr="00994820">
        <w:t>Ed erano anche per suo padre, di cui finalmente ricordava il volto.</w:t>
      </w:r>
    </w:p>
    <w:p w14:paraId="7ABCBB71" w14:textId="77777777" w:rsidR="00A20E7A" w:rsidRDefault="00A20E7A">
      <w:pPr>
        <w:spacing w:after="160" w:line="259" w:lineRule="auto"/>
      </w:pPr>
      <w:r>
        <w:br w:type="page"/>
      </w:r>
    </w:p>
    <w:p w14:paraId="242F8728" w14:textId="69B3AC97" w:rsidR="007C3C6C" w:rsidRPr="00FA331A" w:rsidRDefault="007C3C6C" w:rsidP="004739EF">
      <w:pPr>
        <w:pStyle w:val="Titolo1"/>
        <w:jc w:val="center"/>
      </w:pPr>
      <w:r w:rsidRPr="00FA331A">
        <w:lastRenderedPageBreak/>
        <w:t xml:space="preserve">Capitolo </w:t>
      </w:r>
      <w:r w:rsidR="00FA331A">
        <w:t>XIX</w:t>
      </w:r>
      <w:r w:rsidRPr="00FA331A">
        <w:t xml:space="preserve"> – Dietro di te</w:t>
      </w:r>
    </w:p>
    <w:p w14:paraId="4E60E146" w14:textId="77777777" w:rsidR="007C3C6C" w:rsidRDefault="007C3C6C" w:rsidP="00704DFD">
      <w:pPr>
        <w:spacing w:before="120" w:line="360" w:lineRule="auto"/>
        <w:ind w:firstLine="284"/>
        <w:jc w:val="both"/>
        <w:rPr>
          <w:b/>
          <w:bCs/>
        </w:rPr>
      </w:pPr>
    </w:p>
    <w:p w14:paraId="79DFDCDB" w14:textId="77777777" w:rsidR="00FA331A" w:rsidRDefault="00FA331A" w:rsidP="00704DFD">
      <w:pPr>
        <w:spacing w:before="120" w:line="360" w:lineRule="auto"/>
        <w:ind w:firstLine="284"/>
        <w:jc w:val="both"/>
        <w:rPr>
          <w:b/>
          <w:bCs/>
        </w:rPr>
      </w:pPr>
    </w:p>
    <w:p w14:paraId="6063E66A" w14:textId="77777777" w:rsidR="00FA331A" w:rsidRDefault="00FA331A" w:rsidP="00704DFD">
      <w:pPr>
        <w:spacing w:before="120" w:line="360" w:lineRule="auto"/>
        <w:ind w:firstLine="284"/>
        <w:jc w:val="both"/>
        <w:rPr>
          <w:b/>
          <w:bCs/>
        </w:rPr>
      </w:pPr>
    </w:p>
    <w:p w14:paraId="4145AECA" w14:textId="77777777" w:rsidR="00FA331A" w:rsidRPr="00994820" w:rsidRDefault="00FA331A" w:rsidP="00704DFD">
      <w:pPr>
        <w:spacing w:before="120" w:line="360" w:lineRule="auto"/>
        <w:ind w:firstLine="284"/>
        <w:jc w:val="both"/>
        <w:rPr>
          <w:b/>
          <w:bCs/>
        </w:rPr>
      </w:pPr>
    </w:p>
    <w:p w14:paraId="75AF08CD" w14:textId="77777777" w:rsidR="007C3C6C" w:rsidRPr="00994820" w:rsidRDefault="007C3C6C" w:rsidP="00704DFD">
      <w:pPr>
        <w:spacing w:before="120" w:line="360" w:lineRule="auto"/>
        <w:ind w:firstLine="284"/>
        <w:jc w:val="both"/>
      </w:pPr>
      <w:r w:rsidRPr="00994820">
        <w:t>Il bianco avvolgeva i loro corpi e le loro menti. Ormai non c’erano più emozioni alle quali reagire. La sala manifestava il vuoto che aveva invaso i loro cuori. Troppo sangue e troppa rabbia era stata versata. Anche le musica sembrava svanita, nell’etere viaggiava solo il respiro affaticato della ragazza dai capelli rossi. Il petto di Fanny si muoveva con foga ed energia, i suoi occhi fissi sul corpo distrutto di Stein, il sangue colava dai suoi guantoni arancioni. Anche l’Anello Specchiante sembrava immobile, eppure alcuni volti sembravano scrutare l’ambiente, come se cercassero di capire cosa avesse mosso tutto quel caos in una stanza altrimenti calma. Quel candore irritava la ragazza che avrebbe solo voluto venire avvolto nel buio e nell’oblio. Era stanca.</w:t>
      </w:r>
    </w:p>
    <w:p w14:paraId="56F1A086" w14:textId="77777777" w:rsidR="007C3C6C" w:rsidRPr="00994820" w:rsidRDefault="007C3C6C" w:rsidP="00704DFD">
      <w:pPr>
        <w:spacing w:before="120" w:line="360" w:lineRule="auto"/>
        <w:ind w:firstLine="284"/>
        <w:jc w:val="both"/>
      </w:pPr>
      <w:r w:rsidRPr="00994820">
        <w:t>Alle sue spalle, il cigolio leggero di un’ala meccanica piegata dai colpi e dalla furia di uno scontro mortale. Aman era immobile, in ginocchio. Stringeva con calore il volto della sorella. La sua espressione sembrava felice, i suoi occhi trasmettevano a entrambi i compagni le medesime sensazioni. Era felice di poter vedere quel volto così sereno, non immobile, non impassibile, non pronto a combattere. Per la prima volta il volto di Momo sembrava davvero sereno, e Aman si perse in quel volto, osservandolo con tutta la passione che riusciva a donarle. Sapeva che dopo quella notte, quel viso avrebbe vissuto solo nella sua mente, ma sapeva anche che almeno ora, non avrebbe più vissuto da schiava assassina e ne era sinceramente felice.</w:t>
      </w:r>
    </w:p>
    <w:p w14:paraId="0EA81EDB" w14:textId="77777777" w:rsidR="007C3C6C" w:rsidRPr="00994820" w:rsidRDefault="007C3C6C" w:rsidP="00704DFD">
      <w:pPr>
        <w:spacing w:before="120" w:line="360" w:lineRule="auto"/>
        <w:ind w:firstLine="284"/>
        <w:jc w:val="both"/>
        <w:rPr>
          <w:color w:val="FF0000"/>
        </w:rPr>
      </w:pPr>
      <w:r w:rsidRPr="00994820">
        <w:t>Poco più avanti contro una parete giacevano Rift e Rock. Rift offriva il suo sguardo spento ai volti che scrutavano al di là dell’Anello specchiante. Il suo volto infantile, che Fanny aveva conosciuto come sempre piegato dalla furia e dal disgusto, era finalmente calmo, candido, ma contaminato dal ruscello di sangue che colava dalla sua bocca aperta. Come una tetra pianta funeraria dal suo petto spiccava ancora il braccio mozzato di Rock che gli aveva tolto la vita.  Rock giaceva frammentata a pochi passi da lui, il lato sinistro del suo corpo era ormai a brandelli, e la sua testa era ricaduta sulla spalla, con l’eco del suo sguardo che cadeva verso Rift.</w:t>
      </w:r>
    </w:p>
    <w:p w14:paraId="62B479CB" w14:textId="77777777" w:rsidR="007C3C6C" w:rsidRPr="00994820" w:rsidRDefault="007C3C6C" w:rsidP="00704DFD">
      <w:pPr>
        <w:spacing w:before="120" w:line="360" w:lineRule="auto"/>
        <w:ind w:firstLine="284"/>
        <w:jc w:val="both"/>
        <w:rPr>
          <w:color w:val="FF0000"/>
        </w:rPr>
      </w:pPr>
      <w:r w:rsidRPr="00994820">
        <w:t>Fanny riuscì a fatica a voltarsi verso Kieran e Aman, i suoi occhi, tornati verdi, sembravano spenti e privi di emozioni.</w:t>
      </w:r>
      <w:r w:rsidRPr="00994820">
        <w:rPr>
          <w:color w:val="FF0000"/>
        </w:rPr>
        <w:t xml:space="preserve"> </w:t>
      </w:r>
      <w:r w:rsidRPr="00994820">
        <w:t>Quelle gemme verdi e cibernetiche registrarono ogni dettaglio: il silenzio che avvolgeva tutto ed enfatizzava anche il più piccolo suono, la luce spenta nei sensori ambientali che sembravano quasi essersi assopiti, il debole movimento dello specchio cristallino sopra di loro che sembrava un flebile battito pronto a cessare.</w:t>
      </w:r>
    </w:p>
    <w:p w14:paraId="2F249978" w14:textId="77777777" w:rsidR="00FA331A" w:rsidRDefault="007C3C6C" w:rsidP="00704DFD">
      <w:pPr>
        <w:spacing w:before="120" w:line="360" w:lineRule="auto"/>
        <w:ind w:firstLine="284"/>
        <w:jc w:val="both"/>
      </w:pPr>
      <w:r w:rsidRPr="00994820">
        <w:t>Fanny inizio a camminare placida verso Aman e Momo, i suoi occhi erano fissi su di loro, ma sembrava che non li stesse guardando davvero.</w:t>
      </w:r>
    </w:p>
    <w:p w14:paraId="40B15077" w14:textId="34F82808" w:rsidR="007C3C6C" w:rsidRPr="00994820" w:rsidRDefault="007C3C6C" w:rsidP="00704DFD">
      <w:pPr>
        <w:spacing w:before="120" w:line="360" w:lineRule="auto"/>
        <w:ind w:firstLine="284"/>
        <w:jc w:val="both"/>
      </w:pPr>
      <w:r w:rsidRPr="00994820">
        <w:lastRenderedPageBreak/>
        <w:t>«Tu resti qui.»</w:t>
      </w:r>
    </w:p>
    <w:p w14:paraId="6D68B866" w14:textId="77777777" w:rsidR="007C3C6C" w:rsidRPr="00994820" w:rsidRDefault="007C3C6C" w:rsidP="00704DFD">
      <w:pPr>
        <w:spacing w:before="120" w:line="360" w:lineRule="auto"/>
        <w:ind w:firstLine="284"/>
        <w:jc w:val="both"/>
      </w:pPr>
      <w:r w:rsidRPr="00994820">
        <w:t>La voce uscì secca, ferma, decisa.</w:t>
      </w:r>
    </w:p>
    <w:p w14:paraId="657712B8" w14:textId="77777777" w:rsidR="007C3C6C" w:rsidRPr="00994820" w:rsidRDefault="007C3C6C" w:rsidP="00704DFD">
      <w:pPr>
        <w:spacing w:before="120" w:line="360" w:lineRule="auto"/>
        <w:ind w:firstLine="284"/>
        <w:jc w:val="both"/>
      </w:pPr>
      <w:r w:rsidRPr="00994820">
        <w:t>Aman non rispose. Sollevò appena il viso. Gli occhi velati, ma non rotti.</w:t>
      </w:r>
      <w:r w:rsidRPr="00994820">
        <w:br/>
        <w:t>Solo consapevoli. Scrutò per qualche secondo quegli occhi decisi avvolti in quella chioma rosso fuoco, poi annuì debolmente, stringendo a sé con più forza la sorella.</w:t>
      </w:r>
    </w:p>
    <w:p w14:paraId="24160BD1" w14:textId="77777777" w:rsidR="007C3C6C" w:rsidRPr="00994820" w:rsidRDefault="007C3C6C" w:rsidP="00704DFD">
      <w:pPr>
        <w:spacing w:before="120" w:line="360" w:lineRule="auto"/>
        <w:ind w:firstLine="284"/>
        <w:jc w:val="both"/>
      </w:pPr>
      <w:r w:rsidRPr="00994820">
        <w:t>«Portali via se puoi. Non devono…» la voce sembrava si stesse rompendo sotto il peso di quelle parole «…riposare qui.»</w:t>
      </w:r>
    </w:p>
    <w:p w14:paraId="7CD004C6" w14:textId="77777777" w:rsidR="007C3C6C" w:rsidRPr="00994820" w:rsidRDefault="007C3C6C" w:rsidP="00704DFD">
      <w:pPr>
        <w:spacing w:before="120" w:line="360" w:lineRule="auto"/>
        <w:ind w:firstLine="284"/>
        <w:jc w:val="both"/>
      </w:pPr>
      <w:r w:rsidRPr="00994820">
        <w:t>Ci fu uno scambio silenzioso tra i due, poi un fragile sorriso apparve sul volto di Fanny. Sembrava che muovere quei muscoli fosse stata la cosa più difficile della giornata.</w:t>
      </w:r>
    </w:p>
    <w:p w14:paraId="334E181B" w14:textId="77777777" w:rsidR="00FA331A" w:rsidRDefault="007C3C6C" w:rsidP="00704DFD">
      <w:pPr>
        <w:spacing w:before="120" w:line="360" w:lineRule="auto"/>
        <w:ind w:firstLine="284"/>
        <w:jc w:val="both"/>
      </w:pPr>
      <w:r w:rsidRPr="00994820">
        <w:t>Kieran si avvicinò in silenzio, lo sguardo fisso sul pavimento. Ogni passo sembrava pesante, faticoso. Ogni istante un nodo stretto in gola.</w:t>
      </w:r>
    </w:p>
    <w:p w14:paraId="53541471" w14:textId="497264EF" w:rsidR="007C3C6C" w:rsidRPr="00994820" w:rsidRDefault="007C3C6C" w:rsidP="00704DFD">
      <w:pPr>
        <w:spacing w:before="120" w:line="360" w:lineRule="auto"/>
        <w:ind w:firstLine="284"/>
        <w:jc w:val="both"/>
      </w:pPr>
      <w:r w:rsidRPr="00994820">
        <w:t>Superò Aman senza osservarlo, senza emettere un fiato. Solo quando raggiunse la ragazza che stava imparando ad apprezzare sempre di più la strinse in un braccio stretto e che non ammetteva repliche.</w:t>
      </w:r>
      <w:r w:rsidR="00FA331A">
        <w:t xml:space="preserve"> </w:t>
      </w:r>
      <w:r w:rsidRPr="00994820">
        <w:t>Fanny non resistette, si lasciò stringere, e lo strinse a sua volta. Era felice che Kieran fosse lì.</w:t>
      </w:r>
    </w:p>
    <w:p w14:paraId="5BA11E46" w14:textId="77777777" w:rsidR="007C3C6C" w:rsidRPr="00994820" w:rsidRDefault="007C3C6C" w:rsidP="00704DFD">
      <w:pPr>
        <w:spacing w:before="120" w:line="360" w:lineRule="auto"/>
        <w:ind w:firstLine="284"/>
        <w:jc w:val="both"/>
      </w:pPr>
      <w:r w:rsidRPr="00994820">
        <w:t>Mentre ricambiava quell’abbraccio la sua mente era concentrata sull’odore di Kieran. Era mescolato con quello del sangue, ma forse quell’odore di morte era suo e non di Kieran, lui le ricordava il profumo delle lenzuola nella sua stanza al Time Inn, un profumo gentile, pulito, ma deciso.</w:t>
      </w:r>
    </w:p>
    <w:p w14:paraId="4F133A7F" w14:textId="77777777" w:rsidR="007C3C6C" w:rsidRPr="00994820" w:rsidRDefault="007C3C6C" w:rsidP="00704DFD">
      <w:pPr>
        <w:spacing w:before="120" w:line="360" w:lineRule="auto"/>
        <w:ind w:firstLine="284"/>
        <w:jc w:val="both"/>
      </w:pPr>
      <w:r w:rsidRPr="00994820">
        <w:t>I suoi occhi però si spostarono sulle scale che portavano al piano di sopra, dovevano proseguire, doveva sapere.</w:t>
      </w:r>
    </w:p>
    <w:p w14:paraId="2FB7F686" w14:textId="77777777" w:rsidR="007C3C6C" w:rsidRPr="00994820" w:rsidRDefault="007C3C6C" w:rsidP="00704DFD">
      <w:pPr>
        <w:spacing w:before="120" w:line="360" w:lineRule="auto"/>
        <w:ind w:firstLine="284"/>
        <w:jc w:val="both"/>
      </w:pPr>
      <w:r w:rsidRPr="00994820">
        <w:t>Il cuore le batteva contro le costole come un tamburo rotto</w:t>
      </w:r>
    </w:p>
    <w:p w14:paraId="3F794B18" w14:textId="77777777" w:rsidR="007C3C6C" w:rsidRPr="00994820" w:rsidRDefault="007C3C6C" w:rsidP="00704DFD">
      <w:pPr>
        <w:spacing w:before="120" w:line="360" w:lineRule="auto"/>
        <w:ind w:firstLine="284"/>
        <w:jc w:val="both"/>
      </w:pPr>
      <w:r w:rsidRPr="00994820">
        <w:t>Solo quando quella stretta si sciolse le gambe della ragazza si mossero. Una. Poi l’altra.</w:t>
      </w:r>
    </w:p>
    <w:p w14:paraId="2B42BE72" w14:textId="77777777" w:rsidR="007C3C6C" w:rsidRPr="00994820" w:rsidRDefault="007C3C6C" w:rsidP="00704DFD">
      <w:pPr>
        <w:spacing w:before="120" w:line="360" w:lineRule="auto"/>
        <w:ind w:firstLine="284"/>
        <w:jc w:val="both"/>
      </w:pPr>
      <w:r w:rsidRPr="00994820">
        <w:t>Solo Kieran e il silenzio la seguivano.</w:t>
      </w:r>
    </w:p>
    <w:p w14:paraId="3A90F661" w14:textId="77777777" w:rsidR="007C3C6C" w:rsidRPr="00994820" w:rsidRDefault="007C3C6C" w:rsidP="00704DFD">
      <w:pPr>
        <w:spacing w:before="120" w:line="360" w:lineRule="auto"/>
        <w:ind w:firstLine="284"/>
        <w:jc w:val="both"/>
      </w:pPr>
      <w:r w:rsidRPr="00994820">
        <w:t>Alle loro spalle, Aman richiuse le ali.</w:t>
      </w:r>
    </w:p>
    <w:p w14:paraId="6648AE58" w14:textId="77777777" w:rsidR="007C3C6C" w:rsidRPr="00994820" w:rsidRDefault="007C3C6C" w:rsidP="00704DFD">
      <w:pPr>
        <w:spacing w:before="120" w:line="360" w:lineRule="auto"/>
        <w:ind w:firstLine="284"/>
        <w:jc w:val="both"/>
        <w:rPr>
          <w:b/>
          <w:bCs/>
        </w:rPr>
      </w:pPr>
      <w:r w:rsidRPr="00994820">
        <w:t>Non ci furono saluti o addio, non c’era tempo e non c’era motivo di aggravare ulteriormente quel dolore.</w:t>
      </w:r>
    </w:p>
    <w:p w14:paraId="0D554E46" w14:textId="77777777" w:rsidR="007C3C6C" w:rsidRPr="00994820" w:rsidRDefault="007C3C6C" w:rsidP="00704DFD">
      <w:pPr>
        <w:spacing w:before="120" w:line="360" w:lineRule="auto"/>
        <w:ind w:firstLine="284"/>
        <w:jc w:val="both"/>
      </w:pPr>
      <w:r w:rsidRPr="00994820">
        <w:t>Il silenzio lasciò il posto alla desolazione.</w:t>
      </w:r>
    </w:p>
    <w:p w14:paraId="1CA880EA" w14:textId="77777777" w:rsidR="007C3C6C" w:rsidRPr="00994820" w:rsidRDefault="007C3C6C" w:rsidP="00704DFD">
      <w:pPr>
        <w:spacing w:before="120" w:line="360" w:lineRule="auto"/>
        <w:ind w:firstLine="284"/>
        <w:jc w:val="both"/>
      </w:pPr>
      <w:r w:rsidRPr="00994820">
        <w:t>Salivano piano, uno dietro l’altra, tra pareti che sembravano osservarli.</w:t>
      </w:r>
      <w:r w:rsidRPr="00994820">
        <w:br/>
        <w:t>Il sesto piano li accolse con l’odore di ammoniaca e carne spenta.</w:t>
      </w:r>
      <w:r w:rsidRPr="00994820">
        <w:br/>
        <w:t>Luce sterile. Un tenue sfarfallio proveniva da quelle lampade tetre. Più bianca della paura. Più fredda della colpa.</w:t>
      </w:r>
    </w:p>
    <w:p w14:paraId="07664E4E" w14:textId="77777777" w:rsidR="007C3C6C" w:rsidRPr="00994820" w:rsidRDefault="007C3C6C" w:rsidP="00704DFD">
      <w:pPr>
        <w:spacing w:before="120" w:line="360" w:lineRule="auto"/>
        <w:ind w:firstLine="284"/>
        <w:jc w:val="both"/>
      </w:pPr>
      <w:r w:rsidRPr="00994820">
        <w:lastRenderedPageBreak/>
        <w:t>Una lunga navata centrale, come in una cattedrale abortita, si apriva davanti a loro. Tutto lì sembrava stonare, l’architettura era assai diversa da quella dei piani precedenti. Tutto appariva sfarzoso e barocco, ogni parete era ossessivamente decorata, intagliata. Ovunque erano presenti sorrisi o ampolle di Gratia, immagini oscene che sembravano provenire dal settore Gaudia, sul soffitto era presente un immenso affresco di un bacchetto enorme e pieno di bevande di ogni tipo.</w:t>
      </w:r>
    </w:p>
    <w:p w14:paraId="7AD6A9C6" w14:textId="77777777" w:rsidR="007C3C6C" w:rsidRPr="00994820" w:rsidRDefault="007C3C6C" w:rsidP="00704DFD">
      <w:pPr>
        <w:spacing w:before="120" w:line="360" w:lineRule="auto"/>
        <w:ind w:firstLine="284"/>
        <w:jc w:val="both"/>
      </w:pPr>
      <w:r w:rsidRPr="00994820">
        <w:t>In contrasto a quella sfarzosità, la sala era piena di vecchi letti d’acciaio, provvisti di legacci in cuoio.</w:t>
      </w:r>
      <w:r w:rsidRPr="00994820">
        <w:br/>
        <w:t>Sopra ognuno di quei letti erano presenti delle vasche in vetro contenenti liquidi: sembrava che il sangue fosse stato mescolato con la Gratia dorata del dipartimento del Tramonto.</w:t>
      </w:r>
    </w:p>
    <w:p w14:paraId="183C0DEA" w14:textId="7132E03A" w:rsidR="007C3C6C" w:rsidRPr="00994820" w:rsidRDefault="007C3C6C" w:rsidP="00704DFD">
      <w:pPr>
        <w:spacing w:before="120" w:line="360" w:lineRule="auto"/>
        <w:ind w:firstLine="284"/>
        <w:jc w:val="both"/>
      </w:pPr>
      <w:r w:rsidRPr="00994820">
        <w:t>Tubi sospesi scendevano dal soffitto come croci appese al contrario.</w:t>
      </w:r>
      <w:r w:rsidR="00FA331A">
        <w:t xml:space="preserve"> </w:t>
      </w:r>
      <w:r w:rsidRPr="00994820">
        <w:t>E tutto tremava, lievemente, come se le pareti respirassero il dolore di chi vi era passato.</w:t>
      </w:r>
    </w:p>
    <w:p w14:paraId="52EE7C95" w14:textId="7B6426B9" w:rsidR="007C3C6C" w:rsidRPr="00994820" w:rsidRDefault="007C3C6C" w:rsidP="00704DFD">
      <w:pPr>
        <w:spacing w:before="120" w:line="360" w:lineRule="auto"/>
        <w:ind w:firstLine="284"/>
        <w:jc w:val="both"/>
      </w:pPr>
      <w:r w:rsidRPr="00994820">
        <w:t>Fanny camminava senza parlare. Gli occhi registravano, ma non commentavano.</w:t>
      </w:r>
      <w:r w:rsidR="00FA331A">
        <w:t xml:space="preserve"> </w:t>
      </w:r>
      <w:r w:rsidRPr="00994820">
        <w:t>Accanto a un terminale spento, c’era una sedia rovesciata.</w:t>
      </w:r>
      <w:r w:rsidR="00FA331A">
        <w:t xml:space="preserve"> </w:t>
      </w:r>
      <w:r w:rsidRPr="00994820">
        <w:t>Sul pavimento, impronte di passi scalzi, e una scia di graffi lasciata da unghie umane.</w:t>
      </w:r>
    </w:p>
    <w:p w14:paraId="222E5146" w14:textId="77777777" w:rsidR="007C3C6C" w:rsidRPr="00994820" w:rsidRDefault="007C3C6C" w:rsidP="00704DFD">
      <w:pPr>
        <w:spacing w:before="120" w:line="360" w:lineRule="auto"/>
        <w:ind w:firstLine="284"/>
        <w:jc w:val="both"/>
      </w:pPr>
      <w:r w:rsidRPr="00994820">
        <w:t>«è qui che mia sorella venne curata…» sussurrò Kieran.</w:t>
      </w:r>
    </w:p>
    <w:p w14:paraId="65F0A88B" w14:textId="77777777" w:rsidR="007C3C6C" w:rsidRPr="00994820" w:rsidRDefault="007C3C6C" w:rsidP="00704DFD">
      <w:pPr>
        <w:spacing w:before="120" w:line="360" w:lineRule="auto"/>
        <w:ind w:firstLine="284"/>
        <w:jc w:val="both"/>
      </w:pPr>
      <w:r w:rsidRPr="00994820">
        <w:t xml:space="preserve">Fanny non rispose subito. “curata” pensò con malinconia, poi si voltò verso un pannello, ormai annerito, con inciso un nome: </w:t>
      </w:r>
      <w:r w:rsidRPr="00994820">
        <w:rPr>
          <w:b/>
          <w:bCs/>
        </w:rPr>
        <w:t>Selene R.</w:t>
      </w:r>
    </w:p>
    <w:p w14:paraId="5C7ECC96" w14:textId="2E52ECCF" w:rsidR="007C3C6C" w:rsidRPr="00994820" w:rsidRDefault="007C3C6C" w:rsidP="00704DFD">
      <w:pPr>
        <w:spacing w:before="120" w:line="360" w:lineRule="auto"/>
        <w:ind w:firstLine="284"/>
        <w:jc w:val="both"/>
      </w:pPr>
      <w:r w:rsidRPr="00994820">
        <w:t>Kieran la notò soffermarsi su quel nome e si avvicinò.</w:t>
      </w:r>
      <w:r w:rsidR="00FA331A">
        <w:t xml:space="preserve"> </w:t>
      </w:r>
      <w:r w:rsidRPr="00994820">
        <w:t>«Lei era la madre di Momo e Aman. La prima ad aver subito i primi esperimenti per diventare una Shinigami di secondo livello. Dicono che non parlò mai più.»</w:t>
      </w:r>
    </w:p>
    <w:p w14:paraId="077B8C82" w14:textId="77777777" w:rsidR="007C3C6C" w:rsidRPr="00994820" w:rsidRDefault="007C3C6C" w:rsidP="00704DFD">
      <w:pPr>
        <w:spacing w:before="120" w:line="360" w:lineRule="auto"/>
        <w:ind w:firstLine="284"/>
        <w:jc w:val="both"/>
      </w:pPr>
      <w:r w:rsidRPr="00994820">
        <w:t>Il corridoio finiva in un’apertura circolare, da cui scendeva una scala ad anello.</w:t>
      </w:r>
    </w:p>
    <w:p w14:paraId="29CA0DED" w14:textId="77777777" w:rsidR="007C3C6C" w:rsidRPr="00994820" w:rsidRDefault="007C3C6C" w:rsidP="00704DFD">
      <w:pPr>
        <w:spacing w:before="120" w:line="360" w:lineRule="auto"/>
        <w:ind w:firstLine="284"/>
        <w:jc w:val="both"/>
      </w:pPr>
      <w:r w:rsidRPr="00994820">
        <w:t>«La madre?» rispose voltandosi con gli occhi sconvolti.</w:t>
      </w:r>
    </w:p>
    <w:p w14:paraId="47850780" w14:textId="77777777" w:rsidR="007C3C6C" w:rsidRPr="00994820" w:rsidRDefault="007C3C6C" w:rsidP="00704DFD">
      <w:pPr>
        <w:spacing w:before="120" w:line="360" w:lineRule="auto"/>
        <w:ind w:firstLine="284"/>
        <w:jc w:val="both"/>
      </w:pPr>
      <w:r w:rsidRPr="00994820">
        <w:t>«Loro due vengono da una lunga generazione di Shinigami, il padre abbandonò il dipartimento dopo che la moglie si sottopose al fallimentare esperimento…»</w:t>
      </w:r>
    </w:p>
    <w:p w14:paraId="557DA180" w14:textId="77777777" w:rsidR="007C3C6C" w:rsidRPr="00994820" w:rsidRDefault="007C3C6C" w:rsidP="00704DFD">
      <w:pPr>
        <w:spacing w:before="120" w:line="360" w:lineRule="auto"/>
        <w:ind w:firstLine="284"/>
        <w:jc w:val="both"/>
      </w:pPr>
      <w:r w:rsidRPr="00994820">
        <w:t>Fanny non voleva sapere altro, non voleva sentire nulla di tutto ciò, decise solo di superare in fretta l’orrore del sesto piano.</w:t>
      </w:r>
    </w:p>
    <w:p w14:paraId="4EB16A04" w14:textId="54B68EAC" w:rsidR="00FA331A" w:rsidRDefault="007C3C6C" w:rsidP="00FA331A">
      <w:pPr>
        <w:spacing w:before="120" w:line="360" w:lineRule="auto"/>
        <w:ind w:firstLine="284"/>
        <w:jc w:val="both"/>
      </w:pPr>
      <w:r w:rsidRPr="00994820">
        <w:t>Dopo una nuova scalinata, identica a tutte le precedenti, il settimo piano si aprì davanti a loro.</w:t>
      </w:r>
      <w:r w:rsidR="00FA331A">
        <w:t xml:space="preserve"> </w:t>
      </w:r>
      <w:r w:rsidRPr="00994820">
        <w:t>Due semicerchi di vetro e acciaio.</w:t>
      </w:r>
      <w:r w:rsidR="00FA331A">
        <w:t xml:space="preserve"> </w:t>
      </w:r>
    </w:p>
    <w:p w14:paraId="0D492D1D" w14:textId="77777777" w:rsidR="00FA331A" w:rsidRDefault="007C3C6C" w:rsidP="00704DFD">
      <w:pPr>
        <w:spacing w:before="120" w:line="360" w:lineRule="auto"/>
        <w:ind w:firstLine="284"/>
        <w:jc w:val="both"/>
      </w:pPr>
      <w:r w:rsidRPr="00994820">
        <w:t xml:space="preserve">Da una parte, la </w:t>
      </w:r>
      <w:r w:rsidRPr="00994820">
        <w:rPr>
          <w:b/>
          <w:bCs/>
        </w:rPr>
        <w:t>Conversione</w:t>
      </w:r>
      <w:r w:rsidRPr="00994820">
        <w:t>.</w:t>
      </w:r>
    </w:p>
    <w:p w14:paraId="7DCB4BBE" w14:textId="77777777" w:rsidR="00FA331A" w:rsidRDefault="007C3C6C" w:rsidP="00704DFD">
      <w:pPr>
        <w:spacing w:before="120" w:line="360" w:lineRule="auto"/>
        <w:ind w:firstLine="284"/>
        <w:jc w:val="both"/>
      </w:pPr>
      <w:r w:rsidRPr="00994820">
        <w:t>Dall’altra, l’</w:t>
      </w:r>
      <w:r w:rsidRPr="00994820">
        <w:rPr>
          <w:b/>
          <w:bCs/>
        </w:rPr>
        <w:t>Osservazione</w:t>
      </w:r>
      <w:r w:rsidRPr="00994820">
        <w:t>.</w:t>
      </w:r>
      <w:r w:rsidR="00FA331A">
        <w:t xml:space="preserve"> </w:t>
      </w:r>
    </w:p>
    <w:p w14:paraId="72894A43" w14:textId="77777777" w:rsidR="00FA331A" w:rsidRDefault="007C3C6C" w:rsidP="00704DFD">
      <w:pPr>
        <w:spacing w:before="120" w:line="360" w:lineRule="auto"/>
        <w:ind w:firstLine="284"/>
        <w:jc w:val="both"/>
      </w:pPr>
      <w:r w:rsidRPr="00994820">
        <w:t xml:space="preserve">E al centro: Il Patriarca. </w:t>
      </w:r>
    </w:p>
    <w:p w14:paraId="3619A485" w14:textId="7B25C1D0" w:rsidR="007C3C6C" w:rsidRPr="00994820" w:rsidRDefault="007C3C6C" w:rsidP="00704DFD">
      <w:pPr>
        <w:spacing w:before="120" w:line="360" w:lineRule="auto"/>
        <w:ind w:firstLine="284"/>
        <w:jc w:val="both"/>
      </w:pPr>
      <w:r w:rsidRPr="00994820">
        <w:lastRenderedPageBreak/>
        <w:t>Un enorme Elvenar seduto su un trono in pietra. A differenza degli altri “modelli” lui era sprovvisto di bocca, ma possedeva un unico enorme occhio che gli occupava la parte superiore del volto. Lui osservava tutto. Quando Fanny lo superò notò che anche sulla nuca era stato posizionato un occhio, così che potesse osservare tutte e due i semicerchi.</w:t>
      </w:r>
    </w:p>
    <w:p w14:paraId="10C94AA0" w14:textId="50D480C0" w:rsidR="007C3C6C" w:rsidRPr="00994820" w:rsidRDefault="007C3C6C" w:rsidP="00704DFD">
      <w:pPr>
        <w:spacing w:before="120" w:line="360" w:lineRule="auto"/>
        <w:ind w:firstLine="284"/>
        <w:jc w:val="both"/>
      </w:pPr>
      <w:r w:rsidRPr="00994820">
        <w:t>Le camere erano disposte a raggiera, trasparenti ma vuote.</w:t>
      </w:r>
      <w:r w:rsidR="00FA331A">
        <w:t xml:space="preserve"> </w:t>
      </w:r>
      <w:r w:rsidRPr="00994820">
        <w:t>Eppure, ogni ambiente simulato continuava a vivere da sé. Una bambina Elvenar rideva davanti a un ologramma che cucinava. In un’altra cella, un ragazzo si allenava in silenzio contro un nemico invisibile.</w:t>
      </w:r>
      <w:r w:rsidR="00FA331A">
        <w:t xml:space="preserve"> </w:t>
      </w:r>
      <w:r w:rsidRPr="00994820">
        <w:t>Ma non c’era nessuno. Solo replay infiniti.</w:t>
      </w:r>
      <w:r w:rsidR="00FA331A">
        <w:t xml:space="preserve"> </w:t>
      </w:r>
      <w:r w:rsidRPr="00994820">
        <w:t>Simulazioni che non sapevano d’essere finte.</w:t>
      </w:r>
    </w:p>
    <w:p w14:paraId="15409A78" w14:textId="015148BA" w:rsidR="007C3C6C" w:rsidRPr="00994820" w:rsidRDefault="007C3C6C" w:rsidP="00704DFD">
      <w:pPr>
        <w:spacing w:before="120" w:line="360" w:lineRule="auto"/>
        <w:ind w:firstLine="284"/>
        <w:jc w:val="both"/>
      </w:pPr>
      <w:r w:rsidRPr="00994820">
        <w:t>Fanny si avvicinò a una parete traslucida.</w:t>
      </w:r>
      <w:r w:rsidR="00FA331A">
        <w:t xml:space="preserve"> </w:t>
      </w:r>
      <w:r w:rsidRPr="00994820">
        <w:t>Dentro, un letto rifatto e dei guantoni. La camera era identica a quella degli shinigami, ma quei guantoni… erano identici a quelli che Fanny usava con orgoglio. La realtà la colpì con forza in pieno addome. Tutto qui era stato studiato e analizzato ripetutamente</w:t>
      </w:r>
    </w:p>
    <w:p w14:paraId="6A72A5DD" w14:textId="439FD5A0" w:rsidR="007C3C6C" w:rsidRPr="00994820" w:rsidRDefault="007C3C6C" w:rsidP="00704DFD">
      <w:pPr>
        <w:spacing w:before="120" w:line="360" w:lineRule="auto"/>
        <w:ind w:firstLine="284"/>
        <w:jc w:val="both"/>
      </w:pPr>
      <w:r w:rsidRPr="00994820">
        <w:t>«Dunque è qui che nascono?»</w:t>
      </w:r>
      <w:r w:rsidR="00FA331A">
        <w:t xml:space="preserve"> </w:t>
      </w:r>
      <w:r w:rsidRPr="00994820">
        <w:t>La domanda le uscì senza rabbia. Solo incredulità.</w:t>
      </w:r>
    </w:p>
    <w:p w14:paraId="4B51F8EF" w14:textId="71BF33A5" w:rsidR="007C3C6C" w:rsidRPr="00994820" w:rsidRDefault="007C3C6C" w:rsidP="00704DFD">
      <w:pPr>
        <w:spacing w:before="120" w:line="360" w:lineRule="auto"/>
        <w:ind w:firstLine="284"/>
        <w:jc w:val="both"/>
      </w:pPr>
      <w:r w:rsidRPr="00994820">
        <w:t>«probabilmente anche Sabrina ha passato del tempo in una di queste celle» Kieran si soffermò a guardare una stanza contenente un’Elvenar di dimensioni minute, ma immobile. La sua cella richiamava in tutto e per tutto una sala dei giochi presente nell’accademia, la stessa nella quale loro da piccoli avevano dovuto imparare i giochi migliori, i piaceri delle bevande modificate e le gioie del sesso.</w:t>
      </w:r>
      <w:r w:rsidR="00FA331A">
        <w:t xml:space="preserve"> </w:t>
      </w:r>
      <w:r w:rsidRPr="00994820">
        <w:t>La voce di Kieran era ferma. Ma gli occhi — no.</w:t>
      </w:r>
    </w:p>
    <w:p w14:paraId="22C7C703" w14:textId="77777777" w:rsidR="007C3C6C" w:rsidRPr="00994820" w:rsidRDefault="007C3C6C" w:rsidP="00704DFD">
      <w:pPr>
        <w:spacing w:before="120" w:line="360" w:lineRule="auto"/>
        <w:ind w:firstLine="284"/>
        <w:jc w:val="both"/>
      </w:pPr>
      <w:r w:rsidRPr="00994820">
        <w:t>Fanny gli si voltò, e in quell’istante qualcosa cambiò.</w:t>
      </w:r>
    </w:p>
    <w:p w14:paraId="652A7DED" w14:textId="77777777" w:rsidR="007C3C6C" w:rsidRPr="00994820" w:rsidRDefault="007C3C6C" w:rsidP="00704DFD">
      <w:pPr>
        <w:spacing w:before="120" w:line="360" w:lineRule="auto"/>
        <w:ind w:firstLine="284"/>
        <w:jc w:val="both"/>
      </w:pPr>
      <w:r w:rsidRPr="00994820">
        <w:t>Per la prima volta, aveva voglia di parlare e di sapere.</w:t>
      </w:r>
    </w:p>
    <w:p w14:paraId="2A2DE403" w14:textId="77777777" w:rsidR="007C3C6C" w:rsidRPr="00994820" w:rsidRDefault="007C3C6C" w:rsidP="00704DFD">
      <w:pPr>
        <w:spacing w:before="120" w:line="360" w:lineRule="auto"/>
        <w:ind w:firstLine="284"/>
        <w:jc w:val="both"/>
      </w:pPr>
      <w:r w:rsidRPr="00994820">
        <w:t>«Al primo piano. I quadri. Non mi hai detto cosa hai visto.»</w:t>
      </w:r>
    </w:p>
    <w:p w14:paraId="3D9104AE" w14:textId="12ED1F70" w:rsidR="007C3C6C" w:rsidRPr="00994820" w:rsidRDefault="007C3C6C" w:rsidP="00704DFD">
      <w:pPr>
        <w:spacing w:before="120" w:line="360" w:lineRule="auto"/>
        <w:ind w:firstLine="284"/>
        <w:jc w:val="both"/>
      </w:pPr>
      <w:r w:rsidRPr="00994820">
        <w:t>Kieran abbassò lo sguardo.</w:t>
      </w:r>
      <w:r w:rsidR="00FA331A">
        <w:t xml:space="preserve"> </w:t>
      </w:r>
      <w:r w:rsidRPr="00994820">
        <w:t>Si appoggiò contro una delle pareti spente, come se il corpo gli pesasse tutto insieme.</w:t>
      </w:r>
    </w:p>
    <w:p w14:paraId="7F6D6CE3" w14:textId="58B326BE" w:rsidR="007C3C6C" w:rsidRPr="00994820" w:rsidRDefault="007C3C6C" w:rsidP="00704DFD">
      <w:pPr>
        <w:spacing w:before="120" w:line="360" w:lineRule="auto"/>
        <w:ind w:firstLine="284"/>
        <w:jc w:val="both"/>
      </w:pPr>
      <w:r w:rsidRPr="00994820">
        <w:t>«La mia casa. Prima che crollasse.»</w:t>
      </w:r>
      <w:r w:rsidR="00FA331A">
        <w:t xml:space="preserve"> </w:t>
      </w:r>
      <w:r w:rsidRPr="00994820">
        <w:t>Un respiro.</w:t>
      </w:r>
      <w:r w:rsidR="00FA331A">
        <w:t xml:space="preserve"> </w:t>
      </w:r>
      <w:r w:rsidRPr="00994820">
        <w:t>«Mia sorella aveva sei anni. Era allegra, ostinata, piangeva per ogni cosa. Mio padre era un</w:t>
      </w:r>
      <w:r w:rsidR="00FA331A">
        <w:t xml:space="preserve"> </w:t>
      </w:r>
      <w:r w:rsidRPr="00994820">
        <w:t>uomo... spezzato. Ma non allora, da quel poco che ricordo, ci amava.» poi sorrise «o almeno amava mia sorella, più di ogni altra cosa» si lasciò cadere sul pavimento, forse per stanchezza, forse per dolore</w:t>
      </w:r>
    </w:p>
    <w:p w14:paraId="23F72CF7" w14:textId="77777777" w:rsidR="007C3C6C" w:rsidRPr="00994820" w:rsidRDefault="007C3C6C" w:rsidP="00704DFD">
      <w:pPr>
        <w:spacing w:before="120" w:line="360" w:lineRule="auto"/>
        <w:ind w:firstLine="284"/>
        <w:jc w:val="both"/>
      </w:pPr>
      <w:r w:rsidRPr="00994820">
        <w:t>Fanny si avvicinò. Non troppo. Solo quanto bastava per non sembrare distante.</w:t>
      </w:r>
    </w:p>
    <w:p w14:paraId="5C84B3CE" w14:textId="77777777" w:rsidR="007C3C6C" w:rsidRPr="00994820" w:rsidRDefault="007C3C6C" w:rsidP="00704DFD">
      <w:pPr>
        <w:spacing w:before="120" w:line="360" w:lineRule="auto"/>
        <w:ind w:firstLine="284"/>
        <w:jc w:val="both"/>
      </w:pPr>
      <w:r w:rsidRPr="00994820">
        <w:t>«Ma non potevo biasimarlo… sabrina sembrava illuminare la nostra famiglia, eravamo felici. Quando iniziarono a monitorare l’EV, quello di Sabrina era fin dall’inizio instabile, ma poi iniziò a degenerare velocemente. Non ne capimmo il motivo, in ogni caso ce la portarono via. E questo distrusse mio padre»</w:t>
      </w:r>
    </w:p>
    <w:p w14:paraId="69F2C8E4" w14:textId="5C52F89F" w:rsidR="007C3C6C" w:rsidRPr="00994820" w:rsidRDefault="007C3C6C" w:rsidP="00704DFD">
      <w:pPr>
        <w:spacing w:before="120" w:line="360" w:lineRule="auto"/>
        <w:ind w:firstLine="284"/>
        <w:jc w:val="both"/>
      </w:pPr>
      <w:r w:rsidRPr="00994820">
        <w:t>Si interruppe.</w:t>
      </w:r>
      <w:r w:rsidR="00FA331A">
        <w:t xml:space="preserve"> </w:t>
      </w:r>
      <w:r w:rsidRPr="00994820">
        <w:t>«Poi, poco dopo, anche il mio iniziò a salire, e lui… immagino non volesse perdere anche me.»</w:t>
      </w:r>
    </w:p>
    <w:p w14:paraId="2211B19D" w14:textId="77777777" w:rsidR="007C3C6C" w:rsidRPr="00994820" w:rsidRDefault="007C3C6C" w:rsidP="00704DFD">
      <w:pPr>
        <w:spacing w:before="120" w:line="360" w:lineRule="auto"/>
        <w:ind w:firstLine="284"/>
        <w:jc w:val="both"/>
      </w:pPr>
      <w:r w:rsidRPr="00994820">
        <w:lastRenderedPageBreak/>
        <w:t>Un silenzio lungo. Una lama lasciata sospesa.</w:t>
      </w:r>
    </w:p>
    <w:p w14:paraId="1BD7A543" w14:textId="30756A34" w:rsidR="007C3C6C" w:rsidRPr="00994820" w:rsidRDefault="007C3C6C" w:rsidP="00704DFD">
      <w:pPr>
        <w:spacing w:before="120" w:line="360" w:lineRule="auto"/>
        <w:ind w:firstLine="284"/>
        <w:jc w:val="both"/>
      </w:pPr>
      <w:r w:rsidRPr="00994820">
        <w:t>«Cercò in tutti modi di non farmi alterare quel dannato valore, ma quando ogni tentativo sembrava invano si convinse che se avessi continuato a sorridere, anche la mia emotività ne avrebbe giovato. Io per quel che potevo provai a sorridere ogni momento di veglia, ma per mio padre non era sufficiente, cercò di disegnarmi un sorriso perenne sul volto…» e nel dire ciò si indicò lo squarcio sul labbro «mentre mi stavo addormentando, tentai di sfuggire, di proteggermi…»</w:t>
      </w:r>
      <w:r w:rsidRPr="00994820">
        <w:br/>
        <w:t>Fanny non distolse lo sguardo.</w:t>
      </w:r>
      <w:r w:rsidR="00FA331A">
        <w:t xml:space="preserve"> </w:t>
      </w:r>
      <w:r w:rsidRPr="00994820">
        <w:t>Non per pietà. Per rispetto.</w:t>
      </w:r>
    </w:p>
    <w:p w14:paraId="3AEBAAEC" w14:textId="77777777" w:rsidR="007C3C6C" w:rsidRPr="00994820" w:rsidRDefault="007C3C6C" w:rsidP="00704DFD">
      <w:pPr>
        <w:spacing w:before="120" w:line="360" w:lineRule="auto"/>
        <w:ind w:firstLine="284"/>
        <w:jc w:val="both"/>
      </w:pPr>
      <w:r w:rsidRPr="00994820">
        <w:t>«Lo hai ucciso?» chiese. Non c’era paura nella sua voce. Solo necessità.</w:t>
      </w:r>
    </w:p>
    <w:p w14:paraId="7E08E052" w14:textId="519B3AD0" w:rsidR="007C3C6C" w:rsidRPr="00994820" w:rsidRDefault="007C3C6C" w:rsidP="00704DFD">
      <w:pPr>
        <w:spacing w:before="120" w:line="360" w:lineRule="auto"/>
        <w:ind w:firstLine="284"/>
        <w:jc w:val="both"/>
      </w:pPr>
      <w:r w:rsidRPr="00994820">
        <w:t>Kieran annuì.</w:t>
      </w:r>
      <w:r w:rsidR="00FA331A">
        <w:t xml:space="preserve"> </w:t>
      </w:r>
      <w:r w:rsidRPr="00994820">
        <w:t>«Ovviamente il mio EV schizzò alle stelle poco dopo e arrivò la Notte del Dipartimento.Taker mi trovò. In un angolo, coperto di sangue e col volto squarciato.»</w:t>
      </w:r>
    </w:p>
    <w:p w14:paraId="359299A8" w14:textId="7905B3FF" w:rsidR="007C3C6C" w:rsidRPr="00994820" w:rsidRDefault="007C3C6C" w:rsidP="00704DFD">
      <w:pPr>
        <w:spacing w:before="120" w:line="360" w:lineRule="auto"/>
        <w:ind w:firstLine="284"/>
        <w:jc w:val="both"/>
      </w:pPr>
      <w:r w:rsidRPr="00994820">
        <w:t>Si toccò la cicatrice.</w:t>
      </w:r>
      <w:r w:rsidR="00FA331A">
        <w:t xml:space="preserve"> </w:t>
      </w:r>
      <w:r w:rsidRPr="00994820">
        <w:t>«Al tempo non sapevo perché me lo propose, ma mi chiese se volessi unirmi al dipartimento, se avessi voluto sacrificare la mia libertà, in cambio della vita. Gli dissi che non mi importava. Mi rispose che allora avrebbe deciso lui per me, e scoppiò a ridere»</w:t>
      </w:r>
    </w:p>
    <w:p w14:paraId="541DA336" w14:textId="5CA0478B" w:rsidR="007C3C6C" w:rsidRPr="00994820" w:rsidRDefault="007C3C6C" w:rsidP="00704DFD">
      <w:pPr>
        <w:spacing w:before="120" w:line="360" w:lineRule="auto"/>
        <w:ind w:firstLine="284"/>
        <w:jc w:val="both"/>
      </w:pPr>
      <w:r w:rsidRPr="00994820">
        <w:t>Fanny fece un passo. Era vicina ora.</w:t>
      </w:r>
      <w:r w:rsidR="00FA331A">
        <w:t xml:space="preserve"> </w:t>
      </w:r>
      <w:r w:rsidRPr="00994820">
        <w:t>Sopra di loro, Il Patriarca sembrò piegarsi per osservarli meglio, ma non accadde nulla e il discorso e la quiete continuarono.</w:t>
      </w:r>
    </w:p>
    <w:p w14:paraId="100B3F03" w14:textId="77777777" w:rsidR="007C3C6C" w:rsidRPr="00994820" w:rsidRDefault="007C3C6C" w:rsidP="00704DFD">
      <w:pPr>
        <w:spacing w:before="120" w:line="360" w:lineRule="auto"/>
        <w:ind w:firstLine="284"/>
        <w:jc w:val="both"/>
      </w:pPr>
      <w:r w:rsidRPr="00994820">
        <w:t>«Quei quadri mi hanno mostrato quel momento, e il tempo passato con Taker… non l’avevo mai capito prima, ma lui… mi è stato padre molto più dell’autore di questo bel regalo sul volto»</w:t>
      </w:r>
    </w:p>
    <w:p w14:paraId="1A7D1B40" w14:textId="77777777" w:rsidR="007C3C6C" w:rsidRPr="00994820" w:rsidRDefault="007C3C6C" w:rsidP="00704DFD">
      <w:pPr>
        <w:spacing w:before="120" w:line="360" w:lineRule="auto"/>
        <w:ind w:firstLine="284"/>
        <w:jc w:val="both"/>
      </w:pPr>
      <w:r w:rsidRPr="00994820">
        <w:t>Nel sentire queste parole lo sguardo di Fanny s’incupì.</w:t>
      </w:r>
    </w:p>
    <w:p w14:paraId="4C8B32D4" w14:textId="7F7D921D" w:rsidR="007C3C6C" w:rsidRPr="00994820" w:rsidRDefault="007C3C6C" w:rsidP="00704DFD">
      <w:pPr>
        <w:spacing w:before="120" w:line="360" w:lineRule="auto"/>
        <w:ind w:firstLine="284"/>
        <w:jc w:val="both"/>
      </w:pPr>
      <w:r w:rsidRPr="00994820">
        <w:t>«Io... oggi ho ricordato mio padre.»</w:t>
      </w:r>
      <w:r w:rsidR="00FA331A">
        <w:t xml:space="preserve"> </w:t>
      </w:r>
      <w:r w:rsidRPr="00994820">
        <w:t>La voce di Fanny si incrinò, per la prima volta.</w:t>
      </w:r>
    </w:p>
    <w:p w14:paraId="1329BAEC" w14:textId="77777777" w:rsidR="007C3C6C" w:rsidRPr="00994820" w:rsidRDefault="007C3C6C" w:rsidP="00704DFD">
      <w:pPr>
        <w:spacing w:before="120" w:line="360" w:lineRule="auto"/>
        <w:ind w:firstLine="284"/>
        <w:jc w:val="both"/>
      </w:pPr>
      <w:r w:rsidRPr="00994820">
        <w:t>«Non un sogno. Non un’idea. Un volto. Un’immagine chiara. Le pupille, la mascella, il modo in cui mi guardava. Finalmente l’ho visto.»</w:t>
      </w:r>
    </w:p>
    <w:p w14:paraId="42F4A349" w14:textId="77777777" w:rsidR="007C3C6C" w:rsidRPr="00994820" w:rsidRDefault="007C3C6C" w:rsidP="00704DFD">
      <w:pPr>
        <w:spacing w:before="120" w:line="360" w:lineRule="auto"/>
        <w:ind w:firstLine="284"/>
        <w:jc w:val="both"/>
      </w:pPr>
      <w:r w:rsidRPr="00994820">
        <w:t>Kieran sollevò lo sguardo. «E ti ha fatto male?»</w:t>
      </w:r>
    </w:p>
    <w:p w14:paraId="3E290029" w14:textId="77777777" w:rsidR="007C3C6C" w:rsidRPr="00994820" w:rsidRDefault="007C3C6C" w:rsidP="00704DFD">
      <w:pPr>
        <w:spacing w:before="120" w:line="360" w:lineRule="auto"/>
        <w:ind w:firstLine="284"/>
        <w:jc w:val="both"/>
      </w:pPr>
      <w:r w:rsidRPr="00994820">
        <w:t>«Mi ha fatto bene. E male. Perché, ora comprendo il motivo del suo distacco, non so se potrò salvarlo Kieran, ma vorrei almeno provarci»</w:t>
      </w:r>
    </w:p>
    <w:p w14:paraId="45F7FA2A" w14:textId="412F6FAA" w:rsidR="007C3C6C" w:rsidRPr="00994820" w:rsidRDefault="007C3C6C" w:rsidP="00704DFD">
      <w:pPr>
        <w:spacing w:before="120" w:line="360" w:lineRule="auto"/>
        <w:ind w:firstLine="284"/>
        <w:jc w:val="both"/>
      </w:pPr>
      <w:r w:rsidRPr="00994820">
        <w:t>Si fermò.</w:t>
      </w:r>
      <w:r w:rsidR="00FA331A">
        <w:t xml:space="preserve"> </w:t>
      </w:r>
      <w:r w:rsidRPr="00994820">
        <w:t>«Perché lui l’uomo che mi insegnava a contare le stelle. Che mi ha costruito questi occhi per farmi vedere il mondo, senza che venisse sbiadito.»</w:t>
      </w:r>
    </w:p>
    <w:p w14:paraId="5544EBDB" w14:textId="2C22F24D" w:rsidR="007C3C6C" w:rsidRPr="00994820" w:rsidRDefault="007C3C6C" w:rsidP="00704DFD">
      <w:pPr>
        <w:spacing w:before="120" w:line="360" w:lineRule="auto"/>
        <w:ind w:firstLine="284"/>
        <w:jc w:val="both"/>
      </w:pPr>
      <w:r w:rsidRPr="00994820">
        <w:t>Lo guardò.</w:t>
      </w:r>
      <w:r w:rsidR="00FA331A">
        <w:t xml:space="preserve"> </w:t>
      </w:r>
      <w:r w:rsidRPr="00994820">
        <w:t>«E grazie a mio padre se adesso posso vedere il tuo volto.»</w:t>
      </w:r>
    </w:p>
    <w:p w14:paraId="50191F27" w14:textId="77777777" w:rsidR="007C3C6C" w:rsidRPr="00994820" w:rsidRDefault="007C3C6C" w:rsidP="00704DFD">
      <w:pPr>
        <w:spacing w:before="120" w:line="360" w:lineRule="auto"/>
        <w:ind w:firstLine="284"/>
        <w:jc w:val="both"/>
      </w:pPr>
      <w:r w:rsidRPr="00994820">
        <w:t>I due sembrarono smarrirsi l’uno negli occhi dell’altro per un lungo istante.</w:t>
      </w:r>
      <w:r w:rsidRPr="00994820">
        <w:br/>
        <w:t>Poi Kieran fece scivolare la sua mano sul polso di Fanny.</w:t>
      </w:r>
      <w:r w:rsidRPr="00994820">
        <w:br/>
        <w:t>Solo quello.</w:t>
      </w:r>
    </w:p>
    <w:p w14:paraId="6ECCF8E7" w14:textId="77777777" w:rsidR="007C3C6C" w:rsidRPr="00994820" w:rsidRDefault="007C3C6C" w:rsidP="00704DFD">
      <w:pPr>
        <w:spacing w:before="120" w:line="360" w:lineRule="auto"/>
        <w:ind w:firstLine="284"/>
        <w:jc w:val="both"/>
      </w:pPr>
      <w:r w:rsidRPr="00994820">
        <w:lastRenderedPageBreak/>
        <w:t>«Qualunque sia la verità, saprai prendere la decisione giusta. Tu, Fanny. E tuo padre sapeva che avrebbe potutto contare su di te o non avrebbe architettato tutto questo.»</w:t>
      </w:r>
    </w:p>
    <w:p w14:paraId="12B4B64E" w14:textId="7890F6A8" w:rsidR="007C3C6C" w:rsidRPr="00994820" w:rsidRDefault="007C3C6C" w:rsidP="00FA331A">
      <w:pPr>
        <w:spacing w:before="120" w:line="360" w:lineRule="auto"/>
        <w:ind w:firstLine="284"/>
        <w:jc w:val="both"/>
      </w:pPr>
      <w:r w:rsidRPr="00994820">
        <w:t>Le dita di lei tremarono. Ma non si ritrasse.</w:t>
      </w:r>
      <w:r w:rsidR="00FA331A">
        <w:t xml:space="preserve"> </w:t>
      </w:r>
      <w:r w:rsidRPr="00994820">
        <w:t>Per un attimo, le celle smisero di proiettare.</w:t>
      </w:r>
      <w:r w:rsidR="00FA331A">
        <w:t xml:space="preserve"> </w:t>
      </w:r>
      <w:r w:rsidRPr="00994820">
        <w:t>Come se persino le simulazioni avessero smesso di fingere.</w:t>
      </w:r>
      <w:r w:rsidR="00FA331A">
        <w:t xml:space="preserve"> </w:t>
      </w:r>
      <w:r w:rsidRPr="00994820">
        <w:t>Il settimo piano non li giudicò.</w:t>
      </w:r>
      <w:r w:rsidR="00FA331A">
        <w:t xml:space="preserve"> </w:t>
      </w:r>
      <w:r w:rsidRPr="00994820">
        <w:t>Ma ascoltò.</w:t>
      </w:r>
      <w:r w:rsidR="00FA331A">
        <w:t xml:space="preserve"> </w:t>
      </w:r>
      <w:r w:rsidRPr="00994820">
        <w:t>E mentre le porte dell’ottavo piano si aprivano, nessuno dei due si voltò indietro.</w:t>
      </w:r>
    </w:p>
    <w:p w14:paraId="4B569847" w14:textId="77777777" w:rsidR="00FA331A" w:rsidRDefault="007C3C6C" w:rsidP="00FA331A">
      <w:pPr>
        <w:spacing w:before="120" w:line="360" w:lineRule="auto"/>
        <w:ind w:firstLine="284"/>
        <w:jc w:val="both"/>
      </w:pPr>
      <w:r w:rsidRPr="00994820">
        <w:t>Il portale dell’ottavo piano si aprì con un sospiro.</w:t>
      </w:r>
    </w:p>
    <w:p w14:paraId="746B4C35" w14:textId="6BC18169" w:rsidR="007C3C6C" w:rsidRPr="00994820" w:rsidRDefault="007C3C6C" w:rsidP="00FA331A">
      <w:pPr>
        <w:spacing w:before="120" w:line="360" w:lineRule="auto"/>
        <w:ind w:firstLine="284"/>
        <w:jc w:val="both"/>
      </w:pPr>
      <w:r w:rsidRPr="00994820">
        <w:t>Non uno sbuffo meccanico. Non un suono metallico.</w:t>
      </w:r>
      <w:r w:rsidR="00FA331A">
        <w:t xml:space="preserve"> </w:t>
      </w:r>
      <w:r w:rsidRPr="00994820">
        <w:t>Un vero sospiro.</w:t>
      </w:r>
      <w:r w:rsidRPr="00994820">
        <w:br/>
        <w:t>Lungo. Liquido. Come se il piano stesso li avesse sentiti arrivare e stesse decidendo se lasciarli entrare.</w:t>
      </w:r>
    </w:p>
    <w:p w14:paraId="53578A62" w14:textId="77777777" w:rsidR="007C3C6C" w:rsidRPr="00994820" w:rsidRDefault="007C3C6C" w:rsidP="00704DFD">
      <w:pPr>
        <w:spacing w:before="120" w:line="360" w:lineRule="auto"/>
        <w:ind w:firstLine="284"/>
        <w:jc w:val="both"/>
      </w:pPr>
      <w:r w:rsidRPr="00994820">
        <w:t>Davanti a loro, La Sala delle Trame brillava del suo splendore intenso. Una luce brillante riempiva tutto il pavimento dell’ottavo piano, facendo apparire la sala come fosse sospesa, simile a un cuore appeso a vene luminose. Quella luce infatti era alimentata dalla stessa energia che era fluita attraverso tutti i piani e che sembrava partire dalla fontana al primo piano.</w:t>
      </w:r>
      <w:r w:rsidRPr="00994820">
        <w:br/>
        <w:t>Cavi organici pulsavano lungo il soffitto, calando verso l’alto e il basso in un doppio respiro.</w:t>
      </w:r>
    </w:p>
    <w:p w14:paraId="6064B8A0" w14:textId="77777777" w:rsidR="007C3C6C" w:rsidRPr="00994820" w:rsidRDefault="007C3C6C" w:rsidP="00704DFD">
      <w:pPr>
        <w:spacing w:before="120" w:line="360" w:lineRule="auto"/>
        <w:ind w:firstLine="284"/>
        <w:jc w:val="both"/>
      </w:pPr>
      <w:r w:rsidRPr="00994820">
        <w:t>Al centro, l’Albero.</w:t>
      </w:r>
    </w:p>
    <w:p w14:paraId="130BC8F7" w14:textId="77777777" w:rsidR="007C3C6C" w:rsidRPr="00994820" w:rsidRDefault="007C3C6C" w:rsidP="00704DFD">
      <w:pPr>
        <w:spacing w:before="120" w:line="360" w:lineRule="auto"/>
        <w:ind w:firstLine="284"/>
        <w:jc w:val="both"/>
      </w:pPr>
      <w:r w:rsidRPr="00994820">
        <w:t>Immenso.</w:t>
      </w:r>
      <w:r w:rsidRPr="00994820">
        <w:br/>
        <w:t>Un colosso di circuiti emotivi intrecciati come rami vivi, fuso di luce, carne e pensiero.</w:t>
      </w:r>
      <w:r w:rsidRPr="00994820">
        <w:br/>
        <w:t>Le sue foglie, migliaia, ondeggiavano con lentezza. Ognuna una vita.</w:t>
      </w:r>
      <w:r w:rsidRPr="00994820">
        <w:br/>
        <w:t>Ognuna un cittadino.</w:t>
      </w:r>
    </w:p>
    <w:p w14:paraId="4629625A" w14:textId="77777777" w:rsidR="007C3C6C" w:rsidRPr="00994820" w:rsidRDefault="007C3C6C" w:rsidP="00704DFD">
      <w:pPr>
        <w:spacing w:before="120" w:line="360" w:lineRule="auto"/>
        <w:ind w:firstLine="284"/>
        <w:jc w:val="both"/>
      </w:pPr>
      <w:r w:rsidRPr="00994820">
        <w:t>Fanny sentì le gambe irrigidirsi.</w:t>
      </w:r>
    </w:p>
    <w:p w14:paraId="3CAF007F" w14:textId="271402A3" w:rsidR="007C3C6C" w:rsidRPr="00994820" w:rsidRDefault="007C3C6C" w:rsidP="00704DFD">
      <w:pPr>
        <w:spacing w:before="120" w:line="360" w:lineRule="auto"/>
        <w:ind w:firstLine="284"/>
        <w:jc w:val="both"/>
      </w:pPr>
      <w:r w:rsidRPr="00994820">
        <w:t>Non era paura. Era altro.</w:t>
      </w:r>
      <w:r w:rsidR="00FA331A">
        <w:t xml:space="preserve"> </w:t>
      </w:r>
      <w:r w:rsidRPr="00994820">
        <w:t>Il bisogno istintivo di chinare il capo davanti a qualcosa di troppo grande, troppo vivo.</w:t>
      </w:r>
      <w:r w:rsidR="00FA331A">
        <w:t xml:space="preserve"> </w:t>
      </w:r>
      <w:r w:rsidRPr="00994820">
        <w:t>Qualcosa che, se avesse voluto, l’avrebbe riscritta.</w:t>
      </w:r>
    </w:p>
    <w:p w14:paraId="20B2CDE6" w14:textId="306E5328" w:rsidR="007C3C6C" w:rsidRPr="00994820" w:rsidRDefault="007C3C6C" w:rsidP="00704DFD">
      <w:pPr>
        <w:spacing w:before="120" w:line="360" w:lineRule="auto"/>
        <w:ind w:firstLine="284"/>
        <w:jc w:val="both"/>
      </w:pPr>
      <w:r w:rsidRPr="00994820">
        <w:t>Attorno a quel maestoso albero c’era l’anello rotante dell’Archivio Vitals,  che conteneva tante piccole sfere emotive che fluttuavano in silenzio.</w:t>
      </w:r>
      <w:r w:rsidR="00FA331A">
        <w:t xml:space="preserve"> </w:t>
      </w:r>
      <w:r w:rsidRPr="00994820">
        <w:t>Blu placido. Giallo brillante. Verde tenue.</w:t>
      </w:r>
      <w:r w:rsidR="00FA331A">
        <w:t xml:space="preserve"> </w:t>
      </w:r>
      <w:r w:rsidRPr="00994820">
        <w:t>Ma anche rosso tremante.</w:t>
      </w:r>
      <w:r w:rsidR="00FA331A">
        <w:t xml:space="preserve"> </w:t>
      </w:r>
      <w:r w:rsidRPr="00994820">
        <w:t>E un paio… grigie. Spente.</w:t>
      </w:r>
    </w:p>
    <w:p w14:paraId="0691A828" w14:textId="2496296D" w:rsidR="007C3C6C" w:rsidRPr="00994820" w:rsidRDefault="007C3C6C" w:rsidP="00704DFD">
      <w:pPr>
        <w:spacing w:before="120" w:line="360" w:lineRule="auto"/>
        <w:ind w:firstLine="284"/>
        <w:jc w:val="both"/>
      </w:pPr>
      <w:r w:rsidRPr="00994820">
        <w:t>Kieran si fermò.</w:t>
      </w:r>
      <w:r w:rsidR="00FA331A">
        <w:t xml:space="preserve"> </w:t>
      </w:r>
      <w:r w:rsidRPr="00994820">
        <w:t>«Siamo dentro il cervello della città» sussurrò.</w:t>
      </w:r>
    </w:p>
    <w:p w14:paraId="1CECB178" w14:textId="77777777" w:rsidR="007C3C6C" w:rsidRPr="00994820" w:rsidRDefault="007C3C6C" w:rsidP="00704DFD">
      <w:pPr>
        <w:spacing w:before="120" w:line="360" w:lineRule="auto"/>
        <w:ind w:firstLine="284"/>
        <w:jc w:val="both"/>
      </w:pPr>
      <w:r w:rsidRPr="00994820">
        <w:t>Fanny annuì. Ma non riuscì a parlare. Non ancora.</w:t>
      </w:r>
    </w:p>
    <w:p w14:paraId="3F60FF24" w14:textId="743C3C9E" w:rsidR="007C3C6C" w:rsidRPr="00994820" w:rsidRDefault="007C3C6C" w:rsidP="00704DFD">
      <w:pPr>
        <w:spacing w:before="120" w:line="360" w:lineRule="auto"/>
        <w:ind w:firstLine="284"/>
        <w:jc w:val="both"/>
      </w:pPr>
      <w:r w:rsidRPr="00994820">
        <w:t>L’aria era densa. Come liquida. Ogni parola sembrava rimbalzare contro le pareti cerebrali del luogo.</w:t>
      </w:r>
      <w:r w:rsidR="00FA331A">
        <w:t xml:space="preserve"> </w:t>
      </w:r>
      <w:r w:rsidRPr="00994820">
        <w:t>Un battito lontano. Un fruscio nelle vene.</w:t>
      </w:r>
    </w:p>
    <w:p w14:paraId="0728EAEA" w14:textId="77777777" w:rsidR="007C3C6C" w:rsidRPr="00994820" w:rsidRDefault="007C3C6C" w:rsidP="00704DFD">
      <w:pPr>
        <w:spacing w:before="120" w:line="360" w:lineRule="auto"/>
        <w:ind w:firstLine="284"/>
        <w:jc w:val="both"/>
      </w:pPr>
      <w:r w:rsidRPr="00994820">
        <w:t>Poi lo videro.</w:t>
      </w:r>
    </w:p>
    <w:p w14:paraId="7A0F1043" w14:textId="1D4D31F5" w:rsidR="007C3C6C" w:rsidRPr="00994820" w:rsidRDefault="007C3C6C" w:rsidP="00FA331A">
      <w:pPr>
        <w:spacing w:before="120" w:line="360" w:lineRule="auto"/>
        <w:ind w:firstLine="284"/>
        <w:jc w:val="both"/>
      </w:pPr>
      <w:r w:rsidRPr="00994820">
        <w:t xml:space="preserve">A pochi passi dall’Albero, in piedi, con le mani incrociate dietro la schiena: il Giudice </w:t>
      </w:r>
      <w:r w:rsidRPr="00994820">
        <w:rPr>
          <w:b/>
          <w:bCs/>
        </w:rPr>
        <w:t>Rivey</w:t>
      </w:r>
      <w:r w:rsidRPr="00994820">
        <w:t>.</w:t>
      </w:r>
      <w:r w:rsidR="00FA331A">
        <w:t xml:space="preserve"> </w:t>
      </w:r>
      <w:r w:rsidRPr="00994820">
        <w:t>Curvo. Statico. Come un apostrofo tra due pensieri pericolosi.</w:t>
      </w:r>
      <w:r w:rsidRPr="00994820">
        <w:br/>
      </w:r>
      <w:r w:rsidRPr="00994820">
        <w:lastRenderedPageBreak/>
        <w:t>La testa inclinata, come se stesse osservando una foglia in particolare.</w:t>
      </w:r>
      <w:r w:rsidRPr="00994820">
        <w:br/>
        <w:t>Oppure ascoltando qualcosa che solo lui poteva udire.</w:t>
      </w:r>
    </w:p>
    <w:p w14:paraId="2EEFD586" w14:textId="6406A845" w:rsidR="007C3C6C" w:rsidRPr="00994820" w:rsidRDefault="007C3C6C" w:rsidP="00704DFD">
      <w:pPr>
        <w:spacing w:before="120" w:line="360" w:lineRule="auto"/>
        <w:ind w:firstLine="284"/>
        <w:jc w:val="both"/>
      </w:pPr>
      <w:r w:rsidRPr="00994820">
        <w:t>Non parlò.</w:t>
      </w:r>
      <w:r w:rsidR="00FA331A">
        <w:t xml:space="preserve"> </w:t>
      </w:r>
      <w:r w:rsidRPr="00994820">
        <w:t>Non si voltò.</w:t>
      </w:r>
    </w:p>
    <w:p w14:paraId="41DF40D5" w14:textId="77777777" w:rsidR="007C3C6C" w:rsidRPr="00994820" w:rsidRDefault="007C3C6C" w:rsidP="00704DFD">
      <w:pPr>
        <w:spacing w:before="120" w:line="360" w:lineRule="auto"/>
        <w:ind w:firstLine="284"/>
        <w:jc w:val="both"/>
      </w:pPr>
      <w:r w:rsidRPr="00994820">
        <w:t>Ma sapevano che li aveva sentiti.</w:t>
      </w:r>
    </w:p>
    <w:p w14:paraId="2CC70C56" w14:textId="32312919" w:rsidR="007C3C6C" w:rsidRPr="00994820" w:rsidRDefault="007C3C6C" w:rsidP="00704DFD">
      <w:pPr>
        <w:spacing w:before="120" w:line="360" w:lineRule="auto"/>
        <w:ind w:firstLine="284"/>
        <w:jc w:val="both"/>
      </w:pPr>
      <w:r w:rsidRPr="00994820">
        <w:t>Kieran fece un passo avanti.</w:t>
      </w:r>
      <w:r w:rsidR="00FA331A">
        <w:t xml:space="preserve"> </w:t>
      </w:r>
      <w:r w:rsidRPr="00994820">
        <w:t>Fanny lo fermò, posando due dita sul suo avambraccio. Un gesto automatico. Più intimo che militare.</w:t>
      </w:r>
    </w:p>
    <w:p w14:paraId="6B311ABA" w14:textId="77777777" w:rsidR="007C3C6C" w:rsidRPr="00994820" w:rsidRDefault="007C3C6C" w:rsidP="00704DFD">
      <w:pPr>
        <w:spacing w:before="120" w:line="360" w:lineRule="auto"/>
        <w:ind w:firstLine="284"/>
        <w:jc w:val="both"/>
      </w:pPr>
      <w:r w:rsidRPr="00994820">
        <w:t>«Aspetta» disse piano.</w:t>
      </w:r>
    </w:p>
    <w:p w14:paraId="55DB4974" w14:textId="77777777" w:rsidR="007C3C6C" w:rsidRPr="00994820" w:rsidRDefault="007C3C6C" w:rsidP="00704DFD">
      <w:pPr>
        <w:spacing w:before="120" w:line="360" w:lineRule="auto"/>
        <w:ind w:firstLine="284"/>
        <w:jc w:val="both"/>
      </w:pPr>
      <w:r w:rsidRPr="00994820">
        <w:t>L’Albero sussurrava qualcosa.</w:t>
      </w:r>
    </w:p>
    <w:p w14:paraId="589DD8F5" w14:textId="77777777" w:rsidR="007C3C6C" w:rsidRPr="00994820" w:rsidRDefault="007C3C6C" w:rsidP="00704DFD">
      <w:pPr>
        <w:spacing w:before="120" w:line="360" w:lineRule="auto"/>
        <w:ind w:firstLine="284"/>
        <w:jc w:val="both"/>
      </w:pPr>
      <w:r w:rsidRPr="00994820">
        <w:t>E la sala, viva e sovraccarica di storia, tratteneva il fiato.</w:t>
      </w:r>
    </w:p>
    <w:p w14:paraId="3A990579" w14:textId="77777777" w:rsidR="007C3C6C" w:rsidRPr="00994820" w:rsidRDefault="007C3C6C" w:rsidP="00704DFD">
      <w:pPr>
        <w:spacing w:before="120" w:line="360" w:lineRule="auto"/>
        <w:ind w:firstLine="284"/>
        <w:jc w:val="both"/>
      </w:pPr>
      <w:r w:rsidRPr="00994820">
        <w:t>«È curioso» disse Rivey, senza voltarsi.</w:t>
      </w:r>
    </w:p>
    <w:p w14:paraId="1B73BDF6" w14:textId="2E0DC1CB" w:rsidR="007C3C6C" w:rsidRPr="00994820" w:rsidRDefault="007C3C6C" w:rsidP="00704DFD">
      <w:pPr>
        <w:spacing w:before="120" w:line="360" w:lineRule="auto"/>
        <w:ind w:firstLine="284"/>
        <w:jc w:val="both"/>
      </w:pPr>
      <w:r w:rsidRPr="00994820">
        <w:t>La voce arrivò come un filo tagliato nel vuoto.</w:t>
      </w:r>
      <w:r w:rsidR="00FA331A">
        <w:t xml:space="preserve"> </w:t>
      </w:r>
      <w:r w:rsidRPr="00994820">
        <w:t>Sottile. Troppo leggero per reggere un peso simile.</w:t>
      </w:r>
    </w:p>
    <w:p w14:paraId="424B5963" w14:textId="77777777" w:rsidR="007C3C6C" w:rsidRPr="00994820" w:rsidRDefault="007C3C6C" w:rsidP="00704DFD">
      <w:pPr>
        <w:spacing w:before="120" w:line="360" w:lineRule="auto"/>
        <w:ind w:firstLine="284"/>
        <w:jc w:val="both"/>
      </w:pPr>
      <w:r w:rsidRPr="00994820">
        <w:t>«Cosa lo è?» chiese Kieran, con tono controllato.</w:t>
      </w:r>
    </w:p>
    <w:p w14:paraId="5FB10EB1" w14:textId="31B9D053" w:rsidR="007C3C6C" w:rsidRPr="00994820" w:rsidRDefault="007C3C6C" w:rsidP="00704DFD">
      <w:pPr>
        <w:spacing w:before="120" w:line="360" w:lineRule="auto"/>
        <w:ind w:firstLine="284"/>
        <w:jc w:val="both"/>
      </w:pPr>
      <w:r w:rsidRPr="00994820">
        <w:t>«Che proprio voi due siate saliti fin qui.»</w:t>
      </w:r>
      <w:r w:rsidR="00FA331A">
        <w:t xml:space="preserve"> </w:t>
      </w:r>
      <w:r w:rsidRPr="00994820">
        <w:t>Una pausa. Rivey si era fermato a causa della sua tosse. Kieran indietreggiò d’istinto, ma Fanny non sembrò notarlo.</w:t>
      </w:r>
      <w:r w:rsidRPr="00994820">
        <w:br/>
        <w:t>«La Torre Rossa... e l’Alfiere Nero.»</w:t>
      </w:r>
    </w:p>
    <w:p w14:paraId="268D9370" w14:textId="77777777" w:rsidR="007C3C6C" w:rsidRPr="00994820" w:rsidRDefault="007C3C6C" w:rsidP="00704DFD">
      <w:pPr>
        <w:spacing w:before="120" w:line="360" w:lineRule="auto"/>
        <w:ind w:firstLine="284"/>
        <w:jc w:val="both"/>
      </w:pPr>
      <w:r w:rsidRPr="00994820">
        <w:t>Fanny fece un passo avanti. I guanti non erano attivi, ma le vene nel collo sì.</w:t>
      </w:r>
    </w:p>
    <w:p w14:paraId="205E0230" w14:textId="77777777" w:rsidR="007C3C6C" w:rsidRPr="00994820" w:rsidRDefault="007C3C6C" w:rsidP="00704DFD">
      <w:pPr>
        <w:spacing w:before="120" w:line="360" w:lineRule="auto"/>
        <w:ind w:firstLine="284"/>
        <w:jc w:val="both"/>
      </w:pPr>
      <w:r w:rsidRPr="00994820">
        <w:t>«Se ci aspettavi, risparmiaci la parte teatrale. Sono stanca di giochi.»</w:t>
      </w:r>
    </w:p>
    <w:p w14:paraId="34772996" w14:textId="547E58DA" w:rsidR="007C3C6C" w:rsidRPr="00994820" w:rsidRDefault="007C3C6C" w:rsidP="00FA331A">
      <w:pPr>
        <w:spacing w:before="120" w:line="360" w:lineRule="auto"/>
        <w:ind w:firstLine="284"/>
        <w:jc w:val="both"/>
      </w:pPr>
      <w:r w:rsidRPr="00994820">
        <w:t>Rivey finalmente si voltò.</w:t>
      </w:r>
      <w:r w:rsidR="00FA331A">
        <w:t xml:space="preserve"> </w:t>
      </w:r>
      <w:r w:rsidRPr="00994820">
        <w:t>Il volto scarno, le occhiaie profonde, le labbra livide come inchiostro invecchiato. Ma lo sguardo... quello era lucidissimo.</w:t>
      </w:r>
    </w:p>
    <w:p w14:paraId="5A832F5D" w14:textId="05BC6EB3" w:rsidR="007C3C6C" w:rsidRPr="00994820" w:rsidRDefault="007C3C6C" w:rsidP="00704DFD">
      <w:pPr>
        <w:spacing w:before="120" w:line="360" w:lineRule="auto"/>
        <w:ind w:firstLine="284"/>
        <w:jc w:val="both"/>
      </w:pPr>
      <w:r w:rsidRPr="00994820">
        <w:t>«Tutti recitano qui, mia cara. Anche chi non conosce la parte.» anche questa volta la frase venne interrotta da un debole colpo di tosse.</w:t>
      </w:r>
      <w:r w:rsidR="00FA331A">
        <w:t xml:space="preserve"> </w:t>
      </w:r>
      <w:r w:rsidRPr="00994820">
        <w:t>Poi il suo sguardo scivolò su di lei come un ago. «Anche chi ha avuto il cuore più puro ha dovuto imparare a giocare a questo gioco»</w:t>
      </w:r>
    </w:p>
    <w:p w14:paraId="75BCF4C0" w14:textId="3C329764" w:rsidR="007C3C6C" w:rsidRPr="00994820" w:rsidRDefault="007C3C6C" w:rsidP="00704DFD">
      <w:pPr>
        <w:spacing w:before="120" w:line="360" w:lineRule="auto"/>
        <w:ind w:firstLine="284"/>
        <w:jc w:val="both"/>
      </w:pPr>
      <w:r w:rsidRPr="00994820">
        <w:t>Fanny non abbassò gli occhi.</w:t>
      </w:r>
      <w:r w:rsidR="00FA331A">
        <w:t xml:space="preserve"> </w:t>
      </w:r>
      <w:r w:rsidRPr="00994820">
        <w:t>«Non sono venuta a giocare.»</w:t>
      </w:r>
    </w:p>
    <w:p w14:paraId="6D064E27" w14:textId="77777777" w:rsidR="007C3C6C" w:rsidRPr="00994820" w:rsidRDefault="007C3C6C" w:rsidP="00704DFD">
      <w:pPr>
        <w:spacing w:before="120" w:line="360" w:lineRule="auto"/>
        <w:ind w:firstLine="284"/>
        <w:jc w:val="both"/>
      </w:pPr>
      <w:r w:rsidRPr="00994820">
        <w:t>«No? Peccato. Era il mio turno.»</w:t>
      </w:r>
    </w:p>
    <w:p w14:paraId="25F1174B" w14:textId="77777777" w:rsidR="007C3C6C" w:rsidRPr="00994820" w:rsidRDefault="007C3C6C" w:rsidP="00704DFD">
      <w:pPr>
        <w:spacing w:before="120" w:line="360" w:lineRule="auto"/>
        <w:ind w:firstLine="284"/>
        <w:jc w:val="both"/>
      </w:pPr>
      <w:r w:rsidRPr="00994820">
        <w:t>Per un attimo, nessuno parlò. Le foglie dell’Albero tremolarono. Una, in particolare, virò da verde a viola scuro.</w:t>
      </w:r>
    </w:p>
    <w:p w14:paraId="2D176C18" w14:textId="77777777" w:rsidR="007C3C6C" w:rsidRPr="00994820" w:rsidRDefault="007C3C6C" w:rsidP="00704DFD">
      <w:pPr>
        <w:spacing w:before="120" w:line="360" w:lineRule="auto"/>
        <w:ind w:firstLine="284"/>
        <w:jc w:val="both"/>
      </w:pPr>
      <w:r w:rsidRPr="00994820">
        <w:t>«Rivey» sibilò Fanny. «Tu sai chi sto cercando.»</w:t>
      </w:r>
    </w:p>
    <w:p w14:paraId="769A9202" w14:textId="77777777" w:rsidR="007C3C6C" w:rsidRPr="00994820" w:rsidRDefault="007C3C6C" w:rsidP="00704DFD">
      <w:pPr>
        <w:spacing w:before="120" w:line="360" w:lineRule="auto"/>
        <w:ind w:firstLine="284"/>
        <w:jc w:val="both"/>
      </w:pPr>
      <w:r w:rsidRPr="00994820">
        <w:t>Il Giudice inclinò la testa. «Sì?»</w:t>
      </w:r>
    </w:p>
    <w:p w14:paraId="22E046E5" w14:textId="77777777" w:rsidR="007C3C6C" w:rsidRPr="00994820" w:rsidRDefault="007C3C6C" w:rsidP="00704DFD">
      <w:pPr>
        <w:spacing w:before="120" w:line="360" w:lineRule="auto"/>
        <w:ind w:firstLine="284"/>
        <w:jc w:val="both"/>
      </w:pPr>
      <w:r w:rsidRPr="00994820">
        <w:t>«Mio padre.»</w:t>
      </w:r>
    </w:p>
    <w:p w14:paraId="110C95E3" w14:textId="77777777" w:rsidR="007C3C6C" w:rsidRPr="00994820" w:rsidRDefault="007C3C6C" w:rsidP="00704DFD">
      <w:pPr>
        <w:spacing w:before="120" w:line="360" w:lineRule="auto"/>
        <w:ind w:firstLine="284"/>
        <w:jc w:val="both"/>
      </w:pPr>
      <w:r w:rsidRPr="00994820">
        <w:lastRenderedPageBreak/>
        <w:t>Silenzio.</w:t>
      </w:r>
    </w:p>
    <w:p w14:paraId="2ADEDF03" w14:textId="77777777" w:rsidR="007C3C6C" w:rsidRPr="00994820" w:rsidRDefault="007C3C6C" w:rsidP="00704DFD">
      <w:pPr>
        <w:spacing w:before="120" w:line="360" w:lineRule="auto"/>
        <w:ind w:firstLine="284"/>
        <w:jc w:val="both"/>
      </w:pPr>
      <w:r w:rsidRPr="00994820">
        <w:t>«E?» chiese lui, con un mezzo sorriso.</w:t>
      </w:r>
    </w:p>
    <w:p w14:paraId="431E3CBF" w14:textId="77777777" w:rsidR="007C3C6C" w:rsidRPr="00994820" w:rsidRDefault="007C3C6C" w:rsidP="00704DFD">
      <w:pPr>
        <w:spacing w:before="120" w:line="360" w:lineRule="auto"/>
        <w:ind w:firstLine="284"/>
        <w:jc w:val="both"/>
      </w:pPr>
      <w:r w:rsidRPr="00994820">
        <w:t>«E ora ricordo il suo volto. L’ho rivisto. Perfettamente. E so di averlo già incontrato, in questa città, molte volte, e se c’è qualcuno che sa dove possa essere quello sei tu. Quindi risparmiami le tue manfrine da giocattolaio e parla chiaro.»</w:t>
      </w:r>
    </w:p>
    <w:p w14:paraId="7A0D503D" w14:textId="77777777" w:rsidR="007C3C6C" w:rsidRPr="00994820" w:rsidRDefault="007C3C6C" w:rsidP="00704DFD">
      <w:pPr>
        <w:spacing w:before="120" w:line="360" w:lineRule="auto"/>
        <w:ind w:firstLine="284"/>
        <w:jc w:val="both"/>
      </w:pPr>
      <w:r w:rsidRPr="00994820">
        <w:t>Rivey si portò una mano al mento, come se stesse analizzando una teoria interessante.</w:t>
      </w:r>
    </w:p>
    <w:p w14:paraId="6BCC20BB" w14:textId="77777777" w:rsidR="007C3C6C" w:rsidRPr="00994820" w:rsidRDefault="007C3C6C" w:rsidP="00704DFD">
      <w:pPr>
        <w:spacing w:before="120" w:line="360" w:lineRule="auto"/>
        <w:ind w:firstLine="284"/>
        <w:jc w:val="both"/>
      </w:pPr>
      <w:r w:rsidRPr="00994820">
        <w:t>«E dimmi... chi sarebbe, secondo te?»</w:t>
      </w:r>
    </w:p>
    <w:p w14:paraId="1110876B" w14:textId="77777777" w:rsidR="007C3C6C" w:rsidRPr="00994820" w:rsidRDefault="007C3C6C" w:rsidP="00704DFD">
      <w:pPr>
        <w:spacing w:before="120" w:line="360" w:lineRule="auto"/>
        <w:ind w:firstLine="284"/>
        <w:jc w:val="both"/>
      </w:pPr>
      <w:r w:rsidRPr="00994820">
        <w:t>«Basta giocare, Rivey voglio che lo chiamo, se voi due siete in questa torre, lo sarà anche lui.»</w:t>
      </w:r>
    </w:p>
    <w:p w14:paraId="4227D37C" w14:textId="77777777" w:rsidR="007C3C6C" w:rsidRPr="00994820" w:rsidRDefault="007C3C6C" w:rsidP="00704DFD">
      <w:pPr>
        <w:spacing w:before="120" w:line="360" w:lineRule="auto"/>
        <w:ind w:firstLine="284"/>
        <w:jc w:val="both"/>
      </w:pPr>
      <w:r w:rsidRPr="00994820">
        <w:t>Il silenzio che seguì era denso di corrente statica. L’Albero sussurrava a tutti i nodi, ma nessuno lo ascoltava.</w:t>
      </w:r>
    </w:p>
    <w:p w14:paraId="0CE91E0E" w14:textId="77777777" w:rsidR="007C3C6C" w:rsidRPr="00994820" w:rsidRDefault="007C3C6C" w:rsidP="00704DFD">
      <w:pPr>
        <w:spacing w:before="120" w:line="360" w:lineRule="auto"/>
        <w:ind w:firstLine="284"/>
        <w:jc w:val="both"/>
      </w:pPr>
      <w:r w:rsidRPr="00994820">
        <w:t>Poi Rivey fece un mezzo passo. Non verso di loro, ma verso una delle consolle olografiche.</w:t>
      </w:r>
      <w:r w:rsidRPr="00994820">
        <w:br/>
        <w:t>Sfiorò un’interfaccia. Sullo sfondo, una rete tridimensionale iniziò a formarsi. Mille percorsi. Mille fili.</w:t>
      </w:r>
    </w:p>
    <w:p w14:paraId="6632C90A" w14:textId="77777777" w:rsidR="007C3C6C" w:rsidRPr="00994820" w:rsidRDefault="007C3C6C" w:rsidP="00704DFD">
      <w:pPr>
        <w:spacing w:before="120" w:line="360" w:lineRule="auto"/>
        <w:ind w:firstLine="284"/>
        <w:jc w:val="both"/>
      </w:pPr>
      <w:r w:rsidRPr="00994820">
        <w:t>«Sai, all’inizio non credevo che tuo padre dicesse sul serio, riguardo quella strana malattia.»</w:t>
      </w:r>
      <w:r w:rsidRPr="00994820">
        <w:br/>
        <w:t>Un altro tocco. L’albero reagì. Una luce dorata si accese alla base. E ancora una volta la sua voce era stata interrotta da violenti colpi di tosse, sempre più lunghi e rumorosi.</w:t>
      </w:r>
    </w:p>
    <w:p w14:paraId="45576930" w14:textId="77777777" w:rsidR="007C3C6C" w:rsidRPr="00994820" w:rsidRDefault="007C3C6C" w:rsidP="00704DFD">
      <w:pPr>
        <w:spacing w:before="120" w:line="360" w:lineRule="auto"/>
        <w:ind w:firstLine="284"/>
        <w:jc w:val="both"/>
      </w:pPr>
      <w:r w:rsidRPr="00994820">
        <w:t>«Al tempo, quando per la prima volta si appellò alla città per salvare tua madre, io ero il Giudice del Tramonto, per cui gli dovette insegnare che la feccia come voi doveva stare al proprio posto»</w:t>
      </w:r>
    </w:p>
    <w:p w14:paraId="456B2723" w14:textId="77777777" w:rsidR="007C3C6C" w:rsidRPr="00994820" w:rsidRDefault="007C3C6C" w:rsidP="00704DFD">
      <w:pPr>
        <w:spacing w:before="120" w:line="360" w:lineRule="auto"/>
        <w:ind w:firstLine="284"/>
        <w:jc w:val="both"/>
      </w:pPr>
      <w:r w:rsidRPr="00994820">
        <w:t>Fanny strinse i pugni.</w:t>
      </w:r>
    </w:p>
    <w:p w14:paraId="3AC9353E" w14:textId="77777777" w:rsidR="007C3C6C" w:rsidRPr="00994820" w:rsidRDefault="007C3C6C" w:rsidP="00704DFD">
      <w:pPr>
        <w:spacing w:before="120" w:line="360" w:lineRule="auto"/>
        <w:ind w:firstLine="284"/>
        <w:jc w:val="both"/>
      </w:pPr>
      <w:r w:rsidRPr="00994820">
        <w:t>«Rivey. Dimmi. Dove. Si trova.» il tutto venne detto a denti stretti mentre i guantoni cominciavano a fumare e gli occhi passarono dal verde al dorato «Così poi potrò spaccarti il muso.»</w:t>
      </w:r>
    </w:p>
    <w:p w14:paraId="540C68F5" w14:textId="77777777" w:rsidR="007C3C6C" w:rsidRPr="00994820" w:rsidRDefault="007C3C6C" w:rsidP="00704DFD">
      <w:pPr>
        <w:spacing w:before="120" w:line="360" w:lineRule="auto"/>
        <w:ind w:firstLine="284"/>
        <w:jc w:val="both"/>
      </w:pPr>
      <w:r w:rsidRPr="00994820">
        <w:t>Rivey sorrise. Un’espressione disturbante, non tanto per ciò che mostrava, ma per quanto sembrava... sincera.</w:t>
      </w:r>
    </w:p>
    <w:p w14:paraId="7B236C3F" w14:textId="5D91BFFF" w:rsidR="007C3C6C" w:rsidRPr="00994820" w:rsidRDefault="007C3C6C" w:rsidP="00704DFD">
      <w:pPr>
        <w:spacing w:before="120" w:line="360" w:lineRule="auto"/>
        <w:ind w:firstLine="284"/>
        <w:jc w:val="both"/>
      </w:pPr>
      <w:r w:rsidRPr="00994820">
        <w:t>«Allora guardati le spalle, ragazza» disse piano.</w:t>
      </w:r>
      <w:r w:rsidR="00FA331A">
        <w:t xml:space="preserve"> </w:t>
      </w:r>
      <w:r w:rsidRPr="00994820">
        <w:t>«Perché a volte... la risposta è proprio dietro di te.»</w:t>
      </w:r>
    </w:p>
    <w:p w14:paraId="18FCA6A6" w14:textId="77777777" w:rsidR="007C3C6C" w:rsidRPr="00994820" w:rsidRDefault="007C3C6C" w:rsidP="00704DFD">
      <w:pPr>
        <w:spacing w:before="120" w:line="360" w:lineRule="auto"/>
        <w:ind w:firstLine="284"/>
        <w:jc w:val="both"/>
      </w:pPr>
      <w:r w:rsidRPr="00994820">
        <w:t>Fanny non si mosse. Sembrò che quella frase l’avesse raggelata, le ci volle qualche secondo in più perché riuscisse a recepirla, a registrarla, le serviva il giusto tempo prima di poter reagire.</w:t>
      </w:r>
      <w:r w:rsidRPr="00994820">
        <w:br/>
        <w:t>Come se temesse ciò che sarebbe successo subito dopo.</w:t>
      </w:r>
    </w:p>
    <w:p w14:paraId="2F91E83A" w14:textId="77777777" w:rsidR="007C3C6C" w:rsidRPr="00994820" w:rsidRDefault="007C3C6C" w:rsidP="00704DFD">
      <w:pPr>
        <w:spacing w:before="120" w:line="360" w:lineRule="auto"/>
        <w:ind w:firstLine="284"/>
        <w:jc w:val="both"/>
      </w:pPr>
      <w:r w:rsidRPr="00994820">
        <w:t>«Cosa hai detto?» sussurrò. La voce graffiata dal tempo, non dalla sorpresa.</w:t>
      </w:r>
    </w:p>
    <w:p w14:paraId="4BFD385D" w14:textId="77777777" w:rsidR="0051005F" w:rsidRDefault="007C3C6C" w:rsidP="0051005F">
      <w:pPr>
        <w:spacing w:before="120" w:line="360" w:lineRule="auto"/>
        <w:ind w:firstLine="284"/>
        <w:jc w:val="both"/>
      </w:pPr>
      <w:r w:rsidRPr="00994820">
        <w:t>Rivey non rispose subito. Si limitò a sorridere.</w:t>
      </w:r>
      <w:r w:rsidR="0051005F">
        <w:t xml:space="preserve"> </w:t>
      </w:r>
      <w:r w:rsidRPr="00994820">
        <w:t>Un sorriso secco, asciutto.</w:t>
      </w:r>
      <w:r w:rsidRPr="00994820">
        <w:br/>
        <w:t>Senza scherno. Senza pietà. Solo consapevolezza.</w:t>
      </w:r>
      <w:r w:rsidR="0051005F">
        <w:t xml:space="preserve"> </w:t>
      </w:r>
      <w:r w:rsidRPr="00994820">
        <w:t>Poi parlò, con voce ferma.</w:t>
      </w:r>
    </w:p>
    <w:p w14:paraId="4AEF0D80" w14:textId="3772D90A" w:rsidR="007C3C6C" w:rsidRPr="00994820" w:rsidRDefault="007C3C6C" w:rsidP="0051005F">
      <w:pPr>
        <w:spacing w:before="120" w:line="360" w:lineRule="auto"/>
        <w:ind w:firstLine="284"/>
        <w:jc w:val="both"/>
      </w:pPr>
      <w:r w:rsidRPr="00994820">
        <w:t>«Dietro di te, ragazza.»</w:t>
      </w:r>
    </w:p>
    <w:p w14:paraId="4FE5D5F2" w14:textId="77777777" w:rsidR="007C3C6C" w:rsidRPr="00994820" w:rsidRDefault="007C3C6C" w:rsidP="00704DFD">
      <w:pPr>
        <w:spacing w:before="120" w:line="360" w:lineRule="auto"/>
        <w:ind w:firstLine="284"/>
        <w:jc w:val="both"/>
      </w:pPr>
      <w:r w:rsidRPr="00994820">
        <w:t>Il tempo si ruppe.</w:t>
      </w:r>
    </w:p>
    <w:p w14:paraId="3F4D74B7" w14:textId="5082F872" w:rsidR="007C3C6C" w:rsidRPr="00994820" w:rsidRDefault="007C3C6C" w:rsidP="00704DFD">
      <w:pPr>
        <w:spacing w:before="120" w:line="360" w:lineRule="auto"/>
        <w:ind w:firstLine="284"/>
        <w:jc w:val="both"/>
      </w:pPr>
      <w:r w:rsidRPr="00994820">
        <w:lastRenderedPageBreak/>
        <w:t>Fanny si voltò lentamente. Ogni fibra, ogni giuntura, ogni cellula sembrava opporsi a quel gesto.</w:t>
      </w:r>
      <w:r w:rsidR="0051005F">
        <w:t xml:space="preserve"> </w:t>
      </w:r>
      <w:r w:rsidRPr="00994820">
        <w:t>Ma si voltò lo stesso.</w:t>
      </w:r>
    </w:p>
    <w:p w14:paraId="1983551E" w14:textId="77777777" w:rsidR="007C3C6C" w:rsidRPr="00994820" w:rsidRDefault="007C3C6C" w:rsidP="00704DFD">
      <w:pPr>
        <w:spacing w:before="120" w:line="360" w:lineRule="auto"/>
        <w:ind w:firstLine="284"/>
        <w:jc w:val="both"/>
      </w:pPr>
      <w:r w:rsidRPr="00994820">
        <w:t>E lo vide.</w:t>
      </w:r>
    </w:p>
    <w:p w14:paraId="68D88232" w14:textId="567EA9AC" w:rsidR="007C3C6C" w:rsidRPr="00994820" w:rsidRDefault="007C3C6C" w:rsidP="0051005F">
      <w:pPr>
        <w:spacing w:before="120" w:line="360" w:lineRule="auto"/>
        <w:ind w:firstLine="284"/>
        <w:jc w:val="both"/>
      </w:pPr>
      <w:r w:rsidRPr="00994820">
        <w:t>Proprio all’ingresso del piano, qualche passo più indietro, stava una figura immobile.</w:t>
      </w:r>
      <w:r w:rsidRPr="00994820">
        <w:br/>
        <w:t>Alta. Rigida. Un mantello nero piegato con cura, fibbie metalliche come spine addormentate.</w:t>
      </w:r>
      <w:r w:rsidRPr="00994820">
        <w:br/>
        <w:t>Occhiali azzurri che riflettevano l’ambiente come laghi ghiacciati.</w:t>
      </w:r>
      <w:r w:rsidR="0051005F">
        <w:t xml:space="preserve"> </w:t>
      </w:r>
      <w:r w:rsidRPr="00994820">
        <w:t>Guanti scuri. Una sciarpa avorio.</w:t>
      </w:r>
      <w:r w:rsidR="0051005F">
        <w:t xml:space="preserve"> </w:t>
      </w:r>
      <w:r w:rsidRPr="00994820">
        <w:t>E quel libro.</w:t>
      </w:r>
      <w:r w:rsidR="0051005F">
        <w:t xml:space="preserve"> </w:t>
      </w:r>
      <w:r w:rsidRPr="00994820">
        <w:t>Quel maledetto libro stretto nella mano destra.</w:t>
      </w:r>
      <w:r w:rsidR="0051005F">
        <w:t xml:space="preserve"> </w:t>
      </w:r>
      <w:r w:rsidRPr="00994820">
        <w:t>L’uomo alzò appena il volto. Non di molto. Solo quanto bastava.</w:t>
      </w:r>
    </w:p>
    <w:p w14:paraId="5507B5D1" w14:textId="77777777" w:rsidR="007C3C6C" w:rsidRPr="00994820" w:rsidRDefault="007C3C6C" w:rsidP="00704DFD">
      <w:pPr>
        <w:spacing w:before="120" w:line="360" w:lineRule="auto"/>
        <w:ind w:firstLine="284"/>
        <w:jc w:val="both"/>
      </w:pPr>
      <w:r w:rsidRPr="00994820">
        <w:t>E Fanny seppe.</w:t>
      </w:r>
    </w:p>
    <w:p w14:paraId="23D70438" w14:textId="319E6BDD" w:rsidR="007C3C6C" w:rsidRPr="00994820" w:rsidRDefault="007C3C6C" w:rsidP="00704DFD">
      <w:pPr>
        <w:spacing w:before="120" w:line="360" w:lineRule="auto"/>
        <w:ind w:firstLine="284"/>
        <w:jc w:val="both"/>
      </w:pPr>
      <w:r w:rsidRPr="00994820">
        <w:t>Il cuore non accelerò.</w:t>
      </w:r>
      <w:r w:rsidR="0051005F">
        <w:t xml:space="preserve"> </w:t>
      </w:r>
      <w:r w:rsidRPr="00994820">
        <w:t>Si fermò.</w:t>
      </w:r>
      <w:r w:rsidR="0051005F">
        <w:t xml:space="preserve"> </w:t>
      </w:r>
      <w:r w:rsidRPr="00994820">
        <w:t>Come se aspettasse un comando.</w:t>
      </w:r>
    </w:p>
    <w:p w14:paraId="0AC9A466" w14:textId="77777777" w:rsidR="007C3C6C" w:rsidRPr="00994820" w:rsidRDefault="007C3C6C" w:rsidP="00704DFD">
      <w:pPr>
        <w:spacing w:before="120" w:line="360" w:lineRule="auto"/>
        <w:ind w:firstLine="284"/>
        <w:jc w:val="both"/>
      </w:pPr>
      <w:r w:rsidRPr="00994820">
        <w:t>«Papà...»</w:t>
      </w:r>
    </w:p>
    <w:p w14:paraId="74B49E8A" w14:textId="77777777" w:rsidR="007C3C6C" w:rsidRPr="00994820" w:rsidRDefault="007C3C6C" w:rsidP="00704DFD">
      <w:pPr>
        <w:spacing w:before="120" w:line="360" w:lineRule="auto"/>
        <w:ind w:firstLine="284"/>
        <w:jc w:val="both"/>
      </w:pPr>
      <w:r w:rsidRPr="00994820">
        <w:t>La parola le uscì dalle labbra come una lama spezzata.</w:t>
      </w:r>
    </w:p>
    <w:p w14:paraId="50330AE5" w14:textId="0B634A68" w:rsidR="007C3C6C" w:rsidRPr="00994820" w:rsidRDefault="007C3C6C" w:rsidP="00704DFD">
      <w:pPr>
        <w:spacing w:before="120" w:line="360" w:lineRule="auto"/>
        <w:ind w:firstLine="284"/>
        <w:jc w:val="both"/>
      </w:pPr>
      <w:r w:rsidRPr="00994820">
        <w:t>Kieran si voltò di scatto.</w:t>
      </w:r>
      <w:r w:rsidR="0051005F">
        <w:t xml:space="preserve"> </w:t>
      </w:r>
      <w:r w:rsidRPr="00994820">
        <w:t>Lo vide. Lo riconobbe.</w:t>
      </w:r>
    </w:p>
    <w:p w14:paraId="5135C949" w14:textId="77777777" w:rsidR="007C3C6C" w:rsidRPr="00994820" w:rsidRDefault="007C3C6C" w:rsidP="00704DFD">
      <w:pPr>
        <w:spacing w:before="120" w:line="360" w:lineRule="auto"/>
        <w:ind w:firstLine="284"/>
        <w:jc w:val="both"/>
      </w:pPr>
      <w:r w:rsidRPr="00994820">
        <w:t>«Root-o-Belam...» mormorò. «Il Giudice dell’Alba.»</w:t>
      </w:r>
    </w:p>
    <w:p w14:paraId="2D18D29F" w14:textId="1B19E732" w:rsidR="007C3C6C" w:rsidRPr="00994820" w:rsidRDefault="007C3C6C" w:rsidP="00B472A0">
      <w:pPr>
        <w:spacing w:before="120" w:line="360" w:lineRule="auto"/>
        <w:ind w:firstLine="284"/>
        <w:jc w:val="both"/>
      </w:pPr>
      <w:r w:rsidRPr="00994820">
        <w:t>Ma Fanny non lo sentì più.</w:t>
      </w:r>
      <w:r w:rsidR="00B472A0">
        <w:t xml:space="preserve"> </w:t>
      </w:r>
      <w:r w:rsidRPr="00994820">
        <w:t>Non sentiva nulla. Solo il battito sordo nelle orecchie. Solo quel volto.</w:t>
      </w:r>
      <w:r w:rsidR="00B472A0">
        <w:t xml:space="preserve"> </w:t>
      </w:r>
      <w:r w:rsidRPr="00994820">
        <w:t>Perfettamente conservato nei suoi ricordi, seppure invecchiato, ora poteva finalmente ricordarlo e riconoscerlo.</w:t>
      </w:r>
      <w:r w:rsidR="00B472A0">
        <w:t xml:space="preserve"> </w:t>
      </w:r>
      <w:r w:rsidRPr="00994820">
        <w:t>L’uomo non parlò. Non ancora.</w:t>
      </w:r>
      <w:r w:rsidR="00B472A0">
        <w:t xml:space="preserve"> </w:t>
      </w:r>
      <w:r w:rsidRPr="00994820">
        <w:t>Ma quegli occhi, dietro gli occhiali, la stavano guardando come nessun altro aveva mai fatto.</w:t>
      </w:r>
      <w:r w:rsidR="00B472A0">
        <w:t xml:space="preserve"> </w:t>
      </w:r>
      <w:r w:rsidRPr="00994820">
        <w:t>Non come una cittadina. Non come un’agente.</w:t>
      </w:r>
      <w:r w:rsidR="00B472A0">
        <w:t xml:space="preserve"> </w:t>
      </w:r>
      <w:r w:rsidRPr="00994820">
        <w:t>Come una figlia.</w:t>
      </w:r>
    </w:p>
    <w:p w14:paraId="2121124B" w14:textId="77777777" w:rsidR="00B472A0" w:rsidRDefault="007C3C6C" w:rsidP="00B472A0">
      <w:pPr>
        <w:spacing w:before="120" w:line="360" w:lineRule="auto"/>
        <w:ind w:firstLine="284"/>
        <w:jc w:val="both"/>
      </w:pPr>
      <w:r w:rsidRPr="00994820">
        <w:t>E Fanny, per la prima volta, si sentì di nuovo bambina.</w:t>
      </w:r>
    </w:p>
    <w:p w14:paraId="4E339417" w14:textId="35B7DFFA" w:rsidR="00A20E7A" w:rsidRDefault="007C3C6C" w:rsidP="00B472A0">
      <w:pPr>
        <w:spacing w:before="120" w:line="360" w:lineRule="auto"/>
        <w:ind w:firstLine="284"/>
        <w:jc w:val="both"/>
      </w:pPr>
      <w:r w:rsidRPr="00994820">
        <w:t>E delle calde lacrime le caddero sulle guance rosate.</w:t>
      </w:r>
    </w:p>
    <w:p w14:paraId="65CDC6C5" w14:textId="71702E80" w:rsidR="00CD408F" w:rsidRPr="00994820" w:rsidRDefault="00A20E7A" w:rsidP="00A20E7A">
      <w:pPr>
        <w:spacing w:after="160" w:line="259" w:lineRule="auto"/>
      </w:pPr>
      <w:r>
        <w:br w:type="page"/>
      </w:r>
    </w:p>
    <w:p w14:paraId="15F054C4" w14:textId="00B57F85" w:rsidR="007C3C6C" w:rsidRPr="00B472A0" w:rsidRDefault="007C3C6C" w:rsidP="004739EF">
      <w:pPr>
        <w:pStyle w:val="Titolo1"/>
        <w:jc w:val="center"/>
      </w:pPr>
      <w:r w:rsidRPr="00B472A0">
        <w:lastRenderedPageBreak/>
        <w:t xml:space="preserve">Capitolo </w:t>
      </w:r>
      <w:r w:rsidR="00B472A0">
        <w:t>XX</w:t>
      </w:r>
      <w:r w:rsidRPr="00B472A0">
        <w:t xml:space="preserve"> – Bartolomeo</w:t>
      </w:r>
    </w:p>
    <w:p w14:paraId="3FF097F4" w14:textId="77777777" w:rsidR="007C3C6C" w:rsidRDefault="007C3C6C" w:rsidP="00704DFD">
      <w:pPr>
        <w:spacing w:before="120" w:line="360" w:lineRule="auto"/>
        <w:ind w:firstLine="284"/>
        <w:jc w:val="both"/>
        <w:rPr>
          <w:b/>
          <w:bCs/>
        </w:rPr>
      </w:pPr>
    </w:p>
    <w:p w14:paraId="004798F5" w14:textId="77777777" w:rsidR="00B472A0" w:rsidRDefault="00B472A0" w:rsidP="00704DFD">
      <w:pPr>
        <w:spacing w:before="120" w:line="360" w:lineRule="auto"/>
        <w:ind w:firstLine="284"/>
        <w:jc w:val="both"/>
        <w:rPr>
          <w:b/>
          <w:bCs/>
        </w:rPr>
      </w:pPr>
    </w:p>
    <w:p w14:paraId="4A23BE0D" w14:textId="77777777" w:rsidR="00B472A0" w:rsidRDefault="00B472A0" w:rsidP="00704DFD">
      <w:pPr>
        <w:spacing w:before="120" w:line="360" w:lineRule="auto"/>
        <w:ind w:firstLine="284"/>
        <w:jc w:val="both"/>
        <w:rPr>
          <w:b/>
          <w:bCs/>
        </w:rPr>
      </w:pPr>
    </w:p>
    <w:p w14:paraId="7D31EF34" w14:textId="77777777" w:rsidR="00B472A0" w:rsidRPr="00994820" w:rsidRDefault="00B472A0" w:rsidP="00704DFD">
      <w:pPr>
        <w:spacing w:before="120" w:line="360" w:lineRule="auto"/>
        <w:ind w:firstLine="284"/>
        <w:jc w:val="both"/>
        <w:rPr>
          <w:b/>
          <w:bCs/>
        </w:rPr>
      </w:pPr>
    </w:p>
    <w:p w14:paraId="0C0240B0" w14:textId="77777777" w:rsidR="007C3C6C" w:rsidRPr="00994820" w:rsidRDefault="007C3C6C" w:rsidP="00704DFD">
      <w:pPr>
        <w:spacing w:before="120" w:line="360" w:lineRule="auto"/>
        <w:ind w:firstLine="284"/>
        <w:jc w:val="both"/>
      </w:pPr>
      <w:r w:rsidRPr="00994820">
        <w:t>Tutto sembrò fermarsi, il mondo stesso sembrava essere svanito attorno a loro due. Belam troneggiava immenso davanti alla ragazza, così grande e possente che le sembrava di essere tornata una bambina in un quartiere di Grimvale.</w:t>
      </w:r>
    </w:p>
    <w:p w14:paraId="4D7859A2" w14:textId="77777777" w:rsidR="007C3C6C" w:rsidRPr="00994820" w:rsidRDefault="007C3C6C" w:rsidP="00704DFD">
      <w:pPr>
        <w:spacing w:before="120" w:line="360" w:lineRule="auto"/>
        <w:ind w:firstLine="284"/>
        <w:jc w:val="both"/>
      </w:pPr>
      <w:r w:rsidRPr="00994820">
        <w:t>Fanny non riusciva a distogliere lo sguardo. I suoi occhi sembravano bramare informazioni. Voleva riuscire a memorizzare ogni dettaglio di quel viso che per troppi anni era stato solo un miscuglio indefinito. Per la prima volta poteva vederlo, davvero. E purtroppo doveva farlo in quella città, in cima a quella torre, l’uno di fronte all’altra, ma da due estremi opposti: Una ribelle e un Giudice.</w:t>
      </w:r>
    </w:p>
    <w:p w14:paraId="1D137073" w14:textId="77777777" w:rsidR="007C3C6C" w:rsidRPr="00994820" w:rsidRDefault="007C3C6C" w:rsidP="00704DFD">
      <w:pPr>
        <w:spacing w:before="120" w:line="360" w:lineRule="auto"/>
        <w:ind w:firstLine="284"/>
        <w:jc w:val="both"/>
      </w:pPr>
      <w:r w:rsidRPr="00994820">
        <w:t>Belam restò fermo per qualche secondo. Sembrava che stesse osservando al di là di Fanny, quegli occhiali azzurri così lucenti non permettevano di scrutare a fondo nel suo sguardo. Il suo volto era impassibili, identico a ogni altra volta in quella città, eppure profondamente diverso dal viso caldo e gioioso che Fanny aveva conosciuta da piccola. Non sembrava quasi la stessa persona, quel padre che le raccontava le favole era lì, eppure sembrava essere così distante. Belam sembrò finalmente accorgersi della ragazza, chinò lentamente il mento verso di lei, poi sollevò lentamente il braccio sinistro. Il gesto era fluido, studiato. Senza alcuna esitazione.</w:t>
      </w:r>
    </w:p>
    <w:p w14:paraId="0DCDA207" w14:textId="77777777" w:rsidR="007C3C6C" w:rsidRPr="00994820" w:rsidRDefault="007C3C6C" w:rsidP="00704DFD">
      <w:pPr>
        <w:spacing w:before="120" w:line="360" w:lineRule="auto"/>
        <w:ind w:firstLine="284"/>
        <w:jc w:val="both"/>
      </w:pPr>
      <w:r w:rsidRPr="00994820">
        <w:t>Con una sola mano, si sfilò il mantello. Il tessuto cadde a terra con un fruscio sordo, come neve marcia su marmo lucido.</w:t>
      </w:r>
    </w:p>
    <w:p w14:paraId="24CDAD81" w14:textId="77777777" w:rsidR="007C3C6C" w:rsidRPr="00994820" w:rsidRDefault="007C3C6C" w:rsidP="00704DFD">
      <w:pPr>
        <w:spacing w:before="120" w:line="360" w:lineRule="auto"/>
        <w:ind w:firstLine="284"/>
        <w:jc w:val="both"/>
      </w:pPr>
      <w:r w:rsidRPr="00994820">
        <w:t>Sotto l’abito scuro, il metallo.</w:t>
      </w:r>
    </w:p>
    <w:p w14:paraId="0185E1DE" w14:textId="77777777" w:rsidR="007C3C6C" w:rsidRPr="00994820" w:rsidRDefault="007C3C6C" w:rsidP="00704DFD">
      <w:pPr>
        <w:spacing w:before="120" w:line="360" w:lineRule="auto"/>
        <w:ind w:firstLine="284"/>
        <w:jc w:val="both"/>
      </w:pPr>
      <w:r w:rsidRPr="00994820">
        <w:t>Due ali piegate lungo la schiena, immense, lamine intrecciate come piume di un dio caduto. Rame e zinco, accoppiati in un’armonia instabile. Esattamente come Aman, anche lui ne possedeva sei: le due più grandi in rame iniziarono ad aprirsi e a vibrare come se cercassero di scrollarsi via della cenere invisibile. Le due ali più piccole, in basso in zinco erano assai più simile ad ali di insetto, molto diverse dalla coppia di ali con piume in rame.</w:t>
      </w:r>
    </w:p>
    <w:p w14:paraId="0836B760" w14:textId="77777777" w:rsidR="007C3C6C" w:rsidRPr="00994820" w:rsidRDefault="007C3C6C" w:rsidP="00704DFD">
      <w:pPr>
        <w:spacing w:before="120" w:line="360" w:lineRule="auto"/>
        <w:ind w:firstLine="284"/>
        <w:jc w:val="both"/>
      </w:pPr>
      <w:r w:rsidRPr="00994820">
        <w:t>Fanny trattenne il fiato.</w:t>
      </w:r>
    </w:p>
    <w:p w14:paraId="36259A6B" w14:textId="77777777" w:rsidR="007C3C6C" w:rsidRPr="00994820" w:rsidRDefault="007C3C6C" w:rsidP="00704DFD">
      <w:pPr>
        <w:spacing w:before="120" w:line="360" w:lineRule="auto"/>
        <w:ind w:firstLine="284"/>
        <w:jc w:val="both"/>
      </w:pPr>
      <w:r w:rsidRPr="00994820">
        <w:t>Non aveva paura, non ne aveva mai avuta con suo padre, e non ne avrebbe provata adesso. Era semplicemente bloccata, immobile. Rivedere quelle esatte ali le avrebbe dovuto dare una gioia immensa, ma non lì, non in quella torre.</w:t>
      </w:r>
    </w:p>
    <w:p w14:paraId="5BA1D738" w14:textId="77777777" w:rsidR="007C3C6C" w:rsidRPr="00994820" w:rsidRDefault="007C3C6C" w:rsidP="00704DFD">
      <w:pPr>
        <w:spacing w:before="120" w:line="360" w:lineRule="auto"/>
        <w:ind w:firstLine="284"/>
        <w:jc w:val="both"/>
      </w:pPr>
      <w:r w:rsidRPr="00994820">
        <w:lastRenderedPageBreak/>
        <w:t>Quelle ali non erano come quelle di Aman. Non erano semplici strumenti. Quelle erano le ali che avevano cullato la sua infanzia, da quel che riusciva a ricordare erano il loro segreto. Bartolomeo permetteva solo a lei di vederle, gli altri non avrebbero compreso il gioiello tecnico che quel boost tek rappresentava.</w:t>
      </w:r>
    </w:p>
    <w:p w14:paraId="6ACA677E" w14:textId="77777777" w:rsidR="007C3C6C" w:rsidRPr="00994820" w:rsidRDefault="007C3C6C" w:rsidP="00704DFD">
      <w:pPr>
        <w:spacing w:before="120" w:line="360" w:lineRule="auto"/>
        <w:ind w:firstLine="284"/>
        <w:jc w:val="both"/>
      </w:pPr>
      <w:r w:rsidRPr="00994820">
        <w:t>«È lui…» mormorò.</w:t>
      </w:r>
    </w:p>
    <w:p w14:paraId="71F1390B" w14:textId="77777777" w:rsidR="007C3C6C" w:rsidRPr="00994820" w:rsidRDefault="007C3C6C" w:rsidP="00704DFD">
      <w:pPr>
        <w:spacing w:before="120" w:line="360" w:lineRule="auto"/>
        <w:ind w:firstLine="284"/>
        <w:jc w:val="both"/>
      </w:pPr>
      <w:r w:rsidRPr="00994820">
        <w:t>Kieran non riuscì a rispondere. Il volto gli si raggelò, e qualcosa nei suoi occhi cambiò. Ammirazione, forse. O un antico terrore. Ma era lì, visibile.</w:t>
      </w:r>
    </w:p>
    <w:p w14:paraId="4E2646F8" w14:textId="77777777" w:rsidR="007C3C6C" w:rsidRPr="00994820" w:rsidRDefault="007C3C6C" w:rsidP="00704DFD">
      <w:pPr>
        <w:spacing w:before="120" w:line="360" w:lineRule="auto"/>
        <w:ind w:firstLine="284"/>
        <w:jc w:val="both"/>
      </w:pPr>
      <w:r w:rsidRPr="00994820">
        <w:t>«È lui.» ripeté Fanny, più piano.</w:t>
      </w:r>
    </w:p>
    <w:p w14:paraId="2D7D6832" w14:textId="77777777" w:rsidR="007C3C6C" w:rsidRPr="00994820" w:rsidRDefault="007C3C6C" w:rsidP="00704DFD">
      <w:pPr>
        <w:spacing w:before="120" w:line="360" w:lineRule="auto"/>
        <w:ind w:firstLine="284"/>
        <w:jc w:val="both"/>
      </w:pPr>
      <w:r w:rsidRPr="00994820">
        <w:t>Il Giudice dell’Alba distese le ali con lentezza, le piume metalliche sfregarono l’una contro l’altra, producendo un suono morbido e profondo. Come una melodia di lamine stanche.</w:t>
      </w:r>
    </w:p>
    <w:p w14:paraId="3F13004F" w14:textId="77777777" w:rsidR="007C3C6C" w:rsidRPr="00994820" w:rsidRDefault="007C3C6C" w:rsidP="00704DFD">
      <w:pPr>
        <w:spacing w:before="120" w:line="360" w:lineRule="auto"/>
        <w:ind w:firstLine="284"/>
        <w:jc w:val="both"/>
      </w:pPr>
      <w:r w:rsidRPr="00994820">
        <w:t>L’Albero reagì.</w:t>
      </w:r>
    </w:p>
    <w:p w14:paraId="56FFAEBD" w14:textId="77777777" w:rsidR="007C3C6C" w:rsidRPr="00994820" w:rsidRDefault="007C3C6C" w:rsidP="00704DFD">
      <w:pPr>
        <w:spacing w:before="120" w:line="360" w:lineRule="auto"/>
        <w:ind w:firstLine="284"/>
        <w:jc w:val="both"/>
      </w:pPr>
      <w:r w:rsidRPr="00994820">
        <w:t>Le sue foglie tremolarono. Alcune impazzirono, virando in tonalità mai viste. I rami sembravano vibrare, quasi come se cercassero di sincronizzarsi a questa nuova strana melodia. Sembravano delle sinapsi che cercavano di ricongiungersi ad un’antica memoria sopita nel tronco.</w:t>
      </w:r>
    </w:p>
    <w:p w14:paraId="29DF72E9" w14:textId="77777777" w:rsidR="007C3C6C" w:rsidRPr="00994820" w:rsidRDefault="007C3C6C" w:rsidP="00704DFD">
      <w:pPr>
        <w:spacing w:before="120" w:line="360" w:lineRule="auto"/>
        <w:ind w:firstLine="284"/>
        <w:jc w:val="both"/>
      </w:pPr>
      <w:r w:rsidRPr="00994820">
        <w:t>Poi Rivey tossì.</w:t>
      </w:r>
    </w:p>
    <w:p w14:paraId="7C481DD9" w14:textId="77777777" w:rsidR="007C3C6C" w:rsidRPr="00994820" w:rsidRDefault="007C3C6C" w:rsidP="00704DFD">
      <w:pPr>
        <w:spacing w:before="120" w:line="360" w:lineRule="auto"/>
        <w:ind w:firstLine="284"/>
        <w:jc w:val="both"/>
      </w:pPr>
      <w:r w:rsidRPr="00994820">
        <w:t>Un colpo secco. Non sforzato, ma volutamente lasciato libero. Una goccia di sangue gli increspò l’angolo delle labbra. Non se ne curò.</w:t>
      </w:r>
    </w:p>
    <w:p w14:paraId="75ADF96D" w14:textId="77777777" w:rsidR="007C3C6C" w:rsidRPr="00994820" w:rsidRDefault="007C3C6C" w:rsidP="00704DFD">
      <w:pPr>
        <w:spacing w:before="120" w:line="360" w:lineRule="auto"/>
        <w:ind w:firstLine="284"/>
        <w:jc w:val="both"/>
      </w:pPr>
      <w:r w:rsidRPr="00994820">
        <w:t>«Equilibrio e perdono… nello stesso sangue.»</w:t>
      </w:r>
    </w:p>
    <w:p w14:paraId="2E46C482" w14:textId="77777777" w:rsidR="007C3C6C" w:rsidRPr="00994820" w:rsidRDefault="007C3C6C" w:rsidP="00704DFD">
      <w:pPr>
        <w:spacing w:before="120" w:line="360" w:lineRule="auto"/>
        <w:ind w:firstLine="284"/>
        <w:jc w:val="both"/>
      </w:pPr>
      <w:r w:rsidRPr="00994820">
        <w:t>La sua voce non era una battuta. Il suo tono era assai più serio di ogni altra volta Fanny l’aveva sentito parlare. E anche lui questa volta, stava sorridendo. Fanny era stanca di vedere sorridere gente che non meritava di provare felicità, men che meno di imporla agli altri. Era davvero stanca.</w:t>
      </w:r>
    </w:p>
    <w:p w14:paraId="6BED7715" w14:textId="77777777" w:rsidR="007C3C6C" w:rsidRPr="00994820" w:rsidRDefault="007C3C6C" w:rsidP="00704DFD">
      <w:pPr>
        <w:spacing w:before="120" w:line="360" w:lineRule="auto"/>
        <w:ind w:firstLine="284"/>
        <w:jc w:val="both"/>
      </w:pPr>
      <w:r w:rsidRPr="00994820">
        <w:t>Ma non ebbe il tempo di reagire, il suo corpo in pochi istanti sembrò irrigidirsi.</w:t>
      </w:r>
    </w:p>
    <w:p w14:paraId="0FFE41E4" w14:textId="77777777" w:rsidR="007C3C6C" w:rsidRPr="00994820" w:rsidRDefault="007C3C6C" w:rsidP="00704DFD">
      <w:pPr>
        <w:spacing w:before="120" w:line="360" w:lineRule="auto"/>
        <w:ind w:firstLine="284"/>
        <w:jc w:val="both"/>
      </w:pPr>
      <w:r w:rsidRPr="00994820">
        <w:t>Il cuore stava accelerando, poi qualcosa saltò.</w:t>
      </w:r>
    </w:p>
    <w:p w14:paraId="2832729D" w14:textId="77777777" w:rsidR="007C3C6C" w:rsidRPr="00994820" w:rsidRDefault="007C3C6C" w:rsidP="00704DFD">
      <w:pPr>
        <w:spacing w:before="120" w:line="360" w:lineRule="auto"/>
        <w:ind w:firstLine="284"/>
        <w:jc w:val="both"/>
      </w:pPr>
      <w:r w:rsidRPr="00994820">
        <w:t>Un battito mancato. Un colpo d’aria nel petto. Un ronzio lungo la colonna vertebrale.</w:t>
      </w:r>
    </w:p>
    <w:p w14:paraId="3263C003" w14:textId="77777777" w:rsidR="007C3C6C" w:rsidRPr="00994820" w:rsidRDefault="007C3C6C" w:rsidP="00704DFD">
      <w:pPr>
        <w:spacing w:before="120" w:line="360" w:lineRule="auto"/>
        <w:ind w:firstLine="284"/>
        <w:jc w:val="both"/>
      </w:pPr>
      <w:r w:rsidRPr="00994820">
        <w:t>La gamba destra ebbe un sussulto. Il ginocchio non rispose subito. Poi si piegò con un ritardo minimo, ma sufficiente a sbilanciarla.</w:t>
      </w:r>
    </w:p>
    <w:p w14:paraId="37C9F7CD" w14:textId="77777777" w:rsidR="007C3C6C" w:rsidRPr="00994820" w:rsidRDefault="007C3C6C" w:rsidP="00704DFD">
      <w:pPr>
        <w:spacing w:before="120" w:line="360" w:lineRule="auto"/>
        <w:ind w:firstLine="284"/>
        <w:jc w:val="both"/>
      </w:pPr>
      <w:r w:rsidRPr="00994820">
        <w:t>Il braccio sinistro, quello cibernetico, si abbassò senza motivo. Come disattivato. Il guanto sfrigolò, un filo di fumo si sollevò dalle giunture.</w:t>
      </w:r>
    </w:p>
    <w:p w14:paraId="5A343C9A" w14:textId="77777777" w:rsidR="007C3C6C" w:rsidRPr="00994820" w:rsidRDefault="007C3C6C" w:rsidP="00704DFD">
      <w:pPr>
        <w:spacing w:before="120" w:line="360" w:lineRule="auto"/>
        <w:ind w:firstLine="284"/>
        <w:jc w:val="both"/>
      </w:pPr>
      <w:r w:rsidRPr="00994820">
        <w:t>Fanny barcollò, ma non cadde.</w:t>
      </w:r>
    </w:p>
    <w:p w14:paraId="2105C494" w14:textId="77777777" w:rsidR="007C3C6C" w:rsidRPr="00994820" w:rsidRDefault="007C3C6C" w:rsidP="00704DFD">
      <w:pPr>
        <w:spacing w:before="120" w:line="360" w:lineRule="auto"/>
        <w:ind w:firstLine="284"/>
        <w:jc w:val="both"/>
      </w:pPr>
      <w:r w:rsidRPr="00994820">
        <w:t>Kieran sembrò intuire.</w:t>
      </w:r>
    </w:p>
    <w:p w14:paraId="75531311" w14:textId="77777777" w:rsidR="007C3C6C" w:rsidRPr="00994820" w:rsidRDefault="007C3C6C" w:rsidP="00704DFD">
      <w:pPr>
        <w:spacing w:before="120" w:line="360" w:lineRule="auto"/>
        <w:ind w:firstLine="284"/>
        <w:jc w:val="both"/>
      </w:pPr>
      <w:r w:rsidRPr="00994820">
        <w:lastRenderedPageBreak/>
        <w:t>«Allora era vero quello che Aman sospettava sul tuo boost tek» il Ragazzo si voltò con rapidità e furia verso il vecchio avversario e lanciò rapidamente lontano la falce, era pericoloso tenerla vicino.</w:t>
      </w:r>
    </w:p>
    <w:p w14:paraId="0F0F60F3" w14:textId="77777777" w:rsidR="007C3C6C" w:rsidRPr="00994820" w:rsidRDefault="007C3C6C" w:rsidP="00704DFD">
      <w:pPr>
        <w:spacing w:before="120" w:line="360" w:lineRule="auto"/>
        <w:ind w:firstLine="284"/>
        <w:jc w:val="both"/>
      </w:pPr>
      <w:r w:rsidRPr="00994820">
        <w:t>Rivey chinò appena il capo, come se si stesse complimentando con uno studente brillante.</w:t>
      </w:r>
      <w:r w:rsidRPr="00994820">
        <w:br/>
        <w:t>«Oh hai capito che non era solo una piccola tosse?»</w:t>
      </w:r>
    </w:p>
    <w:p w14:paraId="5C0701CC" w14:textId="1E5D1855" w:rsidR="007C3C6C" w:rsidRPr="00994820" w:rsidRDefault="007C3C6C" w:rsidP="00704DFD">
      <w:pPr>
        <w:spacing w:before="120" w:line="360" w:lineRule="auto"/>
        <w:ind w:firstLine="284"/>
        <w:jc w:val="both"/>
      </w:pPr>
      <w:r w:rsidRPr="00994820">
        <w:t>Dietro di lei, le ali di Belam iniziarono a vibrare davvero.</w:t>
      </w:r>
      <w:r w:rsidR="00B472A0">
        <w:t xml:space="preserve"> </w:t>
      </w:r>
      <w:r w:rsidRPr="00994820">
        <w:t>Fanny si voltò furiosa verso il ragazzo «Di che parli Kieran?» la sua voce era confusa, e spaventata. Il dolore nel petto stava aumentando e i volti dei presenti, compreso quello del suo amato Kieran si stavano mescolando in un ammasso insensato di elementi confusi. Ricordava quella sensazione e la odiava con tutta se stessa. Vedere quei volti e sapere di non riuscire a decifrarne le espressioni era un dolore paragonabile solo a quello che le stringeva il cuore che arrancava.</w:t>
      </w:r>
    </w:p>
    <w:p w14:paraId="13DCDFCE" w14:textId="77777777" w:rsidR="007C3C6C" w:rsidRPr="00994820" w:rsidRDefault="007C3C6C" w:rsidP="00704DFD">
      <w:pPr>
        <w:spacing w:before="120" w:line="360" w:lineRule="auto"/>
        <w:ind w:firstLine="284"/>
        <w:jc w:val="both"/>
      </w:pPr>
      <w:r w:rsidRPr="00994820">
        <w:t>«Quella sua tosse, è solo una messa in scena» disse coprendosi la bocca con un braccio «Serve solo a diffondere nell’aria dei… nanobot, credo siano simili a quelli dei dipartimenti e con quelli può sovrascrivere ogni genere di boost tek»</w:t>
      </w:r>
    </w:p>
    <w:p w14:paraId="1B829C82" w14:textId="77777777" w:rsidR="007C3C6C" w:rsidRPr="00994820" w:rsidRDefault="007C3C6C" w:rsidP="00704DFD">
      <w:pPr>
        <w:spacing w:before="120" w:line="360" w:lineRule="auto"/>
        <w:ind w:firstLine="284"/>
        <w:jc w:val="both"/>
      </w:pPr>
      <w:r w:rsidRPr="00994820">
        <w:t xml:space="preserve">Rivey sorrise nuovamente «è per questo che né tu né Taker e nemmeno quel buono a nulla di Stein avete mai installato dei boost tek fissi? Avevate paura di un povero vecchio?» commentò ridacchiando, mentre la sua tosse aumentava rendendo comprensibile a stento le sue parole. </w:t>
      </w:r>
      <w:r w:rsidRPr="00994820">
        <w:br/>
        <w:t>Kieran decise di agire, scattando verso Rivey, era sì disarmato, ma senza boost tek addosso, il Giudice era solo un vecchio.</w:t>
      </w:r>
    </w:p>
    <w:p w14:paraId="7CBAE351" w14:textId="77777777" w:rsidR="007C3C6C" w:rsidRPr="00994820" w:rsidRDefault="007C3C6C" w:rsidP="00704DFD">
      <w:pPr>
        <w:spacing w:before="120" w:line="360" w:lineRule="auto"/>
        <w:ind w:firstLine="284"/>
        <w:jc w:val="both"/>
      </w:pPr>
      <w:r w:rsidRPr="00994820">
        <w:t>Il suono nell’aria mutò. Più basso. Più denso. Come un lamento caricato d’elettricità.</w:t>
      </w:r>
    </w:p>
    <w:p w14:paraId="28AF8E31" w14:textId="77777777" w:rsidR="007C3C6C" w:rsidRPr="00994820" w:rsidRDefault="007C3C6C" w:rsidP="00704DFD">
      <w:pPr>
        <w:spacing w:before="120" w:line="360" w:lineRule="auto"/>
        <w:ind w:firstLine="284"/>
        <w:jc w:val="both"/>
      </w:pPr>
      <w:r w:rsidRPr="00994820">
        <w:t>Anche l’albero mutò colori, e vibrò con maggiore intensità</w:t>
      </w:r>
    </w:p>
    <w:p w14:paraId="71EEB9B3" w14:textId="77777777" w:rsidR="007C3C6C" w:rsidRPr="00994820" w:rsidRDefault="007C3C6C" w:rsidP="00704DFD">
      <w:pPr>
        <w:spacing w:before="120" w:line="360" w:lineRule="auto"/>
        <w:ind w:firstLine="284"/>
        <w:jc w:val="both"/>
        <w:rPr>
          <w:b/>
          <w:bCs/>
        </w:rPr>
      </w:pPr>
    </w:p>
    <w:p w14:paraId="6E57084D" w14:textId="77777777" w:rsidR="007C3C6C" w:rsidRPr="00994820" w:rsidRDefault="007C3C6C" w:rsidP="00704DFD">
      <w:pPr>
        <w:spacing w:before="120" w:line="360" w:lineRule="auto"/>
        <w:ind w:firstLine="284"/>
        <w:jc w:val="both"/>
      </w:pPr>
      <w:r w:rsidRPr="00994820">
        <w:t>Kieran sembrava una furia inarrestabile, eppure Rivey non appariva preoccupato del nemico in avvicinamento, si limitò, invece, a lanciare un’occhiata verso Belam, mentre la sua tosse non sembrava voler cessare.</w:t>
      </w:r>
    </w:p>
    <w:p w14:paraId="1BE670FB" w14:textId="77777777" w:rsidR="007C3C6C" w:rsidRPr="00994820" w:rsidRDefault="007C3C6C" w:rsidP="00704DFD">
      <w:pPr>
        <w:spacing w:before="120" w:line="360" w:lineRule="auto"/>
        <w:ind w:firstLine="284"/>
        <w:jc w:val="both"/>
      </w:pPr>
      <w:r w:rsidRPr="00994820">
        <w:t>Belam alzò le due immense ali di piume ramate. Non serviva guardare il suo obiettivo, bastava muovere chirurgicamente le ali nella direzione giusta. Con una maestria e un controllo assoluti iniziò a controllare il movimento delle singole piume, una vibrazione controllata e precisa.</w:t>
      </w:r>
    </w:p>
    <w:p w14:paraId="7288FC29" w14:textId="77777777" w:rsidR="007C3C6C" w:rsidRPr="00994820" w:rsidRDefault="007C3C6C" w:rsidP="00704DFD">
      <w:pPr>
        <w:spacing w:before="120" w:line="360" w:lineRule="auto"/>
        <w:ind w:firstLine="284"/>
        <w:jc w:val="both"/>
      </w:pPr>
      <w:r w:rsidRPr="00994820">
        <w:t>Lo sfregamento tra le piume metalliche fu impercettibile, uno stridio di rame che sembrò dissolversi in quell’aria ormai pesante. Fu un attimo, e fu sufficiente.</w:t>
      </w:r>
    </w:p>
    <w:p w14:paraId="0C3EACD4" w14:textId="77777777" w:rsidR="007C3C6C" w:rsidRPr="00994820" w:rsidRDefault="007C3C6C" w:rsidP="00704DFD">
      <w:pPr>
        <w:spacing w:before="120" w:line="360" w:lineRule="auto"/>
        <w:ind w:firstLine="284"/>
        <w:jc w:val="both"/>
      </w:pPr>
      <w:r w:rsidRPr="00994820">
        <w:t>Kieran sussultò.</w:t>
      </w:r>
    </w:p>
    <w:p w14:paraId="5B790546" w14:textId="77777777" w:rsidR="007C3C6C" w:rsidRPr="00994820" w:rsidRDefault="007C3C6C" w:rsidP="00704DFD">
      <w:pPr>
        <w:spacing w:before="120" w:line="360" w:lineRule="auto"/>
        <w:ind w:firstLine="284"/>
        <w:jc w:val="both"/>
      </w:pPr>
      <w:r w:rsidRPr="00994820">
        <w:lastRenderedPageBreak/>
        <w:t>La sua gamba sinistra cedette come se fosse stata tagliata di netto. Un secondo dopo, il petto si contrasse in uno spasmo. Un colpo secco, profondo, interno. Fanny lo vide arrestarsi a pochi metri da Rivey. Era caduto su un ginocchio, sembrava cercare disperatamente aria nei polmoni.</w:t>
      </w:r>
    </w:p>
    <w:p w14:paraId="4CCC3A7A" w14:textId="77777777" w:rsidR="007C3C6C" w:rsidRPr="00994820" w:rsidRDefault="007C3C6C" w:rsidP="00704DFD">
      <w:pPr>
        <w:spacing w:before="120" w:line="360" w:lineRule="auto"/>
        <w:ind w:firstLine="284"/>
        <w:jc w:val="both"/>
      </w:pPr>
      <w:r w:rsidRPr="00994820">
        <w:t>Fanny si voltò di scatto. «Kieran!»</w:t>
      </w:r>
    </w:p>
    <w:p w14:paraId="51EC3150" w14:textId="77777777" w:rsidR="007C3C6C" w:rsidRPr="00994820" w:rsidRDefault="007C3C6C" w:rsidP="00704DFD">
      <w:pPr>
        <w:spacing w:before="120" w:line="360" w:lineRule="auto"/>
        <w:ind w:firstLine="284"/>
        <w:jc w:val="both"/>
      </w:pPr>
      <w:r w:rsidRPr="00994820">
        <w:t>La sua voce si spezzò appena. Come se l’onda emessa da Belam avesse colpito anche lei.</w:t>
      </w:r>
    </w:p>
    <w:p w14:paraId="6D2C9F7A" w14:textId="77777777" w:rsidR="007C3C6C" w:rsidRPr="00994820" w:rsidRDefault="007C3C6C" w:rsidP="00704DFD">
      <w:pPr>
        <w:spacing w:before="120" w:line="360" w:lineRule="auto"/>
        <w:ind w:firstLine="284"/>
        <w:jc w:val="both"/>
      </w:pPr>
      <w:r w:rsidRPr="00994820">
        <w:t>Eppure, per quanto simile negli effetti, Fanny sapeva che il dolore fisico che stava provando proveniva solo da Rivey. Sentiva ogni battito come un colpo sordo, irregolare, come se il cuore stesse tentando di aggrapparsi ad un ritmo familiare ma che stava smarrendo. Il braccio sinistro era ancora morto. La gamba tremava, scattava con una volontà tutta sua. L’occhio cibernetico faticava a mettere a fuoco. Le luci ambientali sembravano pulsare in ritardo, come in un sogno troppo lento.</w:t>
      </w:r>
    </w:p>
    <w:p w14:paraId="63EF0E38" w14:textId="77777777" w:rsidR="007C3C6C" w:rsidRPr="00994820" w:rsidRDefault="007C3C6C" w:rsidP="00704DFD">
      <w:pPr>
        <w:spacing w:before="120" w:line="360" w:lineRule="auto"/>
        <w:ind w:firstLine="284"/>
        <w:jc w:val="both"/>
      </w:pPr>
      <w:r w:rsidRPr="00994820">
        <w:t>Belam avanzò e Kieran si accasciò al suolo, senza un lamento, senza un fiato.</w:t>
      </w:r>
    </w:p>
    <w:p w14:paraId="650160C5" w14:textId="77777777" w:rsidR="007C3C6C" w:rsidRPr="00994820" w:rsidRDefault="007C3C6C" w:rsidP="00704DFD">
      <w:pPr>
        <w:spacing w:before="120" w:line="360" w:lineRule="auto"/>
        <w:ind w:firstLine="284"/>
        <w:jc w:val="both"/>
      </w:pPr>
      <w:r w:rsidRPr="00994820">
        <w:t>Il volto assente del Giudice dell’Alba si spostò su Fanny, nessun odio, solo vuoto traspariva da quel volto. Fanny non riusciva a capire se quella fosse la sua vera espressione o erano i suoi occhi che avevano smesso di inviare gli stimoli corretti al suo cervello e la malattia stava riprendendo il possesso di quel corpo.</w:t>
      </w:r>
    </w:p>
    <w:p w14:paraId="00EA4B06" w14:textId="77777777" w:rsidR="007C3C6C" w:rsidRPr="00994820" w:rsidRDefault="007C3C6C" w:rsidP="00704DFD">
      <w:pPr>
        <w:spacing w:before="120" w:line="360" w:lineRule="auto"/>
        <w:ind w:firstLine="284"/>
        <w:jc w:val="both"/>
      </w:pPr>
      <w:r w:rsidRPr="00994820">
        <w:t>Le ali di Belam si allargarono ancora, con un movimento fluido, ipnotico. Ogni passo sembrava calcolare le risposte neurovegetative dei presenti. Era come se quell’ammasso imponente di ferro e carne fosse in grado di leggere i corpi altrui.</w:t>
      </w:r>
    </w:p>
    <w:p w14:paraId="374CD669" w14:textId="77777777" w:rsidR="007C3C6C" w:rsidRPr="00994820" w:rsidRDefault="007C3C6C" w:rsidP="00704DFD">
      <w:pPr>
        <w:spacing w:before="120" w:line="360" w:lineRule="auto"/>
        <w:ind w:firstLine="284"/>
        <w:jc w:val="both"/>
      </w:pPr>
      <w:r w:rsidRPr="00994820">
        <w:t>Rivey restava immobile. Ma i suoi occhi erano puntati su Fanny. Il sorriso era sottile. Le labbra sporche di sangue.</w:t>
      </w:r>
    </w:p>
    <w:p w14:paraId="19CA3A96" w14:textId="77777777" w:rsidR="007C3C6C" w:rsidRPr="00994820" w:rsidRDefault="007C3C6C" w:rsidP="00704DFD">
      <w:pPr>
        <w:spacing w:before="120" w:line="360" w:lineRule="auto"/>
        <w:ind w:firstLine="284"/>
        <w:jc w:val="both"/>
      </w:pPr>
      <w:r w:rsidRPr="00994820">
        <w:t>Poi un sussurro. Forse una parola. Forse solo un pensiero espresso ad alta voce.</w:t>
      </w:r>
    </w:p>
    <w:p w14:paraId="7E365385" w14:textId="77777777" w:rsidR="007C3C6C" w:rsidRPr="00994820" w:rsidRDefault="007C3C6C" w:rsidP="00704DFD">
      <w:pPr>
        <w:spacing w:before="120" w:line="360" w:lineRule="auto"/>
        <w:ind w:firstLine="284"/>
        <w:jc w:val="both"/>
      </w:pPr>
      <w:r w:rsidRPr="00994820">
        <w:t>La sua tosse tornò, più insistente.</w:t>
      </w:r>
    </w:p>
    <w:p w14:paraId="052F1D04" w14:textId="77777777" w:rsidR="007C3C6C" w:rsidRPr="00994820" w:rsidRDefault="007C3C6C" w:rsidP="00704DFD">
      <w:pPr>
        <w:spacing w:before="120" w:line="360" w:lineRule="auto"/>
        <w:ind w:firstLine="284"/>
        <w:jc w:val="both"/>
      </w:pPr>
      <w:r w:rsidRPr="00994820">
        <w:t xml:space="preserve">E i </w:t>
      </w:r>
      <w:r w:rsidRPr="00994820">
        <w:rPr>
          <w:b/>
          <w:bCs/>
        </w:rPr>
        <w:t>nanobot</w:t>
      </w:r>
      <w:r w:rsidRPr="00994820">
        <w:t xml:space="preserve"> obbedirono.</w:t>
      </w:r>
    </w:p>
    <w:p w14:paraId="7B78D421" w14:textId="77777777" w:rsidR="007C3C6C" w:rsidRPr="00994820" w:rsidRDefault="007C3C6C" w:rsidP="00704DFD">
      <w:pPr>
        <w:spacing w:before="120" w:line="360" w:lineRule="auto"/>
        <w:ind w:firstLine="284"/>
        <w:jc w:val="both"/>
      </w:pPr>
      <w:r w:rsidRPr="00994820">
        <w:t>Fanny sentì la tuta diventare un peso morto. Il flusso energetico dei guanti si affievolì. Le luci che pulsavano a ritmo con il cuore cominciarono a tremolare. Il sistema non riceveva più gli impulsi.</w:t>
      </w:r>
    </w:p>
    <w:p w14:paraId="656EE03C" w14:textId="77777777" w:rsidR="007C3C6C" w:rsidRPr="00994820" w:rsidRDefault="007C3C6C" w:rsidP="00704DFD">
      <w:pPr>
        <w:spacing w:before="120" w:line="360" w:lineRule="auto"/>
        <w:ind w:firstLine="284"/>
        <w:jc w:val="both"/>
      </w:pPr>
      <w:r w:rsidRPr="00994820">
        <w:t>Il cuore non comandava più nulla. La sua mente veniva inondata da stimoli confusi, ordini mandati ai propri boost tek che non trovavano risposta. Per la prima volta sentiva il peso di quella ferraglia che aveva addosso.</w:t>
      </w:r>
    </w:p>
    <w:p w14:paraId="699D4D83" w14:textId="77777777" w:rsidR="007C3C6C" w:rsidRPr="00994820" w:rsidRDefault="007C3C6C" w:rsidP="00704DFD">
      <w:pPr>
        <w:spacing w:before="120" w:line="360" w:lineRule="auto"/>
        <w:ind w:firstLine="284"/>
        <w:jc w:val="both"/>
      </w:pPr>
      <w:r w:rsidRPr="00994820">
        <w:t>Belam alzò una mano. Non con rabbia. Con la calma di chi sta misurando il battito del mondo.</w:t>
      </w:r>
    </w:p>
    <w:p w14:paraId="52B3941F" w14:textId="77777777" w:rsidR="007C3C6C" w:rsidRPr="00994820" w:rsidRDefault="007C3C6C" w:rsidP="00704DFD">
      <w:pPr>
        <w:spacing w:before="120" w:line="360" w:lineRule="auto"/>
        <w:ind w:firstLine="284"/>
        <w:jc w:val="both"/>
      </w:pPr>
      <w:r w:rsidRPr="00994820">
        <w:t>Il palmo era scoperto. La pelle sembrava vibrare di una vita meccanica. Piccole spirali di calore si irradiavano dai cuscinetti carnosi.</w:t>
      </w:r>
    </w:p>
    <w:p w14:paraId="4E465AED" w14:textId="77777777" w:rsidR="007C3C6C" w:rsidRPr="00994820" w:rsidRDefault="007C3C6C" w:rsidP="00704DFD">
      <w:pPr>
        <w:spacing w:before="120" w:line="360" w:lineRule="auto"/>
        <w:ind w:firstLine="284"/>
        <w:jc w:val="both"/>
      </w:pPr>
      <w:r w:rsidRPr="00994820">
        <w:t>Un passo.</w:t>
      </w:r>
    </w:p>
    <w:p w14:paraId="7C1B24FD" w14:textId="77777777" w:rsidR="007C3C6C" w:rsidRPr="00994820" w:rsidRDefault="007C3C6C" w:rsidP="00704DFD">
      <w:pPr>
        <w:spacing w:before="120" w:line="360" w:lineRule="auto"/>
        <w:ind w:firstLine="284"/>
        <w:jc w:val="both"/>
      </w:pPr>
      <w:r w:rsidRPr="00994820">
        <w:lastRenderedPageBreak/>
        <w:t>Poi un altro.</w:t>
      </w:r>
    </w:p>
    <w:p w14:paraId="3866F785" w14:textId="77777777" w:rsidR="007C3C6C" w:rsidRPr="00994820" w:rsidRDefault="007C3C6C" w:rsidP="00704DFD">
      <w:pPr>
        <w:spacing w:before="120" w:line="360" w:lineRule="auto"/>
        <w:ind w:firstLine="284"/>
        <w:jc w:val="both"/>
      </w:pPr>
      <w:r w:rsidRPr="00994820">
        <w:t>Fanny tentò di sollevare il braccio sinistro. Niente. Provò a stringere i denti, a richiamare il sangue alle mani, a evocare anche solo uno scatto.</w:t>
      </w:r>
    </w:p>
    <w:p w14:paraId="61327BA9" w14:textId="77777777" w:rsidR="007C3C6C" w:rsidRPr="00994820" w:rsidRDefault="007C3C6C" w:rsidP="00704DFD">
      <w:pPr>
        <w:spacing w:before="120" w:line="360" w:lineRule="auto"/>
        <w:ind w:firstLine="284"/>
        <w:jc w:val="both"/>
      </w:pPr>
      <w:r w:rsidRPr="00994820">
        <w:t>Niente.</w:t>
      </w:r>
    </w:p>
    <w:p w14:paraId="68BEF422" w14:textId="77777777" w:rsidR="007C3C6C" w:rsidRPr="00994820" w:rsidRDefault="007C3C6C" w:rsidP="00704DFD">
      <w:pPr>
        <w:spacing w:before="120" w:line="360" w:lineRule="auto"/>
        <w:ind w:firstLine="284"/>
        <w:jc w:val="both"/>
      </w:pPr>
      <w:r w:rsidRPr="00994820">
        <w:t>Così decise di muovere l’unica cosa di cui aveva ancora il pieno controllo. La voce. Spostò a fatica il suo sguardo dal corpo inerme di Kieran per portarlo su quello del giudice che si avvicinava. Delle calde lacrime cominciarono a colare dai suoi occhi difettosi</w:t>
      </w:r>
    </w:p>
    <w:p w14:paraId="00A8B238" w14:textId="77777777" w:rsidR="007C3C6C" w:rsidRPr="00994820" w:rsidRDefault="007C3C6C" w:rsidP="00704DFD">
      <w:pPr>
        <w:spacing w:before="120" w:line="360" w:lineRule="auto"/>
        <w:ind w:firstLine="284"/>
        <w:jc w:val="both"/>
      </w:pPr>
      <w:r w:rsidRPr="00994820">
        <w:t>«Papà…»</w:t>
      </w:r>
    </w:p>
    <w:p w14:paraId="62C9B71A" w14:textId="77777777" w:rsidR="007C3C6C" w:rsidRPr="00994820" w:rsidRDefault="007C3C6C" w:rsidP="00704DFD">
      <w:pPr>
        <w:spacing w:before="120" w:line="360" w:lineRule="auto"/>
        <w:ind w:firstLine="284"/>
        <w:jc w:val="both"/>
      </w:pPr>
      <w:r w:rsidRPr="00994820">
        <w:t>Belam si arrestò.</w:t>
      </w:r>
    </w:p>
    <w:p w14:paraId="6F825974" w14:textId="77777777" w:rsidR="007C3C6C" w:rsidRPr="00994820" w:rsidRDefault="007C3C6C" w:rsidP="00704DFD">
      <w:pPr>
        <w:spacing w:before="120" w:line="360" w:lineRule="auto"/>
        <w:ind w:firstLine="284"/>
        <w:jc w:val="both"/>
      </w:pPr>
      <w:r w:rsidRPr="00994820">
        <w:t>Una pausa.</w:t>
      </w:r>
    </w:p>
    <w:p w14:paraId="76AEA9DA" w14:textId="77777777" w:rsidR="007C3C6C" w:rsidRPr="00994820" w:rsidRDefault="007C3C6C" w:rsidP="00704DFD">
      <w:pPr>
        <w:spacing w:before="120" w:line="360" w:lineRule="auto"/>
        <w:ind w:firstLine="284"/>
        <w:jc w:val="both"/>
      </w:pPr>
      <w:r w:rsidRPr="00994820">
        <w:t>La frase non era finita. Ma lo sguardo di lei era lì, fisso. Inamovibile.</w:t>
      </w:r>
    </w:p>
    <w:p w14:paraId="25B713FF" w14:textId="77777777" w:rsidR="007C3C6C" w:rsidRPr="00994820" w:rsidRDefault="007C3C6C" w:rsidP="00704DFD">
      <w:pPr>
        <w:spacing w:before="120" w:line="360" w:lineRule="auto"/>
        <w:ind w:firstLine="284"/>
        <w:jc w:val="both"/>
      </w:pPr>
      <w:r w:rsidRPr="00994820">
        <w:t>«Gli occhi che mi hai dato… sembra che non stiano più funzionando tanto bene» la voce si ruppe in un pianto controllato. Nonostante ciò, nonostante le lacrime, nonostante il corpo che la tradiva, un sorriso calmo e avvolgente decorò il suo volto bagnato da un rigagnolo di lacrime cristalline.</w:t>
      </w:r>
    </w:p>
    <w:p w14:paraId="7B86E497" w14:textId="77777777" w:rsidR="007C3C6C" w:rsidRPr="00994820" w:rsidRDefault="007C3C6C" w:rsidP="00704DFD">
      <w:pPr>
        <w:spacing w:before="120" w:line="360" w:lineRule="auto"/>
        <w:ind w:firstLine="284"/>
        <w:jc w:val="both"/>
      </w:pPr>
      <w:r w:rsidRPr="00994820">
        <w:t>L’ala di Belam si fermò. Vibrava appena. Ma non colpì.</w:t>
      </w:r>
    </w:p>
    <w:p w14:paraId="00FC7596" w14:textId="77777777" w:rsidR="007C3C6C" w:rsidRPr="00994820" w:rsidRDefault="007C3C6C" w:rsidP="00704DFD">
      <w:pPr>
        <w:spacing w:before="120" w:line="360" w:lineRule="auto"/>
        <w:ind w:firstLine="284"/>
        <w:jc w:val="both"/>
      </w:pPr>
      <w:r w:rsidRPr="00994820">
        <w:t>Il suono che ne usciva era come un violino distante che suonava una melodia funebre.</w:t>
      </w:r>
    </w:p>
    <w:p w14:paraId="7037B15D" w14:textId="77777777" w:rsidR="007C3C6C" w:rsidRPr="00994820" w:rsidRDefault="007C3C6C" w:rsidP="00704DFD">
      <w:pPr>
        <w:spacing w:before="120" w:line="360" w:lineRule="auto"/>
        <w:ind w:firstLine="284"/>
        <w:jc w:val="both"/>
      </w:pPr>
      <w:r w:rsidRPr="00994820">
        <w:t>Fanny crollò.</w:t>
      </w:r>
    </w:p>
    <w:p w14:paraId="239C2DA1" w14:textId="77777777" w:rsidR="007C3C6C" w:rsidRPr="00994820" w:rsidRDefault="007C3C6C" w:rsidP="00704DFD">
      <w:pPr>
        <w:spacing w:before="120" w:line="360" w:lineRule="auto"/>
        <w:ind w:firstLine="284"/>
        <w:jc w:val="both"/>
      </w:pPr>
      <w:r w:rsidRPr="00994820">
        <w:t>Non in modo scenico. Cadde sotto il peso del suo braccio, della sua gamba e del suo cuore. Le ginocchia cedettero sotto di lei come colonne danneggiate, e il corpo seguì senza grazia. Il braccio sinistro, cibernetico, penzolava a vuoto. Inutile. Un’arma privata di volontà e di energia.</w:t>
      </w:r>
    </w:p>
    <w:p w14:paraId="398F4DA2" w14:textId="77777777" w:rsidR="007C3C6C" w:rsidRPr="00994820" w:rsidRDefault="007C3C6C" w:rsidP="00704DFD">
      <w:pPr>
        <w:spacing w:before="120" w:line="360" w:lineRule="auto"/>
        <w:ind w:firstLine="284"/>
        <w:jc w:val="both"/>
      </w:pPr>
      <w:r w:rsidRPr="00994820">
        <w:t>L’occhio artificiale lampeggiava a intermittenza. Verde. Giallo. Rosso. Poi ancora verde. Sembrava stesse cercando di resettarsi, ma non ci riusciva. Come se stesse piangendo in un linguaggio che nessuno poteva comprendere.</w:t>
      </w:r>
    </w:p>
    <w:p w14:paraId="49A21904" w14:textId="77777777" w:rsidR="007C3C6C" w:rsidRPr="00994820" w:rsidRDefault="007C3C6C" w:rsidP="00704DFD">
      <w:pPr>
        <w:spacing w:before="120" w:line="360" w:lineRule="auto"/>
        <w:ind w:firstLine="284"/>
        <w:jc w:val="both"/>
      </w:pPr>
      <w:r w:rsidRPr="00994820">
        <w:t>Belam era a un passo.</w:t>
      </w:r>
    </w:p>
    <w:p w14:paraId="6AA68E22" w14:textId="77777777" w:rsidR="007C3C6C" w:rsidRPr="00994820" w:rsidRDefault="007C3C6C" w:rsidP="00704DFD">
      <w:pPr>
        <w:spacing w:before="120" w:line="360" w:lineRule="auto"/>
        <w:ind w:firstLine="284"/>
        <w:jc w:val="both"/>
      </w:pPr>
      <w:r w:rsidRPr="00994820">
        <w:t>Le sue ali, aperte, sembravano aver trovato il ritmo perfetto. L’aria attorno a lui si piegava. Le vene sulle mani si tendevano. E nel palmo, sotto la pelle, qualcosa si muoveva.</w:t>
      </w:r>
    </w:p>
    <w:p w14:paraId="12A7ACD5" w14:textId="77777777" w:rsidR="007C3C6C" w:rsidRPr="00994820" w:rsidRDefault="007C3C6C" w:rsidP="00704DFD">
      <w:pPr>
        <w:spacing w:before="120" w:line="360" w:lineRule="auto"/>
        <w:ind w:firstLine="284"/>
        <w:jc w:val="both"/>
      </w:pPr>
      <w:r w:rsidRPr="00994820">
        <w:t>Pulsazioni irregolari.</w:t>
      </w:r>
    </w:p>
    <w:p w14:paraId="459E323B" w14:textId="77777777" w:rsidR="007C3C6C" w:rsidRPr="00994820" w:rsidRDefault="007C3C6C" w:rsidP="00704DFD">
      <w:pPr>
        <w:spacing w:before="120" w:line="360" w:lineRule="auto"/>
        <w:ind w:firstLine="284"/>
        <w:jc w:val="both"/>
      </w:pPr>
      <w:r w:rsidRPr="00994820">
        <w:t>La carne stessa si stava preparando. I neuropeptidi prendevano forma sotto l’epidermide, pronti a essere rilasciati. Non ci sarebbe stato dolore. Solo il collasso. Una paralisi dolce, definitiva. Come addormentarsi dentro una lacrima.</w:t>
      </w:r>
    </w:p>
    <w:p w14:paraId="60F9ECE1" w14:textId="77777777" w:rsidR="007C3C6C" w:rsidRPr="00994820" w:rsidRDefault="007C3C6C" w:rsidP="00704DFD">
      <w:pPr>
        <w:spacing w:before="120" w:line="360" w:lineRule="auto"/>
        <w:ind w:firstLine="284"/>
        <w:jc w:val="both"/>
      </w:pPr>
      <w:r w:rsidRPr="00994820">
        <w:lastRenderedPageBreak/>
        <w:t>Fanny sollevò appena lo sguardo.</w:t>
      </w:r>
    </w:p>
    <w:p w14:paraId="6F015FB5" w14:textId="77777777" w:rsidR="007C3C6C" w:rsidRPr="00994820" w:rsidRDefault="007C3C6C" w:rsidP="00704DFD">
      <w:pPr>
        <w:spacing w:before="120" w:line="360" w:lineRule="auto"/>
        <w:ind w:firstLine="284"/>
        <w:jc w:val="both"/>
      </w:pPr>
      <w:r w:rsidRPr="00994820">
        <w:t>Non vide più suo padre. Vide il volto dell’uomo che l’avrebbe uccisa con le stesse mani con cui, una volta, le aveva insegnato a smontare un motore. O ad allacciare un guanto.</w:t>
      </w:r>
    </w:p>
    <w:p w14:paraId="22C19925" w14:textId="77777777" w:rsidR="007C3C6C" w:rsidRPr="00994820" w:rsidRDefault="007C3C6C" w:rsidP="00704DFD">
      <w:pPr>
        <w:spacing w:before="120" w:line="360" w:lineRule="auto"/>
        <w:ind w:firstLine="284"/>
        <w:jc w:val="both"/>
      </w:pPr>
      <w:r w:rsidRPr="00994820">
        <w:t>La mano di Belam si alzò.</w:t>
      </w:r>
    </w:p>
    <w:p w14:paraId="781CD39D" w14:textId="77777777" w:rsidR="007C3C6C" w:rsidRPr="00994820" w:rsidRDefault="007C3C6C" w:rsidP="00704DFD">
      <w:pPr>
        <w:spacing w:before="120" w:line="360" w:lineRule="auto"/>
        <w:ind w:firstLine="284"/>
        <w:jc w:val="both"/>
      </w:pPr>
      <w:r w:rsidRPr="00994820">
        <w:t>Rivey sorrise. Il sangue all’angolo della bocca si era asciugato, lasciando solo un’ombra sottile, come un’impronta di veleno.</w:t>
      </w:r>
    </w:p>
    <w:p w14:paraId="04EF3090" w14:textId="77777777" w:rsidR="007C3C6C" w:rsidRPr="00994820" w:rsidRDefault="007C3C6C" w:rsidP="00704DFD">
      <w:pPr>
        <w:spacing w:before="120" w:line="360" w:lineRule="auto"/>
        <w:ind w:firstLine="284"/>
        <w:jc w:val="both"/>
      </w:pPr>
      <w:r w:rsidRPr="00994820">
        <w:t>«Non è più tuo padre» mormorò, come una carezza velenosa. «L’ho piegato tempo addietro.»</w:t>
      </w:r>
    </w:p>
    <w:p w14:paraId="6726C7F8" w14:textId="77777777" w:rsidR="007C3C6C" w:rsidRPr="00994820" w:rsidRDefault="007C3C6C" w:rsidP="00704DFD">
      <w:pPr>
        <w:spacing w:before="120" w:line="360" w:lineRule="auto"/>
        <w:ind w:firstLine="284"/>
        <w:jc w:val="both"/>
      </w:pPr>
      <w:r w:rsidRPr="00994820">
        <w:t>«Il povero ragazzone era pronto a tutto pur di creare un posto in questa città per te» disse ridacchiando Rivey «Era dotato, non c’è che dire, e così gli diedi ciò che più bramava: la conoscenza» Rivey iniziò ad avvicinarsi lentamente i due, raggiungendo in pochi passi l’immobile kieran.</w:t>
      </w:r>
    </w:p>
    <w:p w14:paraId="55D2761F" w14:textId="77777777" w:rsidR="007C3C6C" w:rsidRPr="00994820" w:rsidRDefault="007C3C6C" w:rsidP="00704DFD">
      <w:pPr>
        <w:spacing w:before="120" w:line="360" w:lineRule="auto"/>
        <w:ind w:firstLine="284"/>
        <w:jc w:val="both"/>
      </w:pPr>
      <w:r w:rsidRPr="00994820">
        <w:t>«Così La Sorridente, magnanima, gli trovò un posto come tecnico al Dipartimento dell’Alba, lui non desiderava altro» raggiunto il corpo dello shinigami, lo calciò via con un vigore che sembrava innaturale, solo per rimuovere quel fastidioso ostacolo dal suo cammino teatrale.</w:t>
      </w:r>
    </w:p>
    <w:p w14:paraId="060A54DD" w14:textId="77777777" w:rsidR="007C3C6C" w:rsidRPr="00994820" w:rsidRDefault="007C3C6C" w:rsidP="00704DFD">
      <w:pPr>
        <w:spacing w:before="120" w:line="360" w:lineRule="auto"/>
        <w:ind w:firstLine="284"/>
        <w:jc w:val="both"/>
      </w:pPr>
      <w:r w:rsidRPr="00994820">
        <w:t xml:space="preserve">«Lì avrebbe potuto studiare la tua malattia, Fanny.» </w:t>
      </w:r>
    </w:p>
    <w:p w14:paraId="55664E58" w14:textId="77777777" w:rsidR="007C3C6C" w:rsidRPr="00994820" w:rsidRDefault="007C3C6C" w:rsidP="00704DFD">
      <w:pPr>
        <w:spacing w:before="120" w:line="360" w:lineRule="auto"/>
        <w:ind w:firstLine="284"/>
        <w:jc w:val="both"/>
      </w:pPr>
      <w:r w:rsidRPr="00994820">
        <w:t>Fanny dal suolo in cui era bloccata si limitò a stringere i denti, tra tutte le cose avrebbe preferito che a spegnersi fossero state le orecchie.</w:t>
      </w:r>
    </w:p>
    <w:p w14:paraId="50D85850" w14:textId="77777777" w:rsidR="007C3C6C" w:rsidRPr="00994820" w:rsidRDefault="007C3C6C" w:rsidP="00704DFD">
      <w:pPr>
        <w:spacing w:before="120" w:line="360" w:lineRule="auto"/>
        <w:ind w:firstLine="284"/>
        <w:jc w:val="both"/>
      </w:pPr>
      <w:r w:rsidRPr="00994820">
        <w:t>«E a quel punto fu facile farlo salire di grado, convincerlo che erano necessari dei boost tek per studiare e controllare il corpo umano, lo modificammo e ottenne quello che desiderava: un controllo assoluto sul corpo umano, sulla schifosa carne a cui siete ancora tanto legati in quel vostro villaggio.» Il tono di Rivey diventava via via più aspro, e la sua voce si faceva sempre più vicina e inevitabile.</w:t>
      </w:r>
    </w:p>
    <w:p w14:paraId="16C0E6CE" w14:textId="77777777" w:rsidR="007C3C6C" w:rsidRPr="00994820" w:rsidRDefault="007C3C6C" w:rsidP="00704DFD">
      <w:pPr>
        <w:spacing w:before="120" w:line="360" w:lineRule="auto"/>
        <w:ind w:firstLine="284"/>
        <w:jc w:val="both"/>
      </w:pPr>
      <w:r w:rsidRPr="00994820">
        <w:t>«Quello che non sapeva è che più erano le modifiche, più alto era il suo controllo sul corpo, maggiore sarebbe stato il mio controllo su di lui.» Ormai Rivey doveva essere a pochi passi dalla ragazza, la sua voce era così vicina che le sembrò gli stesse parlando attraverso quei suoi nanobot.</w:t>
      </w:r>
    </w:p>
    <w:p w14:paraId="01633C57" w14:textId="77777777" w:rsidR="007C3C6C" w:rsidRPr="00994820" w:rsidRDefault="007C3C6C" w:rsidP="00704DFD">
      <w:pPr>
        <w:spacing w:before="120" w:line="360" w:lineRule="auto"/>
        <w:ind w:firstLine="284"/>
        <w:jc w:val="both"/>
      </w:pPr>
      <w:r w:rsidRPr="00994820">
        <w:t>«è ironico, la libertà che tanto predichi, lui l’ha data via con piacere, per te e per quell’errore genetico di tua madre.»</w:t>
      </w:r>
    </w:p>
    <w:p w14:paraId="570E7E5E" w14:textId="77777777" w:rsidR="007C3C6C" w:rsidRPr="00994820" w:rsidRDefault="007C3C6C" w:rsidP="00704DFD">
      <w:pPr>
        <w:spacing w:before="120" w:line="360" w:lineRule="auto"/>
        <w:ind w:firstLine="284"/>
        <w:jc w:val="both"/>
      </w:pPr>
      <w:r w:rsidRPr="00994820">
        <w:t>E proprio in quel momento, il mondo si incrinò.</w:t>
      </w:r>
    </w:p>
    <w:p w14:paraId="6212AECB" w14:textId="77777777" w:rsidR="007C3C6C" w:rsidRPr="00994820" w:rsidRDefault="007C3C6C" w:rsidP="00704DFD">
      <w:pPr>
        <w:spacing w:before="120" w:line="360" w:lineRule="auto"/>
        <w:ind w:firstLine="284"/>
        <w:jc w:val="both"/>
      </w:pPr>
      <w:r w:rsidRPr="00994820">
        <w:t>Non con un boato. Ma con una voce.</w:t>
      </w:r>
    </w:p>
    <w:p w14:paraId="01C89477" w14:textId="77777777" w:rsidR="007C3C6C" w:rsidRPr="00994820" w:rsidRDefault="007C3C6C" w:rsidP="00704DFD">
      <w:pPr>
        <w:spacing w:before="120" w:line="360" w:lineRule="auto"/>
        <w:ind w:firstLine="284"/>
        <w:jc w:val="both"/>
      </w:pPr>
      <w:r w:rsidRPr="00994820">
        <w:t>Una voce gentile. Intima. Inaspettata.</w:t>
      </w:r>
    </w:p>
    <w:p w14:paraId="06F4503B" w14:textId="77777777" w:rsidR="007C3C6C" w:rsidRPr="00994820" w:rsidRDefault="007C3C6C" w:rsidP="00704DFD">
      <w:pPr>
        <w:spacing w:before="120" w:line="360" w:lineRule="auto"/>
        <w:ind w:firstLine="284"/>
        <w:jc w:val="both"/>
      </w:pPr>
      <w:r w:rsidRPr="00994820">
        <w:t xml:space="preserve">Non venne dall’alto, né da un altoparlante, né da un terminale. Ma da dentro. </w:t>
      </w:r>
      <w:r w:rsidRPr="00994820">
        <w:rPr>
          <w:b/>
          <w:bCs/>
        </w:rPr>
        <w:t>Dentro Belam.</w:t>
      </w:r>
      <w:r w:rsidRPr="00994820">
        <w:br/>
        <w:t>O forse dentro il cuore stesso della sala.</w:t>
      </w:r>
    </w:p>
    <w:p w14:paraId="65B6A759" w14:textId="77777777" w:rsidR="007C3C6C" w:rsidRPr="00994820" w:rsidRDefault="007C3C6C" w:rsidP="00704DFD">
      <w:pPr>
        <w:spacing w:before="120" w:line="360" w:lineRule="auto"/>
        <w:ind w:firstLine="284"/>
        <w:jc w:val="both"/>
      </w:pPr>
      <w:r w:rsidRPr="00994820">
        <w:lastRenderedPageBreak/>
        <w:t>«Codice M4-RY. Override eseguito.»</w:t>
      </w:r>
    </w:p>
    <w:p w14:paraId="2B3EEFD8" w14:textId="77777777" w:rsidR="007C3C6C" w:rsidRPr="00994820" w:rsidRDefault="007C3C6C" w:rsidP="00704DFD">
      <w:pPr>
        <w:spacing w:before="120" w:line="360" w:lineRule="auto"/>
        <w:ind w:firstLine="284"/>
        <w:jc w:val="both"/>
      </w:pPr>
      <w:r w:rsidRPr="00994820">
        <w:t>Una pausa.</w:t>
      </w:r>
    </w:p>
    <w:p w14:paraId="2883F8F4" w14:textId="77777777" w:rsidR="007C3C6C" w:rsidRPr="00994820" w:rsidRDefault="007C3C6C" w:rsidP="00704DFD">
      <w:pPr>
        <w:spacing w:before="120" w:line="360" w:lineRule="auto"/>
        <w:ind w:firstLine="284"/>
        <w:jc w:val="both"/>
      </w:pPr>
      <w:r w:rsidRPr="00994820">
        <w:t>Poi, dolcemente:</w:t>
      </w:r>
    </w:p>
    <w:p w14:paraId="69F2670E" w14:textId="77777777" w:rsidR="007C3C6C" w:rsidRPr="00994820" w:rsidRDefault="007C3C6C" w:rsidP="00704DFD">
      <w:pPr>
        <w:spacing w:before="120" w:line="360" w:lineRule="auto"/>
        <w:ind w:firstLine="284"/>
        <w:jc w:val="both"/>
      </w:pPr>
      <w:r w:rsidRPr="00994820">
        <w:rPr>
          <w:b/>
          <w:bCs/>
        </w:rPr>
        <w:t>«Ciao, Bartolomeo.»</w:t>
      </w:r>
    </w:p>
    <w:p w14:paraId="136869B1" w14:textId="77777777" w:rsidR="007C3C6C" w:rsidRPr="00994820" w:rsidRDefault="007C3C6C" w:rsidP="00704DFD">
      <w:pPr>
        <w:spacing w:before="120" w:line="360" w:lineRule="auto"/>
        <w:ind w:firstLine="284"/>
        <w:jc w:val="both"/>
      </w:pPr>
      <w:r w:rsidRPr="00994820">
        <w:t>La frase sembrò rimbalzare tra le pareti della sala, come un eco, come una memoria lontana che si riaffaccia dopo decenni di silenzio.</w:t>
      </w:r>
    </w:p>
    <w:p w14:paraId="27AB6A78" w14:textId="77777777" w:rsidR="007C3C6C" w:rsidRPr="00994820" w:rsidRDefault="007C3C6C" w:rsidP="00704DFD">
      <w:pPr>
        <w:spacing w:before="120" w:line="360" w:lineRule="auto"/>
        <w:ind w:firstLine="284"/>
        <w:jc w:val="both"/>
      </w:pPr>
      <w:r w:rsidRPr="00994820">
        <w:t>Belam si bloccò.</w:t>
      </w:r>
    </w:p>
    <w:p w14:paraId="762035C9" w14:textId="77777777" w:rsidR="007C3C6C" w:rsidRPr="00994820" w:rsidRDefault="007C3C6C" w:rsidP="00704DFD">
      <w:pPr>
        <w:spacing w:before="120" w:line="360" w:lineRule="auto"/>
        <w:ind w:firstLine="284"/>
        <w:jc w:val="both"/>
      </w:pPr>
      <w:r w:rsidRPr="00994820">
        <w:t>La sua mano rimase sospesa a pochi centimetri dal volto di Fanny. I muscoli si contrassero. Le ali tremarono.</w:t>
      </w:r>
    </w:p>
    <w:p w14:paraId="4CBC6910" w14:textId="77777777" w:rsidR="007C3C6C" w:rsidRPr="00994820" w:rsidRDefault="007C3C6C" w:rsidP="00704DFD">
      <w:pPr>
        <w:spacing w:before="120" w:line="360" w:lineRule="auto"/>
        <w:ind w:firstLine="284"/>
        <w:jc w:val="both"/>
      </w:pPr>
      <w:r w:rsidRPr="00994820">
        <w:t>Gli occhi, dietro le lenti, cominciarono a inumidirsi.</w:t>
      </w:r>
    </w:p>
    <w:p w14:paraId="73176D31" w14:textId="77777777" w:rsidR="007C3C6C" w:rsidRPr="00994820" w:rsidRDefault="007C3C6C" w:rsidP="00704DFD">
      <w:pPr>
        <w:spacing w:before="120" w:line="360" w:lineRule="auto"/>
        <w:ind w:firstLine="284"/>
        <w:jc w:val="both"/>
      </w:pPr>
      <w:r w:rsidRPr="00994820">
        <w:t>Non pianse. Non ancora. Ma il respiro si fece irregolare. Le labbra tremarono appena.</w:t>
      </w:r>
    </w:p>
    <w:p w14:paraId="64C4DD98" w14:textId="77777777" w:rsidR="007C3C6C" w:rsidRPr="00994820" w:rsidRDefault="007C3C6C" w:rsidP="00704DFD">
      <w:pPr>
        <w:spacing w:before="120" w:line="360" w:lineRule="auto"/>
        <w:ind w:firstLine="284"/>
        <w:jc w:val="both"/>
      </w:pPr>
      <w:r w:rsidRPr="00994820">
        <w:t>Poi, con lentezza, le ali cominciarono ad abbassarsi.</w:t>
      </w:r>
    </w:p>
    <w:p w14:paraId="6F760687" w14:textId="77777777" w:rsidR="007C3C6C" w:rsidRPr="00994820" w:rsidRDefault="007C3C6C" w:rsidP="00704DFD">
      <w:pPr>
        <w:spacing w:before="120" w:line="360" w:lineRule="auto"/>
        <w:ind w:firstLine="284"/>
        <w:jc w:val="both"/>
      </w:pPr>
      <w:r w:rsidRPr="00994820">
        <w:t>Una dopo l’altra. Come il sipario su uno spettacolo che non voleva più continuare.</w:t>
      </w:r>
    </w:p>
    <w:p w14:paraId="1DE561FB" w14:textId="77777777" w:rsidR="007C3C6C" w:rsidRPr="00994820" w:rsidRDefault="007C3C6C" w:rsidP="00704DFD">
      <w:pPr>
        <w:spacing w:before="120" w:line="360" w:lineRule="auto"/>
        <w:ind w:firstLine="284"/>
        <w:jc w:val="both"/>
      </w:pPr>
      <w:r w:rsidRPr="00994820">
        <w:t>La vibrazioni delle ali cessò, e il silenzio invase la sala, anche Rivey si arrestò sembrò cercare con lo sguardo l’origine di quella voce. Poi quella voce mutò in uno stridio, una serie di note incasinata, sembrava essere il lamento di un codice.</w:t>
      </w:r>
    </w:p>
    <w:p w14:paraId="03EC9442" w14:textId="77777777" w:rsidR="007C3C6C" w:rsidRPr="00994820" w:rsidRDefault="007C3C6C" w:rsidP="00704DFD">
      <w:pPr>
        <w:spacing w:before="120" w:line="360" w:lineRule="auto"/>
        <w:ind w:firstLine="284"/>
        <w:jc w:val="both"/>
      </w:pPr>
      <w:r w:rsidRPr="00994820">
        <w:t xml:space="preserve">Dal guanto inerme del braccio d’acciaio della ragazza una flebile luce emerse. Poi quella luce azzurrina si espanse, e un corpo olografico emerse. </w:t>
      </w:r>
      <w:r w:rsidRPr="00994820">
        <w:rPr>
          <w:b/>
          <w:bCs/>
        </w:rPr>
        <w:t>Becky.</w:t>
      </w:r>
    </w:p>
    <w:p w14:paraId="260052B0" w14:textId="77777777" w:rsidR="007C3C6C" w:rsidRPr="00994820" w:rsidRDefault="007C3C6C" w:rsidP="00704DFD">
      <w:pPr>
        <w:spacing w:before="120" w:line="360" w:lineRule="auto"/>
        <w:ind w:firstLine="284"/>
        <w:jc w:val="both"/>
      </w:pPr>
      <w:r w:rsidRPr="00994820">
        <w:t>Il suo volto era più caldo del solito. Quasi reale.</w:t>
      </w:r>
    </w:p>
    <w:p w14:paraId="7570F1F1" w14:textId="77777777" w:rsidR="007C3C6C" w:rsidRPr="00994820" w:rsidRDefault="007C3C6C" w:rsidP="00704DFD">
      <w:pPr>
        <w:spacing w:before="120" w:line="360" w:lineRule="auto"/>
        <w:ind w:firstLine="284"/>
        <w:jc w:val="both"/>
      </w:pPr>
      <w:r w:rsidRPr="00994820">
        <w:t>Camminava scalza, come se non volesse disturbare la scena. Ma ogni passo lasciava una leggera scia di luce, come se il piano stesso riconoscesse la sua presenza. A ogni passo sembrava diventare più reale, più viva come un ricordo che prende forma più ci si concentra su di esso.</w:t>
      </w:r>
    </w:p>
    <w:p w14:paraId="08FE99C0" w14:textId="77777777" w:rsidR="007C3C6C" w:rsidRPr="00994820" w:rsidRDefault="007C3C6C" w:rsidP="00704DFD">
      <w:pPr>
        <w:spacing w:before="120" w:line="360" w:lineRule="auto"/>
        <w:ind w:firstLine="284"/>
        <w:jc w:val="both"/>
      </w:pPr>
      <w:r w:rsidRPr="00994820">
        <w:t>Si avvicinò lentamente a Belam.</w:t>
      </w:r>
    </w:p>
    <w:p w14:paraId="2A5CFD25" w14:textId="77777777" w:rsidR="007C3C6C" w:rsidRPr="00994820" w:rsidRDefault="007C3C6C" w:rsidP="00704DFD">
      <w:pPr>
        <w:spacing w:before="120" w:line="360" w:lineRule="auto"/>
        <w:ind w:firstLine="284"/>
        <w:jc w:val="both"/>
      </w:pPr>
      <w:r w:rsidRPr="00994820">
        <w:t>Lui restava immobile. Da sotto le lenti emerse qualche timida lacrima. La mano ancora sospesa. I palmi gonfi di sostanze letali mai rilasciate.</w:t>
      </w:r>
    </w:p>
    <w:p w14:paraId="4C68363A" w14:textId="77777777" w:rsidR="007C3C6C" w:rsidRPr="00994820" w:rsidRDefault="007C3C6C" w:rsidP="00704DFD">
      <w:pPr>
        <w:spacing w:before="120" w:line="360" w:lineRule="auto"/>
        <w:ind w:firstLine="284"/>
        <w:jc w:val="both"/>
      </w:pPr>
      <w:r w:rsidRPr="00994820">
        <w:t>Becky non tremava. Non esitava.</w:t>
      </w:r>
    </w:p>
    <w:p w14:paraId="54F53B57" w14:textId="77777777" w:rsidR="007C3C6C" w:rsidRPr="00994820" w:rsidRDefault="007C3C6C" w:rsidP="00704DFD">
      <w:pPr>
        <w:spacing w:before="120" w:line="360" w:lineRule="auto"/>
        <w:ind w:firstLine="284"/>
        <w:jc w:val="both"/>
      </w:pPr>
      <w:r w:rsidRPr="00994820">
        <w:t>Gli sfiorò la mano.</w:t>
      </w:r>
    </w:p>
    <w:p w14:paraId="5EF26480" w14:textId="77777777" w:rsidR="007C3C6C" w:rsidRPr="00994820" w:rsidRDefault="007C3C6C" w:rsidP="00704DFD">
      <w:pPr>
        <w:spacing w:before="120" w:line="360" w:lineRule="auto"/>
        <w:ind w:firstLine="284"/>
        <w:jc w:val="both"/>
      </w:pPr>
      <w:r w:rsidRPr="00994820">
        <w:t>Il contatto fu lieve. Umano.</w:t>
      </w:r>
    </w:p>
    <w:p w14:paraId="140671EC" w14:textId="28C21EF4" w:rsidR="007C3C6C" w:rsidRPr="00994820" w:rsidRDefault="007C3C6C" w:rsidP="00704DFD">
      <w:pPr>
        <w:spacing w:before="120" w:line="360" w:lineRule="auto"/>
        <w:ind w:firstLine="284"/>
        <w:jc w:val="both"/>
      </w:pPr>
      <w:r w:rsidRPr="00994820">
        <w:t>«Tu volevi salvarla» disse piano.</w:t>
      </w:r>
      <w:r w:rsidR="003C3BD1">
        <w:t xml:space="preserve"> </w:t>
      </w:r>
      <w:r w:rsidRPr="00994820">
        <w:t>La sua voce non era quella dell’IA che Fanny conosceva.</w:t>
      </w:r>
      <w:r w:rsidRPr="00994820">
        <w:br/>
        <w:t xml:space="preserve">Era più profonda. Più… </w:t>
      </w:r>
      <w:r w:rsidRPr="00994820">
        <w:rPr>
          <w:b/>
          <w:bCs/>
        </w:rPr>
        <w:t>viva.</w:t>
      </w:r>
    </w:p>
    <w:p w14:paraId="564D2208" w14:textId="77777777" w:rsidR="007C3C6C" w:rsidRPr="00994820" w:rsidRDefault="007C3C6C" w:rsidP="00704DFD">
      <w:pPr>
        <w:spacing w:before="120" w:line="360" w:lineRule="auto"/>
        <w:ind w:firstLine="284"/>
        <w:jc w:val="both"/>
      </w:pPr>
      <w:r w:rsidRPr="00994820">
        <w:lastRenderedPageBreak/>
        <w:t>«Ti avevo chiesto di proteggerla, ricordi?» e dopo quella frase, Becky sembrò dissolversi all’interno dell’enorme giudice.</w:t>
      </w:r>
    </w:p>
    <w:p w14:paraId="681F68B1" w14:textId="77777777" w:rsidR="007C3C6C" w:rsidRPr="00994820" w:rsidRDefault="007C3C6C" w:rsidP="00704DFD">
      <w:pPr>
        <w:spacing w:before="120" w:line="360" w:lineRule="auto"/>
        <w:ind w:firstLine="284"/>
        <w:jc w:val="both"/>
      </w:pPr>
      <w:r w:rsidRPr="00994820">
        <w:t>E proprio in quell’istante, Belam urlò.</w:t>
      </w:r>
    </w:p>
    <w:p w14:paraId="18003BB3" w14:textId="77777777" w:rsidR="007C3C6C" w:rsidRPr="00994820" w:rsidRDefault="007C3C6C" w:rsidP="00704DFD">
      <w:pPr>
        <w:spacing w:before="120" w:line="360" w:lineRule="auto"/>
        <w:ind w:firstLine="284"/>
        <w:jc w:val="both"/>
      </w:pPr>
      <w:r w:rsidRPr="00994820">
        <w:t xml:space="preserve">Non un grido di dolore. </w:t>
      </w:r>
      <w:r w:rsidRPr="00994820">
        <w:rPr>
          <w:b/>
          <w:bCs/>
        </w:rPr>
        <w:t>Un’esplosione dell’anima.</w:t>
      </w:r>
    </w:p>
    <w:p w14:paraId="5BFEFCFF" w14:textId="77777777" w:rsidR="007C3C6C" w:rsidRPr="00994820" w:rsidRDefault="007C3C6C" w:rsidP="00704DFD">
      <w:pPr>
        <w:spacing w:before="120" w:line="360" w:lineRule="auto"/>
        <w:ind w:firstLine="284"/>
        <w:jc w:val="both"/>
      </w:pPr>
      <w:r w:rsidRPr="00994820">
        <w:t xml:space="preserve">Le ali si spalancarono di colpo. Il suono che ne uscì non era più armonico. Era </w:t>
      </w:r>
      <w:r w:rsidRPr="00994820">
        <w:rPr>
          <w:b/>
          <w:bCs/>
        </w:rPr>
        <w:t>brutale. Caotico. Umano.</w:t>
      </w:r>
    </w:p>
    <w:p w14:paraId="603C9A9A" w14:textId="77777777" w:rsidR="007C3C6C" w:rsidRPr="00994820" w:rsidRDefault="007C3C6C" w:rsidP="00704DFD">
      <w:pPr>
        <w:spacing w:before="120" w:line="360" w:lineRule="auto"/>
        <w:ind w:firstLine="284"/>
        <w:jc w:val="both"/>
      </w:pPr>
      <w:r w:rsidRPr="00994820">
        <w:t>I filamenti di rame si accesero come circuiti impazziti. Ogni piuma vibrava come una lama libera. Un’onda a frequenza ultrabassa partì dal centro del suo corpo e si abbatté sul piano come un colpo sismico. I terminali impazzirono. L’Albero tremò.</w:t>
      </w:r>
    </w:p>
    <w:p w14:paraId="1003E93B" w14:textId="77777777" w:rsidR="007C3C6C" w:rsidRPr="00994820" w:rsidRDefault="007C3C6C" w:rsidP="00704DFD">
      <w:pPr>
        <w:spacing w:before="120" w:line="360" w:lineRule="auto"/>
        <w:ind w:firstLine="284"/>
        <w:jc w:val="both"/>
      </w:pPr>
      <w:r w:rsidRPr="00994820">
        <w:t>Fanny fu scaraventata all’indietro, ma non perse conoscenza.</w:t>
      </w:r>
    </w:p>
    <w:p w14:paraId="01172367" w14:textId="77777777" w:rsidR="007C3C6C" w:rsidRPr="00994820" w:rsidRDefault="007C3C6C" w:rsidP="00704DFD">
      <w:pPr>
        <w:spacing w:before="120" w:line="360" w:lineRule="auto"/>
        <w:ind w:firstLine="284"/>
        <w:jc w:val="both"/>
      </w:pPr>
      <w:r w:rsidRPr="00994820">
        <w:t>Vide.</w:t>
      </w:r>
    </w:p>
    <w:p w14:paraId="6FB5C4E9" w14:textId="77777777" w:rsidR="007C3C6C" w:rsidRPr="00994820" w:rsidRDefault="007C3C6C" w:rsidP="00704DFD">
      <w:pPr>
        <w:spacing w:before="120" w:line="360" w:lineRule="auto"/>
        <w:ind w:firstLine="284"/>
        <w:jc w:val="both"/>
      </w:pPr>
      <w:r w:rsidRPr="00994820">
        <w:rPr>
          <w:b/>
          <w:bCs/>
        </w:rPr>
        <w:t>Vide Belam volare.</w:t>
      </w:r>
    </w:p>
    <w:p w14:paraId="2B501C14" w14:textId="77777777" w:rsidR="007C3C6C" w:rsidRPr="00994820" w:rsidRDefault="007C3C6C" w:rsidP="00704DFD">
      <w:pPr>
        <w:spacing w:before="120" w:line="360" w:lineRule="auto"/>
        <w:ind w:firstLine="284"/>
        <w:jc w:val="both"/>
      </w:pPr>
      <w:r w:rsidRPr="00994820">
        <w:t>Per la prima volta.</w:t>
      </w:r>
    </w:p>
    <w:p w14:paraId="3B51ECD4" w14:textId="77777777" w:rsidR="007C3C6C" w:rsidRPr="00994820" w:rsidRDefault="007C3C6C" w:rsidP="00704DFD">
      <w:pPr>
        <w:spacing w:before="120" w:line="360" w:lineRule="auto"/>
        <w:ind w:firstLine="284"/>
        <w:jc w:val="both"/>
      </w:pPr>
      <w:r w:rsidRPr="00994820">
        <w:t>Non come un servo. Non come un giudice.</w:t>
      </w:r>
    </w:p>
    <w:p w14:paraId="50F75862" w14:textId="77777777" w:rsidR="007C3C6C" w:rsidRPr="00994820" w:rsidRDefault="007C3C6C" w:rsidP="00704DFD">
      <w:pPr>
        <w:spacing w:before="120" w:line="360" w:lineRule="auto"/>
        <w:ind w:firstLine="284"/>
        <w:jc w:val="both"/>
      </w:pPr>
      <w:r w:rsidRPr="00994820">
        <w:t>Come un padre che aveva appena ritrovato se stesso.</w:t>
      </w:r>
    </w:p>
    <w:p w14:paraId="3C067980" w14:textId="77777777" w:rsidR="007C3C6C" w:rsidRPr="00994820" w:rsidRDefault="007C3C6C" w:rsidP="00704DFD">
      <w:pPr>
        <w:spacing w:before="120" w:line="360" w:lineRule="auto"/>
        <w:ind w:firstLine="284"/>
        <w:jc w:val="both"/>
      </w:pPr>
      <w:r w:rsidRPr="00994820">
        <w:t>Rivey alzò la mano.</w:t>
      </w:r>
    </w:p>
    <w:p w14:paraId="5F6FEB6E" w14:textId="77777777" w:rsidR="007C3C6C" w:rsidRPr="00994820" w:rsidRDefault="007C3C6C" w:rsidP="00704DFD">
      <w:pPr>
        <w:spacing w:before="120" w:line="360" w:lineRule="auto"/>
        <w:ind w:firstLine="284"/>
        <w:jc w:val="both"/>
      </w:pPr>
      <w:r w:rsidRPr="00994820">
        <w:t>«Che diavolo combini Belam?» la frase venne spezzata da violenti colpi di tosse. Ma stavolta l’espressione di Belam cominciò a tornare nitida nella mente di Fanny, e la riconobbe, era furia quella che si dipingeva sul volto del padre.</w:t>
      </w:r>
    </w:p>
    <w:p w14:paraId="63A7C32F" w14:textId="77777777" w:rsidR="007C3C6C" w:rsidRPr="00994820" w:rsidRDefault="007C3C6C" w:rsidP="00704DFD">
      <w:pPr>
        <w:spacing w:before="120" w:line="360" w:lineRule="auto"/>
        <w:ind w:firstLine="284"/>
        <w:jc w:val="both"/>
      </w:pPr>
      <w:r w:rsidRPr="00994820">
        <w:t>Anche la gamba iniziò debolmente a rispondere nuovamente alla ragazza, eppure Fanny non si mosse.</w:t>
      </w:r>
    </w:p>
    <w:p w14:paraId="35F7D551" w14:textId="77777777" w:rsidR="007C3C6C" w:rsidRPr="00994820" w:rsidRDefault="007C3C6C" w:rsidP="00704DFD">
      <w:pPr>
        <w:spacing w:before="120" w:line="360" w:lineRule="auto"/>
        <w:ind w:firstLine="284"/>
        <w:jc w:val="both"/>
      </w:pPr>
      <w:r w:rsidRPr="00994820">
        <w:t>«Non ti permetterò di toccare mia figlia con quegli schifosi virus, non le farai ciò che hai fatto a me Rivey» scrutando il pavimento sotto di lui sembrava cercare il suo nuovo obiettivo, le sue ali si aprirono nuovamente, con maggiore rapidità dirette verso Rivey.</w:t>
      </w:r>
    </w:p>
    <w:p w14:paraId="7FBF45D6" w14:textId="03055FE1" w:rsidR="007C3C6C" w:rsidRPr="00994820" w:rsidRDefault="007C3C6C" w:rsidP="00704DFD">
      <w:pPr>
        <w:spacing w:before="120" w:line="360" w:lineRule="auto"/>
        <w:ind w:firstLine="284"/>
        <w:jc w:val="both"/>
      </w:pPr>
      <w:r w:rsidRPr="00994820">
        <w:t>«Non credere che togliendomi di mezzo salverai quella Fleshborn di tua figlia! La città la eliminerà!» ringhiò Rivey e nel farlo non tossì, ma sputò. Lo sibilò con disprezzo. Il volto ormai spezzato. Il sorriso macchiato di sangue e fallimento.</w:t>
      </w:r>
      <w:r w:rsidR="003C3BD1">
        <w:t xml:space="preserve"> </w:t>
      </w:r>
      <w:r w:rsidRPr="00994820">
        <w:t xml:space="preserve">Un’ondata densa, nera, si sollevò dal suo petto: </w:t>
      </w:r>
      <w:r w:rsidRPr="00994820">
        <w:rPr>
          <w:b/>
          <w:bCs/>
        </w:rPr>
        <w:t>milioni di nanobot rilasciati tutti insieme</w:t>
      </w:r>
      <w:r w:rsidRPr="00994820">
        <w:t xml:space="preserve">, come un ultimo atto disperato. </w:t>
      </w:r>
    </w:p>
    <w:p w14:paraId="67E71288" w14:textId="77777777" w:rsidR="007C3C6C" w:rsidRPr="00994820" w:rsidRDefault="007C3C6C" w:rsidP="00704DFD">
      <w:pPr>
        <w:spacing w:before="120" w:line="360" w:lineRule="auto"/>
        <w:ind w:firstLine="284"/>
        <w:jc w:val="both"/>
      </w:pPr>
      <w:r w:rsidRPr="00994820">
        <w:t>Bartolomeo si tolse gli occhiali, rivelando gli occhi verdi, gli stessi di Fanny e il suo sguardo era di una ferocia che mai Fanny aveva visto «Non sotto il mio sguardo, bastardo.»</w:t>
      </w:r>
    </w:p>
    <w:p w14:paraId="26BEEBE9" w14:textId="77777777" w:rsidR="007C3C6C" w:rsidRPr="00994820" w:rsidRDefault="007C3C6C" w:rsidP="00704DFD">
      <w:pPr>
        <w:spacing w:before="120" w:line="360" w:lineRule="auto"/>
        <w:ind w:firstLine="284"/>
        <w:jc w:val="both"/>
      </w:pPr>
      <w:r w:rsidRPr="00994820">
        <w:t>Con un scatto fulmineo ad ali piegate, Bartolomeo sfrecciò verso Rivey, attraversando quella nube nera che gli si era parata davanti.</w:t>
      </w:r>
    </w:p>
    <w:p w14:paraId="056D10D5" w14:textId="77777777" w:rsidR="007C3C6C" w:rsidRPr="00994820" w:rsidRDefault="007C3C6C" w:rsidP="00704DFD">
      <w:pPr>
        <w:spacing w:before="120" w:line="360" w:lineRule="auto"/>
        <w:ind w:firstLine="284"/>
        <w:jc w:val="both"/>
      </w:pPr>
      <w:r w:rsidRPr="00994820">
        <w:lastRenderedPageBreak/>
        <w:t>«Papà, No!» gridò disperata Fanny nel vederlo precipitare senza timore verso una minaccia ignota. Lo aveva appena trovato, e solo ora finalmente lo aveva riconosciuto eppure già rischiava di perderlo?</w:t>
      </w:r>
    </w:p>
    <w:p w14:paraId="442B5DEC" w14:textId="77777777" w:rsidR="007C3C6C" w:rsidRPr="00994820" w:rsidRDefault="007C3C6C" w:rsidP="00704DFD">
      <w:pPr>
        <w:spacing w:before="120" w:line="360" w:lineRule="auto"/>
        <w:ind w:firstLine="284"/>
        <w:jc w:val="both"/>
      </w:pPr>
      <w:r w:rsidRPr="00994820">
        <w:t xml:space="preserve">I nanobot lo avvolsero, lo saturarono, ma il gigante alato, raggiunse il suo obiettivo e lo afferrò per la gola con entrambe le mani. Un gesto largo, senza grazia. </w:t>
      </w:r>
      <w:r w:rsidRPr="00994820">
        <w:rPr>
          <w:b/>
          <w:bCs/>
        </w:rPr>
        <w:t>Solo verità.</w:t>
      </w:r>
    </w:p>
    <w:p w14:paraId="4EBEF675" w14:textId="77777777" w:rsidR="007C3C6C" w:rsidRPr="00994820" w:rsidRDefault="007C3C6C" w:rsidP="00704DFD">
      <w:pPr>
        <w:spacing w:before="120" w:line="360" w:lineRule="auto"/>
        <w:ind w:firstLine="284"/>
        <w:jc w:val="both"/>
      </w:pPr>
      <w:r w:rsidRPr="00994820">
        <w:t>Sembrò schiacciarlo tra le sue mani nude, mentre una pensate dose di neurotrasmettitori e ormoni di ogni tipo investivano il suo vecchio corpo. Rivey sembrò spegnersi avvolto in un gorgoglio di sangue che emergeva da ogni apertura del suo corpo. Il suo volto era piegato in un’espressione di rabbia pura e riuscì a emanare la sua ultima sentenza.</w:t>
      </w:r>
    </w:p>
    <w:p w14:paraId="0F01CA89" w14:textId="77777777" w:rsidR="007C3C6C" w:rsidRPr="00994820" w:rsidRDefault="007C3C6C" w:rsidP="00704DFD">
      <w:pPr>
        <w:spacing w:before="120" w:line="360" w:lineRule="auto"/>
        <w:ind w:firstLine="284"/>
        <w:jc w:val="both"/>
      </w:pPr>
      <w:r w:rsidRPr="00994820">
        <w:t xml:space="preserve">«Ti porterò con me Belam… Tanto ormai l’Hive è pronto…» Le ultime particelle, i suoi stessi nanobot, cercarono di insinuarsi nel corpo di Belam. </w:t>
      </w:r>
      <w:r w:rsidRPr="00994820">
        <w:rPr>
          <w:b/>
          <w:bCs/>
        </w:rPr>
        <w:t>Per distruggerlo dall’interno.</w:t>
      </w:r>
    </w:p>
    <w:p w14:paraId="52C3B00D" w14:textId="77777777" w:rsidR="007C3C6C" w:rsidRPr="00994820" w:rsidRDefault="007C3C6C" w:rsidP="00704DFD">
      <w:pPr>
        <w:spacing w:before="120" w:line="360" w:lineRule="auto"/>
        <w:ind w:firstLine="284"/>
        <w:jc w:val="both"/>
      </w:pPr>
      <w:r w:rsidRPr="00994820">
        <w:t>Belam urlò ancora.</w:t>
      </w:r>
    </w:p>
    <w:p w14:paraId="3845CB19" w14:textId="77777777" w:rsidR="007C3C6C" w:rsidRPr="00994820" w:rsidRDefault="007C3C6C" w:rsidP="00704DFD">
      <w:pPr>
        <w:spacing w:before="120" w:line="360" w:lineRule="auto"/>
        <w:ind w:firstLine="284"/>
        <w:jc w:val="both"/>
      </w:pPr>
      <w:r w:rsidRPr="00994820">
        <w:t xml:space="preserve">E </w:t>
      </w:r>
      <w:r w:rsidRPr="00994820">
        <w:rPr>
          <w:b/>
          <w:bCs/>
        </w:rPr>
        <w:t>rilasciò tutto.</w:t>
      </w:r>
    </w:p>
    <w:p w14:paraId="688D58E5" w14:textId="77777777" w:rsidR="007C3C6C" w:rsidRPr="00994820" w:rsidRDefault="007C3C6C" w:rsidP="00704DFD">
      <w:pPr>
        <w:spacing w:before="120" w:line="360" w:lineRule="auto"/>
        <w:ind w:firstLine="284"/>
        <w:jc w:val="both"/>
      </w:pPr>
      <w:r w:rsidRPr="00994820">
        <w:t>Una scarica elettromagnetica partì dal suo corpo, trasmessa dalle sue ali. Le piume si spezzarono. Le ali si contorsero, vibrando fuori frequenza. I nanobot impazzirono, quella nube nera sembrò contorcersi come un animale in agonia.</w:t>
      </w:r>
    </w:p>
    <w:p w14:paraId="27073E2C" w14:textId="77777777" w:rsidR="003C3BD1" w:rsidRDefault="007C3C6C" w:rsidP="003C3BD1">
      <w:pPr>
        <w:spacing w:before="120" w:line="360" w:lineRule="auto"/>
        <w:ind w:firstLine="284"/>
        <w:jc w:val="both"/>
      </w:pPr>
      <w:r w:rsidRPr="00994820">
        <w:t>Ma il costo fu visibile.</w:t>
      </w:r>
    </w:p>
    <w:p w14:paraId="155F31C1" w14:textId="1352CD02" w:rsidR="007C3C6C" w:rsidRPr="00994820" w:rsidRDefault="007C3C6C" w:rsidP="003C3BD1">
      <w:pPr>
        <w:spacing w:before="120" w:line="360" w:lineRule="auto"/>
        <w:ind w:firstLine="284"/>
        <w:jc w:val="both"/>
      </w:pPr>
      <w:r w:rsidRPr="00994820">
        <w:t>Il corpo di Bartolomeo cominciò a cedere.</w:t>
      </w:r>
      <w:r w:rsidR="003C3BD1">
        <w:t xml:space="preserve"> </w:t>
      </w:r>
      <w:r w:rsidRPr="00994820">
        <w:t>La pelle si spaccava in linee sottili, come crepe nel vetro. Dopo La Condanna e il Perdono, anche l’Equilibrio stava cadendo.</w:t>
      </w:r>
    </w:p>
    <w:p w14:paraId="000465DA" w14:textId="77777777" w:rsidR="007C3C6C" w:rsidRPr="00994820" w:rsidRDefault="007C3C6C" w:rsidP="00704DFD">
      <w:pPr>
        <w:spacing w:before="120" w:line="360" w:lineRule="auto"/>
        <w:ind w:firstLine="284"/>
        <w:jc w:val="both"/>
      </w:pPr>
      <w:r w:rsidRPr="00994820">
        <w:t xml:space="preserve">L’Albero, sopra di loro, </w:t>
      </w:r>
      <w:r w:rsidRPr="00994820">
        <w:rPr>
          <w:b/>
          <w:bCs/>
        </w:rPr>
        <w:t>cambiò colore.</w:t>
      </w:r>
    </w:p>
    <w:p w14:paraId="43C3FA2B" w14:textId="77777777" w:rsidR="007C3C6C" w:rsidRPr="00994820" w:rsidRDefault="007C3C6C" w:rsidP="00704DFD">
      <w:pPr>
        <w:spacing w:before="120" w:line="360" w:lineRule="auto"/>
        <w:ind w:firstLine="284"/>
        <w:jc w:val="both"/>
      </w:pPr>
      <w:r w:rsidRPr="00994820">
        <w:t>Dal verde al rosso.</w:t>
      </w:r>
    </w:p>
    <w:p w14:paraId="50611046" w14:textId="77777777" w:rsidR="007C3C6C" w:rsidRPr="00994820" w:rsidRDefault="007C3C6C" w:rsidP="00704DFD">
      <w:pPr>
        <w:spacing w:before="120" w:line="360" w:lineRule="auto"/>
        <w:ind w:firstLine="284"/>
        <w:jc w:val="both"/>
      </w:pPr>
      <w:r w:rsidRPr="00994820">
        <w:t xml:space="preserve">Poi… </w:t>
      </w:r>
      <w:r w:rsidRPr="00994820">
        <w:rPr>
          <w:b/>
          <w:bCs/>
        </w:rPr>
        <w:t>al bianco.</w:t>
      </w:r>
    </w:p>
    <w:p w14:paraId="36BA2E2A" w14:textId="77777777" w:rsidR="007C3C6C" w:rsidRPr="00994820" w:rsidRDefault="007C3C6C" w:rsidP="00704DFD">
      <w:pPr>
        <w:spacing w:before="120" w:line="360" w:lineRule="auto"/>
        <w:ind w:firstLine="284"/>
        <w:jc w:val="both"/>
      </w:pPr>
      <w:r w:rsidRPr="00994820">
        <w:t>Una luce così intensa che nessuno riuscì a reggerla.</w:t>
      </w:r>
    </w:p>
    <w:p w14:paraId="1F89C7D8" w14:textId="77777777" w:rsidR="007C3C6C" w:rsidRPr="00994820" w:rsidRDefault="007C3C6C" w:rsidP="00704DFD">
      <w:pPr>
        <w:spacing w:before="120" w:line="360" w:lineRule="auto"/>
        <w:ind w:firstLine="284"/>
        <w:jc w:val="both"/>
      </w:pPr>
      <w:r w:rsidRPr="00994820">
        <w:t>Il piano… respirava.</w:t>
      </w:r>
    </w:p>
    <w:p w14:paraId="03C460FF" w14:textId="77777777" w:rsidR="007C3C6C" w:rsidRPr="00994820" w:rsidRDefault="007C3C6C" w:rsidP="00704DFD">
      <w:pPr>
        <w:spacing w:before="120" w:line="360" w:lineRule="auto"/>
        <w:ind w:firstLine="284"/>
        <w:jc w:val="both"/>
      </w:pPr>
      <w:r w:rsidRPr="00994820">
        <w:t>E fanny provò un terrore vero, quel pallido colore, era lo stesso che avvolse il quinto piano quando altre vite innocenti erano state spezzate.</w:t>
      </w:r>
    </w:p>
    <w:p w14:paraId="1FC9BA9B" w14:textId="77777777" w:rsidR="007C3C6C" w:rsidRPr="00994820" w:rsidRDefault="007C3C6C" w:rsidP="00704DFD">
      <w:pPr>
        <w:spacing w:before="120" w:line="360" w:lineRule="auto"/>
        <w:ind w:firstLine="284"/>
        <w:jc w:val="both"/>
      </w:pPr>
      <w:r w:rsidRPr="00994820">
        <w:t>L’energia che era fluita nel corpo di Bartolomeo come una marea, si ritirò e defluì, lasciandolo solo. In ginocchio.</w:t>
      </w:r>
    </w:p>
    <w:p w14:paraId="190886FB" w14:textId="77777777" w:rsidR="007C3C6C" w:rsidRPr="00994820" w:rsidRDefault="007C3C6C" w:rsidP="00704DFD">
      <w:pPr>
        <w:spacing w:before="120" w:line="360" w:lineRule="auto"/>
        <w:ind w:firstLine="284"/>
        <w:jc w:val="both"/>
      </w:pPr>
      <w:r w:rsidRPr="00994820">
        <w:t>Le ali, un tempo splendide, erano spezzate. Alcune piume di rame giacevano sparse attorno a lui, contorte e annerite. La schiena fumava ancora. Il petto si sollevava a fatica.</w:t>
      </w:r>
    </w:p>
    <w:p w14:paraId="772F0746" w14:textId="77777777" w:rsidR="007C3C6C" w:rsidRPr="00994820" w:rsidRDefault="007C3C6C" w:rsidP="00704DFD">
      <w:pPr>
        <w:spacing w:before="120" w:line="360" w:lineRule="auto"/>
        <w:ind w:firstLine="284"/>
        <w:jc w:val="both"/>
      </w:pPr>
      <w:r w:rsidRPr="00994820">
        <w:t>Il volto sembrava invecchiato di colpo.</w:t>
      </w:r>
    </w:p>
    <w:p w14:paraId="6236FC31" w14:textId="77777777" w:rsidR="007C3C6C" w:rsidRPr="00994820" w:rsidRDefault="007C3C6C" w:rsidP="00704DFD">
      <w:pPr>
        <w:spacing w:before="120" w:line="360" w:lineRule="auto"/>
        <w:ind w:firstLine="284"/>
        <w:jc w:val="both"/>
      </w:pPr>
      <w:r w:rsidRPr="00994820">
        <w:lastRenderedPageBreak/>
        <w:t>Ma gli occhi… gli occhi erano tornati umani.</w:t>
      </w:r>
    </w:p>
    <w:p w14:paraId="7275D610" w14:textId="77777777" w:rsidR="007C3C6C" w:rsidRPr="00994820" w:rsidRDefault="007C3C6C" w:rsidP="00704DFD">
      <w:pPr>
        <w:spacing w:before="120" w:line="360" w:lineRule="auto"/>
        <w:ind w:firstLine="284"/>
        <w:jc w:val="both"/>
      </w:pPr>
      <w:r w:rsidRPr="00994820">
        <w:t>Fanny si avvicinò senza dire nulla.</w:t>
      </w:r>
    </w:p>
    <w:p w14:paraId="2DA22417" w14:textId="77777777" w:rsidR="007C3C6C" w:rsidRPr="00994820" w:rsidRDefault="007C3C6C" w:rsidP="00704DFD">
      <w:pPr>
        <w:spacing w:before="120" w:line="360" w:lineRule="auto"/>
        <w:ind w:firstLine="284"/>
        <w:jc w:val="both"/>
      </w:pPr>
      <w:r w:rsidRPr="00994820">
        <w:t>Il cuore le batteva piano, come se avesse paura di spezzare il silenzio. Non correva. Non piangeva. Solo camminava. Ogni passo era un ritorno.</w:t>
      </w:r>
    </w:p>
    <w:p w14:paraId="404F5EFF" w14:textId="77777777" w:rsidR="007C3C6C" w:rsidRPr="00994820" w:rsidRDefault="007C3C6C" w:rsidP="00704DFD">
      <w:pPr>
        <w:spacing w:before="120" w:line="360" w:lineRule="auto"/>
        <w:ind w:firstLine="284"/>
        <w:jc w:val="both"/>
      </w:pPr>
      <w:r w:rsidRPr="00994820">
        <w:t>Quando fu davanti a lui, Belam sollevò il volto.</w:t>
      </w:r>
    </w:p>
    <w:p w14:paraId="3FFC31E8" w14:textId="77777777" w:rsidR="007C3C6C" w:rsidRPr="00994820" w:rsidRDefault="007C3C6C" w:rsidP="00704DFD">
      <w:pPr>
        <w:spacing w:before="120" w:line="360" w:lineRule="auto"/>
        <w:ind w:firstLine="284"/>
        <w:jc w:val="both"/>
      </w:pPr>
      <w:r w:rsidRPr="00994820">
        <w:t>Le sue labbra erano spaccate. Il viso attraversato da microfratture luminose, come vetro sotto tensione. Ma gli occhi erano caldi. Fragili.</w:t>
      </w:r>
    </w:p>
    <w:p w14:paraId="49135FE1" w14:textId="77777777" w:rsidR="007C3C6C" w:rsidRPr="00994820" w:rsidRDefault="007C3C6C" w:rsidP="00704DFD">
      <w:pPr>
        <w:spacing w:before="120" w:line="360" w:lineRule="auto"/>
        <w:ind w:firstLine="284"/>
        <w:jc w:val="both"/>
      </w:pPr>
      <w:r w:rsidRPr="00994820">
        <w:t>E fieri.</w:t>
      </w:r>
    </w:p>
    <w:p w14:paraId="07522956" w14:textId="77777777" w:rsidR="007C3C6C" w:rsidRPr="00994820" w:rsidRDefault="007C3C6C" w:rsidP="00704DFD">
      <w:pPr>
        <w:spacing w:before="120" w:line="360" w:lineRule="auto"/>
        <w:ind w:firstLine="284"/>
        <w:jc w:val="both"/>
      </w:pPr>
      <w:r w:rsidRPr="00994820">
        <w:t>Sollevò la mano destra.</w:t>
      </w:r>
    </w:p>
    <w:p w14:paraId="76087F9C" w14:textId="6140F18F" w:rsidR="007C3C6C" w:rsidRPr="00994820" w:rsidRDefault="007C3C6C" w:rsidP="00704DFD">
      <w:pPr>
        <w:spacing w:before="120" w:line="360" w:lineRule="auto"/>
        <w:ind w:firstLine="284"/>
        <w:jc w:val="both"/>
      </w:pPr>
      <w:r w:rsidRPr="00994820">
        <w:t>Non con forza. Con grazia.</w:t>
      </w:r>
      <w:r w:rsidR="003C3BD1">
        <w:t xml:space="preserve"> </w:t>
      </w:r>
      <w:r w:rsidRPr="00994820">
        <w:t>Il palmo era danneggiato, i cuscinetti fusi. Ma riuscì comunque ad accarezzarle la guancia, lentamente.</w:t>
      </w:r>
      <w:r w:rsidR="003C3BD1">
        <w:t xml:space="preserve"> </w:t>
      </w:r>
      <w:r w:rsidRPr="00994820">
        <w:t>Un gesto tremante. Ma assoluto.</w:t>
      </w:r>
    </w:p>
    <w:p w14:paraId="3F148CCB" w14:textId="77777777" w:rsidR="007C3C6C" w:rsidRPr="00994820" w:rsidRDefault="007C3C6C" w:rsidP="00704DFD">
      <w:pPr>
        <w:spacing w:before="120" w:line="360" w:lineRule="auto"/>
        <w:ind w:firstLine="284"/>
        <w:jc w:val="both"/>
      </w:pPr>
      <w:r w:rsidRPr="00994820">
        <w:t>Fanny chiuse gli occhi.</w:t>
      </w:r>
    </w:p>
    <w:p w14:paraId="126A0ACF" w14:textId="77777777" w:rsidR="007C3C6C" w:rsidRPr="00994820" w:rsidRDefault="007C3C6C" w:rsidP="00704DFD">
      <w:pPr>
        <w:spacing w:before="120" w:line="360" w:lineRule="auto"/>
        <w:ind w:firstLine="284"/>
        <w:jc w:val="both"/>
      </w:pPr>
      <w:r w:rsidRPr="00994820">
        <w:t>Non disse nulla.</w:t>
      </w:r>
    </w:p>
    <w:p w14:paraId="092D707C" w14:textId="77777777" w:rsidR="007C3C6C" w:rsidRPr="00994820" w:rsidRDefault="007C3C6C" w:rsidP="00704DFD">
      <w:pPr>
        <w:spacing w:before="120" w:line="360" w:lineRule="auto"/>
        <w:ind w:firstLine="284"/>
        <w:jc w:val="both"/>
      </w:pPr>
      <w:r w:rsidRPr="00994820">
        <w:t>«Non sono…» — la voce di Belam era spezzata, ma limpida — «…riuscito a salvare tua madre…»</w:t>
      </w:r>
    </w:p>
    <w:p w14:paraId="2F40EAE3" w14:textId="77777777" w:rsidR="007C3C6C" w:rsidRPr="00994820" w:rsidRDefault="007C3C6C" w:rsidP="00704DFD">
      <w:pPr>
        <w:spacing w:before="120" w:line="360" w:lineRule="auto"/>
        <w:ind w:firstLine="284"/>
        <w:jc w:val="both"/>
      </w:pPr>
      <w:r w:rsidRPr="00994820">
        <w:t>Un respiro. Un singhiozzo silenzioso.</w:t>
      </w:r>
    </w:p>
    <w:p w14:paraId="687FD5E3" w14:textId="77777777" w:rsidR="007C3C6C" w:rsidRPr="00994820" w:rsidRDefault="007C3C6C" w:rsidP="00704DFD">
      <w:pPr>
        <w:spacing w:before="120" w:line="360" w:lineRule="auto"/>
        <w:ind w:firstLine="284"/>
        <w:jc w:val="both"/>
      </w:pPr>
      <w:r w:rsidRPr="00994820">
        <w:t xml:space="preserve">«così ti ho voluto donare… </w:t>
      </w:r>
      <w:r w:rsidRPr="00994820">
        <w:rPr>
          <w:i/>
          <w:iCs/>
        </w:rPr>
        <w:t>lei</w:t>
      </w:r>
      <w:r w:rsidRPr="00994820">
        <w:t>.»</w:t>
      </w:r>
    </w:p>
    <w:p w14:paraId="0B3D53FD" w14:textId="77777777" w:rsidR="007C3C6C" w:rsidRPr="00994820" w:rsidRDefault="007C3C6C" w:rsidP="00704DFD">
      <w:pPr>
        <w:spacing w:before="120" w:line="360" w:lineRule="auto"/>
        <w:ind w:firstLine="284"/>
        <w:jc w:val="both"/>
      </w:pPr>
      <w:r w:rsidRPr="00994820">
        <w:t xml:space="preserve">Alle sue spalle, </w:t>
      </w:r>
      <w:r w:rsidRPr="00994820">
        <w:rPr>
          <w:b/>
          <w:bCs/>
        </w:rPr>
        <w:t>Becky</w:t>
      </w:r>
      <w:r w:rsidRPr="00994820">
        <w:t xml:space="preserve"> si inginocchiò.</w:t>
      </w:r>
    </w:p>
    <w:p w14:paraId="4ACBC150" w14:textId="77777777" w:rsidR="007C3C6C" w:rsidRPr="00994820" w:rsidRDefault="007C3C6C" w:rsidP="00704DFD">
      <w:pPr>
        <w:spacing w:before="120" w:line="360" w:lineRule="auto"/>
        <w:ind w:firstLine="284"/>
        <w:jc w:val="both"/>
      </w:pPr>
      <w:r w:rsidRPr="00994820">
        <w:t>Non parlò subito. Solo si avvicinò, poggiando una mano sulle spalle di entrambi. Il suo volto non mostrava codice. Mostrava affetto.</w:t>
      </w:r>
    </w:p>
    <w:p w14:paraId="05C400F1" w14:textId="2D3AD6B7" w:rsidR="007C3C6C" w:rsidRPr="00994820" w:rsidRDefault="007C3C6C" w:rsidP="00704DFD">
      <w:pPr>
        <w:spacing w:before="120" w:line="360" w:lineRule="auto"/>
        <w:ind w:firstLine="284"/>
        <w:jc w:val="both"/>
      </w:pPr>
      <w:r w:rsidRPr="00994820">
        <w:t>«Sono la sua eco, Fanny.»</w:t>
      </w:r>
      <w:r w:rsidR="003C3BD1">
        <w:t xml:space="preserve"> </w:t>
      </w:r>
      <w:r w:rsidRPr="00994820">
        <w:t>La voce tremava. Come se anche lei stesse imparando a sentirsi viva.</w:t>
      </w:r>
    </w:p>
    <w:p w14:paraId="4B64E016" w14:textId="77777777" w:rsidR="007C3C6C" w:rsidRPr="00994820" w:rsidRDefault="007C3C6C" w:rsidP="00704DFD">
      <w:pPr>
        <w:spacing w:before="120" w:line="360" w:lineRule="auto"/>
        <w:ind w:firstLine="284"/>
        <w:jc w:val="both"/>
      </w:pPr>
      <w:r w:rsidRPr="00994820">
        <w:t>«Non tua madre. Ma… ne conservo la luce.»</w:t>
      </w:r>
    </w:p>
    <w:p w14:paraId="77F59138" w14:textId="77777777" w:rsidR="007C3C6C" w:rsidRPr="00994820" w:rsidRDefault="007C3C6C" w:rsidP="00704DFD">
      <w:pPr>
        <w:spacing w:before="120" w:line="360" w:lineRule="auto"/>
        <w:ind w:firstLine="284"/>
        <w:jc w:val="both"/>
      </w:pPr>
      <w:r w:rsidRPr="00994820">
        <w:t>Fanny si morse il labbro. Le ginocchia cedettero.</w:t>
      </w:r>
    </w:p>
    <w:p w14:paraId="22D0FA65" w14:textId="77777777" w:rsidR="007C3C6C" w:rsidRPr="00994820" w:rsidRDefault="007C3C6C" w:rsidP="00704DFD">
      <w:pPr>
        <w:spacing w:before="120" w:line="360" w:lineRule="auto"/>
        <w:ind w:firstLine="284"/>
        <w:jc w:val="both"/>
      </w:pPr>
      <w:r w:rsidRPr="00994820">
        <w:t>E li abbracciò.</w:t>
      </w:r>
    </w:p>
    <w:p w14:paraId="4622C1A5" w14:textId="77777777" w:rsidR="007C3C6C" w:rsidRPr="00994820" w:rsidRDefault="007C3C6C" w:rsidP="00704DFD">
      <w:pPr>
        <w:spacing w:before="120" w:line="360" w:lineRule="auto"/>
        <w:ind w:firstLine="284"/>
        <w:jc w:val="both"/>
      </w:pPr>
      <w:r w:rsidRPr="00994820">
        <w:t>Entrambi.</w:t>
      </w:r>
    </w:p>
    <w:p w14:paraId="41CBF876" w14:textId="2C529CE7" w:rsidR="007C3C6C" w:rsidRPr="00994820" w:rsidRDefault="007C3C6C" w:rsidP="003C3BD1">
      <w:pPr>
        <w:spacing w:before="120" w:line="360" w:lineRule="auto"/>
        <w:ind w:firstLine="284"/>
        <w:jc w:val="both"/>
      </w:pPr>
      <w:r w:rsidRPr="00994820">
        <w:t>L’odore di metallo bruciato, di pelle sintetica, di memorie. Tutto insieme. Le lacrime le colarono senza rumore. Non erano urlate. Non erano esplosive.</w:t>
      </w:r>
      <w:r w:rsidR="003C3BD1">
        <w:t xml:space="preserve"> </w:t>
      </w:r>
      <w:r w:rsidRPr="00994820">
        <w:t xml:space="preserve">Erano quelle che escono </w:t>
      </w:r>
      <w:r w:rsidRPr="00994820">
        <w:rPr>
          <w:b/>
          <w:bCs/>
        </w:rPr>
        <w:t>quando non resta più nulla da dire.</w:t>
      </w:r>
      <w:r w:rsidR="003C3BD1">
        <w:t xml:space="preserve"> </w:t>
      </w:r>
      <w:r w:rsidRPr="00994820">
        <w:t>Il corpo di Bartolomeo si piegò tra le sue braccia.</w:t>
      </w:r>
      <w:r w:rsidRPr="00994820">
        <w:br/>
        <w:t>Non morto.</w:t>
      </w:r>
      <w:r w:rsidR="003C3BD1">
        <w:t xml:space="preserve"> </w:t>
      </w:r>
      <w:r w:rsidRPr="00994820">
        <w:t>Ma spento. Come un sole stanco.</w:t>
      </w:r>
    </w:p>
    <w:p w14:paraId="1EFC1501" w14:textId="00D10F24" w:rsidR="007C3C6C" w:rsidRPr="00994820" w:rsidRDefault="007C3C6C" w:rsidP="003C3BD1">
      <w:pPr>
        <w:spacing w:before="120" w:line="360" w:lineRule="auto"/>
        <w:ind w:firstLine="284"/>
        <w:jc w:val="both"/>
      </w:pPr>
      <w:r w:rsidRPr="00994820">
        <w:lastRenderedPageBreak/>
        <w:t>Fanny poggiò la fronte sul suo petto.</w:t>
      </w:r>
      <w:r w:rsidR="003C3BD1">
        <w:t xml:space="preserve"> </w:t>
      </w:r>
      <w:r w:rsidRPr="00994820">
        <w:t>E per la prima volta da bambina… si concesse il lusso di restare lì. A non essere forte.</w:t>
      </w:r>
      <w:r w:rsidR="003C3BD1">
        <w:t xml:space="preserve"> </w:t>
      </w:r>
      <w:r w:rsidRPr="00994820">
        <w:t>A essere solo figlia.</w:t>
      </w:r>
    </w:p>
    <w:p w14:paraId="4CE29E9B" w14:textId="77777777" w:rsidR="003C3BD1" w:rsidRDefault="007C3C6C" w:rsidP="00704DFD">
      <w:pPr>
        <w:spacing w:before="120" w:line="360" w:lineRule="auto"/>
        <w:ind w:firstLine="284"/>
        <w:jc w:val="both"/>
      </w:pPr>
      <w:r w:rsidRPr="00994820">
        <w:t>«È vivo.»</w:t>
      </w:r>
      <w:r w:rsidR="003C3BD1">
        <w:t xml:space="preserve"> </w:t>
      </w:r>
      <w:r w:rsidRPr="00994820">
        <w:t>Becky lo ripeté con voce limpida, proiettata accanto a lei, mentre le ali distrutte del padre si ripiegavano lentamente sul pavimento.</w:t>
      </w:r>
      <w:r w:rsidR="003C3BD1">
        <w:t xml:space="preserve"> </w:t>
      </w:r>
    </w:p>
    <w:p w14:paraId="47BE98F6" w14:textId="32D5BDE4" w:rsidR="007C3C6C" w:rsidRPr="00994820" w:rsidRDefault="007C3C6C" w:rsidP="00704DFD">
      <w:pPr>
        <w:spacing w:before="120" w:line="360" w:lineRule="auto"/>
        <w:ind w:firstLine="284"/>
        <w:jc w:val="both"/>
      </w:pPr>
      <w:r w:rsidRPr="00994820">
        <w:t>«Il sistema centrale è collassato, l’Omointerferenza Sistemica l’ha appesantito troppo. I danni… non sono irreversibili. Può sopravvivere.»</w:t>
      </w:r>
    </w:p>
    <w:p w14:paraId="75FEE7C9" w14:textId="6252031C" w:rsidR="007C3C6C" w:rsidRPr="00994820" w:rsidRDefault="007C3C6C" w:rsidP="00704DFD">
      <w:pPr>
        <w:spacing w:before="120" w:line="360" w:lineRule="auto"/>
        <w:ind w:firstLine="284"/>
        <w:jc w:val="both"/>
      </w:pPr>
      <w:r w:rsidRPr="00994820">
        <w:t>Fanny chiuse gli occhi. Un respiro. Uno solo. Ma così profondo da sembrarle il primo vero respiro di tutta la giornata. Poggiò con delicatezza il corpo del padre sul pavimento constatando che la sua forza era tornata.</w:t>
      </w:r>
      <w:r w:rsidR="003C3BD1">
        <w:t xml:space="preserve"> </w:t>
      </w:r>
      <w:r w:rsidRPr="00994820">
        <w:t>E poi si voltò.</w:t>
      </w:r>
    </w:p>
    <w:p w14:paraId="4F0F02BA" w14:textId="77777777" w:rsidR="007C3C6C" w:rsidRPr="00994820" w:rsidRDefault="007C3C6C" w:rsidP="00704DFD">
      <w:pPr>
        <w:spacing w:before="120" w:line="360" w:lineRule="auto"/>
        <w:ind w:firstLine="284"/>
        <w:jc w:val="both"/>
      </w:pPr>
      <w:r w:rsidRPr="00994820">
        <w:t>Kieran.</w:t>
      </w:r>
    </w:p>
    <w:p w14:paraId="0DE88B64" w14:textId="77777777" w:rsidR="007C3C6C" w:rsidRPr="00994820" w:rsidRDefault="007C3C6C" w:rsidP="00704DFD">
      <w:pPr>
        <w:spacing w:before="120" w:line="360" w:lineRule="auto"/>
        <w:ind w:firstLine="284"/>
        <w:jc w:val="both"/>
      </w:pPr>
      <w:r w:rsidRPr="00994820">
        <w:t>Il suo corpo era ancora lì, disteso vicino alla base dell’albero, pallido sotto la sua luce smorzata. Le braccia abbandonate, le dita appena contratte. Sembrava un cadavere addormentato. Ma non poteva esserlo.</w:t>
      </w:r>
    </w:p>
    <w:p w14:paraId="2D382B6F" w14:textId="77DACB22" w:rsidR="007C3C6C" w:rsidRPr="00994820" w:rsidRDefault="007C3C6C" w:rsidP="00704DFD">
      <w:pPr>
        <w:spacing w:before="120" w:line="360" w:lineRule="auto"/>
        <w:ind w:firstLine="284"/>
        <w:jc w:val="both"/>
      </w:pPr>
      <w:r w:rsidRPr="00994820">
        <w:t>Fanny corse.</w:t>
      </w:r>
      <w:r w:rsidR="003C3BD1">
        <w:t xml:space="preserve"> </w:t>
      </w:r>
      <w:r w:rsidRPr="00994820">
        <w:t>Le gambe rispondevano a fatica, ma corse lo stesso. Ogni passo era una nota suonata col cuore.</w:t>
      </w:r>
    </w:p>
    <w:p w14:paraId="5EE70C53" w14:textId="77777777" w:rsidR="007C3C6C" w:rsidRPr="00994820" w:rsidRDefault="007C3C6C" w:rsidP="00704DFD">
      <w:pPr>
        <w:spacing w:before="120" w:line="360" w:lineRule="auto"/>
        <w:ind w:firstLine="284"/>
        <w:jc w:val="both"/>
      </w:pPr>
      <w:r w:rsidRPr="00994820">
        <w:t>Si inginocchiò accanto a lui, la voce spezzata da qualcosa che non aveva nome.</w:t>
      </w:r>
      <w:r w:rsidRPr="00994820">
        <w:br/>
        <w:t>«Kieran…»</w:t>
      </w:r>
      <w:r w:rsidRPr="00994820">
        <w:br/>
        <w:t>Le dita tremanti sfiorarono il suo viso, e le tornò alla mente la prima volta che scoprì il volto nascosto da quella strana maschera. Quando notò che il respiro non l’aveva abbandonato le sembrò per un istante che anche lei adesso potesse di nuovo respirare davvero.</w:t>
      </w:r>
    </w:p>
    <w:p w14:paraId="60D0C589" w14:textId="77777777" w:rsidR="007C3C6C" w:rsidRPr="00994820" w:rsidRDefault="007C3C6C" w:rsidP="00704DFD">
      <w:pPr>
        <w:spacing w:before="120" w:line="360" w:lineRule="auto"/>
        <w:ind w:firstLine="284"/>
        <w:jc w:val="both"/>
      </w:pPr>
      <w:r w:rsidRPr="00994820">
        <w:t>«Dai, idiota… apri gli occhi…» sussurrò, la fronte che quasi toccava la sua. «Non adesso. Non così.»</w:t>
      </w:r>
    </w:p>
    <w:p w14:paraId="4436FC80" w14:textId="77777777" w:rsidR="007C3C6C" w:rsidRPr="00994820" w:rsidRDefault="007C3C6C" w:rsidP="00704DFD">
      <w:pPr>
        <w:spacing w:before="120" w:line="360" w:lineRule="auto"/>
        <w:ind w:firstLine="284"/>
        <w:jc w:val="both"/>
      </w:pPr>
      <w:r w:rsidRPr="00994820">
        <w:t>Le dita scivolarono sul petto, cercando un ritmo, un movimento.</w:t>
      </w:r>
    </w:p>
    <w:p w14:paraId="0C818B47" w14:textId="77777777" w:rsidR="007C3C6C" w:rsidRPr="00994820" w:rsidRDefault="007C3C6C" w:rsidP="00704DFD">
      <w:pPr>
        <w:spacing w:before="120" w:line="360" w:lineRule="auto"/>
        <w:ind w:firstLine="284"/>
        <w:jc w:val="both"/>
      </w:pPr>
      <w:r w:rsidRPr="00994820">
        <w:t>Un battito.</w:t>
      </w:r>
    </w:p>
    <w:p w14:paraId="60C8CEED" w14:textId="3B1A51EC" w:rsidR="007C3C6C" w:rsidRPr="00994820" w:rsidRDefault="007C3C6C" w:rsidP="00704DFD">
      <w:pPr>
        <w:spacing w:before="120" w:line="360" w:lineRule="auto"/>
        <w:ind w:firstLine="284"/>
        <w:jc w:val="both"/>
      </w:pPr>
      <w:r w:rsidRPr="00994820">
        <w:t>Po</w:t>
      </w:r>
      <w:r w:rsidR="003C3BD1">
        <w:t>i</w:t>
      </w:r>
      <w:r w:rsidRPr="00994820">
        <w:t>…gli occhi.</w:t>
      </w:r>
    </w:p>
    <w:p w14:paraId="12B7336A" w14:textId="77777777" w:rsidR="007C3C6C" w:rsidRPr="00994820" w:rsidRDefault="007C3C6C" w:rsidP="00704DFD">
      <w:pPr>
        <w:spacing w:before="120" w:line="360" w:lineRule="auto"/>
        <w:ind w:firstLine="284"/>
        <w:jc w:val="both"/>
      </w:pPr>
      <w:r w:rsidRPr="00994820">
        <w:t>Azzurri, lucidi, cristallini e vivi.</w:t>
      </w:r>
    </w:p>
    <w:p w14:paraId="193C30C4" w14:textId="77777777" w:rsidR="007C3C6C" w:rsidRPr="00994820" w:rsidRDefault="007C3C6C" w:rsidP="00704DFD">
      <w:pPr>
        <w:spacing w:before="120" w:line="360" w:lineRule="auto"/>
        <w:ind w:firstLine="284"/>
        <w:jc w:val="both"/>
      </w:pPr>
      <w:r w:rsidRPr="00994820">
        <w:t>Kieran tossì piano. Un suono ruvido, sordo. Poi parlò con un filo di voce:</w:t>
      </w:r>
      <w:r w:rsidRPr="00994820">
        <w:br/>
        <w:t>«…siamo in cima alla Torre della Sorridente, abbiamo affrontato i tre Giudici, se non adesso, quando?» disse lentamente cercando di emulare una risata frammentata.</w:t>
      </w:r>
    </w:p>
    <w:p w14:paraId="35279F14" w14:textId="77777777" w:rsidR="007C3C6C" w:rsidRPr="00994820" w:rsidRDefault="007C3C6C" w:rsidP="00704DFD">
      <w:pPr>
        <w:spacing w:before="120" w:line="360" w:lineRule="auto"/>
        <w:ind w:firstLine="284"/>
        <w:jc w:val="both"/>
      </w:pPr>
      <w:r w:rsidRPr="00994820">
        <w:t>Fanny non rispose.</w:t>
      </w:r>
    </w:p>
    <w:p w14:paraId="4C0E8DDE" w14:textId="77777777" w:rsidR="007C3C6C" w:rsidRPr="00994820" w:rsidRDefault="007C3C6C" w:rsidP="00704DFD">
      <w:pPr>
        <w:spacing w:before="120" w:line="360" w:lineRule="auto"/>
        <w:ind w:firstLine="284"/>
        <w:jc w:val="both"/>
      </w:pPr>
      <w:r w:rsidRPr="00994820">
        <w:t>Gli saltò addosso.</w:t>
      </w:r>
    </w:p>
    <w:p w14:paraId="6565620D" w14:textId="77777777" w:rsidR="007C3C6C" w:rsidRPr="00994820" w:rsidRDefault="007C3C6C" w:rsidP="00704DFD">
      <w:pPr>
        <w:spacing w:before="120" w:line="360" w:lineRule="auto"/>
        <w:ind w:firstLine="284"/>
        <w:jc w:val="both"/>
      </w:pPr>
      <w:r w:rsidRPr="00994820">
        <w:t>Letteralmente.</w:t>
      </w:r>
    </w:p>
    <w:p w14:paraId="7D6F75D8" w14:textId="77777777" w:rsidR="007C3C6C" w:rsidRPr="00994820" w:rsidRDefault="007C3C6C" w:rsidP="00704DFD">
      <w:pPr>
        <w:spacing w:before="120" w:line="360" w:lineRule="auto"/>
        <w:ind w:firstLine="284"/>
        <w:jc w:val="both"/>
      </w:pPr>
      <w:r w:rsidRPr="00994820">
        <w:lastRenderedPageBreak/>
        <w:t>Le braccia lo circondarono in un gesto cieco, urgente, viscerale. Lo sollevò quasi da terra, stringendolo contro il petto come se potesse fondersi a lui. Come se non volesse lasciarlo mai più.</w:t>
      </w:r>
    </w:p>
    <w:p w14:paraId="3808D99A" w14:textId="77777777" w:rsidR="007C3C6C" w:rsidRPr="00994820" w:rsidRDefault="007C3C6C" w:rsidP="00704DFD">
      <w:pPr>
        <w:spacing w:before="120" w:line="360" w:lineRule="auto"/>
        <w:ind w:firstLine="284"/>
        <w:jc w:val="both"/>
      </w:pPr>
      <w:r w:rsidRPr="00994820">
        <w:t>«Non farlo mai più!» gli sussurrò tra i denti. «Ho perso fin troppo persone per una vita intera»</w:t>
      </w:r>
    </w:p>
    <w:p w14:paraId="4690C5C8" w14:textId="6678B8E6" w:rsidR="007C3C6C" w:rsidRPr="00994820" w:rsidRDefault="007C3C6C" w:rsidP="00704DFD">
      <w:pPr>
        <w:spacing w:before="120" w:line="360" w:lineRule="auto"/>
        <w:ind w:firstLine="284"/>
        <w:jc w:val="both"/>
      </w:pPr>
      <w:r w:rsidRPr="00994820">
        <w:t>Kieran cercò di parlare. Di scherzare.</w:t>
      </w:r>
      <w:r w:rsidR="003C3BD1">
        <w:t xml:space="preserve"> </w:t>
      </w:r>
      <w:r w:rsidRPr="00994820">
        <w:t>Ma Fanny non gliene diede il tempo.</w:t>
      </w:r>
    </w:p>
    <w:p w14:paraId="3B006585" w14:textId="77777777" w:rsidR="007C3C6C" w:rsidRPr="00994820" w:rsidRDefault="007C3C6C" w:rsidP="00704DFD">
      <w:pPr>
        <w:spacing w:before="120" w:line="360" w:lineRule="auto"/>
        <w:ind w:firstLine="284"/>
        <w:jc w:val="both"/>
      </w:pPr>
      <w:r w:rsidRPr="00994820">
        <w:rPr>
          <w:b/>
          <w:bCs/>
        </w:rPr>
        <w:t>Lo baciò.</w:t>
      </w:r>
    </w:p>
    <w:p w14:paraId="19436D52" w14:textId="77777777" w:rsidR="007C3C6C" w:rsidRPr="00994820" w:rsidRDefault="007C3C6C" w:rsidP="00704DFD">
      <w:pPr>
        <w:spacing w:before="120" w:line="360" w:lineRule="auto"/>
        <w:ind w:firstLine="284"/>
        <w:jc w:val="both"/>
      </w:pPr>
      <w:r w:rsidRPr="00994820">
        <w:t>Lo baciò con forza. Senza grazia. Senza filtro.</w:t>
      </w:r>
    </w:p>
    <w:p w14:paraId="4AC599A3" w14:textId="31AD7771" w:rsidR="007C3C6C" w:rsidRPr="00994820" w:rsidRDefault="007C3C6C" w:rsidP="00704DFD">
      <w:pPr>
        <w:spacing w:before="120" w:line="360" w:lineRule="auto"/>
        <w:ind w:firstLine="284"/>
        <w:jc w:val="both"/>
      </w:pPr>
      <w:r w:rsidRPr="00994820">
        <w:t>Era un bacio che non chiedeva il permesso.</w:t>
      </w:r>
      <w:r w:rsidR="003C3BD1">
        <w:t xml:space="preserve"> </w:t>
      </w:r>
      <w:r w:rsidRPr="00994820">
        <w:t>Non dolce. Non atteso.</w:t>
      </w:r>
      <w:r w:rsidRPr="00994820">
        <w:br/>
        <w:t>Era tutto quello che le parole non erano riuscite a dire fino a quel momento.</w:t>
      </w:r>
    </w:p>
    <w:p w14:paraId="19A3DA8F" w14:textId="1B1134DE" w:rsidR="007C3C6C" w:rsidRPr="00994820" w:rsidRDefault="007C3C6C" w:rsidP="00704DFD">
      <w:pPr>
        <w:spacing w:before="120" w:line="360" w:lineRule="auto"/>
        <w:ind w:firstLine="284"/>
        <w:jc w:val="both"/>
      </w:pPr>
      <w:r w:rsidRPr="00994820">
        <w:t>Kieran non reagì subito. Ma poi, quando sentì il calore di lei, la disperazione nella stretta</w:t>
      </w:r>
      <w:r w:rsidR="004D38D9">
        <w:t xml:space="preserve"> </w:t>
      </w:r>
      <w:r w:rsidRPr="00994820">
        <w:t>delle mani, l’urgenza del fiato… rispose.</w:t>
      </w:r>
      <w:r w:rsidR="003C3BD1">
        <w:t xml:space="preserve"> </w:t>
      </w:r>
      <w:r w:rsidRPr="00994820">
        <w:t>Le sue dita si strinsero contro la schiena di Fanny, non per trattenere — ma per esserci.</w:t>
      </w:r>
      <w:r w:rsidR="003C3BD1">
        <w:t xml:space="preserve"> </w:t>
      </w:r>
      <w:r w:rsidRPr="00994820">
        <w:t>Per esserci davvero.</w:t>
      </w:r>
    </w:p>
    <w:p w14:paraId="3E045958" w14:textId="77777777" w:rsidR="007C3C6C" w:rsidRPr="00994820" w:rsidRDefault="007C3C6C" w:rsidP="00704DFD">
      <w:pPr>
        <w:spacing w:before="120" w:line="360" w:lineRule="auto"/>
        <w:ind w:firstLine="284"/>
        <w:jc w:val="both"/>
      </w:pPr>
      <w:r w:rsidRPr="00994820">
        <w:t>Quando le labbra si staccarono, rimasero a pochi millimetri l’uno dall’altra.</w:t>
      </w:r>
      <w:r w:rsidRPr="00994820">
        <w:br/>
        <w:t>Il fiato caldo tra le guance. Gli occhi negli occhi.</w:t>
      </w:r>
    </w:p>
    <w:p w14:paraId="47E4640D" w14:textId="0E88BD25" w:rsidR="007C3C6C" w:rsidRPr="00994820" w:rsidRDefault="007C3C6C" w:rsidP="00704DFD">
      <w:pPr>
        <w:spacing w:before="120" w:line="360" w:lineRule="auto"/>
        <w:ind w:firstLine="284"/>
        <w:jc w:val="both"/>
      </w:pPr>
      <w:r w:rsidRPr="00994820">
        <w:t>«Wow...» sussurrò lui, ancora scosso.</w:t>
      </w:r>
      <w:r w:rsidR="004D38D9">
        <w:t xml:space="preserve"> </w:t>
      </w:r>
      <w:r w:rsidRPr="00994820">
        <w:t>«Wow un cazzo» mormorò lei. «Se dici una parola di troppo, ti rimetto a dormire.»</w:t>
      </w:r>
    </w:p>
    <w:p w14:paraId="1FDF33D2" w14:textId="77777777" w:rsidR="007C3C6C" w:rsidRPr="00994820" w:rsidRDefault="007C3C6C" w:rsidP="00704DFD">
      <w:pPr>
        <w:spacing w:before="120" w:line="360" w:lineRule="auto"/>
        <w:ind w:firstLine="284"/>
        <w:jc w:val="both"/>
      </w:pPr>
      <w:r w:rsidRPr="00994820">
        <w:t>Ma sorrideva. E piangeva. Insieme.</w:t>
      </w:r>
    </w:p>
    <w:p w14:paraId="50D3C4BF" w14:textId="77777777" w:rsidR="007C3C6C" w:rsidRPr="00994820" w:rsidRDefault="007C3C6C" w:rsidP="00704DFD">
      <w:pPr>
        <w:spacing w:before="120" w:line="360" w:lineRule="auto"/>
        <w:ind w:firstLine="284"/>
        <w:jc w:val="both"/>
      </w:pPr>
      <w:r w:rsidRPr="00994820">
        <w:t>Kieran rise piano, le mani che le sfioravano le guance. «Sai… se questo è il premio per essere quasi morto, potrei rifarlo.»</w:t>
      </w:r>
    </w:p>
    <w:p w14:paraId="672FBBD6" w14:textId="77777777" w:rsidR="007C3C6C" w:rsidRPr="00994820" w:rsidRDefault="007C3C6C" w:rsidP="00704DFD">
      <w:pPr>
        <w:spacing w:before="120" w:line="360" w:lineRule="auto"/>
        <w:ind w:firstLine="284"/>
        <w:jc w:val="both"/>
      </w:pPr>
      <w:r w:rsidRPr="00994820">
        <w:t>Fanny lo colpì piano sul petto con un pugno cibernetico spento. «Se vuoi te lo faccio riprovare proprio adesso.»</w:t>
      </w:r>
    </w:p>
    <w:p w14:paraId="2D45E286" w14:textId="77777777" w:rsidR="007C3C6C" w:rsidRPr="00994820" w:rsidRDefault="007C3C6C" w:rsidP="00704DFD">
      <w:pPr>
        <w:spacing w:before="120" w:line="360" w:lineRule="auto"/>
        <w:ind w:firstLine="284"/>
        <w:jc w:val="both"/>
      </w:pPr>
      <w:r w:rsidRPr="00994820">
        <w:t>Poi si strinse a lui di nuovo. Solo un attimo. Solo per un momento.</w:t>
      </w:r>
    </w:p>
    <w:p w14:paraId="6D100A17" w14:textId="77777777" w:rsidR="007C3C6C" w:rsidRPr="00994820" w:rsidRDefault="007C3C6C" w:rsidP="00704DFD">
      <w:pPr>
        <w:spacing w:before="120" w:line="360" w:lineRule="auto"/>
        <w:ind w:firstLine="284"/>
        <w:jc w:val="both"/>
      </w:pPr>
      <w:r w:rsidRPr="00994820">
        <w:t>Il silenzio sembrava aver risucchiato l’intero piano. Persino l’Albero taceva, come se attendesse il prossimo passo.</w:t>
      </w:r>
    </w:p>
    <w:p w14:paraId="1B600546" w14:textId="77777777" w:rsidR="007C3C6C" w:rsidRPr="00994820" w:rsidRDefault="007C3C6C" w:rsidP="00704DFD">
      <w:pPr>
        <w:spacing w:before="120" w:line="360" w:lineRule="auto"/>
        <w:ind w:firstLine="284"/>
        <w:jc w:val="both"/>
      </w:pPr>
      <w:r w:rsidRPr="00994820">
        <w:t>Fanny si staccò lentamente da Kieran. Gli passò la mano su una guancia, come a volerla assaporare a pieno, poi voltò lo sguardo. Dietro di lei, suo padre giaceva ancora a terra, vivo, ma fragile come vetro bagnato. Le ali, spente, lo avvolgevano come una coperta spezzata.</w:t>
      </w:r>
    </w:p>
    <w:p w14:paraId="4DB71E14" w14:textId="77777777" w:rsidR="007C3C6C" w:rsidRPr="00994820" w:rsidRDefault="007C3C6C" w:rsidP="00704DFD">
      <w:pPr>
        <w:spacing w:before="120" w:line="360" w:lineRule="auto"/>
        <w:ind w:firstLine="284"/>
        <w:jc w:val="both"/>
      </w:pPr>
      <w:r w:rsidRPr="00994820">
        <w:t>Fanny si alzò in piedi. Lo sguardo le era cambiato di nuovo. Il battito si era calmato. Non era più paura. Non era dolore. Tutto il suo sistema sembrava essere tornato operativo, e con il corpo che le rispondeva di nuovo a pieno, anche la sua mente sembrava essersi svuotata da ansia e terrore, solo un’espressione le colorava il volto.</w:t>
      </w:r>
    </w:p>
    <w:p w14:paraId="0509C255" w14:textId="77777777" w:rsidR="007C3C6C" w:rsidRPr="00994820" w:rsidRDefault="007C3C6C" w:rsidP="00704DFD">
      <w:pPr>
        <w:spacing w:before="120" w:line="360" w:lineRule="auto"/>
        <w:ind w:firstLine="284"/>
        <w:jc w:val="both"/>
      </w:pPr>
      <w:r w:rsidRPr="00994820">
        <w:t>Era decisione.</w:t>
      </w:r>
    </w:p>
    <w:p w14:paraId="6270DAEB" w14:textId="77777777" w:rsidR="007C3C6C" w:rsidRPr="00994820" w:rsidRDefault="007C3C6C" w:rsidP="00704DFD">
      <w:pPr>
        <w:spacing w:before="120" w:line="360" w:lineRule="auto"/>
        <w:ind w:firstLine="284"/>
        <w:jc w:val="both"/>
      </w:pPr>
      <w:r w:rsidRPr="00994820">
        <w:lastRenderedPageBreak/>
        <w:t>«Devi portarlo via da qui» disse, voltandosi verso Kieran. «Subito.»</w:t>
      </w:r>
    </w:p>
    <w:p w14:paraId="1E8B5160" w14:textId="77777777" w:rsidR="007C3C6C" w:rsidRPr="00994820" w:rsidRDefault="007C3C6C" w:rsidP="00704DFD">
      <w:pPr>
        <w:spacing w:before="120" w:line="360" w:lineRule="auto"/>
        <w:ind w:firstLine="284"/>
        <w:jc w:val="both"/>
      </w:pPr>
      <w:r w:rsidRPr="00994820">
        <w:t>Il ragazzo la fissò, incredulo. «Che cosa? No. Non adesso. Non dopo tutto questo. Non ti lascio da sola.»</w:t>
      </w:r>
    </w:p>
    <w:p w14:paraId="61BD87D8" w14:textId="77777777" w:rsidR="007C3C6C" w:rsidRPr="00994820" w:rsidRDefault="007C3C6C" w:rsidP="00704DFD">
      <w:pPr>
        <w:spacing w:before="120" w:line="360" w:lineRule="auto"/>
        <w:ind w:firstLine="284"/>
        <w:jc w:val="both"/>
      </w:pPr>
      <w:r w:rsidRPr="00994820">
        <w:t>Lei scosse la testa. Una volta. Decisa. «Non voglio sentire storie, Kieran, non adesso.»</w:t>
      </w:r>
    </w:p>
    <w:p w14:paraId="3F115D9C" w14:textId="77777777" w:rsidR="007C3C6C" w:rsidRPr="00994820" w:rsidRDefault="007C3C6C" w:rsidP="00704DFD">
      <w:pPr>
        <w:spacing w:before="120" w:line="360" w:lineRule="auto"/>
        <w:ind w:firstLine="284"/>
        <w:jc w:val="both"/>
      </w:pPr>
      <w:r w:rsidRPr="00994820">
        <w:t>«Fanny…»</w:t>
      </w:r>
    </w:p>
    <w:p w14:paraId="1840F1FB" w14:textId="77777777" w:rsidR="007C3C6C" w:rsidRPr="00994820" w:rsidRDefault="007C3C6C" w:rsidP="00704DFD">
      <w:pPr>
        <w:spacing w:before="120" w:line="360" w:lineRule="auto"/>
        <w:ind w:firstLine="284"/>
        <w:jc w:val="both"/>
      </w:pPr>
      <w:r w:rsidRPr="00994820">
        <w:t>«Se resta qui, muore. Il suo corpo è sovraccarico, me l’ha detto Becky. Taker è l’unico che può aiutarlo... o almeno spero…» la bocca di Fanny si piegò in un sorriso isterico «Se non lo porti via tu, nessuno lo farà. E io… non potrei mai perdonarmi di averlo perso. Non di nuovo...»</w:t>
      </w:r>
    </w:p>
    <w:p w14:paraId="0E8FE887" w14:textId="77777777" w:rsidR="007C3C6C" w:rsidRPr="00994820" w:rsidRDefault="007C3C6C" w:rsidP="00704DFD">
      <w:pPr>
        <w:spacing w:before="120" w:line="360" w:lineRule="auto"/>
        <w:ind w:firstLine="284"/>
        <w:jc w:val="both"/>
      </w:pPr>
      <w:r w:rsidRPr="00994820">
        <w:t>Kieran si morse il labbro. Gli occhi azzurri oscillavano tra la rabbia e la paura. «E tu cosa farai?»</w:t>
      </w:r>
    </w:p>
    <w:p w14:paraId="41D83B50" w14:textId="77777777" w:rsidR="007C3C6C" w:rsidRPr="00994820" w:rsidRDefault="007C3C6C" w:rsidP="00704DFD">
      <w:pPr>
        <w:spacing w:before="120" w:line="360" w:lineRule="auto"/>
        <w:ind w:firstLine="284"/>
        <w:jc w:val="both"/>
      </w:pPr>
      <w:r w:rsidRPr="00994820">
        <w:t>L’ombra di quel sorriso si accentuò, quasi a voler diventare più sicuro, più vero. «Io vado avanti. Finisco ciò che abbiamo iniziato.»</w:t>
      </w:r>
    </w:p>
    <w:p w14:paraId="1F6855B7" w14:textId="77777777" w:rsidR="007C3C6C" w:rsidRPr="00994820" w:rsidRDefault="007C3C6C" w:rsidP="00704DFD">
      <w:pPr>
        <w:spacing w:before="120" w:line="360" w:lineRule="auto"/>
        <w:ind w:firstLine="284"/>
        <w:jc w:val="both"/>
      </w:pPr>
      <w:r w:rsidRPr="00994820">
        <w:t>«Da sola?»</w:t>
      </w:r>
    </w:p>
    <w:p w14:paraId="00AD054E" w14:textId="77777777" w:rsidR="007C3C6C" w:rsidRPr="00994820" w:rsidRDefault="007C3C6C" w:rsidP="00704DFD">
      <w:pPr>
        <w:spacing w:before="120" w:line="360" w:lineRule="auto"/>
        <w:ind w:firstLine="284"/>
        <w:jc w:val="both"/>
      </w:pPr>
      <w:r w:rsidRPr="00994820">
        <w:t>«Non sarò sola.»</w:t>
      </w:r>
    </w:p>
    <w:p w14:paraId="08B1412E" w14:textId="77777777" w:rsidR="007C3C6C" w:rsidRPr="00994820" w:rsidRDefault="007C3C6C" w:rsidP="00704DFD">
      <w:pPr>
        <w:spacing w:before="120" w:line="360" w:lineRule="auto"/>
        <w:ind w:firstLine="284"/>
        <w:jc w:val="both"/>
      </w:pPr>
      <w:r w:rsidRPr="00994820">
        <w:t>Una luce azzurra si accese accanto a lei. Becky emerse dal nulla, il volto più solido del solito, i capelli fluttuanti come codice che cercava forma.</w:t>
      </w:r>
    </w:p>
    <w:p w14:paraId="131E2BE6" w14:textId="0548FB4A" w:rsidR="007C3C6C" w:rsidRPr="00994820" w:rsidRDefault="007C3C6C" w:rsidP="00704DFD">
      <w:pPr>
        <w:spacing w:before="120" w:line="360" w:lineRule="auto"/>
        <w:ind w:firstLine="284"/>
        <w:jc w:val="both"/>
      </w:pPr>
      <w:r w:rsidRPr="00994820">
        <w:t>«La proteggerò io.»</w:t>
      </w:r>
      <w:r w:rsidR="004D38D9">
        <w:t xml:space="preserve"> </w:t>
      </w:r>
      <w:r w:rsidRPr="00994820">
        <w:t>La voce era netta. Quasi fredda, ma vibrava di qualcosa di più.</w:t>
      </w:r>
    </w:p>
    <w:p w14:paraId="0786DFA7" w14:textId="77777777" w:rsidR="007C3C6C" w:rsidRPr="00994820" w:rsidRDefault="007C3C6C" w:rsidP="00704DFD">
      <w:pPr>
        <w:spacing w:before="120" w:line="360" w:lineRule="auto"/>
        <w:ind w:firstLine="284"/>
        <w:jc w:val="both"/>
      </w:pPr>
      <w:r w:rsidRPr="00994820">
        <w:t>«E poi…» aggiunse rivolgendo lo sguardo a Kieran, «solo Fanny può portarmi al centro del sistema. Nessun altro può farlo. Nemmeno tu.»</w:t>
      </w:r>
    </w:p>
    <w:p w14:paraId="5C3EB144" w14:textId="77777777" w:rsidR="007C3C6C" w:rsidRPr="00994820" w:rsidRDefault="007C3C6C" w:rsidP="00704DFD">
      <w:pPr>
        <w:spacing w:before="120" w:line="360" w:lineRule="auto"/>
        <w:ind w:firstLine="284"/>
        <w:jc w:val="both"/>
      </w:pPr>
      <w:r w:rsidRPr="00994820">
        <w:t>Il silenzio si fece più pesante.</w:t>
      </w:r>
    </w:p>
    <w:p w14:paraId="6C236A9C" w14:textId="77777777" w:rsidR="007C3C6C" w:rsidRPr="00994820" w:rsidRDefault="007C3C6C" w:rsidP="00704DFD">
      <w:pPr>
        <w:spacing w:before="120" w:line="360" w:lineRule="auto"/>
        <w:ind w:firstLine="284"/>
        <w:jc w:val="both"/>
      </w:pPr>
      <w:r w:rsidRPr="00994820">
        <w:t>Kieran abbassò lo sguardo. Poi lo rialzò. Dentro c’era tutto: la frustrazione, il timore, la consapevolezza che era vero.</w:t>
      </w:r>
    </w:p>
    <w:p w14:paraId="25BDD038" w14:textId="77777777" w:rsidR="007C3C6C" w:rsidRPr="00994820" w:rsidRDefault="007C3C6C" w:rsidP="00704DFD">
      <w:pPr>
        <w:spacing w:before="120" w:line="360" w:lineRule="auto"/>
        <w:ind w:firstLine="284"/>
        <w:jc w:val="both"/>
      </w:pPr>
      <w:r w:rsidRPr="00994820">
        <w:t>Fece un passo verso di lei. Le prese la mano, stringendola forte. «Torna da me. Giuramelo.»</w:t>
      </w:r>
    </w:p>
    <w:p w14:paraId="7DE9BD65" w14:textId="77777777" w:rsidR="007C3C6C" w:rsidRPr="00994820" w:rsidRDefault="007C3C6C" w:rsidP="00704DFD">
      <w:pPr>
        <w:spacing w:before="120" w:line="360" w:lineRule="auto"/>
        <w:ind w:firstLine="284"/>
        <w:jc w:val="both"/>
      </w:pPr>
      <w:r w:rsidRPr="00994820">
        <w:t>Fanny lo guardò dritto negli occhi. Le sue dita si chiusero sulle sue.</w:t>
      </w:r>
    </w:p>
    <w:p w14:paraId="0B13CFB8" w14:textId="77777777" w:rsidR="007C3C6C" w:rsidRPr="00994820" w:rsidRDefault="007C3C6C" w:rsidP="00704DFD">
      <w:pPr>
        <w:spacing w:before="120" w:line="360" w:lineRule="auto"/>
        <w:ind w:firstLine="284"/>
        <w:jc w:val="both"/>
      </w:pPr>
      <w:r w:rsidRPr="00994820">
        <w:t>«Lo giuro.»</w:t>
      </w:r>
    </w:p>
    <w:p w14:paraId="12147B6C" w14:textId="77777777" w:rsidR="007C3C6C" w:rsidRPr="00994820" w:rsidRDefault="007C3C6C" w:rsidP="00704DFD">
      <w:pPr>
        <w:spacing w:before="120" w:line="360" w:lineRule="auto"/>
        <w:ind w:firstLine="284"/>
        <w:jc w:val="both"/>
      </w:pPr>
      <w:r w:rsidRPr="00994820">
        <w:t>Poi lo baciò nuovamente con estrema decisione «Quando avrò finito… sarai solo mio, capito?» disse con una decisione timida. E Kieran non poté fare altro che rispondere con un violento rossore in volto.</w:t>
      </w:r>
    </w:p>
    <w:p w14:paraId="36CF8CD7" w14:textId="77777777" w:rsidR="007C3C6C" w:rsidRPr="00994820" w:rsidRDefault="007C3C6C" w:rsidP="00704DFD">
      <w:pPr>
        <w:spacing w:before="120" w:line="360" w:lineRule="auto"/>
        <w:ind w:firstLine="284"/>
        <w:jc w:val="both"/>
      </w:pPr>
      <w:r w:rsidRPr="00994820">
        <w:t>Poi Fanny si voltò, senza aggiungere altro. Non poteva rischiare di allungarsi troppo o avrebbe perso il coraggio di proseguire.</w:t>
      </w:r>
    </w:p>
    <w:p w14:paraId="535AED32" w14:textId="77777777" w:rsidR="007C3C6C" w:rsidRPr="00994820" w:rsidRDefault="007C3C6C" w:rsidP="00704DFD">
      <w:pPr>
        <w:spacing w:before="120" w:line="360" w:lineRule="auto"/>
        <w:ind w:firstLine="284"/>
        <w:jc w:val="both"/>
      </w:pPr>
      <w:r w:rsidRPr="00994820">
        <w:t>Le porte per il piano successivo si spalancarono, come chiamate da un comando che non aveva pronunciato.</w:t>
      </w:r>
    </w:p>
    <w:p w14:paraId="624A6FE1" w14:textId="77777777" w:rsidR="007C3C6C" w:rsidRPr="00994820" w:rsidRDefault="007C3C6C" w:rsidP="00704DFD">
      <w:pPr>
        <w:spacing w:before="120" w:line="360" w:lineRule="auto"/>
        <w:ind w:firstLine="284"/>
        <w:jc w:val="both"/>
      </w:pPr>
      <w:r w:rsidRPr="00994820">
        <w:t>Il corridoio era buio. Silenzioso. Ma l’attendeva.</w:t>
      </w:r>
    </w:p>
    <w:p w14:paraId="5CB2E6F9" w14:textId="77777777" w:rsidR="007C3C6C" w:rsidRPr="00994820" w:rsidRDefault="007C3C6C" w:rsidP="00704DFD">
      <w:pPr>
        <w:spacing w:before="120" w:line="360" w:lineRule="auto"/>
        <w:ind w:firstLine="284"/>
        <w:jc w:val="both"/>
      </w:pPr>
      <w:r w:rsidRPr="00994820">
        <w:lastRenderedPageBreak/>
        <w:t>Fanny entrò.</w:t>
      </w:r>
    </w:p>
    <w:p w14:paraId="5653CF4C" w14:textId="77777777" w:rsidR="007C3C6C" w:rsidRPr="00994820" w:rsidRDefault="007C3C6C" w:rsidP="00704DFD">
      <w:pPr>
        <w:spacing w:before="120" w:line="360" w:lineRule="auto"/>
        <w:ind w:firstLine="284"/>
        <w:jc w:val="both"/>
      </w:pPr>
      <w:r w:rsidRPr="00994820">
        <w:t>E mentre le luci si richiudevano dietro di lei, la sua voce rimase sospesa nell’aria, come un'eco che si portava dietro tutto il peso del mondo.</w:t>
      </w:r>
    </w:p>
    <w:p w14:paraId="68448593" w14:textId="351EA0F7" w:rsidR="00A20E7A" w:rsidRDefault="007C3C6C" w:rsidP="00704DFD">
      <w:pPr>
        <w:spacing w:before="120" w:line="360" w:lineRule="auto"/>
        <w:ind w:firstLine="284"/>
        <w:jc w:val="both"/>
      </w:pPr>
      <w:r w:rsidRPr="00994820">
        <w:t>«Andiamo a fare i nostri saluti a questa Sorridente, Mamma.»</w:t>
      </w:r>
    </w:p>
    <w:p w14:paraId="6E31A6EE" w14:textId="47EC41AA" w:rsidR="00A20E7A" w:rsidRDefault="00A20E7A">
      <w:pPr>
        <w:spacing w:after="160" w:line="259" w:lineRule="auto"/>
      </w:pPr>
      <w:r>
        <w:br w:type="page"/>
      </w:r>
    </w:p>
    <w:p w14:paraId="2697BCCC" w14:textId="59DEBD05" w:rsidR="007C3C6C" w:rsidRPr="004D38D9" w:rsidRDefault="007C3C6C" w:rsidP="004739EF">
      <w:pPr>
        <w:pStyle w:val="Titolo1"/>
        <w:jc w:val="center"/>
      </w:pPr>
      <w:r w:rsidRPr="004D38D9">
        <w:lastRenderedPageBreak/>
        <w:t xml:space="preserve">Capitolo </w:t>
      </w:r>
      <w:r w:rsidR="004D38D9">
        <w:t>XXI</w:t>
      </w:r>
      <w:r w:rsidRPr="004D38D9">
        <w:t xml:space="preserve"> – Dei Ancestrali</w:t>
      </w:r>
    </w:p>
    <w:p w14:paraId="2632A8AA" w14:textId="77777777" w:rsidR="007C3C6C" w:rsidRDefault="007C3C6C" w:rsidP="00704DFD">
      <w:pPr>
        <w:spacing w:before="120" w:line="360" w:lineRule="auto"/>
        <w:ind w:firstLine="284"/>
        <w:jc w:val="both"/>
      </w:pPr>
    </w:p>
    <w:p w14:paraId="5B4E3734" w14:textId="77777777" w:rsidR="004D38D9" w:rsidRDefault="004D38D9" w:rsidP="00704DFD">
      <w:pPr>
        <w:spacing w:before="120" w:line="360" w:lineRule="auto"/>
        <w:ind w:firstLine="284"/>
        <w:jc w:val="both"/>
      </w:pPr>
    </w:p>
    <w:p w14:paraId="7A9FD39E" w14:textId="77777777" w:rsidR="004D38D9" w:rsidRDefault="004D38D9" w:rsidP="00704DFD">
      <w:pPr>
        <w:spacing w:before="120" w:line="360" w:lineRule="auto"/>
        <w:ind w:firstLine="284"/>
        <w:jc w:val="both"/>
      </w:pPr>
    </w:p>
    <w:p w14:paraId="1D7C5D47" w14:textId="77777777" w:rsidR="004D38D9" w:rsidRPr="00994820" w:rsidRDefault="004D38D9" w:rsidP="00704DFD">
      <w:pPr>
        <w:spacing w:before="120" w:line="360" w:lineRule="auto"/>
        <w:ind w:firstLine="284"/>
        <w:jc w:val="both"/>
      </w:pPr>
    </w:p>
    <w:p w14:paraId="7CD8A74E" w14:textId="77777777" w:rsidR="004D38D9" w:rsidRDefault="007C3C6C" w:rsidP="00704DFD">
      <w:pPr>
        <w:spacing w:before="120" w:line="360" w:lineRule="auto"/>
        <w:ind w:firstLine="284"/>
        <w:jc w:val="both"/>
      </w:pPr>
      <w:r w:rsidRPr="00994820">
        <w:t>Il silenzio del piano calò come un sipario, lasciando dietro di sé solo il respiro affannato e spezzato di Fanny.</w:t>
      </w:r>
    </w:p>
    <w:p w14:paraId="007D5156" w14:textId="2F439305" w:rsidR="007C3C6C" w:rsidRPr="00994820" w:rsidRDefault="007C3C6C" w:rsidP="00704DFD">
      <w:pPr>
        <w:spacing w:before="120" w:line="360" w:lineRule="auto"/>
        <w:ind w:firstLine="284"/>
        <w:jc w:val="both"/>
      </w:pPr>
      <w:r w:rsidRPr="00994820">
        <w:t>La ragazza dai capelli color fiamma si fermò un attimo, tremando leggermente per l’adrenalina che ancora le investiva corpo e anima. La mano di carne e sangue che le pendeva dal braccio destro ancora umida del calore di Kieran, l’altra come attraversata da corrente indomabile le ricordava il tocco del padre ritrovato.</w:t>
      </w:r>
      <w:r w:rsidR="004D38D9">
        <w:t xml:space="preserve"> </w:t>
      </w:r>
      <w:r w:rsidRPr="00994820">
        <w:t>Becky, sospesa accanto a lei, brillava appena, come se avesse paura di disturbare quel momento.</w:t>
      </w:r>
    </w:p>
    <w:p w14:paraId="62A5FFF8" w14:textId="1E2038B3" w:rsidR="007C3C6C" w:rsidRPr="00994820" w:rsidRDefault="007C3C6C" w:rsidP="00704DFD">
      <w:pPr>
        <w:spacing w:before="120" w:line="360" w:lineRule="auto"/>
        <w:ind w:firstLine="284"/>
        <w:jc w:val="both"/>
      </w:pPr>
      <w:r w:rsidRPr="00994820">
        <w:t>Un ultimo sguardo al corpo di Bartolomeo, fragile ma vivo, bastò a imprimere nella mente di Fanny un pensiero fermo: non poteva più voltarsi indietro. Era stanca, semplicemente voleva porre fine a questa continua corsa, prima contro un padre scomparso e ora verso una vetta che le appariva irraggiungibile.</w:t>
      </w:r>
      <w:r w:rsidR="004D38D9">
        <w:t xml:space="preserve"> </w:t>
      </w:r>
      <w:r w:rsidRPr="00994820">
        <w:t>Inspirò piano, sentendo il peso delle sue stesse promesse schiacciarle il petto, poi mosse il primo passo nel corridoio successivo.</w:t>
      </w:r>
    </w:p>
    <w:p w14:paraId="1559C1FC" w14:textId="12598621" w:rsidR="007C3C6C" w:rsidRPr="00994820" w:rsidRDefault="007C3C6C" w:rsidP="00704DFD">
      <w:pPr>
        <w:spacing w:before="120" w:line="360" w:lineRule="auto"/>
        <w:ind w:firstLine="284"/>
        <w:jc w:val="both"/>
      </w:pPr>
      <w:r w:rsidRPr="00994820">
        <w:t>La porta alle sue spalle si chiuse lenta e implacabile. La luce strabordante da quell’immenso portone si assottigliava di secondo in secondo. Fanny restò immobile a osservare la propria ombra che lentamente si univa e mescolava all’oscurità circostante. Infine, riprese il cammino mentre il buio l’avvolgeva come un tetro lenzuolo, lasciandola da sola con il suono delle proprie suole e il ronzio sommesso del Boost Tek appena riattivato. Ogni passo era un distacco dal passato, un filo reciso verso qualcosa che non aveva ancora nome.</w:t>
      </w:r>
      <w:r w:rsidR="004D38D9">
        <w:t xml:space="preserve"> </w:t>
      </w:r>
      <w:r w:rsidRPr="00994820">
        <w:t>Becky la seguiva in silenzio, il suo corpo digitale leggermente tremolante come se percepisse una tensione invisibile.</w:t>
      </w:r>
    </w:p>
    <w:p w14:paraId="2F73AD46" w14:textId="09B96858" w:rsidR="007C3C6C" w:rsidRPr="00994820" w:rsidRDefault="007C3C6C" w:rsidP="00704DFD">
      <w:pPr>
        <w:spacing w:before="120" w:line="360" w:lineRule="auto"/>
        <w:ind w:firstLine="284"/>
        <w:jc w:val="both"/>
      </w:pPr>
      <w:r w:rsidRPr="00994820">
        <w:t>All’improvviso, la luce cambiò.</w:t>
      </w:r>
      <w:r w:rsidR="004D38D9">
        <w:t xml:space="preserve"> </w:t>
      </w:r>
      <w:r w:rsidRPr="00994820">
        <w:t>Un bagliore bianco, innaturale, si aprì davanti a loro.</w:t>
      </w:r>
    </w:p>
    <w:p w14:paraId="03CB3046" w14:textId="69B14DA4" w:rsidR="007C3C6C" w:rsidRPr="00994820" w:rsidRDefault="007C3C6C" w:rsidP="00704DFD">
      <w:pPr>
        <w:spacing w:before="120" w:line="360" w:lineRule="auto"/>
        <w:ind w:firstLine="284"/>
        <w:jc w:val="both"/>
      </w:pPr>
      <w:r w:rsidRPr="00994820">
        <w:t>Il corridoio si spalancò su una scalinata ampia, bianca e incrinata, come se l’intero piano fosse stato scosso da un terremoto vecchio di secoli.</w:t>
      </w:r>
      <w:r w:rsidR="004D38D9">
        <w:t xml:space="preserve"> </w:t>
      </w:r>
      <w:r w:rsidRPr="00994820">
        <w:t>Ogni gradino era solcato da venature scure che sembravano bruciature, un reticolo di cicatrici che correva fino al portale triangolare in cima. Sopra, il frontone portava bassorilievi di figure sedute, mani alzate, gesti di giuramento. Qualcuno li aveva sfregiati con vernice fluorescente.</w:t>
      </w:r>
    </w:p>
    <w:p w14:paraId="3FFE2582" w14:textId="6BC388D4" w:rsidR="004D38D9" w:rsidRDefault="007C3C6C" w:rsidP="004D38D9">
      <w:pPr>
        <w:spacing w:before="120" w:line="360" w:lineRule="auto"/>
        <w:ind w:firstLine="284"/>
        <w:jc w:val="center"/>
      </w:pPr>
      <w:r w:rsidRPr="00994820">
        <w:t>“DISPERAZIONE”</w:t>
      </w:r>
    </w:p>
    <w:p w14:paraId="2B2D163A" w14:textId="3A3DB131" w:rsidR="004D38D9" w:rsidRDefault="007C3C6C" w:rsidP="004D38D9">
      <w:pPr>
        <w:spacing w:before="120" w:line="360" w:lineRule="auto"/>
        <w:ind w:firstLine="284"/>
        <w:jc w:val="center"/>
      </w:pPr>
      <w:r w:rsidRPr="00994820">
        <w:t>“TRADITORE”</w:t>
      </w:r>
    </w:p>
    <w:p w14:paraId="250798BD" w14:textId="7BBA6EE8" w:rsidR="007C3C6C" w:rsidRPr="00994820" w:rsidRDefault="007C3C6C" w:rsidP="004D38D9">
      <w:pPr>
        <w:spacing w:before="120" w:line="360" w:lineRule="auto"/>
        <w:ind w:firstLine="284"/>
        <w:jc w:val="center"/>
      </w:pPr>
      <w:r w:rsidRPr="00994820">
        <w:t>“CORROTTO”</w:t>
      </w:r>
    </w:p>
    <w:p w14:paraId="2F7B640D" w14:textId="77777777" w:rsidR="007C3C6C" w:rsidRPr="00994820" w:rsidRDefault="007C3C6C" w:rsidP="00704DFD">
      <w:pPr>
        <w:spacing w:before="120" w:line="360" w:lineRule="auto"/>
        <w:ind w:firstLine="284"/>
        <w:jc w:val="both"/>
      </w:pPr>
      <w:r w:rsidRPr="00994820">
        <w:lastRenderedPageBreak/>
        <w:t>Le lettere brillavano di un verde tossico, quasi vivo, come vene pulsanti nel marmo. Gocce essiccate si allungavano verso terra, secce e immobili. Al primo passo su quella scalata di marmo venata, il gradino si sgretolò lasciando solo una pedata che fluttuava sopra i frammenti sospesi della roccia che componeva lo scalino. E così successe a ogni altro gradino che Fanny toccava. Solo per un istante l’avvenimento la colpì, poi stanca e stremata decise di ignorare l’accaduto limitandosi a proseguire per la sua strada. Attorno a lei, mano a mano che si avvicinava all’imponente portone altre stranezze attirarono la sua attenzione.</w:t>
      </w:r>
    </w:p>
    <w:p w14:paraId="2BBA14F3" w14:textId="77777777" w:rsidR="007C3C6C" w:rsidRPr="00994820" w:rsidRDefault="007C3C6C" w:rsidP="00704DFD">
      <w:pPr>
        <w:spacing w:before="120" w:line="360" w:lineRule="auto"/>
        <w:ind w:firstLine="284"/>
        <w:jc w:val="both"/>
      </w:pPr>
      <w:r w:rsidRPr="00994820">
        <w:t>Alcuni frammenti di pietra erano sospesi a mezz’aria, oscillando lentamente come detriti immersi in acqua. Perfino i suoi capelli si sollevarono appena, mossi da una forza invisibile. La gravità qui era instabile, con punti in cui il corpo pesava di più e altri in cui sembrava perdere massa.</w:t>
      </w:r>
      <w:r w:rsidRPr="00994820">
        <w:br/>
        <w:t xml:space="preserve">Ogni passo dava la sensazione di attraversare un sogno spezzato. </w:t>
      </w:r>
    </w:p>
    <w:p w14:paraId="6BD050E2" w14:textId="744E49E0" w:rsidR="007C3C6C" w:rsidRPr="00994820" w:rsidRDefault="007C3C6C" w:rsidP="004D38D9">
      <w:pPr>
        <w:spacing w:before="120" w:line="360" w:lineRule="auto"/>
        <w:ind w:firstLine="284"/>
        <w:jc w:val="both"/>
      </w:pPr>
      <w:r w:rsidRPr="00994820">
        <w:rPr>
          <w:noProof/>
        </w:rPr>
        <w:drawing>
          <wp:anchor distT="0" distB="0" distL="114300" distR="114300" simplePos="0" relativeHeight="251660288" behindDoc="0" locked="0" layoutInCell="1" allowOverlap="1" wp14:anchorId="2EAD04A3" wp14:editId="3E97ABFE">
            <wp:simplePos x="0" y="0"/>
            <wp:positionH relativeFrom="column">
              <wp:posOffset>3872230</wp:posOffset>
            </wp:positionH>
            <wp:positionV relativeFrom="paragraph">
              <wp:posOffset>1003300</wp:posOffset>
            </wp:positionV>
            <wp:extent cx="497840" cy="497840"/>
            <wp:effectExtent l="0" t="0" r="0" b="0"/>
            <wp:wrapSquare wrapText="bothSides"/>
            <wp:docPr id="991329874" name="Immagine 3" descr="Immagine che contiene schermata, oscurità, n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29874" name="Immagine 3" descr="Immagine che contiene schermata, oscurità, nero&#10;&#10;Il contenuto generato dall'IA potrebbe non essere corret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7840" cy="497840"/>
                    </a:xfrm>
                    <a:prstGeom prst="rect">
                      <a:avLst/>
                    </a:prstGeom>
                  </pic:spPr>
                </pic:pic>
              </a:graphicData>
            </a:graphic>
            <wp14:sizeRelH relativeFrom="margin">
              <wp14:pctWidth>0</wp14:pctWidth>
            </wp14:sizeRelH>
            <wp14:sizeRelV relativeFrom="margin">
              <wp14:pctHeight>0</wp14:pctHeight>
            </wp14:sizeRelV>
          </wp:anchor>
        </w:drawing>
      </w:r>
      <w:r w:rsidRPr="00994820">
        <w:rPr>
          <w:noProof/>
        </w:rPr>
        <w:drawing>
          <wp:anchor distT="0" distB="0" distL="114300" distR="114300" simplePos="0" relativeHeight="251661312" behindDoc="0" locked="0" layoutInCell="1" allowOverlap="1" wp14:anchorId="5BAE13C0" wp14:editId="40389CD8">
            <wp:simplePos x="0" y="0"/>
            <wp:positionH relativeFrom="column">
              <wp:posOffset>2962910</wp:posOffset>
            </wp:positionH>
            <wp:positionV relativeFrom="paragraph">
              <wp:posOffset>906780</wp:posOffset>
            </wp:positionV>
            <wp:extent cx="689610" cy="689610"/>
            <wp:effectExtent l="0" t="0" r="0" b="0"/>
            <wp:wrapTopAndBottom/>
            <wp:docPr id="1155832440" name="Immagine 4" descr="Immagine che contiene nero, oscurità, simbolo, bianco e n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832440" name="Immagine 4" descr="Immagine che contiene nero, oscurità, simbolo, bianco e nero&#10;&#10;Il contenuto generato dall'IA potrebbe non essere corret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689610"/>
                    </a:xfrm>
                    <a:prstGeom prst="rect">
                      <a:avLst/>
                    </a:prstGeom>
                  </pic:spPr>
                </pic:pic>
              </a:graphicData>
            </a:graphic>
          </wp:anchor>
        </w:drawing>
      </w:r>
      <w:r w:rsidRPr="00994820">
        <w:rPr>
          <w:noProof/>
        </w:rPr>
        <w:drawing>
          <wp:anchor distT="0" distB="0" distL="114300" distR="114300" simplePos="0" relativeHeight="251662336" behindDoc="0" locked="0" layoutInCell="1" allowOverlap="1" wp14:anchorId="56E5DA1E" wp14:editId="4AED8DF6">
            <wp:simplePos x="0" y="0"/>
            <wp:positionH relativeFrom="column">
              <wp:posOffset>2099310</wp:posOffset>
            </wp:positionH>
            <wp:positionV relativeFrom="paragraph">
              <wp:posOffset>871220</wp:posOffset>
            </wp:positionV>
            <wp:extent cx="553720" cy="829310"/>
            <wp:effectExtent l="0" t="0" r="0" b="0"/>
            <wp:wrapTopAndBottom/>
            <wp:docPr id="1843795771" name="Immagine 2" descr="Immagine che contiene nero, not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95771" name="Immagine 2" descr="Immagine che contiene nero, notte&#10;&#10;Il contenuto generato dall'IA potrebbe non essere corret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3720" cy="829310"/>
                    </a:xfrm>
                    <a:prstGeom prst="rect">
                      <a:avLst/>
                    </a:prstGeom>
                  </pic:spPr>
                </pic:pic>
              </a:graphicData>
            </a:graphic>
            <wp14:sizeRelH relativeFrom="margin">
              <wp14:pctWidth>0</wp14:pctWidth>
            </wp14:sizeRelH>
            <wp14:sizeRelV relativeFrom="margin">
              <wp14:pctHeight>0</wp14:pctHeight>
            </wp14:sizeRelV>
          </wp:anchor>
        </w:drawing>
      </w:r>
      <w:r w:rsidRPr="00994820">
        <w:rPr>
          <w:noProof/>
        </w:rPr>
        <w:drawing>
          <wp:anchor distT="0" distB="0" distL="114300" distR="114300" simplePos="0" relativeHeight="251659264" behindDoc="0" locked="0" layoutInCell="1" allowOverlap="1" wp14:anchorId="166BE0C6" wp14:editId="48DA19E9">
            <wp:simplePos x="0" y="0"/>
            <wp:positionH relativeFrom="margin">
              <wp:posOffset>1261110</wp:posOffset>
            </wp:positionH>
            <wp:positionV relativeFrom="paragraph">
              <wp:posOffset>911860</wp:posOffset>
            </wp:positionV>
            <wp:extent cx="640080" cy="640080"/>
            <wp:effectExtent l="0" t="0" r="0" b="0"/>
            <wp:wrapSquare wrapText="bothSides"/>
            <wp:docPr id="1969447931" name="Immagine 1" descr="Immagine che contiene cerchio, spiral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47931" name="Immagine 1" descr="Immagine che contiene cerchio, spirale&#10;&#10;Il contenuto generato dall'IA potrebbe non essere corretto."/>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640080" cy="640080"/>
                    </a:xfrm>
                    <a:prstGeom prst="rect">
                      <a:avLst/>
                    </a:prstGeom>
                  </pic:spPr>
                </pic:pic>
              </a:graphicData>
            </a:graphic>
            <wp14:sizeRelH relativeFrom="margin">
              <wp14:pctWidth>0</wp14:pctWidth>
            </wp14:sizeRelH>
            <wp14:sizeRelV relativeFrom="margin">
              <wp14:pctHeight>0</wp14:pctHeight>
            </wp14:sizeRelV>
          </wp:anchor>
        </w:drawing>
      </w:r>
      <w:r w:rsidRPr="00994820">
        <w:t xml:space="preserve">«Becky… che posto è questo?» le parole le uscirono dalle labbra come un fiume i cui argini si erano spezzati. Davanti alle due ragazze, una di carne e metallo e l’altra solo digitale, si poneva davanti un enorme portale bianco e nero, triangolare e chiuso. Strani simboli sconosciuti alla ragazza decoravano i due lati di quel triangolo. Era il ripetersi costante di quattro Glifi: </w:t>
      </w:r>
      <w:r w:rsidR="004D38D9">
        <w:t xml:space="preserve"> </w:t>
      </w:r>
      <w:r w:rsidRPr="00994820">
        <w:t>Solo il triangolo codato era però immacolato, gli altri tre sembravano aver sofferto molto di più il passare del tempo. L’ologramma di Becky si avvicinò alle strane incisioni per esaminarle</w:t>
      </w:r>
    </w:p>
    <w:p w14:paraId="31BBCEFC" w14:textId="77777777" w:rsidR="007C3C6C" w:rsidRPr="00994820" w:rsidRDefault="007C3C6C" w:rsidP="004D38D9">
      <w:pPr>
        <w:spacing w:before="120" w:line="360" w:lineRule="auto"/>
        <w:ind w:firstLine="284"/>
        <w:jc w:val="both"/>
      </w:pPr>
      <w:r w:rsidRPr="00994820">
        <w:t>«Sembrano essere degli antichi glifi religiosi, forse usati nei rituali, ma non sono originari di questa città, dai pochi resoconti ancora disponibile del periodo pre-Sorridente emerge che fossero simboli importati dai contatti con le città vicine, prima della guerra naturalmente»</w:t>
      </w:r>
    </w:p>
    <w:p w14:paraId="0D006E25" w14:textId="77777777" w:rsidR="007C3C6C" w:rsidRPr="00994820" w:rsidRDefault="007C3C6C" w:rsidP="004D38D9">
      <w:pPr>
        <w:spacing w:before="120" w:line="360" w:lineRule="auto"/>
        <w:ind w:firstLine="284"/>
        <w:jc w:val="both"/>
      </w:pPr>
      <w:r w:rsidRPr="00994820">
        <w:t>«religiosi?» chiese curiosa Fanny, la sua mente viaggiò per un istante a Grimvale, il suo “villaggio” natale, solo lì aveva sentito parlare di riti e religioni. Iniziò a squadrare bene il portone e l’ambiente circostante, in cerca di simboli o segni a lei familiari, ma senza successo.</w:t>
      </w:r>
    </w:p>
    <w:p w14:paraId="648E37B0" w14:textId="77777777" w:rsidR="007C3C6C" w:rsidRPr="00994820" w:rsidRDefault="007C3C6C" w:rsidP="004D38D9">
      <w:pPr>
        <w:spacing w:before="120" w:line="360" w:lineRule="auto"/>
        <w:ind w:firstLine="284"/>
        <w:jc w:val="both"/>
      </w:pPr>
      <w:r w:rsidRPr="00994820">
        <w:t>«Non sembrerebbero avere a che fare con Endymion…» mugugnò fra sé la ragazza.</w:t>
      </w:r>
    </w:p>
    <w:p w14:paraId="3EFB4842" w14:textId="77777777" w:rsidR="007C3C6C" w:rsidRPr="00994820" w:rsidRDefault="007C3C6C" w:rsidP="00704DFD">
      <w:pPr>
        <w:spacing w:before="120" w:line="360" w:lineRule="auto"/>
        <w:ind w:firstLine="284"/>
        <w:jc w:val="both"/>
      </w:pPr>
      <w:r w:rsidRPr="00994820">
        <w:t>«No» iniziò Becky «Qui non parliamo del Dio della Morte venerato fuori dalle mura» chiarì l’ologramma scuotendo leggermente la testa «Questi sembrano essere glifi rituali di antichissime religioni, purtroppo i rapporti su quel periodo sono scarni, ma credo fossero Antichi Dei del continente»</w:t>
      </w:r>
    </w:p>
    <w:p w14:paraId="490FE657" w14:textId="77777777" w:rsidR="007C3C6C" w:rsidRPr="00994820" w:rsidRDefault="007C3C6C" w:rsidP="00704DFD">
      <w:pPr>
        <w:spacing w:before="120" w:line="360" w:lineRule="auto"/>
        <w:ind w:firstLine="284"/>
        <w:jc w:val="both"/>
      </w:pPr>
      <w:r w:rsidRPr="00994820">
        <w:t>Gli occhi dell’ologramma iniziarono a vibrare e brillare intensamente, come intenti in una meticolosa analisi e ricerca.</w:t>
      </w:r>
    </w:p>
    <w:p w14:paraId="020473B2" w14:textId="77777777" w:rsidR="007C3C6C" w:rsidRPr="00994820" w:rsidRDefault="007C3C6C" w:rsidP="00704DFD">
      <w:pPr>
        <w:spacing w:before="120" w:line="360" w:lineRule="auto"/>
        <w:ind w:firstLine="284"/>
        <w:jc w:val="both"/>
      </w:pPr>
      <w:r w:rsidRPr="00994820">
        <w:t>«Questi quattro simboli così disposti si dovrebbero leggere…»</w:t>
      </w:r>
    </w:p>
    <w:p w14:paraId="7FD73034" w14:textId="77777777" w:rsidR="007C3C6C" w:rsidRPr="00994820" w:rsidRDefault="007C3C6C" w:rsidP="00704DFD">
      <w:pPr>
        <w:spacing w:before="120" w:line="360" w:lineRule="auto"/>
        <w:ind w:firstLine="284"/>
        <w:jc w:val="both"/>
      </w:pPr>
      <w:r w:rsidRPr="00994820">
        <w:lastRenderedPageBreak/>
        <w:t>«…Ark, Bill, Ruina e Nomos»</w:t>
      </w:r>
    </w:p>
    <w:p w14:paraId="7D61321A" w14:textId="77777777" w:rsidR="007C3C6C" w:rsidRPr="00994820" w:rsidRDefault="007C3C6C" w:rsidP="00704DFD">
      <w:pPr>
        <w:spacing w:before="120" w:line="360" w:lineRule="auto"/>
        <w:ind w:firstLine="284"/>
        <w:jc w:val="both"/>
      </w:pPr>
      <w:r w:rsidRPr="00994820">
        <w:t>Senza nemmeno aspettare che la frase di Becky raggiungesse la fine che l’enorme portone cominciò ad aprirsi come una bocca famelica, rispondendo al richiamo di quelle quattro Rune Antiche.</w:t>
      </w:r>
    </w:p>
    <w:p w14:paraId="14CBFFEA" w14:textId="74ABAEA7" w:rsidR="007C3C6C" w:rsidRPr="00994820" w:rsidRDefault="007C3C6C" w:rsidP="00704DFD">
      <w:pPr>
        <w:spacing w:before="120" w:line="360" w:lineRule="auto"/>
        <w:ind w:firstLine="284"/>
        <w:jc w:val="both"/>
      </w:pPr>
      <w:r w:rsidRPr="00994820">
        <w:t>La porta del tempio si aprì con un gemito profondo, lasciando filtrare un odore di pietra umida e metallo ossidato.</w:t>
      </w:r>
      <w:r w:rsidR="004D38D9">
        <w:t xml:space="preserve"> </w:t>
      </w:r>
      <w:r w:rsidRPr="00994820">
        <w:t>Fanny fece un passo dentro, trattenendo il respiro. Davanti ai suoi occhi smeraldini si stendeva un lungo corridoio, perfettamente simmetrico, come se ogni pietra fosse stata posata con un rigore maniacale. Il pavimento a mosaico bianco e nero rifletteva una geometria netta, interrotta solo da crepe sottili da cui filtrava un bagliore azzurro instabile.</w:t>
      </w:r>
    </w:p>
    <w:p w14:paraId="71258035" w14:textId="77777777" w:rsidR="007C3C6C" w:rsidRPr="00994820" w:rsidRDefault="007C3C6C" w:rsidP="00704DFD">
      <w:pPr>
        <w:spacing w:before="120" w:line="360" w:lineRule="auto"/>
        <w:ind w:firstLine="284"/>
        <w:jc w:val="both"/>
      </w:pPr>
      <w:r w:rsidRPr="00994820">
        <w:t>Frammenti di pietra, staccati dalle pareti e dal soffitto, fluttuavano a mezz’aria, oscillando lentamente come se la gravità avesse dimenticato da che parte spingere. Il suo Boost Tek reagì con un lieve tremolio, segnalando microvariazioni nel campo gravitazionale: un fenomeno impossibile, ma reale.</w:t>
      </w:r>
    </w:p>
    <w:p w14:paraId="23B128FD" w14:textId="77777777" w:rsidR="004038B6" w:rsidRDefault="007C3C6C" w:rsidP="00704DFD">
      <w:pPr>
        <w:spacing w:before="120" w:line="360" w:lineRule="auto"/>
        <w:ind w:firstLine="284"/>
        <w:jc w:val="both"/>
      </w:pPr>
      <w:r w:rsidRPr="00994820">
        <w:t xml:space="preserve">Lungo le pareti scorrevano pannelli scolpiti con simboli di giustizia, linee e cerchi perfetti, ora deturpati da graffiti fluorescenti: </w:t>
      </w:r>
      <w:r w:rsidRPr="00994820">
        <w:rPr>
          <w:i/>
          <w:iCs/>
        </w:rPr>
        <w:t>DISPERAZIONE</w:t>
      </w:r>
      <w:r w:rsidRPr="00994820">
        <w:t xml:space="preserve">, </w:t>
      </w:r>
      <w:r w:rsidRPr="00994820">
        <w:rPr>
          <w:i/>
          <w:iCs/>
        </w:rPr>
        <w:t>CORROTTO</w:t>
      </w:r>
      <w:r w:rsidRPr="00994820">
        <w:t xml:space="preserve">, </w:t>
      </w:r>
      <w:r w:rsidRPr="00994820">
        <w:rPr>
          <w:i/>
          <w:iCs/>
        </w:rPr>
        <w:t>TRADITORE</w:t>
      </w:r>
      <w:r w:rsidRPr="00994820">
        <w:t>.</w:t>
      </w:r>
      <w:r w:rsidRPr="00994820">
        <w:br/>
        <w:t>In fondo al corridoio, la statua di Nomos si ergeva al centro dell’abside, scolpita in un’unica lastra di pietra scura che rifletteva la luce come metallo lucido.</w:t>
      </w:r>
      <w:r w:rsidRPr="00994820">
        <w:br/>
        <w:t>Le ali, ampie e solenni, si aprivano dietro di lui come un sipario divino, mentre la veste cerimoniale, intarsiata di motivi geometrici e linee dorate, cadeva con pieghe perfette fino alla base.</w:t>
      </w:r>
      <w:r w:rsidRPr="00994820">
        <w:br/>
        <w:t>Il volto, severo e simmetrico, guardava in avanti con uno sguardo profondo e penetrante. Gli occhi incastonati nella roccia, uno ambrato e l’altro di un azzurro finora ignoto alla ragazza sembravano seguire quelli di Fanny. L’intera opera emanava un’energia latente, come se la giustizia stessa osservasse chi osava avvicinarsi.</w:t>
      </w:r>
    </w:p>
    <w:p w14:paraId="11E1D928" w14:textId="33C1369D" w:rsidR="007C3C6C" w:rsidRPr="00994820" w:rsidRDefault="007C3C6C" w:rsidP="004038B6">
      <w:pPr>
        <w:spacing w:before="120" w:line="360" w:lineRule="auto"/>
        <w:ind w:firstLine="284"/>
        <w:jc w:val="both"/>
      </w:pPr>
      <w:r w:rsidRPr="00994820">
        <w:t>Ogni linea, ogni dettaglio era un grido di autorità assoluta, congelato nella pietra: un tribunale scolpito in forma umana.</w:t>
      </w:r>
      <w:r w:rsidR="004038B6">
        <w:t xml:space="preserve"> </w:t>
      </w:r>
      <w:r w:rsidRPr="00994820">
        <w:t>L’aria era ferma, quasi pesante, eppure i detriti continuavano a fluttuare con una grazia irreale.</w:t>
      </w:r>
      <w:r w:rsidR="004038B6">
        <w:t xml:space="preserve"> </w:t>
      </w:r>
      <w:r w:rsidRPr="00994820">
        <w:t>Fanny provò un brivido: quel luogo un tempo sacro alla legge ora sembrava la carcassa di un’idea spezzata, sospesa in un equilibrio impossibile.</w:t>
      </w:r>
    </w:p>
    <w:p w14:paraId="205483F0" w14:textId="77777777" w:rsidR="007C3C6C" w:rsidRPr="00994820" w:rsidRDefault="007C3C6C" w:rsidP="00704DFD">
      <w:pPr>
        <w:spacing w:before="120" w:line="360" w:lineRule="auto"/>
        <w:ind w:firstLine="284"/>
        <w:jc w:val="both"/>
      </w:pPr>
      <w:r w:rsidRPr="00994820">
        <w:t>Il pavimento a mosaico, bianco e nero, formava geometrie perfette ma interrotte da spaccature sottili, come cicatrici nel corpo di un gigante antico. Dalla base della statua, frammentata e graffiata in quelli che sembravano atti vandalici partivano filamenti di luce azzurra, tremolanti, che ronzavano come uno sciame invisibile.</w:t>
      </w:r>
    </w:p>
    <w:p w14:paraId="48661D5F" w14:textId="77777777" w:rsidR="004038B6" w:rsidRDefault="007C3C6C" w:rsidP="00704DFD">
      <w:pPr>
        <w:spacing w:before="120" w:line="360" w:lineRule="auto"/>
        <w:ind w:firstLine="284"/>
        <w:jc w:val="both"/>
      </w:pPr>
      <w:r w:rsidRPr="00994820">
        <w:t>Le colonne che sorreggevano il soffitto si piegavano appena, lesionate dal tempo o da qualcosa di peggiore, e sulle pareti le incisioni astratte della giustizia erano state sfregiate da mani rabbiose.</w:t>
      </w:r>
    </w:p>
    <w:p w14:paraId="5A773296" w14:textId="77777777" w:rsidR="004038B6" w:rsidRDefault="007C3C6C" w:rsidP="003F3E6B">
      <w:pPr>
        <w:spacing w:before="120" w:line="360" w:lineRule="auto"/>
        <w:ind w:firstLine="284"/>
        <w:jc w:val="center"/>
      </w:pPr>
      <w:r w:rsidRPr="00994820">
        <w:t>“DISPERAZIONE”</w:t>
      </w:r>
    </w:p>
    <w:p w14:paraId="09015CCD" w14:textId="77777777" w:rsidR="004038B6" w:rsidRDefault="007C3C6C" w:rsidP="003F3E6B">
      <w:pPr>
        <w:spacing w:before="120" w:line="360" w:lineRule="auto"/>
        <w:ind w:firstLine="284"/>
        <w:jc w:val="center"/>
      </w:pPr>
      <w:r w:rsidRPr="00994820">
        <w:t>“CORROTTO”</w:t>
      </w:r>
    </w:p>
    <w:p w14:paraId="22870E03" w14:textId="32314422" w:rsidR="003F3E6B" w:rsidRDefault="007C3C6C" w:rsidP="003F3E6B">
      <w:pPr>
        <w:spacing w:before="120" w:line="360" w:lineRule="auto"/>
        <w:ind w:firstLine="284"/>
        <w:jc w:val="center"/>
      </w:pPr>
      <w:r w:rsidRPr="00994820">
        <w:t>“TRADITORE”</w:t>
      </w:r>
    </w:p>
    <w:p w14:paraId="65564EB3" w14:textId="4A2FB030" w:rsidR="007C3C6C" w:rsidRPr="00994820" w:rsidRDefault="007C3C6C" w:rsidP="00704DFD">
      <w:pPr>
        <w:spacing w:before="120" w:line="360" w:lineRule="auto"/>
        <w:ind w:firstLine="284"/>
        <w:jc w:val="both"/>
      </w:pPr>
      <w:r w:rsidRPr="00994820">
        <w:lastRenderedPageBreak/>
        <w:t>brillavano in vernice fluorescente, interrompendo la simmetria con un urlo silenzioso.</w:t>
      </w:r>
    </w:p>
    <w:p w14:paraId="3B1611ED" w14:textId="77777777" w:rsidR="007C3C6C" w:rsidRPr="00994820" w:rsidRDefault="007C3C6C" w:rsidP="00704DFD">
      <w:pPr>
        <w:spacing w:before="120" w:line="360" w:lineRule="auto"/>
        <w:ind w:firstLine="284"/>
        <w:jc w:val="both"/>
      </w:pPr>
      <w:r w:rsidRPr="00994820">
        <w:t>Fanny sentì un brivido correre lungo la schiena. L’aria era ferma, la polvere sospesa come se il tempo si fosse spezzato, e il ronzio dell’energia filtrante dalle crepe faceva vibrare i sensori del suo Boost Tek. Un tribunale sacro trasformato in un monumento al disprezzo.</w:t>
      </w:r>
    </w:p>
    <w:p w14:paraId="485CFD67" w14:textId="77777777" w:rsidR="003F3E6B" w:rsidRDefault="007C3C6C" w:rsidP="00704DFD">
      <w:pPr>
        <w:spacing w:before="120" w:line="360" w:lineRule="auto"/>
        <w:ind w:firstLine="284"/>
        <w:jc w:val="both"/>
      </w:pPr>
      <w:r w:rsidRPr="00994820">
        <w:t>«Quindi questo sarebbe un qualcosa di religioso?» chiese Fanny mentre scrutava quel luogo,</w:t>
      </w:r>
      <w:r w:rsidR="003F3E6B">
        <w:t xml:space="preserve"> </w:t>
      </w:r>
      <w:r w:rsidRPr="00994820">
        <w:t>la voce più bassa del previsto.</w:t>
      </w:r>
      <w:r w:rsidR="003F3E6B">
        <w:t xml:space="preserve"> </w:t>
      </w:r>
      <w:r w:rsidRPr="00994820">
        <w:t>Becky fluttuò al suo fianco, la sua forma digitale emetteva un bagliore appena percettibile.</w:t>
      </w:r>
    </w:p>
    <w:p w14:paraId="22F0DF43" w14:textId="77777777" w:rsidR="003F3E6B" w:rsidRDefault="007C3C6C" w:rsidP="00704DFD">
      <w:pPr>
        <w:spacing w:before="120" w:line="360" w:lineRule="auto"/>
        <w:ind w:firstLine="284"/>
        <w:jc w:val="both"/>
      </w:pPr>
      <w:r w:rsidRPr="00994820">
        <w:t>«Il Tempio di Nomos. Qui si amministrava la legge, era il Dio dell’Ordine, beh prima che la Sorridente riscrivesse ogni codice sociale.»</w:t>
      </w:r>
    </w:p>
    <w:p w14:paraId="58BA9653" w14:textId="4A4DBA4C" w:rsidR="007C3C6C" w:rsidRPr="00994820" w:rsidRDefault="003F3E6B" w:rsidP="00704DFD">
      <w:pPr>
        <w:spacing w:before="120" w:line="360" w:lineRule="auto"/>
        <w:ind w:firstLine="284"/>
        <w:jc w:val="both"/>
      </w:pPr>
      <w:r>
        <w:t xml:space="preserve"> </w:t>
      </w:r>
      <w:r w:rsidR="007C3C6C" w:rsidRPr="00994820">
        <w:t>«Un tribunale divino.» commentò Fanny «Sembra appropriato per questa città»</w:t>
      </w:r>
      <w:r w:rsidR="007C3C6C" w:rsidRPr="00994820">
        <w:br/>
        <w:t xml:space="preserve">Poi la mente della ragazza passò a pensieri più personali </w:t>
      </w:r>
      <w:r w:rsidR="007C3C6C" w:rsidRPr="00994820">
        <w:br/>
        <w:t>«Becky…»</w:t>
      </w:r>
      <w:r w:rsidR="007C3C6C" w:rsidRPr="00994820">
        <w:br/>
        <w:t>Fanny non sapeva perché questo pensiero l’avesse invasa proprio lì ed ora. Forse perché, se c’era un posto adatto per pesare le parole, era quello. «Tu hai ricordi di mia madre? O sei solo… codice?»</w:t>
      </w:r>
    </w:p>
    <w:p w14:paraId="0925D735" w14:textId="77777777" w:rsidR="007C3C6C" w:rsidRPr="00994820" w:rsidRDefault="007C3C6C" w:rsidP="00704DFD">
      <w:pPr>
        <w:spacing w:before="120" w:line="360" w:lineRule="auto"/>
        <w:ind w:firstLine="284"/>
        <w:jc w:val="both"/>
      </w:pPr>
      <w:r w:rsidRPr="00994820">
        <w:t>Silenzio.</w:t>
      </w:r>
      <w:r w:rsidRPr="00994820">
        <w:br/>
        <w:t>Becky non rispose subito. Sembrava concentrata sulla statua, come se avesse paura ad affrontare lo sguardo della compagna. Ma quale paura può affliggere un’IA?</w:t>
      </w:r>
      <w:r w:rsidRPr="00994820">
        <w:br/>
        <w:t>«Ho frammenti» disse infine. «Eco di voci, gesti… emozioni. Ma non so se siano suoi ricordi o solo dati. Non so se io… sia davvero lei.»</w:t>
      </w:r>
    </w:p>
    <w:p w14:paraId="0BBDB2B2" w14:textId="77777777" w:rsidR="007C3C6C" w:rsidRPr="00994820" w:rsidRDefault="007C3C6C" w:rsidP="00704DFD">
      <w:pPr>
        <w:spacing w:before="120" w:line="360" w:lineRule="auto"/>
        <w:ind w:firstLine="284"/>
        <w:jc w:val="both"/>
      </w:pPr>
      <w:r w:rsidRPr="00994820">
        <w:t>Fanny inspirò profondamente, le sembrò quasi di aver perso un battito.</w:t>
      </w:r>
      <w:r w:rsidRPr="00994820">
        <w:br/>
        <w:t>«Non importa.» Decise di poggiare gli occhi su quella figura olografica, di guardarla davvero e non vide un’ombra della madre perduta. Vide solo lei, vide solo Becky. «Per me tu sei un’amica.»</w:t>
      </w:r>
    </w:p>
    <w:p w14:paraId="077D111D" w14:textId="77777777" w:rsidR="007C3C6C" w:rsidRPr="00994820" w:rsidRDefault="007C3C6C" w:rsidP="00704DFD">
      <w:pPr>
        <w:spacing w:before="120" w:line="360" w:lineRule="auto"/>
        <w:ind w:firstLine="284"/>
        <w:jc w:val="both"/>
      </w:pPr>
      <w:r w:rsidRPr="00994820">
        <w:t xml:space="preserve">La sua luminosità sembrò attenuarsi prima di tornare al suo solito bagliore, come fosse un respiro. </w:t>
      </w:r>
    </w:p>
    <w:p w14:paraId="3EA23BA1" w14:textId="77777777" w:rsidR="003F3E6B" w:rsidRDefault="007C3C6C" w:rsidP="00704DFD">
      <w:pPr>
        <w:spacing w:before="120" w:line="360" w:lineRule="auto"/>
        <w:ind w:firstLine="284"/>
        <w:jc w:val="both"/>
      </w:pPr>
      <w:r w:rsidRPr="00994820">
        <w:t>Le due ragazze restarono ferme ad assaporare quel momento prima di proseguire. «Perché tutta questa rabbia? Perché deturpare così? È… ostentazione pura.» la mano di carne di Fanny sfiorò appena la vernice secca sulla statua mentre entrambe la superavano per avviarsi al prossimo piano.</w:t>
      </w:r>
    </w:p>
    <w:p w14:paraId="64062CB9" w14:textId="77E59C18" w:rsidR="007C3C6C" w:rsidRPr="00994820" w:rsidRDefault="007C3C6C" w:rsidP="00704DFD">
      <w:pPr>
        <w:spacing w:before="120" w:line="360" w:lineRule="auto"/>
        <w:ind w:firstLine="284"/>
        <w:jc w:val="both"/>
      </w:pPr>
      <w:r w:rsidRPr="00994820">
        <w:t>Becky si mosse accanto a una colonna sfregiata. «Quando perdi la speranza, la prima cosa che vuoi è sostituire l’ordine corrente, con uno nuovo, immacolato, non colpevole. Nomos rappresentava una giustizia e un ordine che non era riuscita a salvare la città, faceva parte del vecchio, e andava cancellato, distrutto. Anche se alcune di queste scritte sembrano quasi essere recenti…»</w:t>
      </w:r>
    </w:p>
    <w:p w14:paraId="5BEE8EF8" w14:textId="77777777" w:rsidR="007C3C6C" w:rsidRPr="00994820" w:rsidRDefault="007C3C6C" w:rsidP="00704DFD">
      <w:pPr>
        <w:spacing w:before="120" w:line="360" w:lineRule="auto"/>
        <w:ind w:firstLine="284"/>
        <w:jc w:val="both"/>
      </w:pPr>
      <w:r w:rsidRPr="00994820">
        <w:t xml:space="preserve">“perdere la speranza, uh?” Pensò Fanny. Abbassò lentamente lo sguardo. In fondo anche lei si era sentita così, e ora come i suoi antenati aveva raggiunto il centro del potere per ribaltare un ordine che considerava malato. Avrebbe anche lei riempito di scritte iraconde questa torre? </w:t>
      </w:r>
    </w:p>
    <w:p w14:paraId="69EFB129" w14:textId="77777777" w:rsidR="007C3C6C" w:rsidRPr="00994820" w:rsidRDefault="007C3C6C" w:rsidP="00704DFD">
      <w:pPr>
        <w:spacing w:before="120" w:line="360" w:lineRule="auto"/>
        <w:ind w:firstLine="284"/>
        <w:jc w:val="both"/>
      </w:pPr>
      <w:r w:rsidRPr="00994820">
        <w:rPr>
          <w:noProof/>
        </w:rPr>
        <w:lastRenderedPageBreak/>
        <w:drawing>
          <wp:anchor distT="0" distB="0" distL="114300" distR="114300" simplePos="0" relativeHeight="251666432" behindDoc="0" locked="0" layoutInCell="1" allowOverlap="1" wp14:anchorId="24CD1203" wp14:editId="6A38CADD">
            <wp:simplePos x="0" y="0"/>
            <wp:positionH relativeFrom="column">
              <wp:posOffset>4271271</wp:posOffset>
            </wp:positionH>
            <wp:positionV relativeFrom="paragraph">
              <wp:posOffset>927622</wp:posOffset>
            </wp:positionV>
            <wp:extent cx="689610" cy="689610"/>
            <wp:effectExtent l="0" t="0" r="0" b="0"/>
            <wp:wrapTopAndBottom/>
            <wp:docPr id="1239958353" name="Immagine 4" descr="Immagine che contiene nero, oscurità, simbolo, bianco e n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832440" name="Immagine 4" descr="Immagine che contiene nero, oscurità, simbolo, bianco e nero&#10;&#10;Il contenuto generato dall'IA potrebbe non essere corret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689610"/>
                    </a:xfrm>
                    <a:prstGeom prst="rect">
                      <a:avLst/>
                    </a:prstGeom>
                  </pic:spPr>
                </pic:pic>
              </a:graphicData>
            </a:graphic>
          </wp:anchor>
        </w:drawing>
      </w:r>
      <w:r w:rsidRPr="00994820">
        <w:rPr>
          <w:noProof/>
        </w:rPr>
        <w:drawing>
          <wp:anchor distT="0" distB="0" distL="114300" distR="114300" simplePos="0" relativeHeight="251665408" behindDoc="0" locked="0" layoutInCell="1" allowOverlap="1" wp14:anchorId="1FCB6EF5" wp14:editId="5A6C6B58">
            <wp:simplePos x="0" y="0"/>
            <wp:positionH relativeFrom="column">
              <wp:posOffset>3419064</wp:posOffset>
            </wp:positionH>
            <wp:positionV relativeFrom="paragraph">
              <wp:posOffset>1016597</wp:posOffset>
            </wp:positionV>
            <wp:extent cx="497840" cy="497840"/>
            <wp:effectExtent l="0" t="0" r="0" b="0"/>
            <wp:wrapSquare wrapText="bothSides"/>
            <wp:docPr id="312963673" name="Immagine 3" descr="Immagine che contiene schermata, oscurità, n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29874" name="Immagine 3" descr="Immagine che contiene schermata, oscurità, nero&#10;&#10;Il contenuto generato dall'IA potrebbe non essere corret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7840" cy="497840"/>
                    </a:xfrm>
                    <a:prstGeom prst="rect">
                      <a:avLst/>
                    </a:prstGeom>
                  </pic:spPr>
                </pic:pic>
              </a:graphicData>
            </a:graphic>
            <wp14:sizeRelH relativeFrom="margin">
              <wp14:pctWidth>0</wp14:pctWidth>
            </wp14:sizeRelH>
            <wp14:sizeRelV relativeFrom="margin">
              <wp14:pctHeight>0</wp14:pctHeight>
            </wp14:sizeRelV>
          </wp:anchor>
        </w:drawing>
      </w:r>
      <w:r w:rsidRPr="00994820">
        <w:rPr>
          <w:noProof/>
        </w:rPr>
        <w:drawing>
          <wp:anchor distT="0" distB="0" distL="114300" distR="114300" simplePos="0" relativeHeight="251664384" behindDoc="0" locked="0" layoutInCell="1" allowOverlap="1" wp14:anchorId="0C5EED9B" wp14:editId="30CE1698">
            <wp:simplePos x="0" y="0"/>
            <wp:positionH relativeFrom="column">
              <wp:posOffset>2418715</wp:posOffset>
            </wp:positionH>
            <wp:positionV relativeFrom="paragraph">
              <wp:posOffset>886460</wp:posOffset>
            </wp:positionV>
            <wp:extent cx="553720" cy="829310"/>
            <wp:effectExtent l="0" t="0" r="0" b="0"/>
            <wp:wrapTopAndBottom/>
            <wp:docPr id="346186785" name="Immagine 2" descr="Immagine che contiene nero, not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95771" name="Immagine 2" descr="Immagine che contiene nero, notte&#10;&#10;Il contenuto generato dall'IA potrebbe non essere corret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3720" cy="829310"/>
                    </a:xfrm>
                    <a:prstGeom prst="rect">
                      <a:avLst/>
                    </a:prstGeom>
                  </pic:spPr>
                </pic:pic>
              </a:graphicData>
            </a:graphic>
            <wp14:sizeRelH relativeFrom="margin">
              <wp14:pctWidth>0</wp14:pctWidth>
            </wp14:sizeRelH>
            <wp14:sizeRelV relativeFrom="margin">
              <wp14:pctHeight>0</wp14:pctHeight>
            </wp14:sizeRelV>
          </wp:anchor>
        </w:drawing>
      </w:r>
      <w:r w:rsidRPr="00994820">
        <w:rPr>
          <w:noProof/>
        </w:rPr>
        <w:drawing>
          <wp:anchor distT="0" distB="0" distL="114300" distR="114300" simplePos="0" relativeHeight="251663360" behindDoc="0" locked="0" layoutInCell="1" allowOverlap="1" wp14:anchorId="6D45A367" wp14:editId="239A8C9F">
            <wp:simplePos x="0" y="0"/>
            <wp:positionH relativeFrom="margin">
              <wp:posOffset>1430020</wp:posOffset>
            </wp:positionH>
            <wp:positionV relativeFrom="paragraph">
              <wp:posOffset>960755</wp:posOffset>
            </wp:positionV>
            <wp:extent cx="640080" cy="640080"/>
            <wp:effectExtent l="0" t="0" r="0" b="0"/>
            <wp:wrapTopAndBottom/>
            <wp:docPr id="707335392" name="Immagine 1" descr="Immagine che contiene cerchio, spiral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335392" name="Immagine 1" descr="Immagine che contiene cerchio, spirale&#10;&#10;Il contenuto generato dall'IA potrebbe non essere corretto."/>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640080" cy="640080"/>
                    </a:xfrm>
                    <a:prstGeom prst="rect">
                      <a:avLst/>
                    </a:prstGeom>
                  </pic:spPr>
                </pic:pic>
              </a:graphicData>
            </a:graphic>
            <wp14:sizeRelH relativeFrom="margin">
              <wp14:pctWidth>0</wp14:pctWidth>
            </wp14:sizeRelH>
            <wp14:sizeRelV relativeFrom="margin">
              <wp14:pctHeight>0</wp14:pctHeight>
            </wp14:sizeRelV>
          </wp:anchor>
        </w:drawing>
      </w:r>
      <w:r w:rsidRPr="00994820">
        <w:t>Una lunga scalinata di marmo bianco e ossidiana cupa le separava dal Decimo piano. Ogni scalino era attraversato da venature azzurre che quasi caricavano di energia il corpo di Fanny a ogni passo. Ancora una volta Becky lesse i 4 Glifi sul portone imponente del decimo piano. Stavolta l’ordine era stato lievemente variato, e il Glifo di Ruina appariva per ultimo.</w:t>
      </w:r>
    </w:p>
    <w:p w14:paraId="2B6C4F68" w14:textId="77777777" w:rsidR="007C3C6C" w:rsidRPr="00994820" w:rsidRDefault="007C3C6C" w:rsidP="00704DFD">
      <w:pPr>
        <w:spacing w:before="120" w:line="360" w:lineRule="auto"/>
        <w:ind w:firstLine="284"/>
        <w:jc w:val="both"/>
      </w:pPr>
    </w:p>
    <w:p w14:paraId="752F16A1" w14:textId="6E1A7B99" w:rsidR="007C3C6C" w:rsidRPr="00994820" w:rsidRDefault="007C3C6C" w:rsidP="00704DFD">
      <w:pPr>
        <w:spacing w:before="120" w:line="360" w:lineRule="auto"/>
        <w:ind w:firstLine="284"/>
        <w:jc w:val="both"/>
      </w:pPr>
      <w:r w:rsidRPr="00994820">
        <w:t>La soglia del secondo Tempio si aprì con un crepitio elettrico, come se l’aria stessa fosse attraversata da una scarica invisibile.</w:t>
      </w:r>
      <w:r w:rsidR="003F3E6B">
        <w:t xml:space="preserve"> </w:t>
      </w:r>
      <w:r w:rsidRPr="00994820">
        <w:t>Fanny sentì i peli del braccio sollevarsi e il Boost Tek vibrò con un impulso breve, un disturbo elettromagnetico che non avrebbe dovuto esistere in un luogo così antico.</w:t>
      </w:r>
    </w:p>
    <w:p w14:paraId="2A841421" w14:textId="77777777" w:rsidR="007C3C6C" w:rsidRPr="00994820" w:rsidRDefault="007C3C6C" w:rsidP="00704DFD">
      <w:pPr>
        <w:spacing w:before="120" w:line="360" w:lineRule="auto"/>
        <w:ind w:firstLine="284"/>
        <w:jc w:val="both"/>
      </w:pPr>
      <w:r w:rsidRPr="00994820">
        <w:t xml:space="preserve">L’interno rivelò un atrio rettangolare di proporzioni imponenti, sorretto da colonne alte e sottili, rivestite di incisioni geometriche che correvano come circuiti lungo tutta la loro altezza. Le superfici, un tempo lucide, erano ora corrose e ricoperte da strati di vernice fluorescente: </w:t>
      </w:r>
      <w:r w:rsidRPr="00994820">
        <w:rPr>
          <w:b/>
          <w:bCs/>
        </w:rPr>
        <w:t>“TE LA MOSTRO IO LA VERA DISTRUZIONE”</w:t>
      </w:r>
      <w:r w:rsidRPr="00994820">
        <w:t xml:space="preserve">, </w:t>
      </w:r>
      <w:r w:rsidRPr="00994820">
        <w:rPr>
          <w:b/>
          <w:bCs/>
        </w:rPr>
        <w:t>“PUTTANA TRADITRICE”</w:t>
      </w:r>
      <w:r w:rsidRPr="00994820">
        <w:t xml:space="preserve">, </w:t>
      </w:r>
      <w:r w:rsidRPr="00994820">
        <w:rPr>
          <w:b/>
          <w:bCs/>
        </w:rPr>
        <w:t>“ALLIEVA IGNORANTE”</w:t>
      </w:r>
      <w:r w:rsidRPr="00994820">
        <w:t>. Lungo le pareti, un tempo lisce e levigate, si aprivano fenditure da cui scaturivano lampi azzurri, come piccole tempeste intrappolate nella pietra. Alcuni frammenti di colonna fluttuavano sospesi, trattenuti non da forza visibile ma da un campo magnetico che li faceva vibrare con un ronzio basso e costante. Il pavimento, un mosaico di rame ossidato e pietra scura, era spaccato in più punti, e ogni passo produceva un eco metallico, come se la sala fosse cava sotto i piedi.</w:t>
      </w:r>
    </w:p>
    <w:p w14:paraId="2804F05C" w14:textId="77777777" w:rsidR="007C3C6C" w:rsidRPr="00994820" w:rsidRDefault="007C3C6C" w:rsidP="00704DFD">
      <w:pPr>
        <w:spacing w:before="120" w:line="360" w:lineRule="auto"/>
        <w:ind w:firstLine="284"/>
        <w:jc w:val="both"/>
      </w:pPr>
      <w:r w:rsidRPr="00994820">
        <w:t>Al centro, la statua di Ruina si ergeva mutilata: metà del corpo era intatta, un’ala spiegata e una veste dorata scolpita con precisione maniacale, mentre l’altra metà era collassata in una pioggia di frammenti sospesi a mezz’aria, come se la divinità si stesse dissolvendo in particelle di luce turchese. Il volto, in parte cancellato, lasciava intravedere un occhio di pietra scolpito con una freddezza divina e un’altra orbita vuota, nera come la cenere.</w:t>
      </w:r>
    </w:p>
    <w:p w14:paraId="6085C001" w14:textId="0D7345A3" w:rsidR="007C3C6C" w:rsidRPr="00994820" w:rsidRDefault="007C3C6C" w:rsidP="00704DFD">
      <w:pPr>
        <w:spacing w:before="120" w:line="360" w:lineRule="auto"/>
        <w:ind w:firstLine="284"/>
        <w:jc w:val="both"/>
      </w:pPr>
      <w:r w:rsidRPr="00994820">
        <w:t>Becky rallentò, la sua immagine tremolante riflettendo gli impulsi di energia che saturavano l’ambiente. «Questo non è solo vandalismo» sussurrò. «Qualcuno ha tentato di spezzare e assorbire l’intero cuore elettromagnetico di questo luogo.»</w:t>
      </w:r>
      <w:r w:rsidR="003F3E6B">
        <w:t xml:space="preserve"> </w:t>
      </w:r>
      <w:r w:rsidRPr="00994820">
        <w:t>Fanny sentì un brivido: l’elettricità invadeva l’intera sala, i capelli che le fluttuavano appena e le dita che sfioravano l’aria come se avesse densità diverse a ogni passo.</w:t>
      </w:r>
    </w:p>
    <w:p w14:paraId="0623C441" w14:textId="77777777" w:rsidR="007C3C6C" w:rsidRPr="00994820" w:rsidRDefault="007C3C6C" w:rsidP="00704DFD">
      <w:pPr>
        <w:spacing w:before="120" w:line="360" w:lineRule="auto"/>
        <w:ind w:firstLine="284"/>
        <w:jc w:val="both"/>
      </w:pPr>
      <w:r w:rsidRPr="00994820">
        <w:t>Fanny si guardò brevemente attorno.</w:t>
      </w:r>
    </w:p>
    <w:p w14:paraId="252C9595" w14:textId="77777777" w:rsidR="007C3C6C" w:rsidRPr="00994820" w:rsidRDefault="007C3C6C" w:rsidP="00704DFD">
      <w:pPr>
        <w:spacing w:before="120" w:line="360" w:lineRule="auto"/>
        <w:ind w:firstLine="284"/>
        <w:jc w:val="both"/>
      </w:pPr>
      <w:r w:rsidRPr="00994820">
        <w:t>«È la seconda stanza completamente vuota, comincio ad avere i brividi, sbrighiamoci a raggiungere la cima»</w:t>
      </w:r>
    </w:p>
    <w:p w14:paraId="3A732FCC" w14:textId="77777777" w:rsidR="007C3C6C" w:rsidRPr="00994820" w:rsidRDefault="007C3C6C" w:rsidP="00704DFD">
      <w:pPr>
        <w:spacing w:before="120" w:line="360" w:lineRule="auto"/>
        <w:ind w:firstLine="284"/>
        <w:jc w:val="both"/>
      </w:pPr>
      <w:r w:rsidRPr="00994820">
        <w:lastRenderedPageBreak/>
        <w:t>Basto un pensiero, che velocemente raggiunse il suo Boost Tek per attivarlo. L’undicesimo piano venne raggiunto con una serie di scatti quasi fulminei. Becky aprì il varco per l’Undicesimo Piano e Fanny vi si fiondò con una tale foga da avere qualche difficoltà a rallentare una volta entrata nel terzo Tempio.</w:t>
      </w:r>
    </w:p>
    <w:p w14:paraId="6FFD8790" w14:textId="77777777" w:rsidR="007C3C6C" w:rsidRPr="00994820" w:rsidRDefault="007C3C6C" w:rsidP="00704DFD">
      <w:pPr>
        <w:spacing w:before="120" w:line="360" w:lineRule="auto"/>
        <w:ind w:firstLine="284"/>
        <w:jc w:val="both"/>
      </w:pPr>
      <w:r w:rsidRPr="00994820">
        <w:t>Questo era il tempio più distrutto e vandalizzato finora.</w:t>
      </w:r>
    </w:p>
    <w:p w14:paraId="6C469313" w14:textId="77777777" w:rsidR="007C3C6C" w:rsidRPr="00994820" w:rsidRDefault="007C3C6C" w:rsidP="00704DFD">
      <w:pPr>
        <w:spacing w:before="120" w:line="360" w:lineRule="auto"/>
        <w:ind w:firstLine="284"/>
        <w:jc w:val="both"/>
      </w:pPr>
      <w:r w:rsidRPr="00994820">
        <w:t>Fanny si arrestò di colpo, il respiro spezzato dall’improvviso cambio di atmosfera.</w:t>
      </w:r>
      <w:r w:rsidRPr="00994820">
        <w:br/>
        <w:t>L’undicesimo piano era un campo di battaglia congelato nel tempo. Il tempio, un tempo concepito per celebrare la creazione stessa, giaceva in rovina estrema: colonne spezzate, muretti divelti, e un caos di pietre sospese che ruotavano lentamente come satelliti in un campo magnetico invisibile.</w:t>
      </w:r>
    </w:p>
    <w:p w14:paraId="6A85322A" w14:textId="77777777" w:rsidR="007C3C6C" w:rsidRPr="00994820" w:rsidRDefault="007C3C6C" w:rsidP="00704DFD">
      <w:pPr>
        <w:spacing w:before="120" w:line="360" w:lineRule="auto"/>
        <w:ind w:firstLine="284"/>
        <w:jc w:val="both"/>
      </w:pPr>
      <w:r w:rsidRPr="00994820">
        <w:t xml:space="preserve">Il pavimento, inciso con il Glifo di Ark, era stato sfregiato da dozzine di graffiti incandescenti: </w:t>
      </w:r>
      <w:r w:rsidRPr="00994820">
        <w:rPr>
          <w:b/>
          <w:bCs/>
        </w:rPr>
        <w:t>“DIO STUPIDO E DEBOLE”</w:t>
      </w:r>
      <w:r w:rsidRPr="00994820">
        <w:t xml:space="preserve">, </w:t>
      </w:r>
      <w:r w:rsidRPr="00994820">
        <w:rPr>
          <w:b/>
          <w:bCs/>
        </w:rPr>
        <w:t>“INUTILE ARK”</w:t>
      </w:r>
      <w:r w:rsidRPr="00994820">
        <w:t xml:space="preserve">, </w:t>
      </w:r>
      <w:r w:rsidRPr="00994820">
        <w:rPr>
          <w:b/>
          <w:bCs/>
        </w:rPr>
        <w:t>“LE TUE CREAZIONI SONO NOIOSE”</w:t>
      </w:r>
      <w:r w:rsidRPr="00994820">
        <w:br/>
        <w:t>Le parole, dipinte con vernici al neon, pulsavano debolmente come vene malate sotto la pelle di un gigante addormentato.</w:t>
      </w:r>
    </w:p>
    <w:p w14:paraId="12E2759D" w14:textId="77777777" w:rsidR="007C3C6C" w:rsidRPr="00994820" w:rsidRDefault="007C3C6C" w:rsidP="00704DFD">
      <w:pPr>
        <w:spacing w:before="120" w:line="360" w:lineRule="auto"/>
        <w:ind w:firstLine="284"/>
        <w:jc w:val="both"/>
      </w:pPr>
      <w:r w:rsidRPr="00994820">
        <w:t>Becky si materializzò accanto a Fanny, la sua immagine tremolante disturbata dai campi residui di energia. «Questo tempio non è morto… è come se si stesse ricreando in continuazione.»</w:t>
      </w:r>
      <w:r w:rsidRPr="00994820">
        <w:br/>
        <w:t>Infatti, i frammenti di pietra sparsi intorno sembravano sbriciolarsi e riformarsi, come se un invisibile scultore li rimodellasse all’infinito.</w:t>
      </w:r>
    </w:p>
    <w:p w14:paraId="14C6C149" w14:textId="77777777" w:rsidR="007C3C6C" w:rsidRPr="00994820" w:rsidRDefault="007C3C6C" w:rsidP="00704DFD">
      <w:pPr>
        <w:spacing w:before="120" w:line="360" w:lineRule="auto"/>
        <w:ind w:firstLine="284"/>
        <w:jc w:val="both"/>
      </w:pPr>
      <w:r w:rsidRPr="00994820">
        <w:t>Al centro della sala, la statua di Ark si ergeva solo a metà: il lato destro era ancora intatto, raffinato nei dettagli dorati e nella veste cerimoniale, un inno al potere creativo. L’altro lato, invece, era collassato in un groviglio di cubi sospesi, che si smaterializzavano e ricomponevano in un ciclo senza fine, lasciando un’impressione disturbante di vita artificiale incompleta. Becky riuscì a ritrovare e proiettare la statua originale, basandosi sulla descrizione trovata negli archivi, una delle poche informazioni rimaste del periodo pre-Sorridente.</w:t>
      </w:r>
    </w:p>
    <w:p w14:paraId="27F1B84E" w14:textId="77777777" w:rsidR="007C3C6C" w:rsidRPr="00994820" w:rsidRDefault="007C3C6C" w:rsidP="00704DFD">
      <w:pPr>
        <w:spacing w:before="120" w:line="360" w:lineRule="auto"/>
        <w:ind w:firstLine="284"/>
        <w:jc w:val="both"/>
      </w:pPr>
      <w:r w:rsidRPr="00994820">
        <w:t>Alta oltre tre volte un uomo, era scolpita in una pietra bianca lucente con intarsi d’oro che correvano lungo le pieghe del mantello cerimoniale, un’ampia veste che si apriva in drappi fluttuanti, scolpiti come se fossero mossi da un vento eterno. Gli spallacci decorati, scolpiti con motivi a stella e linee radiali, riflettevano la luce con un bagliore quasi vivo, mentre un elaborato cinturone nero e oro serrava la vita, con incisi glifi concentrici simili al simbolo di Ark.</w:t>
      </w:r>
    </w:p>
    <w:p w14:paraId="7F38574F" w14:textId="77777777" w:rsidR="007C3C6C" w:rsidRPr="00994820" w:rsidRDefault="007C3C6C" w:rsidP="00704DFD">
      <w:pPr>
        <w:spacing w:before="120" w:line="360" w:lineRule="auto"/>
        <w:ind w:firstLine="284"/>
        <w:jc w:val="both"/>
      </w:pPr>
      <w:r w:rsidRPr="00994820">
        <w:t>Il volto era di una bellezza solenne e aliena: orecchie affusolate, labbra sottili, occhi leggermente inclinati, sembravano emanare misericordia purissima. I capelli, scolpiti come onde di seta, scendevano sulle spalle e lungo la schiena, con una cura così fine che sembravano veri. L’immagena di quei capelli stonava con la realtà: il lato destro della testa era crollato in un’astratta cascata di frammenti sospesi.</w:t>
      </w:r>
    </w:p>
    <w:p w14:paraId="2F7A5CC6" w14:textId="77777777" w:rsidR="007C3C6C" w:rsidRPr="00994820" w:rsidRDefault="007C3C6C" w:rsidP="00704DFD">
      <w:pPr>
        <w:spacing w:before="120" w:line="360" w:lineRule="auto"/>
        <w:ind w:firstLine="284"/>
        <w:jc w:val="both"/>
      </w:pPr>
      <w:r w:rsidRPr="00994820">
        <w:lastRenderedPageBreak/>
        <w:t>Alla base, un’iscrizione incisa a profondità diversa dagli altri simboli recitava:</w:t>
      </w:r>
      <w:r w:rsidRPr="00994820">
        <w:br/>
      </w:r>
      <w:r w:rsidRPr="00994820">
        <w:rPr>
          <w:b/>
          <w:bCs/>
        </w:rPr>
        <w:t>“ARK DELLA FINE – COLUI CHE CREA CIÒ CHE È DESTINATO A FINIRE”</w:t>
      </w:r>
      <w:r w:rsidRPr="00994820">
        <w:t>.</w:t>
      </w:r>
    </w:p>
    <w:p w14:paraId="0445E123" w14:textId="77777777" w:rsidR="007C3C6C" w:rsidRPr="00994820" w:rsidRDefault="007C3C6C" w:rsidP="00704DFD">
      <w:pPr>
        <w:spacing w:before="120" w:line="360" w:lineRule="auto"/>
        <w:ind w:firstLine="284"/>
        <w:jc w:val="both"/>
      </w:pPr>
      <w:r w:rsidRPr="00994820">
        <w:t>L’intera opera era ormai assai diversa dall’immagine generata da Becky. In quel Caos la statua ormai quasi in frantumi dava una sensazione ambigua: divina nella sua perfezione da un lato, inquietante nell’instabilità dell’altro, come se la creazione stessa stesse collassando davanti agli occhi di chi la osservava.</w:t>
      </w:r>
    </w:p>
    <w:p w14:paraId="07DAC0F4" w14:textId="77777777" w:rsidR="007C3C6C" w:rsidRPr="00994820" w:rsidRDefault="007C3C6C" w:rsidP="00704DFD">
      <w:pPr>
        <w:spacing w:before="120" w:line="360" w:lineRule="auto"/>
        <w:ind w:firstLine="284"/>
        <w:jc w:val="both"/>
      </w:pPr>
      <w:r w:rsidRPr="00994820">
        <w:t>Fanny si sentì investita da una forza contraddittoria: l’istinto di avvicinarsi e la paura di essere smontata e ricreata come uno dei frammenti attorno a sé. I suoi capelli fluttuavano leggermente, spinti da correnti d’aria generate dal movimento spontaneo delle pietre.</w:t>
      </w:r>
    </w:p>
    <w:p w14:paraId="6E28FDD2" w14:textId="77777777" w:rsidR="007C3C6C" w:rsidRPr="00994820" w:rsidRDefault="007C3C6C" w:rsidP="00704DFD">
      <w:pPr>
        <w:spacing w:before="120" w:line="360" w:lineRule="auto"/>
        <w:ind w:firstLine="284"/>
        <w:jc w:val="both"/>
      </w:pPr>
      <w:r w:rsidRPr="00994820">
        <w:t>«Ark della Fine…» sussurrò, leggendo un’incisione ancora intatta sul basamento della statua.</w:t>
      </w:r>
      <w:r w:rsidRPr="00994820">
        <w:br/>
        <w:t xml:space="preserve">Becky si voltò verso di lei: «Fratello di Bill. Creazione contro Caos…ma a quanto sembra, qui questa battaglia è stata vinta dal caos» Becky cominciò a guardarsi attorno. Su ogni frammento in cui fosse possibile farlo, era stata incisa con forza e imprecisione la stessa parola </w:t>
      </w:r>
    </w:p>
    <w:p w14:paraId="359E4F6F" w14:textId="77777777" w:rsidR="007C3C6C" w:rsidRPr="00994820" w:rsidRDefault="007C3C6C" w:rsidP="00704DFD">
      <w:pPr>
        <w:spacing w:before="120" w:line="360" w:lineRule="auto"/>
        <w:ind w:firstLine="284"/>
        <w:jc w:val="both"/>
      </w:pPr>
      <w:r w:rsidRPr="00994820">
        <w:rPr>
          <w:b/>
          <w:bCs/>
        </w:rPr>
        <w:t>“CAOS”</w:t>
      </w:r>
    </w:p>
    <w:p w14:paraId="155A2FC4" w14:textId="77777777" w:rsidR="007C3C6C" w:rsidRPr="00994820" w:rsidRDefault="007C3C6C" w:rsidP="00704DFD">
      <w:pPr>
        <w:spacing w:before="120" w:line="360" w:lineRule="auto"/>
        <w:ind w:firstLine="284"/>
        <w:jc w:val="both"/>
      </w:pPr>
      <w:r w:rsidRPr="00994820">
        <w:t>Il tempio intero emanava una sensazione di instabilità, come se ogni molecola fosse sull’orlo di decidere se restare o disfarsi per sempre. Fanny sembrò incantata dalla bellezza di quella statua.</w:t>
      </w:r>
    </w:p>
    <w:p w14:paraId="3FE72EE5" w14:textId="77777777" w:rsidR="007C3C6C" w:rsidRPr="00994820" w:rsidRDefault="007C3C6C" w:rsidP="00704DFD">
      <w:pPr>
        <w:spacing w:before="120" w:line="360" w:lineRule="auto"/>
        <w:ind w:firstLine="284"/>
        <w:jc w:val="both"/>
      </w:pPr>
      <w:r w:rsidRPr="00994820">
        <w:t>«Becky, puoi disattivare la proiezione, vorrei vedere quella vera» Becky annuì con gioia e insieme a Fanny rimase a osservare quella bellissima statua che continuava a cercare di ricomporsi, fallendo a ogni tentativo. Fanny accarezzò alcuni di quei frammenti e sorrise.</w:t>
      </w:r>
    </w:p>
    <w:p w14:paraId="22FEE5FA" w14:textId="77777777" w:rsidR="007C3C6C" w:rsidRPr="00994820" w:rsidRDefault="007C3C6C" w:rsidP="00704DFD">
      <w:pPr>
        <w:spacing w:before="120" w:line="360" w:lineRule="auto"/>
        <w:ind w:firstLine="284"/>
        <w:jc w:val="both"/>
      </w:pPr>
      <w:r w:rsidRPr="00994820">
        <w:t>«Capisco come ti senti… non è facile riuscire a riprendersi quando tutto attorno sembra crollare» commentò con dolce ironia la ragazza e per un istante le sembrò che ciò che restava del volto di Ark le avesse sorriso.</w:t>
      </w:r>
    </w:p>
    <w:p w14:paraId="27C9790B" w14:textId="77777777" w:rsidR="007C3C6C" w:rsidRPr="00994820" w:rsidRDefault="007C3C6C" w:rsidP="00704DFD">
      <w:pPr>
        <w:spacing w:before="120" w:line="360" w:lineRule="auto"/>
        <w:ind w:firstLine="284"/>
        <w:jc w:val="both"/>
      </w:pPr>
      <w:r w:rsidRPr="00994820">
        <w:t>«Andiamo Becky… non c’è nulla che possiamo fare qui»</w:t>
      </w:r>
    </w:p>
    <w:p w14:paraId="773570F0" w14:textId="77777777" w:rsidR="007C3C6C" w:rsidRPr="00994820" w:rsidRDefault="007C3C6C" w:rsidP="00704DFD">
      <w:pPr>
        <w:spacing w:before="120" w:line="360" w:lineRule="auto"/>
        <w:ind w:firstLine="284"/>
        <w:jc w:val="both"/>
      </w:pPr>
      <w:r w:rsidRPr="00994820">
        <w:t>Quel sorriso aveva abbattuto l’umore della ragazza più di tutta la desolazione che aveva osservato finora, sentiva addosso un peso immenso, voleva arrivare alla fine, completare il suo percorso, ma per qualche ragione ora non sentiva più la fretta di prima. Forse perché stava per raggiungere il suo obiettivo e aveva paura di vedere cosa le avrebbe dato.</w:t>
      </w:r>
    </w:p>
    <w:p w14:paraId="583A8E23" w14:textId="77777777" w:rsidR="007C3C6C" w:rsidRPr="00994820" w:rsidRDefault="007C3C6C" w:rsidP="00704DFD">
      <w:pPr>
        <w:spacing w:before="120" w:line="360" w:lineRule="auto"/>
        <w:ind w:firstLine="284"/>
        <w:jc w:val="both"/>
      </w:pPr>
      <w:r w:rsidRPr="00994820">
        <w:t>«No… non è solo questo…» mugugnò tra sé.</w:t>
      </w:r>
    </w:p>
    <w:p w14:paraId="596BC4BB" w14:textId="77777777" w:rsidR="007C3C6C" w:rsidRPr="00994820" w:rsidRDefault="007C3C6C" w:rsidP="00704DFD">
      <w:pPr>
        <w:spacing w:before="120" w:line="360" w:lineRule="auto"/>
        <w:ind w:firstLine="284"/>
        <w:jc w:val="both"/>
      </w:pPr>
      <w:r w:rsidRPr="00994820">
        <w:t xml:space="preserve">Per un momento mentre saliva le scale che portavano al dodicesimo piano la mente ritornò a quella statua e a quelle prima di Ark, le dispiaceva che nessuno in città avesse nemmeno il lontano ricordo di quelle che sembravano essere state divinità importanti per la città. Fanny non sapeva, e onestamente ne dubitava, se fossero state divinità reali, o benevoli, o se il loro culto fosse un beneficio per la città, ma quello che non sopportava è proprio che non aveva modo di saperlo. Quei templi, distrutti o meno, erano vuoti senza più il ricordo di chi li aveva attraversati. Non era giusto. Avrebbe voluto poter giudicare da sé se quelle religioni antiche erano nocive </w:t>
      </w:r>
      <w:r w:rsidRPr="00994820">
        <w:lastRenderedPageBreak/>
        <w:t>o meno. Ancora una volta, la città, la Sorridente aveva deciso per tutti, le religioni non erano più importanti, gli Dei dei nostri padri erano falsi e malevoli, perché Lei aveva detto così e così è diventato.</w:t>
      </w:r>
    </w:p>
    <w:p w14:paraId="166728FB" w14:textId="77777777" w:rsidR="007C3C6C" w:rsidRPr="00994820" w:rsidRDefault="007C3C6C" w:rsidP="00704DFD">
      <w:pPr>
        <w:spacing w:before="120" w:line="360" w:lineRule="auto"/>
        <w:ind w:firstLine="284"/>
        <w:jc w:val="both"/>
      </w:pPr>
      <w:r w:rsidRPr="00994820">
        <w:t>Ogni passo lungo gli scalini che da un bianco pallido sfumavano sul nero più profondo era accompagnato da quei pensieri. Ma ora era quasi arrivata alla verità: Perché la Sorridente ha voluto fare tutto ciò, era davvero per il bene della città? Avrebbe potuto spiegarle che questo non aiutava ma distruggeva?</w:t>
      </w:r>
    </w:p>
    <w:p w14:paraId="0E9BE001" w14:textId="77777777" w:rsidR="007C3C6C" w:rsidRPr="00994820" w:rsidRDefault="007C3C6C" w:rsidP="00704DFD">
      <w:pPr>
        <w:spacing w:before="120" w:line="360" w:lineRule="auto"/>
        <w:ind w:firstLine="284"/>
        <w:jc w:val="both"/>
      </w:pPr>
      <w:r w:rsidRPr="00994820">
        <w:t>La scalinata stretta culminò su un portale triangolare perfettamente incastonato nella parete liscia della piramide, un’apertura scura come la bocca di una bestia silenziosa. Nessuna crepa, nessun graffio, nessun segno di vandalismo: il Tempio di Bill era immacolato, intatto come se il tempo stesso avesse esitato a toccarlo.</w:t>
      </w:r>
    </w:p>
    <w:p w14:paraId="0CED5065" w14:textId="77777777" w:rsidR="007C3C6C" w:rsidRPr="00994820" w:rsidRDefault="007C3C6C" w:rsidP="00704DFD">
      <w:pPr>
        <w:spacing w:before="120" w:line="360" w:lineRule="auto"/>
        <w:ind w:firstLine="284"/>
        <w:jc w:val="both"/>
      </w:pPr>
      <w:r w:rsidRPr="00994820">
        <w:t>Varcata la soglia, Fanny si ritrovò in una camera circolare immensa, scavata nel cuore della struttura. Le pareti erano lisce, scure, e incise con sottili motivi geometrici che pulsavano di un bagliore dorato, un reticolo di linee perfette che sembravano respirare al ritmo del ronzio di fondo che saturava l’aria. Il pavimento, nero e lucidissimo come ossidiana, rifletteva ogni cosa con una distorsione leggera, inquietante, come se mostrasse un’altra realtà sotto i piedi.</w:t>
      </w:r>
    </w:p>
    <w:p w14:paraId="0731F7DB" w14:textId="77777777" w:rsidR="007C3C6C" w:rsidRPr="00994820" w:rsidRDefault="007C3C6C" w:rsidP="00704DFD">
      <w:pPr>
        <w:spacing w:before="120" w:line="360" w:lineRule="auto"/>
        <w:ind w:firstLine="284"/>
        <w:jc w:val="both"/>
      </w:pPr>
      <w:r w:rsidRPr="00994820">
        <w:t>E lì, al centro del cerchio perfetto, la statua di Bill.</w:t>
      </w:r>
    </w:p>
    <w:p w14:paraId="22FE32C6" w14:textId="77777777" w:rsidR="007C3C6C" w:rsidRPr="00994820" w:rsidRDefault="007C3C6C" w:rsidP="00704DFD">
      <w:pPr>
        <w:spacing w:before="120" w:line="360" w:lineRule="auto"/>
        <w:ind w:firstLine="284"/>
        <w:jc w:val="both"/>
      </w:pPr>
      <w:r w:rsidRPr="00994820">
        <w:t>Dominava l’intera camera con un’aura di assoluta autorità, tanto perfetta da risultare inquietante, come se fosse stata strappata direttamente da un’altra dimensione e cristallizzata lì.</w:t>
      </w:r>
      <w:r w:rsidRPr="00994820">
        <w:br/>
        <w:t>Scolpita in una pietra scurissima, dal riflesso appena metallico, la sua superficie sembrava mutare sotto lo sguardo: non liscia, non ruvida, ma lavorata come se fosse fumo denso reso solido, ogni piega e curva congelata a metà di un movimento impalpabile. Da questa materia innaturale, come nata dal caos e domata da una volontà superiore, si ergevano due immense ali. Non erano piumate come quelle di Nomos, né di metallo come quelle di Bartolomeo o Aman, ma costituite dallo stesso “fumo pietrificato” del corpo: lembi scolpiti in onde frastagliate, taglienti e franti, che si aprivano all’indietro come se stessero trattenendo una tempesta pronta a liberarsi.</w:t>
      </w:r>
    </w:p>
    <w:p w14:paraId="0CEEA1D6" w14:textId="77777777" w:rsidR="007C3C6C" w:rsidRPr="00994820" w:rsidRDefault="007C3C6C" w:rsidP="00704DFD">
      <w:pPr>
        <w:spacing w:before="120" w:line="360" w:lineRule="auto"/>
        <w:ind w:firstLine="284"/>
        <w:jc w:val="both"/>
      </w:pPr>
      <w:r w:rsidRPr="00994820">
        <w:t>Alle ali si univa un mantello maestoso, lungo e profondo, che scendeva fino a lambire il pavimento con decine di frange scolpite, sottili e appuntite, ognuna apparentemente in movimento, come se fosse stata colta nel preciso istante in cui il vento l’aveva sollevata. Ogni filo, ogni piega del mantello sembrava vivo, come se un tocco bastasse a spezzare l’illusione della pietra per liberare una nube di ombra nel tempio.</w:t>
      </w:r>
    </w:p>
    <w:p w14:paraId="39C3424B" w14:textId="77777777" w:rsidR="007C3C6C" w:rsidRPr="00994820" w:rsidRDefault="007C3C6C" w:rsidP="00704DFD">
      <w:pPr>
        <w:spacing w:before="120" w:line="360" w:lineRule="auto"/>
        <w:ind w:firstLine="284"/>
        <w:jc w:val="both"/>
      </w:pPr>
      <w:r w:rsidRPr="00994820">
        <w:t>Il volto era privo di lineamenti umani. L’unico, enorme occhio al centro del capo era l’elemento dominante, intagliato con una maestria così precisa da sembrare reale. L’iride, leggermente incavata e decorata con cerchi concentrici microscopici, rifletteva la luce con una tonalità dorata mutevole, come un metallo vivo. La pupilla verticale, incisa in profondità, sembrava dilatarsi e contrarsi a seconda dell’angolo da cui la si guardava, dando la sensazione disturbante che l’occhio fosse davvero in grado di seguire ogni movimento dei presenti. Era lo sguardo di un dio: onnisciente, implacabile, senza traccia di giudizio umano, puro atto di osservazione eterna.</w:t>
      </w:r>
    </w:p>
    <w:p w14:paraId="12D30FE4" w14:textId="77777777" w:rsidR="007C3C6C" w:rsidRPr="00994820" w:rsidRDefault="007C3C6C" w:rsidP="00704DFD">
      <w:pPr>
        <w:spacing w:before="120" w:line="360" w:lineRule="auto"/>
        <w:ind w:firstLine="284"/>
        <w:jc w:val="both"/>
      </w:pPr>
      <w:r w:rsidRPr="00994820">
        <w:lastRenderedPageBreak/>
        <w:t>Sul petto, perfettamente incastonato nella veste, spiccava un triangolo dorato. Non era una semplice decorazione: scavato in profondità e riempito di un metallo che emanava luce propria. Dall’interno del triangolo si dipartivano sottilissime incisioni dorate, come vene di un circuito, che correvano lungo il corpo fino all’orlo della veste, creando un reticolo di simboli minori — triangoli, linee, disegni confusi — disposti secondo una geometria incomprensibile, un linguaggio sacro il cui significato era perso o forse mai destinato agli uomini.</w:t>
      </w:r>
    </w:p>
    <w:p w14:paraId="46154CBC" w14:textId="77777777" w:rsidR="007C3C6C" w:rsidRPr="00994820" w:rsidRDefault="007C3C6C" w:rsidP="00704DFD">
      <w:pPr>
        <w:spacing w:before="120" w:line="360" w:lineRule="auto"/>
        <w:ind w:firstLine="284"/>
        <w:jc w:val="both"/>
      </w:pPr>
      <w:r w:rsidRPr="00994820">
        <w:t>Le mani, grandi e dalle dita allungate, erano tese in avanti, aperte in un gesto ambiguo: un invito e una minaccia insieme, come se la statua stesse offrendo la sua benedizione ma fosse pronta, allo stesso tempo, a stringere e schiacciare tutto ciò che vi si avvicinava. Ogni falange era modellata con precisione inquietante, tanto da lasciar intravedere le linee della pelle, come se non fosse scultura, ma carne pietrificata.</w:t>
      </w:r>
    </w:p>
    <w:p w14:paraId="3A2D96E6" w14:textId="77777777" w:rsidR="007C3C6C" w:rsidRPr="00994820" w:rsidRDefault="007C3C6C" w:rsidP="00704DFD">
      <w:pPr>
        <w:spacing w:before="120" w:line="360" w:lineRule="auto"/>
        <w:ind w:firstLine="284"/>
        <w:jc w:val="both"/>
      </w:pPr>
      <w:r w:rsidRPr="00994820">
        <w:t>Sopra la testa, sospesa senza alcun sostegno, una perfetta aureola dorata, non piatta come quelle delle rappresentazioni classiche, ma scolpita con un lieve spessore, come un anello di metallo puro levitante a pochi centimetri dal capo. Questa aureola catturava la luce dei glifi dorati e la restituiva con bagliori lievi ma costanti, riflessi che si proiettavano sulle pareti lisce e scure del tempio creando un alone geometrico che pareva respirare insieme alla statua stessa.</w:t>
      </w:r>
    </w:p>
    <w:p w14:paraId="0202BDCA" w14:textId="77777777" w:rsidR="007C3C6C" w:rsidRPr="00994820" w:rsidRDefault="007C3C6C" w:rsidP="00704DFD">
      <w:pPr>
        <w:spacing w:before="120" w:line="360" w:lineRule="auto"/>
        <w:ind w:firstLine="284"/>
        <w:jc w:val="both"/>
      </w:pPr>
      <w:r w:rsidRPr="00994820">
        <w:t>Alla base della statua, il glifo di Bill — un triangolo con una coda serpeggiante — era inciso con una profondità tale da sembrare scolpito nell’essenza stessa del pavimento, e da esso si irradiava un bagliore dorato pulsante, ogni vibrazione perfettamente sincronizzata con il ronzio costante del tempio.</w:t>
      </w:r>
    </w:p>
    <w:p w14:paraId="3E37A5C1" w14:textId="77777777" w:rsidR="007C3C6C" w:rsidRPr="00994820" w:rsidRDefault="007C3C6C" w:rsidP="00704DFD">
      <w:pPr>
        <w:spacing w:before="120" w:line="360" w:lineRule="auto"/>
        <w:ind w:firstLine="284"/>
        <w:jc w:val="both"/>
      </w:pPr>
      <w:r w:rsidRPr="00994820">
        <w:t>Guardando quella scultura, non si aveva l’impressione di trovarsi di fronte a un’opera inanimata. Era come osservare un frammento di un dio, un’immagine fissata in un istante eterno di potere e controllo, pronta a tornare in vita al minimo sussurro della sua volontà.</w:t>
      </w:r>
    </w:p>
    <w:p w14:paraId="77DEBFDE" w14:textId="1F7FBD58" w:rsidR="007C3C6C" w:rsidRPr="00994820" w:rsidRDefault="007C3C6C" w:rsidP="00704DFD">
      <w:pPr>
        <w:spacing w:before="120" w:line="360" w:lineRule="auto"/>
        <w:ind w:firstLine="284"/>
        <w:jc w:val="both"/>
      </w:pPr>
      <w:r w:rsidRPr="00994820">
        <w:t>Fanny rimase immobile. Sentiva il respiro spezzarsi, come se la sola aria di quel luogo fosse troppo pesante per i polmoni umani. Il suo Boost Tek emise un tremolio quasi impercettibile, disturbato da un campo energetico che non avrebbe dovuto esistere.</w:t>
      </w:r>
      <w:r w:rsidR="003F3E6B">
        <w:t xml:space="preserve"> </w:t>
      </w:r>
      <w:r w:rsidRPr="00994820">
        <w:t>Becky, al suo fianco, ridusse al minimo la propria luminosità olografica, come se temesse di disturbare quel silenzio perfetto.</w:t>
      </w:r>
    </w:p>
    <w:p w14:paraId="3773A7ED" w14:textId="77777777" w:rsidR="007C3C6C" w:rsidRPr="00994820" w:rsidRDefault="007C3C6C" w:rsidP="00704DFD">
      <w:pPr>
        <w:spacing w:before="120" w:line="360" w:lineRule="auto"/>
        <w:ind w:firstLine="284"/>
        <w:jc w:val="both"/>
      </w:pPr>
      <w:r w:rsidRPr="00994820">
        <w:t>«Sembra… vivo» mormorò Fanny, la voce che le usciva appena più di un sussurro.</w:t>
      </w:r>
      <w:r w:rsidRPr="00994820">
        <w:br/>
        <w:t>Becky la fissò con i suoi occhi digitali, oscillando come se stesse elaborando l’ambiente. «Questo non è un semplice tempio…» disse alla fine. «…È opprimente e mi disgusta.» la interruppe Fanny.</w:t>
      </w:r>
    </w:p>
    <w:p w14:paraId="6AFE07BC" w14:textId="77777777" w:rsidR="007C3C6C" w:rsidRPr="00994820" w:rsidRDefault="007C3C6C" w:rsidP="00704DFD">
      <w:pPr>
        <w:spacing w:before="120" w:line="360" w:lineRule="auto"/>
        <w:ind w:firstLine="284"/>
        <w:jc w:val="both"/>
      </w:pPr>
      <w:r w:rsidRPr="00994820">
        <w:t>La ragazza dai capelli di fuoco abbassò lo sguardo, incapace di sostenere a lungo quello scolpito nella pietra. Le sue mani si strinsero a pugno, e per un istante provò la sensazione inquietante che l’intero luogo non stesse solo guardando: stesse aspettando.</w:t>
      </w:r>
    </w:p>
    <w:p w14:paraId="2E7BB2EE" w14:textId="77777777" w:rsidR="007C3C6C" w:rsidRPr="00994820" w:rsidRDefault="007C3C6C" w:rsidP="00704DFD">
      <w:pPr>
        <w:spacing w:before="120" w:line="360" w:lineRule="auto"/>
        <w:ind w:firstLine="284"/>
        <w:jc w:val="both"/>
      </w:pPr>
      <w:r w:rsidRPr="00994820">
        <w:t xml:space="preserve">Per dei minuti che sembravano eterni vagò in quella densa oscurità che riempiva quel tempio alla ricerca della prossima scala, senza successo: non sembrava esserci uscita da quel luogo. Completata l’inutile ricerca si </w:t>
      </w:r>
      <w:r w:rsidRPr="00994820">
        <w:lastRenderedPageBreak/>
        <w:t>voltò, solo per ritrovarsi a terra, sobbalzata dallo shock: la statua si era voltata, o comunque l’aveva seguita. Nonostante l’avesse senz’altro superata durante le sue ricerche, ora quell’occhio dorato era di nuovo rivolto verso di lei.</w:t>
      </w:r>
    </w:p>
    <w:p w14:paraId="5A8C2336" w14:textId="77777777" w:rsidR="007C3C6C" w:rsidRPr="00994820" w:rsidRDefault="007C3C6C" w:rsidP="00704DFD">
      <w:pPr>
        <w:spacing w:before="120" w:line="360" w:lineRule="auto"/>
        <w:ind w:firstLine="284"/>
        <w:jc w:val="both"/>
      </w:pPr>
      <w:r w:rsidRPr="00994820">
        <w:t>«Becky!» gridò senza pensarci Fanny e l’ologramma apparve a fianco a lei</w:t>
      </w:r>
    </w:p>
    <w:p w14:paraId="4D2FA4C9" w14:textId="77777777" w:rsidR="007C3C6C" w:rsidRPr="00994820" w:rsidRDefault="007C3C6C" w:rsidP="00704DFD">
      <w:pPr>
        <w:spacing w:before="120" w:line="360" w:lineRule="auto"/>
        <w:ind w:firstLine="284"/>
        <w:jc w:val="both"/>
      </w:pPr>
      <w:r w:rsidRPr="00994820">
        <w:t>«Sì, questa statua sembra seguire gli ospiti del tempio» commentò freddamente l’ologramma.</w:t>
      </w:r>
    </w:p>
    <w:p w14:paraId="37D18883" w14:textId="77777777" w:rsidR="007C3C6C" w:rsidRPr="00994820" w:rsidRDefault="007C3C6C" w:rsidP="00704DFD">
      <w:pPr>
        <w:spacing w:before="120" w:line="360" w:lineRule="auto"/>
        <w:ind w:firstLine="284"/>
        <w:jc w:val="both"/>
      </w:pPr>
      <w:r w:rsidRPr="00994820">
        <w:t>«Bene. E come raggiungiamo il tredicesimo piano? A Pugni? Non mi dispiacerebbe.» commentò immaginando quanto sarebbe soddisfacente spaccare quell’occhio così inquietante.</w:t>
      </w:r>
    </w:p>
    <w:p w14:paraId="7C6EED17" w14:textId="77777777" w:rsidR="007C3C6C" w:rsidRPr="00994820" w:rsidRDefault="007C3C6C" w:rsidP="00704DFD">
      <w:pPr>
        <w:spacing w:before="120" w:line="360" w:lineRule="auto"/>
        <w:ind w:firstLine="284"/>
        <w:jc w:val="both"/>
      </w:pPr>
      <w:r w:rsidRPr="00994820">
        <w:t>Solo allora si accorse che qui non c’erano segni di vandalismo, e che anzi tutto sembrava assolutamente immacolato.</w:t>
      </w:r>
    </w:p>
    <w:p w14:paraId="468A93F3" w14:textId="77777777" w:rsidR="007C3C6C" w:rsidRPr="00994820" w:rsidRDefault="007C3C6C" w:rsidP="00704DFD">
      <w:pPr>
        <w:spacing w:before="120" w:line="360" w:lineRule="auto"/>
        <w:ind w:firstLine="284"/>
        <w:jc w:val="both"/>
      </w:pPr>
      <w:r w:rsidRPr="00994820">
        <w:t>«Il caos sembra essere l’unica cosa ben accetta qui…» concluse Fanny.</w:t>
      </w:r>
    </w:p>
    <w:p w14:paraId="4D5AB036" w14:textId="77777777" w:rsidR="007C3C6C" w:rsidRPr="00994820" w:rsidRDefault="007C3C6C" w:rsidP="00704DFD">
      <w:pPr>
        <w:spacing w:before="120" w:line="360" w:lineRule="auto"/>
        <w:ind w:firstLine="284"/>
        <w:jc w:val="both"/>
      </w:pPr>
      <w:r w:rsidRPr="00994820">
        <w:t>Alla parola Caos, la statua cominciò a muoversi. La scultura e la sua base ampia cominciarono a salire verso il tredicesimo piano, lentamente, mentre dal soffitto si apriva un varco.</w:t>
      </w:r>
    </w:p>
    <w:p w14:paraId="2B26E6C7" w14:textId="77777777" w:rsidR="007C3C6C" w:rsidRPr="00994820" w:rsidRDefault="007C3C6C" w:rsidP="00704DFD">
      <w:pPr>
        <w:spacing w:before="120" w:line="360" w:lineRule="auto"/>
        <w:ind w:firstLine="284"/>
        <w:jc w:val="both"/>
      </w:pPr>
      <w:r w:rsidRPr="00994820">
        <w:t>«Una parola d’ordine, davvero?» si limitò a osservare Fanny poco prima di scattare sulla pedana.</w:t>
      </w:r>
    </w:p>
    <w:p w14:paraId="0E702DFF" w14:textId="345CE24C" w:rsidR="00A20E7A" w:rsidRDefault="007C3C6C" w:rsidP="00704DFD">
      <w:pPr>
        <w:spacing w:before="120" w:line="360" w:lineRule="auto"/>
        <w:ind w:firstLine="284"/>
        <w:jc w:val="both"/>
      </w:pPr>
      <w:r w:rsidRPr="00994820">
        <w:t>I boost tek erano carichi, lei si era riposata più che a sufficienza ed era pronta ad affrontare l’Ultimo piano di quella torre sconfinata.</w:t>
      </w:r>
    </w:p>
    <w:p w14:paraId="2F63CF82" w14:textId="4767AAB8" w:rsidR="003F3E6B" w:rsidRPr="00994820" w:rsidRDefault="00A20E7A" w:rsidP="00A20E7A">
      <w:pPr>
        <w:spacing w:after="160" w:line="259" w:lineRule="auto"/>
      </w:pPr>
      <w:r>
        <w:br w:type="page"/>
      </w:r>
    </w:p>
    <w:p w14:paraId="02242C9C" w14:textId="55FE9ED1" w:rsidR="007C3C6C" w:rsidRPr="003F3E6B" w:rsidRDefault="007C3C6C" w:rsidP="004739EF">
      <w:pPr>
        <w:pStyle w:val="Titolo1"/>
        <w:jc w:val="center"/>
      </w:pPr>
      <w:r w:rsidRPr="003F3E6B">
        <w:lastRenderedPageBreak/>
        <w:t xml:space="preserve">Capitolo </w:t>
      </w:r>
      <w:r w:rsidR="003F3E6B">
        <w:t>XXII</w:t>
      </w:r>
      <w:r w:rsidRPr="003F3E6B">
        <w:t xml:space="preserve"> – La Sorridente</w:t>
      </w:r>
    </w:p>
    <w:p w14:paraId="40D01565" w14:textId="77777777" w:rsidR="007C3C6C" w:rsidRDefault="007C3C6C" w:rsidP="00704DFD">
      <w:pPr>
        <w:spacing w:before="120" w:line="360" w:lineRule="auto"/>
        <w:ind w:firstLine="284"/>
        <w:jc w:val="both"/>
      </w:pPr>
    </w:p>
    <w:p w14:paraId="1646E0C0" w14:textId="77777777" w:rsidR="003F3E6B" w:rsidRDefault="003F3E6B" w:rsidP="00704DFD">
      <w:pPr>
        <w:spacing w:before="120" w:line="360" w:lineRule="auto"/>
        <w:ind w:firstLine="284"/>
        <w:jc w:val="both"/>
      </w:pPr>
    </w:p>
    <w:p w14:paraId="140B01C2" w14:textId="77777777" w:rsidR="003F3E6B" w:rsidRDefault="003F3E6B" w:rsidP="00704DFD">
      <w:pPr>
        <w:spacing w:before="120" w:line="360" w:lineRule="auto"/>
        <w:ind w:firstLine="284"/>
        <w:jc w:val="both"/>
      </w:pPr>
    </w:p>
    <w:p w14:paraId="4C2A0C34" w14:textId="77777777" w:rsidR="003F3E6B" w:rsidRPr="00994820" w:rsidRDefault="003F3E6B" w:rsidP="00704DFD">
      <w:pPr>
        <w:spacing w:before="120" w:line="360" w:lineRule="auto"/>
        <w:ind w:firstLine="284"/>
        <w:jc w:val="both"/>
      </w:pPr>
    </w:p>
    <w:p w14:paraId="4BC39333" w14:textId="77777777" w:rsidR="003F3E6B" w:rsidRDefault="007C3C6C" w:rsidP="00704DFD">
      <w:pPr>
        <w:spacing w:before="120" w:line="360" w:lineRule="auto"/>
        <w:ind w:firstLine="284"/>
        <w:jc w:val="both"/>
      </w:pPr>
      <w:r w:rsidRPr="00994820">
        <w:t>La piattaforma proveniente dal dodicesimo piano si arrestò con un sibilo metallico, un fremito che fece vibrare i piedi di Fanny.</w:t>
      </w:r>
    </w:p>
    <w:p w14:paraId="09D18A6E" w14:textId="3A1DF494" w:rsidR="007C3C6C" w:rsidRPr="00994820" w:rsidRDefault="007C3C6C" w:rsidP="00704DFD">
      <w:pPr>
        <w:spacing w:before="120" w:line="360" w:lineRule="auto"/>
        <w:ind w:firstLine="284"/>
        <w:jc w:val="both"/>
      </w:pPr>
      <w:r w:rsidRPr="00994820">
        <w:t>Davanti a lei, un varco triangolare si aprì con un bagliore intermittente, rivelando l’accesso al tredicesimo ed ultimo piano di quella torre ingiusta. L’aria che ne uscì era densa, carica di elettricità e di un odore dolciastro che sapeva di chimico e ozono bruciato.</w:t>
      </w:r>
      <w:r w:rsidR="00CD408F">
        <w:t xml:space="preserve"> </w:t>
      </w:r>
      <w:r w:rsidRPr="00994820">
        <w:t>Becky, sospesa accanto a lei, ridusse automaticamente la propria luminosità, come se quell’ambiente stesse già tentando di sovraccaricarne i sensori.</w:t>
      </w:r>
    </w:p>
    <w:p w14:paraId="46B8540F" w14:textId="0986F6A0" w:rsidR="007C3C6C" w:rsidRPr="00994820" w:rsidRDefault="007C3C6C" w:rsidP="00704DFD">
      <w:pPr>
        <w:spacing w:before="120" w:line="360" w:lineRule="auto"/>
        <w:ind w:firstLine="284"/>
        <w:jc w:val="both"/>
      </w:pPr>
      <w:r w:rsidRPr="00994820">
        <w:t>Fanny inspirò lentamente. Il cuore artificiale diede un colpo secco, come se avesse percepito la tensione del suo corpo.</w:t>
      </w:r>
      <w:r w:rsidR="003F3E6B">
        <w:t xml:space="preserve"> </w:t>
      </w:r>
      <w:r w:rsidRPr="00994820">
        <w:t>Un passo, poi un altro, la mente attenta a ogni rumore, a ogni scossone della piattaforma che tornava indietro lasciandola sola davanti all’ingresso.</w:t>
      </w:r>
      <w:r w:rsidRPr="00994820">
        <w:br/>
        <w:t>Sapeva che oltre quella soglia non c’era solo la Sorridente: lì dentro c’era la fine, in un modo o nell’altro. Ne era certa, varcato quel portone ne sarebbe uscita solo da vincente o da cadavere, ma ormai, dopo tutto quel dolore, quelle morti e quella disperazione che aveva vissuto era più che pronta ad affrontare qualunque cosa le sarebbe stata posto davanti.</w:t>
      </w:r>
    </w:p>
    <w:p w14:paraId="287DA2D6" w14:textId="12A879E3" w:rsidR="007C3C6C" w:rsidRPr="00994820" w:rsidRDefault="007C3C6C" w:rsidP="00704DFD">
      <w:pPr>
        <w:spacing w:before="120" w:line="360" w:lineRule="auto"/>
        <w:ind w:firstLine="284"/>
        <w:jc w:val="both"/>
      </w:pPr>
      <w:r w:rsidRPr="00994820">
        <w:t>Varcata la soglia, la realtà esplose in uno spettacolo ipnotico.</w:t>
      </w:r>
      <w:r w:rsidR="003F3E6B">
        <w:t xml:space="preserve"> </w:t>
      </w:r>
      <w:r w:rsidRPr="00994820">
        <w:t>L’intero tredicesimo piano era un palcoscenico vivente: fasci di luce al neon si incrociavano in geometrie taglienti, saturando lo spazio di rosa violaceo, azzurro glaciale e bianco abbagliante. I flash stroboscopici si alternavano in perfetta sincronia con una base elettronica dal ritmo ossessivo, piena di bassi profondi e cori campionati che si rincorrevano come elettroni attorno a un nucleo.</w:t>
      </w:r>
    </w:p>
    <w:p w14:paraId="76DCA7FB" w14:textId="77777777" w:rsidR="007C3C6C" w:rsidRPr="00994820" w:rsidRDefault="007C3C6C" w:rsidP="00704DFD">
      <w:pPr>
        <w:spacing w:before="120" w:line="360" w:lineRule="auto"/>
        <w:ind w:firstLine="284"/>
        <w:jc w:val="both"/>
      </w:pPr>
      <w:r w:rsidRPr="00994820">
        <w:t>Ogni superficie era riflettente: il pavimento sembrava uno specchio liquido, mentre le pareti curve restituivano l’immagine distorta di chiunque vi si muovesse, moltiplicando figure e luci in infiniti riflessi. A ogni beat, particelle sottili nell’aria brillavano come polvere di vetro, mentre la gravità oscillava appena, quel tanto che bastava per far levitare una ciocca di capelli di Fanny e far galleggiare alcuni frammenti metallici prima che ricadessero a terra.</w:t>
      </w:r>
    </w:p>
    <w:p w14:paraId="0A2549E3" w14:textId="77777777" w:rsidR="007C3C6C" w:rsidRPr="00994820" w:rsidRDefault="007C3C6C" w:rsidP="00704DFD">
      <w:pPr>
        <w:spacing w:before="120" w:line="360" w:lineRule="auto"/>
        <w:ind w:firstLine="284"/>
        <w:jc w:val="both"/>
      </w:pPr>
      <w:r w:rsidRPr="00994820">
        <w:t>L’odore dolciastro dei profumi sintetici si mescolava all’aroma acre di ozono, dando la sensazione di trovarsi in una sala prove di un’icona pop più che in un piano di una torre governativa.</w:t>
      </w:r>
      <w:r w:rsidRPr="00994820">
        <w:br/>
        <w:t>Perfino Becky, accanto a lei, abbassò automaticamente la propria luminosità, come se l’ambiente stesso fosse progettato per sovrastare ogni presenza.</w:t>
      </w:r>
    </w:p>
    <w:p w14:paraId="53904D20" w14:textId="3959C670" w:rsidR="007C3C6C" w:rsidRPr="00994820" w:rsidRDefault="007C3C6C" w:rsidP="00704DFD">
      <w:pPr>
        <w:spacing w:before="120" w:line="360" w:lineRule="auto"/>
        <w:ind w:firstLine="284"/>
        <w:jc w:val="both"/>
      </w:pPr>
      <w:r w:rsidRPr="00994820">
        <w:lastRenderedPageBreak/>
        <w:t xml:space="preserve">Al centro della sala, un cono di luce bianca isolava la figura principale: </w:t>
      </w:r>
      <w:r w:rsidRPr="00994820">
        <w:rPr>
          <w:b/>
          <w:bCs/>
        </w:rPr>
        <w:t>La Sorridente</w:t>
      </w:r>
      <w:r w:rsidRPr="00994820">
        <w:t xml:space="preserve"> – in una posa che richiamava le danzatrici del settore Gaudia.</w:t>
      </w:r>
      <w:r w:rsidR="003F3E6B">
        <w:t xml:space="preserve"> </w:t>
      </w:r>
      <w:r w:rsidRPr="00994820">
        <w:t>I suoi movimenti erano calibrati alla perfezione, fluidi e innaturali come quelli di un ologramma. I lunghi capelli platino con punte rosa acceso si muovevano come fibre ottiche vive, riflettendo ogni bagliore al neon. La giacca nera con inserti fucsia, la minigonna a quadri rosa e le calze a rete scintillavano a ogni passo di danza.</w:t>
      </w:r>
    </w:p>
    <w:p w14:paraId="61EB9F49" w14:textId="77777777" w:rsidR="007C3C6C" w:rsidRPr="00994820" w:rsidRDefault="007C3C6C" w:rsidP="00704DFD">
      <w:pPr>
        <w:spacing w:before="120" w:line="360" w:lineRule="auto"/>
        <w:ind w:firstLine="284"/>
        <w:jc w:val="both"/>
      </w:pPr>
      <w:r w:rsidRPr="00994820">
        <w:t xml:space="preserve">Intorno a lei, almeno venti </w:t>
      </w:r>
      <w:r w:rsidRPr="00994820">
        <w:rPr>
          <w:b/>
          <w:bCs/>
        </w:rPr>
        <w:t>Elvenar</w:t>
      </w:r>
      <w:r w:rsidRPr="00994820">
        <w:t xml:space="preserve"> la circondavano in una coreografia sincronizzata.</w:t>
      </w:r>
      <w:r w:rsidRPr="00994820">
        <w:br/>
        <w:t>Corpi lisci, dalla pelle pallida come ceramica, attraversati da sottili venature dorate pulsanti di energia. Volti senza occhi, senza sopracciglia, solo un accenno di bocca curva in un sorriso neutro e inquietante. Sulla fronte di ciascuno campeggiava un numero inciso, rosso vivo.</w:t>
      </w:r>
      <w:r w:rsidRPr="00994820">
        <w:br/>
        <w:t xml:space="preserve">Eppure indossavano </w:t>
      </w:r>
      <w:r w:rsidRPr="00994820">
        <w:rPr>
          <w:b/>
          <w:bCs/>
        </w:rPr>
        <w:t>outfit femminili succinti e colorati</w:t>
      </w:r>
      <w:r w:rsidRPr="00994820">
        <w:t>, fatti di tessuti a LED che lampeggiavano in sincrono con la musica. Reggiseni e minigonne al neon, accessori in fibra ottica e pannelli trasparenti che proiettavano micro-ologrammi decorativi.</w:t>
      </w:r>
    </w:p>
    <w:p w14:paraId="274AAB7B" w14:textId="3BEAA5EC" w:rsidR="007C3C6C" w:rsidRPr="00994820" w:rsidRDefault="007C3C6C" w:rsidP="00704DFD">
      <w:pPr>
        <w:spacing w:before="120" w:line="360" w:lineRule="auto"/>
        <w:ind w:firstLine="284"/>
        <w:jc w:val="both"/>
      </w:pPr>
      <w:r w:rsidRPr="00994820">
        <w:t>Il contrasto era disturbante: quei corpi inumani, nudi nella loro essenza, privati della loro stessa anima erano forzati in un’estetica pop artificiale. Si muovevano con precisione millimetrica, perfetta, ma senza alcuna emozione reale.</w:t>
      </w:r>
      <w:r w:rsidR="00F04EF8">
        <w:t xml:space="preserve"> </w:t>
      </w:r>
      <w:r w:rsidRPr="00994820">
        <w:t>I sorrisi LED incisi sui loro volti li rendevano simili a bambole rotte travestite da icone di moda, un’immagine pensata per essere bella e che invece era semplicemente sbagliata.</w:t>
      </w:r>
    </w:p>
    <w:p w14:paraId="5EDA7F45" w14:textId="77777777" w:rsidR="00F04EF8" w:rsidRDefault="007C3C6C" w:rsidP="00704DFD">
      <w:pPr>
        <w:spacing w:before="120" w:line="360" w:lineRule="auto"/>
        <w:ind w:firstLine="284"/>
        <w:jc w:val="both"/>
      </w:pPr>
      <w:r w:rsidRPr="00994820">
        <w:t>Fanny si bloccò a metà passo.</w:t>
      </w:r>
      <w:r w:rsidR="00F04EF8">
        <w:t xml:space="preserve"> </w:t>
      </w:r>
      <w:r w:rsidRPr="00994820">
        <w:t>Il cuore le premeva contro il petto, più forte del solito, quasi doloroso. Quei movimenti, quel sorriso.</w:t>
      </w:r>
    </w:p>
    <w:p w14:paraId="76A1601A" w14:textId="4868282F" w:rsidR="007C3C6C" w:rsidRPr="00994820" w:rsidRDefault="007C3C6C" w:rsidP="00704DFD">
      <w:pPr>
        <w:spacing w:before="120" w:line="360" w:lineRule="auto"/>
        <w:ind w:firstLine="284"/>
        <w:jc w:val="both"/>
      </w:pPr>
      <w:r w:rsidRPr="00994820">
        <w:rPr>
          <w:b/>
          <w:bCs/>
        </w:rPr>
        <w:t>Li conosceva.</w:t>
      </w:r>
    </w:p>
    <w:p w14:paraId="3A6EEE00" w14:textId="77777777" w:rsidR="00F04EF8" w:rsidRDefault="007C3C6C" w:rsidP="00704DFD">
      <w:pPr>
        <w:spacing w:before="120" w:line="360" w:lineRule="auto"/>
        <w:ind w:firstLine="284"/>
        <w:jc w:val="both"/>
      </w:pPr>
      <w:r w:rsidRPr="00994820">
        <w:t xml:space="preserve">Un ricordo si accese, vivido come una scarica elettrica: la </w:t>
      </w:r>
      <w:r w:rsidRPr="00994820">
        <w:rPr>
          <w:b/>
          <w:bCs/>
        </w:rPr>
        <w:t>monaca della Hope Factory</w:t>
      </w:r>
      <w:r w:rsidRPr="00994820">
        <w:t>, Elysis, con i capelli rosa che spuntavano dal velo, il tono rassicurante mentre parlava di felicità e dimenticanza.</w:t>
      </w:r>
    </w:p>
    <w:p w14:paraId="27F0BE28" w14:textId="6FB629CF" w:rsidR="007C3C6C" w:rsidRPr="00994820" w:rsidRDefault="007C3C6C" w:rsidP="00704DFD">
      <w:pPr>
        <w:spacing w:before="120" w:line="360" w:lineRule="auto"/>
        <w:ind w:firstLine="284"/>
        <w:jc w:val="both"/>
      </w:pPr>
      <w:r w:rsidRPr="00994820">
        <w:t xml:space="preserve">Un altro ricordo la colpì subito dopo: il </w:t>
      </w:r>
      <w:r w:rsidRPr="00994820">
        <w:rPr>
          <w:b/>
          <w:bCs/>
        </w:rPr>
        <w:t>Teatro dell’Abbandono</w:t>
      </w:r>
      <w:r w:rsidRPr="00994820">
        <w:t>, l’ologramma idol che ballava con la stessa energia artificiale, con quei codini che scintillavano di luci rosa e dorate. All’epoca aveva pensato fosse solo un’esibizione. Ora era chiaro: non era mai stata una semplice cantante virtuale.</w:t>
      </w:r>
    </w:p>
    <w:p w14:paraId="59BBCFFC" w14:textId="68017CB5" w:rsidR="007C3C6C" w:rsidRPr="00994820" w:rsidRDefault="007C3C6C" w:rsidP="00704DFD">
      <w:pPr>
        <w:spacing w:before="120" w:line="360" w:lineRule="auto"/>
        <w:ind w:firstLine="284"/>
        <w:jc w:val="both"/>
      </w:pPr>
      <w:r w:rsidRPr="00994820">
        <w:t xml:space="preserve">Fanny strinse i pugni. </w:t>
      </w:r>
      <w:r w:rsidRPr="00994820">
        <w:rPr>
          <w:b/>
          <w:bCs/>
        </w:rPr>
        <w:t>Non poteva essere una coincidenza.</w:t>
      </w:r>
      <w:r w:rsidR="001639E7">
        <w:t xml:space="preserve"> </w:t>
      </w:r>
      <w:r w:rsidRPr="00994820">
        <w:t xml:space="preserve">La suora che aiutava la resistenza. L’idol olografica. La Sorridente che aveva manipolato un’intera città. </w:t>
      </w:r>
      <w:r w:rsidRPr="00994820">
        <w:rPr>
          <w:b/>
          <w:bCs/>
        </w:rPr>
        <w:t>Erano tutte la stessa persona.</w:t>
      </w:r>
    </w:p>
    <w:p w14:paraId="1526CD04" w14:textId="77777777" w:rsidR="007C3C6C" w:rsidRPr="00994820" w:rsidRDefault="007C3C6C" w:rsidP="00704DFD">
      <w:pPr>
        <w:spacing w:before="120" w:line="360" w:lineRule="auto"/>
        <w:ind w:firstLine="284"/>
        <w:jc w:val="both"/>
      </w:pPr>
      <w:r w:rsidRPr="00994820">
        <w:t>Uno strano disgusto le salì alla gola mentre lo sguardo scivolava sugli Elvenar. Chi erano prima di essere costretti nell’ingrato ruolo di bambole danzanti in mano a una pazza? Se lo chiese mentre cercava di ricostruire l’umanità persa nei loro volti vuoti.</w:t>
      </w:r>
    </w:p>
    <w:p w14:paraId="7D37247A" w14:textId="77777777" w:rsidR="001639E7" w:rsidRDefault="007C3C6C" w:rsidP="00704DFD">
      <w:pPr>
        <w:spacing w:before="120" w:line="360" w:lineRule="auto"/>
        <w:ind w:firstLine="284"/>
        <w:jc w:val="both"/>
      </w:pPr>
      <w:r w:rsidRPr="00994820">
        <w:t>Becky proiettò un overlay con la sua voce metallica:</w:t>
      </w:r>
    </w:p>
    <w:p w14:paraId="0C93DD76" w14:textId="311B3E70" w:rsidR="007C3C6C" w:rsidRPr="00994820" w:rsidRDefault="007C3C6C" w:rsidP="00704DFD">
      <w:pPr>
        <w:spacing w:before="120" w:line="360" w:lineRule="auto"/>
        <w:ind w:firstLine="284"/>
        <w:jc w:val="both"/>
      </w:pPr>
      <w:r w:rsidRPr="00994820">
        <w:rPr>
          <w:b/>
          <w:bCs/>
        </w:rPr>
        <w:t>«Identità confermata: Elysis. Probabilità &gt;97%.»</w:t>
      </w:r>
    </w:p>
    <w:p w14:paraId="1FA3A487" w14:textId="77777777" w:rsidR="007C3C6C" w:rsidRPr="00994820" w:rsidRDefault="007C3C6C" w:rsidP="00704DFD">
      <w:pPr>
        <w:spacing w:before="120" w:line="360" w:lineRule="auto"/>
        <w:ind w:firstLine="284"/>
        <w:jc w:val="both"/>
      </w:pPr>
      <w:r w:rsidRPr="00994820">
        <w:lastRenderedPageBreak/>
        <w:t>Fanny deglutì, percependo un misto di nausea e rabbia. La donna che aveva creduto essere un’alleata, certo, forse non quella che più le piaceva, ma pur sempre un’alleata, stava semplicemente giocando con le proprie prede ben chiuse in una gabbia su cui aveva il massimo controllo.</w:t>
      </w:r>
    </w:p>
    <w:p w14:paraId="63EB8C68" w14:textId="77777777" w:rsidR="007C3C6C" w:rsidRPr="00994820" w:rsidRDefault="007C3C6C" w:rsidP="00704DFD">
      <w:pPr>
        <w:spacing w:before="120" w:line="360" w:lineRule="auto"/>
        <w:ind w:firstLine="284"/>
        <w:jc w:val="both"/>
      </w:pPr>
      <w:r w:rsidRPr="00994820">
        <w:t>Fanny serrò i pugni fino a sentire gli innesti del braccio meccanico sforzarsi, ogni muscolo era teso, ogni respiro un atto di volontà per non scagliarsi subito addosso a quella donna. La nausea e la rabbia si mescolavano, un sapore metallico che le bruciava la lingua.</w:t>
      </w:r>
    </w:p>
    <w:p w14:paraId="5E7668EA" w14:textId="77777777" w:rsidR="007C3C6C" w:rsidRPr="00994820" w:rsidRDefault="007C3C6C" w:rsidP="00704DFD">
      <w:pPr>
        <w:spacing w:before="120" w:line="360" w:lineRule="auto"/>
        <w:ind w:firstLine="284"/>
        <w:jc w:val="both"/>
      </w:pPr>
      <w:r w:rsidRPr="00994820">
        <w:rPr>
          <w:b/>
          <w:bCs/>
        </w:rPr>
        <w:t>«Quindi era tutto un gioco per te?»</w:t>
      </w:r>
      <w:r w:rsidRPr="00994820">
        <w:t xml:space="preserve"> La voce le uscì roca, quasi spezzata dalla fatica.</w:t>
      </w:r>
      <w:r w:rsidRPr="00994820">
        <w:br/>
      </w:r>
      <w:r w:rsidRPr="00994820">
        <w:rPr>
          <w:b/>
          <w:bCs/>
        </w:rPr>
        <w:t>«Hai giocato con noi, con la resistenza… con me?!»</w:t>
      </w:r>
    </w:p>
    <w:p w14:paraId="7FA3D1DD" w14:textId="77777777" w:rsidR="007C3C6C" w:rsidRPr="00994820" w:rsidRDefault="007C3C6C" w:rsidP="00704DFD">
      <w:pPr>
        <w:spacing w:before="120" w:line="360" w:lineRule="auto"/>
        <w:ind w:firstLine="284"/>
        <w:jc w:val="both"/>
      </w:pPr>
      <w:r w:rsidRPr="00994820">
        <w:t>Elysis si voltò lentamente, come se ogni movimento fosse parte di una coreografia studiata. Le dita scorrevano sul manico della chitarra glifica, accennando un arpeggio muto.</w:t>
      </w:r>
      <w:r w:rsidRPr="00994820">
        <w:br/>
        <w:t>Rise.</w:t>
      </w:r>
      <w:r w:rsidRPr="00994820">
        <w:br/>
        <w:t>Non di scherno secco, ma di una gioia sincera e disturbante, quasi infantile.</w:t>
      </w:r>
    </w:p>
    <w:p w14:paraId="586540C7" w14:textId="77777777" w:rsidR="001639E7" w:rsidRDefault="007C3C6C" w:rsidP="00704DFD">
      <w:pPr>
        <w:spacing w:before="120" w:line="360" w:lineRule="auto"/>
        <w:ind w:firstLine="284"/>
        <w:jc w:val="both"/>
      </w:pPr>
      <w:r w:rsidRPr="00994820">
        <w:rPr>
          <w:b/>
          <w:bCs/>
        </w:rPr>
        <w:t>«Ohh, Fanny, Fanny, Fanny…»</w:t>
      </w:r>
      <w:r w:rsidRPr="00994820">
        <w:t xml:space="preserve"> cantilenò, la voce squillante come una popstar che parla al suo pubblico immaginario. </w:t>
      </w:r>
      <w:r w:rsidRPr="00994820">
        <w:rPr>
          <w:b/>
          <w:bCs/>
        </w:rPr>
        <w:t>«Ti sei fatta fregare come una dilettante!»</w:t>
      </w:r>
      <w:r w:rsidR="001639E7">
        <w:t xml:space="preserve"> </w:t>
      </w:r>
      <w:r w:rsidRPr="00994820">
        <w:t xml:space="preserve">Un passo di danza, un mezzo giro su se stessa, il piede che batteva a tempo su un ritmo che solo lei sentiva. </w:t>
      </w:r>
      <w:r w:rsidRPr="00994820">
        <w:rPr>
          <w:b/>
          <w:bCs/>
        </w:rPr>
        <w:t xml:space="preserve">«Posso quasi percepire la Disperazione che serpeggia dentro di te, me la sono gustata durante tutta questa vostra inutile scalata» </w:t>
      </w:r>
      <w:r w:rsidRPr="00994820">
        <w:t>Poi assunse la posa prima di una suora in preghiera, e poi di una cantante che saluta il pubblico, tutto perfettamente al ritmo di quel frastuono assordante che lei definiva musica.</w:t>
      </w:r>
    </w:p>
    <w:p w14:paraId="4AB70AF6" w14:textId="221D4824" w:rsidR="007C3C6C" w:rsidRPr="00994820" w:rsidRDefault="007C3C6C" w:rsidP="00704DFD">
      <w:pPr>
        <w:spacing w:before="120" w:line="360" w:lineRule="auto"/>
        <w:ind w:firstLine="284"/>
        <w:jc w:val="both"/>
      </w:pPr>
      <w:r w:rsidRPr="00994820">
        <w:rPr>
          <w:b/>
          <w:bCs/>
        </w:rPr>
        <w:t>«Una suora devota, eh? Sempre così dolce e pronta a medicare i vostri tagli… ma dentro mi stavo annoiando da morire!»</w:t>
      </w:r>
    </w:p>
    <w:p w14:paraId="6B2C6CFC" w14:textId="77777777" w:rsidR="007C3C6C" w:rsidRPr="00994820" w:rsidRDefault="007C3C6C" w:rsidP="00704DFD">
      <w:pPr>
        <w:spacing w:before="120" w:line="360" w:lineRule="auto"/>
        <w:ind w:firstLine="284"/>
        <w:jc w:val="both"/>
      </w:pPr>
      <w:r w:rsidRPr="00994820">
        <w:t>Il volto si fece improvvisamente duro, rabbioso per un istante.</w:t>
      </w:r>
    </w:p>
    <w:p w14:paraId="225DF5C9" w14:textId="77777777" w:rsidR="007C3C6C" w:rsidRPr="00994820" w:rsidRDefault="007C3C6C" w:rsidP="00704DFD">
      <w:pPr>
        <w:spacing w:before="120" w:line="360" w:lineRule="auto"/>
        <w:ind w:firstLine="284"/>
        <w:jc w:val="both"/>
      </w:pPr>
      <w:r w:rsidRPr="00994820">
        <w:rPr>
          <w:b/>
          <w:bCs/>
        </w:rPr>
        <w:t>«Quella stupida resistenza lenta, goffa, sempre un passo indietro! Ho dovuto recitare per mesi, curare le loro ferite come una brava infermierina!»</w:t>
      </w:r>
    </w:p>
    <w:p w14:paraId="09AAEBC7" w14:textId="77777777" w:rsidR="007C3C6C" w:rsidRPr="00994820" w:rsidRDefault="007C3C6C" w:rsidP="00704DFD">
      <w:pPr>
        <w:spacing w:before="120" w:line="360" w:lineRule="auto"/>
        <w:ind w:firstLine="284"/>
        <w:jc w:val="both"/>
      </w:pPr>
      <w:r w:rsidRPr="00994820">
        <w:t>Poi di nuovo quel sorriso, ampio e gelido:</w:t>
      </w:r>
    </w:p>
    <w:p w14:paraId="11855EFC" w14:textId="77777777" w:rsidR="001639E7" w:rsidRDefault="007C3C6C" w:rsidP="00704DFD">
      <w:pPr>
        <w:spacing w:before="120" w:line="360" w:lineRule="auto"/>
        <w:ind w:firstLine="284"/>
        <w:jc w:val="both"/>
      </w:pPr>
      <w:r w:rsidRPr="00994820">
        <w:rPr>
          <w:b/>
          <w:bCs/>
        </w:rPr>
        <w:t>«Almeno, tra un turno e l’altro, potevo sgattaiolare ai concerti nel settore Gratia… oh, che spasso! Ma poi, finalmente sei arrivata tu a smuovere un po’ le acque»</w:t>
      </w:r>
      <w:r w:rsidRPr="00994820">
        <w:br/>
        <w:t>Si fermò di colpo, abbassando la voce come in un’intimità inquietante:</w:t>
      </w:r>
    </w:p>
    <w:p w14:paraId="7D23D6E7" w14:textId="38C2500A" w:rsidR="007C3C6C" w:rsidRPr="00994820" w:rsidRDefault="007C3C6C" w:rsidP="00704DFD">
      <w:pPr>
        <w:spacing w:before="120" w:line="360" w:lineRule="auto"/>
        <w:ind w:firstLine="284"/>
        <w:jc w:val="both"/>
      </w:pPr>
      <w:r w:rsidRPr="00994820">
        <w:rPr>
          <w:b/>
          <w:bCs/>
        </w:rPr>
        <w:t>«Ora posso smettere di fingere.»</w:t>
      </w:r>
    </w:p>
    <w:p w14:paraId="62F86329" w14:textId="77777777" w:rsidR="007C3C6C" w:rsidRPr="00994820" w:rsidRDefault="007C3C6C" w:rsidP="00704DFD">
      <w:pPr>
        <w:spacing w:before="120" w:line="360" w:lineRule="auto"/>
        <w:ind w:firstLine="284"/>
        <w:jc w:val="both"/>
      </w:pPr>
      <w:r w:rsidRPr="00994820">
        <w:t>Un colpo secco di plettro sulle corde fece vibrare l’aria.</w:t>
      </w:r>
    </w:p>
    <w:p w14:paraId="6E0116D9" w14:textId="77777777" w:rsidR="007C3C6C" w:rsidRPr="00994820" w:rsidRDefault="007C3C6C" w:rsidP="00704DFD">
      <w:pPr>
        <w:spacing w:before="120" w:line="360" w:lineRule="auto"/>
        <w:ind w:firstLine="284"/>
        <w:jc w:val="both"/>
      </w:pPr>
      <w:r w:rsidRPr="00994820">
        <w:rPr>
          <w:b/>
          <w:bCs/>
        </w:rPr>
        <w:t>«Ed è molto meglio così.»</w:t>
      </w:r>
    </w:p>
    <w:p w14:paraId="60A4DF1F" w14:textId="77777777" w:rsidR="001639E7" w:rsidRDefault="007C3C6C" w:rsidP="00704DFD">
      <w:pPr>
        <w:spacing w:before="120" w:line="360" w:lineRule="auto"/>
        <w:ind w:firstLine="284"/>
        <w:jc w:val="both"/>
      </w:pPr>
      <w:r w:rsidRPr="00994820">
        <w:lastRenderedPageBreak/>
        <w:t>Fanny sentì i nervi tirarsi come corde d’acciaio. Era stanca di bugie, stanca di spettacoli, stanca di dover ascoltare.</w:t>
      </w:r>
      <w:r w:rsidR="001639E7">
        <w:t xml:space="preserve"> </w:t>
      </w:r>
      <w:r w:rsidRPr="00994820">
        <w:t>Il cuore le pompava sangue così bollente da sentire il fuoco che le percorreva il corpo.</w:t>
      </w:r>
    </w:p>
    <w:p w14:paraId="3AD685CF" w14:textId="3F5951D3" w:rsidR="007C3C6C" w:rsidRPr="00994820" w:rsidRDefault="007C3C6C" w:rsidP="00704DFD">
      <w:pPr>
        <w:spacing w:before="120" w:line="360" w:lineRule="auto"/>
        <w:ind w:firstLine="284"/>
        <w:jc w:val="both"/>
      </w:pPr>
      <w:r w:rsidRPr="00994820">
        <w:rPr>
          <w:b/>
          <w:bCs/>
        </w:rPr>
        <w:t>Era pronta a combattere.</w:t>
      </w:r>
    </w:p>
    <w:p w14:paraId="52D81D28" w14:textId="77777777" w:rsidR="007C3C6C" w:rsidRPr="00994820" w:rsidRDefault="007C3C6C" w:rsidP="00704DFD">
      <w:pPr>
        <w:spacing w:before="120" w:line="360" w:lineRule="auto"/>
        <w:ind w:firstLine="284"/>
        <w:jc w:val="both"/>
      </w:pPr>
      <w:r w:rsidRPr="00994820">
        <w:t>Elysis sollevò la chitarra glifica e la ruotò tra le mani come se stesse mostrando un trofeo.</w:t>
      </w:r>
      <w:r w:rsidRPr="00994820">
        <w:br/>
        <w:t>Il corpo nero lucido rifletteva i neon del piano, mentre i glifi incisi sui tasti brillavano di luce propria, pulsando al ritmo del suo respiro.</w:t>
      </w:r>
    </w:p>
    <w:p w14:paraId="47E361E5" w14:textId="77777777" w:rsidR="007C3C6C" w:rsidRPr="00994820" w:rsidRDefault="007C3C6C" w:rsidP="00704DFD">
      <w:pPr>
        <w:spacing w:before="120" w:line="360" w:lineRule="auto"/>
        <w:ind w:firstLine="284"/>
        <w:jc w:val="both"/>
      </w:pPr>
      <w:r w:rsidRPr="00994820">
        <w:rPr>
          <w:b/>
          <w:bCs/>
        </w:rPr>
        <w:t>«La vedi, Fanny?»</w:t>
      </w:r>
      <w:r w:rsidRPr="00994820">
        <w:t xml:space="preserve"> disse con tono squillante, inclinando la testa come una popstar che stuzzica il suo pubblico. </w:t>
      </w:r>
      <w:r w:rsidRPr="00994820">
        <w:rPr>
          <w:b/>
          <w:bCs/>
        </w:rPr>
        <w:t xml:space="preserve">«Un gioiello della tecnica, eh? Piccola, ti presento la mia </w:t>
      </w:r>
      <w:r w:rsidRPr="00994820">
        <w:rPr>
          <w:b/>
          <w:bCs/>
          <w:i/>
          <w:iCs/>
        </w:rPr>
        <w:t>Six-String Chaos</w:t>
      </w:r>
      <w:r w:rsidRPr="00994820">
        <w:rPr>
          <w:b/>
          <w:bCs/>
        </w:rPr>
        <w:t>!»</w:t>
      </w:r>
      <w:r w:rsidRPr="00994820">
        <w:br/>
        <w:t>Passò il plettro su una corda, liberando un suono così potente che l’aria vibrò.</w:t>
      </w:r>
      <w:r w:rsidRPr="00994820">
        <w:br/>
      </w:r>
      <w:r w:rsidRPr="00994820">
        <w:rPr>
          <w:b/>
          <w:bCs/>
        </w:rPr>
        <w:t xml:space="preserve">«L’ho costruita insieme a un vecchio amico… il caro </w:t>
      </w:r>
      <w:r w:rsidRPr="00994820">
        <w:rPr>
          <w:b/>
          <w:bCs/>
          <w:i/>
          <w:iCs/>
        </w:rPr>
        <w:t>Sal</w:t>
      </w:r>
      <w:r w:rsidRPr="00994820">
        <w:rPr>
          <w:b/>
          <w:bCs/>
        </w:rPr>
        <w:t>. Un genio, davvero. Ah, se tu sapessi cosa può fare questa bellezza…»</w:t>
      </w:r>
    </w:p>
    <w:p w14:paraId="792F6A46" w14:textId="77777777" w:rsidR="007C3C6C" w:rsidRPr="00994820" w:rsidRDefault="007C3C6C" w:rsidP="00704DFD">
      <w:pPr>
        <w:spacing w:before="120" w:line="360" w:lineRule="auto"/>
        <w:ind w:firstLine="284"/>
        <w:jc w:val="both"/>
      </w:pPr>
      <w:r w:rsidRPr="00994820">
        <w:t>Al nome, un lampo attraversò lo sguardo di Fanny: una stretta allo stomaco, un istante di rabbia più profonda della stanchezza.</w:t>
      </w:r>
    </w:p>
    <w:p w14:paraId="2B0D08B3" w14:textId="77777777" w:rsidR="007C3C6C" w:rsidRPr="00994820" w:rsidRDefault="007C3C6C" w:rsidP="00704DFD">
      <w:pPr>
        <w:spacing w:before="120" w:line="360" w:lineRule="auto"/>
        <w:ind w:firstLine="284"/>
        <w:jc w:val="both"/>
      </w:pPr>
      <w:r w:rsidRPr="00994820">
        <w:t>Elysis fece un passo verso di lei, il sorriso innaturale ancora stampato in volto:</w:t>
      </w:r>
    </w:p>
    <w:p w14:paraId="2E138BE0" w14:textId="77777777" w:rsidR="007C3C6C" w:rsidRPr="00994820" w:rsidRDefault="007C3C6C" w:rsidP="00704DFD">
      <w:pPr>
        <w:spacing w:before="120" w:line="360" w:lineRule="auto"/>
        <w:ind w:firstLine="284"/>
        <w:jc w:val="both"/>
      </w:pPr>
      <w:r w:rsidRPr="00994820">
        <w:rPr>
          <w:b/>
          <w:bCs/>
        </w:rPr>
        <w:t>«Ti piace? O preferisci che te la faccia vedere… in azione?»</w:t>
      </w:r>
    </w:p>
    <w:p w14:paraId="3EE9E9D7" w14:textId="77777777" w:rsidR="007C3C6C" w:rsidRPr="00994820" w:rsidRDefault="007C3C6C" w:rsidP="00704DFD">
      <w:pPr>
        <w:spacing w:before="120" w:line="360" w:lineRule="auto"/>
        <w:ind w:firstLine="284"/>
        <w:jc w:val="both"/>
      </w:pPr>
      <w:r w:rsidRPr="00994820">
        <w:t>Fanny serrò la mascella, la rabbia che le scorreva nelle vene come una scarica elettrica.</w:t>
      </w:r>
      <w:r w:rsidRPr="00994820">
        <w:br/>
        <w:t>Era stanca delle parole, delle prese in giro, dei “gioielli” creati per manipolare e distruggere.</w:t>
      </w:r>
    </w:p>
    <w:p w14:paraId="2EBCB24D" w14:textId="77777777" w:rsidR="007C3C6C" w:rsidRPr="00994820" w:rsidRDefault="007C3C6C" w:rsidP="00704DFD">
      <w:pPr>
        <w:spacing w:before="120" w:line="360" w:lineRule="auto"/>
        <w:ind w:firstLine="284"/>
        <w:jc w:val="both"/>
      </w:pPr>
      <w:r w:rsidRPr="00994820">
        <w:rPr>
          <w:b/>
          <w:bCs/>
        </w:rPr>
        <w:t>«Parli troppo.»</w:t>
      </w:r>
      <w:r w:rsidRPr="00994820">
        <w:t xml:space="preserve"> mormorò, la voce bassa, spezzata solo dall’eco metallica dei suoi innesti. </w:t>
      </w:r>
      <w:r w:rsidRPr="00994820">
        <w:rPr>
          <w:b/>
          <w:bCs/>
        </w:rPr>
        <w:t>«Fammi vedere se sai anche combattere, oltre che ballare.»</w:t>
      </w:r>
    </w:p>
    <w:p w14:paraId="1810FB9B" w14:textId="065B9A1A" w:rsidR="007C3C6C" w:rsidRPr="00994820" w:rsidRDefault="007C3C6C" w:rsidP="00704DFD">
      <w:pPr>
        <w:spacing w:before="120" w:line="360" w:lineRule="auto"/>
        <w:ind w:firstLine="284"/>
        <w:jc w:val="both"/>
      </w:pPr>
      <w:r w:rsidRPr="00994820">
        <w:t>Gli Elvenar si mossero all’unisono, scattando in una posizione coreografata, come marionette pronte al comando.</w:t>
      </w:r>
      <w:r w:rsidR="001639E7">
        <w:t xml:space="preserve"> </w:t>
      </w:r>
      <w:r w:rsidRPr="00994820">
        <w:t>Le luci del piano saturarono in un bagliore pulsante, come se l’intero ambiente si fosse trasformato in un’arena da spettacolo.</w:t>
      </w:r>
    </w:p>
    <w:p w14:paraId="5E9135A9" w14:textId="77777777" w:rsidR="007C3C6C" w:rsidRPr="00994820" w:rsidRDefault="007C3C6C" w:rsidP="00704DFD">
      <w:pPr>
        <w:spacing w:before="120" w:line="360" w:lineRule="auto"/>
        <w:ind w:firstLine="284"/>
        <w:jc w:val="both"/>
      </w:pPr>
      <w:r w:rsidRPr="00994820">
        <w:t>Un colpo secco del plettro strappò dalle corde un singolo accordo. L’aria tremò nuovamente, e per un istante la gravità stessa oscillò sotto i piedi di Fanny.</w:t>
      </w:r>
    </w:p>
    <w:p w14:paraId="03C471C2" w14:textId="77777777" w:rsidR="007C3C6C" w:rsidRPr="00994820" w:rsidRDefault="007C3C6C" w:rsidP="00704DFD">
      <w:pPr>
        <w:spacing w:before="120" w:line="360" w:lineRule="auto"/>
        <w:ind w:firstLine="284"/>
        <w:jc w:val="both"/>
      </w:pPr>
      <w:r w:rsidRPr="00994820">
        <w:rPr>
          <w:b/>
          <w:bCs/>
        </w:rPr>
        <w:t>«Oh, non fare quella faccia furiosa… ti sta bene, eh, ma rovina l’inquadratura.»</w:t>
      </w:r>
      <w:r w:rsidRPr="00994820">
        <w:br/>
        <w:t xml:space="preserve">La voce di Elysis cambiò tono di colpo, più acuta, quasi isterica: </w:t>
      </w:r>
      <w:r w:rsidRPr="00994820">
        <w:rPr>
          <w:b/>
          <w:bCs/>
        </w:rPr>
        <w:t>«Forza, fammi vedere se sai stare al ritmo! Oppure sarai solo un’altra comparsa del mio spettacolo!»</w:t>
      </w:r>
    </w:p>
    <w:p w14:paraId="224CDF64" w14:textId="6AA1DA33" w:rsidR="007C3C6C" w:rsidRPr="00994820" w:rsidRDefault="007C3C6C" w:rsidP="00704DFD">
      <w:pPr>
        <w:spacing w:before="120" w:line="360" w:lineRule="auto"/>
        <w:ind w:firstLine="284"/>
        <w:jc w:val="both"/>
      </w:pPr>
      <w:r w:rsidRPr="00994820">
        <w:t>Fanny fece un passo avanti, i capelli rossi che fluttuavano leggermente nella gravità instabile, gli occhi cibernetici fissi su quel sorriso disturbante.</w:t>
      </w:r>
      <w:r w:rsidR="001639E7">
        <w:t xml:space="preserve"> </w:t>
      </w:r>
      <w:r w:rsidRPr="00994820">
        <w:t>Era stanca, sì, ma non di combattere. Era stanca di vedere gente giocare con la vita degli altri come se fosse un’esibizione da palco.</w:t>
      </w:r>
    </w:p>
    <w:p w14:paraId="7A22D6D7" w14:textId="77777777" w:rsidR="007C3C6C" w:rsidRPr="00994820" w:rsidRDefault="007C3C6C" w:rsidP="00704DFD">
      <w:pPr>
        <w:spacing w:before="120" w:line="360" w:lineRule="auto"/>
        <w:ind w:firstLine="284"/>
        <w:jc w:val="both"/>
      </w:pPr>
      <w:r w:rsidRPr="00994820">
        <w:rPr>
          <w:b/>
          <w:bCs/>
        </w:rPr>
        <w:lastRenderedPageBreak/>
        <w:t>«Non sono venuta qui per ballare.»</w:t>
      </w:r>
      <w:r w:rsidRPr="00994820">
        <w:t xml:space="preserve"> disse con voce bassa e dura. </w:t>
      </w:r>
      <w:r w:rsidRPr="00994820">
        <w:rPr>
          <w:b/>
          <w:bCs/>
        </w:rPr>
        <w:t>«Sono venuta per ammazzarti e porre fine a questo schifo di posto.»</w:t>
      </w:r>
    </w:p>
    <w:p w14:paraId="2598FC4E" w14:textId="04E04442" w:rsidR="007C3C6C" w:rsidRPr="00994820" w:rsidRDefault="007C3C6C" w:rsidP="00704DFD">
      <w:pPr>
        <w:spacing w:before="120" w:line="360" w:lineRule="auto"/>
        <w:ind w:firstLine="284"/>
        <w:jc w:val="both"/>
      </w:pPr>
      <w:r w:rsidRPr="00994820">
        <w:t>Le luci si saturarono ancora di più, un battito rosa e blu come un cuore elettronico pronto a esplodere.</w:t>
      </w:r>
      <w:r w:rsidR="00A077E2">
        <w:t xml:space="preserve"> </w:t>
      </w:r>
      <w:r w:rsidRPr="00994820">
        <w:t>Gli Elvenar, immobili fino a un momento prima, scattarono in posizione, come statue animate pronte a danzare la loro parte.</w:t>
      </w:r>
    </w:p>
    <w:p w14:paraId="7913FC19" w14:textId="77777777" w:rsidR="007C3C6C" w:rsidRPr="00994820" w:rsidRDefault="007C3C6C" w:rsidP="00704DFD">
      <w:pPr>
        <w:spacing w:before="120" w:line="360" w:lineRule="auto"/>
        <w:ind w:firstLine="284"/>
        <w:jc w:val="both"/>
      </w:pPr>
      <w:r w:rsidRPr="00994820">
        <w:t>Elysis rise di nuovo, posando un piede in avanti come una star pronta all’assolo.</w:t>
      </w:r>
    </w:p>
    <w:p w14:paraId="0EBB3B07" w14:textId="77777777" w:rsidR="007C3C6C" w:rsidRPr="00994820" w:rsidRDefault="007C3C6C" w:rsidP="00704DFD">
      <w:pPr>
        <w:spacing w:before="120" w:line="360" w:lineRule="auto"/>
        <w:ind w:firstLine="284"/>
        <w:jc w:val="both"/>
      </w:pPr>
      <w:r w:rsidRPr="00994820">
        <w:t>Le dita della Sorridente scivolarono sui tasti incisi di glifi, un gesto naturale come e fluido come l’acqua più pura.</w:t>
      </w:r>
    </w:p>
    <w:p w14:paraId="3FD43D68" w14:textId="6D09A9B3" w:rsidR="007C3C6C" w:rsidRPr="00994820" w:rsidRDefault="007C3C6C" w:rsidP="00704DFD">
      <w:pPr>
        <w:spacing w:before="120" w:line="360" w:lineRule="auto"/>
        <w:ind w:firstLine="284"/>
        <w:jc w:val="both"/>
      </w:pPr>
      <w:r w:rsidRPr="00994820">
        <w:t>Un colpo secco del plettro, e l’aria si deformò.</w:t>
      </w:r>
      <w:r w:rsidR="00A077E2">
        <w:t xml:space="preserve"> </w:t>
      </w:r>
      <w:r w:rsidRPr="00994820">
        <w:t xml:space="preserve">Un’altra pennata, più rapida, fece echeggiare il </w:t>
      </w:r>
      <w:r w:rsidRPr="00994820">
        <w:rPr>
          <w:b/>
          <w:bCs/>
        </w:rPr>
        <w:t>glifo di Bill</w:t>
      </w:r>
      <w:r w:rsidRPr="00994820">
        <w:t xml:space="preserve"> con potenza amplificata: un arpeggio di note caotiche che iniziava a piegare non solo il suono, ma tutto l’ambiente del piano. Persino Fanny sentì come se il suo corpo venisse strappato. L’aria si saturò di scariche statiche e bagliori, un effetto che sembrava parte di un grande concerto ma che portava con sé un senso di minaccia letale.</w:t>
      </w:r>
    </w:p>
    <w:p w14:paraId="358FAC17" w14:textId="77777777" w:rsidR="00A077E2" w:rsidRDefault="007C3C6C" w:rsidP="00704DFD">
      <w:pPr>
        <w:spacing w:before="120" w:line="360" w:lineRule="auto"/>
        <w:ind w:firstLine="284"/>
        <w:jc w:val="both"/>
      </w:pPr>
      <w:r w:rsidRPr="00994820">
        <w:t>Fanny fece un passo indietro istintivo, la mente che cercava di ristabilire un punto fisso in quell’ambiente che si piegava e oscillava come un miraggio.</w:t>
      </w:r>
    </w:p>
    <w:p w14:paraId="4C448BA8" w14:textId="373CE0FA" w:rsidR="007C3C6C" w:rsidRPr="00994820" w:rsidRDefault="007C3C6C" w:rsidP="00704DFD">
      <w:pPr>
        <w:spacing w:before="120" w:line="360" w:lineRule="auto"/>
        <w:ind w:firstLine="284"/>
        <w:jc w:val="both"/>
      </w:pPr>
      <w:r w:rsidRPr="00994820">
        <w:t>Era iniziato.</w:t>
      </w:r>
    </w:p>
    <w:p w14:paraId="7CAE93CE" w14:textId="4D62CB3C" w:rsidR="007C3C6C" w:rsidRPr="00994820" w:rsidRDefault="007C3C6C" w:rsidP="00704DFD">
      <w:pPr>
        <w:spacing w:before="120" w:line="360" w:lineRule="auto"/>
        <w:ind w:firstLine="284"/>
        <w:jc w:val="both"/>
      </w:pPr>
      <w:r w:rsidRPr="00994820">
        <w:t>Il primo impulso fu di proteggersi dal colpo sonoro, e il suo corpo era già pronto.</w:t>
      </w:r>
      <w:r w:rsidRPr="00994820">
        <w:br/>
        <w:t xml:space="preserve">Il cuore artificiale aumentò il ritmo, un battito profondo che inviò un’onda di energia attraverso ogni innesto: la </w:t>
      </w:r>
      <w:r w:rsidRPr="00994820">
        <w:rPr>
          <w:b/>
          <w:bCs/>
        </w:rPr>
        <w:t>gamba destra</w:t>
      </w:r>
      <w:r w:rsidRPr="00994820">
        <w:t xml:space="preserve"> e il </w:t>
      </w:r>
      <w:r w:rsidRPr="00994820">
        <w:rPr>
          <w:b/>
          <w:bCs/>
        </w:rPr>
        <w:t>braccio sinistro</w:t>
      </w:r>
      <w:r w:rsidRPr="00994820">
        <w:t>, interamente sostituiti da Boost Tek, risposero con un sussulto di potenza.</w:t>
      </w:r>
      <w:r w:rsidR="00A077E2">
        <w:t xml:space="preserve"> </w:t>
      </w:r>
      <w:r w:rsidRPr="00994820">
        <w:t xml:space="preserve">L’armatura integrata lungo il busto si riadattò, dissipando la vibrazione dell’onda sonora, mentre i </w:t>
      </w:r>
      <w:r w:rsidRPr="00994820">
        <w:rPr>
          <w:b/>
          <w:bCs/>
        </w:rPr>
        <w:t>guanti potenziati</w:t>
      </w:r>
      <w:r w:rsidRPr="00994820">
        <w:t xml:space="preserve"> si illuminarono di un bagliore azzurro, caricando i sistemi offensivi.</w:t>
      </w:r>
    </w:p>
    <w:p w14:paraId="506935A1" w14:textId="77777777" w:rsidR="007C3C6C" w:rsidRPr="00994820" w:rsidRDefault="007C3C6C" w:rsidP="00704DFD">
      <w:pPr>
        <w:spacing w:before="120" w:line="360" w:lineRule="auto"/>
        <w:ind w:firstLine="284"/>
        <w:jc w:val="both"/>
      </w:pPr>
      <w:r w:rsidRPr="00994820">
        <w:t xml:space="preserve">I suoi </w:t>
      </w:r>
      <w:r w:rsidRPr="00994820">
        <w:rPr>
          <w:b/>
          <w:bCs/>
        </w:rPr>
        <w:t>occhi cibernetici</w:t>
      </w:r>
      <w:r w:rsidRPr="00994820">
        <w:t xml:space="preserve"> si riadattarono immediatamente, annullando la distorsione visiva provocata dall’</w:t>
      </w:r>
      <w:r w:rsidRPr="00994820">
        <w:rPr>
          <w:b/>
          <w:bCs/>
        </w:rPr>
        <w:t>Arpeggio</w:t>
      </w:r>
      <w:r w:rsidRPr="00994820">
        <w:t>. Per un istante, Fanny vide l’ambiente come un mosaico di vettori e punti di impatto: il suo corpo agì prima ancora che lei decidesse di muoversi.</w:t>
      </w:r>
    </w:p>
    <w:p w14:paraId="6F3B3BA0" w14:textId="58043629" w:rsidR="007C3C6C" w:rsidRPr="00994820" w:rsidRDefault="007C3C6C" w:rsidP="00704DFD">
      <w:pPr>
        <w:spacing w:before="120" w:line="360" w:lineRule="auto"/>
        <w:ind w:firstLine="284"/>
        <w:jc w:val="both"/>
      </w:pPr>
      <w:r w:rsidRPr="00994820">
        <w:t>Fece un passo in avanti, il suono metallico del piede destro che affondava nel pavimento con una forza quasi sovrumana.</w:t>
      </w:r>
      <w:r w:rsidR="00A077E2">
        <w:t xml:space="preserve"> </w:t>
      </w:r>
      <w:r w:rsidRPr="00994820">
        <w:t>La mano biologica si chiuse a pugno mentre quella potenziata si sollevava, pronta a colpire.</w:t>
      </w:r>
    </w:p>
    <w:p w14:paraId="4E6B56AB" w14:textId="77777777" w:rsidR="007C3C6C" w:rsidRPr="00994820" w:rsidRDefault="007C3C6C" w:rsidP="00704DFD">
      <w:pPr>
        <w:spacing w:before="120" w:line="360" w:lineRule="auto"/>
        <w:ind w:firstLine="284"/>
        <w:jc w:val="both"/>
      </w:pPr>
      <w:r w:rsidRPr="00994820">
        <w:rPr>
          <w:b/>
          <w:bCs/>
        </w:rPr>
        <w:t>«Basta musica.»</w:t>
      </w:r>
      <w:r w:rsidRPr="00994820">
        <w:t xml:space="preserve"> disse con la voce ferma, metallica di eco e rabbia. </w:t>
      </w:r>
      <w:r w:rsidRPr="00994820">
        <w:rPr>
          <w:b/>
          <w:bCs/>
        </w:rPr>
        <w:t>«Parliamo con i pugni.»</w:t>
      </w:r>
    </w:p>
    <w:p w14:paraId="6E15B50A" w14:textId="77777777" w:rsidR="00A077E2" w:rsidRDefault="007C3C6C" w:rsidP="00704DFD">
      <w:pPr>
        <w:spacing w:before="120" w:line="360" w:lineRule="auto"/>
        <w:ind w:firstLine="284"/>
        <w:jc w:val="both"/>
      </w:pPr>
      <w:r w:rsidRPr="00994820">
        <w:t>E scattò.</w:t>
      </w:r>
      <w:r w:rsidR="00A077E2">
        <w:t xml:space="preserve"> </w:t>
      </w:r>
    </w:p>
    <w:p w14:paraId="06E8CD8B" w14:textId="19019DF6" w:rsidR="007C3C6C" w:rsidRPr="00994820" w:rsidRDefault="007C3C6C" w:rsidP="00704DFD">
      <w:pPr>
        <w:spacing w:before="120" w:line="360" w:lineRule="auto"/>
        <w:ind w:firstLine="284"/>
        <w:jc w:val="both"/>
      </w:pPr>
      <w:r w:rsidRPr="00994820">
        <w:t>Un balzo basso, veloce, l’energia del cuore che alimentava ogni innesto trasformando la sua corsa in un’esplosione di potenza controllata.</w:t>
      </w:r>
    </w:p>
    <w:p w14:paraId="2C2204CB" w14:textId="77777777" w:rsidR="007C3C6C" w:rsidRPr="00994820" w:rsidRDefault="007C3C6C" w:rsidP="00704DFD">
      <w:pPr>
        <w:spacing w:before="120" w:line="360" w:lineRule="auto"/>
        <w:ind w:firstLine="284"/>
        <w:jc w:val="both"/>
      </w:pPr>
      <w:r w:rsidRPr="00994820">
        <w:lastRenderedPageBreak/>
        <w:t xml:space="preserve">Fanny aveva quasi raggiunto la Sorridente quando due </w:t>
      </w:r>
      <w:r w:rsidRPr="00994820">
        <w:rPr>
          <w:b/>
          <w:bCs/>
        </w:rPr>
        <w:t>Elvenar</w:t>
      </w:r>
      <w:r w:rsidRPr="00994820">
        <w:t xml:space="preserve"> scattarono in avanti, perfettamente sincronizzati, come se la musica fosse entrata direttamente nei loro circuiti cerebrali.</w:t>
      </w:r>
    </w:p>
    <w:p w14:paraId="301EBB89" w14:textId="77777777" w:rsidR="007C3C6C" w:rsidRPr="00994820" w:rsidRDefault="007C3C6C" w:rsidP="00704DFD">
      <w:pPr>
        <w:spacing w:before="120" w:line="360" w:lineRule="auto"/>
        <w:ind w:firstLine="284"/>
        <w:jc w:val="both"/>
      </w:pPr>
      <w:r w:rsidRPr="00994820">
        <w:t>Le venature dorate della pelle brillavano a ogni passo, mentre le giunture meccaniche producevano movimenti troppo fluidi, troppo perfetti per essere umani.</w:t>
      </w:r>
    </w:p>
    <w:p w14:paraId="260D3DCE" w14:textId="155EF5DB" w:rsidR="007C3C6C" w:rsidRPr="00994820" w:rsidRDefault="007C3C6C" w:rsidP="00704DFD">
      <w:pPr>
        <w:spacing w:before="120" w:line="360" w:lineRule="auto"/>
        <w:ind w:firstLine="284"/>
        <w:jc w:val="both"/>
      </w:pPr>
      <w:r w:rsidRPr="00994820">
        <w:t>Si posizionarono davanti a Fanny con movimenti da danza contemporanea, le braccia aperte in un gesto coreografato che era al tempo stesso una guardia e un invito.</w:t>
      </w:r>
      <w:r w:rsidR="00A077E2">
        <w:t xml:space="preserve"> </w:t>
      </w:r>
      <w:r w:rsidRPr="00994820">
        <w:t>Un singolo battito del piede, e attaccarono.</w:t>
      </w:r>
    </w:p>
    <w:p w14:paraId="6508C2CD" w14:textId="6C349CE0" w:rsidR="007C3C6C" w:rsidRPr="00994820" w:rsidRDefault="007C3C6C" w:rsidP="00704DFD">
      <w:pPr>
        <w:spacing w:before="120" w:line="360" w:lineRule="auto"/>
        <w:ind w:firstLine="284"/>
        <w:jc w:val="both"/>
      </w:pPr>
      <w:r w:rsidRPr="00994820">
        <w:t xml:space="preserve">Fanny reagì d’istinto: il </w:t>
      </w:r>
      <w:r w:rsidRPr="00994820">
        <w:rPr>
          <w:b/>
          <w:bCs/>
        </w:rPr>
        <w:t>braccio potenziato</w:t>
      </w:r>
      <w:r w:rsidRPr="00994820">
        <w:t xml:space="preserve"> si mosse con una rapidità che spezzava la coreografia perfetta degli Elvenar, intercettando un colpo e spingendo uno dei due a terra con una forza tale da incrinare il pavimento.</w:t>
      </w:r>
      <w:r w:rsidR="00A077E2">
        <w:t xml:space="preserve"> </w:t>
      </w:r>
      <w:r w:rsidRPr="00994820">
        <w:t>L’altro ruotò attorno a lei, usando un movimento circolare che ricordava una piroetta da ballerino classico, ma terminò con un calcio diretto al suo busto.</w:t>
      </w:r>
    </w:p>
    <w:p w14:paraId="1C2630CE" w14:textId="77777777" w:rsidR="007C3C6C" w:rsidRPr="00994820" w:rsidRDefault="007C3C6C" w:rsidP="00704DFD">
      <w:pPr>
        <w:spacing w:before="120" w:line="360" w:lineRule="auto"/>
        <w:ind w:firstLine="284"/>
        <w:jc w:val="both"/>
      </w:pPr>
      <w:r w:rsidRPr="00994820">
        <w:t>L’armatura integrata assorbì l’impatto, l’energia ridistribuita lungo il torso con un lampo blu.</w:t>
      </w:r>
    </w:p>
    <w:p w14:paraId="361933E1" w14:textId="77777777" w:rsidR="00A077E2" w:rsidRDefault="007C3C6C" w:rsidP="00704DFD">
      <w:pPr>
        <w:spacing w:before="120" w:line="360" w:lineRule="auto"/>
        <w:ind w:firstLine="284"/>
        <w:jc w:val="both"/>
      </w:pPr>
      <w:r w:rsidRPr="00994820">
        <w:rPr>
          <w:b/>
          <w:bCs/>
        </w:rPr>
        <w:t>«Voi non avete più nulla di umano»</w:t>
      </w:r>
      <w:r w:rsidRPr="00994820">
        <w:t xml:space="preserve"> ringhiò Fanny, afferrando l’avambraccio dell’Elvenar e torcendolo con un colpo secco del braccio cibernetico. </w:t>
      </w:r>
      <w:r w:rsidRPr="00994820">
        <w:rPr>
          <w:b/>
          <w:bCs/>
        </w:rPr>
        <w:t>«e mi dispiace.»</w:t>
      </w:r>
    </w:p>
    <w:p w14:paraId="002B0BC2" w14:textId="1336BDBA" w:rsidR="007C3C6C" w:rsidRPr="00994820" w:rsidRDefault="007C3C6C" w:rsidP="00704DFD">
      <w:pPr>
        <w:spacing w:before="120" w:line="360" w:lineRule="auto"/>
        <w:ind w:firstLine="284"/>
        <w:jc w:val="both"/>
      </w:pPr>
      <w:r w:rsidRPr="00994820">
        <w:t>La creatura oscillò ma non cadde, cercando di tornare in posizione con lo stesso movimento danzato, come un automa incapace di spezzare il ritmo.</w:t>
      </w:r>
    </w:p>
    <w:p w14:paraId="41FAA1BC" w14:textId="77777777" w:rsidR="00A077E2" w:rsidRDefault="007C3C6C" w:rsidP="00704DFD">
      <w:pPr>
        <w:spacing w:before="120" w:line="360" w:lineRule="auto"/>
        <w:ind w:firstLine="284"/>
        <w:jc w:val="both"/>
      </w:pPr>
      <w:r w:rsidRPr="00994820">
        <w:t xml:space="preserve">Dall’alto, un nuovo accordo di chitarra scosse l’aria: </w:t>
      </w:r>
      <w:r w:rsidRPr="00994820">
        <w:rPr>
          <w:b/>
          <w:bCs/>
        </w:rPr>
        <w:t>Elysis stava preparando la seconda parte del suo spettacolo</w:t>
      </w:r>
      <w:r w:rsidRPr="00994820">
        <w:t>, fece scorrere le dita sui tasti della chitarra glifica con un gesto ampio, quasi teatrale.</w:t>
      </w:r>
    </w:p>
    <w:p w14:paraId="0E6EB871" w14:textId="05F27838" w:rsidR="007C3C6C" w:rsidRPr="00994820" w:rsidRDefault="007C3C6C" w:rsidP="00704DFD">
      <w:pPr>
        <w:spacing w:before="120" w:line="360" w:lineRule="auto"/>
        <w:ind w:firstLine="284"/>
        <w:jc w:val="both"/>
      </w:pPr>
      <w:r w:rsidRPr="00994820">
        <w:t xml:space="preserve">Un </w:t>
      </w:r>
      <w:r w:rsidRPr="00994820">
        <w:rPr>
          <w:b/>
          <w:bCs/>
        </w:rPr>
        <w:t>power chord</w:t>
      </w:r>
      <w:r w:rsidRPr="00994820">
        <w:t xml:space="preserve"> esplose dall’amplificazione integrata nello strumento, e i </w:t>
      </w:r>
      <w:r w:rsidRPr="00994820">
        <w:rPr>
          <w:b/>
          <w:bCs/>
        </w:rPr>
        <w:t>glifi incisi</w:t>
      </w:r>
      <w:r w:rsidRPr="00994820">
        <w:t xml:space="preserve"> sui tasti si illuminarono simultaneamente: </w:t>
      </w:r>
      <w:r w:rsidRPr="00994820">
        <w:rPr>
          <w:b/>
          <w:bCs/>
        </w:rPr>
        <w:t>Bill</w:t>
      </w:r>
      <w:r w:rsidRPr="00994820">
        <w:t xml:space="preserve">, </w:t>
      </w:r>
      <w:r w:rsidRPr="00994820">
        <w:rPr>
          <w:b/>
          <w:bCs/>
        </w:rPr>
        <w:t>Ruina</w:t>
      </w:r>
      <w:r w:rsidRPr="00994820">
        <w:t xml:space="preserve">, </w:t>
      </w:r>
      <w:r w:rsidRPr="00994820">
        <w:rPr>
          <w:b/>
          <w:bCs/>
        </w:rPr>
        <w:t>Ark</w:t>
      </w:r>
      <w:r w:rsidRPr="00994820">
        <w:t>.</w:t>
      </w:r>
    </w:p>
    <w:p w14:paraId="48A68BE9" w14:textId="036EDF51" w:rsidR="007C3C6C" w:rsidRPr="00994820" w:rsidRDefault="007C3C6C" w:rsidP="00704DFD">
      <w:pPr>
        <w:spacing w:before="120" w:line="360" w:lineRule="auto"/>
        <w:ind w:firstLine="284"/>
        <w:jc w:val="both"/>
      </w:pPr>
      <w:r w:rsidRPr="00994820">
        <w:t>L’aria tremò come sotto un terremoto improvviso.</w:t>
      </w:r>
      <w:r w:rsidR="00A077E2">
        <w:t xml:space="preserve"> </w:t>
      </w:r>
      <w:r w:rsidRPr="00994820">
        <w:t>Il pavimento si incrinò in una ragnatela di fratture sottili, mentre un’onda d’urto frontale investì tutto ciò che era davanti alla Sorridente.</w:t>
      </w:r>
    </w:p>
    <w:p w14:paraId="38524F14" w14:textId="1905B6B8" w:rsidR="007C3C6C" w:rsidRPr="00994820" w:rsidRDefault="007C3C6C" w:rsidP="00704DFD">
      <w:pPr>
        <w:spacing w:before="120" w:line="360" w:lineRule="auto"/>
        <w:ind w:firstLine="284"/>
        <w:jc w:val="both"/>
      </w:pPr>
      <w:r w:rsidRPr="00994820">
        <w:t>Il corpo di Fanny fu colpito in pieno.</w:t>
      </w:r>
      <w:r w:rsidR="00A077E2">
        <w:t xml:space="preserve"> </w:t>
      </w:r>
      <w:r w:rsidRPr="00994820">
        <w:t>Il cuore artificiale reagì immediatamente, deviando energia agli innesti; l’armatura si deformò leggermente prima di ridistribuire l’impatto lungo il torso e le spalle.</w:t>
      </w:r>
      <w:r w:rsidR="00A077E2">
        <w:t xml:space="preserve"> </w:t>
      </w:r>
      <w:r w:rsidRPr="00994820">
        <w:t>Nonostante la protezione, il colpo la spinse indietro di un paio di metri, lasciando un solco metallico nel pavimento sotto i suoi piedi potenziati.</w:t>
      </w:r>
    </w:p>
    <w:p w14:paraId="48B091B9" w14:textId="77777777" w:rsidR="007C3C6C" w:rsidRPr="00994820" w:rsidRDefault="007C3C6C" w:rsidP="00704DFD">
      <w:pPr>
        <w:spacing w:before="120" w:line="360" w:lineRule="auto"/>
        <w:ind w:firstLine="284"/>
        <w:jc w:val="both"/>
      </w:pPr>
      <w:r w:rsidRPr="00994820">
        <w:t>Elysis rise, il tono squillante come quello di un’idol al centro del palco.</w:t>
      </w:r>
    </w:p>
    <w:p w14:paraId="38D34FC8" w14:textId="77777777" w:rsidR="007C3C6C" w:rsidRPr="00994820" w:rsidRDefault="007C3C6C" w:rsidP="00704DFD">
      <w:pPr>
        <w:spacing w:before="120" w:line="360" w:lineRule="auto"/>
        <w:ind w:firstLine="284"/>
        <w:jc w:val="both"/>
      </w:pPr>
      <w:r w:rsidRPr="00994820">
        <w:rPr>
          <w:b/>
          <w:bCs/>
        </w:rPr>
        <w:t>«Non sai tenere il tempo, tesoro!»</w:t>
      </w:r>
      <w:r w:rsidRPr="00994820">
        <w:t xml:space="preserve"> gridò sopra il rimbombo dell’onda sonora. </w:t>
      </w:r>
      <w:r w:rsidRPr="00994820">
        <w:rPr>
          <w:b/>
          <w:bCs/>
        </w:rPr>
        <w:t>«Lasciati andare alla disperazione della mia musica!»</w:t>
      </w:r>
    </w:p>
    <w:p w14:paraId="1DA882E0" w14:textId="77777777" w:rsidR="007C3C6C" w:rsidRPr="00994820" w:rsidRDefault="007C3C6C" w:rsidP="00704DFD">
      <w:pPr>
        <w:spacing w:before="120" w:line="360" w:lineRule="auto"/>
        <w:ind w:firstLine="284"/>
        <w:jc w:val="both"/>
      </w:pPr>
      <w:r w:rsidRPr="00994820">
        <w:t>Le luci del piano si saturarono in un’esplosione cromatica sincronizzata con la nota finale, trasformando la scena in una fotografia vivente: Elysis in posa da concerto, chitarra alzata, e Fanny che era scattata verso l’alto sospesa a mezz’aria per un istante prima di riatterrare.</w:t>
      </w:r>
    </w:p>
    <w:p w14:paraId="64B18F55" w14:textId="1A5460D1" w:rsidR="007C3C6C" w:rsidRPr="00994820" w:rsidRDefault="007C3C6C" w:rsidP="00704DFD">
      <w:pPr>
        <w:spacing w:before="120" w:line="360" w:lineRule="auto"/>
        <w:ind w:firstLine="284"/>
        <w:jc w:val="both"/>
      </w:pPr>
      <w:r w:rsidRPr="00994820">
        <w:lastRenderedPageBreak/>
        <w:t>Il pugno di Fanny fendeva l’aria come una lama, diretto a spaccare il manico della chitarra glifica.</w:t>
      </w:r>
      <w:r w:rsidR="00A077E2">
        <w:t xml:space="preserve"> </w:t>
      </w:r>
      <w:r w:rsidRPr="00994820">
        <w:t>Ma Elysis non era dove sembrava essere.</w:t>
      </w:r>
      <w:r w:rsidR="00A077E2">
        <w:t xml:space="preserve"> </w:t>
      </w:r>
      <w:r w:rsidRPr="00994820">
        <w:t xml:space="preserve">Con un movimento che ricordava una </w:t>
      </w:r>
      <w:r w:rsidRPr="00994820">
        <w:rPr>
          <w:b/>
          <w:bCs/>
        </w:rPr>
        <w:t>pirouette da ballerina</w:t>
      </w:r>
      <w:r w:rsidRPr="00994820">
        <w:t>, la Sorridente si lasciò scivolare di lato, il piede sinistro che descriveva un arco perfetto sul pavimento lucido. L’inerzia del salto di Fanny la portò oltre la sua traiettoria ideale, costringendola ad atterrare un metro più avanti.</w:t>
      </w:r>
    </w:p>
    <w:p w14:paraId="0AD4A66B" w14:textId="1D362CB8" w:rsidR="007C3C6C" w:rsidRPr="00994820" w:rsidRDefault="007C3C6C" w:rsidP="00704DFD">
      <w:pPr>
        <w:spacing w:before="120" w:line="360" w:lineRule="auto"/>
        <w:ind w:firstLine="284"/>
        <w:jc w:val="both"/>
      </w:pPr>
      <w:r w:rsidRPr="00994820">
        <w:t>La chitarra si sollevò in verticale, e le dita di Elysis presero posizione sui tasti glifici come un pianista sull’avorio: ogni dito su un simbolo, ogni corda pronta a vibrare.</w:t>
      </w:r>
      <w:r w:rsidR="00A077E2">
        <w:t xml:space="preserve"> </w:t>
      </w:r>
      <w:r w:rsidRPr="00994820">
        <w:t>Un sorriso più largo del naturale si aprì sul suo volto, uno di quelli che Fanny aveva visto sulle creature più orribili di quella città.</w:t>
      </w:r>
    </w:p>
    <w:p w14:paraId="1B0117FD" w14:textId="77777777" w:rsidR="007C3C6C" w:rsidRPr="00994820" w:rsidRDefault="007C3C6C" w:rsidP="00704DFD">
      <w:pPr>
        <w:spacing w:before="120" w:line="360" w:lineRule="auto"/>
        <w:ind w:firstLine="284"/>
        <w:jc w:val="both"/>
      </w:pPr>
      <w:r w:rsidRPr="00994820">
        <w:rPr>
          <w:b/>
          <w:bCs/>
        </w:rPr>
        <w:t>«Ooooh, che energia! Che passione!»</w:t>
      </w:r>
      <w:r w:rsidRPr="00994820">
        <w:t xml:space="preserve"> disse con voce squillante, il tono teatrale di chi parla a un pubblico invisibile. </w:t>
      </w:r>
      <w:r w:rsidRPr="00994820">
        <w:rPr>
          <w:b/>
          <w:bCs/>
        </w:rPr>
        <w:t>«Peccato solo che tu sia così terribilmente fuori moda»</w:t>
      </w:r>
    </w:p>
    <w:p w14:paraId="1401F278" w14:textId="34CFB936" w:rsidR="007C3C6C" w:rsidRPr="00994820" w:rsidRDefault="007C3C6C" w:rsidP="00704DFD">
      <w:pPr>
        <w:spacing w:before="120" w:line="360" w:lineRule="auto"/>
        <w:ind w:firstLine="284"/>
        <w:jc w:val="both"/>
      </w:pPr>
      <w:r w:rsidRPr="00994820">
        <w:t>Il suono della chitarra glifica cambiò tonalità.</w:t>
      </w:r>
      <w:r w:rsidR="00A077E2">
        <w:t xml:space="preserve"> </w:t>
      </w:r>
      <w:r w:rsidRPr="00994820">
        <w:t xml:space="preserve">Non era più un assolo aggressivo, ma una </w:t>
      </w:r>
      <w:r w:rsidRPr="00994820">
        <w:rPr>
          <w:b/>
          <w:bCs/>
        </w:rPr>
        <w:t>melodia sinuosa</w:t>
      </w:r>
      <w:r w:rsidRPr="00994820">
        <w:t>, dolce, quasi ipnotica. Le corde vibrarono con un’armonia che non apparteneva a uno strumento normale: ogni nota era un comando, ogni variazione un ordine implicito.</w:t>
      </w:r>
    </w:p>
    <w:p w14:paraId="29BFA9DB" w14:textId="77777777" w:rsidR="007C3C6C" w:rsidRPr="00994820" w:rsidRDefault="007C3C6C" w:rsidP="00704DFD">
      <w:pPr>
        <w:spacing w:before="120" w:line="360" w:lineRule="auto"/>
        <w:ind w:firstLine="284"/>
        <w:jc w:val="both"/>
      </w:pPr>
      <w:r w:rsidRPr="00994820">
        <w:t xml:space="preserve">I </w:t>
      </w:r>
      <w:r w:rsidRPr="00994820">
        <w:rPr>
          <w:b/>
          <w:bCs/>
        </w:rPr>
        <w:t>glifi incisi sui tasti</w:t>
      </w:r>
      <w:r w:rsidRPr="00994820">
        <w:t xml:space="preserve"> — </w:t>
      </w:r>
      <w:r w:rsidRPr="00994820">
        <w:rPr>
          <w:b/>
          <w:bCs/>
        </w:rPr>
        <w:t>Endymion</w:t>
      </w:r>
      <w:r w:rsidRPr="00994820">
        <w:t xml:space="preserve">, </w:t>
      </w:r>
      <w:r w:rsidRPr="00994820">
        <w:rPr>
          <w:b/>
          <w:bCs/>
        </w:rPr>
        <w:t>Selene</w:t>
      </w:r>
      <w:r w:rsidRPr="00994820">
        <w:t xml:space="preserve">, </w:t>
      </w:r>
      <w:r w:rsidRPr="00994820">
        <w:rPr>
          <w:b/>
          <w:bCs/>
        </w:rPr>
        <w:t>Bill</w:t>
      </w:r>
      <w:r w:rsidRPr="00994820">
        <w:t xml:space="preserve"> — si illuminarono in sincrono, formando un reticolo dorato e viola attorno a Elysis. L’aria stessa sembrava reagire, come se l’ambiente fosse diventato parte integrante dello strumento: pareti che si piegavano appena, pavimento che pulsava come una membrana viva, le luci al neon sincronizzate con il ritmo.</w:t>
      </w:r>
    </w:p>
    <w:p w14:paraId="38E3FC3E" w14:textId="77777777" w:rsidR="007C3C6C" w:rsidRPr="00994820" w:rsidRDefault="007C3C6C" w:rsidP="00704DFD">
      <w:pPr>
        <w:spacing w:before="120" w:line="360" w:lineRule="auto"/>
        <w:ind w:firstLine="284"/>
        <w:jc w:val="both"/>
      </w:pPr>
      <w:r w:rsidRPr="00994820">
        <w:t xml:space="preserve">La ragazza dai capelli di Fuoco non provò il dolore degli attacchi precedenti ma una sensazione di </w:t>
      </w:r>
      <w:r w:rsidRPr="00994820">
        <w:rPr>
          <w:b/>
          <w:bCs/>
        </w:rPr>
        <w:t>oppressione emotiva</w:t>
      </w:r>
      <w:r w:rsidRPr="00994820">
        <w:t xml:space="preserve"> che Fanny conosceva bene: un </w:t>
      </w:r>
      <w:r w:rsidRPr="00994820">
        <w:rPr>
          <w:b/>
          <w:bCs/>
        </w:rPr>
        <w:t>tentativo di piegare la sua mente</w:t>
      </w:r>
      <w:r w:rsidRPr="00994820">
        <w:t>, di invaderne la volontà.</w:t>
      </w:r>
    </w:p>
    <w:p w14:paraId="1D50AD85" w14:textId="77777777" w:rsidR="007C3C6C" w:rsidRPr="00994820" w:rsidRDefault="007C3C6C" w:rsidP="00704DFD">
      <w:pPr>
        <w:spacing w:before="120" w:line="360" w:lineRule="auto"/>
        <w:ind w:firstLine="284"/>
        <w:jc w:val="both"/>
      </w:pPr>
      <w:r w:rsidRPr="00994820">
        <w:t>La sensazione era assai familiare, le tornò alla mente Stein: un’eco di euforia forzata che tentava di insinuarsi, come mani invisibili che cercavano di afferrare la sua coscienza.</w:t>
      </w:r>
    </w:p>
    <w:p w14:paraId="3B1D765F" w14:textId="77777777" w:rsidR="007C3C6C" w:rsidRPr="00994820" w:rsidRDefault="007C3C6C" w:rsidP="00704DFD">
      <w:pPr>
        <w:spacing w:before="120" w:line="360" w:lineRule="auto"/>
        <w:ind w:firstLine="284"/>
        <w:jc w:val="both"/>
      </w:pPr>
      <w:r w:rsidRPr="00994820">
        <w:rPr>
          <w:b/>
          <w:bCs/>
        </w:rPr>
        <w:t>«Balliamo?»</w:t>
      </w:r>
      <w:r w:rsidRPr="00994820">
        <w:t xml:space="preserve"> sussurrò Elysis, inclinando la testa di lato come pronta a recitare il ritornello della sua canzone preferita. </w:t>
      </w:r>
      <w:r w:rsidRPr="00994820">
        <w:rPr>
          <w:b/>
          <w:bCs/>
        </w:rPr>
        <w:t>«Questa parte… la dedico solo a te.»</w:t>
      </w:r>
    </w:p>
    <w:p w14:paraId="7452F70C" w14:textId="77777777" w:rsidR="007C3C6C" w:rsidRPr="00994820" w:rsidRDefault="007C3C6C" w:rsidP="00704DFD">
      <w:pPr>
        <w:spacing w:before="120" w:line="360" w:lineRule="auto"/>
        <w:ind w:firstLine="284"/>
        <w:jc w:val="both"/>
      </w:pPr>
      <w:r w:rsidRPr="00994820">
        <w:t xml:space="preserve">Gli </w:t>
      </w:r>
      <w:r w:rsidRPr="00994820">
        <w:rPr>
          <w:b/>
          <w:bCs/>
        </w:rPr>
        <w:t>Elvenar superstiti</w:t>
      </w:r>
      <w:r w:rsidRPr="00994820">
        <w:t xml:space="preserve"> si rialzarono, nonostante le fratture visibili nei loro arti, come se le loro articolazioni non fossero più legate alle leggi della meccanica. I loro corpi si muovevano a tempo con la melodia, con una fluidità grottesca, braccia e teste che si piegavano oltre il naturale.</w:t>
      </w:r>
    </w:p>
    <w:p w14:paraId="2DDC6DB6" w14:textId="77777777" w:rsidR="007C3C6C" w:rsidRPr="00994820" w:rsidRDefault="007C3C6C" w:rsidP="00704DFD">
      <w:pPr>
        <w:spacing w:before="120" w:line="360" w:lineRule="auto"/>
        <w:ind w:firstLine="284"/>
        <w:jc w:val="both"/>
      </w:pPr>
      <w:r w:rsidRPr="00994820">
        <w:t>Fanny strinse i denti. Aveva già imparato a contrastare questi tipi di attacchi, con un movimento rapido ma deciso, scaraventò una violenta testata a uno degli elvenar che si stava rialzando, distruggendo quel volto inespressivo, ma facendosi sanguinare la fronte. Il dolore Vero era la risposta a una felicità fittizia.</w:t>
      </w:r>
    </w:p>
    <w:p w14:paraId="7C69BDC0" w14:textId="77777777" w:rsidR="007C3C6C" w:rsidRPr="00994820" w:rsidRDefault="007C3C6C" w:rsidP="00704DFD">
      <w:pPr>
        <w:spacing w:before="120" w:line="360" w:lineRule="auto"/>
        <w:ind w:firstLine="284"/>
        <w:jc w:val="both"/>
      </w:pPr>
      <w:r w:rsidRPr="00994820">
        <w:rPr>
          <w:b/>
          <w:bCs/>
        </w:rPr>
        <w:t>«Non… funzionerà.»</w:t>
      </w:r>
      <w:r w:rsidRPr="00994820">
        <w:t xml:space="preserve"> mormorò, con la voce bassa e roca.</w:t>
      </w:r>
    </w:p>
    <w:p w14:paraId="7FA15865" w14:textId="77777777" w:rsidR="007C3C6C" w:rsidRPr="00994820" w:rsidRDefault="007C3C6C" w:rsidP="00704DFD">
      <w:pPr>
        <w:spacing w:before="120" w:line="360" w:lineRule="auto"/>
        <w:ind w:firstLine="284"/>
        <w:jc w:val="both"/>
      </w:pPr>
      <w:r w:rsidRPr="00994820">
        <w:t>Elysis ridacchiò, piegando leggermente la testa come una popstar che accoglie l’applauso del pubblico invisibile.</w:t>
      </w:r>
    </w:p>
    <w:p w14:paraId="6BC91F63" w14:textId="77777777" w:rsidR="007C3C6C" w:rsidRPr="00994820" w:rsidRDefault="007C3C6C" w:rsidP="00704DFD">
      <w:pPr>
        <w:spacing w:before="120" w:line="360" w:lineRule="auto"/>
        <w:ind w:firstLine="284"/>
        <w:jc w:val="both"/>
      </w:pPr>
      <w:r w:rsidRPr="00994820">
        <w:rPr>
          <w:b/>
          <w:bCs/>
        </w:rPr>
        <w:lastRenderedPageBreak/>
        <w:t>«Vedremo, cara…»</w:t>
      </w:r>
      <w:r w:rsidRPr="00994820">
        <w:t xml:space="preserve"> disse con un tono cantilenante. </w:t>
      </w:r>
      <w:r w:rsidRPr="00994820">
        <w:rPr>
          <w:b/>
          <w:bCs/>
        </w:rPr>
        <w:t>«Tutti, prima o poi, ballano con me.»</w:t>
      </w:r>
    </w:p>
    <w:p w14:paraId="1DC60D2E" w14:textId="67C58152" w:rsidR="007C3C6C" w:rsidRPr="00994820" w:rsidRDefault="007C3C6C" w:rsidP="00704DFD">
      <w:pPr>
        <w:spacing w:before="120" w:line="360" w:lineRule="auto"/>
        <w:ind w:firstLine="284"/>
        <w:jc w:val="both"/>
      </w:pPr>
      <w:r w:rsidRPr="00994820">
        <w:t xml:space="preserve">Le luci del piano esplosero in un </w:t>
      </w:r>
      <w:r w:rsidRPr="00994820">
        <w:rPr>
          <w:b/>
          <w:bCs/>
        </w:rPr>
        <w:t>flash bianco e rosa</w:t>
      </w:r>
      <w:r w:rsidRPr="00994820">
        <w:t>, e la melodia raggiunse la sua nota più alta, un picco sonoro che fece vibrare perfino i sistemi del Boost Tek di Fanny.</w:t>
      </w:r>
      <w:r w:rsidRPr="00994820">
        <w:br/>
        <w:t>Lei piantò il piede meccanico a terra, il suolo che si incrinò sotto la pressione, e alzò i pugni. Sembrò quasi che i le sue giunture stessero cedendo e fu allora che il suono della chitarra svanì, lasciando dietro di sé un silenzio tagliente.</w:t>
      </w:r>
      <w:r w:rsidR="00A077E2">
        <w:t xml:space="preserve"> </w:t>
      </w:r>
      <w:r w:rsidRPr="00994820">
        <w:t>Gli Elvenar si immobilizzarono, congelati nelle loro pose innaturali, come bambole con i fili recisi. Le luci stroboscopiche cessarono di colpo, sostituite da un bianco freddo e asettico che annullava ogni ombra, facendo sembrare l’intero piano un laboratorio sterile.</w:t>
      </w:r>
    </w:p>
    <w:p w14:paraId="51F46D0F" w14:textId="77777777" w:rsidR="007C3C6C" w:rsidRPr="00994820" w:rsidRDefault="007C3C6C" w:rsidP="00704DFD">
      <w:pPr>
        <w:spacing w:before="120" w:line="360" w:lineRule="auto"/>
        <w:ind w:firstLine="284"/>
        <w:jc w:val="both"/>
      </w:pPr>
      <w:r w:rsidRPr="00994820">
        <w:t>Elysis abbassò la chitarra, improvvisando un atipico bastone d’appoggio, e sollevò lo sguardo verso Fanny. Il suo sorriso si era fatto più stretto, più calcolato, e la sua voce perse l’allegra cantilena da idol per farsi qualcosa di più sottile, quasi predatorio.</w:t>
      </w:r>
    </w:p>
    <w:p w14:paraId="2908C000" w14:textId="77777777" w:rsidR="007C3C6C" w:rsidRPr="00994820" w:rsidRDefault="007C3C6C" w:rsidP="00704DFD">
      <w:pPr>
        <w:spacing w:before="120" w:line="360" w:lineRule="auto"/>
        <w:ind w:firstLine="284"/>
        <w:jc w:val="both"/>
      </w:pPr>
      <w:r w:rsidRPr="00994820">
        <w:t>«Sempre pronta a criticare questa città, eh?» disse con un tono morbido, innaturale nella quiete improvvisa. «Eppure funziona meravigliosamente, da generazioni, abbiamo abbandonato da tempo le arcaiche fonte di energia dei nostri avi, eppure nulla qui ha mai cessato per un solo istante di funzionare alla perfezione. Ti sei mai chiesta perché?»</w:t>
      </w:r>
    </w:p>
    <w:p w14:paraId="4FBA9AE3" w14:textId="77777777" w:rsidR="007C3C6C" w:rsidRPr="00994820" w:rsidRDefault="007C3C6C" w:rsidP="00704DFD">
      <w:pPr>
        <w:spacing w:before="120" w:line="360" w:lineRule="auto"/>
        <w:ind w:firstLine="284"/>
        <w:jc w:val="both"/>
      </w:pPr>
      <w:r w:rsidRPr="00994820">
        <w:t>Becky si mosse accanto a Fanny, il corpo olografico che tremolava leggermente sotto le interferenze ambientali.</w:t>
      </w:r>
    </w:p>
    <w:p w14:paraId="44D4DCF7" w14:textId="77777777" w:rsidR="007C3C6C" w:rsidRPr="00994820" w:rsidRDefault="007C3C6C" w:rsidP="00704DFD">
      <w:pPr>
        <w:spacing w:before="120" w:line="360" w:lineRule="auto"/>
        <w:ind w:firstLine="284"/>
        <w:jc w:val="both"/>
      </w:pPr>
      <w:r w:rsidRPr="00994820">
        <w:t>«madame, degli strani Reader sono attivi qui... non li ho mai visti prima»</w:t>
      </w:r>
    </w:p>
    <w:p w14:paraId="352DDC27" w14:textId="77777777" w:rsidR="007C3C6C" w:rsidRPr="00994820" w:rsidRDefault="007C3C6C" w:rsidP="00704DFD">
      <w:pPr>
        <w:spacing w:before="120" w:line="360" w:lineRule="auto"/>
        <w:ind w:firstLine="284"/>
        <w:jc w:val="both"/>
      </w:pPr>
      <w:r w:rsidRPr="00994820">
        <w:t>Fanny serrò la mascella, gli occhi che scorrevano attorno al piano come a cercare l’ennessima spiegazione, l’ennesimo folle ostacolo da dover distruggere.</w:t>
      </w:r>
    </w:p>
    <w:p w14:paraId="3B6397A4" w14:textId="3979FEA2" w:rsidR="007C3C6C" w:rsidRPr="00994820" w:rsidRDefault="007C3C6C" w:rsidP="00704DFD">
      <w:pPr>
        <w:spacing w:before="120" w:line="360" w:lineRule="auto"/>
        <w:ind w:firstLine="284"/>
        <w:jc w:val="both"/>
      </w:pPr>
      <w:r w:rsidRPr="00994820">
        <w:t>Un brivido improvviso percorse la colonna di Fanny, come se un peso invisibile le fosse caduto addosso.</w:t>
      </w:r>
      <w:r w:rsidR="00A077E2">
        <w:t xml:space="preserve"> </w:t>
      </w:r>
      <w:r w:rsidRPr="00994820">
        <w:t>Il cuore artificiale accelerò di colpo, pompando energia nei circuiti dei suoi innesti, ma era come spingere contro un vuoto: la potenza scivolava via, dispersa.</w:t>
      </w:r>
    </w:p>
    <w:p w14:paraId="76BD2F63" w14:textId="77777777" w:rsidR="007C3C6C" w:rsidRPr="00994820" w:rsidRDefault="007C3C6C" w:rsidP="00704DFD">
      <w:pPr>
        <w:spacing w:before="120" w:line="360" w:lineRule="auto"/>
        <w:ind w:firstLine="284"/>
        <w:jc w:val="both"/>
      </w:pPr>
      <w:r w:rsidRPr="00994820">
        <w:t>La gamba potenziata rispose con un ritardo impercettibile ma innaturale, mentre il braccio cibernetico tremolò per un istante, la presa che si allentava senza motivo. Persino i guanti emisero un suono d’allarme, un crepitio metallico che di solito precedeva una sovratensione.</w:t>
      </w:r>
    </w:p>
    <w:p w14:paraId="52CFEDBD" w14:textId="77777777" w:rsidR="007C3C6C" w:rsidRPr="00994820" w:rsidRDefault="007C3C6C" w:rsidP="00704DFD">
      <w:pPr>
        <w:spacing w:before="120" w:line="360" w:lineRule="auto"/>
        <w:ind w:firstLine="284"/>
        <w:jc w:val="both"/>
      </w:pPr>
      <w:r w:rsidRPr="00994820">
        <w:t>Fanny barcollò, costretta a piegare le ginocchia per mantenere l’equilibrio.</w:t>
      </w:r>
      <w:r w:rsidRPr="00994820">
        <w:br/>
        <w:t>Un velo leggero di vertigine le annebbiò la vista per un secondo, ma lo scosse via con un colpo di testa, rabbiosa contro la propria debolezza improvvisa.</w:t>
      </w:r>
    </w:p>
    <w:p w14:paraId="0DE04068" w14:textId="77777777" w:rsidR="007C3C6C" w:rsidRPr="00994820" w:rsidRDefault="007C3C6C" w:rsidP="00704DFD">
      <w:pPr>
        <w:spacing w:before="120" w:line="360" w:lineRule="auto"/>
        <w:ind w:firstLine="284"/>
        <w:jc w:val="both"/>
      </w:pPr>
      <w:r w:rsidRPr="00994820">
        <w:t>Becky le si avvicinò, il tono piatto ma con una nota che poteva sembrare urgenza:</w:t>
      </w:r>
    </w:p>
    <w:p w14:paraId="6F1399F7" w14:textId="77777777" w:rsidR="007C3C6C" w:rsidRPr="00994820" w:rsidRDefault="007C3C6C" w:rsidP="00704DFD">
      <w:pPr>
        <w:spacing w:before="120" w:line="360" w:lineRule="auto"/>
        <w:ind w:firstLine="284"/>
        <w:jc w:val="both"/>
      </w:pPr>
      <w:r w:rsidRPr="00994820">
        <w:t>«Gli Emotion Reader di questo piano sono stati modificati. Stanno drenando energia dal tuo corpo e dai tuoi innesti.»</w:t>
      </w:r>
    </w:p>
    <w:p w14:paraId="5E067DCF" w14:textId="77777777" w:rsidR="007C3C6C" w:rsidRPr="00994820" w:rsidRDefault="007C3C6C" w:rsidP="00704DFD">
      <w:pPr>
        <w:spacing w:before="120" w:line="360" w:lineRule="auto"/>
        <w:ind w:firstLine="284"/>
        <w:jc w:val="both"/>
      </w:pPr>
      <w:r w:rsidRPr="00994820">
        <w:lastRenderedPageBreak/>
        <w:t>Fanny strinse i denti, sentendo il cuore accelerare ancora di più, quasi in un disperato tentativo di compensare il furto.</w:t>
      </w:r>
    </w:p>
    <w:p w14:paraId="3A154963" w14:textId="77777777" w:rsidR="007C3C6C" w:rsidRPr="00994820" w:rsidRDefault="007C3C6C" w:rsidP="00704DFD">
      <w:pPr>
        <w:spacing w:before="120" w:line="360" w:lineRule="auto"/>
        <w:ind w:firstLine="284"/>
        <w:jc w:val="both"/>
      </w:pPr>
      <w:r w:rsidRPr="00994820">
        <w:t>«Anche questo giochetto l’ho già dovuto subire da quel pazzo di Rivey» ringhiò con sottile ironia alla sua avversaria «Qualcosa di tuo ce l’hai? Oltre a quella stupida chitarra?» il respiro di Fanny iniziò a farsi pesante.</w:t>
      </w:r>
    </w:p>
    <w:p w14:paraId="5DAD36FA" w14:textId="77777777" w:rsidR="007C3C6C" w:rsidRPr="00994820" w:rsidRDefault="007C3C6C" w:rsidP="00704DFD">
      <w:pPr>
        <w:spacing w:before="120" w:line="360" w:lineRule="auto"/>
        <w:ind w:firstLine="284"/>
        <w:jc w:val="both"/>
      </w:pPr>
      <w:r w:rsidRPr="00994820">
        <w:t>Elysis fece un passo avanti, la testa inclinata di lato e un sorriso che ricordava una maschera dipinta più che un’emozione reale.</w:t>
      </w:r>
    </w:p>
    <w:p w14:paraId="5922F0C2" w14:textId="77777777" w:rsidR="007C3C6C" w:rsidRPr="00994820" w:rsidRDefault="007C3C6C" w:rsidP="00704DFD">
      <w:pPr>
        <w:spacing w:before="120" w:line="360" w:lineRule="auto"/>
        <w:ind w:firstLine="284"/>
        <w:jc w:val="both"/>
      </w:pPr>
      <w:r w:rsidRPr="00994820">
        <w:t xml:space="preserve">«Ti sei mai chiesta perché ci siamo liberati di quelle antiquate gemme energetiche?» chiese con voce dolce, ma intrisa di un compiacimento inquietante. «Basta connettere della tecnologia ai nostri corpi e quella per… </w:t>
      </w:r>
      <w:r w:rsidRPr="00994820">
        <w:rPr>
          <w:i/>
          <w:iCs/>
        </w:rPr>
        <w:t>magia</w:t>
      </w:r>
      <w:r w:rsidRPr="00994820">
        <w:t>» — la parola la pronunciò con una risatina quasi infantile — «comincia a funzionare.»</w:t>
      </w:r>
    </w:p>
    <w:p w14:paraId="2C7B1772" w14:textId="2C5C555D" w:rsidR="007C3C6C" w:rsidRPr="00994820" w:rsidRDefault="007C3C6C" w:rsidP="00704DFD">
      <w:pPr>
        <w:spacing w:before="120" w:line="360" w:lineRule="auto"/>
        <w:ind w:firstLine="284"/>
        <w:jc w:val="both"/>
      </w:pPr>
      <w:r w:rsidRPr="00994820">
        <w:t>Fanny la fissò, cercando di capire se stesse scherzando. «Magia? La tecnologia sfrutta la nostra elettricità e il nostro calore, no?»</w:t>
      </w:r>
      <w:r w:rsidR="00A077E2">
        <w:t xml:space="preserve"> </w:t>
      </w:r>
      <w:r w:rsidRPr="00994820">
        <w:t>La Sorridente continuò, muovendo le mani come un’artista che mostra un’opera d’arte:</w:t>
      </w:r>
    </w:p>
    <w:p w14:paraId="093F4982" w14:textId="77777777" w:rsidR="007C3C6C" w:rsidRPr="00994820" w:rsidRDefault="007C3C6C" w:rsidP="00704DFD">
      <w:pPr>
        <w:spacing w:before="120" w:line="360" w:lineRule="auto"/>
        <w:ind w:firstLine="284"/>
        <w:jc w:val="both"/>
      </w:pPr>
      <w:r w:rsidRPr="00994820">
        <w:t>«Le emozioni sono instabili e potenti, Fanny. Regolale, incanalale… ed ecco energia pulita, infinita, da ogni singolo cittadino.»</w:t>
      </w:r>
    </w:p>
    <w:p w14:paraId="5BF3B294" w14:textId="77777777" w:rsidR="007C3C6C" w:rsidRPr="00994820" w:rsidRDefault="007C3C6C" w:rsidP="00704DFD">
      <w:pPr>
        <w:spacing w:before="120" w:line="360" w:lineRule="auto"/>
        <w:ind w:firstLine="284"/>
        <w:jc w:val="both"/>
      </w:pPr>
      <w:r w:rsidRPr="00994820">
        <w:t>Fece un mezzo giro su se stessa, come se fosse ancora sul palco, e si fermò di nuovo, stavolta indicando Fanny con un dito.</w:t>
      </w:r>
    </w:p>
    <w:p w14:paraId="2F16B401" w14:textId="77777777" w:rsidR="007C3C6C" w:rsidRPr="00994820" w:rsidRDefault="007C3C6C" w:rsidP="00704DFD">
      <w:pPr>
        <w:spacing w:before="120" w:line="360" w:lineRule="auto"/>
        <w:ind w:firstLine="284"/>
        <w:jc w:val="both"/>
      </w:pPr>
      <w:r w:rsidRPr="00994820">
        <w:t xml:space="preserve">«Persino voi esecutori… sì, </w:t>
      </w:r>
      <w:r w:rsidRPr="00994820">
        <w:rPr>
          <w:i/>
          <w:iCs/>
        </w:rPr>
        <w:t>voi</w:t>
      </w:r>
      <w:r w:rsidRPr="00994820">
        <w:t>. I vostri potenziamenti funzionano meglio quando siete carichi emotivamente. Ricordi contro Momo e Rock? Un po’ di Furia e avevi l’energia per radere al suolo quella sala. Dentro di noi, scorre energia allo stato puro, e sono le nostre emozioni a scatenarla, energia o magia, sono la stessa cosa, cambia solo come viene canalizzata»</w:t>
      </w:r>
    </w:p>
    <w:p w14:paraId="150454D8" w14:textId="77777777" w:rsidR="007C3C6C" w:rsidRPr="00994820" w:rsidRDefault="007C3C6C" w:rsidP="00704DFD">
      <w:pPr>
        <w:spacing w:before="120" w:line="360" w:lineRule="auto"/>
        <w:ind w:firstLine="284"/>
        <w:jc w:val="both"/>
      </w:pPr>
      <w:r w:rsidRPr="00994820">
        <w:t>Fanny non rispose subito. C’era qualcosa di troppo lucido, troppo calcolato in quelle parole. Non comprendeva davvero cosa intendesse, ma intuiva che dietro c’era un sistema che trasformava le persone in… qualcosa di peggio di batterie viventi.</w:t>
      </w:r>
    </w:p>
    <w:p w14:paraId="6237AB13" w14:textId="77777777" w:rsidR="007C3C6C" w:rsidRPr="00994820" w:rsidRDefault="007C3C6C" w:rsidP="00704DFD">
      <w:pPr>
        <w:spacing w:before="120" w:line="360" w:lineRule="auto"/>
        <w:ind w:firstLine="284"/>
        <w:jc w:val="both"/>
      </w:pPr>
    </w:p>
    <w:p w14:paraId="0CAAD21F" w14:textId="77777777" w:rsidR="007C3C6C" w:rsidRPr="00994820" w:rsidRDefault="007C3C6C" w:rsidP="00704DFD">
      <w:pPr>
        <w:spacing w:before="120" w:line="360" w:lineRule="auto"/>
        <w:ind w:firstLine="284"/>
        <w:jc w:val="both"/>
      </w:pPr>
    </w:p>
    <w:p w14:paraId="104B970D" w14:textId="77777777" w:rsidR="007C3C6C" w:rsidRPr="00994820" w:rsidRDefault="007C3C6C" w:rsidP="00704DFD">
      <w:pPr>
        <w:spacing w:before="120" w:line="360" w:lineRule="auto"/>
        <w:ind w:firstLine="284"/>
        <w:jc w:val="both"/>
      </w:pPr>
      <w:r w:rsidRPr="00994820">
        <w:t>«e così ho creato un chip con il quale poter contenere estrarre e reindirizzare quell’energia, quella magia.» Poi la sorridente ridacchiò leggermente «Certo, con un piccolo aiuto divino»</w:t>
      </w:r>
    </w:p>
    <w:p w14:paraId="3EEE9282" w14:textId="77777777" w:rsidR="007C3C6C" w:rsidRPr="00994820" w:rsidRDefault="007C3C6C" w:rsidP="00704DFD">
      <w:pPr>
        <w:spacing w:before="120" w:line="360" w:lineRule="auto"/>
        <w:ind w:firstLine="284"/>
        <w:jc w:val="both"/>
      </w:pPr>
      <w:r w:rsidRPr="00994820">
        <w:t>Fanny fece un passo avanti, i piedi che scivolarono leggermente sul pavimento ancora instabile.</w:t>
      </w:r>
      <w:r w:rsidRPr="00994820">
        <w:br/>
        <w:t>Il cuore artificiale continuava a martellare, pompando energia in un corpo che sembrava non rispondere come prima. La rabbia però la teneva in piedi, più salda della meccanica stessa.</w:t>
      </w:r>
    </w:p>
    <w:p w14:paraId="61775553" w14:textId="77777777" w:rsidR="007C3C6C" w:rsidRPr="00994820" w:rsidRDefault="007C3C6C" w:rsidP="00704DFD">
      <w:pPr>
        <w:spacing w:before="120" w:line="360" w:lineRule="auto"/>
        <w:ind w:firstLine="284"/>
        <w:jc w:val="both"/>
      </w:pPr>
      <w:r w:rsidRPr="00994820">
        <w:t>«Avete sfruttato tutti.» disse, la voce roca per la tensione. «E adesso state cercando di prosciugare anche me.»</w:t>
      </w:r>
    </w:p>
    <w:p w14:paraId="3A1131A9" w14:textId="77777777" w:rsidR="007C3C6C" w:rsidRPr="00994820" w:rsidRDefault="007C3C6C" w:rsidP="00704DFD">
      <w:pPr>
        <w:spacing w:before="120" w:line="360" w:lineRule="auto"/>
        <w:ind w:firstLine="284"/>
        <w:jc w:val="both"/>
      </w:pPr>
      <w:r w:rsidRPr="00994820">
        <w:lastRenderedPageBreak/>
        <w:t>Becky fluttuò vicino, proiettando un reticolo di dati nello spazio davanti agli occhi di Fanny: grafici pulsanti, picchi che corrispondevano al suo stesso battito cardiaco.</w:t>
      </w:r>
    </w:p>
    <w:p w14:paraId="40AAF870" w14:textId="77777777" w:rsidR="007C3C6C" w:rsidRPr="00994820" w:rsidRDefault="007C3C6C" w:rsidP="00704DFD">
      <w:pPr>
        <w:spacing w:before="120" w:line="360" w:lineRule="auto"/>
        <w:ind w:firstLine="284"/>
        <w:jc w:val="both"/>
      </w:pPr>
      <w:r w:rsidRPr="00994820">
        <w:t>«Confermo: emissioni provenienti dal pavimento, dal soffitto e dalle pareti.»</w:t>
      </w:r>
      <w:r w:rsidRPr="00994820">
        <w:br/>
        <w:t>«Efficienza dei sistemi Boost Tek ridotta del 37%.»</w:t>
      </w:r>
    </w:p>
    <w:p w14:paraId="7A09A492" w14:textId="77777777" w:rsidR="007C3C6C" w:rsidRPr="00994820" w:rsidRDefault="007C3C6C" w:rsidP="00704DFD">
      <w:pPr>
        <w:spacing w:before="120" w:line="360" w:lineRule="auto"/>
        <w:ind w:firstLine="284"/>
        <w:jc w:val="both"/>
      </w:pPr>
      <w:r w:rsidRPr="00994820">
        <w:t>Le luci del piano iniziarono a pulsare, lente ma regolari, come un enorme cuore sincronizzato con il suo. Per un istante, Fanny ebbe la netta sensazione di essere connessa, trascinata in un flusso che non aveva mai accettato di condividere.</w:t>
      </w:r>
    </w:p>
    <w:p w14:paraId="5EFB649B" w14:textId="77777777" w:rsidR="007C3C6C" w:rsidRPr="00994820" w:rsidRDefault="007C3C6C" w:rsidP="00704DFD">
      <w:pPr>
        <w:spacing w:before="120" w:line="360" w:lineRule="auto"/>
        <w:ind w:firstLine="284"/>
        <w:jc w:val="both"/>
      </w:pPr>
      <w:r w:rsidRPr="00994820">
        <w:t>Strinse i pugni, le giunture meccaniche che gemettero sotto la pressione.</w:t>
      </w:r>
    </w:p>
    <w:p w14:paraId="6D4F79FA" w14:textId="56A53CED" w:rsidR="007C3C6C" w:rsidRPr="00994820" w:rsidRDefault="007C3C6C" w:rsidP="00704DFD">
      <w:pPr>
        <w:spacing w:before="120" w:line="360" w:lineRule="auto"/>
        <w:ind w:firstLine="284"/>
        <w:jc w:val="both"/>
      </w:pPr>
      <w:r w:rsidRPr="00994820">
        <w:t>Elysis fece un mezzo giro, allargando le braccia come una diva che attende l’applauso di un pubblico invisibile.</w:t>
      </w:r>
      <w:r w:rsidR="00A077E2">
        <w:t xml:space="preserve"> </w:t>
      </w:r>
      <w:r w:rsidRPr="00994820">
        <w:t>Il suo sorriso si fece più ampio, gli occhi dorati che brillavano come vetro fuso.</w:t>
      </w:r>
    </w:p>
    <w:p w14:paraId="1D076CB3" w14:textId="77777777" w:rsidR="007C3C6C" w:rsidRPr="00994820" w:rsidRDefault="007C3C6C" w:rsidP="00704DFD">
      <w:pPr>
        <w:spacing w:before="120" w:line="360" w:lineRule="auto"/>
        <w:ind w:firstLine="284"/>
        <w:jc w:val="both"/>
      </w:pPr>
      <w:r w:rsidRPr="00994820">
        <w:t>«Non è bellissimo?» chiese con un tono che oscillava tra il sarcasmo e l’estasi. «Non pace, non armonia… solo disperazione pura, generato da chi pensava di salvare il mondo, continua così ragazza, quell’emozione scatena l’energia più pura e indomabile, un’energia bellissima.»</w:t>
      </w:r>
    </w:p>
    <w:p w14:paraId="40E1D2B0" w14:textId="77777777" w:rsidR="007C3C6C" w:rsidRPr="00994820" w:rsidRDefault="007C3C6C" w:rsidP="00704DFD">
      <w:pPr>
        <w:spacing w:before="120" w:line="360" w:lineRule="auto"/>
        <w:ind w:firstLine="284"/>
        <w:jc w:val="both"/>
      </w:pPr>
      <w:r w:rsidRPr="00994820">
        <w:t>Fanny sentì un’ondata di calore attraversarle il corpo, più rabbia che energia, un impulso che scacciava la debolezza abbastanza da tenerla in piedi.</w:t>
      </w:r>
    </w:p>
    <w:p w14:paraId="325C849A" w14:textId="77777777" w:rsidR="007C3C6C" w:rsidRPr="00994820" w:rsidRDefault="007C3C6C" w:rsidP="00704DFD">
      <w:pPr>
        <w:spacing w:before="120" w:line="360" w:lineRule="auto"/>
        <w:ind w:firstLine="284"/>
        <w:jc w:val="both"/>
      </w:pPr>
      <w:r w:rsidRPr="00994820">
        <w:t>«Quindi sei solo un parassita che prosciuga degli innocenti. Sei solo uno schifoso mostro in una tutina fluo.» ringhiò, la voce bassa e tesa.</w:t>
      </w:r>
    </w:p>
    <w:p w14:paraId="2257D98B" w14:textId="77777777" w:rsidR="007C3C6C" w:rsidRPr="00994820" w:rsidRDefault="007C3C6C" w:rsidP="00704DFD">
      <w:pPr>
        <w:spacing w:before="120" w:line="360" w:lineRule="auto"/>
        <w:ind w:firstLine="284"/>
        <w:jc w:val="both"/>
      </w:pPr>
      <w:r w:rsidRPr="00994820">
        <w:t>Le luci del piano mutarono tonalità, passando dal bianco freddo a un oro pulsante. Il pavimento tremò leggermente, e nell’aria cominciò a farsi sentire una vibrazione bassa, quasi come un ronzio lontano.</w:t>
      </w:r>
    </w:p>
    <w:p w14:paraId="1F417BEB" w14:textId="75CEC8DF" w:rsidR="007C3C6C" w:rsidRPr="00994820" w:rsidRDefault="007C3C6C" w:rsidP="00704DFD">
      <w:pPr>
        <w:spacing w:before="120" w:line="360" w:lineRule="auto"/>
        <w:ind w:firstLine="284"/>
        <w:jc w:val="both"/>
      </w:pPr>
      <w:r w:rsidRPr="00994820">
        <w:t>L’ambiente stesso sembrava prepararsi a qualcosa di più grande.</w:t>
      </w:r>
      <w:r w:rsidR="00A077E2">
        <w:t xml:space="preserve"> </w:t>
      </w:r>
      <w:r w:rsidRPr="00994820">
        <w:t>Elysis inclinò la testa, lo sguardo rivolto verso Fanny con un lampo d’eccitazione disturbante.</w:t>
      </w:r>
    </w:p>
    <w:p w14:paraId="2E3BB8B8" w14:textId="77777777" w:rsidR="007C3C6C" w:rsidRPr="00994820" w:rsidRDefault="007C3C6C" w:rsidP="00704DFD">
      <w:pPr>
        <w:spacing w:before="120" w:line="360" w:lineRule="auto"/>
        <w:ind w:firstLine="284"/>
        <w:jc w:val="both"/>
      </w:pPr>
      <w:r w:rsidRPr="00994820">
        <w:t>«Oh, piccola… sei pronta per il vero mostro?»</w:t>
      </w:r>
    </w:p>
    <w:p w14:paraId="442A3639" w14:textId="3B9E275B" w:rsidR="007C3C6C" w:rsidRPr="00994820" w:rsidRDefault="007C3C6C" w:rsidP="00704DFD">
      <w:pPr>
        <w:spacing w:before="120" w:line="360" w:lineRule="auto"/>
        <w:ind w:firstLine="284"/>
        <w:jc w:val="both"/>
      </w:pPr>
      <w:r w:rsidRPr="00994820">
        <w:t>Il sorriso teatrale di Elysis si spense, lasciando un’espressione gelida e priva di qualsiasi emozione umana.</w:t>
      </w:r>
      <w:r w:rsidR="00A077E2">
        <w:t xml:space="preserve"> </w:t>
      </w:r>
      <w:r w:rsidRPr="00994820">
        <w:t>La chitarra glifica si sollevò da sola, sospesa come se fili invisibili la tenessero in aria, per poi scivolare di lato, abbandonata.</w:t>
      </w:r>
    </w:p>
    <w:p w14:paraId="226EF835" w14:textId="0AA73154" w:rsidR="007C3C6C" w:rsidRPr="00994820" w:rsidRDefault="007C3C6C" w:rsidP="00704DFD">
      <w:pPr>
        <w:spacing w:before="120" w:line="360" w:lineRule="auto"/>
        <w:ind w:firstLine="284"/>
        <w:jc w:val="both"/>
      </w:pPr>
      <w:r w:rsidRPr="00994820">
        <w:t>«Vuoi sapere dove porta tutto questo, Fanny?» chiese con voce innaturalmente calma, priva della sua solita cantilena.</w:t>
      </w:r>
      <w:r w:rsidR="00A077E2">
        <w:t xml:space="preserve"> </w:t>
      </w:r>
      <w:r w:rsidRPr="00994820">
        <w:t>«Vuoi vedere il vero scopo e fine di Ecliptica?»</w:t>
      </w:r>
    </w:p>
    <w:p w14:paraId="0DA5A173" w14:textId="77777777" w:rsidR="00A077E2" w:rsidRDefault="007C3C6C" w:rsidP="00704DFD">
      <w:pPr>
        <w:spacing w:before="120" w:line="360" w:lineRule="auto"/>
        <w:ind w:firstLine="284"/>
        <w:jc w:val="both"/>
      </w:pPr>
      <w:r w:rsidRPr="00994820">
        <w:t>La pelle di Elysis cominciò a spaccarsi come porcellana sotto pressione, rivelando vene dorate che correvano come un circuito vivo lungo il collo e le braccia. I capelli, un tempo morbidi e leggeri, si sollevarono come mossi da un vento che non c’era, diventando rigidi e vibranti, quasi metallici.</w:t>
      </w:r>
    </w:p>
    <w:p w14:paraId="1634D862" w14:textId="07276AF5" w:rsidR="007C3C6C" w:rsidRPr="00994820" w:rsidRDefault="007C3C6C" w:rsidP="00704DFD">
      <w:pPr>
        <w:spacing w:before="120" w:line="360" w:lineRule="auto"/>
        <w:ind w:firstLine="284"/>
        <w:jc w:val="both"/>
      </w:pPr>
      <w:r w:rsidRPr="00994820">
        <w:lastRenderedPageBreak/>
        <w:t>Gli occhi persero la tonalità azzurra, saturandosi di oro incandescente, l’iride che si allungava verticalmente, predatoria, quasi rettile.</w:t>
      </w:r>
      <w:r w:rsidR="00A077E2">
        <w:t xml:space="preserve"> </w:t>
      </w:r>
      <w:r w:rsidRPr="00994820">
        <w:t>Il suo abito mutò: le linee decorative presero la forma di geometrie triangolari luminose, come il disegno di un sigillo antico che pulsava a ogni movimento.</w:t>
      </w:r>
    </w:p>
    <w:p w14:paraId="045DD3E3" w14:textId="1FC67390" w:rsidR="007C3C6C" w:rsidRPr="00994820" w:rsidRDefault="007C3C6C" w:rsidP="00704DFD">
      <w:pPr>
        <w:spacing w:before="120" w:line="360" w:lineRule="auto"/>
        <w:ind w:firstLine="284"/>
        <w:jc w:val="both"/>
      </w:pPr>
      <w:r w:rsidRPr="00994820">
        <w:t>L’intero piano reagì alla trasformazione: il pavimento cominciò a piegarsi leggermente verso l’alto, le pareti tremarono, e particelle di metallo si sollevarono lentamente, come se l’intera sala fosse diventata un ambiente a gravità instabile.</w:t>
      </w:r>
      <w:r w:rsidR="00A077E2">
        <w:t xml:space="preserve"> </w:t>
      </w:r>
      <w:r w:rsidRPr="00994820">
        <w:t>Gli Elvenar si inginocchiarono all’unisono, i loro abiti LED che lampeggiavano nello stesso ritmo delle venature dorate sul corpo di Elysis. Un rimbombo profondo attraversò la sala, simile a un battito cardiaco, ma non apparteneva a nessun corpo umano.</w:t>
      </w:r>
    </w:p>
    <w:p w14:paraId="1E966C5B" w14:textId="53CE3FCA" w:rsidR="007C3C6C" w:rsidRPr="00994820" w:rsidRDefault="007C3C6C" w:rsidP="00704DFD">
      <w:pPr>
        <w:spacing w:before="120" w:line="360" w:lineRule="auto"/>
        <w:ind w:firstLine="284"/>
        <w:jc w:val="both"/>
      </w:pPr>
      <w:r w:rsidRPr="00994820">
        <w:t>Poi arrivò la voce.</w:t>
      </w:r>
      <w:r w:rsidR="00A077E2">
        <w:t xml:space="preserve"> </w:t>
      </w:r>
      <w:r w:rsidRPr="00994820">
        <w:t>Una seconda voce si sovrappose a quella di Elysis: acuta, distorta, innaturalmente giocosa, come se più bocche stessero parlando in eco da dimensioni diverse, eppure con la musicalità inquietante di un bambino che canticchia una ninna nanna stonata.</w:t>
      </w:r>
    </w:p>
    <w:p w14:paraId="0BC79E14" w14:textId="77777777" w:rsidR="007C3C6C" w:rsidRPr="00994820" w:rsidRDefault="007C3C6C" w:rsidP="00704DFD">
      <w:pPr>
        <w:spacing w:before="120" w:line="360" w:lineRule="auto"/>
        <w:ind w:firstLine="284"/>
        <w:jc w:val="both"/>
      </w:pPr>
      <w:r w:rsidRPr="00994820">
        <w:t>«AH, FINALMENTE! CHE CORPO FLESSIBILE… E QUANTA BELLA ENERGIA QUI DENTRO!»</w:t>
      </w:r>
      <w:r w:rsidRPr="00994820">
        <w:br/>
        <w:t>«CIAO, PICCOLA CON LE PROTESI! CHE NE DICI DI UN VERO SPETTACOLO?»</w:t>
      </w:r>
    </w:p>
    <w:p w14:paraId="04080F87" w14:textId="50BD7757" w:rsidR="007C3C6C" w:rsidRPr="00994820" w:rsidRDefault="007C3C6C" w:rsidP="00704DFD">
      <w:pPr>
        <w:spacing w:before="120" w:line="360" w:lineRule="auto"/>
        <w:ind w:firstLine="284"/>
        <w:jc w:val="both"/>
      </w:pPr>
      <w:r w:rsidRPr="00994820">
        <w:t>Fanny strinse i denti. Sentiva ancora il drenaggio degli Emotion Reader, la lentezza dei suoi innesti.</w:t>
      </w:r>
      <w:r w:rsidR="00A077E2">
        <w:t xml:space="preserve"> </w:t>
      </w:r>
      <w:r w:rsidRPr="00994820">
        <w:t>Nonostante tutto, si lanciò avanti, caricando il pugno cibernetico.</w:t>
      </w:r>
      <w:r w:rsidRPr="00994820">
        <w:br/>
        <w:t>L’impatto attraversò la spalla di Elysis come se fosse solo in parte materiale: un corpo che sembrava esistere e non esistere allo stesso tempo.</w:t>
      </w:r>
      <w:r w:rsidR="00A077E2">
        <w:t xml:space="preserve"> </w:t>
      </w:r>
      <w:r w:rsidRPr="00994820">
        <w:t>Un contraccolpo energetico le percorse il braccio e la fece arretrare di mezzo passo.</w:t>
      </w:r>
    </w:p>
    <w:p w14:paraId="4448729A" w14:textId="5C728EF4" w:rsidR="007C3C6C" w:rsidRPr="00994820" w:rsidRDefault="007C3C6C" w:rsidP="00704DFD">
      <w:pPr>
        <w:spacing w:before="120" w:line="360" w:lineRule="auto"/>
        <w:ind w:firstLine="284"/>
        <w:jc w:val="both"/>
      </w:pPr>
      <w:r w:rsidRPr="00994820">
        <w:t>Elysis — o qualunque cosa fosse ora — si piegò all’indietro, un movimento innaturale, con le braccia aperte in un abbraccio deformato. Le venature dorate brillarono come filamenti incandescenti, mentre piccoli frammenti della sua pelle si staccavano e fluttuavano nell’aria, dissolvendosi come cenere.</w:t>
      </w:r>
      <w:r w:rsidR="00A077E2">
        <w:t xml:space="preserve"> </w:t>
      </w:r>
      <w:r w:rsidRPr="00994820">
        <w:t>La voce doppia esplose in una risata disturbante:</w:t>
      </w:r>
    </w:p>
    <w:p w14:paraId="2A615F81" w14:textId="77777777" w:rsidR="007C3C6C" w:rsidRPr="00994820" w:rsidRDefault="007C3C6C" w:rsidP="00704DFD">
      <w:pPr>
        <w:spacing w:before="120" w:line="360" w:lineRule="auto"/>
        <w:ind w:firstLine="284"/>
        <w:jc w:val="both"/>
      </w:pPr>
      <w:r w:rsidRPr="00994820">
        <w:t>«OH, ADORO IL MONDO TERRENO… È COSÌ FRAGILE!»</w:t>
      </w:r>
      <w:r w:rsidRPr="00994820">
        <w:br/>
        <w:t>«PERO’ MANCA ANCORA UN PO’ DEL MIO TOCCO, UN PO’ DI BILL!»</w:t>
      </w:r>
    </w:p>
    <w:p w14:paraId="74999E5E" w14:textId="77777777" w:rsidR="007C3C6C" w:rsidRPr="00994820" w:rsidRDefault="007C3C6C" w:rsidP="00704DFD">
      <w:pPr>
        <w:spacing w:before="120" w:line="360" w:lineRule="auto"/>
        <w:ind w:firstLine="284"/>
        <w:jc w:val="both"/>
      </w:pPr>
      <w:r w:rsidRPr="00994820">
        <w:t>Un impulso energetico attraversò il piano come un’onda sismica. Becky tremolò e si spense per un attimo, mentre Fanny sentì i suoi innesti perdere ancora più potenza, come se ogni goccia di forza le venisse risucchiata dal corpo.</w:t>
      </w:r>
    </w:p>
    <w:p w14:paraId="445D796E" w14:textId="0C1AC1BF" w:rsidR="007C3C6C" w:rsidRPr="00994820" w:rsidRDefault="007C3C6C" w:rsidP="00704DFD">
      <w:pPr>
        <w:spacing w:before="120" w:line="360" w:lineRule="auto"/>
        <w:ind w:firstLine="284"/>
        <w:jc w:val="both"/>
      </w:pPr>
      <w:r w:rsidRPr="00994820">
        <w:t>Davanti a lei non c’era più la Sorridente.</w:t>
      </w:r>
      <w:r w:rsidR="00A077E2">
        <w:t xml:space="preserve"> </w:t>
      </w:r>
      <w:r w:rsidRPr="00994820">
        <w:t>Il corpo era diventato mezzo umano, mezzo qualcosa di estraneo, e una luce dorata iniziava a formare un’aureola fratturata sopra la sua testa.</w:t>
      </w:r>
      <w:r w:rsidR="00A077E2">
        <w:t xml:space="preserve"> </w:t>
      </w:r>
      <w:r w:rsidRPr="00994820">
        <w:t>Frammenti del pavimento si sollevarono, fluttuando lentamente, come se la realtà stessa si stesse deformando.</w:t>
      </w:r>
    </w:p>
    <w:p w14:paraId="336E3AC9" w14:textId="62EEB099" w:rsidR="007C3C6C" w:rsidRPr="00994820" w:rsidRDefault="007C3C6C" w:rsidP="00A077E2">
      <w:pPr>
        <w:spacing w:before="120" w:line="360" w:lineRule="auto"/>
        <w:ind w:firstLine="284"/>
        <w:jc w:val="both"/>
      </w:pPr>
      <w:r w:rsidRPr="00994820">
        <w:lastRenderedPageBreak/>
        <w:t>Fanny strinse i pugni, tremando sia per la debolezza che per la rabbia.</w:t>
      </w:r>
      <w:r w:rsidRPr="00994820">
        <w:br/>
        <w:t>Quella cosa non era più Elysis</w:t>
      </w:r>
      <w:r w:rsidR="00A077E2">
        <w:t xml:space="preserve">. </w:t>
      </w:r>
      <w:r w:rsidRPr="00994820">
        <w:t>E ciò che stava per uscire dal suo guscio umano apparteneva a qualcosa di molto più antico e distruttivo.</w:t>
      </w:r>
    </w:p>
    <w:p w14:paraId="26D1FAFA" w14:textId="77777777" w:rsidR="007C3C6C" w:rsidRPr="00994820" w:rsidRDefault="007C3C6C" w:rsidP="00704DFD">
      <w:pPr>
        <w:spacing w:before="120" w:line="360" w:lineRule="auto"/>
        <w:ind w:firstLine="284"/>
        <w:jc w:val="both"/>
      </w:pPr>
      <w:r w:rsidRPr="00994820">
        <w:t>Il colpo gravitazionale della trasformazione la colpì come un pugno cosmico.</w:t>
      </w:r>
      <w:r w:rsidRPr="00994820">
        <w:br/>
        <w:t>Fanny venne scaraventata a terra con tale forza che il suolo rimbombò sotto di lei.</w:t>
      </w:r>
    </w:p>
    <w:p w14:paraId="60960702" w14:textId="7C6E96DC" w:rsidR="007C3C6C" w:rsidRPr="00994820" w:rsidRDefault="007C3C6C" w:rsidP="00704DFD">
      <w:pPr>
        <w:spacing w:before="120" w:line="360" w:lineRule="auto"/>
        <w:ind w:firstLine="284"/>
        <w:jc w:val="both"/>
      </w:pPr>
      <w:r w:rsidRPr="00994820">
        <w:t>Il cuore artificiale saltò un battito e poi accelerò all’impazzata, pompando energia che non trovava presa nei circuiti.</w:t>
      </w:r>
      <w:r w:rsidR="00A077E2">
        <w:t xml:space="preserve"> </w:t>
      </w:r>
      <w:r w:rsidRPr="00994820">
        <w:t>I guanti lampeggiarono in rosso, incapaci di completare la carica, la gamba potenziata vibrava come se le giunture stessero cedendo, mentre un suono acuto di sovratensione le fischiava nelle orecchie.</w:t>
      </w:r>
    </w:p>
    <w:p w14:paraId="7697CEC9" w14:textId="77777777" w:rsidR="007C3C6C" w:rsidRPr="00994820" w:rsidRDefault="007C3C6C" w:rsidP="00704DFD">
      <w:pPr>
        <w:spacing w:before="120" w:line="360" w:lineRule="auto"/>
        <w:ind w:firstLine="284"/>
        <w:jc w:val="both"/>
      </w:pPr>
      <w:r w:rsidRPr="00994820">
        <w:t>Inspirò a fatica: ogni respiro sembrava più pesante dell’aria stessa, densa di energia statica.</w:t>
      </w:r>
      <w:r w:rsidRPr="00994820">
        <w:br/>
        <w:t>Le mani tremarono quando tentò di spingersi su un ginocchio.</w:t>
      </w:r>
    </w:p>
    <w:p w14:paraId="38E4E6E9" w14:textId="77777777" w:rsidR="007C3C6C" w:rsidRPr="00994820" w:rsidRDefault="007C3C6C" w:rsidP="00704DFD">
      <w:pPr>
        <w:spacing w:before="120" w:line="360" w:lineRule="auto"/>
        <w:ind w:firstLine="284"/>
        <w:jc w:val="both"/>
      </w:pPr>
      <w:r w:rsidRPr="00994820">
        <w:t>Elysis/Bill sollevò le braccia, inclinando la testa come un direttore d’orchestra.</w:t>
      </w:r>
    </w:p>
    <w:p w14:paraId="407B5615" w14:textId="77777777" w:rsidR="007C3C6C" w:rsidRPr="00994820" w:rsidRDefault="007C3C6C" w:rsidP="00704DFD">
      <w:pPr>
        <w:spacing w:before="120" w:line="360" w:lineRule="auto"/>
        <w:ind w:firstLine="284"/>
        <w:jc w:val="both"/>
      </w:pPr>
      <w:r w:rsidRPr="00994820">
        <w:t>«Vieni a vedere la mia… collezione.»</w:t>
      </w:r>
    </w:p>
    <w:p w14:paraId="56A22A83" w14:textId="0E014891" w:rsidR="007C3C6C" w:rsidRPr="00994820" w:rsidRDefault="007C3C6C" w:rsidP="00704DFD">
      <w:pPr>
        <w:spacing w:before="120" w:line="360" w:lineRule="auto"/>
        <w:ind w:firstLine="284"/>
        <w:jc w:val="both"/>
      </w:pPr>
      <w:r w:rsidRPr="00994820">
        <w:t>Dal vuoto apparvero cittadini semi-trasformati: corpi umani con innesti incompleti, pelle innaturalmente tesa, occhi vuoti, bocche curve in sorrisi artificiali.</w:t>
      </w:r>
      <w:r w:rsidR="00A077E2">
        <w:t xml:space="preserve"> </w:t>
      </w:r>
      <w:r w:rsidRPr="00994820">
        <w:t>Nessuno di loro si muoveva con la grazia programmata degli Elvenar: erano abbozzi, corpi strappati a metà tra carne e macchina.</w:t>
      </w:r>
    </w:p>
    <w:p w14:paraId="2645B6FD" w14:textId="2B70FF8B" w:rsidR="007C3C6C" w:rsidRPr="00994820" w:rsidRDefault="007C3C6C" w:rsidP="00704DFD">
      <w:pPr>
        <w:spacing w:before="120" w:line="360" w:lineRule="auto"/>
        <w:ind w:firstLine="284"/>
        <w:jc w:val="both"/>
      </w:pPr>
      <w:r w:rsidRPr="00994820">
        <w:t>Fanny li fissò, e il sangue le gelò.</w:t>
      </w:r>
      <w:r w:rsidR="00A077E2">
        <w:t xml:space="preserve"> </w:t>
      </w:r>
      <w:r w:rsidRPr="00994820">
        <w:t>In mezzo a loro vide Taker. A fianco l’assassino che aveva incontrato tanto tempo fa, l’uomo dal lettore emozionale pari a zero, ora ridotto a una carcassa senza volontà.</w:t>
      </w:r>
      <w:r w:rsidR="00A077E2">
        <w:t xml:space="preserve"> </w:t>
      </w:r>
      <w:r w:rsidRPr="00994820">
        <w:t>Poco più indietro, Kieran, la sua figura irrigidita, e… Bartolomeo.</w:t>
      </w:r>
      <w:r w:rsidRPr="00994820">
        <w:br/>
        <w:t>Il padre..</w:t>
      </w:r>
    </w:p>
    <w:p w14:paraId="5B89C1C1" w14:textId="77777777" w:rsidR="007C3C6C" w:rsidRPr="00994820" w:rsidRDefault="007C3C6C" w:rsidP="00704DFD">
      <w:pPr>
        <w:spacing w:before="120" w:line="360" w:lineRule="auto"/>
        <w:ind w:firstLine="284"/>
        <w:jc w:val="both"/>
      </w:pPr>
      <w:r w:rsidRPr="00994820">
        <w:t>Per un istante, Fanny restò immobile, la gola stretta in un nodo.</w:t>
      </w:r>
    </w:p>
    <w:p w14:paraId="4EDAEBA5" w14:textId="77777777" w:rsidR="007C3C6C" w:rsidRPr="00994820" w:rsidRDefault="007C3C6C" w:rsidP="00704DFD">
      <w:pPr>
        <w:spacing w:before="120" w:line="360" w:lineRule="auto"/>
        <w:ind w:firstLine="284"/>
        <w:jc w:val="both"/>
      </w:pPr>
      <w:r w:rsidRPr="00994820">
        <w:t>La vista di quei volti familiari, le incendiò lo stomaco di rabbia.</w:t>
      </w:r>
      <w:r w:rsidRPr="00994820">
        <w:br/>
        <w:t>Fanny digrignò i denti, costringendo i muscoli a muoversi nonostante la debolezza dei suoi innesti.</w:t>
      </w:r>
    </w:p>
    <w:p w14:paraId="3F8EED50" w14:textId="77777777" w:rsidR="007C3C6C" w:rsidRPr="00994820" w:rsidRDefault="007C3C6C" w:rsidP="00704DFD">
      <w:pPr>
        <w:spacing w:before="120" w:line="360" w:lineRule="auto"/>
        <w:ind w:firstLine="284"/>
        <w:jc w:val="both"/>
      </w:pPr>
      <w:r w:rsidRPr="00994820">
        <w:t>«se dovrò prendere a pugni anche un Dio lo farò con piacere, Elysis.»</w:t>
      </w:r>
      <w:r w:rsidRPr="00994820">
        <w:br/>
        <w:t>La voce le uscì roca, tremante di fatica ma intrisa di furia.</w:t>
      </w:r>
    </w:p>
    <w:p w14:paraId="6932DDC4" w14:textId="3D399807" w:rsidR="007C3C6C" w:rsidRPr="00994820" w:rsidRDefault="007C3C6C" w:rsidP="00704DFD">
      <w:pPr>
        <w:spacing w:before="120" w:line="360" w:lineRule="auto"/>
        <w:ind w:firstLine="284"/>
        <w:jc w:val="both"/>
      </w:pPr>
      <w:r w:rsidRPr="00994820">
        <w:t>Il braccio cibernetico tremò mentre lo sollevava in posizione di guardia. Il cuore artificiale martellava, pompando scariche elettriche nelle giunture già al limite, il petto che vibrava come se dovesse esplodere.</w:t>
      </w:r>
      <w:r w:rsidR="00A077E2">
        <w:t xml:space="preserve"> </w:t>
      </w:r>
      <w:r w:rsidRPr="00994820">
        <w:t>Ogni passo era uno sforzo, ogni respiro un atto di pura volontà.</w:t>
      </w:r>
    </w:p>
    <w:p w14:paraId="5F72A1E3" w14:textId="77777777" w:rsidR="007C3C6C" w:rsidRPr="00994820" w:rsidRDefault="007C3C6C" w:rsidP="00704DFD">
      <w:pPr>
        <w:spacing w:before="120" w:line="360" w:lineRule="auto"/>
        <w:ind w:firstLine="284"/>
        <w:jc w:val="both"/>
      </w:pPr>
      <w:r w:rsidRPr="00994820">
        <w:t>Elysis/Bill inclinò la testa, la doppia voce esplodendo in un coro stridente:</w:t>
      </w:r>
    </w:p>
    <w:p w14:paraId="4BB95AB4" w14:textId="77777777" w:rsidR="007C3C6C" w:rsidRPr="00994820" w:rsidRDefault="007C3C6C" w:rsidP="00704DFD">
      <w:pPr>
        <w:spacing w:before="120" w:line="360" w:lineRule="auto"/>
        <w:ind w:firstLine="284"/>
        <w:jc w:val="both"/>
      </w:pPr>
      <w:r w:rsidRPr="00994820">
        <w:t>«Povera… piccola… inutile… UMANAAAAA!»</w:t>
      </w:r>
    </w:p>
    <w:p w14:paraId="20D9920B" w14:textId="77777777" w:rsidR="007C3C6C" w:rsidRPr="00994820" w:rsidRDefault="007C3C6C" w:rsidP="00704DFD">
      <w:pPr>
        <w:spacing w:before="120" w:line="360" w:lineRule="auto"/>
        <w:ind w:firstLine="284"/>
        <w:jc w:val="both"/>
      </w:pPr>
      <w:r w:rsidRPr="00994820">
        <w:t>Sull’ultima parola il tono salì di ottave, isterico, con una violenza sonora che fece vibrare il metallo circostante come se stesse per spezzarsi.</w:t>
      </w:r>
      <w:r w:rsidRPr="00994820">
        <w:br/>
      </w:r>
      <w:r w:rsidRPr="00994820">
        <w:lastRenderedPageBreak/>
        <w:t>L’aria stessa si piegò sotto la pressione del suono, creando una distorsione visiva attorno al corpo della Sorridente posseduta.</w:t>
      </w:r>
    </w:p>
    <w:p w14:paraId="55C483FD" w14:textId="77777777" w:rsidR="007C3C6C" w:rsidRPr="00994820" w:rsidRDefault="007C3C6C" w:rsidP="00704DFD">
      <w:pPr>
        <w:spacing w:before="120" w:line="360" w:lineRule="auto"/>
        <w:ind w:firstLine="284"/>
        <w:jc w:val="both"/>
      </w:pPr>
    </w:p>
    <w:p w14:paraId="6F087280" w14:textId="77777777" w:rsidR="007C3C6C" w:rsidRPr="00994820" w:rsidRDefault="007C3C6C" w:rsidP="00704DFD">
      <w:pPr>
        <w:spacing w:before="120" w:line="360" w:lineRule="auto"/>
        <w:ind w:firstLine="284"/>
        <w:jc w:val="both"/>
      </w:pPr>
    </w:p>
    <w:p w14:paraId="321D806D" w14:textId="06C52F75" w:rsidR="007C3C6C" w:rsidRPr="00994820" w:rsidRDefault="007C3C6C" w:rsidP="00704DFD">
      <w:pPr>
        <w:spacing w:before="120" w:line="360" w:lineRule="auto"/>
        <w:ind w:firstLine="284"/>
        <w:jc w:val="both"/>
      </w:pPr>
      <w:r w:rsidRPr="00994820">
        <w:t>Un istante dopo, il mondo si spezzò.</w:t>
      </w:r>
      <w:r w:rsidR="00346423">
        <w:t xml:space="preserve"> </w:t>
      </w:r>
      <w:r w:rsidRPr="00994820">
        <w:t>Non fu un’esplosione di suono o di luce, ma di pressione: la gravità implose tutta intorno a Elysis/Bill e poi si espanse con la violenza di una stella che collassa.</w:t>
      </w:r>
    </w:p>
    <w:p w14:paraId="30D4AD0A" w14:textId="68A57725" w:rsidR="007C3C6C" w:rsidRPr="00994820" w:rsidRDefault="007C3C6C" w:rsidP="00704DFD">
      <w:pPr>
        <w:spacing w:before="120" w:line="360" w:lineRule="auto"/>
        <w:ind w:firstLine="284"/>
        <w:jc w:val="both"/>
      </w:pPr>
      <w:r w:rsidRPr="00994820">
        <w:t>Fanny venne schiacciata al suolo.</w:t>
      </w:r>
      <w:r w:rsidR="00346423">
        <w:t xml:space="preserve"> </w:t>
      </w:r>
      <w:r w:rsidRPr="00994820">
        <w:t>Le ossa scricchiolarono, la gamba meccanica gemette come un metallo piegato oltre i limiti, il braccio cibernetico vibrò senza controllo. Il cuore artificiale pompava al massimo, ma era come tentare di muovere un corpo incollato all’asfalto. Il respiro le si bloccò, gli occhi si velarono di nero.</w:t>
      </w:r>
    </w:p>
    <w:p w14:paraId="69FF317F" w14:textId="4AFF13FF" w:rsidR="007C3C6C" w:rsidRPr="00994820" w:rsidRDefault="007C3C6C" w:rsidP="00704DFD">
      <w:pPr>
        <w:spacing w:before="120" w:line="360" w:lineRule="auto"/>
        <w:ind w:firstLine="284"/>
        <w:jc w:val="both"/>
      </w:pPr>
      <w:r w:rsidRPr="00994820">
        <w:t>Persino i cittadini semi-trasformati e gli Elvenar si accasciarono, completamente soggiogati dall’onda gravitazionale.</w:t>
      </w:r>
      <w:r w:rsidR="00346423">
        <w:t xml:space="preserve"> </w:t>
      </w:r>
      <w:r w:rsidRPr="00994820">
        <w:t>Poi venne il crollo della realtà.</w:t>
      </w:r>
    </w:p>
    <w:p w14:paraId="7E1ABF4F" w14:textId="77777777" w:rsidR="007C3C6C" w:rsidRPr="00994820" w:rsidRDefault="007C3C6C" w:rsidP="00704DFD">
      <w:pPr>
        <w:spacing w:before="120" w:line="360" w:lineRule="auto"/>
        <w:ind w:firstLine="284"/>
        <w:jc w:val="both"/>
      </w:pPr>
      <w:r w:rsidRPr="00994820">
        <w:t>Un lampo dorato inghiottì tutto: il pavimento, le pareti, le luci al neon e i riflessi del tredicesimo piano si deformarono, strappandosi via come un telo di seta bruciato. Fanny sentì il corpo trascinato in una caduta innaturale, un vortice che la tirava e la spingeva in direzioni contrarie nello stesso istante.</w:t>
      </w:r>
    </w:p>
    <w:p w14:paraId="632A224C" w14:textId="70C91B75" w:rsidR="007C3C6C" w:rsidRPr="00994820" w:rsidRDefault="007C3C6C" w:rsidP="00704DFD">
      <w:pPr>
        <w:spacing w:before="120" w:line="360" w:lineRule="auto"/>
        <w:ind w:firstLine="284"/>
        <w:jc w:val="both"/>
      </w:pPr>
      <w:r w:rsidRPr="00994820">
        <w:t>Attraversarono i piani della torre come proiettili nel vuoto:</w:t>
      </w:r>
      <w:r w:rsidR="00346423">
        <w:t xml:space="preserve"> </w:t>
      </w:r>
      <w:r w:rsidRPr="00994820">
        <w:t>camere distrutte, scale piegate come cartone bagnato, macchinari che si torcevano a mezz’aria. I flussi di energia che aveva già intravisto nei piani inferiori ora correvano ovunque, come vene dorate pulsanti, convergendo verso il basso. Ogni “salto” le strappava un gemito strozzato, come se la pressione interna stesse per farle esplodere i timpani.</w:t>
      </w:r>
    </w:p>
    <w:p w14:paraId="6272AD53" w14:textId="77777777" w:rsidR="007C3C6C" w:rsidRPr="00994820" w:rsidRDefault="007C3C6C" w:rsidP="00704DFD">
      <w:pPr>
        <w:spacing w:before="120" w:line="360" w:lineRule="auto"/>
        <w:ind w:firstLine="284"/>
        <w:jc w:val="both"/>
      </w:pPr>
      <w:r w:rsidRPr="00994820">
        <w:t>Poi, all’improvviso, l’impatto.</w:t>
      </w:r>
    </w:p>
    <w:p w14:paraId="647042AF" w14:textId="2595B6EC" w:rsidR="007C3C6C" w:rsidRPr="00994820" w:rsidRDefault="007C3C6C" w:rsidP="00704DFD">
      <w:pPr>
        <w:spacing w:before="120" w:line="360" w:lineRule="auto"/>
        <w:ind w:firstLine="284"/>
        <w:jc w:val="both"/>
      </w:pPr>
      <w:r w:rsidRPr="00994820">
        <w:t>Il mondo tornò fermo e Fanny si ritrovò al Piano -13.</w:t>
      </w:r>
      <w:r w:rsidR="00346423">
        <w:t xml:space="preserve"> </w:t>
      </w:r>
      <w:r w:rsidRPr="00994820">
        <w:t>Un ambiente vastissimo si stendeva sotto di lei, direttamente sopra un enorme pavimento in roccia sconnesso, non sembrava artificiale, avevano forse raggiunto le viscere della terra? Le pareti di quel luogo buio erano decorate da glifi immensi, incisi nel metallo e nella roccia come cicatrici di luce dorata. Sul pavimento, disposti a cerchio, centinaia di corpi carbonizzati formavano una geometria macabra, un rituale perpetuo alimentato dal sacrificio stesso degli abitanti della città.</w:t>
      </w:r>
    </w:p>
    <w:p w14:paraId="41BB253E" w14:textId="7450E163" w:rsidR="007C3C6C" w:rsidRPr="00994820" w:rsidRDefault="007C3C6C" w:rsidP="00704DFD">
      <w:pPr>
        <w:spacing w:before="120" w:line="360" w:lineRule="auto"/>
        <w:ind w:firstLine="284"/>
        <w:jc w:val="both"/>
      </w:pPr>
      <w:r w:rsidRPr="00994820">
        <w:t>Fanny tentò di muoversi, ma il dolore la inchiodò al suolo. Ogni nervo urlava, ogni innesto era un pezzo di metallo incandescente nel suo corpo.</w:t>
      </w:r>
      <w:r w:rsidR="00346423">
        <w:t xml:space="preserve"> </w:t>
      </w:r>
      <w:r w:rsidRPr="00994820">
        <w:t>Eppure alzò lo sguardo, seguendo con gli occhi quello che stava accadendo sopra di lei.</w:t>
      </w:r>
    </w:p>
    <w:p w14:paraId="4390840E" w14:textId="77777777" w:rsidR="007C3C6C" w:rsidRPr="00994820" w:rsidRDefault="007C3C6C" w:rsidP="00704DFD">
      <w:pPr>
        <w:spacing w:before="120" w:line="360" w:lineRule="auto"/>
        <w:ind w:firstLine="284"/>
        <w:jc w:val="both"/>
      </w:pPr>
      <w:r w:rsidRPr="00994820">
        <w:t>Dall’alto della torre, l’energia raccolta dai piani superiori precipitava verso il suolo in un fascio dorato e pulsante, vivo come un organo che pompa sangue. Tutta l’Ecliptica sembrava svuotarsi dentro quel vortice.</w:t>
      </w:r>
    </w:p>
    <w:p w14:paraId="1A26E055" w14:textId="7C8C41A5" w:rsidR="007C3C6C" w:rsidRPr="00994820" w:rsidRDefault="007C3C6C" w:rsidP="00704DFD">
      <w:pPr>
        <w:spacing w:before="120" w:line="360" w:lineRule="auto"/>
        <w:ind w:firstLine="284"/>
        <w:jc w:val="both"/>
      </w:pPr>
      <w:r w:rsidRPr="00994820">
        <w:t>Elysis/Bill la osservava con un’espressione quasi infantile, le braccia spalancate in un abbraccio innaturale.</w:t>
      </w:r>
      <w:r w:rsidR="00346423">
        <w:t xml:space="preserve"> </w:t>
      </w:r>
      <w:r w:rsidRPr="00994820">
        <w:t>La voce doppia, squillante e distorta, ruppe il silenzio:</w:t>
      </w:r>
    </w:p>
    <w:p w14:paraId="6078EF26" w14:textId="77777777" w:rsidR="007C3C6C" w:rsidRPr="00994820" w:rsidRDefault="007C3C6C" w:rsidP="00704DFD">
      <w:pPr>
        <w:spacing w:before="120" w:line="360" w:lineRule="auto"/>
        <w:ind w:firstLine="284"/>
        <w:jc w:val="both"/>
      </w:pPr>
      <w:r w:rsidRPr="00994820">
        <w:lastRenderedPageBreak/>
        <w:t>«E ora attiverò tutti gli Emotion Reader alla massima potenza… con l’Emotion Hive sarebbe stato immediato, ma… meglio accontentarsi.»</w:t>
      </w:r>
    </w:p>
    <w:p w14:paraId="1A7B6F95" w14:textId="77777777" w:rsidR="007C3C6C" w:rsidRPr="00994820" w:rsidRDefault="007C3C6C" w:rsidP="00704DFD">
      <w:pPr>
        <w:spacing w:before="120" w:line="360" w:lineRule="auto"/>
        <w:ind w:firstLine="284"/>
        <w:jc w:val="both"/>
      </w:pPr>
      <w:r w:rsidRPr="00994820">
        <w:t>Fanny riuscì a sollevarsi sulle ginocchia, ansimando. Sangue e rabbia le ronzavano nelle orecchie, ma si mise comunque in piedi, traballante, lo sguardo fisso su quell’abominio.</w:t>
      </w:r>
    </w:p>
    <w:p w14:paraId="0C745464" w14:textId="77777777" w:rsidR="007C3C6C" w:rsidRPr="00994820" w:rsidRDefault="007C3C6C" w:rsidP="00704DFD">
      <w:pPr>
        <w:spacing w:before="120" w:line="360" w:lineRule="auto"/>
        <w:ind w:firstLine="284"/>
        <w:jc w:val="both"/>
      </w:pPr>
      <w:r w:rsidRPr="00994820">
        <w:t>Elysis/Bill rise, piegando la testa come un bambino che scarta un regalo:</w:t>
      </w:r>
    </w:p>
    <w:p w14:paraId="65D628B6" w14:textId="77777777" w:rsidR="007C3C6C" w:rsidRPr="00994820" w:rsidRDefault="007C3C6C" w:rsidP="00704DFD">
      <w:pPr>
        <w:spacing w:before="120" w:line="360" w:lineRule="auto"/>
        <w:ind w:firstLine="284"/>
        <w:jc w:val="both"/>
      </w:pPr>
      <w:r w:rsidRPr="00994820">
        <w:t>«Ohhh… stai ancora in piedi? Allora ti do un bel giochino per distrarti.»</w:t>
      </w:r>
    </w:p>
    <w:p w14:paraId="63E4CAA5" w14:textId="05E51260" w:rsidR="00A20E7A" w:rsidRDefault="007C3C6C" w:rsidP="00704DFD">
      <w:pPr>
        <w:spacing w:before="120" w:line="360" w:lineRule="auto"/>
        <w:ind w:firstLine="284"/>
        <w:jc w:val="both"/>
      </w:pPr>
      <w:r w:rsidRPr="00994820">
        <w:t>Una nuova distorsione scosse l’aria, un preludio a qualcosa di mai visto.</w:t>
      </w:r>
    </w:p>
    <w:p w14:paraId="35ABCB01" w14:textId="41710C1F" w:rsidR="00346423" w:rsidRPr="00A20E7A" w:rsidRDefault="00A20E7A" w:rsidP="00A20E7A">
      <w:pPr>
        <w:spacing w:after="160" w:line="259" w:lineRule="auto"/>
      </w:pPr>
      <w:r>
        <w:br w:type="page"/>
      </w:r>
    </w:p>
    <w:p w14:paraId="5B3F17CC" w14:textId="154C9665" w:rsidR="007C3C6C" w:rsidRPr="00346423" w:rsidRDefault="007C3C6C" w:rsidP="004739EF">
      <w:pPr>
        <w:pStyle w:val="Titolo1"/>
        <w:jc w:val="center"/>
      </w:pPr>
      <w:r w:rsidRPr="00346423">
        <w:lastRenderedPageBreak/>
        <w:t xml:space="preserve">Capitolo </w:t>
      </w:r>
      <w:r w:rsidR="00CD408F">
        <w:t>XXIII</w:t>
      </w:r>
      <w:r w:rsidRPr="00346423">
        <w:t xml:space="preserve"> – Il Guerriero oltre il Tempo</w:t>
      </w:r>
    </w:p>
    <w:p w14:paraId="1E80D09E" w14:textId="77777777" w:rsidR="007C3C6C" w:rsidRDefault="007C3C6C" w:rsidP="00704DFD">
      <w:pPr>
        <w:spacing w:before="120" w:line="360" w:lineRule="auto"/>
        <w:ind w:firstLine="284"/>
        <w:jc w:val="both"/>
      </w:pPr>
    </w:p>
    <w:p w14:paraId="4BB4325F" w14:textId="77777777" w:rsidR="00346423" w:rsidRDefault="00346423" w:rsidP="00704DFD">
      <w:pPr>
        <w:spacing w:before="120" w:line="360" w:lineRule="auto"/>
        <w:ind w:firstLine="284"/>
        <w:jc w:val="both"/>
      </w:pPr>
    </w:p>
    <w:p w14:paraId="40C88C4C" w14:textId="77777777" w:rsidR="00346423" w:rsidRDefault="00346423" w:rsidP="00704DFD">
      <w:pPr>
        <w:spacing w:before="120" w:line="360" w:lineRule="auto"/>
        <w:ind w:firstLine="284"/>
        <w:jc w:val="both"/>
      </w:pPr>
    </w:p>
    <w:p w14:paraId="6E58D09A" w14:textId="77777777" w:rsidR="00346423" w:rsidRPr="00994820" w:rsidRDefault="00346423" w:rsidP="00704DFD">
      <w:pPr>
        <w:spacing w:before="120" w:line="360" w:lineRule="auto"/>
        <w:ind w:firstLine="284"/>
        <w:jc w:val="both"/>
      </w:pPr>
    </w:p>
    <w:p w14:paraId="3BE75FFA" w14:textId="77777777" w:rsidR="004739EF" w:rsidRDefault="007C3C6C" w:rsidP="00704DFD">
      <w:pPr>
        <w:spacing w:before="120" w:line="360" w:lineRule="auto"/>
        <w:ind w:firstLine="284"/>
        <w:jc w:val="both"/>
      </w:pPr>
      <w:r w:rsidRPr="00994820">
        <w:t>Il corpo di Fanny era stato schiacciato, come spremuto contro il pavimento irregolare del Piano -13. La caduta attraverso l’intera torre e oltre si era conclusa con un violento tonfo metallico, il cuore artificiale che impazziva in un ritmo disordinato.</w:t>
      </w:r>
    </w:p>
    <w:p w14:paraId="4ECFF944" w14:textId="197BC2A8" w:rsidR="007C3C6C" w:rsidRPr="00994820" w:rsidRDefault="007C3C6C" w:rsidP="00704DFD">
      <w:pPr>
        <w:spacing w:before="120" w:line="360" w:lineRule="auto"/>
        <w:ind w:firstLine="284"/>
        <w:jc w:val="both"/>
      </w:pPr>
      <w:r w:rsidRPr="00994820">
        <w:t>Tutto attorno l’ambiente era saturo di un’energia palpabile, quasi come se l’aria si fosse addensata. Onde invisibili scuotevano l’aria, sollevando piccole pietre e brandelli di metallo che galleggiavano per un istante prima di ricadere a scatti. Il terreno stesso sembrava vivo, attraversato da vene dorate che pulsavano a ritmo del fascio energetico che si infiltrava attraverso l’ultimo pavimento della Torre della Sorridente.</w:t>
      </w:r>
    </w:p>
    <w:p w14:paraId="1B9A8491" w14:textId="77777777" w:rsidR="007C3C6C" w:rsidRPr="00994820" w:rsidRDefault="007C3C6C" w:rsidP="00704DFD">
      <w:pPr>
        <w:spacing w:before="120" w:line="360" w:lineRule="auto"/>
        <w:ind w:firstLine="284"/>
        <w:jc w:val="both"/>
      </w:pPr>
      <w:r w:rsidRPr="00994820">
        <w:t>Ogni respiro era pesante. L’odore che la investiva era quello di carne bruciata e catrame appena steso, un misto che pizzicava la gola e le fece stringere i denti. Intorno a lei, centinaia di corpi carbonizzati formavano un cerchio rituale, un disegno macabro inciso con vite sacrificate.</w:t>
      </w:r>
    </w:p>
    <w:p w14:paraId="11DC6082" w14:textId="2F5EC8F7" w:rsidR="007C3C6C" w:rsidRPr="00994820" w:rsidRDefault="007C3C6C" w:rsidP="00704DFD">
      <w:pPr>
        <w:spacing w:before="120" w:line="360" w:lineRule="auto"/>
        <w:ind w:firstLine="284"/>
        <w:jc w:val="both"/>
      </w:pPr>
      <w:r w:rsidRPr="00994820">
        <w:t>Becky oscillava instabile, proiettando scariche di staticità olografica.</w:t>
      </w:r>
      <w:r w:rsidR="004739EF">
        <w:t xml:space="preserve"> </w:t>
      </w:r>
      <w:r w:rsidRPr="00994820">
        <w:t>«Sistemi in instabilità... energia non catalogata...» sussurrò, la voce metallica distorta.</w:t>
      </w:r>
    </w:p>
    <w:p w14:paraId="4E6F06AF" w14:textId="71CBE96B" w:rsidR="007C3C6C" w:rsidRPr="00994820" w:rsidRDefault="007C3C6C" w:rsidP="00704DFD">
      <w:pPr>
        <w:spacing w:before="120" w:line="360" w:lineRule="auto"/>
        <w:ind w:firstLine="284"/>
        <w:jc w:val="both"/>
      </w:pPr>
      <w:r w:rsidRPr="00994820">
        <w:t>Il petto di Fanny premeva con ogni muscolo contro l’armatura, come se stesse lottando contro un peso invisibile. Gli innesti al braccio e alla gamba destra vibravano senza controllo, perdendo sincronizzazione.</w:t>
      </w:r>
      <w:r w:rsidR="002208E5">
        <w:t xml:space="preserve"> </w:t>
      </w:r>
      <w:r w:rsidRPr="00994820">
        <w:t xml:space="preserve">La sua vista, saturata di glitch visivi provocati da tutta quella mole di dati energetici da dover processare, le mostrava una sola certezza: </w:t>
      </w:r>
      <w:r w:rsidRPr="00994820">
        <w:rPr>
          <w:b/>
          <w:bCs/>
        </w:rPr>
        <w:t>Elysis non c’era più</w:t>
      </w:r>
      <w:r w:rsidRPr="00994820">
        <w:t>. Al suo posto c’era un avatar del Dio del Caos, con un’aura dorata e frammenti di pelle che si staccavano come polvere.</w:t>
      </w:r>
    </w:p>
    <w:p w14:paraId="14604EE7" w14:textId="77777777" w:rsidR="007C3C6C" w:rsidRPr="00994820" w:rsidRDefault="007C3C6C" w:rsidP="00704DFD">
      <w:pPr>
        <w:spacing w:before="120" w:line="360" w:lineRule="auto"/>
        <w:ind w:firstLine="284"/>
        <w:jc w:val="both"/>
      </w:pPr>
      <w:r w:rsidRPr="00994820">
        <w:t>Una fitta improvvisa, e Fanny sentì qualcosa cambiare in sé. I suoi occhi, già cibernetici, si illuminarono d’oro puro, non per rifrazione o per un impulso artificiale, ma da dentro, dal suo stesso spirito. Il drenaggio degli Emotion Reader non era cessato, ma qualcosa dentro di lei stava reagendo, cercando un equilibrio nuovo.</w:t>
      </w:r>
    </w:p>
    <w:p w14:paraId="105D3E35" w14:textId="77777777" w:rsidR="002208E5" w:rsidRDefault="007C3C6C" w:rsidP="00704DFD">
      <w:pPr>
        <w:spacing w:before="120" w:line="360" w:lineRule="auto"/>
        <w:ind w:firstLine="284"/>
        <w:jc w:val="both"/>
      </w:pPr>
      <w:r w:rsidRPr="00994820">
        <w:t>La Sorridente/Bill si piegò in avanti come un burattino guidato da più mani, la voce doppia che rimbombava nel vuoto:</w:t>
      </w:r>
    </w:p>
    <w:p w14:paraId="4DBFB9E7" w14:textId="7F198055" w:rsidR="007C3C6C" w:rsidRPr="00994820" w:rsidRDefault="007C3C6C" w:rsidP="00704DFD">
      <w:pPr>
        <w:spacing w:before="120" w:line="360" w:lineRule="auto"/>
        <w:ind w:firstLine="284"/>
        <w:jc w:val="both"/>
      </w:pPr>
      <w:r w:rsidRPr="00994820">
        <w:t>«TI PIACE? QUESTO È IL CENTRO DEL MONDO. TUTTO SCORRE QUI, TUTTO FINISCE QUI!»</w:t>
      </w:r>
    </w:p>
    <w:p w14:paraId="4F4B9F6B" w14:textId="77777777" w:rsidR="007C3C6C" w:rsidRPr="00994820" w:rsidRDefault="007C3C6C" w:rsidP="00704DFD">
      <w:pPr>
        <w:spacing w:before="120" w:line="360" w:lineRule="auto"/>
        <w:ind w:firstLine="284"/>
        <w:jc w:val="both"/>
      </w:pPr>
      <w:r w:rsidRPr="00994820">
        <w:t>Il pavimento pulsò, e un’onda di energia fece vibrare persino la roccia circostante. I corpi carbonizzati tremarono come mossi da un vento invisibile, i glifi incisi a terra si illuminarono con bagliori dissonanti.</w:t>
      </w:r>
    </w:p>
    <w:p w14:paraId="232FB72C" w14:textId="77777777" w:rsidR="007C3C6C" w:rsidRPr="00994820" w:rsidRDefault="007C3C6C" w:rsidP="00704DFD">
      <w:pPr>
        <w:spacing w:before="120" w:line="360" w:lineRule="auto"/>
        <w:ind w:firstLine="284"/>
        <w:jc w:val="both"/>
      </w:pPr>
      <w:r w:rsidRPr="00994820">
        <w:lastRenderedPageBreak/>
        <w:t>Fanny piantò la mano al suolo e si sollevò, barcollando, il respiro spezzato ma ostinato.</w:t>
      </w:r>
      <w:r w:rsidRPr="00994820">
        <w:br/>
        <w:t xml:space="preserve">Non aveva mai sentito un potere simile, nemmeno quando Stein aveva piegato la sua mente o quando Rivey le aveva rubato il controllo sulla sua stessa tecnologia. Questo era diverso: </w:t>
      </w:r>
      <w:r w:rsidRPr="00994820">
        <w:rPr>
          <w:b/>
          <w:bCs/>
        </w:rPr>
        <w:t>era caos puro, intrecciato alla struttura stessa della realtà</w:t>
      </w:r>
      <w:r w:rsidRPr="00994820">
        <w:t>.</w:t>
      </w:r>
    </w:p>
    <w:p w14:paraId="7892CAA7" w14:textId="77777777" w:rsidR="007C3C6C" w:rsidRPr="00994820" w:rsidRDefault="007C3C6C" w:rsidP="00704DFD">
      <w:pPr>
        <w:spacing w:before="120" w:line="360" w:lineRule="auto"/>
        <w:ind w:firstLine="284"/>
        <w:jc w:val="both"/>
      </w:pPr>
      <w:r w:rsidRPr="00994820">
        <w:t>«Tutto questo sta diventando ridicolo… ma sono certa che alla fine ti ammazzerò» mormorò, la voce roca ma ferma, «… perché tu sei sbagliata.»</w:t>
      </w:r>
    </w:p>
    <w:p w14:paraId="30109701" w14:textId="211167A7" w:rsidR="007C3C6C" w:rsidRPr="00994820" w:rsidRDefault="007C3C6C" w:rsidP="002208E5">
      <w:pPr>
        <w:spacing w:before="120" w:line="360" w:lineRule="auto"/>
        <w:ind w:firstLine="284"/>
        <w:jc w:val="both"/>
      </w:pPr>
      <w:r w:rsidRPr="00994820">
        <w:t>Gli occhi verdi di Fanny ancora intenti a oscillare tra il suo colore naturale e questa nuova sfumatura dorata rifletterono l’aura del Piano -13, mentre la Sorridente/Bill inclinava la testa, come incuriosita.</w:t>
      </w:r>
      <w:r w:rsidRPr="00994820">
        <w:br/>
        <w:t>Un nuovo impulso energetico squarciò il terreno, e la realtà stessa si contrasse, pronta a vomitare qualcosa di ancora più antico.</w:t>
      </w:r>
    </w:p>
    <w:p w14:paraId="077DBF7C" w14:textId="3E509D7D" w:rsidR="007C3C6C" w:rsidRPr="00994820" w:rsidRDefault="007C3C6C" w:rsidP="00704DFD">
      <w:pPr>
        <w:spacing w:before="120" w:line="360" w:lineRule="auto"/>
        <w:ind w:firstLine="284"/>
        <w:jc w:val="both"/>
      </w:pPr>
      <w:r w:rsidRPr="00994820">
        <w:t>Il terreno tremò sotto un nuovo impulso improvviso, un battito secco che fece vibrare le ossa di Fanny più dei suoi innesti.</w:t>
      </w:r>
      <w:r w:rsidR="002208E5">
        <w:t xml:space="preserve"> </w:t>
      </w:r>
      <w:r w:rsidRPr="00994820">
        <w:t>La Sorridente – o ciò che ne restava, ormai un contenitore deformato di Bill– alzò una mano, piegando le dita come se stesse suonando corde invisibili.</w:t>
      </w:r>
    </w:p>
    <w:p w14:paraId="7E279B69" w14:textId="77777777" w:rsidR="007C3C6C" w:rsidRPr="00994820" w:rsidRDefault="007C3C6C" w:rsidP="00704DFD">
      <w:pPr>
        <w:spacing w:before="120" w:line="360" w:lineRule="auto"/>
        <w:ind w:firstLine="284"/>
        <w:jc w:val="both"/>
      </w:pPr>
      <w:r w:rsidRPr="00994820">
        <w:t>Un sibilo, basso e crescente, iniziò a propagarsi nell’aria. La pietra e il metallo del pavimento si spaccarono al centro del cerchio rituale, rivelando un nucleo rosso pulsante come carne viva.</w:t>
      </w:r>
      <w:r w:rsidRPr="00994820">
        <w:br/>
        <w:t>La voce doppia di Elysis/Bill echeggiò, modulata da un’intonazione disturbante:</w:t>
      </w:r>
      <w:r w:rsidRPr="00994820">
        <w:br/>
        <w:t>«ORA FA LA BRAVA E GIOCA CON IL TUO NUOVO AMICO, CHE I GRANDI HANNO COSE IMPORTANTI DA FARE. L’INTERO COSMO ASPETTA IL MIO RITORNO, NON POSSO MICA DELUDERLO, NO?»</w:t>
      </w:r>
    </w:p>
    <w:p w14:paraId="50820128" w14:textId="77777777" w:rsidR="007C3C6C" w:rsidRPr="00994820" w:rsidRDefault="007C3C6C" w:rsidP="00704DFD">
      <w:pPr>
        <w:spacing w:before="120" w:line="360" w:lineRule="auto"/>
        <w:ind w:firstLine="284"/>
        <w:jc w:val="both"/>
      </w:pPr>
      <w:r w:rsidRPr="00994820">
        <w:t>Dalla mano di Elysis/Bill si generò un piccolo microscopico punto Nero e denso. Pochi istanti e già aveva iniziato ad allargarsi, da ogni punto in cui lo si cercava di guardarlo, quel punto, quel buco, appariva identico, piatto, ma terrificante. Dopo un solo minuto aveva raggiunto le dimensioni del volto di Fanny e aveva smesso di ingrandirsi. Aveva iniziato invece a mutare colore e vibrare nella sua forma, come se stesse cercando di ritrovare la dimensione da cui era stato strappato. Prima azzurro, poi Rosso. Poco dopo da quel nucleo rosso si aprì un varco: un portale che non sembrava una finestra nello spazio, ma un taglio nella realtà, vivo e sanguinante, da cui colava energia come plasma incandescente.</w:t>
      </w:r>
    </w:p>
    <w:p w14:paraId="267338AB" w14:textId="42BCEAC4" w:rsidR="007C3C6C" w:rsidRPr="00994820" w:rsidRDefault="007C3C6C" w:rsidP="00704DFD">
      <w:pPr>
        <w:spacing w:before="120" w:line="360" w:lineRule="auto"/>
        <w:ind w:firstLine="284"/>
        <w:jc w:val="both"/>
      </w:pPr>
      <w:r w:rsidRPr="00994820">
        <w:t>Un piede ne uscì per primo: stivale nero perfetto, lucido, seguito da una gamba snella e un mantello cremisi che si piegava come se fosse sospinto da un vento inesistente.</w:t>
      </w:r>
      <w:r w:rsidR="004739EF">
        <w:t xml:space="preserve"> </w:t>
      </w:r>
      <w:r w:rsidRPr="00994820">
        <w:t>Poi la figura intera emerse.</w:t>
      </w:r>
      <w:r w:rsidR="002208E5">
        <w:t xml:space="preserve"> </w:t>
      </w:r>
      <w:r w:rsidRPr="00994820">
        <w:t>Capelli bianchi spettinati, occhi rossi sottili come lame, un sorriso rilassato e affabile, quasi divertito.</w:t>
      </w:r>
      <w:r w:rsidR="002208E5">
        <w:t xml:space="preserve"> </w:t>
      </w:r>
      <w:r w:rsidRPr="00994820">
        <w:t>L’aura che lo circondava era sottile, di un azzurro pallido, ma pulsava come un cuore indipendente.</w:t>
      </w:r>
      <w:r w:rsidR="002208E5">
        <w:t xml:space="preserve"> </w:t>
      </w:r>
      <w:r w:rsidRPr="00994820">
        <w:t>Fanny lo sentì ancora prima di vederlo, come se quell’essere fosse un magnete emotivo, capace di tirare fuori la tensione dal suo stesso corpo.</w:t>
      </w:r>
    </w:p>
    <w:p w14:paraId="57040E3C" w14:textId="77777777" w:rsidR="002208E5" w:rsidRDefault="007C3C6C" w:rsidP="00704DFD">
      <w:pPr>
        <w:spacing w:before="120" w:line="360" w:lineRule="auto"/>
        <w:ind w:firstLine="284"/>
        <w:jc w:val="both"/>
      </w:pPr>
      <w:r w:rsidRPr="00994820">
        <w:t>Si fermò, fece un respiro ampio e disse con tono beffardo:</w:t>
      </w:r>
    </w:p>
    <w:p w14:paraId="2D51C97F" w14:textId="6BBD44C4" w:rsidR="007C3C6C" w:rsidRPr="00994820" w:rsidRDefault="007C3C6C" w:rsidP="00704DFD">
      <w:pPr>
        <w:spacing w:before="120" w:line="360" w:lineRule="auto"/>
        <w:ind w:firstLine="284"/>
        <w:jc w:val="both"/>
      </w:pPr>
      <w:r w:rsidRPr="00994820">
        <w:lastRenderedPageBreak/>
        <w:t>«Ahhh… l’aria fresca di un nuovo mondo.»</w:t>
      </w:r>
    </w:p>
    <w:p w14:paraId="101E126D" w14:textId="77777777" w:rsidR="002208E5" w:rsidRDefault="007C3C6C" w:rsidP="00704DFD">
      <w:pPr>
        <w:spacing w:before="120" w:line="360" w:lineRule="auto"/>
        <w:ind w:firstLine="284"/>
        <w:jc w:val="both"/>
      </w:pPr>
      <w:r w:rsidRPr="00994820">
        <w:t>I suoi occhi si posarono su di lei con un’espressione divertita, inclinando leggermente la testa come un predatore curioso. Poi scivolò in un mezzo inchino teatrale, il mantello che si aprì dietro di lui con un movimento elegante.</w:t>
      </w:r>
    </w:p>
    <w:p w14:paraId="35ABCAA7" w14:textId="73FEC6D0" w:rsidR="007C3C6C" w:rsidRPr="00994820" w:rsidRDefault="007C3C6C" w:rsidP="00704DFD">
      <w:pPr>
        <w:spacing w:before="120" w:line="360" w:lineRule="auto"/>
        <w:ind w:firstLine="284"/>
        <w:jc w:val="both"/>
      </w:pPr>
      <w:r w:rsidRPr="00994820">
        <w:t>«Solo una oggi?» chiese, voltandosi verso La sorridente. La voce era morbida ma tagliente come una lama di vetro.</w:t>
      </w:r>
    </w:p>
    <w:p w14:paraId="1A8A4761" w14:textId="77777777" w:rsidR="007C3C6C" w:rsidRPr="00994820" w:rsidRDefault="007C3C6C" w:rsidP="00704DFD">
      <w:pPr>
        <w:spacing w:before="120" w:line="360" w:lineRule="auto"/>
        <w:ind w:firstLine="284"/>
        <w:jc w:val="both"/>
      </w:pPr>
      <w:r w:rsidRPr="00994820">
        <w:t>«Oh! Mi hai mandato ad aiutare Elysis, Boss? Non vedo l’ora di raccontarlo agli altri» commentò con tono divertito, la sua voce sembrava aver lanciato una frecciata non solo verbale, ma tangibile.</w:t>
      </w:r>
    </w:p>
    <w:p w14:paraId="45E11E7E" w14:textId="77777777" w:rsidR="007C3C6C" w:rsidRPr="00994820" w:rsidRDefault="007C3C6C" w:rsidP="00704DFD">
      <w:pPr>
        <w:spacing w:before="120" w:line="360" w:lineRule="auto"/>
        <w:ind w:firstLine="284"/>
        <w:jc w:val="both"/>
      </w:pPr>
      <w:r w:rsidRPr="00994820">
        <w:t>Per un’istante in risposta a quella provocazione la voce dei Elysis/Bill tornò per un momento sotto il dominio della Sorridente «Oh per favore, lo sai che sei il suo gioco preferito.» Il nuovo arrivato si limitò a rispondere con un caldo sorriso, prima che Fanny riportò la sua attenzione su di sé.</w:t>
      </w:r>
    </w:p>
    <w:p w14:paraId="685BA1D6" w14:textId="0CC6D25B" w:rsidR="007C3C6C" w:rsidRPr="00994820" w:rsidRDefault="007C3C6C" w:rsidP="00704DFD">
      <w:pPr>
        <w:spacing w:before="120" w:line="360" w:lineRule="auto"/>
        <w:ind w:firstLine="284"/>
        <w:jc w:val="both"/>
      </w:pPr>
      <w:r w:rsidRPr="00994820">
        <w:t>«E tu… chi diavolo sei?»</w:t>
      </w:r>
      <w:r w:rsidR="002208E5">
        <w:t xml:space="preserve"> </w:t>
      </w:r>
      <w:r w:rsidRPr="00994820">
        <w:t>Fanny strinse la mascella, ancora scossa dalla distorsione gravitazionale:</w:t>
      </w:r>
    </w:p>
    <w:p w14:paraId="1E5C7552" w14:textId="77777777" w:rsidR="007C3C6C" w:rsidRPr="00994820" w:rsidRDefault="007C3C6C" w:rsidP="00704DFD">
      <w:pPr>
        <w:spacing w:before="120" w:line="360" w:lineRule="auto"/>
        <w:ind w:firstLine="284"/>
        <w:jc w:val="both"/>
      </w:pPr>
      <w:r w:rsidRPr="00994820">
        <w:t>Lui sorrise di più, come se si stesse godendo ogni secondo di quella tensione:</w:t>
      </w:r>
      <w:r w:rsidRPr="00994820">
        <w:br/>
        <w:t>«Il mio nome è Xed. Perdonami se non mi sono presentato subito.» disse esibendo un profondo inchino regale.</w:t>
      </w:r>
    </w:p>
    <w:p w14:paraId="5C0D97D0" w14:textId="77777777" w:rsidR="007C3C6C" w:rsidRPr="00994820" w:rsidRDefault="007C3C6C" w:rsidP="00704DFD">
      <w:pPr>
        <w:spacing w:before="120" w:line="360" w:lineRule="auto"/>
        <w:ind w:firstLine="284"/>
        <w:jc w:val="both"/>
      </w:pPr>
      <w:r w:rsidRPr="00994820">
        <w:t>Il braccio destro di Xed si aprì leggermente, e dalla pelle emerse una lama eterea, luminosa, vibrante, che si estendeva con un suono basso e armonico, come un diapason.</w:t>
      </w:r>
      <w:r w:rsidRPr="00994820">
        <w:br/>
        <w:t>L’aria attorno si raffreddò di colpo, carica di staticità.</w:t>
      </w:r>
    </w:p>
    <w:p w14:paraId="1085FC47" w14:textId="77777777" w:rsidR="007C3C6C" w:rsidRPr="00994820" w:rsidRDefault="007C3C6C" w:rsidP="00704DFD">
      <w:pPr>
        <w:spacing w:before="120" w:line="360" w:lineRule="auto"/>
        <w:ind w:firstLine="284"/>
        <w:jc w:val="both"/>
      </w:pPr>
      <w:r w:rsidRPr="00994820">
        <w:t>«Sai» continuò Xed, osservando la Soul Blade che pulsava nella sua mano, «non combatto per nessuno, di solito. Ma lei…» – indicò con un cenno del capo la Sorridente/Bill – «mi ha detto che ti saresti rivelata… interessante.»</w:t>
      </w:r>
      <w:r w:rsidRPr="00994820">
        <w:br/>
        <w:t>I suoi occhi lampeggiarono di blu per un istante, e la sua aura si intensificò, spingendo via la polvere sospesa come un’onda.</w:t>
      </w:r>
    </w:p>
    <w:p w14:paraId="7F2BF0FA" w14:textId="77777777" w:rsidR="007C3C6C" w:rsidRPr="00994820" w:rsidRDefault="007C3C6C" w:rsidP="00704DFD">
      <w:pPr>
        <w:spacing w:before="120" w:line="360" w:lineRule="auto"/>
        <w:ind w:firstLine="284"/>
        <w:jc w:val="both"/>
      </w:pPr>
      <w:r w:rsidRPr="00994820">
        <w:t>Fanny abbassò il baricentro, sentendo la gamba meccanica vibrare ancora per l’instabilità energetica. Il cuore le martellava, ma non solo per la paura: quell’uomo irradiava un’energia diversa, un potere che non proveniva dal Dio del Caos, ma da un luogo più profondo, forse più antico.</w:t>
      </w:r>
    </w:p>
    <w:p w14:paraId="7AD8F9FE" w14:textId="77777777" w:rsidR="002208E5" w:rsidRDefault="007C3C6C" w:rsidP="00704DFD">
      <w:pPr>
        <w:spacing w:before="120" w:line="360" w:lineRule="auto"/>
        <w:ind w:firstLine="284"/>
        <w:jc w:val="both"/>
      </w:pPr>
      <w:r w:rsidRPr="00994820">
        <w:t>La Sorridente/Bill rise con la sua voce doppia:</w:t>
      </w:r>
    </w:p>
    <w:p w14:paraId="53C8A812" w14:textId="597F11C1" w:rsidR="007C3C6C" w:rsidRPr="00994820" w:rsidRDefault="007C3C6C" w:rsidP="00704DFD">
      <w:pPr>
        <w:spacing w:before="120" w:line="360" w:lineRule="auto"/>
        <w:ind w:firstLine="284"/>
        <w:jc w:val="both"/>
      </w:pPr>
      <w:r w:rsidRPr="00994820">
        <w:t>«IL MIO AMICO È IMPAZIENTE DI CONOSCERTI, PICCOLA CON LE PROTESI!»</w:t>
      </w:r>
    </w:p>
    <w:p w14:paraId="1F5A0D81" w14:textId="77777777" w:rsidR="002208E5" w:rsidRDefault="007C3C6C" w:rsidP="00704DFD">
      <w:pPr>
        <w:spacing w:before="120" w:line="360" w:lineRule="auto"/>
        <w:ind w:firstLine="284"/>
        <w:jc w:val="both"/>
      </w:pPr>
      <w:r w:rsidRPr="00994820">
        <w:t>Xed alzò un sopracciglio, poi sorrise con disinvoltura, lasciando che la lama eterea si estendesse fino a toccare quasi il terreno.</w:t>
      </w:r>
    </w:p>
    <w:p w14:paraId="53E4A11D" w14:textId="7B70542C" w:rsidR="007C3C6C" w:rsidRPr="00994820" w:rsidRDefault="007C3C6C" w:rsidP="00704DFD">
      <w:pPr>
        <w:spacing w:before="120" w:line="360" w:lineRule="auto"/>
        <w:ind w:firstLine="284"/>
        <w:jc w:val="both"/>
      </w:pPr>
      <w:r w:rsidRPr="00994820">
        <w:t>«Vediamo se vale la pena di restare, allora.»</w:t>
      </w:r>
    </w:p>
    <w:p w14:paraId="3C5E4AB0" w14:textId="77777777" w:rsidR="002208E5" w:rsidRDefault="007C3C6C" w:rsidP="00704DFD">
      <w:pPr>
        <w:spacing w:before="120" w:line="360" w:lineRule="auto"/>
        <w:ind w:firstLine="284"/>
        <w:jc w:val="both"/>
      </w:pPr>
      <w:r w:rsidRPr="00994820">
        <w:lastRenderedPageBreak/>
        <w:t>Fanny scattò in avanti, i guantoni che si illuminarono mentre scaricavano energia cinetica potenziata. Un diretto veloce, una combinazione di pugni rapidi per sfruttare ogni centimetro della sua gamba meccanica.</w:t>
      </w:r>
    </w:p>
    <w:p w14:paraId="0505C8EE" w14:textId="044DEBDE" w:rsidR="007C3C6C" w:rsidRPr="00994820" w:rsidRDefault="007C3C6C" w:rsidP="00704DFD">
      <w:pPr>
        <w:spacing w:before="120" w:line="360" w:lineRule="auto"/>
        <w:ind w:firstLine="284"/>
        <w:jc w:val="both"/>
      </w:pPr>
      <w:r w:rsidRPr="00994820">
        <w:t>Xed si spostò con un’eleganza surreale, la sua figura che lasciava un’eco blu dietro di sé. Il primo colpo lo mancò di pochi millimetri, il secondo attraversò la lama eterea come se avesse colpito un limpido ruscello. La lama infatti si increspò come se un sassolino avesse colpito un velo d’acqua.</w:t>
      </w:r>
    </w:p>
    <w:p w14:paraId="6E1EC69F" w14:textId="77777777" w:rsidR="002208E5" w:rsidRDefault="007C3C6C" w:rsidP="00704DFD">
      <w:pPr>
        <w:spacing w:before="120" w:line="360" w:lineRule="auto"/>
        <w:ind w:firstLine="284"/>
        <w:jc w:val="both"/>
      </w:pPr>
      <w:r w:rsidRPr="00994820">
        <w:t>Fanny ruotò sul busto e caricò un gancio di sinistro. Il guanto potenziato colpì di striscio la sua tempia, abbastanza da lasciare una linea sottile di sangue sulla pelle pallida di Xed. A pochi centimetri dall’impatto Fanny notò un leggero bagliore azzurro intensificarsi proprio nel punto in cui il suo pugno aveva colpito.</w:t>
      </w:r>
      <w:r w:rsidR="002208E5">
        <w:t xml:space="preserve"> </w:t>
      </w:r>
      <w:r w:rsidRPr="00994820">
        <w:t>Lui si fermò, sollevò due dita per asciugarlo, e sorrise ancora più ampiamente:</w:t>
      </w:r>
    </w:p>
    <w:p w14:paraId="49F9FB72" w14:textId="061BA893" w:rsidR="007C3C6C" w:rsidRPr="00994820" w:rsidRDefault="007C3C6C" w:rsidP="00704DFD">
      <w:pPr>
        <w:spacing w:before="120" w:line="360" w:lineRule="auto"/>
        <w:ind w:firstLine="284"/>
        <w:jc w:val="both"/>
      </w:pPr>
      <w:r w:rsidRPr="00994820">
        <w:t>«Bel colpo… ma troppo poco per divertirmi.»</w:t>
      </w:r>
    </w:p>
    <w:p w14:paraId="16302BF8" w14:textId="77777777" w:rsidR="007C3C6C" w:rsidRPr="00994820" w:rsidRDefault="007C3C6C" w:rsidP="00704DFD">
      <w:pPr>
        <w:spacing w:before="120" w:line="360" w:lineRule="auto"/>
        <w:ind w:firstLine="284"/>
        <w:jc w:val="both"/>
      </w:pPr>
      <w:r w:rsidRPr="00994820">
        <w:t>La Soul Blade si accese di un bagliore più intenso, e Xed avanzò come un predatore che ha appena trovato una preda interessante.</w:t>
      </w:r>
    </w:p>
    <w:p w14:paraId="51137D9E" w14:textId="77777777" w:rsidR="007C3C6C" w:rsidRPr="00994820" w:rsidRDefault="007C3C6C" w:rsidP="00704DFD">
      <w:pPr>
        <w:spacing w:before="120" w:line="360" w:lineRule="auto"/>
        <w:ind w:firstLine="284"/>
        <w:jc w:val="both"/>
      </w:pPr>
      <w:r w:rsidRPr="00994820">
        <w:t>Fanny scattò in avanti. La gamba meccanica scaricò un impulso nel suolo, proiettandola come un proiettile verso Xed. Un destro veloce, un sinistro a seguire, poi un calcio rotante caricato dall’innesto. Ogni colpo era accompagnato da un sibilo d’aria e dall’odore di metallo surriscaldato.</w:t>
      </w:r>
    </w:p>
    <w:p w14:paraId="73C6FCE6" w14:textId="77777777" w:rsidR="007C3C6C" w:rsidRPr="00994820" w:rsidRDefault="007C3C6C" w:rsidP="00704DFD">
      <w:pPr>
        <w:spacing w:before="120" w:line="360" w:lineRule="auto"/>
        <w:ind w:firstLine="284"/>
        <w:jc w:val="both"/>
      </w:pPr>
      <w:r w:rsidRPr="00994820">
        <w:t>Xed evitò la nuova scarica di colpi della ragazza, sempre sfoggiando un sorriso divertito. Il piede meccanico di Fanny colpì il suolo al posto della sua testa, sollevando schegge di pietra.</w:t>
      </w:r>
      <w:r w:rsidRPr="00994820">
        <w:br/>
        <w:t>Un fendente di Xed le sfiorò il fianco, attraversandole la pelle senza lasciare un graffio. Per un istante sentì un brivido correre lungo la colonna vertebrale, un vuoto nello stomaco, ma nessun dolore reale.</w:t>
      </w:r>
    </w:p>
    <w:p w14:paraId="33E0EFFA" w14:textId="77777777" w:rsidR="007C3C6C" w:rsidRPr="00994820" w:rsidRDefault="007C3C6C" w:rsidP="00704DFD">
      <w:pPr>
        <w:spacing w:before="120" w:line="360" w:lineRule="auto"/>
        <w:ind w:firstLine="284"/>
        <w:jc w:val="both"/>
      </w:pPr>
      <w:r w:rsidRPr="00994820">
        <w:t>«Che diavolo…?» mormorò, arretrando di un passo.</w:t>
      </w:r>
    </w:p>
    <w:p w14:paraId="57631D5D" w14:textId="77777777" w:rsidR="007C3C6C" w:rsidRPr="00994820" w:rsidRDefault="007C3C6C" w:rsidP="00704DFD">
      <w:pPr>
        <w:spacing w:before="120" w:line="360" w:lineRule="auto"/>
        <w:ind w:firstLine="284"/>
        <w:jc w:val="both"/>
      </w:pPr>
      <w:r w:rsidRPr="00994820">
        <w:t>Xed sorrise più ampiamente, inclinando la testa. «Bel movimento, ma troppo prevedibile.»</w:t>
      </w:r>
      <w:r w:rsidRPr="00994820">
        <w:br/>
        <w:t>Poi fece un passo indietro, lasciandola avanzare di nuovo, quasi invitandola.</w:t>
      </w:r>
    </w:p>
    <w:p w14:paraId="106A66EF" w14:textId="77777777" w:rsidR="007C3C6C" w:rsidRPr="00994820" w:rsidRDefault="007C3C6C" w:rsidP="00704DFD">
      <w:pPr>
        <w:spacing w:before="120" w:line="360" w:lineRule="auto"/>
        <w:ind w:firstLine="284"/>
        <w:jc w:val="both"/>
      </w:pPr>
      <w:r w:rsidRPr="00994820">
        <w:t>Le scariche dei Boost Tek fischiarono di nuovo mentre Fanny ricaricava i guanti. Il suo cuore artificiale pompava veloce, e in quel momento per Fanny esisteva solo il nuovo avversario da abbattere.</w:t>
      </w:r>
      <w:r w:rsidRPr="00994820">
        <w:br/>
        <w:t>Xed Approfittò del momento di ricarica per scattare verso la ragazza. Il suo sguardo, calmo e divertito, restava fisso su di lei, come se la stesse studiando.</w:t>
      </w:r>
    </w:p>
    <w:p w14:paraId="5CFB92C0" w14:textId="77777777" w:rsidR="007C3C6C" w:rsidRPr="00994820" w:rsidRDefault="007C3C6C" w:rsidP="00704DFD">
      <w:pPr>
        <w:spacing w:before="120" w:line="360" w:lineRule="auto"/>
        <w:ind w:firstLine="284"/>
        <w:jc w:val="both"/>
      </w:pPr>
      <w:r w:rsidRPr="00994820">
        <w:t>Fanny non diede tempo a Xed di passare all’offensiva. Caricò di nuovo, un’esplosione dei Boost Tek che la proiettò in avanti con un colpo diretto al petto.</w:t>
      </w:r>
      <w:r w:rsidRPr="00994820">
        <w:br/>
        <w:t>L’impatto sollevò una nube di polvere, Xed era già oltre, schizzato verso l’alto: la Soul Blade tracciò un arco che fendette l’aria e—per un istante—attraversò il corpo della ragazza. Nessuna ferita. Nessun dolore immediato.</w:t>
      </w:r>
    </w:p>
    <w:p w14:paraId="200E17D0" w14:textId="77777777" w:rsidR="00E776A2" w:rsidRDefault="007C3C6C" w:rsidP="00704DFD">
      <w:pPr>
        <w:spacing w:before="120" w:line="360" w:lineRule="auto"/>
        <w:ind w:firstLine="284"/>
        <w:jc w:val="both"/>
      </w:pPr>
      <w:r w:rsidRPr="00994820">
        <w:t>«Che diavolo fai?» ringhiò Fanny, arretrando di un passo.</w:t>
      </w:r>
    </w:p>
    <w:p w14:paraId="3A39A4DF" w14:textId="3B49FA24" w:rsidR="007C3C6C" w:rsidRPr="00994820" w:rsidRDefault="007C3C6C" w:rsidP="00704DFD">
      <w:pPr>
        <w:spacing w:before="120" w:line="360" w:lineRule="auto"/>
        <w:ind w:firstLine="284"/>
        <w:jc w:val="both"/>
      </w:pPr>
      <w:r w:rsidRPr="00994820">
        <w:lastRenderedPageBreak/>
        <w:t>Xed inclinò il capo, gli occhi che lampeggiavano di un blu sottile. «Te l’ho detto sono qui per giocare un po’, nulla di personale»</w:t>
      </w:r>
      <w:r w:rsidR="002208E5">
        <w:t xml:space="preserve"> </w:t>
      </w:r>
      <w:r w:rsidRPr="00994820">
        <w:t>Un sorriso si allargò sul suo volto. «Però forse credo ti dovrai impegnare un po’ di più.» disse spostando lo sguardo leggermente verso Elysis.</w:t>
      </w:r>
    </w:p>
    <w:p w14:paraId="5076BFAD" w14:textId="77777777" w:rsidR="007C3C6C" w:rsidRPr="00994820" w:rsidRDefault="007C3C6C" w:rsidP="00704DFD">
      <w:pPr>
        <w:spacing w:before="120" w:line="360" w:lineRule="auto"/>
        <w:ind w:firstLine="284"/>
        <w:jc w:val="both"/>
      </w:pPr>
      <w:r w:rsidRPr="00994820">
        <w:t xml:space="preserve">Alle loro spalle, infatti, Elysis/Bill si stava dirigendo fluttuando verso il centro di quell’enorme arena circolare. Dal foro da cui tutti erano precipitati stava sgorgando come una cascata dorato un enorme flusso energetico. Fanny sgranò gli occhi colmi di furia. Suo padre, il suo amato e ora l’aveva riconosciuto anche </w:t>
      </w:r>
      <w:r w:rsidRPr="00994820">
        <w:rPr>
          <w:b/>
          <w:bCs/>
        </w:rPr>
        <w:t xml:space="preserve">Kairo </w:t>
      </w:r>
      <w:r w:rsidRPr="00994820">
        <w:t>era insieme alla calca di cittadini che il Dio stava accuratamente posizionando accanto ai corpi carbonizzati. Ignorando completamente lo scontro tra Xed e Fanny, Bill aveva iniziato a pronunciare parole arcane, alcune Fanny era riuscita a riconoscerle: Ark, Bill, Nomos, Ruina. Erano i nomi dei quattro Dei Ancestrali.</w:t>
      </w:r>
    </w:p>
    <w:p w14:paraId="76A42051" w14:textId="77777777" w:rsidR="007C3C6C" w:rsidRPr="00994820" w:rsidRDefault="007C3C6C" w:rsidP="00704DFD">
      <w:pPr>
        <w:spacing w:before="120" w:line="360" w:lineRule="auto"/>
        <w:ind w:firstLine="284"/>
        <w:jc w:val="both"/>
      </w:pPr>
      <w:r w:rsidRPr="00994820">
        <w:rPr>
          <w:noProof/>
        </w:rPr>
        <w:drawing>
          <wp:anchor distT="0" distB="0" distL="114300" distR="114300" simplePos="0" relativeHeight="251667456" behindDoc="0" locked="0" layoutInCell="1" allowOverlap="1" wp14:anchorId="7B11804E" wp14:editId="69743AA7">
            <wp:simplePos x="0" y="0"/>
            <wp:positionH relativeFrom="margin">
              <wp:align>right</wp:align>
            </wp:positionH>
            <wp:positionV relativeFrom="paragraph">
              <wp:posOffset>709295</wp:posOffset>
            </wp:positionV>
            <wp:extent cx="2087880" cy="2087880"/>
            <wp:effectExtent l="0" t="0" r="7620" b="7620"/>
            <wp:wrapSquare wrapText="bothSides"/>
            <wp:docPr id="13409545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7880" cy="2087880"/>
                    </a:xfrm>
                    <a:prstGeom prst="rect">
                      <a:avLst/>
                    </a:prstGeom>
                    <a:noFill/>
                  </pic:spPr>
                </pic:pic>
              </a:graphicData>
            </a:graphic>
            <wp14:sizeRelH relativeFrom="margin">
              <wp14:pctWidth>0</wp14:pctWidth>
            </wp14:sizeRelH>
            <wp14:sizeRelV relativeFrom="margin">
              <wp14:pctHeight>0</wp14:pctHeight>
            </wp14:sizeRelV>
          </wp:anchor>
        </w:drawing>
      </w:r>
      <w:r w:rsidRPr="00994820">
        <w:t>Il flusso di energia seguendo le parole ripetute a cantilena da Bill e i gesti delle sue mani iniziava cambiare direzione e dividersi, nell’etere proprio sopra le loro teste si stava creando sinistro Glifo arcano, e poco per volta tutti i simboli che lo componevano stavano prendendo forma e scendevano verso il pavimento di roccia del meteorite.</w:t>
      </w:r>
    </w:p>
    <w:p w14:paraId="1178C6C7" w14:textId="77777777" w:rsidR="007C3C6C" w:rsidRPr="00994820" w:rsidRDefault="007C3C6C" w:rsidP="00704DFD">
      <w:pPr>
        <w:spacing w:before="120" w:line="360" w:lineRule="auto"/>
        <w:ind w:firstLine="284"/>
        <w:jc w:val="both"/>
      </w:pPr>
      <w:r w:rsidRPr="00994820">
        <w:t>Fanny sentiva e sapeva che il tempo stava terminando, al flusso proveniente dall’alto si stavano aggiungendo anche dei piccoli fiotti di energia provenienti dalle nuove vittime che mano a mano, lentamente venivano prosciugate della loro essenza e avevano iniziato a mutarsi in Elvenar. Ecco cos’erano, vuote marionette private della loro essenza, non solo delle loro emozioni. Sarebbero diventate infine quei corpi carbonizzati?</w:t>
      </w:r>
    </w:p>
    <w:p w14:paraId="616E83CD" w14:textId="77777777" w:rsidR="007C3C6C" w:rsidRPr="00994820" w:rsidRDefault="007C3C6C" w:rsidP="00704DFD">
      <w:pPr>
        <w:spacing w:before="120" w:line="360" w:lineRule="auto"/>
        <w:ind w:firstLine="284"/>
        <w:jc w:val="both"/>
      </w:pPr>
      <w:r w:rsidRPr="00994820">
        <w:t>Quel momento di distrazione però le costò caro: davanti a lei la figura di Xed svanì come se fosse sfumata nell’etere. Gli occhi cibernetici lo cercarono freneticamente, un segnale, una traccia del suo spostamento per quanto rapido non le sarebbe dovuto sfuggire. Eppure nulla.</w:t>
      </w:r>
    </w:p>
    <w:p w14:paraId="67C3428F" w14:textId="77777777" w:rsidR="007C3C6C" w:rsidRPr="00994820" w:rsidRDefault="007C3C6C" w:rsidP="00704DFD">
      <w:pPr>
        <w:spacing w:before="120" w:line="360" w:lineRule="auto"/>
        <w:ind w:firstLine="284"/>
        <w:jc w:val="both"/>
      </w:pPr>
      <w:r w:rsidRPr="00994820">
        <w:t>Alcuni secondi dopo si sentì chiamare alle sue spalle. Il movimento della ragazza fu estremamente rapido, eppure le permise solo di voltarsi e cercare di proteggere i punti più vitali dall’imminente attacco.</w:t>
      </w:r>
    </w:p>
    <w:p w14:paraId="48DD6827" w14:textId="77777777" w:rsidR="007C3C6C" w:rsidRPr="00994820" w:rsidRDefault="007C3C6C" w:rsidP="00704DFD">
      <w:pPr>
        <w:spacing w:before="120" w:line="360" w:lineRule="auto"/>
        <w:ind w:firstLine="284"/>
        <w:jc w:val="both"/>
      </w:pPr>
      <w:r w:rsidRPr="00994820">
        <w:t>Con uno spostamento troppo rapido per essere reale Xed era infatti riapparso alle spalle della ragazza, in fondo alla sala, a molti metri da lei. La sua spada azzurrina ed eterea aveva assunto l’aspetto di un enorme arco pesante, anch’esso totalmente blu e traslucido, in quel momento di distrazione Xed fece scoccare tre dardi che colpirono in pieno la ragazza, uno alla fronte e due al busto, e tutti e tre penetrarono in lei senza più uscirne. Nessun segno di ferita, nessun danno tangibile, nessuna sensazione preoccupante. Cosa stava accadendo?</w:t>
      </w:r>
    </w:p>
    <w:p w14:paraId="20DAACA1" w14:textId="77777777" w:rsidR="002208E5" w:rsidRDefault="007C3C6C" w:rsidP="00704DFD">
      <w:pPr>
        <w:spacing w:before="120" w:line="360" w:lineRule="auto"/>
        <w:ind w:firstLine="284"/>
        <w:jc w:val="both"/>
      </w:pPr>
      <w:r w:rsidRPr="00994820">
        <w:t xml:space="preserve">Il cuore artificiale di Fanny batteva irregolare. Fece per scattare di nuovo, ma la gamba meccanica si mosse con un ritardo impercettibile, quasi un singhiozzo nel comando. Di nuovo quel malfunzionamento le fu fatale: </w:t>
      </w:r>
      <w:r w:rsidRPr="00994820">
        <w:lastRenderedPageBreak/>
        <w:t>Xed era di nuovo scomparso solo per riapparire di fronte alla ragazza con aria di sfida e nuovamente la lama sul braccio.</w:t>
      </w:r>
    </w:p>
    <w:p w14:paraId="70F171D6" w14:textId="17E3FFD7" w:rsidR="007C3C6C" w:rsidRPr="00994820" w:rsidRDefault="007C3C6C" w:rsidP="00704DFD">
      <w:pPr>
        <w:spacing w:before="120" w:line="360" w:lineRule="auto"/>
        <w:ind w:firstLine="284"/>
        <w:jc w:val="both"/>
      </w:pPr>
      <w:r w:rsidRPr="00994820">
        <w:t>«Tsk…» commentò stancamente la ragazza mentre con la spalla sinistra e il suo busto cercò di compensare il malfunzionamento tecnico per fare precipitare un colpo sul nemico a pochi passi da lei, ma il colpo finì corto. Xed lo evitò senza alcuna fatica.</w:t>
      </w:r>
    </w:p>
    <w:p w14:paraId="18C8FAD9" w14:textId="77777777" w:rsidR="00E776A2" w:rsidRDefault="007C3C6C" w:rsidP="00704DFD">
      <w:pPr>
        <w:spacing w:before="120" w:line="360" w:lineRule="auto"/>
        <w:ind w:firstLine="284"/>
        <w:jc w:val="both"/>
      </w:pPr>
      <w:r w:rsidRPr="00994820">
        <w:t>«Già stanca?» Xed avanzò con calma, i suoi movimenti che cominciavano a imitare quelli di Fanny mentre gli occhi azzurri del ragazzo brillavano più intensamente: stessa inclinazione delle spalle, stesso passo laterale, persino lo stesso modo di caricare un pugno.</w:t>
      </w:r>
    </w:p>
    <w:p w14:paraId="79A91E7E" w14:textId="3B006254" w:rsidR="007C3C6C" w:rsidRPr="00994820" w:rsidRDefault="007C3C6C" w:rsidP="00704DFD">
      <w:pPr>
        <w:spacing w:before="120" w:line="360" w:lineRule="auto"/>
        <w:ind w:firstLine="284"/>
        <w:jc w:val="both"/>
      </w:pPr>
      <w:r w:rsidRPr="00994820">
        <w:t>«Sai… mi piaci come giocattolo» disse, con un tono basso e morbido, «mi ricordi qualcuno»</w:t>
      </w:r>
      <w:r w:rsidRPr="00994820">
        <w:br/>
        <w:t>Fece un passo rapido e colpì con una combo identica a quella usata da Fanny poco prima, un uno-due seguito da un calcio laterale.</w:t>
      </w:r>
    </w:p>
    <w:p w14:paraId="652F0DD2" w14:textId="77777777" w:rsidR="002208E5" w:rsidRDefault="007C3C6C" w:rsidP="00704DFD">
      <w:pPr>
        <w:spacing w:before="120" w:line="360" w:lineRule="auto"/>
        <w:ind w:firstLine="284"/>
        <w:jc w:val="both"/>
      </w:pPr>
      <w:r w:rsidRPr="00994820">
        <w:t>Fanny riuscì a parare, ma con un attimo di ritardo: un formicolio le attraversò la gamba meccanica, come se il segnale di comando avesse perso intensità.</w:t>
      </w:r>
    </w:p>
    <w:p w14:paraId="6803BC6F" w14:textId="7103A295" w:rsidR="007C3C6C" w:rsidRPr="00994820" w:rsidRDefault="007C3C6C" w:rsidP="00704DFD">
      <w:pPr>
        <w:spacing w:before="120" w:line="360" w:lineRule="auto"/>
        <w:ind w:firstLine="284"/>
        <w:jc w:val="both"/>
      </w:pPr>
      <w:r w:rsidRPr="00994820">
        <w:t>«Che mi hai fatto?»</w:t>
      </w:r>
      <w:r w:rsidR="002208E5">
        <w:t xml:space="preserve"> </w:t>
      </w:r>
      <w:r w:rsidRPr="00994820">
        <w:t>Xed sorrise, la Soul Blade che pulsava mentre ne osservava la lama trasparente: «Nulla che tu possa vedere. Non è il tuo corpo che combatto.»</w:t>
      </w:r>
    </w:p>
    <w:p w14:paraId="7260E77B" w14:textId="0E483DF6" w:rsidR="007C3C6C" w:rsidRPr="00994820" w:rsidRDefault="007C3C6C" w:rsidP="00704DFD">
      <w:pPr>
        <w:spacing w:before="120" w:line="360" w:lineRule="auto"/>
        <w:ind w:firstLine="284"/>
        <w:jc w:val="both"/>
      </w:pPr>
      <w:r w:rsidRPr="00994820">
        <w:t>Un secondo fendente passò vicino alla sua spalla. Nessuna ferita. Solo un senso di debolezza improvvisa, come se un filo invisibile avesse iniziato a tirare via la sua forza interiore.</w:t>
      </w:r>
      <w:r w:rsidR="00E776A2">
        <w:t xml:space="preserve"> </w:t>
      </w:r>
      <w:r w:rsidRPr="00994820">
        <w:t>I Boost Tek lampeggiarono d’arancio, un avviso di desincronizzazione.</w:t>
      </w:r>
    </w:p>
    <w:p w14:paraId="782C9C87" w14:textId="77777777" w:rsidR="002208E5" w:rsidRDefault="007C3C6C" w:rsidP="00704DFD">
      <w:pPr>
        <w:spacing w:before="120" w:line="360" w:lineRule="auto"/>
        <w:ind w:firstLine="284"/>
        <w:jc w:val="both"/>
      </w:pPr>
      <w:r w:rsidRPr="00994820">
        <w:t>Fanny arretrò, il respiro affannoso, il sudore che le scivolava sulla fronte. «Non… non penserai di vincere con dei semplici trucchetti, sono ancora in piedi e pronta a spaccarti il muso.»</w:t>
      </w:r>
    </w:p>
    <w:p w14:paraId="74EDDD46" w14:textId="77777777" w:rsidR="002208E5" w:rsidRDefault="007C3C6C" w:rsidP="00704DFD">
      <w:pPr>
        <w:spacing w:before="120" w:line="360" w:lineRule="auto"/>
        <w:ind w:firstLine="284"/>
        <w:jc w:val="both"/>
      </w:pPr>
      <w:r w:rsidRPr="00994820">
        <w:t>Xed si limitò a ridere piano: «Trucchetti? Io mi limito a colpire alla fonte di ogni energia.»</w:t>
      </w:r>
      <w:r w:rsidRPr="00994820">
        <w:br/>
        <w:t>Le si avvicinò con passo rilassato, specchiando perfettamente la sua guardia, ogni movimento una copia disturbante.</w:t>
      </w:r>
    </w:p>
    <w:p w14:paraId="0A9D4EE0" w14:textId="143CA0B4" w:rsidR="007C3C6C" w:rsidRPr="00994820" w:rsidRDefault="007C3C6C" w:rsidP="00704DFD">
      <w:pPr>
        <w:spacing w:before="120" w:line="360" w:lineRule="auto"/>
        <w:ind w:firstLine="284"/>
        <w:jc w:val="both"/>
      </w:pPr>
      <w:r w:rsidRPr="00994820">
        <w:t>«Allora?» sussurrò, ruotando la lama con naturalezza. «Che vogliamo fare?»</w:t>
      </w:r>
    </w:p>
    <w:p w14:paraId="7C252836" w14:textId="77777777" w:rsidR="002208E5" w:rsidRDefault="007C3C6C" w:rsidP="00704DFD">
      <w:pPr>
        <w:spacing w:before="120" w:line="360" w:lineRule="auto"/>
        <w:ind w:firstLine="284"/>
        <w:jc w:val="both"/>
      </w:pPr>
      <w:r w:rsidRPr="00994820">
        <w:t>Il respiro di Fanny si fece pesante. Ogni colpo partiva con un lieve ritardo, ogni scatto della gamba meccanica era meno reattivo, come se qualcuno stesse interferendo direttamente con i suoi comandi.</w:t>
      </w:r>
    </w:p>
    <w:p w14:paraId="4FE79E26" w14:textId="3AA8E34F" w:rsidR="007C3C6C" w:rsidRPr="00994820" w:rsidRDefault="007C3C6C" w:rsidP="00704DFD">
      <w:pPr>
        <w:spacing w:before="120" w:line="360" w:lineRule="auto"/>
        <w:ind w:firstLine="284"/>
        <w:jc w:val="both"/>
      </w:pPr>
      <w:r w:rsidRPr="00994820">
        <w:t>Xed fermò l’avanzata, osservandola con un sorriso che non prometteva nulla di buono.</w:t>
      </w:r>
    </w:p>
    <w:p w14:paraId="03AAE92E" w14:textId="77777777" w:rsidR="007C3C6C" w:rsidRPr="00994820" w:rsidRDefault="007C3C6C" w:rsidP="00704DFD">
      <w:pPr>
        <w:spacing w:before="120" w:line="360" w:lineRule="auto"/>
        <w:ind w:firstLine="284"/>
        <w:jc w:val="both"/>
      </w:pPr>
      <w:r w:rsidRPr="00994820">
        <w:t>Mentre Fanny arrancava nel tentativo di colpire un nemico così sgusciante altri fendenti la prendevano, al petto, sul collo, a una gamba e infine a un braccio. La vista iniziava a cedere, e proprio in quel momento altri Dardi la colpirono alle spalle. Nessun dolore, solo un brivido nel punto in cui era stata colpita. Fanny cercò la fonte degli attacchi con la coda dell’occhio: era circondata.</w:t>
      </w:r>
    </w:p>
    <w:p w14:paraId="4EC0473A" w14:textId="77777777" w:rsidR="007C3C6C" w:rsidRPr="00994820" w:rsidRDefault="007C3C6C" w:rsidP="00704DFD">
      <w:pPr>
        <w:spacing w:before="120" w:line="360" w:lineRule="auto"/>
        <w:ind w:firstLine="284"/>
        <w:jc w:val="both"/>
      </w:pPr>
      <w:r w:rsidRPr="00994820">
        <w:lastRenderedPageBreak/>
        <w:t>Ora attorno a lei non c’era più un solo nemico, ma ben tre Xed le ruotavano intorno. Di fronte aveva quello che era presumibilmente l’originale, con la spada sguainata. Alle spalle a distanza di sicurezza una copia, o almeno Fanny se ne convinse, che imbracciava l’arco etereo. Il terzo a media distanza aveva fatto emergere dalla schiena quattro tentacoli eterei e azzurrini.</w:t>
      </w:r>
    </w:p>
    <w:p w14:paraId="41795AC8" w14:textId="6477FA59" w:rsidR="007C3C6C" w:rsidRPr="00994820" w:rsidRDefault="007C3C6C" w:rsidP="00704DFD">
      <w:pPr>
        <w:spacing w:before="120" w:line="360" w:lineRule="auto"/>
        <w:ind w:firstLine="284"/>
        <w:jc w:val="both"/>
      </w:pPr>
      <w:r w:rsidRPr="00994820">
        <w:t>Ormai era diventata una lotta impari. Arrivavano colpi da ogni lato: i fendenti dal fronte, le frecce dalle spalle e a disturbare le azioni di Fanny c’erano attacchi caotici dai tentacoli del terzo Xed.</w:t>
      </w:r>
      <w:r w:rsidR="00E776A2">
        <w:t xml:space="preserve"> </w:t>
      </w:r>
      <w:r w:rsidRPr="00994820">
        <w:t>Nel mentre il rituale prendeva sempre più forma: alcuni dei cittadini erano già diventati Elvenar, gli occhi di Fanny schizzavano tra il campo di battaglia e il centro della sala per assicurarsi che né Kairo, né Bartolomeo, né Kieran fossero già mutati. Fortunatamente erano ancora svenuti, ma integri.</w:t>
      </w:r>
    </w:p>
    <w:p w14:paraId="679C74E8" w14:textId="77777777" w:rsidR="007C3C6C" w:rsidRPr="00994820" w:rsidRDefault="007C3C6C" w:rsidP="00704DFD">
      <w:pPr>
        <w:spacing w:before="120" w:line="360" w:lineRule="auto"/>
        <w:ind w:firstLine="284"/>
        <w:jc w:val="both"/>
      </w:pPr>
      <w:r w:rsidRPr="00994820">
        <w:t>Fanny era ormai esasperata. Caricò al massimo i suoi Boost tek e decise di ignorare lo spadaccino e scattò verso l’arciere, il guantone ben carico.</w:t>
      </w:r>
    </w:p>
    <w:p w14:paraId="783DE8B5" w14:textId="77777777" w:rsidR="007C3C6C" w:rsidRPr="00994820" w:rsidRDefault="007C3C6C" w:rsidP="00704DFD">
      <w:pPr>
        <w:spacing w:before="120" w:line="360" w:lineRule="auto"/>
        <w:ind w:firstLine="284"/>
        <w:jc w:val="both"/>
      </w:pPr>
      <w:r w:rsidRPr="00994820">
        <w:t>Xed però si materializzò sulla traiettoria della ragazza. «Dove scappi?» Ma il viso di Xed mutò da sicurezza a stupore quando vide il sorriso raggiante di Fanny. Era proprio quello che lei voleva: Un violento pugno caricato con tutta la spalla colpì in pieno petto Xed, scaraventandolo con violenza contro una delle pareti di roccia. L’impatto fu tale da far vibrare l’intero sottosuolo e le 2 copie di Xed svanirono.</w:t>
      </w:r>
    </w:p>
    <w:p w14:paraId="7A154E54" w14:textId="77777777" w:rsidR="007C3C6C" w:rsidRPr="00994820" w:rsidRDefault="007C3C6C" w:rsidP="00704DFD">
      <w:pPr>
        <w:spacing w:before="120" w:line="360" w:lineRule="auto"/>
        <w:ind w:firstLine="284"/>
        <w:jc w:val="both"/>
      </w:pPr>
      <w:r w:rsidRPr="00994820">
        <w:t>Fanny decise che quella era l’occasione giusta per cercare di fare qualcosa con quella folle della Sorridente. Ma non riuscì a fare nemmeno pochi passi che un ammasso, una melma azzurrina iniziò a formarsi davanti a lei.</w:t>
      </w:r>
    </w:p>
    <w:p w14:paraId="1E6ADFFC" w14:textId="77777777" w:rsidR="007C3C6C" w:rsidRPr="00994820" w:rsidRDefault="007C3C6C" w:rsidP="00704DFD">
      <w:pPr>
        <w:spacing w:before="120" w:line="360" w:lineRule="auto"/>
        <w:ind w:firstLine="284"/>
        <w:jc w:val="both"/>
      </w:pPr>
      <w:r w:rsidRPr="00994820">
        <w:t>«Sei un bel giocattolo… te lo concedo, ho abbassato la guardia.» Xed era riemerso dal cratere d’impatto. Il suo corpo era stato pesantemente danneggiato, una spalla sembrava essersi lussata e dei frammenti di roccia vulcanica gli si erano incastonati in una gamba.</w:t>
      </w:r>
    </w:p>
    <w:p w14:paraId="763A82FD" w14:textId="55F73B90" w:rsidR="002208E5" w:rsidRDefault="007C3C6C" w:rsidP="00704DFD">
      <w:pPr>
        <w:spacing w:before="120" w:line="360" w:lineRule="auto"/>
        <w:ind w:firstLine="284"/>
        <w:jc w:val="both"/>
      </w:pPr>
      <w:r w:rsidRPr="00994820">
        <w:t>«Non sono esattamente un attaccante di prima linea, ma ho i miei mezzi anche per delle bestie come te e quell’altra» disse ruotando gli occhi come a mimare un gesto di esasperazione.</w:t>
      </w:r>
      <w:r w:rsidR="00E776A2">
        <w:t xml:space="preserve"> </w:t>
      </w:r>
      <w:r w:rsidRPr="00994820">
        <w:t xml:space="preserve">Sollevò la mano libera e un bagliore azzurro si allungò dal suo corpo verso il terreno. L’aria si increspò, e la massa davanti a Fanny mutò forma assumendo le sembianze di una figura speculare: </w:t>
      </w:r>
      <w:r w:rsidRPr="00994820">
        <w:rPr>
          <w:b/>
          <w:bCs/>
        </w:rPr>
        <w:t>lei stessa</w:t>
      </w:r>
      <w:r w:rsidRPr="00994820">
        <w:t>.</w:t>
      </w:r>
    </w:p>
    <w:p w14:paraId="051F7694" w14:textId="4FA13351" w:rsidR="007C3C6C" w:rsidRPr="00994820" w:rsidRDefault="007C3C6C" w:rsidP="00704DFD">
      <w:pPr>
        <w:spacing w:before="120" w:line="360" w:lineRule="auto"/>
        <w:ind w:firstLine="284"/>
        <w:jc w:val="both"/>
      </w:pPr>
      <w:r w:rsidRPr="00994820">
        <w:t>Non era un’illusione sfocata: la copia aveva la stessa postura, gli stessi guanti, persino lo stesso sguardo di sfida.</w:t>
      </w:r>
    </w:p>
    <w:p w14:paraId="2314CFCD" w14:textId="77777777" w:rsidR="007C3C6C" w:rsidRPr="00994820" w:rsidRDefault="007C3C6C" w:rsidP="00704DFD">
      <w:pPr>
        <w:spacing w:before="120" w:line="360" w:lineRule="auto"/>
        <w:ind w:firstLine="284"/>
        <w:jc w:val="both"/>
      </w:pPr>
      <w:r w:rsidRPr="00994820">
        <w:t>«Davvero…?» ringhiò Fanny. «Non ti basta copiare le mie mosse, devi pure rubarmi la faccia?»</w:t>
      </w:r>
      <w:r w:rsidRPr="00994820">
        <w:br/>
        <w:t>Xed rise piano: «Giocare con una sola versione di te sarebbe stato noioso. Non sarebbe stato giusto se fossi stato l’unico ad avere una mia copia, no?»</w:t>
      </w:r>
    </w:p>
    <w:p w14:paraId="575C694D" w14:textId="17FB3FFB" w:rsidR="00E776A2" w:rsidRDefault="007C3C6C" w:rsidP="00E776A2">
      <w:pPr>
        <w:spacing w:before="120" w:line="360" w:lineRule="auto"/>
        <w:ind w:firstLine="284"/>
        <w:jc w:val="both"/>
      </w:pPr>
      <w:r w:rsidRPr="00994820">
        <w:lastRenderedPageBreak/>
        <w:t>La copia scattò in avanti, replicando esattamente il suo stesso stile di combattimento, con i Boost Tek che simulavano persino la vibrazione dei suoi veri innesti.</w:t>
      </w:r>
      <w:r w:rsidR="00E776A2">
        <w:t xml:space="preserve">  </w:t>
      </w:r>
      <w:r w:rsidRPr="00994820">
        <w:t>Il primo pugno incrociò quello di Fanny, l’impatto esplosivo che fece vibrare il terreno.</w:t>
      </w:r>
      <w:r w:rsidR="00E776A2">
        <w:t xml:space="preserve"> </w:t>
      </w:r>
    </w:p>
    <w:p w14:paraId="7074C29D" w14:textId="2EFA675F" w:rsidR="007C3C6C" w:rsidRPr="00994820" w:rsidRDefault="007C3C6C" w:rsidP="00704DFD">
      <w:pPr>
        <w:spacing w:before="120" w:line="360" w:lineRule="auto"/>
        <w:ind w:firstLine="284"/>
        <w:jc w:val="both"/>
      </w:pPr>
      <w:r w:rsidRPr="00994820">
        <w:t>«Dannazione…» mormorò, costretta sulla difensiva da un riflesso speculare che prevedeva ogni suo movimento.</w:t>
      </w:r>
    </w:p>
    <w:p w14:paraId="4A5AE464" w14:textId="77777777" w:rsidR="007C3C6C" w:rsidRPr="00994820" w:rsidRDefault="007C3C6C" w:rsidP="00704DFD">
      <w:pPr>
        <w:spacing w:before="120" w:line="360" w:lineRule="auto"/>
        <w:ind w:firstLine="284"/>
        <w:jc w:val="both"/>
      </w:pPr>
      <w:r w:rsidRPr="00994820">
        <w:t>Xed osservava con le braccia incrociate, quasi divertito: «Vedi? L’anima controlla il corpo e chi controlla l’anima controlla tutto, perfino te.»</w:t>
      </w:r>
    </w:p>
    <w:p w14:paraId="1BF8A4C6" w14:textId="465414BB" w:rsidR="007C3C6C" w:rsidRPr="00994820" w:rsidRDefault="007C3C6C" w:rsidP="00704DFD">
      <w:pPr>
        <w:spacing w:before="120" w:line="360" w:lineRule="auto"/>
        <w:ind w:firstLine="284"/>
        <w:jc w:val="both"/>
      </w:pPr>
      <w:r w:rsidRPr="00994820">
        <w:t>Fanny, con un colpo di gamba, riuscì a creare distanza, arretrando verso il bordo della sala.</w:t>
      </w:r>
      <w:r w:rsidRPr="00994820">
        <w:br/>
        <w:t>«Sai una cosa?» gridò, cercando di riprendere fiato mentre affrontava la sua stessa ombra. «Lavorare per un dio come questo… ti farà solo perdere tutto. Non ti resterà niente!»</w:t>
      </w:r>
      <w:r w:rsidR="00E776A2">
        <w:t xml:space="preserve"> </w:t>
      </w:r>
      <w:r w:rsidRPr="00994820">
        <w:t>La copia scattò di nuovo, ma Fanny schivò di lato, caricando un diretto sul viso del suo doppio.</w:t>
      </w:r>
    </w:p>
    <w:p w14:paraId="2CD60E9B" w14:textId="77777777" w:rsidR="007C3C6C" w:rsidRPr="00994820" w:rsidRDefault="007C3C6C" w:rsidP="00704DFD">
      <w:pPr>
        <w:spacing w:before="120" w:line="360" w:lineRule="auto"/>
        <w:ind w:firstLine="284"/>
        <w:jc w:val="both"/>
      </w:pPr>
      <w:r w:rsidRPr="00994820">
        <w:t>«Ma poi a cosa serve tutto ciò? Me lo volete spiegare?!» Fu Bill a rispondere dopo una fragorosa risata isterica. Le due voci, quella del Dio e di Elysis ancora mescolate fra loro.</w:t>
      </w:r>
    </w:p>
    <w:p w14:paraId="2AFB1F82" w14:textId="77777777" w:rsidR="007C3C6C" w:rsidRPr="00994820" w:rsidRDefault="007C3C6C" w:rsidP="00704DFD">
      <w:pPr>
        <w:spacing w:before="120" w:line="360" w:lineRule="auto"/>
        <w:ind w:firstLine="284"/>
        <w:jc w:val="both"/>
      </w:pPr>
      <w:r w:rsidRPr="00994820">
        <w:t>«A LIBERARMI FINALMENTE!» gridò con furia Bill voltandosi verso la ragazza.</w:t>
      </w:r>
    </w:p>
    <w:p w14:paraId="7EF497D6" w14:textId="77777777" w:rsidR="007C3C6C" w:rsidRPr="00994820" w:rsidRDefault="007C3C6C" w:rsidP="00704DFD">
      <w:pPr>
        <w:spacing w:before="120" w:line="360" w:lineRule="auto"/>
        <w:ind w:firstLine="284"/>
        <w:jc w:val="both"/>
      </w:pPr>
      <w:r w:rsidRPr="00994820">
        <w:t>«Sai, tu mi disgusti, vedo fin troppo chiaramente il tocco di mio fratello in te» per la prima volta il tono apparve quasi calmo, restando comunque inquietante. «Ma non ti fare illusioni, non ho alcun interesse per una mortale come te, o come lui.» disse voltandosi verso Xed, il quale si limitò a rispondere con una smorfia.</w:t>
      </w:r>
    </w:p>
    <w:p w14:paraId="0871F63D" w14:textId="77777777" w:rsidR="007C3C6C" w:rsidRPr="00994820" w:rsidRDefault="007C3C6C" w:rsidP="00704DFD">
      <w:pPr>
        <w:spacing w:before="120" w:line="360" w:lineRule="auto"/>
        <w:ind w:firstLine="284"/>
        <w:jc w:val="both"/>
      </w:pPr>
      <w:r w:rsidRPr="00994820">
        <w:t xml:space="preserve">«Purtroppo per me sono COSTRETTO ad agire per mezzo di creature così disgustose. Ma non per molto» rise ancora una volta in preda all’euforia. </w:t>
      </w:r>
    </w:p>
    <w:p w14:paraId="170041A1" w14:textId="77777777" w:rsidR="007C3C6C" w:rsidRPr="00994820" w:rsidRDefault="007C3C6C" w:rsidP="00704DFD">
      <w:pPr>
        <w:spacing w:before="120" w:line="360" w:lineRule="auto"/>
        <w:ind w:firstLine="284"/>
        <w:jc w:val="both"/>
      </w:pPr>
      <w:r w:rsidRPr="00994820">
        <w:t>«Devo solo completare questo rituale, prosciugare questa città e spaccare questa dannata prigione. Presto questo piano iniziato secoli fa potrà completarsi, qui non ci saranno né Ymir, né Eirenthor a rovinar. Devo solo sbarazzarmi della mocciosa di Ark e finalmente sarò libero.» con uno sguardo carico d’ira comandò a Xed di farla finita.</w:t>
      </w:r>
    </w:p>
    <w:p w14:paraId="7FE26B31" w14:textId="77777777" w:rsidR="007C3C6C" w:rsidRPr="00994820" w:rsidRDefault="007C3C6C" w:rsidP="00704DFD">
      <w:pPr>
        <w:spacing w:before="120" w:line="360" w:lineRule="auto"/>
        <w:ind w:firstLine="284"/>
        <w:jc w:val="both"/>
      </w:pPr>
      <w:r w:rsidRPr="00994820">
        <w:t>Xed si limitò ad annuire, con un velato senso di disappunto nello sguardo.</w:t>
      </w:r>
    </w:p>
    <w:p w14:paraId="58A47D5A" w14:textId="77777777" w:rsidR="002208E5" w:rsidRDefault="007C3C6C" w:rsidP="00704DFD">
      <w:pPr>
        <w:spacing w:before="120" w:line="360" w:lineRule="auto"/>
        <w:ind w:firstLine="284"/>
        <w:jc w:val="both"/>
      </w:pPr>
      <w:r w:rsidRPr="00994820">
        <w:t>«E quindi ti sta bene aiutare un dio che ti ha appena detto che se ne frega di te?» commentò con furia la ragazza mentre continuava a colpire con rabbia la sua copia. Se attaccava senza pensare, senza una strategia, sarebbe riuscita a fregare anche la sua copia. Ma non sembrava stesse funzionando come sperava.</w:t>
      </w:r>
    </w:p>
    <w:p w14:paraId="3CFED0C8" w14:textId="77777777" w:rsidR="002208E5" w:rsidRDefault="007C3C6C" w:rsidP="002208E5">
      <w:pPr>
        <w:spacing w:before="120" w:line="360" w:lineRule="auto"/>
        <w:ind w:firstLine="284"/>
        <w:jc w:val="both"/>
      </w:pPr>
      <w:r w:rsidRPr="00994820">
        <w:t>«Io… almeno ho qualcuno per cui combattere… tu, invece?»</w:t>
      </w:r>
    </w:p>
    <w:p w14:paraId="5C20C04D" w14:textId="6DE9CA32" w:rsidR="007C3C6C" w:rsidRPr="00994820" w:rsidRDefault="007C3C6C" w:rsidP="002208E5">
      <w:pPr>
        <w:spacing w:before="120" w:line="360" w:lineRule="auto"/>
        <w:ind w:firstLine="284"/>
        <w:jc w:val="both"/>
      </w:pPr>
      <w:r w:rsidRPr="00994820">
        <w:t>«Io non ho scelta ragazza. Mi ha preso quando non avevo nient’altro…» Il ragazzo dai capelli argentei rispose con voce monotonica, mentre la sua lama e i suoi occhi passarono a un più minaccioso color rosso fuoco, la lama sembrava stesse ribollendo.</w:t>
      </w:r>
    </w:p>
    <w:p w14:paraId="6F7E28AE" w14:textId="77777777" w:rsidR="007C3C6C" w:rsidRPr="00994820" w:rsidRDefault="007C3C6C" w:rsidP="00704DFD">
      <w:pPr>
        <w:spacing w:before="120" w:line="360" w:lineRule="auto"/>
        <w:ind w:firstLine="284"/>
        <w:jc w:val="both"/>
      </w:pPr>
      <w:r w:rsidRPr="00994820">
        <w:lastRenderedPageBreak/>
        <w:t>«Red Blade.» disse con voce secca avanzando verso la ragazza e la sua copia</w:t>
      </w:r>
    </w:p>
    <w:p w14:paraId="55EB8BD4" w14:textId="77777777" w:rsidR="007C3C6C" w:rsidRPr="00994820" w:rsidRDefault="007C3C6C" w:rsidP="00704DFD">
      <w:pPr>
        <w:spacing w:before="120" w:line="360" w:lineRule="auto"/>
        <w:ind w:firstLine="284"/>
        <w:jc w:val="both"/>
      </w:pPr>
      <w:r w:rsidRPr="00994820">
        <w:t>«Ma non capisci che se i suoi piani dovessero andare in porto, voi non gli servireste più?» le frasi erano interrotte dalla necessità di schivare gli attacchi della copia.</w:t>
      </w:r>
    </w:p>
    <w:p w14:paraId="48601E27" w14:textId="77777777" w:rsidR="007C3C6C" w:rsidRPr="00994820" w:rsidRDefault="007C3C6C" w:rsidP="00704DFD">
      <w:pPr>
        <w:spacing w:before="120" w:line="360" w:lineRule="auto"/>
        <w:ind w:firstLine="284"/>
        <w:jc w:val="both"/>
      </w:pPr>
      <w:r w:rsidRPr="00994820">
        <w:t>«Io non ti conosco, e non so cosa diavolo possa convincere qualcuno a fare un patto con un letterale demone ancestrale, ma non l’hai sentito?» il tono di Fanny si faceva sempre più affannato.</w:t>
      </w:r>
    </w:p>
    <w:p w14:paraId="2A71ABB7" w14:textId="77777777" w:rsidR="007C3C6C" w:rsidRPr="00994820" w:rsidRDefault="007C3C6C" w:rsidP="00704DFD">
      <w:pPr>
        <w:spacing w:before="120" w:line="360" w:lineRule="auto"/>
        <w:ind w:firstLine="284"/>
        <w:jc w:val="both"/>
      </w:pPr>
      <w:r w:rsidRPr="00994820">
        <w:t>«Voi gli SERVITE! Più a lungo sarà costretto a usarvi, più tempo avrete per vivere su questa terra, per sentire, per amare.»</w:t>
      </w:r>
    </w:p>
    <w:p w14:paraId="65D55462" w14:textId="0886F34C" w:rsidR="007C3C6C" w:rsidRPr="00994820" w:rsidRDefault="007C3C6C" w:rsidP="00704DFD">
      <w:pPr>
        <w:spacing w:before="120" w:line="360" w:lineRule="auto"/>
        <w:ind w:firstLine="284"/>
        <w:jc w:val="both"/>
      </w:pPr>
      <w:r w:rsidRPr="00994820">
        <w:t xml:space="preserve">Per un istante la copia si fermò, come se quell’affermazione l’avesse toccata. Ma non era la copia a essere scossa: </w:t>
      </w:r>
      <w:r w:rsidRPr="00994820">
        <w:rPr>
          <w:b/>
          <w:bCs/>
        </w:rPr>
        <w:t>era Xed</w:t>
      </w:r>
      <w:r w:rsidRPr="00994820">
        <w:t>.</w:t>
      </w:r>
      <w:r w:rsidR="002208E5">
        <w:t xml:space="preserve"> </w:t>
      </w:r>
      <w:r w:rsidRPr="00994820">
        <w:t>Il suo sorriso si affievolì e gli occhi rossi lampeggiarono di una tonalità più lieve.</w:t>
      </w:r>
    </w:p>
    <w:p w14:paraId="441329B0" w14:textId="77777777" w:rsidR="007C3C6C" w:rsidRPr="00994820" w:rsidRDefault="007C3C6C" w:rsidP="00704DFD">
      <w:pPr>
        <w:spacing w:before="120" w:line="360" w:lineRule="auto"/>
        <w:ind w:firstLine="284"/>
        <w:jc w:val="both"/>
      </w:pPr>
      <w:r w:rsidRPr="00994820">
        <w:t xml:space="preserve">Una parola sembrò attraversargli la mente: </w:t>
      </w:r>
      <w:r w:rsidRPr="00994820">
        <w:rPr>
          <w:i/>
          <w:iCs/>
        </w:rPr>
        <w:t>Elana.</w:t>
      </w:r>
      <w:r w:rsidRPr="00994820">
        <w:t xml:space="preserve"> Elysis invece rise con la sua voce naturale.</w:t>
      </w:r>
    </w:p>
    <w:p w14:paraId="2E3328F8" w14:textId="77777777" w:rsidR="007C3C6C" w:rsidRPr="00994820" w:rsidRDefault="007C3C6C" w:rsidP="00704DFD">
      <w:pPr>
        <w:spacing w:before="120" w:line="360" w:lineRule="auto"/>
        <w:ind w:firstLine="284"/>
        <w:jc w:val="both"/>
      </w:pPr>
      <w:r w:rsidRPr="00994820">
        <w:t xml:space="preserve">«Come se me ne fregasse qualcosa di vivere o morire, io voglio solo provare la sensazione massima di disperazione! Quando tutto è perduto, e voglio che tutti la provino con me. Stupida mocciosa sentimentale. L’amore è solo una sciocchezza passeggera, io voglio provare la sensazione prefetta, poi il mondo può anche sparire o bruciare, non mi interessa.» </w:t>
      </w:r>
    </w:p>
    <w:p w14:paraId="7BB77860" w14:textId="240CA0E5" w:rsidR="007C3C6C" w:rsidRPr="00994820" w:rsidRDefault="007C3C6C" w:rsidP="00704DFD">
      <w:pPr>
        <w:spacing w:before="120" w:line="360" w:lineRule="auto"/>
        <w:ind w:firstLine="284"/>
        <w:jc w:val="both"/>
      </w:pPr>
      <w:r w:rsidRPr="00994820">
        <w:t>La Red Blade tremolò, mentre la risata della Sorridente tornava a mescolarsi con quella del Dio. Xed fece un passo avanti, il volto improvvisamente più serio. «Elana…» mormorò, quasi senza rendersene conto.</w:t>
      </w:r>
      <w:r w:rsidR="002208E5">
        <w:t xml:space="preserve"> </w:t>
      </w:r>
      <w:r w:rsidRPr="00994820">
        <w:t>Poi scosse il capo, cancellando l’esitazione. Con un gesto della mano dissolse la copia di Fanny, che si frantumò in particelle azzurre prima di svanire.</w:t>
      </w:r>
    </w:p>
    <w:p w14:paraId="4891E340" w14:textId="77637434" w:rsidR="007C3C6C" w:rsidRPr="00994820" w:rsidRDefault="007C3C6C" w:rsidP="00704DFD">
      <w:pPr>
        <w:spacing w:before="120" w:line="360" w:lineRule="auto"/>
        <w:ind w:firstLine="284"/>
        <w:jc w:val="both"/>
      </w:pPr>
      <w:r w:rsidRPr="00994820">
        <w:t>La copia svanì come un riflesso cancellato dall’acqua, lasciando soltanto la polvere sospesa nell’aria e il battito irregolare del cuore artificiale di Fanny.</w:t>
      </w:r>
      <w:r w:rsidR="002208E5">
        <w:t xml:space="preserve"> </w:t>
      </w:r>
      <w:r w:rsidRPr="00994820">
        <w:t>Xed avanzò lentamente, la Red Blade che pulsava con un bagliore rosso sempre più vivo. I suoi occhi erano cambiati: non più rossi, ma erano tornati a una tinta di un blu glaciale, come se la memoria appena evocata lo stesse lacerando dall’interno.</w:t>
      </w:r>
    </w:p>
    <w:p w14:paraId="1FC7E924" w14:textId="77777777" w:rsidR="007C3C6C" w:rsidRPr="00994820" w:rsidRDefault="007C3C6C" w:rsidP="00704DFD">
      <w:pPr>
        <w:spacing w:before="120" w:line="360" w:lineRule="auto"/>
        <w:ind w:firstLine="284"/>
        <w:jc w:val="both"/>
      </w:pPr>
      <w:r w:rsidRPr="00994820">
        <w:t>«Sai» disse con un tono più basso, quasi distante, «alla fine resti sempre la stessa.»</w:t>
      </w:r>
      <w:r w:rsidRPr="00994820">
        <w:br/>
        <w:t>In un lampo, la lama si estese fino a toccare la spalla di Fanny, paralizzandole temporaneamente il braccio potenziato. Stavolta il dolore c’era ed era bruciante, come se il suo interno si stesse sciogliendo, la gamba meccanica cedette per un istante, lasciandola sbilanciata.</w:t>
      </w:r>
    </w:p>
    <w:p w14:paraId="5347CA37" w14:textId="39E82698" w:rsidR="007C3C6C" w:rsidRPr="00994820" w:rsidRDefault="007C3C6C" w:rsidP="00704DFD">
      <w:pPr>
        <w:spacing w:before="120" w:line="360" w:lineRule="auto"/>
        <w:ind w:firstLine="284"/>
        <w:jc w:val="both"/>
      </w:pPr>
      <w:r w:rsidRPr="00994820">
        <w:t>Prima che potesse reagire, Xed le fu addosso. Le mani fredde, ma stranamente leggere, le afferrarono il viso e la immobilizzarono del tutto, come se un peso invisibile l’avesse ancorata al pavimento.</w:t>
      </w:r>
      <w:r w:rsidR="002208E5">
        <w:t xml:space="preserve"> </w:t>
      </w:r>
      <w:r w:rsidRPr="00994820">
        <w:t>«E ora…» sussurrò, con un mezzo sorriso appena accennato, «baciami.»</w:t>
      </w:r>
    </w:p>
    <w:p w14:paraId="04258C68" w14:textId="77777777" w:rsidR="007C3C6C" w:rsidRPr="00994820" w:rsidRDefault="007C3C6C" w:rsidP="00704DFD">
      <w:pPr>
        <w:spacing w:before="120" w:line="360" w:lineRule="auto"/>
        <w:ind w:firstLine="284"/>
        <w:jc w:val="both"/>
      </w:pPr>
      <w:r w:rsidRPr="00994820">
        <w:t>«Eh?» Lo stupore sostituì del tutto il dolore, per un secondo Fanny arrossì e le sembrò di non sapere nemmeno più dove fosse di preciso.</w:t>
      </w:r>
    </w:p>
    <w:p w14:paraId="2F881EE4" w14:textId="7260707A" w:rsidR="007C3C6C" w:rsidRPr="00994820" w:rsidRDefault="007C3C6C" w:rsidP="00704DFD">
      <w:pPr>
        <w:spacing w:before="120" w:line="360" w:lineRule="auto"/>
        <w:ind w:firstLine="284"/>
        <w:jc w:val="both"/>
      </w:pPr>
      <w:r w:rsidRPr="00994820">
        <w:lastRenderedPageBreak/>
        <w:t>Non fu un bacio normale.</w:t>
      </w:r>
      <w:r w:rsidR="002208E5">
        <w:t xml:space="preserve"> </w:t>
      </w:r>
      <w:r w:rsidRPr="00994820">
        <w:t>La Red Blade tornò azzurra prima di dissolversi in energia pura, scivolando lungo il suo corpo come un’onda di luce, mentre le loro labbra si toccavano appena. Una scarica di potere percorse Fanny, non dolorosa ma straniante, come se qualcuno avesse aperto una porta nella sua anima e riversato dentro un fiume di energia sconosciuta.</w:t>
      </w:r>
    </w:p>
    <w:p w14:paraId="55CBA607" w14:textId="77777777" w:rsidR="002208E5" w:rsidRDefault="007C3C6C" w:rsidP="00704DFD">
      <w:pPr>
        <w:spacing w:before="120" w:line="360" w:lineRule="auto"/>
        <w:ind w:firstLine="284"/>
        <w:jc w:val="both"/>
      </w:pPr>
      <w:r w:rsidRPr="00994820">
        <w:t>Il mondo attorno svanì per un attimo: non c’era più il Piano -13, né la Sorridente, né il clangore metallico dei Boost Tek. Solo lei e Xed, con una connessione effimera che sapeva di promessa non detta.</w:t>
      </w:r>
      <w:r w:rsidR="002208E5">
        <w:t xml:space="preserve"> </w:t>
      </w:r>
      <w:r w:rsidRPr="00994820">
        <w:t>Quando si staccò, Xed stava di nuovo sorridendo, stavolta con un’ombra di malinconia negli occhi blu.</w:t>
      </w:r>
    </w:p>
    <w:p w14:paraId="1415D1A5" w14:textId="4EE8D8A2" w:rsidR="007C3C6C" w:rsidRPr="00994820" w:rsidRDefault="007C3C6C" w:rsidP="00704DFD">
      <w:pPr>
        <w:spacing w:before="120" w:line="360" w:lineRule="auto"/>
        <w:ind w:firstLine="284"/>
        <w:jc w:val="both"/>
      </w:pPr>
      <w:r w:rsidRPr="00994820">
        <w:t>«Ti saluterò, Elana.»</w:t>
      </w:r>
    </w:p>
    <w:p w14:paraId="03644328" w14:textId="77777777" w:rsidR="002208E5" w:rsidRDefault="007C3C6C" w:rsidP="00704DFD">
      <w:pPr>
        <w:spacing w:before="120" w:line="360" w:lineRule="auto"/>
        <w:ind w:firstLine="284"/>
        <w:jc w:val="both"/>
      </w:pPr>
      <w:r w:rsidRPr="00994820">
        <w:t>Fanny rimase immobile, gli occhi dorati che bruciavano di nuova energia, incapace di rispondere.</w:t>
      </w:r>
    </w:p>
    <w:p w14:paraId="24185EFD" w14:textId="106EBD63" w:rsidR="007C3C6C" w:rsidRPr="00994820" w:rsidRDefault="007C3C6C" w:rsidP="00704DFD">
      <w:pPr>
        <w:spacing w:before="120" w:line="360" w:lineRule="auto"/>
        <w:ind w:firstLine="284"/>
        <w:jc w:val="both"/>
      </w:pPr>
      <w:r w:rsidRPr="00994820">
        <w:t>«Elana…?» sussurrò, ma Xed era già dissolto in frammenti di luce, come se non fosse mai esistito.</w:t>
      </w:r>
    </w:p>
    <w:p w14:paraId="5600E4A7" w14:textId="77777777" w:rsidR="007C3C6C" w:rsidRPr="00994820" w:rsidRDefault="007C3C6C" w:rsidP="00704DFD">
      <w:pPr>
        <w:spacing w:before="120" w:line="360" w:lineRule="auto"/>
        <w:ind w:firstLine="284"/>
        <w:jc w:val="both"/>
      </w:pPr>
      <w:r w:rsidRPr="00994820">
        <w:t>L’energia ricevuta la fece tremare: i Boost Tek tornarono stabili, i guanti brillarono con un bagliore più caldo, alimentati non solo dal cuore artificiale, ma da qualcosa di più profondo.</w:t>
      </w:r>
      <w:r w:rsidRPr="00994820">
        <w:br/>
        <w:t>Sentì il suo corpo cambiare, come se avesse trovato un equilibrio che prima non conosceva: non più solo forza meccanica, ma potere puro, dorato, vivo.</w:t>
      </w:r>
    </w:p>
    <w:p w14:paraId="7B50C536" w14:textId="77777777" w:rsidR="007C3C6C" w:rsidRPr="00994820" w:rsidRDefault="007C3C6C" w:rsidP="00704DFD">
      <w:pPr>
        <w:spacing w:before="120" w:line="360" w:lineRule="auto"/>
        <w:ind w:firstLine="284"/>
        <w:jc w:val="both"/>
      </w:pPr>
      <w:r w:rsidRPr="00994820">
        <w:t xml:space="preserve">Alle sue spalle, la Sorridente osservava la scena, le labbra contratte in un sorriso disturbato: </w:t>
      </w:r>
    </w:p>
    <w:p w14:paraId="64AAB40F" w14:textId="611C0E5C" w:rsidR="007C3C6C" w:rsidRPr="00994820" w:rsidRDefault="007C3C6C" w:rsidP="00704DFD">
      <w:pPr>
        <w:spacing w:before="120" w:line="360" w:lineRule="auto"/>
        <w:ind w:firstLine="284"/>
        <w:jc w:val="both"/>
      </w:pPr>
      <w:r w:rsidRPr="00994820">
        <w:t>«Oh. MA NON E’ POSSIBILE. NON SIETE NEMMENO IN GRADO DI FARE UN LAVORO SEMPLICE COME AMMAZZARE UNA MOCCIOSA?» Il Dio interruppe il rituale per un momento, per avvicinarsi verso la ragazza.</w:t>
      </w:r>
      <w:r w:rsidR="002208E5">
        <w:t xml:space="preserve"> </w:t>
      </w:r>
      <w:r w:rsidRPr="00994820">
        <w:t>Fanny si girò lentamente, stringendo i pugni, l’aura dorata che si irradiava da lei come una fiamma silenziosa.</w:t>
      </w:r>
    </w:p>
    <w:p w14:paraId="03CA7EA4" w14:textId="77777777" w:rsidR="007C3C6C" w:rsidRPr="00994820" w:rsidRDefault="007C3C6C" w:rsidP="00704DFD">
      <w:pPr>
        <w:spacing w:before="120" w:line="360" w:lineRule="auto"/>
        <w:ind w:firstLine="284"/>
        <w:jc w:val="both"/>
      </w:pPr>
      <w:r w:rsidRPr="00994820">
        <w:t xml:space="preserve">I suoi pugni tremarono per un istante, poi si strinsero con decisione. Il potere appena risvegliato le scorreva dentro come un fiume in piena. I Boost Tek erano parte di lei, non strumenti esterni: </w:t>
      </w:r>
      <w:r w:rsidRPr="00994820">
        <w:rPr>
          <w:b/>
          <w:bCs/>
        </w:rPr>
        <w:t>il corpo e l’anima erano diventati un tutt’uno</w:t>
      </w:r>
      <w:r w:rsidRPr="00994820">
        <w:t>.</w:t>
      </w:r>
    </w:p>
    <w:p w14:paraId="0A690F3B" w14:textId="77777777" w:rsidR="007C3C6C" w:rsidRPr="00994820" w:rsidRDefault="007C3C6C" w:rsidP="00704DFD">
      <w:pPr>
        <w:spacing w:before="120" w:line="360" w:lineRule="auto"/>
        <w:ind w:firstLine="284"/>
        <w:jc w:val="both"/>
      </w:pPr>
      <w:r w:rsidRPr="00994820">
        <w:t>Fanny, ancora confusa dal nome sussurrato da Xed, sentì solo un pensiero attraversarle la mente:</w:t>
      </w:r>
      <w:r w:rsidRPr="00994820">
        <w:br/>
      </w:r>
      <w:r w:rsidRPr="00994820">
        <w:rPr>
          <w:i/>
          <w:iCs/>
        </w:rPr>
        <w:t>Chi diavolo era Elana… e perché sembra così familiare?</w:t>
      </w:r>
    </w:p>
    <w:p w14:paraId="7B7A0001" w14:textId="5469366D" w:rsidR="007C3C6C" w:rsidRPr="00994820" w:rsidRDefault="007C3C6C" w:rsidP="00704DFD">
      <w:pPr>
        <w:spacing w:before="120" w:line="360" w:lineRule="auto"/>
        <w:ind w:firstLine="284"/>
        <w:jc w:val="both"/>
      </w:pPr>
      <w:r w:rsidRPr="00994820">
        <w:t>Il corpo di Fanny tremava, ma non era più la fatica.</w:t>
      </w:r>
      <w:r w:rsidR="002208E5">
        <w:t xml:space="preserve"> </w:t>
      </w:r>
      <w:r w:rsidRPr="00994820">
        <w:t>Non era più il dolore.</w:t>
      </w:r>
      <w:r w:rsidRPr="00994820">
        <w:br/>
        <w:t xml:space="preserve">Era come se ogni fibra, ogni nervo, ogni frammento della sua anima stesse riscrivendo se stesso. I Boost Tek, per anni percepiti come estranei – appendici metalliche e fredde innestate nel suo corpo imperfetto – ora si fondevano con lei in un modo nuovo. Nessun rumore di sfasamento, nessun lampeggio d’errore: il braccio, la gamba, il cuore artificiale… </w:t>
      </w:r>
      <w:r w:rsidRPr="00994820">
        <w:rPr>
          <w:b/>
          <w:bCs/>
        </w:rPr>
        <w:t>erano parte di lei</w:t>
      </w:r>
      <w:r w:rsidRPr="00994820">
        <w:t>, non più un compromesso, ma un’estensione naturale.</w:t>
      </w:r>
    </w:p>
    <w:p w14:paraId="125F21B3" w14:textId="090B1DC4" w:rsidR="007C3C6C" w:rsidRPr="00994820" w:rsidRDefault="007C3C6C" w:rsidP="00704DFD">
      <w:pPr>
        <w:spacing w:before="120" w:line="360" w:lineRule="auto"/>
        <w:ind w:firstLine="284"/>
        <w:jc w:val="both"/>
      </w:pPr>
      <w:r w:rsidRPr="00994820">
        <w:t xml:space="preserve">Un’ondata dorata esplose dal suo petto, attraversando i guantoni e la gamba potenziata, risalendo la colonna vertebrale come un brivido elettrico. Non era un’energia esterna, non era Xed né il Dio del Caos: </w:t>
      </w:r>
      <w:r w:rsidRPr="00994820">
        <w:rPr>
          <w:b/>
          <w:bCs/>
        </w:rPr>
        <w:t>era la sua</w:t>
      </w:r>
      <w:r w:rsidRPr="00994820">
        <w:t>.</w:t>
      </w:r>
      <w:r w:rsidR="002208E5">
        <w:t xml:space="preserve"> </w:t>
      </w:r>
      <w:r w:rsidRPr="00994820">
        <w:lastRenderedPageBreak/>
        <w:t>Gli occhi di Fanny – un tempo freddi, vitrei, modificati con innesti per compensare una debolezza ereditaria – arsero di una luce dorata permanente, calda, viva. Sembravano due piccoli soli racchiusi in un corpo umano.</w:t>
      </w:r>
    </w:p>
    <w:p w14:paraId="669C82E7" w14:textId="77777777" w:rsidR="007C3C6C" w:rsidRPr="00994820" w:rsidRDefault="007C3C6C" w:rsidP="00704DFD">
      <w:pPr>
        <w:spacing w:before="120" w:line="360" w:lineRule="auto"/>
        <w:ind w:firstLine="284"/>
        <w:jc w:val="both"/>
      </w:pPr>
      <w:r w:rsidRPr="00994820">
        <w:t xml:space="preserve">Inspirò a fondo, e per la prima volta dopo anni la respirazione non sembrava vincolata alla meccanica del cuore artificiale. C’era armonia, un ritmo naturale che vibrava in sincronia con il metallo e la carne. </w:t>
      </w:r>
      <w:r w:rsidRPr="00994820">
        <w:rPr>
          <w:b/>
          <w:bCs/>
        </w:rPr>
        <w:t>Era completa</w:t>
      </w:r>
      <w:r w:rsidRPr="00994820">
        <w:t>.</w:t>
      </w:r>
    </w:p>
    <w:p w14:paraId="1D56BE92" w14:textId="77777777" w:rsidR="007C3C6C" w:rsidRPr="00994820" w:rsidRDefault="007C3C6C" w:rsidP="00704DFD">
      <w:pPr>
        <w:spacing w:before="120" w:line="360" w:lineRule="auto"/>
        <w:ind w:firstLine="284"/>
        <w:jc w:val="both"/>
      </w:pPr>
      <w:r w:rsidRPr="00994820">
        <w:t>Fanny girò lentamente la testa verso la Sorridente, e la luce dorata dei suoi occhi trapassò l’oscurità del Piano -13. Non c’era rabbia cieca in quello sguardo, né paura. Solo una calma che sapeva di decisione finale.</w:t>
      </w:r>
    </w:p>
    <w:p w14:paraId="23D9BB09" w14:textId="298610A7" w:rsidR="007C3C6C" w:rsidRPr="00994820" w:rsidRDefault="007C3C6C" w:rsidP="00704DFD">
      <w:pPr>
        <w:spacing w:before="120" w:line="360" w:lineRule="auto"/>
        <w:ind w:firstLine="284"/>
        <w:jc w:val="both"/>
      </w:pPr>
      <w:r w:rsidRPr="00994820">
        <w:t>Stringendo i pugni, percepì il metallo dei guanti reagire come se fosse tessuto vivo: i contatti elettrici pulsavano in sincronia con il suo battito, e piccole scariche d’energia si diffusero lungo le nocche, più stabili e potenti di quanto non fossero mai state.</w:t>
      </w:r>
      <w:r w:rsidR="002208E5">
        <w:t xml:space="preserve"> </w:t>
      </w:r>
      <w:r w:rsidRPr="00994820">
        <w:t xml:space="preserve">Ogni sensore interno le restituiva valori perfetti: </w:t>
      </w:r>
      <w:r w:rsidRPr="00994820">
        <w:rPr>
          <w:b/>
          <w:bCs/>
        </w:rPr>
        <w:t>0% errore, 100% stabilità</w:t>
      </w:r>
      <w:r w:rsidRPr="00994820">
        <w:t>.</w:t>
      </w:r>
    </w:p>
    <w:p w14:paraId="72E9137F" w14:textId="55ED65C0" w:rsidR="007C3C6C" w:rsidRPr="00994820" w:rsidRDefault="007C3C6C" w:rsidP="00704DFD">
      <w:pPr>
        <w:spacing w:before="120" w:line="360" w:lineRule="auto"/>
        <w:ind w:firstLine="284"/>
        <w:jc w:val="both"/>
      </w:pPr>
      <w:r w:rsidRPr="00994820">
        <w:t>«Ora ci divertiamo, Bill.»</w:t>
      </w:r>
      <w:r w:rsidR="002208E5">
        <w:t xml:space="preserve"> </w:t>
      </w:r>
      <w:r w:rsidRPr="00994820">
        <w:t>La voce era bassa, ma rimbombò nel vuoto del Piano come un tuono contenuto.</w:t>
      </w:r>
    </w:p>
    <w:p w14:paraId="729DD70F" w14:textId="3F2487C2" w:rsidR="007C3C6C" w:rsidRPr="00994820" w:rsidRDefault="007C3C6C" w:rsidP="00704DFD">
      <w:pPr>
        <w:spacing w:before="120" w:line="360" w:lineRule="auto"/>
        <w:ind w:firstLine="284"/>
        <w:jc w:val="both"/>
      </w:pPr>
      <w:r w:rsidRPr="00994820">
        <w:t>La Sorridente fece un mezzo passo indietro, sorpresa: per la prima volta sembrava non avere una risposta pronta.</w:t>
      </w:r>
      <w:r w:rsidR="002208E5">
        <w:t xml:space="preserve"> </w:t>
      </w:r>
      <w:r w:rsidRPr="00994820">
        <w:t>I glifi sul pavimento tremolarono, i corpi carbonizzati disposti attorno al cerchio rituale si sollevarono di qualche centimetro, come richiamati da quella nuova forza.</w:t>
      </w:r>
    </w:p>
    <w:p w14:paraId="2C505841" w14:textId="77777777" w:rsidR="007C3C6C" w:rsidRPr="00994820" w:rsidRDefault="007C3C6C" w:rsidP="00704DFD">
      <w:pPr>
        <w:spacing w:before="120" w:line="360" w:lineRule="auto"/>
        <w:ind w:firstLine="284"/>
        <w:jc w:val="both"/>
      </w:pPr>
      <w:r w:rsidRPr="00994820">
        <w:t>Fanny mosse un passo in avanti. Il suono dei suoi passi era diverso: più pieno, più deciso, come se il pavimento stesso riconoscesse quel cambiamento. Ogni movimento fluiva senza attrito, come se il corpo e l’energia magica ora fossero una sola cosa.</w:t>
      </w:r>
    </w:p>
    <w:p w14:paraId="21568E8E" w14:textId="7547A085" w:rsidR="007C3C6C" w:rsidRPr="00994820" w:rsidRDefault="007C3C6C" w:rsidP="00704DFD">
      <w:pPr>
        <w:spacing w:before="120" w:line="360" w:lineRule="auto"/>
        <w:ind w:firstLine="284"/>
        <w:jc w:val="both"/>
      </w:pPr>
      <w:r w:rsidRPr="00994820">
        <w:t>Non c’era più la Fanny di prima – la ragazza che combatteva contro se stessa, che temeva il proprio corpo e il proprio destino.</w:t>
      </w:r>
      <w:r w:rsidR="002208E5">
        <w:t xml:space="preserve"> </w:t>
      </w:r>
      <w:r w:rsidRPr="00994820">
        <w:t xml:space="preserve">C’era </w:t>
      </w:r>
      <w:r w:rsidRPr="00994820">
        <w:rPr>
          <w:b/>
          <w:bCs/>
        </w:rPr>
        <w:t>una donna completa, connessa al proprio spirito</w:t>
      </w:r>
      <w:r w:rsidRPr="00994820">
        <w:t>, pronta a combattere non per sopravvivere, ma per vincere.</w:t>
      </w:r>
    </w:p>
    <w:p w14:paraId="10A7A85E" w14:textId="77777777" w:rsidR="007C3C6C" w:rsidRPr="00994820" w:rsidRDefault="007C3C6C" w:rsidP="00704DFD">
      <w:pPr>
        <w:spacing w:before="120" w:line="360" w:lineRule="auto"/>
        <w:ind w:firstLine="284"/>
        <w:jc w:val="both"/>
      </w:pPr>
      <w:r w:rsidRPr="00994820">
        <w:t>Il Piano -13 trattenne il respiro. Persino la distorsione gravitazionale si stabilizzò per un istante, come se l’universo stesso stesse osservando il cambiamento.</w:t>
      </w:r>
    </w:p>
    <w:p w14:paraId="0AF2DC44" w14:textId="4A25A354" w:rsidR="00A20E7A" w:rsidRDefault="007C3C6C" w:rsidP="00704DFD">
      <w:pPr>
        <w:spacing w:before="120" w:line="360" w:lineRule="auto"/>
        <w:ind w:firstLine="284"/>
        <w:jc w:val="both"/>
      </w:pPr>
      <w:r w:rsidRPr="00994820">
        <w:t>Fanny alzò lo sguardo.</w:t>
      </w:r>
      <w:r w:rsidR="002208E5">
        <w:t xml:space="preserve"> </w:t>
      </w:r>
      <w:r w:rsidRPr="00994820">
        <w:t>Le pupille dorate brillarono come due fiamme sotto pressione, e un sorriso sottile le piegò le labbra.</w:t>
      </w:r>
      <w:r w:rsidR="002208E5">
        <w:t xml:space="preserve"> </w:t>
      </w:r>
      <w:r w:rsidRPr="00994820">
        <w:t>Era pronta.</w:t>
      </w:r>
    </w:p>
    <w:p w14:paraId="64350901" w14:textId="6F4CF1C1" w:rsidR="00BF41AE" w:rsidRDefault="00BF41AE">
      <w:pPr>
        <w:spacing w:after="160" w:line="259" w:lineRule="auto"/>
      </w:pPr>
      <w:r>
        <w:br w:type="page"/>
      </w:r>
    </w:p>
    <w:p w14:paraId="21F8E66F" w14:textId="4DA982FA" w:rsidR="007C3C6C" w:rsidRPr="002208E5" w:rsidRDefault="007C3C6C" w:rsidP="00E776A2">
      <w:pPr>
        <w:pStyle w:val="Titolo1"/>
        <w:jc w:val="center"/>
      </w:pPr>
      <w:r w:rsidRPr="002208E5">
        <w:lastRenderedPageBreak/>
        <w:t xml:space="preserve">Capitolo </w:t>
      </w:r>
      <w:r w:rsidR="00CD408F">
        <w:t>XXIV</w:t>
      </w:r>
      <w:r w:rsidRPr="002208E5">
        <w:t xml:space="preserve"> – Il Cielo Che Cade</w:t>
      </w:r>
    </w:p>
    <w:p w14:paraId="64ACFFF9" w14:textId="77777777" w:rsidR="007C3C6C" w:rsidRDefault="007C3C6C" w:rsidP="00704DFD">
      <w:pPr>
        <w:spacing w:before="120" w:line="360" w:lineRule="auto"/>
        <w:ind w:firstLine="284"/>
        <w:jc w:val="both"/>
      </w:pPr>
    </w:p>
    <w:p w14:paraId="3B08F75B" w14:textId="77777777" w:rsidR="002208E5" w:rsidRDefault="002208E5" w:rsidP="00704DFD">
      <w:pPr>
        <w:spacing w:before="120" w:line="360" w:lineRule="auto"/>
        <w:ind w:firstLine="284"/>
        <w:jc w:val="both"/>
      </w:pPr>
    </w:p>
    <w:p w14:paraId="2373060A" w14:textId="77777777" w:rsidR="002208E5" w:rsidRDefault="002208E5" w:rsidP="00704DFD">
      <w:pPr>
        <w:spacing w:before="120" w:line="360" w:lineRule="auto"/>
        <w:ind w:firstLine="284"/>
        <w:jc w:val="both"/>
      </w:pPr>
    </w:p>
    <w:p w14:paraId="485DA041" w14:textId="77777777" w:rsidR="002208E5" w:rsidRPr="00994820" w:rsidRDefault="002208E5" w:rsidP="00704DFD">
      <w:pPr>
        <w:spacing w:before="120" w:line="360" w:lineRule="auto"/>
        <w:ind w:firstLine="284"/>
        <w:jc w:val="both"/>
      </w:pPr>
    </w:p>
    <w:p w14:paraId="5BE4D084" w14:textId="77777777" w:rsidR="007C3C6C" w:rsidRPr="00994820" w:rsidRDefault="007C3C6C" w:rsidP="00704DFD">
      <w:pPr>
        <w:spacing w:before="120" w:line="360" w:lineRule="auto"/>
        <w:ind w:firstLine="284"/>
        <w:jc w:val="both"/>
      </w:pPr>
      <w:r w:rsidRPr="00994820">
        <w:t>Quell’oscuro anfiteatro scavato nella roccia vulcanica sotto Ecluptica vibrava come un cuore malato.</w:t>
      </w:r>
      <w:r w:rsidRPr="00994820">
        <w:br/>
        <w:t>Le vene dorate che correvano sotto il pavimento pulsavano a ritmo del glifo rituale, ancora intatto e più vivo che mai. Un nucleo rosso, simile a carne viva, sospeso sopra quell’insieme di glifi antichi continuava a espellere energia verso l’alto, alimentando il portale sospeso al centro della sala. I corpi carbonizzati che formavano il cerchio rituale tremavano come se un filo invisibile li tirasse verso quel cuore pulsante, schioccando le giunture secche in un suono che sembrava ossa infrante.</w:t>
      </w:r>
    </w:p>
    <w:p w14:paraId="742048B8" w14:textId="77777777" w:rsidR="007C3C6C" w:rsidRPr="00994820" w:rsidRDefault="007C3C6C" w:rsidP="00704DFD">
      <w:pPr>
        <w:spacing w:before="120" w:line="360" w:lineRule="auto"/>
        <w:ind w:firstLine="284"/>
        <w:jc w:val="both"/>
      </w:pPr>
      <w:r w:rsidRPr="00994820">
        <w:t>L’aria era densa, piena di elettricità e di un odore acre, come di rame bruciato. Ogni respiro graffiava la gola. I sensori interni dei Boost Tek di Fanny segnalavano valori instabili, ma non c’era spazio per pensieri tecnici: quello era il regno del Dio del Caos, e lei era al centro del suo gioco.</w:t>
      </w:r>
    </w:p>
    <w:p w14:paraId="1592A2D9" w14:textId="77777777" w:rsidR="007C3C6C" w:rsidRPr="00994820" w:rsidRDefault="007C3C6C" w:rsidP="00704DFD">
      <w:pPr>
        <w:spacing w:before="120" w:line="360" w:lineRule="auto"/>
        <w:ind w:firstLine="284"/>
        <w:jc w:val="both"/>
      </w:pPr>
      <w:r w:rsidRPr="00994820">
        <w:t xml:space="preserve">Dando le spalle a quel portale orrifico, la Sorridente avanzava con la </w:t>
      </w:r>
      <w:r w:rsidRPr="00994820">
        <w:rPr>
          <w:b/>
          <w:bCs/>
        </w:rPr>
        <w:t>Chitarra Glifica</w:t>
      </w:r>
      <w:r w:rsidRPr="00994820">
        <w:t xml:space="preserve"> stretta tra le mani come un’arma sacrificale. Il corpo, deformato dalla presenza di Bill, emanava un’aura gialla distorta che scaldava l’aria circostante, piegandola. Gli occhi erano due pozzi dorati, le pupille verticali come quelle di un predatore.</w:t>
      </w:r>
    </w:p>
    <w:p w14:paraId="357E16CE" w14:textId="77777777" w:rsidR="007C3C6C" w:rsidRPr="00994820" w:rsidRDefault="007C3C6C" w:rsidP="00704DFD">
      <w:pPr>
        <w:spacing w:before="120" w:line="360" w:lineRule="auto"/>
        <w:ind w:firstLine="284"/>
        <w:jc w:val="both"/>
      </w:pPr>
      <w:r w:rsidRPr="00994820">
        <w:t>«Ancora viva?» La voce era doppia, un ronzio basso che vibrava nello stomaco. «Ti divorerò velocemente… e poi finirò quello che ho iniziato.»</w:t>
      </w:r>
    </w:p>
    <w:p w14:paraId="413DAA9D" w14:textId="77777777" w:rsidR="007C3C6C" w:rsidRPr="00994820" w:rsidRDefault="007C3C6C" w:rsidP="00704DFD">
      <w:pPr>
        <w:spacing w:before="120" w:line="360" w:lineRule="auto"/>
        <w:ind w:firstLine="284"/>
        <w:jc w:val="both"/>
      </w:pPr>
      <w:r w:rsidRPr="00994820">
        <w:t>Fanny avanzò, lenta e stabile, gli occhi dorati che brillavano come due soli compressi.</w:t>
      </w:r>
      <w:r w:rsidRPr="00994820">
        <w:br/>
        <w:t xml:space="preserve">I guantoni erano cambiati: non solo metallo e servomeccanismi, ma un intreccio tra carne, tecnologia e qualcosa di più profondo. L’aura dorata scorreva lungo i pugni come acqua liquida, formando attorno alle sue mani due </w:t>
      </w:r>
      <w:r w:rsidRPr="00994820">
        <w:rPr>
          <w:b/>
          <w:bCs/>
        </w:rPr>
        <w:t>Soul Glove</w:t>
      </w:r>
      <w:r w:rsidRPr="00994820">
        <w:t>: estensioni del suo stesso spirito.</w:t>
      </w:r>
    </w:p>
    <w:p w14:paraId="75C71157" w14:textId="7FB9C39B" w:rsidR="007C3C6C" w:rsidRPr="00994820" w:rsidRDefault="007C3C6C" w:rsidP="00704DFD">
      <w:pPr>
        <w:spacing w:before="120" w:line="360" w:lineRule="auto"/>
        <w:ind w:firstLine="284"/>
        <w:jc w:val="both"/>
      </w:pPr>
      <w:r w:rsidRPr="00994820">
        <w:t>«Non sei tu a decidere cosa diventa di questa città.»</w:t>
      </w:r>
      <w:r w:rsidR="002208E5">
        <w:t xml:space="preserve"> </w:t>
      </w:r>
      <w:r w:rsidRPr="00994820">
        <w:t>La voce era calma, quasi fredda, e rimbombò nel Piano come un colpo secco.</w:t>
      </w:r>
    </w:p>
    <w:p w14:paraId="70F11B4E" w14:textId="4046DC7A" w:rsidR="007C3C6C" w:rsidRPr="00994820" w:rsidRDefault="007C3C6C" w:rsidP="00704DFD">
      <w:pPr>
        <w:spacing w:before="120" w:line="360" w:lineRule="auto"/>
        <w:ind w:firstLine="284"/>
        <w:jc w:val="both"/>
      </w:pPr>
      <w:r w:rsidRPr="00994820">
        <w:t>Bill suonò un accordo dissonante sulla Chitarra Glifica. L’impatto fece tremare il terreno e proiettò un’onda d’urto che deformò il pavimento come fosse gomma.</w:t>
      </w:r>
      <w:r w:rsidR="002208E5">
        <w:t xml:space="preserve"> </w:t>
      </w:r>
      <w:r w:rsidRPr="00994820">
        <w:t>Fanny piegò le ginocchia e scattò in avanti, attraversando l’onda con un salto carico di energia. I suoi Soul Glove emanarono una scia dorata nell’aria, lasciando un bagliore caldo dietro di sé.</w:t>
      </w:r>
    </w:p>
    <w:p w14:paraId="6CB18455" w14:textId="77777777" w:rsidR="007C3C6C" w:rsidRPr="00994820" w:rsidRDefault="007C3C6C" w:rsidP="00704DFD">
      <w:pPr>
        <w:spacing w:before="120" w:line="360" w:lineRule="auto"/>
        <w:ind w:firstLine="284"/>
        <w:jc w:val="both"/>
      </w:pPr>
      <w:r w:rsidRPr="00994820">
        <w:lastRenderedPageBreak/>
        <w:t>Le due figure si fissarono per un istante, l’aura dorata di Fanny e quella gialla distorta della Sorridente che si urtavano come due campi magnetici opposti. Il terreno scricchiolò sotto la pressione. Sopra di loro, il portale continuava a vibrare, segno che il rituale non aveva rallentato nemmeno di un battito.</w:t>
      </w:r>
    </w:p>
    <w:p w14:paraId="712E9A9A" w14:textId="77777777" w:rsidR="007C3C6C" w:rsidRPr="00994820" w:rsidRDefault="007C3C6C" w:rsidP="00704DFD">
      <w:pPr>
        <w:spacing w:before="120" w:line="360" w:lineRule="auto"/>
        <w:ind w:firstLine="284"/>
        <w:jc w:val="both"/>
      </w:pPr>
      <w:r w:rsidRPr="00994820">
        <w:t>I glifi sotto i loro piedi pulsavano con la forza di un cuore alieno, ogni vena dorata che correva lungo il pavimento tremava, diffondendo scariche che facevano vibrare l’aria come un’enorme corda tesa. Sopra, il portale cominciava ad allargarsi, lasciando colare energia che si scomponeva in filamenti incandescenti.</w:t>
      </w:r>
    </w:p>
    <w:p w14:paraId="23EDEB2D" w14:textId="77777777" w:rsidR="007C3C6C" w:rsidRPr="00994820" w:rsidRDefault="007C3C6C" w:rsidP="00704DFD">
      <w:pPr>
        <w:spacing w:before="120" w:line="360" w:lineRule="auto"/>
        <w:ind w:firstLine="284"/>
        <w:jc w:val="both"/>
      </w:pPr>
      <w:r w:rsidRPr="00994820">
        <w:t xml:space="preserve">Davanti a lei, la Sorridente sollevò la </w:t>
      </w:r>
      <w:r w:rsidRPr="00994820">
        <w:rPr>
          <w:b/>
          <w:bCs/>
        </w:rPr>
        <w:t>Chitarra Glifica</w:t>
      </w:r>
      <w:r w:rsidRPr="00994820">
        <w:t xml:space="preserve"> con un movimento improvviso e innaturale, il corpo piegato come se ogni articolazione fosse stata riscritta da un altro essere.</w:t>
      </w:r>
      <w:r w:rsidRPr="00994820">
        <w:br/>
        <w:t>La sua voce – due toni sovrapposti, quella squillante di Elysis e quella cavernosa di Bill – graffiò l’aria:</w:t>
      </w:r>
      <w:r w:rsidRPr="00994820">
        <w:br/>
        <w:t>«Questa città è già mia, e tu sarai la prima attrazione del mio nuovo parco giochi che voi chiamavate mondo.» La risata di Bill terrificante e stridula riempì l’arena. Persino i corpi inermi sembrarrono percepirne l’orrore e vennero colti da violenti brividi e scatti incontrollati.</w:t>
      </w:r>
    </w:p>
    <w:p w14:paraId="7963E01B" w14:textId="7E8BC2F0" w:rsidR="007C3C6C" w:rsidRPr="00994820" w:rsidRDefault="007C3C6C" w:rsidP="00704DFD">
      <w:pPr>
        <w:spacing w:before="120" w:line="360" w:lineRule="auto"/>
        <w:ind w:firstLine="284"/>
        <w:jc w:val="both"/>
      </w:pPr>
      <w:r w:rsidRPr="00994820">
        <w:t>Un colpo di plettro sulle corde.</w:t>
      </w:r>
      <w:r w:rsidR="002208E5">
        <w:t xml:space="preserve"> </w:t>
      </w:r>
      <w:r w:rsidRPr="00994820">
        <w:t xml:space="preserve">Non fu solo suono: l’aria davanti alla chitarra si </w:t>
      </w:r>
      <w:r w:rsidRPr="00994820">
        <w:rPr>
          <w:b/>
          <w:bCs/>
        </w:rPr>
        <w:t>ruppe</w:t>
      </w:r>
      <w:r w:rsidRPr="00994820">
        <w:t xml:space="preserve"> come un vetro sottile, e un fronte d’onda colpì il pavimento con tale intensità da </w:t>
      </w:r>
      <w:r w:rsidRPr="00994820">
        <w:rPr>
          <w:b/>
          <w:bCs/>
        </w:rPr>
        <w:t>disassemblare</w:t>
      </w:r>
      <w:r w:rsidRPr="00994820">
        <w:t xml:space="preserve"> un’intera porzione di metallo, riducendola in polvere calda.</w:t>
      </w:r>
    </w:p>
    <w:p w14:paraId="079965F2" w14:textId="06123746" w:rsidR="007C3C6C" w:rsidRPr="00994820" w:rsidRDefault="007C3C6C" w:rsidP="00704DFD">
      <w:pPr>
        <w:spacing w:before="120" w:line="360" w:lineRule="auto"/>
        <w:ind w:firstLine="284"/>
        <w:jc w:val="both"/>
      </w:pPr>
      <w:r w:rsidRPr="00994820">
        <w:t xml:space="preserve">Fanny scattò di lato, il corpo guidato dai suoi nuovi occhi dorati. Ogni cosa appariva nitida: i movimenti caotici della Sorridente, i micro-scatti muscolari che precedevano i colpi, persino l’energia che vibrava attorno alla chitarra. La nuova vista le permetteva di vedere chiaramente i flussi energetici di quegli attacchi. Vedeva la magia nel suo stato più puro, la vedeva muoversi e distorcersi sotto il comando del Dio Folle. </w:t>
      </w:r>
      <w:r w:rsidR="002208E5">
        <w:t xml:space="preserve"> </w:t>
      </w:r>
      <w:r w:rsidRPr="00994820">
        <w:t>Ma la velocità del nemico era spaventosa.</w:t>
      </w:r>
    </w:p>
    <w:p w14:paraId="22E8AB64" w14:textId="77777777" w:rsidR="007C3C6C" w:rsidRPr="00994820" w:rsidRDefault="007C3C6C" w:rsidP="00704DFD">
      <w:pPr>
        <w:spacing w:before="120" w:line="360" w:lineRule="auto"/>
        <w:ind w:firstLine="284"/>
        <w:jc w:val="both"/>
      </w:pPr>
      <w:r w:rsidRPr="00994820">
        <w:t xml:space="preserve">Un altro colpo, e un getto di energia compressa colpì una colonna dietro di lei. La struttura </w:t>
      </w:r>
      <w:r w:rsidRPr="00994820">
        <w:rPr>
          <w:b/>
          <w:bCs/>
        </w:rPr>
        <w:t>si frantumò dall’interno</w:t>
      </w:r>
      <w:r w:rsidRPr="00994820">
        <w:t>, ogni legame molecolare reciso come con un colpo di forbici invisibili; pezzi perfetti e simmetrici caddero al suolo, emettendo un suono secco.</w:t>
      </w:r>
    </w:p>
    <w:p w14:paraId="5303D0D3" w14:textId="2145B03E" w:rsidR="007C3C6C" w:rsidRPr="00994820" w:rsidRDefault="007C3C6C" w:rsidP="00704DFD">
      <w:pPr>
        <w:spacing w:before="120" w:line="360" w:lineRule="auto"/>
        <w:ind w:firstLine="284"/>
        <w:jc w:val="both"/>
      </w:pPr>
      <w:r w:rsidRPr="00994820">
        <w:t xml:space="preserve">Fanny avanzò, caricando un pugno con i </w:t>
      </w:r>
      <w:r w:rsidRPr="00994820">
        <w:rPr>
          <w:b/>
          <w:bCs/>
        </w:rPr>
        <w:t>Soul Glove</w:t>
      </w:r>
      <w:r w:rsidRPr="00994820">
        <w:t>.</w:t>
      </w:r>
      <w:r w:rsidR="002208E5">
        <w:t xml:space="preserve"> </w:t>
      </w:r>
      <w:r w:rsidRPr="00994820">
        <w:t>La Sorridente fece scivolare il manico della chitarra lungo il braccio come un bastone, intercettando il colpo e deviandolo con una precisione disturbante. L’impatto scatenò una scarica di scintille dorate e viola.</w:t>
      </w:r>
    </w:p>
    <w:p w14:paraId="546F2304" w14:textId="1C283C5A" w:rsidR="007C3C6C" w:rsidRPr="00994820" w:rsidRDefault="007C3C6C" w:rsidP="00704DFD">
      <w:pPr>
        <w:spacing w:before="120" w:line="360" w:lineRule="auto"/>
        <w:ind w:firstLine="284"/>
        <w:jc w:val="both"/>
      </w:pPr>
      <w:r w:rsidRPr="00994820">
        <w:t xml:space="preserve">La Sorridente girò su se stessa con un colpo di chitarra che non mirava a colpirla direttamente, ma il suono che ne uscì generò </w:t>
      </w:r>
      <w:r w:rsidRPr="00994820">
        <w:rPr>
          <w:b/>
          <w:bCs/>
        </w:rPr>
        <w:t>tre fenditure nell’aria</w:t>
      </w:r>
      <w:r w:rsidRPr="00994820">
        <w:t>, linee incandescenti che tagliarono il pavimento come lame invisibili.</w:t>
      </w:r>
      <w:r w:rsidR="002208E5">
        <w:t xml:space="preserve"> </w:t>
      </w:r>
      <w:r w:rsidRPr="00994820">
        <w:t>Fanny scattò tra due di esse, la gamba meccanica che sfiorò il bordo di una fenditura, lasciando un alone bruciato sulla sua armatura.</w:t>
      </w:r>
    </w:p>
    <w:p w14:paraId="469F2DAA" w14:textId="77777777" w:rsidR="007C3C6C" w:rsidRPr="00994820" w:rsidRDefault="007C3C6C" w:rsidP="00704DFD">
      <w:pPr>
        <w:spacing w:before="120" w:line="360" w:lineRule="auto"/>
        <w:ind w:firstLine="284"/>
        <w:jc w:val="both"/>
      </w:pPr>
      <w:r w:rsidRPr="00994820">
        <w:t xml:space="preserve">Un secondo colpo, e il terreno </w:t>
      </w:r>
      <w:r w:rsidRPr="00994820">
        <w:rPr>
          <w:b/>
          <w:bCs/>
        </w:rPr>
        <w:t>cedette</w:t>
      </w:r>
      <w:r w:rsidRPr="00994820">
        <w:t xml:space="preserve"> dietro di lei, come se fosse stato scavato dall’interno da una carica concentrata. Detriti si sollevarono senza peso per un istante, poi ricaddero a terra disintegrandosi in scaglie.</w:t>
      </w:r>
      <w:r w:rsidRPr="00994820">
        <w:br/>
      </w:r>
      <w:r w:rsidRPr="00994820">
        <w:lastRenderedPageBreak/>
        <w:t>Bill rise con voce distorta: «Non puoi fermare ciò che è scritto nel nucleo stesso della materia! QUESTA TUA REALTA’ E’ SOLO UNA MIA CREAZIONE!»</w:t>
      </w:r>
    </w:p>
    <w:p w14:paraId="63A7AB19" w14:textId="77777777" w:rsidR="007C3C6C" w:rsidRPr="00994820" w:rsidRDefault="007C3C6C" w:rsidP="00704DFD">
      <w:pPr>
        <w:spacing w:before="120" w:line="360" w:lineRule="auto"/>
        <w:ind w:firstLine="284"/>
        <w:jc w:val="both"/>
      </w:pPr>
      <w:r w:rsidRPr="00994820">
        <w:t xml:space="preserve">Fanny vide l’attacco successivo prima che partisse: il manico della chitarra che si inclinava appena, la spalla che ruotava in una frazione di secondo. Scattò in avanti, piegandosi sotto un arco di energia che tracciò un solco perfetto alle sue spalle, </w:t>
      </w:r>
      <w:r w:rsidRPr="00994820">
        <w:rPr>
          <w:b/>
          <w:bCs/>
        </w:rPr>
        <w:t>tagliando di netto una lastra di pietra come fosse burro</w:t>
      </w:r>
      <w:r w:rsidRPr="00994820">
        <w:t>.</w:t>
      </w:r>
    </w:p>
    <w:p w14:paraId="325BBDD7" w14:textId="6A9CD586" w:rsidR="007C3C6C" w:rsidRPr="00994820" w:rsidRDefault="007C3C6C" w:rsidP="00704DFD">
      <w:pPr>
        <w:spacing w:before="120" w:line="360" w:lineRule="auto"/>
        <w:ind w:firstLine="284"/>
        <w:jc w:val="both"/>
      </w:pPr>
      <w:r w:rsidRPr="00994820">
        <w:t>Atterrò a meno di due metri dall’avversaria e colpì con una combinazione rapida: sinistro al volto, destro al petto, ginocchiata al fianco. I Soul Glove, alimentati dall’aura dorata, rilasciarono scariche visibili a ogni impatto.</w:t>
      </w:r>
      <w:r w:rsidR="002208E5">
        <w:t xml:space="preserve"> </w:t>
      </w:r>
      <w:r w:rsidRPr="00994820">
        <w:t>La Sorridente arretrò di un passo, sorpresa come mai lo era stata. Entrambi lo erano.</w:t>
      </w:r>
    </w:p>
    <w:p w14:paraId="048EC032" w14:textId="77777777" w:rsidR="007C3C6C" w:rsidRPr="00994820" w:rsidRDefault="007C3C6C" w:rsidP="00704DFD">
      <w:pPr>
        <w:spacing w:before="120" w:line="360" w:lineRule="auto"/>
        <w:ind w:firstLine="284"/>
        <w:jc w:val="both"/>
      </w:pPr>
      <w:r w:rsidRPr="00994820">
        <w:t>Un ghigno disturbante si aprì sul volto di Bill: «Tu. Una mortale riesce a colpirmi?!»</w:t>
      </w:r>
      <w:r w:rsidRPr="00994820">
        <w:br/>
        <w:t>Fanny, ansimante, non distolse lo sguardo: «Alla fine sei solo un punchball più complesso da colpire.» commentò ridacchiando la ragazza.</w:t>
      </w:r>
    </w:p>
    <w:p w14:paraId="7187B9FC" w14:textId="77777777" w:rsidR="002208E5" w:rsidRDefault="007C3C6C" w:rsidP="00704DFD">
      <w:pPr>
        <w:spacing w:before="120" w:line="360" w:lineRule="auto"/>
        <w:ind w:firstLine="284"/>
        <w:jc w:val="both"/>
      </w:pPr>
      <w:r w:rsidRPr="00994820">
        <w:t>Un nuovo colpo di chitarra.</w:t>
      </w:r>
    </w:p>
    <w:p w14:paraId="736FDE88" w14:textId="47DFD8AA" w:rsidR="007C3C6C" w:rsidRPr="00994820" w:rsidRDefault="007C3C6C" w:rsidP="00704DFD">
      <w:pPr>
        <w:spacing w:before="120" w:line="360" w:lineRule="auto"/>
        <w:ind w:firstLine="284"/>
        <w:jc w:val="both"/>
      </w:pPr>
      <w:r w:rsidRPr="00994820">
        <w:t xml:space="preserve">La materia davanti alla Sorridente si </w:t>
      </w:r>
      <w:r w:rsidRPr="00994820">
        <w:rPr>
          <w:b/>
          <w:bCs/>
        </w:rPr>
        <w:t>distorse: prima sembrava stesse per generarsi una violenta esplosione, poi quell’energia venne ricompressa e modulata in frammenti taglienti</w:t>
      </w:r>
      <w:r w:rsidRPr="00994820">
        <w:t>. Schegge sottili si lanciarono verso Fanny come proiettili casuali, ma i suoi occhi dorati le mostrarono la traiettoria prima ancora che partissero. Scivolò tra i frammenti, piegando il busto e lasciando che uno le passasse a pochi centimetri dal volto.</w:t>
      </w:r>
    </w:p>
    <w:p w14:paraId="25B8F33B" w14:textId="644728C5" w:rsidR="007C3C6C" w:rsidRPr="00994820" w:rsidRDefault="007C3C6C" w:rsidP="00704DFD">
      <w:pPr>
        <w:spacing w:before="120" w:line="360" w:lineRule="auto"/>
        <w:ind w:firstLine="284"/>
        <w:jc w:val="both"/>
      </w:pPr>
      <w:r w:rsidRPr="00994820">
        <w:t>Si ritrovò a distanza ravvicinata, talmente vicina da vedere le crepe dorate che attraversavano la pelle della Sorridente.</w:t>
      </w:r>
      <w:r w:rsidR="002208E5">
        <w:t xml:space="preserve"> </w:t>
      </w:r>
      <w:r w:rsidRPr="00994820">
        <w:t>Un istante di silenzio tra due note.</w:t>
      </w:r>
    </w:p>
    <w:p w14:paraId="02B4582F" w14:textId="77777777" w:rsidR="002208E5" w:rsidRDefault="007C3C6C" w:rsidP="002208E5">
      <w:pPr>
        <w:spacing w:before="120" w:line="360" w:lineRule="auto"/>
        <w:ind w:firstLine="284"/>
        <w:jc w:val="both"/>
      </w:pPr>
      <w:r w:rsidRPr="00994820">
        <w:t>Fanny caricò tutto il peso sul destro e colpì.</w:t>
      </w:r>
      <w:r w:rsidRPr="00994820">
        <w:br/>
        <w:t xml:space="preserve">Il pugno attraversò l’aura instabile che circondava La Sorridente e colpì </w:t>
      </w:r>
      <w:r w:rsidRPr="00994820">
        <w:rPr>
          <w:b/>
          <w:bCs/>
        </w:rPr>
        <w:t>in pieno il volto del Dio</w:t>
      </w:r>
      <w:r w:rsidRPr="00994820">
        <w:t>. L’impatto liberò un lampo dorato e una scarica che fece vibrare persino il globo rosso, fino ad allora impassibile.</w:t>
      </w:r>
    </w:p>
    <w:p w14:paraId="0EAE4976" w14:textId="77777777" w:rsidR="002208E5" w:rsidRDefault="007C3C6C" w:rsidP="002208E5">
      <w:pPr>
        <w:spacing w:before="120" w:line="360" w:lineRule="auto"/>
        <w:ind w:firstLine="284"/>
        <w:jc w:val="both"/>
      </w:pPr>
      <w:r w:rsidRPr="00994820">
        <w:t>La Sorridente fece un mezzo passo indietro, toccandosi il volto con un’espressione incredula, ma furiosa.</w:t>
      </w:r>
    </w:p>
    <w:p w14:paraId="1D500FF9" w14:textId="4B441A35" w:rsidR="007C3C6C" w:rsidRPr="00994820" w:rsidRDefault="007C3C6C" w:rsidP="002208E5">
      <w:pPr>
        <w:spacing w:before="120" w:line="360" w:lineRule="auto"/>
        <w:ind w:firstLine="284"/>
        <w:jc w:val="both"/>
      </w:pPr>
      <w:r w:rsidRPr="00994820">
        <w:t>«…Come?»</w:t>
      </w:r>
    </w:p>
    <w:p w14:paraId="3777840A" w14:textId="77777777" w:rsidR="002208E5" w:rsidRDefault="007C3C6C" w:rsidP="002208E5">
      <w:pPr>
        <w:spacing w:before="120" w:line="360" w:lineRule="auto"/>
        <w:ind w:firstLine="284"/>
        <w:jc w:val="both"/>
      </w:pPr>
      <w:r w:rsidRPr="00994820">
        <w:t>Bill, per la prima volta, tacque.</w:t>
      </w:r>
    </w:p>
    <w:p w14:paraId="2E18A809" w14:textId="77777777" w:rsidR="002208E5" w:rsidRDefault="007C3C6C" w:rsidP="002208E5">
      <w:pPr>
        <w:spacing w:before="120" w:line="360" w:lineRule="auto"/>
        <w:ind w:firstLine="284"/>
        <w:jc w:val="both"/>
      </w:pPr>
      <w:r w:rsidRPr="00994820">
        <w:t>Fanny abbassò il pugno, il petto che si alzava e abbassava per lo sforzo, e un sorriso sottile le increspò le labbra.</w:t>
      </w:r>
    </w:p>
    <w:p w14:paraId="385AC4E5" w14:textId="5745DC13" w:rsidR="007C3C6C" w:rsidRPr="00994820" w:rsidRDefault="007C3C6C" w:rsidP="002208E5">
      <w:pPr>
        <w:spacing w:before="120" w:line="360" w:lineRule="auto"/>
        <w:ind w:firstLine="284"/>
        <w:jc w:val="both"/>
      </w:pPr>
      <w:r w:rsidRPr="00994820">
        <w:t>«Ti ho preso.»</w:t>
      </w:r>
    </w:p>
    <w:p w14:paraId="0D40513F" w14:textId="77777777" w:rsidR="007C3C6C" w:rsidRPr="00994820" w:rsidRDefault="007C3C6C" w:rsidP="00704DFD">
      <w:pPr>
        <w:spacing w:before="120" w:line="360" w:lineRule="auto"/>
        <w:ind w:firstLine="284"/>
        <w:jc w:val="both"/>
      </w:pPr>
      <w:r w:rsidRPr="00994820">
        <w:t xml:space="preserve">L’impatto del pugno risuonò come un tuono secco, un colpo che piegò il volto della Sorridente di lato, lasciando un solco luminoso là dove i Soul Glove avevano toccato la carne deformata dal potere di Bill. Per un </w:t>
      </w:r>
      <w:r w:rsidRPr="00994820">
        <w:lastRenderedPageBreak/>
        <w:t>istante tutto lì parve trattenere il respiro, persino quelle fredde rocce, come se la realtà stessa rifiutasse una simile azione blasfema.</w:t>
      </w:r>
    </w:p>
    <w:p w14:paraId="503D9E75" w14:textId="77777777" w:rsidR="002208E5" w:rsidRDefault="007C3C6C" w:rsidP="00704DFD">
      <w:pPr>
        <w:spacing w:before="120" w:line="360" w:lineRule="auto"/>
        <w:ind w:firstLine="284"/>
        <w:jc w:val="both"/>
      </w:pPr>
      <w:r w:rsidRPr="00994820">
        <w:t>Bill rimase immobile, il capo leggermente abbassato. Poi rise. Una risata distorta, spezzata, che si trasformò in un ringhio cavernoso.</w:t>
      </w:r>
    </w:p>
    <w:p w14:paraId="77799F5F" w14:textId="4438C07F" w:rsidR="007C3C6C" w:rsidRPr="00994820" w:rsidRDefault="007C3C6C" w:rsidP="00704DFD">
      <w:pPr>
        <w:spacing w:before="120" w:line="360" w:lineRule="auto"/>
        <w:ind w:firstLine="284"/>
        <w:jc w:val="both"/>
      </w:pPr>
      <w:r w:rsidRPr="00994820">
        <w:t>«BASTAAAA!»</w:t>
      </w:r>
    </w:p>
    <w:p w14:paraId="0FE3F647" w14:textId="77777777" w:rsidR="007C3C6C" w:rsidRPr="00994820" w:rsidRDefault="007C3C6C" w:rsidP="00704DFD">
      <w:pPr>
        <w:spacing w:before="120" w:line="360" w:lineRule="auto"/>
        <w:ind w:firstLine="284"/>
        <w:jc w:val="both"/>
      </w:pPr>
      <w:r w:rsidRPr="00994820">
        <w:t>La voce esplose insieme al suo corpo, liberando un’onda d’urto che travolse ogni cosa. Era pura energia, una violenta e spaventosa energia di colore oro e verde fluorescente, sembrava provenire dal cuore stesso della materia, ora scatenata senza limiti. Le pareti si disgregarono dall’interno, frantumandosi in scaglie sottili come vetro temperato. Il pavimento si sollevò in lastre che si inclinarono su sé stesse prima di ricadere spezzate, e ogni giunzione metallica della torre urlò sotto la pressione.</w:t>
      </w:r>
    </w:p>
    <w:p w14:paraId="376BB186" w14:textId="77777777" w:rsidR="007C3C6C" w:rsidRPr="00994820" w:rsidRDefault="007C3C6C" w:rsidP="00704DFD">
      <w:pPr>
        <w:spacing w:before="120" w:line="360" w:lineRule="auto"/>
        <w:ind w:firstLine="284"/>
        <w:jc w:val="both"/>
      </w:pPr>
      <w:r w:rsidRPr="00994820">
        <w:t>Fanny fu scaraventata indietro, rotolando sul metallo del pavimento fino a sbattere contro una trave. L’impatto le tagliò il fiato, ma non lo sguardo. I suoi occhi dorati non persero mai il contatto con il nemico. Davanti a lei, la Sorridente si contorceva, le vene dorate lungo il corpo che esplodevano verso l’esterno. La pelle si staccava a scaglie, dissolvendosi in polvere nera, e al suo posto emergeva la vera forma di Bill.</w:t>
      </w:r>
    </w:p>
    <w:p w14:paraId="39863035" w14:textId="77777777" w:rsidR="007C3C6C" w:rsidRPr="00994820" w:rsidRDefault="007C3C6C" w:rsidP="00704DFD">
      <w:pPr>
        <w:spacing w:before="120" w:line="360" w:lineRule="auto"/>
        <w:ind w:firstLine="284"/>
        <w:jc w:val="both"/>
      </w:pPr>
      <w:r w:rsidRPr="00994820">
        <w:t>Non c’era più traccia del corpo ospite. Al suo posto si ergeva una figura innaturale: un unico occhio verticale, dorato e tagliente, al centro della fronte, vesti nere e rosse intarsiate d’oro che fluttuavano come se vivessero di vita propria, e un’aura che deformava l’aria attorno, facendola vibrare come un miraggio di calore. Solo la sua presenza piegava la torre, come se l’intera struttura fosse diventata fragile, inadatta a contenerlo.</w:t>
      </w:r>
    </w:p>
    <w:p w14:paraId="6BF42284" w14:textId="77777777" w:rsidR="007C3C6C" w:rsidRPr="00994820" w:rsidRDefault="007C3C6C" w:rsidP="00704DFD">
      <w:pPr>
        <w:spacing w:before="120" w:line="360" w:lineRule="auto"/>
        <w:ind w:firstLine="284"/>
        <w:jc w:val="both"/>
      </w:pPr>
      <w:r w:rsidRPr="00994820">
        <w:t>Un fragore cupo scosse l’alto della sala. Con un tonfo sordo precipitò il volto della statua di Ark, un frammento colossale che si schiantò accanto al glifo, alzando una nube di polvere e detriti. Bill spalancò le braccia verso quella rovina, la voce che si fece tempesta:</w:t>
      </w:r>
      <w:r w:rsidRPr="00994820">
        <w:br/>
        <w:t>«ECCO FRATELLO. PRESTO SARÒ LIBERO. LIBERO! Il vostro stupido mondo tornerà a essere mio! Niente più sogni, niente più tramiti, niente più accordi! TUTTO SARÀ MIO!»</w:t>
      </w:r>
    </w:p>
    <w:p w14:paraId="0FDD03D0" w14:textId="77777777" w:rsidR="007C3C6C" w:rsidRPr="00994820" w:rsidRDefault="007C3C6C" w:rsidP="00704DFD">
      <w:pPr>
        <w:spacing w:before="120" w:line="360" w:lineRule="auto"/>
        <w:ind w:firstLine="284"/>
        <w:jc w:val="both"/>
      </w:pPr>
      <w:r w:rsidRPr="00994820">
        <w:t>Fanny si rialzò lentamente. Il fiato le si spezzava in gola, il sangue le colava dall’angolo della bocca, ma la voce che ne uscì era ferma, tagliente come una lama.</w:t>
      </w:r>
      <w:r w:rsidRPr="00994820">
        <w:br/>
        <w:t>«Veramente questo è il nostro mondo! Il mondo appartiene a chi lo abita, non a folli dei fuori di testa come te!»</w:t>
      </w:r>
    </w:p>
    <w:p w14:paraId="2CE7FEBB" w14:textId="77777777" w:rsidR="007C3C6C" w:rsidRPr="00994820" w:rsidRDefault="007C3C6C" w:rsidP="00704DFD">
      <w:pPr>
        <w:spacing w:before="120" w:line="360" w:lineRule="auto"/>
        <w:ind w:firstLine="284"/>
        <w:jc w:val="both"/>
      </w:pPr>
      <w:r w:rsidRPr="00994820">
        <w:t>Un dettaglio inspiegabile la colpì: il frammento della statua di Ark, pur ridotto a rovina, sembrava quasi sorridere, come se un’eco lontana approvasse quelle parole.</w:t>
      </w:r>
    </w:p>
    <w:p w14:paraId="5B24204D" w14:textId="77777777" w:rsidR="007C3C6C" w:rsidRPr="00994820" w:rsidRDefault="007C3C6C" w:rsidP="00704DFD">
      <w:pPr>
        <w:spacing w:before="120" w:line="360" w:lineRule="auto"/>
        <w:ind w:firstLine="284"/>
        <w:jc w:val="both"/>
      </w:pPr>
      <w:r w:rsidRPr="00994820">
        <w:t>Il respiro di Fanny si condensava in nuvole sottili, nonostante il calore opprimente che saturava tutto di quell’arena. Ogni centimetro del suo corpo urlava di dolore, ogni giunzione dei Boost Tek vibrava per la troppa energia assorbita dall’onda d’urto di Bill. Era come se un peso enorme premesse sulle sue spalle, un muro invisibile che le impediva di respirare a fondo.</w:t>
      </w:r>
    </w:p>
    <w:p w14:paraId="13F8180C" w14:textId="77777777" w:rsidR="007C3C6C" w:rsidRPr="00994820" w:rsidRDefault="007C3C6C" w:rsidP="00704DFD">
      <w:pPr>
        <w:spacing w:before="120" w:line="360" w:lineRule="auto"/>
        <w:ind w:firstLine="284"/>
        <w:jc w:val="both"/>
      </w:pPr>
      <w:r w:rsidRPr="00994820">
        <w:lastRenderedPageBreak/>
        <w:t xml:space="preserve">Eppure, mentre il Dio davanti a lei rideva, circondato dalla sua nuova forma – l’occhio verticale che bruciava d’ira, le vesti nere e rosse che fluttuavano in un’aura instabile – Fanny si rese conto di non provare paura. Quella sensazione era sparita, dissolta come neve su ferro incandescente. Al suo posto c’era un calore diverso, qualcosa che partiva dal petto e le saliva in gola, lasciandole un sapore di sangue e di rame. </w:t>
      </w:r>
      <w:r w:rsidRPr="00994820">
        <w:rPr>
          <w:b/>
          <w:bCs/>
        </w:rPr>
        <w:t>Era rabbia.</w:t>
      </w:r>
    </w:p>
    <w:p w14:paraId="2FBF3151" w14:textId="77777777" w:rsidR="007C3C6C" w:rsidRPr="00994820" w:rsidRDefault="007C3C6C" w:rsidP="00704DFD">
      <w:pPr>
        <w:spacing w:before="120" w:line="360" w:lineRule="auto"/>
        <w:ind w:firstLine="284"/>
        <w:jc w:val="both"/>
      </w:pPr>
      <w:r w:rsidRPr="00994820">
        <w:t>Non esplosiva, non caotica come quella di Bill, ma un’ira silenziosa, profonda, che ribolliva sotto la pelle. La sentì scorrere attraverso il cuore artificiale, nei circuiti dei Boost Tek, nei muscoli e perfino nelle ossa. E quando lasciò che quella sensazione la travolgesse, accadde qualcosa.</w:t>
      </w:r>
    </w:p>
    <w:p w14:paraId="54D3C9AA" w14:textId="77777777" w:rsidR="007C3C6C" w:rsidRPr="00994820" w:rsidRDefault="007C3C6C" w:rsidP="00704DFD">
      <w:pPr>
        <w:spacing w:before="120" w:line="360" w:lineRule="auto"/>
        <w:ind w:firstLine="284"/>
        <w:jc w:val="both"/>
      </w:pPr>
      <w:r w:rsidRPr="00994820">
        <w:t>I Soul Glove reagirono per primi, i sensori che si illuminarono in un bagliore dorato accecante, subito virato al cremisi. L’energia che li circondava diventò più densa, come metallo fuso che gocciolava senza cadere, avvolgendo le sue braccia. L’aria si piegò attorno a lei, tremolando come una superficie d’acqua appena increspata. Il calore aumentò di colpo, la pelle che pizzicava e bruciava in decine di punti, ma Fanny non cercò di fermarlo. Inspirò, lasciando che quel dolore si mescolasse a tutto il resto, e quando rialzò la testa, la sua espressione non era quella di una guerriera disperata: era quella di una donna che aveva deciso.</w:t>
      </w:r>
    </w:p>
    <w:p w14:paraId="6A68F862" w14:textId="77777777" w:rsidR="002208E5" w:rsidRDefault="007C3C6C" w:rsidP="00704DFD">
      <w:pPr>
        <w:spacing w:before="120" w:line="360" w:lineRule="auto"/>
        <w:ind w:firstLine="284"/>
        <w:jc w:val="both"/>
      </w:pPr>
      <w:r w:rsidRPr="00994820">
        <w:t>Un sorriso le increspò le labbra, dolce, quasi disarmante, eppure intriso di un’ira glaciale che trasudava da ogni sillaba quando parlò:</w:t>
      </w:r>
    </w:p>
    <w:p w14:paraId="5BEC6568" w14:textId="56D95399" w:rsidR="007C3C6C" w:rsidRPr="00994820" w:rsidRDefault="007C3C6C" w:rsidP="00704DFD">
      <w:pPr>
        <w:spacing w:before="120" w:line="360" w:lineRule="auto"/>
        <w:ind w:firstLine="284"/>
        <w:jc w:val="both"/>
      </w:pPr>
      <w:r w:rsidRPr="00994820">
        <w:rPr>
          <w:b/>
          <w:bCs/>
        </w:rPr>
        <w:t>«E ora, in quanto Fanny dagli Occhi Dolci, e in nome del Dipartimento del Tramonto, mi preparo a terminare la tua esistenza.»</w:t>
      </w:r>
    </w:p>
    <w:p w14:paraId="16FB4124" w14:textId="77777777" w:rsidR="007C3C6C" w:rsidRPr="00994820" w:rsidRDefault="007C3C6C" w:rsidP="00704DFD">
      <w:pPr>
        <w:spacing w:before="120" w:line="360" w:lineRule="auto"/>
        <w:ind w:firstLine="284"/>
        <w:jc w:val="both"/>
      </w:pPr>
      <w:r w:rsidRPr="00994820">
        <w:t>La voce era morbida, gentile, come una carezza che precede un coltello al cuore. Lo sguardo di Bill tremò per un istante impercettibile, e per un secondo l’aura divina del dio sembrò contrarsi, come se quella frase fosse un’anomalia che la sua onnipotenza non aveva previsto.</w:t>
      </w:r>
    </w:p>
    <w:p w14:paraId="3FFECD4E" w14:textId="77777777" w:rsidR="007C3C6C" w:rsidRPr="00994820" w:rsidRDefault="007C3C6C" w:rsidP="00704DFD">
      <w:pPr>
        <w:spacing w:before="120" w:line="360" w:lineRule="auto"/>
        <w:ind w:firstLine="284"/>
        <w:jc w:val="both"/>
      </w:pPr>
      <w:r w:rsidRPr="00994820">
        <w:t>Proprio sotto i piedi della ragazza apparve, brevemente, un nuovo glifo ignoto persino al Dio e da lì si sprigionò un bagliore violento, con colonne di luce cremisi che avvolsero il suo corpo, facendolo sembrare un frammento di stella precipitato su quel mondo. Le fiamme si alzarono fino a lambirle i capelli, scorrendo lungo la gamba meccanica e lasciando striature incandescenti nell’aria a ogni suo minimo movimento. Ogni respiro era un lampo di calore, ogni battito una scossa che faceva tremare il pavimento già instabile.</w:t>
      </w:r>
    </w:p>
    <w:p w14:paraId="2E27EEAE" w14:textId="77777777" w:rsidR="002208E5" w:rsidRDefault="007C3C6C" w:rsidP="00704DFD">
      <w:pPr>
        <w:spacing w:before="120" w:line="360" w:lineRule="auto"/>
        <w:ind w:firstLine="284"/>
        <w:jc w:val="both"/>
      </w:pPr>
      <w:r w:rsidRPr="00994820">
        <w:t>Bill mosse un passo verso di lei, la voce cavernosa: «Interessante… forse non era un piano tanto stupido fratello»</w:t>
      </w:r>
    </w:p>
    <w:p w14:paraId="2D171143" w14:textId="23667F22" w:rsidR="007C3C6C" w:rsidRPr="00994820" w:rsidRDefault="007C3C6C" w:rsidP="00704DFD">
      <w:pPr>
        <w:spacing w:before="120" w:line="360" w:lineRule="auto"/>
        <w:ind w:firstLine="284"/>
        <w:jc w:val="both"/>
      </w:pPr>
      <w:r w:rsidRPr="00994820">
        <w:t>Non aggiunse altro, ma sorrise nuovamente.</w:t>
      </w:r>
    </w:p>
    <w:p w14:paraId="68FE0EB4" w14:textId="7743E709" w:rsidR="007C3C6C" w:rsidRPr="00994820" w:rsidRDefault="007C3C6C" w:rsidP="00704DFD">
      <w:pPr>
        <w:spacing w:before="120" w:line="360" w:lineRule="auto"/>
        <w:ind w:firstLine="284"/>
        <w:jc w:val="both"/>
      </w:pPr>
      <w:r w:rsidRPr="00994820">
        <w:t>Fanny piegò le ginocchia, i Soul Glove incandescenti che sprigionavano archi elettrici cremisi verso il suolo, e scattò in avanti.</w:t>
      </w:r>
      <w:r w:rsidR="002208E5">
        <w:t xml:space="preserve"> </w:t>
      </w:r>
      <w:r w:rsidRPr="00994820">
        <w:t>Non c’era esitazione, non c’era spazio per la paura: solo quel sorriso dolce, immobile anche mentre il corpo si piegava in avanti e il mondo si illuminava di fiamme.</w:t>
      </w:r>
      <w:r w:rsidR="002208E5">
        <w:t xml:space="preserve"> </w:t>
      </w:r>
      <w:r w:rsidRPr="00994820">
        <w:t xml:space="preserve">Per un attimo, mentre correva, </w:t>
      </w:r>
      <w:r w:rsidRPr="00994820">
        <w:lastRenderedPageBreak/>
        <w:t>quell’oscurità che avvolgeva il piano sembrò scomparire: c’era solo lei, Bill e il vuoto tra di loro, pronto a esplodere.</w:t>
      </w:r>
    </w:p>
    <w:p w14:paraId="758707A6" w14:textId="77777777" w:rsidR="007C3C6C" w:rsidRPr="00994820" w:rsidRDefault="007C3C6C" w:rsidP="00704DFD">
      <w:pPr>
        <w:spacing w:before="120" w:line="360" w:lineRule="auto"/>
        <w:ind w:firstLine="284"/>
        <w:jc w:val="both"/>
      </w:pPr>
      <w:r w:rsidRPr="00994820">
        <w:t>Ma il rituale proseguiva nel prosciugare le persone attorno a loro. Kairo fu il primo a mutare in un elvenar.</w:t>
      </w:r>
    </w:p>
    <w:p w14:paraId="583D5999" w14:textId="77777777" w:rsidR="007C3C6C" w:rsidRPr="00994820" w:rsidRDefault="007C3C6C" w:rsidP="00704DFD">
      <w:pPr>
        <w:spacing w:before="120" w:line="360" w:lineRule="auto"/>
        <w:ind w:firstLine="284"/>
        <w:jc w:val="both"/>
      </w:pPr>
      <w:r w:rsidRPr="00994820">
        <w:t>Il meteorite stesso, cuore dell’intero rituale, stava cambiando: la sua superficie scabra si staccava a scaglie incandescenti, lasciando intravedere un nucleo vivo, pulsante, e dal centro si stava aprendo un portale. Una luce accecante trapelava attraverso quella ferita nel mondo, e con essa un vento risucchiante che piegava ogni cosa. Pezzi di detriti, frammenti metallici e persino schegge del pavimento si sollevavano, risucchiati verso il basso come se la gravità avesse deciso di impegnarsi al massimo. L’aria si distorceva, un coro sordo di frequenze mai sentite prima vibrava nel cranio.</w:t>
      </w:r>
    </w:p>
    <w:p w14:paraId="44A32ACF" w14:textId="77777777" w:rsidR="007C3C6C" w:rsidRPr="00994820" w:rsidRDefault="007C3C6C" w:rsidP="00704DFD">
      <w:pPr>
        <w:spacing w:before="120" w:line="360" w:lineRule="auto"/>
        <w:ind w:firstLine="284"/>
        <w:jc w:val="both"/>
      </w:pPr>
      <w:r w:rsidRPr="00994820">
        <w:t>Bill rise. Non la risata di un uomo, ma quella di due voci sovrapposte, dissonanti e crude, come se l’eco provenisse da piani di realtà diversi. Con la sua nuova forma dominava la stanza: Ogni passo era un peso sul mondo, ogni movimento alterava l’aria circostante.</w:t>
      </w:r>
    </w:p>
    <w:p w14:paraId="42AE1413" w14:textId="77777777" w:rsidR="007C3C6C" w:rsidRPr="00994820" w:rsidRDefault="007C3C6C" w:rsidP="00704DFD">
      <w:pPr>
        <w:spacing w:before="120" w:line="360" w:lineRule="auto"/>
        <w:ind w:firstLine="284"/>
        <w:jc w:val="both"/>
      </w:pPr>
      <w:r w:rsidRPr="00994820">
        <w:t>Quando attaccò, lo fece senza preavviso: un colpo orizzontale della sua mano nuda, più simile a un artiglio che a una vera mano, rilasciò energia concetrata. L’impatto generò un’onda che frantumò un pilastro di supporto a dieci metri di distanza. La pietra non si spezzò come ci si sarebbe aspettati: si disassemblò, atomo per atomo, trasformandosi in polvere calda prima ancora di toccare terra.</w:t>
      </w:r>
    </w:p>
    <w:p w14:paraId="2B4504AE" w14:textId="77777777" w:rsidR="007C3C6C" w:rsidRPr="00994820" w:rsidRDefault="007C3C6C" w:rsidP="00704DFD">
      <w:pPr>
        <w:spacing w:before="120" w:line="360" w:lineRule="auto"/>
        <w:ind w:firstLine="284"/>
        <w:jc w:val="both"/>
      </w:pPr>
      <w:r w:rsidRPr="00994820">
        <w:t xml:space="preserve">Fanny si mosse in avanti. Il </w:t>
      </w:r>
      <w:r w:rsidRPr="00994820">
        <w:rPr>
          <w:b/>
          <w:bCs/>
        </w:rPr>
        <w:t>Sacrificio Cremisi</w:t>
      </w:r>
      <w:r w:rsidRPr="00994820">
        <w:t xml:space="preserve"> la avvolgeva ormai del tutto, le fiamme dorato-cremisi che ardevano intorno al suo corpo e lasciavano scie incandescenti a ogni passo. I suoi occhi dorati videro il colpo prima che accadesse, percepirono la distorsione dell’aria, e il suo corpo reagì con la precisione di una macchina e l’istinto di un animale in trappola: un passo laterale, il busto piegato, il braccio alzato per deviare.</w:t>
      </w:r>
    </w:p>
    <w:p w14:paraId="11D150A5" w14:textId="77777777" w:rsidR="007C3C6C" w:rsidRPr="00994820" w:rsidRDefault="007C3C6C" w:rsidP="00704DFD">
      <w:pPr>
        <w:spacing w:before="120" w:line="360" w:lineRule="auto"/>
        <w:ind w:firstLine="284"/>
        <w:jc w:val="both"/>
      </w:pPr>
      <w:r w:rsidRPr="00994820">
        <w:t>Nonostante la sua rapidità l’impatto arrivò lo stesso, violento, ma Fanny non indietreggiò.</w:t>
      </w:r>
      <w:r w:rsidRPr="00994820">
        <w:br/>
        <w:t>Lo incassò, sentì l’onda di energia attraversarle il torace come un colpo di martello dall’interno, ma il corpo rimase saldo. Il dolore era acuto, reale, ma non riuscì a fermarla. Per ogni colpo che Bill sferrava – pugni, fendenti improvvisati, persino una scarica d’energia lanciata dalla Chitarra Glifica che ora teneva come un’arma – Fanny rispondeva con uno scatto, con un pugno, con un calcio, con la volontà nuda di non cedere.</w:t>
      </w:r>
    </w:p>
    <w:p w14:paraId="260F7DB8" w14:textId="77777777" w:rsidR="007C3C6C" w:rsidRPr="00994820" w:rsidRDefault="007C3C6C" w:rsidP="00704DFD">
      <w:pPr>
        <w:spacing w:before="120" w:line="360" w:lineRule="auto"/>
        <w:ind w:firstLine="284"/>
        <w:jc w:val="both"/>
      </w:pPr>
      <w:r w:rsidRPr="00994820">
        <w:t>Ogni volta che i Soul Glove incontravano un colpo di Bill, il mondo esplodeva di luce. Le onde di energia atomica e l’aura cremisi di Fanny si respingevano e collassavano insieme, generando impulsi che facevano tremare la Torre intera. Detriti piovevano dall’alto, alcune lastre venivano strappate via dal vento che continuava a risucchiare tutto verso il portale, che si allargava sempre di più, come una pupilla dilatata che voleva inghiottire ogni cosa.</w:t>
      </w:r>
    </w:p>
    <w:p w14:paraId="3B56C307" w14:textId="77777777" w:rsidR="007C3C6C" w:rsidRPr="00994820" w:rsidRDefault="007C3C6C" w:rsidP="00704DFD">
      <w:pPr>
        <w:spacing w:before="120" w:line="360" w:lineRule="auto"/>
        <w:ind w:firstLine="284"/>
        <w:jc w:val="both"/>
      </w:pPr>
      <w:r w:rsidRPr="00994820">
        <w:t>Bill rideva, e ogni risata faceva vibrare le pareti come se stessero per crollare:</w:t>
      </w:r>
      <w:r w:rsidRPr="00994820">
        <w:br/>
        <w:t>«Non serve a niente, piccola! Questo mondo è già mio!»</w:t>
      </w:r>
    </w:p>
    <w:p w14:paraId="0A84AC74" w14:textId="77777777" w:rsidR="007C3C6C" w:rsidRPr="00994820" w:rsidRDefault="007C3C6C" w:rsidP="00704DFD">
      <w:pPr>
        <w:spacing w:before="120" w:line="360" w:lineRule="auto"/>
        <w:ind w:firstLine="284"/>
        <w:jc w:val="both"/>
      </w:pPr>
      <w:r w:rsidRPr="00994820">
        <w:lastRenderedPageBreak/>
        <w:t>Ma Fanny non lo ascoltava. Un colpo dritto al petto la fece arretrare di mezzo passo, solo mezzo passo, e la rabbia si riversò tutta nei suoi muscoli, alimentando la fiamma cremisi che l’avvolgeva.</w:t>
      </w:r>
    </w:p>
    <w:p w14:paraId="1ED88781" w14:textId="77777777" w:rsidR="007C3C6C" w:rsidRPr="00994820" w:rsidRDefault="007C3C6C" w:rsidP="00704DFD">
      <w:pPr>
        <w:spacing w:before="120" w:line="360" w:lineRule="auto"/>
        <w:ind w:firstLine="284"/>
        <w:jc w:val="both"/>
      </w:pPr>
      <w:r w:rsidRPr="00994820">
        <w:t>Si rialzò, scattando di nuovo verso di lui, i pugni incandescenti che lasciavano scie luminose nell’aria.</w:t>
      </w:r>
    </w:p>
    <w:p w14:paraId="73D31D87" w14:textId="77777777" w:rsidR="007C3C6C" w:rsidRPr="00994820" w:rsidRDefault="007C3C6C" w:rsidP="00704DFD">
      <w:pPr>
        <w:spacing w:before="120" w:line="360" w:lineRule="auto"/>
        <w:ind w:firstLine="284"/>
        <w:jc w:val="both"/>
      </w:pPr>
      <w:r w:rsidRPr="00994820">
        <w:t>Il mondo intorno a loro era un urlo continuo di metallo e pietra che cedevano. Il portale sul meteorite cresceva a vista d’occhio, un globo di luce instabile che trasudava energia dal fondo del sottosuolo, risucchiando aria e detriti come se stesse preparando il mondo a capovolgersi.</w:t>
      </w:r>
    </w:p>
    <w:p w14:paraId="0520B0B1" w14:textId="77777777" w:rsidR="007C3C6C" w:rsidRPr="00994820" w:rsidRDefault="007C3C6C" w:rsidP="00704DFD">
      <w:pPr>
        <w:spacing w:before="120" w:line="360" w:lineRule="auto"/>
        <w:ind w:firstLine="284"/>
        <w:jc w:val="both"/>
      </w:pPr>
      <w:r w:rsidRPr="00994820">
        <w:t>Bill si lanciò in avanti. Il suo corpo sembrava una scia d’ombra e luce, un braccio che frantumava l’aria con un colpo che poteva ridurre un edificio in polvere.</w:t>
      </w:r>
      <w:r w:rsidRPr="00994820">
        <w:br/>
        <w:t>Fanny non indietreggiò. I suoi occhi dorati lessero il movimento, la traiettoria, l’angolo d’attacco: un passo laterale, un affondo verso l’interno, e i Soul Glove incandescenti andarono a segno con un gancio secco al costato del dio.</w:t>
      </w:r>
    </w:p>
    <w:p w14:paraId="52273876" w14:textId="77777777" w:rsidR="007C3C6C" w:rsidRPr="00994820" w:rsidRDefault="007C3C6C" w:rsidP="00704DFD">
      <w:pPr>
        <w:spacing w:before="120" w:line="360" w:lineRule="auto"/>
        <w:ind w:firstLine="284"/>
        <w:jc w:val="both"/>
      </w:pPr>
      <w:r w:rsidRPr="00994820">
        <w:t>L’impatto fu come far collidere due stelle. La fiamma cremisi dell’anima di Fanny esplose contro l’aura del Dio del Caos, generando un’onda che spaccò il pavimento a raggiera e fece tremare l’intera torre. Il portale sobbalzò, la sua superficie liquida che ondeggiò per un istante prima di stabilizzarsi di nuovo.</w:t>
      </w:r>
    </w:p>
    <w:p w14:paraId="3DCAD6F4" w14:textId="77777777" w:rsidR="002208E5" w:rsidRDefault="007C3C6C" w:rsidP="00704DFD">
      <w:pPr>
        <w:spacing w:before="120" w:line="360" w:lineRule="auto"/>
        <w:ind w:firstLine="284"/>
        <w:jc w:val="both"/>
      </w:pPr>
      <w:r w:rsidRPr="00994820">
        <w:t>Bill si fermò, il busto piegato di lato. Non c’era sangue, non c’era vera ferita, ma c’era qualcosa di nuovo: dolore. Una fitta rapida, netta, che lo attraversò.</w:t>
      </w:r>
      <w:r w:rsidRPr="00994820">
        <w:br/>
        <w:t>Per un istante il suo unico occhio verticale rimase fisso su Fanny, incredulo. Poi, lentamente, un sorriso disturbante gli si allargò sul volto.</w:t>
      </w:r>
    </w:p>
    <w:p w14:paraId="45ADEF9E" w14:textId="2DC01AA4" w:rsidR="007C3C6C" w:rsidRPr="00994820" w:rsidRDefault="007C3C6C" w:rsidP="00704DFD">
      <w:pPr>
        <w:spacing w:before="120" w:line="360" w:lineRule="auto"/>
        <w:ind w:firstLine="284"/>
        <w:jc w:val="both"/>
      </w:pPr>
      <w:r w:rsidRPr="00994820">
        <w:t>«Dolore?» mormorò, la voce doppia e dissonante. Un brivido percorse la sala. «Questo… questo è magnifico!»</w:t>
      </w:r>
    </w:p>
    <w:p w14:paraId="3CCE57B1" w14:textId="77777777" w:rsidR="007C3C6C" w:rsidRPr="00994820" w:rsidRDefault="007C3C6C" w:rsidP="00704DFD">
      <w:pPr>
        <w:spacing w:before="120" w:line="360" w:lineRule="auto"/>
        <w:ind w:firstLine="284"/>
        <w:jc w:val="both"/>
      </w:pPr>
      <w:r w:rsidRPr="00994820">
        <w:t>Rise. Rise come se quella sensazione fosse un dono, come se l’averla provata fosse l’unica cosa che avesse mai desiderato.</w:t>
      </w:r>
    </w:p>
    <w:p w14:paraId="5306EC3A" w14:textId="77777777" w:rsidR="007C3C6C" w:rsidRPr="00994820" w:rsidRDefault="007C3C6C" w:rsidP="00704DFD">
      <w:pPr>
        <w:spacing w:before="120" w:line="360" w:lineRule="auto"/>
        <w:ind w:firstLine="284"/>
        <w:jc w:val="both"/>
      </w:pPr>
      <w:r w:rsidRPr="00994820">
        <w:t>Fanny serrò la mascella, scattando di nuovo. Il Sacrificio Cremisi ardeva sempre di più, bruciandole la pelle dove la fiamma dell’anima si faceva più intensa, ma lei non rallentò. I suoi movimenti erano rapidi, spezzati, imprevedibili: un montante dal basso, un calcio laterale che sfruttava la gamba meccanica come leva, un pugno diretto al volto del dio.</w:t>
      </w:r>
    </w:p>
    <w:p w14:paraId="4BA15F7C" w14:textId="77777777" w:rsidR="007C3C6C" w:rsidRPr="00994820" w:rsidRDefault="007C3C6C" w:rsidP="00704DFD">
      <w:pPr>
        <w:spacing w:before="120" w:line="360" w:lineRule="auto"/>
        <w:ind w:firstLine="284"/>
        <w:jc w:val="both"/>
      </w:pPr>
      <w:r w:rsidRPr="00994820">
        <w:t>Bill parò il primo colpo, subì il secondo di striscio e incassò il terzo sul mento. Ogni impatto provocava uno scoppio di luce dorato-cremisi e un contraccolpo che faceva vibrare il portale.</w:t>
      </w:r>
      <w:r w:rsidRPr="00994820">
        <w:br/>
        <w:t>Ma lui rideva ancora, persino quando i suoi piedi scivolavano di mezzo passo all’indietro.</w:t>
      </w:r>
      <w:r w:rsidRPr="00994820">
        <w:br/>
        <w:t>«Continua, ragazzina! Continua! Mostrami cos’è il dolore!»</w:t>
      </w:r>
    </w:p>
    <w:p w14:paraId="7CA1C635" w14:textId="77777777" w:rsidR="002208E5" w:rsidRDefault="007C3C6C" w:rsidP="00704DFD">
      <w:pPr>
        <w:spacing w:before="120" w:line="360" w:lineRule="auto"/>
        <w:ind w:firstLine="284"/>
        <w:jc w:val="both"/>
      </w:pPr>
      <w:r w:rsidRPr="00994820">
        <w:t xml:space="preserve">Un nuovo colpo di Bill scatenò un arco di energia che tagliò il pavimento come un bisturi, un raggio sottile che trasformava la pietra in polvere rovente. Fanny lo vide arrivare un istante prima e si lanciò in avanti, evitando </w:t>
      </w:r>
      <w:r w:rsidRPr="00994820">
        <w:lastRenderedPageBreak/>
        <w:t>la traiettoria e rispondendo con due pugni rapidi, uno alla spalla e uno al torace.</w:t>
      </w:r>
      <w:r w:rsidRPr="00994820">
        <w:br/>
        <w:t>L’urto fece vibrare la struttura ossea del dio, costringendolo a piegarsi di lato, e il suo ruggito di piacere rimbombò come un tuono:</w:t>
      </w:r>
    </w:p>
    <w:p w14:paraId="08D8FFE7" w14:textId="3F42B18A" w:rsidR="007C3C6C" w:rsidRPr="00994820" w:rsidRDefault="007C3C6C" w:rsidP="00704DFD">
      <w:pPr>
        <w:spacing w:before="120" w:line="360" w:lineRule="auto"/>
        <w:ind w:firstLine="284"/>
        <w:jc w:val="both"/>
      </w:pPr>
      <w:r w:rsidRPr="00994820">
        <w:t>«Ahh… sì! Così!»</w:t>
      </w:r>
    </w:p>
    <w:p w14:paraId="5F3D1463" w14:textId="77777777" w:rsidR="002208E5" w:rsidRDefault="007C3C6C" w:rsidP="00704DFD">
      <w:pPr>
        <w:spacing w:before="120" w:line="360" w:lineRule="auto"/>
        <w:ind w:firstLine="284"/>
        <w:jc w:val="both"/>
      </w:pPr>
      <w:r w:rsidRPr="00994820">
        <w:t>Il portale si stava aprendo sempre di più, ormai un occhio liquido che riversava venti violenti in ogni direzione. E la risata di Bill sembrò avvolgere l’intera sala, non proveniva dal Dio che stava affrontando,  ma dal portale. Stava per uscire e Fanny lo percepiva: sarebbe finita contro la sua vera forma.</w:t>
      </w:r>
    </w:p>
    <w:p w14:paraId="07DDEAF5" w14:textId="11B81CFF" w:rsidR="007C3C6C" w:rsidRPr="00994820" w:rsidRDefault="007C3C6C" w:rsidP="00704DFD">
      <w:pPr>
        <w:spacing w:before="120" w:line="360" w:lineRule="auto"/>
        <w:ind w:firstLine="284"/>
        <w:jc w:val="both"/>
      </w:pPr>
      <w:r w:rsidRPr="00994820">
        <w:t>Fanny sentì l’urgenza stringerle la gola. Se non lo fermava in quel momento, Bill sarebbe stato libero davvero.</w:t>
      </w:r>
    </w:p>
    <w:p w14:paraId="678B68A8" w14:textId="77777777" w:rsidR="007C3C6C" w:rsidRPr="00994820" w:rsidRDefault="007C3C6C" w:rsidP="00704DFD">
      <w:pPr>
        <w:spacing w:before="120" w:line="360" w:lineRule="auto"/>
        <w:ind w:firstLine="284"/>
        <w:jc w:val="both"/>
      </w:pPr>
      <w:r w:rsidRPr="00994820">
        <w:t>Scattò un’altra volta, caricando i Soul Glove al massimo, lasciando una scia cremisi nell’aria mentre colpiva con una sequenza serrata: diretto al volto, gancio al fianco, gomitata al petto. Ogni colpo lasciava un segno, ogni colpo strappava un frammento di controllo al dio.</w:t>
      </w:r>
      <w:r w:rsidRPr="00994820">
        <w:br/>
        <w:t>Bill la lasciò fare, godendo di ogni impatto, come un sadico che prova estasi nell’essere ferito.</w:t>
      </w:r>
    </w:p>
    <w:p w14:paraId="6A3AE2F3" w14:textId="77777777" w:rsidR="007C3C6C" w:rsidRPr="00994820" w:rsidRDefault="007C3C6C" w:rsidP="00704DFD">
      <w:pPr>
        <w:spacing w:before="120" w:line="360" w:lineRule="auto"/>
        <w:ind w:firstLine="284"/>
        <w:jc w:val="both"/>
      </w:pPr>
      <w:r w:rsidRPr="00994820">
        <w:t>«Di più!» urlò, la voce talmente potente da incrinare una sezione della parete. «Mostrami tutto quello che hai!»</w:t>
      </w:r>
    </w:p>
    <w:p w14:paraId="70217006" w14:textId="77777777" w:rsidR="007C3C6C" w:rsidRPr="00994820" w:rsidRDefault="007C3C6C" w:rsidP="00704DFD">
      <w:pPr>
        <w:spacing w:before="120" w:line="360" w:lineRule="auto"/>
        <w:ind w:firstLine="284"/>
        <w:jc w:val="both"/>
      </w:pPr>
      <w:r w:rsidRPr="00994820">
        <w:t xml:space="preserve">Fanny ringhiò, la rabbia e la fiamma che si fusero in un’unica sensazione. </w:t>
      </w:r>
      <w:r w:rsidRPr="00994820">
        <w:rPr>
          <w:b/>
          <w:bCs/>
        </w:rPr>
        <w:t>Era tempo di finirla.</w:t>
      </w:r>
    </w:p>
    <w:p w14:paraId="4DD377A9" w14:textId="5E6DCF28" w:rsidR="007C3C6C" w:rsidRPr="00994820" w:rsidRDefault="007C3C6C" w:rsidP="00704DFD">
      <w:pPr>
        <w:spacing w:before="120" w:line="360" w:lineRule="auto"/>
        <w:ind w:firstLine="284"/>
        <w:jc w:val="both"/>
      </w:pPr>
      <w:r w:rsidRPr="00994820">
        <w:t>Bill mosse la Chitarra Glifica come un boia solleva la lama della ghigliottina. Un colpo secco sulle corde generò un’onda d’urto distorta, un suono basso e profondo che si trasformò immediatamente in potere puro.</w:t>
      </w:r>
      <w:r w:rsidR="002208E5">
        <w:t xml:space="preserve"> </w:t>
      </w:r>
      <w:r w:rsidRPr="00994820">
        <w:t>L’impatto fu mostruoso: il pavimento davanti a lui si aprì come lacerato da un gigante invisibile, la roccia scura si spaccò e si accartocciò su sé stessa e il glifo stesso parve urlare per un istante, deformato dalla forza che lo stava alimentando.</w:t>
      </w:r>
    </w:p>
    <w:p w14:paraId="2D4D1D92" w14:textId="77777777" w:rsidR="00205FEF" w:rsidRDefault="007C3C6C" w:rsidP="00704DFD">
      <w:pPr>
        <w:spacing w:before="120" w:line="360" w:lineRule="auto"/>
        <w:ind w:firstLine="284"/>
        <w:jc w:val="both"/>
      </w:pPr>
      <w:r w:rsidRPr="00994820">
        <w:t>Fanny vide la traiettoria del colpo, la distorsione dell’aria, l’attimo esatto in cui l’arma lasciava il fianco del dio per liberare il suo potere. I suoi occhi dorati registrarono ogni micro-movimento, ogni vibrazione della chitarra, e il suo corpo reagì prima ancora che la mente formulasse un pensiero.</w:t>
      </w:r>
    </w:p>
    <w:p w14:paraId="44A2745F" w14:textId="61EBC763" w:rsidR="007C3C6C" w:rsidRPr="00994820" w:rsidRDefault="007C3C6C" w:rsidP="00704DFD">
      <w:pPr>
        <w:spacing w:before="120" w:line="360" w:lineRule="auto"/>
        <w:ind w:firstLine="284"/>
        <w:jc w:val="both"/>
      </w:pPr>
      <w:r w:rsidRPr="00994820">
        <w:t>Abbassò il busto con un movimento secco, sentendo l’onda d’urto sfrecciarle sopra la schiena come un treno. La pressione dell’impatto le tagliò il respiro, ma non la fermò.</w:t>
      </w:r>
    </w:p>
    <w:p w14:paraId="27574285" w14:textId="77777777" w:rsidR="007C3C6C" w:rsidRPr="00994820" w:rsidRDefault="007C3C6C" w:rsidP="00704DFD">
      <w:pPr>
        <w:spacing w:before="120" w:line="360" w:lineRule="auto"/>
        <w:ind w:firstLine="284"/>
        <w:jc w:val="both"/>
      </w:pPr>
      <w:r w:rsidRPr="00994820">
        <w:t>L’energia cremisi che l’avvolgeva ribollì, avvolgendo i Soul Glove come un mantello di fuoco vivo. Ogni articolazione bruciava, la pelle pizzicava per il calore, ma era un dolore lontano, quasi dolce, paragonato all’adrenalina che la stava divorando dall’interno.</w:t>
      </w:r>
    </w:p>
    <w:p w14:paraId="599FB245" w14:textId="77777777" w:rsidR="007C3C6C" w:rsidRPr="00994820" w:rsidRDefault="007C3C6C" w:rsidP="00704DFD">
      <w:pPr>
        <w:spacing w:before="120" w:line="360" w:lineRule="auto"/>
        <w:ind w:firstLine="284"/>
        <w:jc w:val="both"/>
      </w:pPr>
      <w:r w:rsidRPr="00994820">
        <w:t>Il primo pugno partì come un fulmine.</w:t>
      </w:r>
    </w:p>
    <w:p w14:paraId="5E86E59E" w14:textId="77777777" w:rsidR="007C3C6C" w:rsidRPr="00994820" w:rsidRDefault="007C3C6C" w:rsidP="00704DFD">
      <w:pPr>
        <w:spacing w:before="120" w:line="360" w:lineRule="auto"/>
        <w:ind w:firstLine="284"/>
        <w:jc w:val="both"/>
      </w:pPr>
      <w:r w:rsidRPr="00994820">
        <w:lastRenderedPageBreak/>
        <w:t>Il primo pugno di Fanny non fu un semplice colpo: era un grido dell’anima, un frammento di tempesta cremisi concentrata in un unico istante. I Soul Glove incandescenti tracciarono una scia rovente nell’aria prima di impattare sulla Chitarra Glifica.</w:t>
      </w:r>
    </w:p>
    <w:p w14:paraId="7823D575" w14:textId="77777777" w:rsidR="007C3C6C" w:rsidRPr="00994820" w:rsidRDefault="007C3C6C" w:rsidP="00704DFD">
      <w:pPr>
        <w:spacing w:before="120" w:line="360" w:lineRule="auto"/>
        <w:ind w:firstLine="284"/>
        <w:jc w:val="both"/>
      </w:pPr>
      <w:r w:rsidRPr="00994820">
        <w:t>L’arma di Bill, costruita come catalizzatore divino, vibrò in modo dissonante, un urlo metallico che sembrava la voce della materia stessa che implora pietà. Per un istante l’intero Piano -13 si illuminò di una luce viola-oro, e poi… esplose.</w:t>
      </w:r>
    </w:p>
    <w:p w14:paraId="36BA6FB6" w14:textId="77777777" w:rsidR="00205FEF" w:rsidRDefault="007C3C6C" w:rsidP="00704DFD">
      <w:pPr>
        <w:spacing w:before="120" w:line="360" w:lineRule="auto"/>
        <w:ind w:firstLine="284"/>
        <w:jc w:val="both"/>
      </w:pPr>
      <w:r w:rsidRPr="00994820">
        <w:t xml:space="preserve">Non fu un’esplosione normale: </w:t>
      </w:r>
      <w:r w:rsidRPr="00994820">
        <w:rPr>
          <w:b/>
          <w:bCs/>
        </w:rPr>
        <w:t>il suono stesso esplose</w:t>
      </w:r>
      <w:r w:rsidRPr="00994820">
        <w:t>.</w:t>
      </w:r>
    </w:p>
    <w:p w14:paraId="6D322A76" w14:textId="77777777" w:rsidR="00205FEF" w:rsidRDefault="007C3C6C" w:rsidP="00704DFD">
      <w:pPr>
        <w:spacing w:before="120" w:line="360" w:lineRule="auto"/>
        <w:ind w:firstLine="284"/>
        <w:jc w:val="both"/>
      </w:pPr>
      <w:r w:rsidRPr="00994820">
        <w:t>Onde d’urto sonore e visive si dispersero in cerchi concentrici, spingendo via l’aria come se fosse diventata liquida. I frammenti della chitarra vennero scagliati ovunque, diventando scaglie incandescenti che si conficcarono nelle pareti e nel pavimento, mentre alcuni venivano risucchiati dal portale sopra di loro.</w:t>
      </w:r>
    </w:p>
    <w:p w14:paraId="11C0DB66" w14:textId="589F2A9A" w:rsidR="007C3C6C" w:rsidRPr="00994820" w:rsidRDefault="007C3C6C" w:rsidP="00704DFD">
      <w:pPr>
        <w:spacing w:before="120" w:line="360" w:lineRule="auto"/>
        <w:ind w:firstLine="284"/>
        <w:jc w:val="both"/>
      </w:pPr>
      <w:r w:rsidRPr="00994820">
        <w:t>Il rituale reagì immediatamente: le vene dorate che correvano dal glifo al meteorite sobbalzarono, come se un cuore avesse perso improvvisamente il proprio ritmo. Il portale tremò, la sua superficie liquida che oscillava come un oceano agitato, e la sua luce si fece instabile, strappata da pulsazioni irregolari.</w:t>
      </w:r>
    </w:p>
    <w:p w14:paraId="2EAD8F21" w14:textId="77777777" w:rsidR="007C3C6C" w:rsidRPr="00994820" w:rsidRDefault="007C3C6C" w:rsidP="00704DFD">
      <w:pPr>
        <w:spacing w:before="120" w:line="360" w:lineRule="auto"/>
        <w:ind w:firstLine="284"/>
        <w:jc w:val="both"/>
      </w:pPr>
      <w:r w:rsidRPr="00994820">
        <w:t>Bill arretrò di mezzo passo, l’occhio verticale che lampeggiava di furia pura, mentre il suo corpo oscillava come se fosse stato destabilizzato dalla perdita dell’arma.</w:t>
      </w:r>
      <w:r w:rsidRPr="00994820">
        <w:br/>
        <w:t>«NO!» ruggì, con una voce che fece vibrare ogni nervo del corpo di Fanny. Ma la ragazza non gli diede tempo di reagire.</w:t>
      </w:r>
    </w:p>
    <w:p w14:paraId="1200D401" w14:textId="77777777" w:rsidR="00205FEF" w:rsidRDefault="007C3C6C" w:rsidP="00704DFD">
      <w:pPr>
        <w:spacing w:before="120" w:line="360" w:lineRule="auto"/>
        <w:ind w:firstLine="284"/>
        <w:jc w:val="both"/>
      </w:pPr>
      <w:r w:rsidRPr="00994820">
        <w:t>Bill si bloccò, incredulo, la mano tesa ancora verso ciò che restava della sua arma.</w:t>
      </w:r>
      <w:r w:rsidRPr="00994820">
        <w:br/>
        <w:t>Fanny lo guardò negli occhi, il sorriso dolce che ancora le piegava le labbra, un contrasto crudele con la furia cremisi che la circondava.</w:t>
      </w:r>
    </w:p>
    <w:p w14:paraId="5358ABDF" w14:textId="1DF31888" w:rsidR="007C3C6C" w:rsidRPr="00994820" w:rsidRDefault="007C3C6C" w:rsidP="00704DFD">
      <w:pPr>
        <w:spacing w:before="120" w:line="360" w:lineRule="auto"/>
        <w:ind w:firstLine="284"/>
        <w:jc w:val="both"/>
      </w:pPr>
      <w:r w:rsidRPr="00994820">
        <w:t>Piegò le ginocchia, abbassò il baricentro, caricò tutto il corpo nel secondo pugno.</w:t>
      </w:r>
    </w:p>
    <w:p w14:paraId="0BC65D69" w14:textId="77777777" w:rsidR="007C3C6C" w:rsidRPr="00994820" w:rsidRDefault="007C3C6C" w:rsidP="00704DFD">
      <w:pPr>
        <w:spacing w:before="120" w:line="360" w:lineRule="auto"/>
        <w:ind w:firstLine="284"/>
        <w:jc w:val="both"/>
      </w:pPr>
      <w:r w:rsidRPr="00994820">
        <w:t>Quando colpì, lo fece con tutto.</w:t>
      </w:r>
    </w:p>
    <w:p w14:paraId="53FA3EFD" w14:textId="77777777" w:rsidR="007C3C6C" w:rsidRPr="00994820" w:rsidRDefault="007C3C6C" w:rsidP="00704DFD">
      <w:pPr>
        <w:spacing w:before="120" w:line="360" w:lineRule="auto"/>
        <w:ind w:firstLine="284"/>
        <w:jc w:val="both"/>
      </w:pPr>
      <w:r w:rsidRPr="00994820">
        <w:t>Non era solo carne a cedere, non erano solo ossa a scricchiolare: qualcosa di più profondo si stava spezzando, un suono sordo e metallico come di una catena invisibile tirata al limite e poi frantumata.</w:t>
      </w:r>
    </w:p>
    <w:p w14:paraId="7FD98F46" w14:textId="77777777" w:rsidR="00205FEF" w:rsidRDefault="007C3C6C" w:rsidP="00704DFD">
      <w:pPr>
        <w:spacing w:before="120" w:line="360" w:lineRule="auto"/>
        <w:ind w:firstLine="284"/>
        <w:jc w:val="both"/>
      </w:pPr>
      <w:r w:rsidRPr="00994820">
        <w:t>Per un istante ci fu silenzio.</w:t>
      </w:r>
    </w:p>
    <w:p w14:paraId="424F5271" w14:textId="42778FEF" w:rsidR="007C3C6C" w:rsidRPr="00994820" w:rsidRDefault="007C3C6C" w:rsidP="00704DFD">
      <w:pPr>
        <w:spacing w:before="120" w:line="360" w:lineRule="auto"/>
        <w:ind w:firstLine="284"/>
        <w:jc w:val="both"/>
      </w:pPr>
      <w:r w:rsidRPr="00994820">
        <w:t>Poi arrivò il grido.</w:t>
      </w:r>
    </w:p>
    <w:p w14:paraId="781A8D6B" w14:textId="77777777" w:rsidR="007C3C6C" w:rsidRPr="00994820" w:rsidRDefault="007C3C6C" w:rsidP="00704DFD">
      <w:pPr>
        <w:spacing w:before="120" w:line="360" w:lineRule="auto"/>
        <w:ind w:firstLine="284"/>
        <w:jc w:val="both"/>
      </w:pPr>
      <w:r w:rsidRPr="00994820">
        <w:t xml:space="preserve">Un urlo inumano esplose dal corpo di Elysis, un suono che non apparteneva a lei. Dalle sue labbra si riversò l’essenza di </w:t>
      </w:r>
      <w:r w:rsidRPr="00994820">
        <w:rPr>
          <w:b/>
          <w:bCs/>
        </w:rPr>
        <w:t>Bill</w:t>
      </w:r>
      <w:r w:rsidRPr="00994820">
        <w:t>, un’ombra d’oro e nero che si contorceva come un animale ferito, e venne scaraventata all’indietro con una violenza tale che il pavimento stesso si piegò sotto il contraccolpo. L’aria tremò, deformata, e l’intera torre venne irradiata con la luce cremisi di Fanny.</w:t>
      </w:r>
    </w:p>
    <w:p w14:paraId="4A81B8BB" w14:textId="77777777" w:rsidR="00205FEF" w:rsidRDefault="007C3C6C" w:rsidP="00704DFD">
      <w:pPr>
        <w:spacing w:before="120" w:line="360" w:lineRule="auto"/>
        <w:ind w:firstLine="284"/>
        <w:jc w:val="both"/>
      </w:pPr>
      <w:r w:rsidRPr="00994820">
        <w:lastRenderedPageBreak/>
        <w:t xml:space="preserve">Il dio apparve per la prima volta </w:t>
      </w:r>
      <w:r w:rsidRPr="00994820">
        <w:rPr>
          <w:b/>
          <w:bCs/>
        </w:rPr>
        <w:t>spoglio</w:t>
      </w:r>
      <w:r w:rsidRPr="00994820">
        <w:t>, la sua vera forma priva di appigli: un corpo slanciato, un occhio verticale che bruciava d’odio e di furia, e un’aura che ora, invece di dominare l’ambiente, si sfilacciava come fumo disperso dal vento. I bordi della sua figura si stavano dissolvendo, la trasparenza avanzava dalle estremità fino al petto, mentre la sua voce, doppia e distorta, ruggiva con rabbia impotente:</w:t>
      </w:r>
    </w:p>
    <w:p w14:paraId="2DB02FF1" w14:textId="201E6E7F" w:rsidR="007C3C6C" w:rsidRPr="00994820" w:rsidRDefault="007C3C6C" w:rsidP="00704DFD">
      <w:pPr>
        <w:spacing w:before="120" w:line="360" w:lineRule="auto"/>
        <w:ind w:firstLine="284"/>
        <w:jc w:val="both"/>
      </w:pPr>
      <w:r w:rsidRPr="00994820">
        <w:rPr>
          <w:b/>
          <w:bCs/>
        </w:rPr>
        <w:t>«C… credi che distruggere il corpo del mio giocattolo possa danneggiare la mia essenza immortale?!?»</w:t>
      </w:r>
    </w:p>
    <w:p w14:paraId="5B2C03F2" w14:textId="77777777" w:rsidR="007C3C6C" w:rsidRPr="00994820" w:rsidRDefault="007C3C6C" w:rsidP="00704DFD">
      <w:pPr>
        <w:spacing w:before="120" w:line="360" w:lineRule="auto"/>
        <w:ind w:firstLine="284"/>
        <w:jc w:val="both"/>
      </w:pPr>
      <w:r w:rsidRPr="00994820">
        <w:t>Il suono si spezzò su sé stesso, trasformandosi in un ruggito strozzato.</w:t>
      </w:r>
    </w:p>
    <w:p w14:paraId="42A03B1F" w14:textId="77777777" w:rsidR="007C3C6C" w:rsidRPr="00994820" w:rsidRDefault="007C3C6C" w:rsidP="00704DFD">
      <w:pPr>
        <w:spacing w:before="120" w:line="360" w:lineRule="auto"/>
        <w:ind w:firstLine="284"/>
        <w:jc w:val="both"/>
      </w:pPr>
      <w:r w:rsidRPr="00994820">
        <w:t>Una voce diversa attraversò la sala, limpida, remota, come se venisse da un luogo fuori dal tempo:</w:t>
      </w:r>
      <w:r w:rsidRPr="00994820">
        <w:br/>
      </w:r>
      <w:r w:rsidRPr="00994820">
        <w:rPr>
          <w:b/>
          <w:bCs/>
        </w:rPr>
        <w:t>«Stavolta hai perso.»</w:t>
      </w:r>
    </w:p>
    <w:p w14:paraId="17311EEF" w14:textId="77777777" w:rsidR="00205FEF" w:rsidRDefault="007C3C6C" w:rsidP="00704DFD">
      <w:pPr>
        <w:spacing w:before="120" w:line="360" w:lineRule="auto"/>
        <w:ind w:firstLine="284"/>
        <w:jc w:val="both"/>
      </w:pPr>
      <w:r w:rsidRPr="00994820">
        <w:t>Era Xed. Non un corpo, non una presenza fisica, ma un’eco che riverberò su ogni parete, un sigillo che chiudeva quel capitolo.</w:t>
      </w:r>
    </w:p>
    <w:p w14:paraId="1808F6CC" w14:textId="170E35C2" w:rsidR="007C3C6C" w:rsidRPr="00994820" w:rsidRDefault="007C3C6C" w:rsidP="00704DFD">
      <w:pPr>
        <w:spacing w:before="120" w:line="360" w:lineRule="auto"/>
        <w:ind w:firstLine="284"/>
        <w:jc w:val="both"/>
      </w:pPr>
      <w:r w:rsidRPr="00994820">
        <w:t xml:space="preserve">I colpi di Fanny non avevano distrutto un corpo, ma </w:t>
      </w:r>
      <w:r w:rsidRPr="00994820">
        <w:rPr>
          <w:b/>
          <w:bCs/>
        </w:rPr>
        <w:t>un’anima</w:t>
      </w:r>
      <w:r w:rsidRPr="00994820">
        <w:t>: l’anima di Elysis, intrappolata dal patto con il dio. E quel vincolo, con l’ultimo pugno, si era infranto.</w:t>
      </w:r>
    </w:p>
    <w:p w14:paraId="2AF09E1E" w14:textId="77777777" w:rsidR="007C3C6C" w:rsidRPr="00994820" w:rsidRDefault="007C3C6C" w:rsidP="00704DFD">
      <w:pPr>
        <w:spacing w:before="120" w:line="360" w:lineRule="auto"/>
        <w:ind w:firstLine="284"/>
        <w:jc w:val="both"/>
      </w:pPr>
      <w:r w:rsidRPr="00994820">
        <w:t xml:space="preserve">Bill si contorse, un’ombra disumana scagliata verso il portale instabile sospeso sopra il meteorite. Ogni suo movimento era una lotta inutile, ogni gesto uno strappo nel nulla. Il suo urlo riempì la sala: rabbia, stupore, e un’incredula euforia per quella sensazione inedita – </w:t>
      </w:r>
      <w:r w:rsidRPr="00994820">
        <w:rPr>
          <w:b/>
          <w:bCs/>
        </w:rPr>
        <w:t>il dolore</w:t>
      </w:r>
      <w:r w:rsidRPr="00994820">
        <w:t>. Poi il portale si richiuse su sé stesso con un fragore assordante, trascinando con sé l’essenza divina.</w:t>
      </w:r>
    </w:p>
    <w:p w14:paraId="6BEEAC9A" w14:textId="77777777" w:rsidR="007C3C6C" w:rsidRPr="00994820" w:rsidRDefault="007C3C6C" w:rsidP="00704DFD">
      <w:pPr>
        <w:spacing w:before="120" w:line="360" w:lineRule="auto"/>
        <w:ind w:firstLine="284"/>
        <w:jc w:val="both"/>
      </w:pPr>
      <w:r w:rsidRPr="00994820">
        <w:t>Il corpo della Sorridente crollò. Elysis cadde a terra come un manichino spezzato, inerme. Una luce scura la avvolse, un piccolo punto nero al centro del petto la risucchiò verso sé stessa, e lentamente, pezzo dopo pezzo, svanì da Ecliptica, portandosi via ogni traccia della sua esistenza in quel luogo.</w:t>
      </w:r>
    </w:p>
    <w:p w14:paraId="3E6089A1" w14:textId="77777777" w:rsidR="007C3C6C" w:rsidRPr="00994820" w:rsidRDefault="007C3C6C" w:rsidP="00704DFD">
      <w:pPr>
        <w:spacing w:before="120" w:line="360" w:lineRule="auto"/>
        <w:ind w:firstLine="284"/>
        <w:jc w:val="both"/>
      </w:pPr>
      <w:r w:rsidRPr="00994820">
        <w:t>I glifi esplosero in luce bianca per un istante, poi implosero, cancellando ogni linea dorata e cremisi, ogni pulsazione, ogni connessione con Bill. Le vene di energia che scendevano al meteorite si spensero, lasciando la torre immersa in un silenzio irreale.</w:t>
      </w:r>
    </w:p>
    <w:p w14:paraId="188CBEBB" w14:textId="09858378" w:rsidR="007C3C6C" w:rsidRPr="00994820" w:rsidRDefault="007C3C6C" w:rsidP="00704DFD">
      <w:pPr>
        <w:spacing w:before="120" w:line="360" w:lineRule="auto"/>
        <w:ind w:firstLine="284"/>
        <w:jc w:val="both"/>
      </w:pPr>
      <w:r w:rsidRPr="00994820">
        <w:t>Il vento si fermò. I detriti caddero al suolo come neve pesante.</w:t>
      </w:r>
      <w:r w:rsidR="00205FEF">
        <w:t xml:space="preserve"> </w:t>
      </w:r>
      <w:r w:rsidRPr="00994820">
        <w:t>Fanny rimase immobile, il respiro che le bruciava in gola e il cuore artificiale che martellava come se volesse esploderle nel petto. Le fiamme cremisi attorno a lei si attenuarono lentamente, lasciandole addosso il dolore sordo delle ustioni e la sensazione di aver speso ogni briciola di energia. Lasciò cadere i suoi guantoni ormai distrutti e si sfilò quall’armatura incandescente in cerca di un po’ di respiro. Rimase immobile, con solo dell’intimo e le protesi scoperte a gustarsi l’aria che finalmente si raffreddava.</w:t>
      </w:r>
    </w:p>
    <w:p w14:paraId="048636F6" w14:textId="77777777" w:rsidR="00205FEF" w:rsidRDefault="007C3C6C" w:rsidP="00704DFD">
      <w:pPr>
        <w:spacing w:before="120" w:line="360" w:lineRule="auto"/>
        <w:ind w:firstLine="284"/>
        <w:jc w:val="both"/>
      </w:pPr>
      <w:r w:rsidRPr="00994820">
        <w:t>Era finita.</w:t>
      </w:r>
    </w:p>
    <w:p w14:paraId="4CB1432F" w14:textId="77777777" w:rsidR="00205FEF" w:rsidRDefault="007C3C6C" w:rsidP="00704DFD">
      <w:pPr>
        <w:spacing w:before="120" w:line="360" w:lineRule="auto"/>
        <w:ind w:firstLine="284"/>
        <w:jc w:val="both"/>
      </w:pPr>
      <w:r w:rsidRPr="00994820">
        <w:t>Bill non c’era più.</w:t>
      </w:r>
    </w:p>
    <w:p w14:paraId="6A7DCC38" w14:textId="476B31F3" w:rsidR="007C3C6C" w:rsidRPr="00994820" w:rsidRDefault="007C3C6C" w:rsidP="00704DFD">
      <w:pPr>
        <w:spacing w:before="120" w:line="360" w:lineRule="auto"/>
        <w:ind w:firstLine="284"/>
        <w:jc w:val="both"/>
        <w:rPr>
          <w:b/>
          <w:bCs/>
        </w:rPr>
      </w:pPr>
      <w:r w:rsidRPr="00994820">
        <w:t>E, per la prima volta da quando aveva messo piede in quel Piano, Fanny si concesse di tremare.</w:t>
      </w:r>
    </w:p>
    <w:p w14:paraId="77107AB3" w14:textId="77777777" w:rsidR="007C3C6C" w:rsidRPr="00994820" w:rsidRDefault="007C3C6C" w:rsidP="00704DFD">
      <w:pPr>
        <w:spacing w:before="120" w:line="360" w:lineRule="auto"/>
        <w:ind w:firstLine="284"/>
        <w:jc w:val="both"/>
      </w:pPr>
      <w:r w:rsidRPr="00994820">
        <w:lastRenderedPageBreak/>
        <w:t>Il silenzio che seguì la caduta di Bill durò appena un istante. Poi il mondo esplose.</w:t>
      </w:r>
    </w:p>
    <w:p w14:paraId="4E40169E" w14:textId="77777777" w:rsidR="007C3C6C" w:rsidRPr="00994820" w:rsidRDefault="007C3C6C" w:rsidP="00704DFD">
      <w:pPr>
        <w:spacing w:before="120" w:line="360" w:lineRule="auto"/>
        <w:ind w:firstLine="284"/>
        <w:jc w:val="both"/>
      </w:pPr>
      <w:r w:rsidRPr="00994820">
        <w:t>Dal glifo morto, ormai privo di energia, si liberò un contraccolpo che risalì come un’onda sismica attraverso ogni piano della Torre. Le pareti scricchiolarono, il pavimento si piegò, e una crepa gigantesca si aprì nel punto centrale, correndo verso l’alto come una colonna d’acqua che sale contro la corrente. L’aria si caricò di una scarica elettrica tagliente, quasi un ruggito della stessa struttura che cedeva alla pressione.</w:t>
      </w:r>
    </w:p>
    <w:p w14:paraId="254C8C34" w14:textId="77777777" w:rsidR="00205FEF" w:rsidRDefault="007C3C6C" w:rsidP="00704DFD">
      <w:pPr>
        <w:spacing w:before="120" w:line="360" w:lineRule="auto"/>
        <w:ind w:firstLine="284"/>
        <w:jc w:val="both"/>
      </w:pPr>
      <w:r w:rsidRPr="00994820">
        <w:t>Un boato ruppe l’eco immobile di quella torre ormai vuota.</w:t>
      </w:r>
    </w:p>
    <w:p w14:paraId="0BB09354" w14:textId="0F435625" w:rsidR="007C3C6C" w:rsidRPr="00994820" w:rsidRDefault="007C3C6C" w:rsidP="00205FEF">
      <w:pPr>
        <w:spacing w:before="120" w:line="360" w:lineRule="auto"/>
        <w:ind w:firstLine="284"/>
        <w:jc w:val="both"/>
      </w:pPr>
      <w:r w:rsidRPr="00994820">
        <w:rPr>
          <w:b/>
          <w:bCs/>
        </w:rPr>
        <w:t>La Torre della Sorridente si stava spaccando.</w:t>
      </w:r>
    </w:p>
    <w:p w14:paraId="1010AE86" w14:textId="77777777" w:rsidR="007C3C6C" w:rsidRPr="00994820" w:rsidRDefault="007C3C6C" w:rsidP="00704DFD">
      <w:pPr>
        <w:spacing w:before="120" w:line="360" w:lineRule="auto"/>
        <w:ind w:firstLine="284"/>
        <w:jc w:val="both"/>
      </w:pPr>
      <w:r w:rsidRPr="00994820">
        <w:t>Il suolo sotto i piedi di Fanny collassò a tratti, generando una serie di crepe ramificate che correvano come vene impazzite. Ogni piano sovrastante esplose verso l’esterno, scagliando polvere, fiamme e detriti. Un turbine di luce risalì dal basso, come un fantasma di energia residua che cercava una via di fuga.</w:t>
      </w:r>
    </w:p>
    <w:p w14:paraId="6B03F636" w14:textId="77777777" w:rsidR="007C3C6C" w:rsidRPr="00994820" w:rsidRDefault="007C3C6C" w:rsidP="00704DFD">
      <w:pPr>
        <w:spacing w:before="120" w:line="360" w:lineRule="auto"/>
        <w:ind w:firstLine="284"/>
        <w:jc w:val="both"/>
      </w:pPr>
      <w:r w:rsidRPr="00994820">
        <w:t>Poi, d’un tratto, tutto cambiò.</w:t>
      </w:r>
    </w:p>
    <w:p w14:paraId="6CC42D8D" w14:textId="77777777" w:rsidR="00205FEF" w:rsidRDefault="007C3C6C" w:rsidP="00704DFD">
      <w:pPr>
        <w:spacing w:before="120" w:line="360" w:lineRule="auto"/>
        <w:ind w:firstLine="284"/>
        <w:jc w:val="both"/>
      </w:pPr>
      <w:r w:rsidRPr="00994820">
        <w:rPr>
          <w:b/>
          <w:bCs/>
        </w:rPr>
        <w:t>La cupola di Ecliptica</w:t>
      </w:r>
      <w:r w:rsidRPr="00994820">
        <w:t xml:space="preserve"> tremò.</w:t>
      </w:r>
    </w:p>
    <w:p w14:paraId="120963EA" w14:textId="418D8215" w:rsidR="007C3C6C" w:rsidRPr="00994820" w:rsidRDefault="007C3C6C" w:rsidP="00704DFD">
      <w:pPr>
        <w:spacing w:before="120" w:line="360" w:lineRule="auto"/>
        <w:ind w:firstLine="284"/>
        <w:jc w:val="both"/>
      </w:pPr>
      <w:r w:rsidRPr="00994820">
        <w:t>Le sue linee di energia vacillarono, poi collassarono. L’intera struttura olografica che copriva la città si sciolse come ghiaccio al sole, strappandosi a pezzi che evaporavano in scie azzurre. Un vento caldo si riversò dentro, come se l’atmosfera stessa volesse reclamare ciò che era suo.</w:t>
      </w:r>
    </w:p>
    <w:p w14:paraId="0D4AC9E0" w14:textId="77777777" w:rsidR="007C3C6C" w:rsidRPr="00994820" w:rsidRDefault="007C3C6C" w:rsidP="00704DFD">
      <w:pPr>
        <w:spacing w:before="120" w:line="360" w:lineRule="auto"/>
        <w:ind w:firstLine="284"/>
        <w:jc w:val="both"/>
      </w:pPr>
      <w:r w:rsidRPr="00994820">
        <w:t xml:space="preserve">Sopra, il cielo, a lungo celato, mostrò la sua vera natura: </w:t>
      </w:r>
      <w:r w:rsidRPr="00994820">
        <w:rPr>
          <w:b/>
          <w:bCs/>
        </w:rPr>
        <w:t>le nubi nere</w:t>
      </w:r>
      <w:r w:rsidRPr="00994820">
        <w:t xml:space="preserve"> che incombevano da sempre non erano altro che un mantello di energia caotica. Ora, private dell’alimentazione divina, si incrinarono. Venature rosso fuoco si accesero all’interno, correndo come crepe incandescenti, e poi, con un suono simile a un vetro che si spacca in milioni di pezzi, si infransero. Per la prima volta dopo secoli, il </w:t>
      </w:r>
      <w:r w:rsidRPr="00994820">
        <w:rPr>
          <w:b/>
          <w:bCs/>
        </w:rPr>
        <w:t>cielo vero</w:t>
      </w:r>
      <w:r w:rsidRPr="00994820">
        <w:t xml:space="preserve"> apparve: vasto, limpido, irreale nella sua bellezza semplice.</w:t>
      </w:r>
    </w:p>
    <w:p w14:paraId="346D2A93" w14:textId="77777777" w:rsidR="00205FEF" w:rsidRDefault="007C3C6C" w:rsidP="00704DFD">
      <w:pPr>
        <w:spacing w:before="120" w:line="360" w:lineRule="auto"/>
        <w:ind w:firstLine="284"/>
        <w:jc w:val="both"/>
      </w:pPr>
      <w:r w:rsidRPr="00994820">
        <w:t>La città tremò, ma non solo per il crollo della Torre.</w:t>
      </w:r>
    </w:p>
    <w:p w14:paraId="092F3CE4" w14:textId="551F7F8D" w:rsidR="007C3C6C" w:rsidRPr="00994820" w:rsidRDefault="007C3C6C" w:rsidP="00704DFD">
      <w:pPr>
        <w:spacing w:before="120" w:line="360" w:lineRule="auto"/>
        <w:ind w:firstLine="284"/>
        <w:jc w:val="both"/>
      </w:pPr>
      <w:r w:rsidRPr="00994820">
        <w:t xml:space="preserve">L’energia rubata per anni dal sistema di Bill e della Sorridente tornò di colpo ai suoi legittimi proprietari: </w:t>
      </w:r>
      <w:r w:rsidRPr="00994820">
        <w:rPr>
          <w:b/>
          <w:bCs/>
        </w:rPr>
        <w:t>gli abitanti</w:t>
      </w:r>
      <w:r w:rsidRPr="00994820">
        <w:t>.</w:t>
      </w:r>
    </w:p>
    <w:p w14:paraId="743FB83D" w14:textId="77777777" w:rsidR="007C3C6C" w:rsidRPr="00994820" w:rsidRDefault="007C3C6C" w:rsidP="00704DFD">
      <w:pPr>
        <w:spacing w:before="120" w:line="360" w:lineRule="auto"/>
        <w:ind w:firstLine="284"/>
        <w:jc w:val="both"/>
      </w:pPr>
      <w:r w:rsidRPr="00994820">
        <w:t xml:space="preserve">Gli </w:t>
      </w:r>
      <w:r w:rsidRPr="00994820">
        <w:rPr>
          <w:b/>
          <w:bCs/>
        </w:rPr>
        <w:t>Elvenar più recenti</w:t>
      </w:r>
      <w:r w:rsidRPr="00994820">
        <w:t>, ancora umani in parte, si accasciarono tra grida confuse, la pelle che si liberava degli innesti artificiali come gusci spezzati. Respirarono come se fosse la prima volta, mani che si stringevano ai volti, occhi che ritrovavano una luce che non avevano mai conosciuto.</w:t>
      </w:r>
      <w:r w:rsidRPr="00994820">
        <w:br/>
        <w:t xml:space="preserve">Gli </w:t>
      </w:r>
      <w:r w:rsidRPr="00994820">
        <w:rPr>
          <w:b/>
          <w:bCs/>
        </w:rPr>
        <w:t>Elvenar più antichi</w:t>
      </w:r>
      <w:r w:rsidRPr="00994820">
        <w:t>, invece, troppo trasformati per recuperare un corpo umano, sentirono la coscienza tornare in un corpo che non riconosceva più come proprio, un’ondata di ricordi dimenticati che si schiantavano nelle loro menti. L’urlo collettivo fu lacerante: pazzia e terrore, emozioni represse per anni, ora libere senza freni. Molti crollarono a terra in convulsioni, altri si accasciarono silenziosi, occhi sbarrati verso un cielo che non riuscivano più a comprendere.</w:t>
      </w:r>
    </w:p>
    <w:p w14:paraId="4B8BEBF4" w14:textId="77777777" w:rsidR="007C3C6C" w:rsidRPr="00994820" w:rsidRDefault="007C3C6C" w:rsidP="00704DFD">
      <w:pPr>
        <w:spacing w:before="120" w:line="360" w:lineRule="auto"/>
        <w:ind w:firstLine="284"/>
        <w:jc w:val="both"/>
      </w:pPr>
      <w:r w:rsidRPr="00994820">
        <w:lastRenderedPageBreak/>
        <w:t>Dalla Torre cadevano blocchi interi di cemento e acciaio, colonne che si schiantavano a terra con un suono assordante. Detriti incandescenti piovevano come una pioggia di meteore in miniatura, avvolgendo la città in un turbine di fumo e polvere.</w:t>
      </w:r>
    </w:p>
    <w:p w14:paraId="1BC151AE" w14:textId="77777777" w:rsidR="00205FEF" w:rsidRDefault="007C3C6C" w:rsidP="00704DFD">
      <w:pPr>
        <w:spacing w:before="120" w:line="360" w:lineRule="auto"/>
        <w:ind w:firstLine="284"/>
        <w:jc w:val="both"/>
      </w:pPr>
      <w:r w:rsidRPr="00994820">
        <w:t>In mezzo a quel caos, Fanny restò immobile per un istante, osservando il mondo che cambiava davanti ai suoi occhi. La fiamma cremisi attorno a lei si attenuava, riducendosi a una luminescenza flebile.</w:t>
      </w:r>
    </w:p>
    <w:p w14:paraId="49C3A3C6" w14:textId="420A2F31" w:rsidR="00205FEF" w:rsidRDefault="007C3C6C" w:rsidP="00704DFD">
      <w:pPr>
        <w:spacing w:before="120" w:line="360" w:lineRule="auto"/>
        <w:ind w:firstLine="284"/>
        <w:jc w:val="both"/>
      </w:pPr>
      <w:r w:rsidRPr="00994820">
        <w:t>Era successo.</w:t>
      </w:r>
    </w:p>
    <w:p w14:paraId="51E7C9C7" w14:textId="3C920B2D" w:rsidR="007C3C6C" w:rsidRPr="00994820" w:rsidRDefault="007C3C6C" w:rsidP="00704DFD">
      <w:pPr>
        <w:spacing w:before="120" w:line="360" w:lineRule="auto"/>
        <w:ind w:firstLine="284"/>
        <w:jc w:val="both"/>
      </w:pPr>
      <w:r w:rsidRPr="00994820">
        <w:t xml:space="preserve">Era davvero successo: </w:t>
      </w:r>
      <w:r w:rsidRPr="00994820">
        <w:rPr>
          <w:b/>
          <w:bCs/>
        </w:rPr>
        <w:t>il cielo era tornato</w:t>
      </w:r>
      <w:r w:rsidRPr="00994820">
        <w:t>.</w:t>
      </w:r>
    </w:p>
    <w:p w14:paraId="4434C4D7" w14:textId="77777777" w:rsidR="007C3C6C" w:rsidRPr="00994820" w:rsidRDefault="007C3C6C" w:rsidP="00704DFD">
      <w:pPr>
        <w:spacing w:before="120" w:line="360" w:lineRule="auto"/>
        <w:ind w:firstLine="284"/>
        <w:jc w:val="both"/>
      </w:pPr>
      <w:r w:rsidRPr="00994820">
        <w:t xml:space="preserve">Un silenzio irreale si posò sul caos, come se la città intera avesse trattenuto il fiato dopo l’urlo della torre che crollava. Tra la polvere e le schegge di metallo, Fanny vide due figure muoversi: </w:t>
      </w:r>
      <w:r w:rsidRPr="00994820">
        <w:rPr>
          <w:b/>
          <w:bCs/>
        </w:rPr>
        <w:t>Kieran</w:t>
      </w:r>
      <w:r w:rsidRPr="00994820">
        <w:t xml:space="preserve"> e suo padre. Stavano riprendendo conoscenza, i corpi stremati ma vivi. Un nodo le si strinse in gola, un sollievo improvviso che quasi le spezzò le gambe.</w:t>
      </w:r>
    </w:p>
    <w:p w14:paraId="5F9E3615" w14:textId="77777777" w:rsidR="00205FEF" w:rsidRDefault="007C3C6C" w:rsidP="00704DFD">
      <w:pPr>
        <w:spacing w:before="120" w:line="360" w:lineRule="auto"/>
        <w:ind w:firstLine="284"/>
        <w:jc w:val="both"/>
      </w:pPr>
      <w:r w:rsidRPr="00994820">
        <w:t>Eppure il suo cuore non la portò verso di loro. La spinta che sentiva era diversa, un richiamo che saliva verso l’alto.</w:t>
      </w:r>
    </w:p>
    <w:p w14:paraId="37703503" w14:textId="2E787E9E" w:rsidR="007C3C6C" w:rsidRPr="00994820" w:rsidRDefault="007C3C6C" w:rsidP="00704DFD">
      <w:pPr>
        <w:spacing w:before="120" w:line="360" w:lineRule="auto"/>
        <w:ind w:firstLine="284"/>
        <w:jc w:val="both"/>
      </w:pPr>
      <w:r w:rsidRPr="00994820">
        <w:t>Senza pensarci, cominciò ad arrampicarsi fuori dal cratere che un tempo era la Torre della Sorridente, le mani che trovavano appigli tra i resti contorti delle travi e delle condutture. Ogni muscolo urlava per la fatica, la pelle bruciata dal Sacrificio Cremisi la pungeva a ogni movimento, ma lei continuava, metro dopo metro, finché le dita non si aggrapparono al bordo e la trascinarono fuori.</w:t>
      </w:r>
    </w:p>
    <w:p w14:paraId="6AC69722" w14:textId="77777777" w:rsidR="00205FEF" w:rsidRDefault="007C3C6C" w:rsidP="00704DFD">
      <w:pPr>
        <w:spacing w:before="120" w:line="360" w:lineRule="auto"/>
        <w:ind w:firstLine="284"/>
        <w:jc w:val="both"/>
      </w:pPr>
      <w:r w:rsidRPr="00994820">
        <w:t>Si fermò, respirando a pieni polmoni.</w:t>
      </w:r>
    </w:p>
    <w:p w14:paraId="66AE83D0" w14:textId="7EAA6A8D" w:rsidR="007C3C6C" w:rsidRPr="00994820" w:rsidRDefault="007C3C6C" w:rsidP="00704DFD">
      <w:pPr>
        <w:spacing w:before="120" w:line="360" w:lineRule="auto"/>
        <w:ind w:firstLine="284"/>
        <w:jc w:val="both"/>
      </w:pPr>
      <w:r w:rsidRPr="00994820">
        <w:t>E lo vide.</w:t>
      </w:r>
    </w:p>
    <w:p w14:paraId="3BF87D3D" w14:textId="77777777" w:rsidR="00205FEF" w:rsidRDefault="007C3C6C" w:rsidP="00704DFD">
      <w:pPr>
        <w:spacing w:before="120" w:line="360" w:lineRule="auto"/>
        <w:ind w:firstLine="284"/>
        <w:jc w:val="both"/>
      </w:pPr>
      <w:r w:rsidRPr="00994820">
        <w:rPr>
          <w:b/>
          <w:bCs/>
        </w:rPr>
        <w:t>Il cielo.</w:t>
      </w:r>
    </w:p>
    <w:p w14:paraId="5003A697" w14:textId="00C597D6" w:rsidR="007C3C6C" w:rsidRPr="00994820" w:rsidRDefault="007C3C6C" w:rsidP="00704DFD">
      <w:pPr>
        <w:spacing w:before="120" w:line="360" w:lineRule="auto"/>
        <w:ind w:firstLine="284"/>
        <w:jc w:val="both"/>
      </w:pPr>
      <w:r w:rsidRPr="00994820">
        <w:t>Un cielo vero, azzurro, limpido. Raggi di vero sole colpirono per la prima volta la sua candida pelle.</w:t>
      </w:r>
      <w:r w:rsidR="00205FEF">
        <w:t xml:space="preserve"> </w:t>
      </w:r>
      <w:r w:rsidRPr="00994820">
        <w:t>Non l’ologramma perfetto e artificiale della cupola, non il soffitto nero che da sempre copriva la sua vita. Un cielo reale, ampio e pieno di nubi bianche, che si stendeva all’infinito. Sotto di esso, le ultime fratture delle antiche nubi nere, un tempo impenetrabili, cadevano come scaglie di vetro rotto, frantumandosi in silenzio. Era come guardare un mondo nuovo nascere sopra uno vecchio che moriva.</w:t>
      </w:r>
    </w:p>
    <w:p w14:paraId="5D61C5AC" w14:textId="77777777" w:rsidR="00205FEF" w:rsidRDefault="007C3C6C" w:rsidP="00704DFD">
      <w:pPr>
        <w:spacing w:before="120" w:line="360" w:lineRule="auto"/>
        <w:ind w:firstLine="284"/>
        <w:jc w:val="both"/>
      </w:pPr>
      <w:r w:rsidRPr="00994820">
        <w:t xml:space="preserve">Poco distante, tra le macerie, </w:t>
      </w:r>
      <w:r w:rsidRPr="00994820">
        <w:rPr>
          <w:b/>
          <w:bCs/>
        </w:rPr>
        <w:t>Aman</w:t>
      </w:r>
      <w:r w:rsidRPr="00994820">
        <w:t xml:space="preserve"> stava in piedi con la sorella tra le braccia. I suoi occhi erano fissi su quelle nuvole che cadevano, e un lieve sorriso – stanco ma vero – gli si allargò sul volto.</w:t>
      </w:r>
    </w:p>
    <w:p w14:paraId="371ADB81" w14:textId="419A7405" w:rsidR="007C3C6C" w:rsidRPr="00994820" w:rsidRDefault="007C3C6C" w:rsidP="00704DFD">
      <w:pPr>
        <w:spacing w:before="120" w:line="360" w:lineRule="auto"/>
        <w:ind w:firstLine="284"/>
        <w:jc w:val="both"/>
      </w:pPr>
      <w:r w:rsidRPr="00994820">
        <w:t>«Finalmente torniamo a casa.»</w:t>
      </w:r>
    </w:p>
    <w:p w14:paraId="188A2694" w14:textId="77777777" w:rsidR="00205FEF" w:rsidRDefault="007C3C6C" w:rsidP="00205FEF">
      <w:pPr>
        <w:spacing w:before="120" w:line="360" w:lineRule="auto"/>
        <w:ind w:firstLine="284"/>
        <w:jc w:val="both"/>
      </w:pPr>
      <w:r w:rsidRPr="00994820">
        <w:t xml:space="preserve">Fanny sentì il petto stringersi. Quella città ferita, quel cielo mai visto, tutto ciò che aveva perso e tutto ciò che ora aveva davanti. </w:t>
      </w:r>
      <w:r w:rsidRPr="00994820">
        <w:rPr>
          <w:b/>
          <w:bCs/>
        </w:rPr>
        <w:t>Il pensiero corse finalmente a Kieran e a suo padre.</w:t>
      </w:r>
      <w:r w:rsidRPr="00994820">
        <w:t xml:space="preserve"> doveva festeggiare come si deve.</w:t>
      </w:r>
    </w:p>
    <w:p w14:paraId="35DF5D30" w14:textId="160B92FB" w:rsidR="007C3C6C" w:rsidRPr="00994820" w:rsidRDefault="007C3C6C" w:rsidP="00205FEF">
      <w:pPr>
        <w:spacing w:before="120" w:line="360" w:lineRule="auto"/>
        <w:ind w:firstLine="284"/>
        <w:jc w:val="both"/>
      </w:pPr>
      <w:r w:rsidRPr="00994820">
        <w:t>Fece un passo, ma il terreno cedette.</w:t>
      </w:r>
      <w:r w:rsidR="00205FEF">
        <w:t xml:space="preserve"> </w:t>
      </w:r>
      <w:r w:rsidRPr="00994820">
        <w:t>La sua gamba scivolò, e un secondo dopo stava cadendo.</w:t>
      </w:r>
    </w:p>
    <w:p w14:paraId="5506D9F8" w14:textId="77777777" w:rsidR="007C3C6C" w:rsidRPr="00994820" w:rsidRDefault="007C3C6C" w:rsidP="00704DFD">
      <w:pPr>
        <w:spacing w:before="120" w:line="360" w:lineRule="auto"/>
        <w:ind w:firstLine="284"/>
        <w:jc w:val="both"/>
      </w:pPr>
      <w:r w:rsidRPr="00994820">
        <w:lastRenderedPageBreak/>
        <w:t xml:space="preserve">Si ritrovo stesa al suolo, bloccata, scarica, ma allegra </w:t>
      </w:r>
    </w:p>
    <w:p w14:paraId="02E4EFA4" w14:textId="77777777" w:rsidR="007C3C6C" w:rsidRPr="00994820" w:rsidRDefault="007C3C6C" w:rsidP="00704DFD">
      <w:pPr>
        <w:spacing w:before="120" w:line="360" w:lineRule="auto"/>
        <w:ind w:firstLine="284"/>
        <w:jc w:val="both"/>
      </w:pPr>
      <w:r w:rsidRPr="00994820">
        <w:t>«Potrebbero pure essere loro a raggiungermi questa volta»</w:t>
      </w:r>
    </w:p>
    <w:p w14:paraId="23CA1350" w14:textId="77777777" w:rsidR="007C3C6C" w:rsidRPr="00994820" w:rsidRDefault="007C3C6C" w:rsidP="00704DFD">
      <w:pPr>
        <w:spacing w:before="120" w:line="360" w:lineRule="auto"/>
        <w:ind w:firstLine="284"/>
        <w:jc w:val="both"/>
      </w:pPr>
      <w:r w:rsidRPr="00994820">
        <w:rPr>
          <w:b/>
          <w:bCs/>
        </w:rPr>
        <w:t>Sopra di lei il cielo azzurro</w:t>
      </w:r>
      <w:r w:rsidRPr="00994820">
        <w:t xml:space="preserve">, un orizzonte sconosciuto e bellissimo; </w:t>
      </w:r>
      <w:r w:rsidRPr="00994820">
        <w:rPr>
          <w:b/>
          <w:bCs/>
        </w:rPr>
        <w:t>sotto di lei la città ferita</w:t>
      </w:r>
      <w:r w:rsidRPr="00994820">
        <w:t>, un mondo spezzato ma vivo, pronto a ricominciare.</w:t>
      </w:r>
    </w:p>
    <w:p w14:paraId="1A53A867" w14:textId="77777777" w:rsidR="007C3C6C" w:rsidRPr="00994820" w:rsidRDefault="007C3C6C" w:rsidP="00704DFD">
      <w:pPr>
        <w:spacing w:before="120" w:line="360" w:lineRule="auto"/>
        <w:ind w:firstLine="284"/>
        <w:jc w:val="both"/>
      </w:pPr>
      <w:r w:rsidRPr="00994820">
        <w:t>In quell’istante, sospesa tra due mondi, comprese davvero: niente sarebbe più stato lo stesso.</w:t>
      </w:r>
    </w:p>
    <w:p w14:paraId="167034B6" w14:textId="77777777" w:rsidR="007C3C6C" w:rsidRPr="00994820" w:rsidRDefault="007C3C6C" w:rsidP="00704DFD">
      <w:pPr>
        <w:spacing w:before="120" w:line="360" w:lineRule="auto"/>
        <w:ind w:firstLine="284"/>
        <w:jc w:val="both"/>
      </w:pPr>
    </w:p>
    <w:p w14:paraId="69A2F3EB" w14:textId="77777777" w:rsidR="007C3C6C" w:rsidRPr="00994820" w:rsidRDefault="007C3C6C" w:rsidP="00704DFD">
      <w:pPr>
        <w:spacing w:before="120" w:line="360" w:lineRule="auto"/>
        <w:ind w:firstLine="284"/>
        <w:jc w:val="both"/>
      </w:pPr>
    </w:p>
    <w:p w14:paraId="2B747B5A" w14:textId="77777777" w:rsidR="007C3C6C" w:rsidRPr="00994820" w:rsidRDefault="007C3C6C" w:rsidP="00704DFD">
      <w:pPr>
        <w:spacing w:before="120" w:line="360" w:lineRule="auto"/>
        <w:ind w:firstLine="284"/>
        <w:jc w:val="both"/>
      </w:pPr>
    </w:p>
    <w:p w14:paraId="26241E66" w14:textId="77777777" w:rsidR="007C3C6C" w:rsidRDefault="007C3C6C" w:rsidP="00704DFD">
      <w:pPr>
        <w:spacing w:before="120" w:line="360" w:lineRule="auto"/>
        <w:ind w:firstLine="284"/>
        <w:jc w:val="both"/>
      </w:pPr>
    </w:p>
    <w:p w14:paraId="4E604D64" w14:textId="77777777" w:rsidR="0047727E" w:rsidRDefault="0047727E" w:rsidP="00704DFD">
      <w:pPr>
        <w:spacing w:before="120" w:line="360" w:lineRule="auto"/>
        <w:ind w:firstLine="284"/>
        <w:jc w:val="both"/>
      </w:pPr>
    </w:p>
    <w:p w14:paraId="2DA57C8F" w14:textId="77777777" w:rsidR="0047727E" w:rsidRDefault="0047727E" w:rsidP="00704DFD">
      <w:pPr>
        <w:spacing w:before="120" w:line="360" w:lineRule="auto"/>
        <w:ind w:firstLine="284"/>
        <w:jc w:val="both"/>
      </w:pPr>
    </w:p>
    <w:p w14:paraId="126737CB" w14:textId="77777777" w:rsidR="0047727E" w:rsidRDefault="0047727E" w:rsidP="00704DFD">
      <w:pPr>
        <w:spacing w:before="120" w:line="360" w:lineRule="auto"/>
        <w:ind w:firstLine="284"/>
        <w:jc w:val="both"/>
      </w:pPr>
    </w:p>
    <w:p w14:paraId="12185633" w14:textId="77777777" w:rsidR="0047727E" w:rsidRDefault="0047727E" w:rsidP="00704DFD">
      <w:pPr>
        <w:spacing w:before="120" w:line="360" w:lineRule="auto"/>
        <w:ind w:firstLine="284"/>
        <w:jc w:val="both"/>
      </w:pPr>
    </w:p>
    <w:p w14:paraId="4C87DCA1" w14:textId="77777777" w:rsidR="0047727E" w:rsidRDefault="0047727E" w:rsidP="00704DFD">
      <w:pPr>
        <w:spacing w:before="120" w:line="360" w:lineRule="auto"/>
        <w:ind w:firstLine="284"/>
        <w:jc w:val="both"/>
      </w:pPr>
    </w:p>
    <w:p w14:paraId="7F6AF746" w14:textId="77777777" w:rsidR="0047727E" w:rsidRDefault="0047727E" w:rsidP="00704DFD">
      <w:pPr>
        <w:spacing w:before="120" w:line="360" w:lineRule="auto"/>
        <w:ind w:firstLine="284"/>
        <w:jc w:val="both"/>
      </w:pPr>
    </w:p>
    <w:p w14:paraId="3D613BB4" w14:textId="77777777" w:rsidR="0047727E" w:rsidRDefault="0047727E" w:rsidP="00704DFD">
      <w:pPr>
        <w:spacing w:before="120" w:line="360" w:lineRule="auto"/>
        <w:ind w:firstLine="284"/>
        <w:jc w:val="both"/>
      </w:pPr>
    </w:p>
    <w:p w14:paraId="5F025768" w14:textId="77777777" w:rsidR="0047727E" w:rsidRDefault="0047727E" w:rsidP="00704DFD">
      <w:pPr>
        <w:spacing w:before="120" w:line="360" w:lineRule="auto"/>
        <w:ind w:firstLine="284"/>
        <w:jc w:val="both"/>
      </w:pPr>
    </w:p>
    <w:p w14:paraId="6DEC6EEA" w14:textId="77777777" w:rsidR="0047727E" w:rsidRDefault="0047727E" w:rsidP="00704DFD">
      <w:pPr>
        <w:spacing w:before="120" w:line="360" w:lineRule="auto"/>
        <w:ind w:firstLine="284"/>
        <w:jc w:val="both"/>
      </w:pPr>
    </w:p>
    <w:p w14:paraId="0C2E7143" w14:textId="77777777" w:rsidR="0047727E" w:rsidRDefault="0047727E" w:rsidP="00704DFD">
      <w:pPr>
        <w:spacing w:before="120" w:line="360" w:lineRule="auto"/>
        <w:ind w:firstLine="284"/>
        <w:jc w:val="both"/>
      </w:pPr>
    </w:p>
    <w:p w14:paraId="7EC77E69" w14:textId="77777777" w:rsidR="0047727E" w:rsidRDefault="0047727E" w:rsidP="00704DFD">
      <w:pPr>
        <w:spacing w:before="120" w:line="360" w:lineRule="auto"/>
        <w:ind w:firstLine="284"/>
        <w:jc w:val="both"/>
      </w:pPr>
    </w:p>
    <w:p w14:paraId="09E44712" w14:textId="77777777" w:rsidR="0047727E" w:rsidRDefault="0047727E" w:rsidP="00704DFD">
      <w:pPr>
        <w:spacing w:before="120" w:line="360" w:lineRule="auto"/>
        <w:ind w:firstLine="284"/>
        <w:jc w:val="both"/>
      </w:pPr>
    </w:p>
    <w:p w14:paraId="7DD21F3C" w14:textId="77777777" w:rsidR="0047727E" w:rsidRDefault="0047727E" w:rsidP="00704DFD">
      <w:pPr>
        <w:spacing w:before="120" w:line="360" w:lineRule="auto"/>
        <w:ind w:firstLine="284"/>
        <w:jc w:val="both"/>
      </w:pPr>
    </w:p>
    <w:p w14:paraId="410315AD" w14:textId="77777777" w:rsidR="0047727E" w:rsidRDefault="0047727E" w:rsidP="00704DFD">
      <w:pPr>
        <w:spacing w:before="120" w:line="360" w:lineRule="auto"/>
        <w:ind w:firstLine="284"/>
        <w:jc w:val="both"/>
      </w:pPr>
    </w:p>
    <w:p w14:paraId="36CFC51A" w14:textId="77777777" w:rsidR="0047727E" w:rsidRDefault="0047727E" w:rsidP="00704DFD">
      <w:pPr>
        <w:spacing w:before="120" w:line="360" w:lineRule="auto"/>
        <w:ind w:firstLine="284"/>
        <w:jc w:val="both"/>
      </w:pPr>
    </w:p>
    <w:p w14:paraId="51203FF9" w14:textId="77777777" w:rsidR="0047727E" w:rsidRDefault="0047727E" w:rsidP="00704DFD">
      <w:pPr>
        <w:spacing w:before="120" w:line="360" w:lineRule="auto"/>
        <w:ind w:firstLine="284"/>
        <w:jc w:val="both"/>
      </w:pPr>
    </w:p>
    <w:p w14:paraId="7078ED3E" w14:textId="77777777" w:rsidR="0047727E" w:rsidRDefault="0047727E" w:rsidP="00704DFD">
      <w:pPr>
        <w:spacing w:before="120" w:line="360" w:lineRule="auto"/>
        <w:ind w:firstLine="284"/>
        <w:jc w:val="both"/>
      </w:pPr>
    </w:p>
    <w:p w14:paraId="2AE65FC8" w14:textId="77777777" w:rsidR="0047727E" w:rsidRDefault="0047727E" w:rsidP="00704DFD">
      <w:pPr>
        <w:spacing w:before="120" w:line="360" w:lineRule="auto"/>
        <w:ind w:firstLine="284"/>
        <w:jc w:val="both"/>
      </w:pPr>
    </w:p>
    <w:p w14:paraId="71BEBB7C" w14:textId="7B5D0DF2" w:rsidR="0047727E" w:rsidRPr="00994820" w:rsidRDefault="0047727E" w:rsidP="00445158">
      <w:pPr>
        <w:spacing w:before="120" w:line="360" w:lineRule="auto"/>
        <w:jc w:val="both"/>
      </w:pPr>
    </w:p>
    <w:sectPr w:rsidR="0047727E" w:rsidRPr="00994820" w:rsidSect="00B210D8">
      <w:footerReference w:type="default" r:id="rId13"/>
      <w:pgSz w:w="11906" w:h="16838"/>
      <w:pgMar w:top="1134" w:right="363" w:bottom="1134" w:left="90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DECC7" w14:textId="77777777" w:rsidR="00F2535B" w:rsidRDefault="00F2535B" w:rsidP="009B4B87">
      <w:r>
        <w:separator/>
      </w:r>
    </w:p>
  </w:endnote>
  <w:endnote w:type="continuationSeparator" w:id="0">
    <w:p w14:paraId="58DF95EB" w14:textId="77777777" w:rsidR="00F2535B" w:rsidRDefault="00F2535B" w:rsidP="009B4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116038"/>
      <w:docPartObj>
        <w:docPartGallery w:val="Page Numbers (Bottom of Page)"/>
        <w:docPartUnique/>
      </w:docPartObj>
    </w:sdtPr>
    <w:sdtEndPr/>
    <w:sdtContent>
      <w:p w14:paraId="05414C96" w14:textId="75BEC377" w:rsidR="00CE41AC" w:rsidRDefault="00CE41AC">
        <w:pPr>
          <w:pStyle w:val="Pidipagina"/>
        </w:pPr>
        <w:r>
          <w:fldChar w:fldCharType="begin"/>
        </w:r>
        <w:r>
          <w:instrText>PAGE   \* MERGEFORMAT</w:instrText>
        </w:r>
        <w:r>
          <w:fldChar w:fldCharType="separate"/>
        </w:r>
        <w:r>
          <w:t>2</w:t>
        </w:r>
        <w:r>
          <w:fldChar w:fldCharType="end"/>
        </w:r>
      </w:p>
    </w:sdtContent>
  </w:sdt>
  <w:p w14:paraId="36A5530A" w14:textId="77777777" w:rsidR="00CE41AC" w:rsidRDefault="00CE41A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B61EA" w14:textId="77777777" w:rsidR="00F2535B" w:rsidRDefault="00F2535B" w:rsidP="009B4B87">
      <w:r>
        <w:separator/>
      </w:r>
    </w:p>
  </w:footnote>
  <w:footnote w:type="continuationSeparator" w:id="0">
    <w:p w14:paraId="599AD34B" w14:textId="77777777" w:rsidR="00F2535B" w:rsidRDefault="00F2535B" w:rsidP="009B4B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1551041264">
    <w:abstractNumId w:val="5"/>
  </w:num>
  <w:num w:numId="2" w16cid:durableId="560867020">
    <w:abstractNumId w:val="3"/>
  </w:num>
  <w:num w:numId="3" w16cid:durableId="658920298">
    <w:abstractNumId w:val="2"/>
  </w:num>
  <w:num w:numId="4" w16cid:durableId="1634017498">
    <w:abstractNumId w:val="4"/>
  </w:num>
  <w:num w:numId="5" w16cid:durableId="2112897851">
    <w:abstractNumId w:val="1"/>
  </w:num>
  <w:num w:numId="6" w16cid:durableId="62654573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6C"/>
    <w:rsid w:val="00065469"/>
    <w:rsid w:val="000F4651"/>
    <w:rsid w:val="0012249B"/>
    <w:rsid w:val="00145167"/>
    <w:rsid w:val="001639E7"/>
    <w:rsid w:val="00184729"/>
    <w:rsid w:val="00186DE6"/>
    <w:rsid w:val="00194FD1"/>
    <w:rsid w:val="001B7B7E"/>
    <w:rsid w:val="001D593F"/>
    <w:rsid w:val="001E021E"/>
    <w:rsid w:val="001F6492"/>
    <w:rsid w:val="00205FEF"/>
    <w:rsid w:val="00220656"/>
    <w:rsid w:val="002208E5"/>
    <w:rsid w:val="00244240"/>
    <w:rsid w:val="00266FF6"/>
    <w:rsid w:val="002A2941"/>
    <w:rsid w:val="002F78CA"/>
    <w:rsid w:val="003361B3"/>
    <w:rsid w:val="00346423"/>
    <w:rsid w:val="00360205"/>
    <w:rsid w:val="003C1BF0"/>
    <w:rsid w:val="003C385E"/>
    <w:rsid w:val="003C3BD1"/>
    <w:rsid w:val="003E2923"/>
    <w:rsid w:val="003E3B7A"/>
    <w:rsid w:val="003F3E6B"/>
    <w:rsid w:val="004038B6"/>
    <w:rsid w:val="00445158"/>
    <w:rsid w:val="0046127F"/>
    <w:rsid w:val="004739EF"/>
    <w:rsid w:val="0047727E"/>
    <w:rsid w:val="004B532B"/>
    <w:rsid w:val="004D38D9"/>
    <w:rsid w:val="004F736F"/>
    <w:rsid w:val="0051005F"/>
    <w:rsid w:val="0052497D"/>
    <w:rsid w:val="00547236"/>
    <w:rsid w:val="00566BF2"/>
    <w:rsid w:val="00620B14"/>
    <w:rsid w:val="0063703F"/>
    <w:rsid w:val="0064650D"/>
    <w:rsid w:val="00693061"/>
    <w:rsid w:val="006940A6"/>
    <w:rsid w:val="00695DCA"/>
    <w:rsid w:val="006B37DE"/>
    <w:rsid w:val="006D6F65"/>
    <w:rsid w:val="00704DFD"/>
    <w:rsid w:val="00753D6D"/>
    <w:rsid w:val="007C1CDB"/>
    <w:rsid w:val="007C3C6C"/>
    <w:rsid w:val="007F318B"/>
    <w:rsid w:val="008033DE"/>
    <w:rsid w:val="008868FF"/>
    <w:rsid w:val="008878D2"/>
    <w:rsid w:val="008A4D74"/>
    <w:rsid w:val="008C44E3"/>
    <w:rsid w:val="008C718F"/>
    <w:rsid w:val="00910B73"/>
    <w:rsid w:val="00920D43"/>
    <w:rsid w:val="00994820"/>
    <w:rsid w:val="009B4B87"/>
    <w:rsid w:val="00A077E2"/>
    <w:rsid w:val="00A20E7A"/>
    <w:rsid w:val="00A73788"/>
    <w:rsid w:val="00A8736C"/>
    <w:rsid w:val="00A915A7"/>
    <w:rsid w:val="00AA14D3"/>
    <w:rsid w:val="00AB4FBD"/>
    <w:rsid w:val="00AF0166"/>
    <w:rsid w:val="00AF30AD"/>
    <w:rsid w:val="00B1354B"/>
    <w:rsid w:val="00B210D8"/>
    <w:rsid w:val="00B472A0"/>
    <w:rsid w:val="00B70852"/>
    <w:rsid w:val="00B73C3C"/>
    <w:rsid w:val="00B84307"/>
    <w:rsid w:val="00BD23F4"/>
    <w:rsid w:val="00BE5B2A"/>
    <w:rsid w:val="00BF41AE"/>
    <w:rsid w:val="00C07618"/>
    <w:rsid w:val="00C90764"/>
    <w:rsid w:val="00CD408F"/>
    <w:rsid w:val="00CE41AC"/>
    <w:rsid w:val="00D2177C"/>
    <w:rsid w:val="00D517D5"/>
    <w:rsid w:val="00D65466"/>
    <w:rsid w:val="00D65543"/>
    <w:rsid w:val="00DA3598"/>
    <w:rsid w:val="00DC373C"/>
    <w:rsid w:val="00E5628F"/>
    <w:rsid w:val="00E776A2"/>
    <w:rsid w:val="00E804F9"/>
    <w:rsid w:val="00F04EF8"/>
    <w:rsid w:val="00F101C9"/>
    <w:rsid w:val="00F2535B"/>
    <w:rsid w:val="00F34EF9"/>
    <w:rsid w:val="00F761B3"/>
    <w:rsid w:val="00F90B31"/>
    <w:rsid w:val="00FA331A"/>
    <w:rsid w:val="00FB2C65"/>
    <w:rsid w:val="00FB4FC0"/>
    <w:rsid w:val="00FF1E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F8F9D"/>
  <w15:chartTrackingRefBased/>
  <w15:docId w15:val="{63234B9B-0BDA-442E-A388-20F18DEAD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3C6C"/>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uiPriority w:val="9"/>
    <w:qFormat/>
    <w:rsid w:val="007C3C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7C3C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unhideWhenUsed/>
    <w:qFormat/>
    <w:rsid w:val="007C3C6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C3C6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C3C6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C3C6C"/>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C3C6C"/>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C3C6C"/>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C3C6C"/>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C3C6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7C3C6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rsid w:val="007C3C6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C3C6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C3C6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C3C6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C3C6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C3C6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C3C6C"/>
    <w:rPr>
      <w:rFonts w:eastAsiaTheme="majorEastAsia" w:cstheme="majorBidi"/>
      <w:color w:val="272727" w:themeColor="text1" w:themeTint="D8"/>
    </w:rPr>
  </w:style>
  <w:style w:type="paragraph" w:styleId="Titolo">
    <w:name w:val="Title"/>
    <w:basedOn w:val="Normale"/>
    <w:next w:val="Normale"/>
    <w:link w:val="TitoloCarattere"/>
    <w:uiPriority w:val="10"/>
    <w:qFormat/>
    <w:rsid w:val="007C3C6C"/>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C3C6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C3C6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C3C6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C3C6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C3C6C"/>
    <w:rPr>
      <w:i/>
      <w:iCs/>
      <w:color w:val="404040" w:themeColor="text1" w:themeTint="BF"/>
    </w:rPr>
  </w:style>
  <w:style w:type="paragraph" w:styleId="Paragrafoelenco">
    <w:name w:val="List Paragraph"/>
    <w:basedOn w:val="Normale"/>
    <w:uiPriority w:val="34"/>
    <w:qFormat/>
    <w:rsid w:val="007C3C6C"/>
    <w:pPr>
      <w:ind w:left="720"/>
      <w:contextualSpacing/>
    </w:pPr>
  </w:style>
  <w:style w:type="character" w:styleId="Enfasiintensa">
    <w:name w:val="Intense Emphasis"/>
    <w:basedOn w:val="Carpredefinitoparagrafo"/>
    <w:uiPriority w:val="21"/>
    <w:qFormat/>
    <w:rsid w:val="007C3C6C"/>
    <w:rPr>
      <w:i/>
      <w:iCs/>
      <w:color w:val="0F4761" w:themeColor="accent1" w:themeShade="BF"/>
    </w:rPr>
  </w:style>
  <w:style w:type="paragraph" w:styleId="Citazioneintensa">
    <w:name w:val="Intense Quote"/>
    <w:basedOn w:val="Normale"/>
    <w:next w:val="Normale"/>
    <w:link w:val="CitazioneintensaCarattere"/>
    <w:uiPriority w:val="30"/>
    <w:qFormat/>
    <w:rsid w:val="007C3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C3C6C"/>
    <w:rPr>
      <w:i/>
      <w:iCs/>
      <w:color w:val="0F4761" w:themeColor="accent1" w:themeShade="BF"/>
    </w:rPr>
  </w:style>
  <w:style w:type="character" w:styleId="Riferimentointenso">
    <w:name w:val="Intense Reference"/>
    <w:basedOn w:val="Carpredefinitoparagrafo"/>
    <w:uiPriority w:val="32"/>
    <w:qFormat/>
    <w:rsid w:val="007C3C6C"/>
    <w:rPr>
      <w:b/>
      <w:bCs/>
      <w:smallCaps/>
      <w:color w:val="0F4761" w:themeColor="accent1" w:themeShade="BF"/>
      <w:spacing w:val="5"/>
    </w:rPr>
  </w:style>
  <w:style w:type="character" w:styleId="Enfasigrassetto">
    <w:name w:val="Strong"/>
    <w:basedOn w:val="Carpredefinitoparagrafo"/>
    <w:uiPriority w:val="22"/>
    <w:qFormat/>
    <w:rsid w:val="007C3C6C"/>
    <w:rPr>
      <w:b/>
      <w:bCs/>
    </w:rPr>
  </w:style>
  <w:style w:type="paragraph" w:customStyle="1" w:styleId="w7sjnrxzl6krnffuzhqe">
    <w:name w:val="w7sjnrxzl6krnffuzhqe"/>
    <w:basedOn w:val="Normale"/>
    <w:rsid w:val="007C3C6C"/>
    <w:pPr>
      <w:spacing w:before="100" w:beforeAutospacing="1" w:after="100" w:afterAutospacing="1"/>
    </w:pPr>
  </w:style>
  <w:style w:type="paragraph" w:styleId="NormaleWeb">
    <w:name w:val="Normal (Web)"/>
    <w:basedOn w:val="Normale"/>
    <w:uiPriority w:val="99"/>
    <w:unhideWhenUsed/>
    <w:rsid w:val="007C3C6C"/>
    <w:pPr>
      <w:spacing w:before="100" w:beforeAutospacing="1" w:after="100" w:afterAutospacing="1"/>
    </w:pPr>
  </w:style>
  <w:style w:type="character" w:styleId="Enfasicorsivo">
    <w:name w:val="Emphasis"/>
    <w:basedOn w:val="Carpredefinitoparagrafo"/>
    <w:uiPriority w:val="20"/>
    <w:qFormat/>
    <w:rsid w:val="007C3C6C"/>
    <w:rPr>
      <w:i/>
      <w:iCs/>
    </w:rPr>
  </w:style>
  <w:style w:type="paragraph" w:styleId="Intestazione">
    <w:name w:val="header"/>
    <w:basedOn w:val="Normale"/>
    <w:link w:val="IntestazioneCarattere"/>
    <w:uiPriority w:val="99"/>
    <w:unhideWhenUsed/>
    <w:rsid w:val="007C3C6C"/>
    <w:pPr>
      <w:tabs>
        <w:tab w:val="center" w:pos="4680"/>
        <w:tab w:val="right" w:pos="9360"/>
      </w:tabs>
    </w:pPr>
  </w:style>
  <w:style w:type="character" w:customStyle="1" w:styleId="IntestazioneCarattere">
    <w:name w:val="Intestazione Carattere"/>
    <w:basedOn w:val="Carpredefinitoparagrafo"/>
    <w:link w:val="Intestazione"/>
    <w:uiPriority w:val="99"/>
    <w:rsid w:val="007C3C6C"/>
    <w:rPr>
      <w:rFonts w:ascii="Times New Roman" w:eastAsia="Times New Roman" w:hAnsi="Times New Roman" w:cs="Times New Roman"/>
      <w:kern w:val="0"/>
      <w:sz w:val="24"/>
      <w:szCs w:val="24"/>
      <w:lang w:eastAsia="it-IT"/>
      <w14:ligatures w14:val="none"/>
    </w:rPr>
  </w:style>
  <w:style w:type="paragraph" w:styleId="Pidipagina">
    <w:name w:val="footer"/>
    <w:basedOn w:val="Normale"/>
    <w:link w:val="PidipaginaCarattere"/>
    <w:uiPriority w:val="99"/>
    <w:unhideWhenUsed/>
    <w:rsid w:val="007C3C6C"/>
    <w:pPr>
      <w:tabs>
        <w:tab w:val="center" w:pos="4680"/>
        <w:tab w:val="right" w:pos="9360"/>
      </w:tabs>
    </w:pPr>
  </w:style>
  <w:style w:type="character" w:customStyle="1" w:styleId="PidipaginaCarattere">
    <w:name w:val="Piè di pagina Carattere"/>
    <w:basedOn w:val="Carpredefinitoparagrafo"/>
    <w:link w:val="Pidipagina"/>
    <w:uiPriority w:val="99"/>
    <w:rsid w:val="007C3C6C"/>
    <w:rPr>
      <w:rFonts w:ascii="Times New Roman" w:eastAsia="Times New Roman" w:hAnsi="Times New Roman" w:cs="Times New Roman"/>
      <w:kern w:val="0"/>
      <w:sz w:val="24"/>
      <w:szCs w:val="24"/>
      <w:lang w:eastAsia="it-IT"/>
      <w14:ligatures w14:val="none"/>
    </w:rPr>
  </w:style>
  <w:style w:type="paragraph" w:styleId="Nessunaspaziatura">
    <w:name w:val="No Spacing"/>
    <w:uiPriority w:val="1"/>
    <w:qFormat/>
    <w:rsid w:val="007C3C6C"/>
    <w:pPr>
      <w:spacing w:after="0" w:line="240" w:lineRule="auto"/>
    </w:pPr>
    <w:rPr>
      <w:rFonts w:eastAsiaTheme="minorEastAsia"/>
      <w:kern w:val="0"/>
      <w:lang w:val="en-US"/>
      <w14:ligatures w14:val="none"/>
    </w:rPr>
  </w:style>
  <w:style w:type="paragraph" w:styleId="Corpotesto">
    <w:name w:val="Body Text"/>
    <w:basedOn w:val="Normale"/>
    <w:link w:val="CorpotestoCarattere"/>
    <w:uiPriority w:val="99"/>
    <w:unhideWhenUsed/>
    <w:rsid w:val="007C3C6C"/>
    <w:pPr>
      <w:spacing w:after="120"/>
    </w:pPr>
  </w:style>
  <w:style w:type="character" w:customStyle="1" w:styleId="CorpotestoCarattere">
    <w:name w:val="Corpo testo Carattere"/>
    <w:basedOn w:val="Carpredefinitoparagrafo"/>
    <w:link w:val="Corpotesto"/>
    <w:uiPriority w:val="99"/>
    <w:rsid w:val="007C3C6C"/>
    <w:rPr>
      <w:rFonts w:ascii="Times New Roman" w:eastAsia="Times New Roman" w:hAnsi="Times New Roman" w:cs="Times New Roman"/>
      <w:kern w:val="0"/>
      <w:sz w:val="24"/>
      <w:szCs w:val="24"/>
      <w:lang w:eastAsia="it-IT"/>
      <w14:ligatures w14:val="none"/>
    </w:rPr>
  </w:style>
  <w:style w:type="paragraph" w:styleId="Corpodeltesto2">
    <w:name w:val="Body Text 2"/>
    <w:basedOn w:val="Normale"/>
    <w:link w:val="Corpodeltesto2Carattere"/>
    <w:uiPriority w:val="99"/>
    <w:unhideWhenUsed/>
    <w:rsid w:val="007C3C6C"/>
    <w:pPr>
      <w:spacing w:after="120" w:line="480" w:lineRule="auto"/>
    </w:pPr>
  </w:style>
  <w:style w:type="character" w:customStyle="1" w:styleId="Corpodeltesto2Carattere">
    <w:name w:val="Corpo del testo 2 Carattere"/>
    <w:basedOn w:val="Carpredefinitoparagrafo"/>
    <w:link w:val="Corpodeltesto2"/>
    <w:uiPriority w:val="99"/>
    <w:rsid w:val="007C3C6C"/>
    <w:rPr>
      <w:rFonts w:ascii="Times New Roman" w:eastAsia="Times New Roman" w:hAnsi="Times New Roman" w:cs="Times New Roman"/>
      <w:kern w:val="0"/>
      <w:sz w:val="24"/>
      <w:szCs w:val="24"/>
      <w:lang w:eastAsia="it-IT"/>
      <w14:ligatures w14:val="none"/>
    </w:rPr>
  </w:style>
  <w:style w:type="paragraph" w:styleId="Corpodeltesto3">
    <w:name w:val="Body Text 3"/>
    <w:basedOn w:val="Normale"/>
    <w:link w:val="Corpodeltesto3Carattere"/>
    <w:uiPriority w:val="99"/>
    <w:unhideWhenUsed/>
    <w:rsid w:val="007C3C6C"/>
    <w:pPr>
      <w:spacing w:after="120"/>
    </w:pPr>
    <w:rPr>
      <w:sz w:val="16"/>
      <w:szCs w:val="16"/>
    </w:rPr>
  </w:style>
  <w:style w:type="character" w:customStyle="1" w:styleId="Corpodeltesto3Carattere">
    <w:name w:val="Corpo del testo 3 Carattere"/>
    <w:basedOn w:val="Carpredefinitoparagrafo"/>
    <w:link w:val="Corpodeltesto3"/>
    <w:uiPriority w:val="99"/>
    <w:rsid w:val="007C3C6C"/>
    <w:rPr>
      <w:rFonts w:ascii="Times New Roman" w:eastAsia="Times New Roman" w:hAnsi="Times New Roman" w:cs="Times New Roman"/>
      <w:kern w:val="0"/>
      <w:sz w:val="16"/>
      <w:szCs w:val="16"/>
      <w:lang w:eastAsia="it-IT"/>
      <w14:ligatures w14:val="none"/>
    </w:rPr>
  </w:style>
  <w:style w:type="paragraph" w:styleId="Elenco">
    <w:name w:val="List"/>
    <w:basedOn w:val="Normale"/>
    <w:uiPriority w:val="99"/>
    <w:unhideWhenUsed/>
    <w:rsid w:val="007C3C6C"/>
    <w:pPr>
      <w:ind w:left="360" w:hanging="360"/>
      <w:contextualSpacing/>
    </w:pPr>
  </w:style>
  <w:style w:type="paragraph" w:styleId="Elenco2">
    <w:name w:val="List 2"/>
    <w:basedOn w:val="Normale"/>
    <w:uiPriority w:val="99"/>
    <w:unhideWhenUsed/>
    <w:rsid w:val="007C3C6C"/>
    <w:pPr>
      <w:ind w:left="720" w:hanging="360"/>
      <w:contextualSpacing/>
    </w:pPr>
  </w:style>
  <w:style w:type="paragraph" w:styleId="Elenco3">
    <w:name w:val="List 3"/>
    <w:basedOn w:val="Normale"/>
    <w:uiPriority w:val="99"/>
    <w:unhideWhenUsed/>
    <w:rsid w:val="007C3C6C"/>
    <w:pPr>
      <w:ind w:left="1080" w:hanging="360"/>
      <w:contextualSpacing/>
    </w:pPr>
  </w:style>
  <w:style w:type="paragraph" w:styleId="Puntoelenco">
    <w:name w:val="List Bullet"/>
    <w:basedOn w:val="Normale"/>
    <w:uiPriority w:val="99"/>
    <w:unhideWhenUsed/>
    <w:rsid w:val="007C3C6C"/>
    <w:pPr>
      <w:numPr>
        <w:numId w:val="1"/>
      </w:numPr>
      <w:tabs>
        <w:tab w:val="clear" w:pos="360"/>
      </w:tabs>
      <w:ind w:left="0" w:firstLine="0"/>
      <w:contextualSpacing/>
    </w:pPr>
  </w:style>
  <w:style w:type="paragraph" w:styleId="Puntoelenco2">
    <w:name w:val="List Bullet 2"/>
    <w:basedOn w:val="Normale"/>
    <w:uiPriority w:val="99"/>
    <w:unhideWhenUsed/>
    <w:rsid w:val="007C3C6C"/>
    <w:pPr>
      <w:numPr>
        <w:numId w:val="2"/>
      </w:numPr>
      <w:tabs>
        <w:tab w:val="clear" w:pos="720"/>
      </w:tabs>
      <w:ind w:left="0" w:firstLine="0"/>
      <w:contextualSpacing/>
    </w:pPr>
  </w:style>
  <w:style w:type="paragraph" w:styleId="Puntoelenco3">
    <w:name w:val="List Bullet 3"/>
    <w:basedOn w:val="Normale"/>
    <w:uiPriority w:val="99"/>
    <w:unhideWhenUsed/>
    <w:rsid w:val="007C3C6C"/>
    <w:pPr>
      <w:numPr>
        <w:numId w:val="3"/>
      </w:numPr>
      <w:tabs>
        <w:tab w:val="clear" w:pos="1080"/>
      </w:tabs>
      <w:ind w:left="0" w:firstLine="0"/>
      <w:contextualSpacing/>
    </w:pPr>
  </w:style>
  <w:style w:type="paragraph" w:styleId="Numeroelenco">
    <w:name w:val="List Number"/>
    <w:basedOn w:val="Normale"/>
    <w:uiPriority w:val="99"/>
    <w:unhideWhenUsed/>
    <w:rsid w:val="007C3C6C"/>
    <w:pPr>
      <w:numPr>
        <w:numId w:val="4"/>
      </w:numPr>
      <w:tabs>
        <w:tab w:val="clear" w:pos="360"/>
      </w:tabs>
      <w:ind w:left="0" w:firstLine="0"/>
      <w:contextualSpacing/>
    </w:pPr>
  </w:style>
  <w:style w:type="paragraph" w:styleId="Numeroelenco2">
    <w:name w:val="List Number 2"/>
    <w:basedOn w:val="Normale"/>
    <w:uiPriority w:val="99"/>
    <w:unhideWhenUsed/>
    <w:rsid w:val="007C3C6C"/>
    <w:pPr>
      <w:numPr>
        <w:numId w:val="5"/>
      </w:numPr>
      <w:tabs>
        <w:tab w:val="clear" w:pos="720"/>
      </w:tabs>
      <w:ind w:left="0" w:firstLine="0"/>
      <w:contextualSpacing/>
    </w:pPr>
  </w:style>
  <w:style w:type="paragraph" w:styleId="Numeroelenco3">
    <w:name w:val="List Number 3"/>
    <w:basedOn w:val="Normale"/>
    <w:uiPriority w:val="99"/>
    <w:unhideWhenUsed/>
    <w:rsid w:val="007C3C6C"/>
    <w:pPr>
      <w:numPr>
        <w:numId w:val="6"/>
      </w:numPr>
      <w:tabs>
        <w:tab w:val="clear" w:pos="1080"/>
      </w:tabs>
      <w:ind w:left="0" w:firstLine="0"/>
      <w:contextualSpacing/>
    </w:pPr>
  </w:style>
  <w:style w:type="paragraph" w:styleId="Elencocontinua">
    <w:name w:val="List Continue"/>
    <w:basedOn w:val="Normale"/>
    <w:uiPriority w:val="99"/>
    <w:unhideWhenUsed/>
    <w:rsid w:val="007C3C6C"/>
    <w:pPr>
      <w:spacing w:after="120"/>
      <w:ind w:left="360"/>
      <w:contextualSpacing/>
    </w:pPr>
  </w:style>
  <w:style w:type="paragraph" w:styleId="Elencocontinua2">
    <w:name w:val="List Continue 2"/>
    <w:basedOn w:val="Normale"/>
    <w:uiPriority w:val="99"/>
    <w:unhideWhenUsed/>
    <w:rsid w:val="007C3C6C"/>
    <w:pPr>
      <w:spacing w:after="120"/>
      <w:ind w:left="720"/>
      <w:contextualSpacing/>
    </w:pPr>
  </w:style>
  <w:style w:type="paragraph" w:styleId="Elencocontinua3">
    <w:name w:val="List Continue 3"/>
    <w:basedOn w:val="Normale"/>
    <w:uiPriority w:val="99"/>
    <w:unhideWhenUsed/>
    <w:rsid w:val="007C3C6C"/>
    <w:pPr>
      <w:spacing w:after="120"/>
      <w:ind w:left="1080"/>
      <w:contextualSpacing/>
    </w:pPr>
  </w:style>
  <w:style w:type="paragraph" w:styleId="Testomacro">
    <w:name w:val="macro"/>
    <w:link w:val="TestomacroCarattere"/>
    <w:uiPriority w:val="99"/>
    <w:unhideWhenUsed/>
    <w:rsid w:val="007C3C6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TestomacroCarattere">
    <w:name w:val="Testo macro Carattere"/>
    <w:basedOn w:val="Carpredefinitoparagrafo"/>
    <w:link w:val="Testomacro"/>
    <w:uiPriority w:val="99"/>
    <w:rsid w:val="007C3C6C"/>
    <w:rPr>
      <w:rFonts w:ascii="Courier" w:eastAsiaTheme="minorEastAsia" w:hAnsi="Courier"/>
      <w:kern w:val="0"/>
      <w:sz w:val="20"/>
      <w:szCs w:val="20"/>
      <w:lang w:val="en-US"/>
      <w14:ligatures w14:val="none"/>
    </w:rPr>
  </w:style>
  <w:style w:type="paragraph" w:styleId="Didascalia">
    <w:name w:val="caption"/>
    <w:basedOn w:val="Normale"/>
    <w:next w:val="Normale"/>
    <w:uiPriority w:val="35"/>
    <w:semiHidden/>
    <w:unhideWhenUsed/>
    <w:qFormat/>
    <w:rsid w:val="007C3C6C"/>
    <w:rPr>
      <w:b/>
      <w:bCs/>
      <w:color w:val="156082" w:themeColor="accent1"/>
      <w:sz w:val="18"/>
      <w:szCs w:val="18"/>
    </w:rPr>
  </w:style>
  <w:style w:type="character" w:styleId="Enfasidelicata">
    <w:name w:val="Subtle Emphasis"/>
    <w:basedOn w:val="Carpredefinitoparagrafo"/>
    <w:uiPriority w:val="19"/>
    <w:qFormat/>
    <w:rsid w:val="007C3C6C"/>
    <w:rPr>
      <w:i/>
      <w:iCs/>
      <w:color w:val="808080" w:themeColor="text1" w:themeTint="7F"/>
    </w:rPr>
  </w:style>
  <w:style w:type="character" w:styleId="Riferimentodelicato">
    <w:name w:val="Subtle Reference"/>
    <w:basedOn w:val="Carpredefinitoparagrafo"/>
    <w:uiPriority w:val="31"/>
    <w:qFormat/>
    <w:rsid w:val="007C3C6C"/>
    <w:rPr>
      <w:smallCaps/>
      <w:color w:val="E97132" w:themeColor="accent2"/>
      <w:u w:val="single"/>
    </w:rPr>
  </w:style>
  <w:style w:type="character" w:styleId="Titolodellibro">
    <w:name w:val="Book Title"/>
    <w:basedOn w:val="Carpredefinitoparagrafo"/>
    <w:uiPriority w:val="33"/>
    <w:qFormat/>
    <w:rsid w:val="007C3C6C"/>
    <w:rPr>
      <w:b/>
      <w:bCs/>
      <w:smallCaps/>
      <w:spacing w:val="5"/>
    </w:rPr>
  </w:style>
  <w:style w:type="paragraph" w:styleId="Titolosommario">
    <w:name w:val="TOC Heading"/>
    <w:basedOn w:val="Titolo1"/>
    <w:next w:val="Normale"/>
    <w:uiPriority w:val="39"/>
    <w:semiHidden/>
    <w:unhideWhenUsed/>
    <w:qFormat/>
    <w:rsid w:val="007C3C6C"/>
    <w:pPr>
      <w:spacing w:before="480" w:after="0"/>
      <w:outlineLvl w:val="9"/>
    </w:pPr>
    <w:rPr>
      <w:b/>
      <w:bCs/>
      <w:sz w:val="28"/>
      <w:szCs w:val="28"/>
    </w:rPr>
  </w:style>
  <w:style w:type="table" w:styleId="Grigliatabella">
    <w:name w:val="Table Grid"/>
    <w:basedOn w:val="Tabellanormale"/>
    <w:uiPriority w:val="59"/>
    <w:rsid w:val="007C3C6C"/>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7C3C6C"/>
    <w:pPr>
      <w:spacing w:after="0" w:line="240" w:lineRule="auto"/>
    </w:pPr>
    <w:rPr>
      <w:rFonts w:eastAsiaTheme="minorEastAsia"/>
      <w:color w:val="000000" w:themeColor="text1" w:themeShade="BF"/>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7C3C6C"/>
    <w:pPr>
      <w:spacing w:after="0" w:line="240" w:lineRule="auto"/>
    </w:pPr>
    <w:rPr>
      <w:rFonts w:eastAsiaTheme="minorEastAsia"/>
      <w:color w:val="0F4761" w:themeColor="accent1" w:themeShade="BF"/>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fondochiaro-Colore2">
    <w:name w:val="Light Shading Accent 2"/>
    <w:basedOn w:val="Tabellanormale"/>
    <w:uiPriority w:val="60"/>
    <w:rsid w:val="007C3C6C"/>
    <w:pPr>
      <w:spacing w:after="0" w:line="240" w:lineRule="auto"/>
    </w:pPr>
    <w:rPr>
      <w:rFonts w:eastAsiaTheme="minorEastAsia"/>
      <w:color w:val="BF4E14" w:themeColor="accent2" w:themeShade="BF"/>
      <w:kern w:val="0"/>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Sfondochiaro-Colore3">
    <w:name w:val="Light Shading Accent 3"/>
    <w:basedOn w:val="Tabellanormale"/>
    <w:uiPriority w:val="60"/>
    <w:rsid w:val="007C3C6C"/>
    <w:pPr>
      <w:spacing w:after="0" w:line="240" w:lineRule="auto"/>
    </w:pPr>
    <w:rPr>
      <w:rFonts w:eastAsiaTheme="minorEastAsia"/>
      <w:color w:val="124F1A" w:themeColor="accent3" w:themeShade="BF"/>
      <w:kern w:val="0"/>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Sfondochiaro-Colore4">
    <w:name w:val="Light Shading Accent 4"/>
    <w:basedOn w:val="Tabellanormale"/>
    <w:uiPriority w:val="60"/>
    <w:rsid w:val="007C3C6C"/>
    <w:pPr>
      <w:spacing w:after="0" w:line="240" w:lineRule="auto"/>
    </w:pPr>
    <w:rPr>
      <w:rFonts w:eastAsiaTheme="minorEastAsia"/>
      <w:color w:val="0B769F" w:themeColor="accent4" w:themeShade="BF"/>
      <w:kern w:val="0"/>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fondochiaro-Colore5">
    <w:name w:val="Light Shading Accent 5"/>
    <w:basedOn w:val="Tabellanormale"/>
    <w:uiPriority w:val="60"/>
    <w:rsid w:val="007C3C6C"/>
    <w:pPr>
      <w:spacing w:after="0" w:line="240" w:lineRule="auto"/>
    </w:pPr>
    <w:rPr>
      <w:rFonts w:eastAsiaTheme="minorEastAsia"/>
      <w:color w:val="77206D" w:themeColor="accent5" w:themeShade="BF"/>
      <w:kern w:val="0"/>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Sfondochiaro-Colore6">
    <w:name w:val="Light Shading Accent 6"/>
    <w:basedOn w:val="Tabellanormale"/>
    <w:uiPriority w:val="60"/>
    <w:rsid w:val="007C3C6C"/>
    <w:pPr>
      <w:spacing w:after="0" w:line="240" w:lineRule="auto"/>
    </w:pPr>
    <w:rPr>
      <w:rFonts w:eastAsiaTheme="minorEastAsia"/>
      <w:color w:val="3A7C22" w:themeColor="accent6" w:themeShade="BF"/>
      <w:kern w:val="0"/>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Elencochiaro">
    <w:name w:val="Light List"/>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Elencochiaro-Colore2">
    <w:name w:val="Light List Accent 2"/>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Elencochiaro-Colore3">
    <w:name w:val="Light List Accent 3"/>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Elencochiaro-Colore4">
    <w:name w:val="Light List Accent 4"/>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Elencochiaro-Colore5">
    <w:name w:val="Light List Accent 5"/>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Elencochiaro-Colore6">
    <w:name w:val="Light List Accent 6"/>
    <w:basedOn w:val="Tabellanormale"/>
    <w:uiPriority w:val="61"/>
    <w:rsid w:val="007C3C6C"/>
    <w:pPr>
      <w:spacing w:after="0" w:line="240" w:lineRule="auto"/>
    </w:pPr>
    <w:rPr>
      <w:rFonts w:eastAsiaTheme="minorEastAsia"/>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Grigliachiara">
    <w:name w:val="Light Grid"/>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Grigliachiara-Colore2">
    <w:name w:val="Light Grid Accent 2"/>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Grigliachiara-Colore3">
    <w:name w:val="Light Grid Accent 3"/>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Grigliachiara-Colore4">
    <w:name w:val="Light Grid Accent 4"/>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Grigliachiara-Colore5">
    <w:name w:val="Light Grid Accent 5"/>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Grigliachiara-Colore6">
    <w:name w:val="Light Grid Accent 6"/>
    <w:basedOn w:val="Tabellanormale"/>
    <w:uiPriority w:val="62"/>
    <w:rsid w:val="007C3C6C"/>
    <w:pPr>
      <w:spacing w:after="0" w:line="240" w:lineRule="auto"/>
    </w:pPr>
    <w:rPr>
      <w:rFonts w:eastAsiaTheme="minorEastAsia"/>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Sfondomedio1">
    <w:name w:val="Medium Shading 1"/>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7C3C6C"/>
    <w:pPr>
      <w:spacing w:after="0" w:line="240" w:lineRule="auto"/>
    </w:pPr>
    <w:rPr>
      <w:rFonts w:eastAsiaTheme="minorEastAsia"/>
      <w:kern w:val="0"/>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7C3C6C"/>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Elencomedio1-Colore2">
    <w:name w:val="Medium List 1 Accent 2"/>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Elencomedio1-Colore3">
    <w:name w:val="Medium List 1 Accent 3"/>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Elencomedio1-Colore4">
    <w:name w:val="Medium List 1 Accent 4"/>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Elencomedio1-Colore5">
    <w:name w:val="Medium List 1 Accent 5"/>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Elencomedio1-Colore6">
    <w:name w:val="Medium List 1 Accent 6"/>
    <w:basedOn w:val="Tabellanormale"/>
    <w:uiPriority w:val="65"/>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Elencomedio2">
    <w:name w:val="Medium List 2"/>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igliamedia1-Colore2">
    <w:name w:val="Medium Grid 1 Accent 2"/>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igliamedia1-Colore3">
    <w:name w:val="Medium Grid 1 Accent 3"/>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igliamedia1-Colore4">
    <w:name w:val="Medium Grid 1 Accent 4"/>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igliamedia1-Colore5">
    <w:name w:val="Medium Grid 1 Accent 5"/>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igliamedia1-Colore6">
    <w:name w:val="Medium Grid 1 Accent 6"/>
    <w:basedOn w:val="Tabellanormale"/>
    <w:uiPriority w:val="67"/>
    <w:rsid w:val="007C3C6C"/>
    <w:pPr>
      <w:spacing w:after="0" w:line="240" w:lineRule="auto"/>
    </w:pPr>
    <w:rPr>
      <w:rFonts w:eastAsiaTheme="minorEastAsia"/>
      <w:kern w:val="0"/>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igliamedia2">
    <w:name w:val="Medium Grid 2"/>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7C3C6C"/>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Grigliamedia3-Colore2">
    <w:name w:val="Medium Grid 3 Accent 2"/>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Grigliamedia3-Colore3">
    <w:name w:val="Medium Grid 3 Accent 3"/>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igliamedia3-Colore4">
    <w:name w:val="Medium Grid 3 Accent 4"/>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Grigliamedia3-Colore5">
    <w:name w:val="Medium Grid 3 Accent 5"/>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Grigliamedia3-Colore6">
    <w:name w:val="Medium Grid 3 Accent 6"/>
    <w:basedOn w:val="Tabellanormale"/>
    <w:uiPriority w:val="69"/>
    <w:rsid w:val="007C3C6C"/>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Elencoscuro">
    <w:name w:val="Dark List"/>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Elencoscuro-Colore2">
    <w:name w:val="Dark List Accent 2"/>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Elencoscuro-Colore3">
    <w:name w:val="Dark List Accent 3"/>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Elencoscuro-Colore4">
    <w:name w:val="Dark List Accent 4"/>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Elencoscuro-Colore5">
    <w:name w:val="Dark List Accent 5"/>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Elencoscuro-Colore6">
    <w:name w:val="Dark List Accent 6"/>
    <w:basedOn w:val="Tabellanormale"/>
    <w:uiPriority w:val="70"/>
    <w:rsid w:val="007C3C6C"/>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Sfondoacolori">
    <w:name w:val="Colorful Shading"/>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Sfondoacolori-Colore4">
    <w:name w:val="Colorful Shading Accent 4"/>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7C3C6C"/>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Elencoacolori-Colore2">
    <w:name w:val="Colorful List Accent 2"/>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Elencoacolori-Colore3">
    <w:name w:val="Colorful List Accent 3"/>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Elencoacolori-Colore4">
    <w:name w:val="Colorful List Accent 4"/>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Elencoacolori-Colore5">
    <w:name w:val="Colorful List Accent 5"/>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Elencoacolori-Colore6">
    <w:name w:val="Colorful List Accent 6"/>
    <w:basedOn w:val="Tabellanormale"/>
    <w:uiPriority w:val="72"/>
    <w:rsid w:val="007C3C6C"/>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Grigliaacolori">
    <w:name w:val="Colorful Grid"/>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igliaacolori-Colore2">
    <w:name w:val="Colorful Grid Accent 2"/>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igliaacolori-Colore3">
    <w:name w:val="Colorful Grid Accent 3"/>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igliaacolori-Colore4">
    <w:name w:val="Colorful Grid Accent 4"/>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igliaacolori-Colore5">
    <w:name w:val="Colorful Grid Accent 5"/>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igliaacolori-Colore6">
    <w:name w:val="Colorful Grid Accent 6"/>
    <w:basedOn w:val="Tabellanormale"/>
    <w:uiPriority w:val="73"/>
    <w:rsid w:val="007C3C6C"/>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overflow-hidden">
    <w:name w:val="overflow-hidden"/>
    <w:basedOn w:val="Carpredefinitoparagrafo"/>
    <w:rsid w:val="007C3C6C"/>
  </w:style>
  <w:style w:type="character" w:customStyle="1" w:styleId="relative">
    <w:name w:val="relative"/>
    <w:basedOn w:val="Carpredefinitoparagrafo"/>
    <w:rsid w:val="007C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792</TotalTime>
  <Pages>312</Pages>
  <Words>109208</Words>
  <Characters>574704</Characters>
  <Application>Microsoft Office Word</Application>
  <DocSecurity>0</DocSecurity>
  <Lines>8396</Lines>
  <Paragraphs>3678</Paragraphs>
  <ScaleCrop>false</ScaleCrop>
  <Company/>
  <LinksUpToDate>false</LinksUpToDate>
  <CharactersWithSpaces>680538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Manieri</dc:creator>
  <cp:keywords/>
  <dc:description/>
  <cp:lastModifiedBy>Davide Manieri</cp:lastModifiedBy>
  <cp:revision>85</cp:revision>
  <dcterms:created xsi:type="dcterms:W3CDTF">2025-08-05T13:57:00Z</dcterms:created>
  <dcterms:modified xsi:type="dcterms:W3CDTF">2025-08-08T18:46:00Z</dcterms:modified>
</cp:coreProperties>
</file>